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Lunenburg County, VA</w:t>
      </w:r>
    </w:p>
    <w:p>
      <w:pPr>
        <w:spacing w:after="120" w:before="0"/>
      </w:pPr>
      <w:r>
        <w:rPr>
          <w:color w:val="555555"/>
          <w:sz w:val="24"/>
        </w:rPr>
        <w:t>Risk-assessment baseline packet</w:t>
      </w:r>
    </w:p>
    <w:p>
      <w:pPr>
        <w:spacing w:after="120" w:before="0"/>
      </w:pPr>
      <w:r>
        <w:rPr>
          <w:b/>
          <w:sz w:val="18"/>
        </w:rPr>
        <w:t xml:space="preserve">Unit: </w:t>
      </w:r>
      <w:r>
        <w:rPr>
          <w:sz w:val="18"/>
        </w:rPr>
        <w:t>County area 51111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2029-03-19</w:t>
      </w:r>
    </w:p>
    <w:p>
      <w:pPr>
        <w:keepNext/>
        <w:spacing w:after="40" w:before="0"/>
      </w:pPr>
      <w:r>
        <w:rPr>
          <w:b/>
        </w:rPr>
        <w:t xml:space="preserve">Plan: </w:t>
      </w:r>
      <w:r>
        <w:rPr/>
        <w:t>PDC 14 Commonwealth Hazard Mitigation Plan (FEMA plan 109650)</w:t>
      </w:r>
    </w:p>
    <w:p>
      <w:pPr>
        <w:keepNext/>
        <w:spacing w:after="40" w:before="0"/>
      </w:pPr>
      <w:r>
        <w:rPr>
          <w:b/>
        </w:rPr>
        <w:t xml:space="preserve">Approved: </w:t>
      </w:r>
      <w:r>
        <w:rPr/>
        <w:t>2024-03-20</w:t>
      </w:r>
    </w:p>
    <w:p>
      <w:pPr>
        <w:keepNext/>
        <w:spacing w:after="40" w:before="0"/>
      </w:pPr>
      <w:r>
        <w:rPr>
          <w:b/>
        </w:rPr>
        <w:t xml:space="preserve">Expires: </w:t>
      </w:r>
      <w:r>
        <w:rPr/>
        <w:t>2029-03-19</w:t>
      </w:r>
    </w:p>
    <w:p>
      <w:pPr>
        <w:keepNext/>
        <w:spacing w:after="40" w:before="0"/>
      </w:pPr>
      <w:r>
        <w:rPr>
          <w:b/>
        </w:rPr>
        <w:t xml:space="preserve">As of: </w:t>
      </w:r>
      <w:r>
        <w:rPr/>
        <w:t>2026-09-28</w:t>
      </w:r>
    </w:p>
    <w:p>
      <w:pPr>
        <w:keepNext/>
        <w:spacing w:after="40" w:before="0"/>
      </w:pPr>
      <w:r>
        <w:rPr>
          <w:b/>
        </w:rPr>
        <w:t xml:space="preserve">Days: </w:t>
      </w:r>
      <w:r>
        <w:rPr/>
        <w:t>903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2024-03-20)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DR-4863-VA, EM-3631-VA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7"/>
        <w:gridCol w:w="735"/>
        <w:gridCol w:w="2857"/>
        <w:gridCol w:w="2118"/>
        <w:gridCol w:w="1121"/>
        <w:gridCol w:w="1121"/>
        <w:gridCol w:w="966"/>
        <w:gridCol w:w="1024"/>
        <w:gridCol w:w="2664"/>
      </w:tblGrid>
      <w:tr>
        <w:trPr>
          <w:cantSplit/>
          <w:tblHeader/>
        </w:trPr>
        <w:tc>
          <w:tcPr>
            <w:tcW w:type="dxa" w:w="1507"/>
            <w:shd w:val="clear" w:color="auto" w:fill="E8E8E8"/>
          </w:tcPr>
          <w:p>
            <w:pPr>
              <w:spacing w:after="0"/>
              <w:jc w:val="left"/>
            </w:pPr>
            <w:r>
              <w:rPr>
                <w:b/>
                <w:sz w:val="16"/>
              </w:rPr>
              <w:t>Jurisdiction</w:t>
            </w:r>
          </w:p>
        </w:tc>
        <w:tc>
          <w:tcPr>
            <w:tcW w:type="dxa" w:w="735"/>
            <w:shd w:val="clear" w:color="auto" w:fill="E8E8E8"/>
          </w:tcPr>
          <w:p>
            <w:pPr>
              <w:spacing w:after="0"/>
              <w:jc w:val="left"/>
            </w:pPr>
            <w:r>
              <w:rPr>
                <w:b/>
                <w:sz w:val="16"/>
              </w:rPr>
              <w:t>Type</w:t>
            </w:r>
          </w:p>
        </w:tc>
        <w:tc>
          <w:tcPr>
            <w:tcW w:type="dxa" w:w="2857"/>
            <w:shd w:val="clear" w:color="auto" w:fill="E8E8E8"/>
          </w:tcPr>
          <w:p>
            <w:pPr>
              <w:spacing w:after="0"/>
              <w:jc w:val="left"/>
            </w:pPr>
            <w:r>
              <w:rPr>
                <w:b/>
                <w:sz w:val="16"/>
              </w:rPr>
              <w:t>Status</w:t>
            </w:r>
          </w:p>
        </w:tc>
        <w:tc>
          <w:tcPr>
            <w:tcW w:type="dxa" w:w="2118"/>
            <w:shd w:val="clear" w:color="auto" w:fill="E8E8E8"/>
          </w:tcPr>
          <w:p>
            <w:pPr>
              <w:spacing w:after="0"/>
              <w:jc w:val="left"/>
            </w:pPr>
            <w:r>
              <w:rPr>
                <w:b/>
                <w:sz w:val="16"/>
              </w:rPr>
              <w:t>Plan</w:t>
            </w:r>
          </w:p>
        </w:tc>
        <w:tc>
          <w:tcPr>
            <w:tcW w:type="dxa" w:w="1121"/>
            <w:shd w:val="clear" w:color="auto" w:fill="E8E8E8"/>
          </w:tcPr>
          <w:p>
            <w:pPr>
              <w:spacing w:after="0"/>
              <w:jc w:val="left"/>
            </w:pPr>
            <w:r>
              <w:rPr>
                <w:b/>
                <w:sz w:val="16"/>
              </w:rPr>
              <w:t>Approved</w:t>
            </w:r>
          </w:p>
        </w:tc>
        <w:tc>
          <w:tcPr>
            <w:tcW w:type="dxa" w:w="1121"/>
            <w:shd w:val="clear" w:color="auto" w:fill="E8E8E8"/>
          </w:tcPr>
          <w:p>
            <w:pPr>
              <w:spacing w:after="0"/>
              <w:jc w:val="left"/>
            </w:pPr>
            <w:r>
              <w:rPr>
                <w:b/>
                <w:sz w:val="16"/>
              </w:rPr>
              <w:t>Expires</w:t>
            </w:r>
          </w:p>
        </w:tc>
        <w:tc>
          <w:tcPr>
            <w:tcW w:type="dxa" w:w="9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24"/>
            <w:shd w:val="clear" w:color="auto" w:fill="E8E8E8"/>
          </w:tcPr>
          <w:p>
            <w:pPr>
              <w:spacing w:after="0"/>
              <w:jc w:val="left"/>
            </w:pPr>
            <w:r>
              <w:rPr>
                <w:b/>
                <w:sz w:val="16"/>
              </w:rPr>
              <w:t>Update underway</w:t>
            </w:r>
          </w:p>
        </w:tc>
        <w:tc>
          <w:tcPr>
            <w:tcW w:type="dxa" w:w="2664"/>
            <w:shd w:val="clear" w:color="auto" w:fill="E8E8E8"/>
          </w:tcPr>
          <w:p>
            <w:pPr>
              <w:spacing w:after="0"/>
              <w:jc w:val="left"/>
            </w:pPr>
            <w:r>
              <w:rPr>
                <w:b/>
                <w:sz w:val="16"/>
              </w:rPr>
              <w:t>Notes</w:t>
            </w:r>
          </w:p>
        </w:tc>
      </w:tr>
      <w:tr>
        <w:trPr>
          <w:cantSplit/>
        </w:trPr>
        <w:tc>
          <w:tcPr>
            <w:tcW w:type="dxa" w:w="1507"/>
          </w:tcPr>
          <w:p>
            <w:pPr>
              <w:spacing w:after="0"/>
              <w:jc w:val="left"/>
            </w:pPr>
            <w:r>
              <w:rPr>
                <w:sz w:val="16"/>
              </w:rPr>
              <w:t>Lunenburg County</w:t>
            </w:r>
          </w:p>
        </w:tc>
        <w:tc>
          <w:tcPr>
            <w:tcW w:type="dxa" w:w="735"/>
          </w:tcPr>
          <w:p>
            <w:pPr>
              <w:spacing w:after="0"/>
              <w:jc w:val="left"/>
            </w:pPr>
            <w:r>
              <w:rPr>
                <w:sz w:val="16"/>
              </w:rPr>
              <w:t>County</w:t>
            </w:r>
          </w:p>
        </w:tc>
        <w:tc>
          <w:tcPr>
            <w:tcW w:type="dxa" w:w="2857"/>
          </w:tcPr>
          <w:p>
            <w:pPr>
              <w:spacing w:after="0"/>
              <w:jc w:val="left"/>
            </w:pPr>
            <w:r>
              <w:rPr>
                <w:sz w:val="16"/>
              </w:rPr>
              <w:t>Approved, expires 2029-03-19</w:t>
            </w:r>
          </w:p>
        </w:tc>
        <w:tc>
          <w:tcPr>
            <w:tcW w:type="dxa" w:w="2118"/>
          </w:tcPr>
          <w:p>
            <w:pPr>
              <w:spacing w:after="0"/>
              <w:jc w:val="left"/>
            </w:pPr>
            <w:r>
              <w:rPr>
                <w:sz w:val="16"/>
              </w:rPr>
              <w:t>PDC 14 Commonwealth Hazard Mitigation Plan (FEMA plan 109650)</w:t>
            </w:r>
          </w:p>
        </w:tc>
        <w:tc>
          <w:tcPr>
            <w:tcW w:type="dxa" w:w="1121"/>
          </w:tcPr>
          <w:p>
            <w:pPr>
              <w:spacing w:after="0"/>
              <w:jc w:val="left"/>
            </w:pPr>
            <w:r>
              <w:rPr>
                <w:sz w:val="16"/>
              </w:rPr>
              <w:t>2024-03-20</w:t>
            </w:r>
          </w:p>
        </w:tc>
        <w:tc>
          <w:tcPr>
            <w:tcW w:type="dxa" w:w="1121"/>
          </w:tcPr>
          <w:p>
            <w:pPr>
              <w:spacing w:after="0"/>
              <w:jc w:val="left"/>
            </w:pPr>
            <w:r>
              <w:rPr>
                <w:sz w:val="16"/>
              </w:rPr>
              <w:t>2029-03-19</w:t>
            </w:r>
          </w:p>
        </w:tc>
        <w:tc>
          <w:tcPr>
            <w:tcW w:type="dxa" w:w="966"/>
          </w:tcPr>
          <w:p>
            <w:pPr>
              <w:spacing w:after="0"/>
              <w:jc w:val="right"/>
            </w:pPr>
            <w:r>
              <w:rPr>
                <w:sz w:val="16"/>
              </w:rPr>
              <w:t>903</w:t>
            </w:r>
          </w:p>
        </w:tc>
        <w:tc>
          <w:tcPr>
            <w:tcW w:type="dxa" w:w="1024"/>
          </w:tcPr>
          <w:p>
            <w:pPr>
              <w:spacing w:after="0"/>
              <w:jc w:val="left"/>
            </w:pPr>
          </w:p>
        </w:tc>
        <w:tc>
          <w:tcPr>
            <w:tcW w:type="dxa" w:w="2664"/>
          </w:tcPr>
          <w:p>
            <w:pPr>
              <w:spacing w:after="0"/>
              <w:jc w:val="left"/>
            </w:pPr>
            <w:r>
              <w:rPr>
                <w:sz w:val="16"/>
              </w:rPr>
              <w:t>member approved 2024-03-14</w:t>
            </w:r>
          </w:p>
        </w:tc>
      </w:tr>
      <w:tr>
        <w:trPr>
          <w:cantSplit/>
        </w:trPr>
        <w:tc>
          <w:tcPr>
            <w:tcW w:type="dxa" w:w="1507"/>
          </w:tcPr>
          <w:p>
            <w:pPr>
              <w:spacing w:after="0"/>
              <w:jc w:val="left"/>
            </w:pPr>
            <w:r>
              <w:rPr>
                <w:sz w:val="16"/>
              </w:rPr>
              <w:t>Kenbridge town</w:t>
            </w:r>
          </w:p>
        </w:tc>
        <w:tc>
          <w:tcPr>
            <w:tcW w:type="dxa" w:w="735"/>
          </w:tcPr>
          <w:p>
            <w:pPr>
              <w:spacing w:after="0"/>
              <w:jc w:val="left"/>
            </w:pPr>
            <w:r>
              <w:rPr>
                <w:sz w:val="16"/>
              </w:rPr>
              <w:t>Town</w:t>
            </w:r>
          </w:p>
        </w:tc>
        <w:tc>
          <w:tcPr>
            <w:tcW w:type="dxa" w:w="2857"/>
          </w:tcPr>
          <w:p>
            <w:pPr>
              <w:spacing w:after="0"/>
              <w:jc w:val="left"/>
            </w:pPr>
            <w:r>
              <w:rPr>
                <w:sz w:val="16"/>
              </w:rPr>
              <w:t>Approved, expires 2029-03-19</w:t>
            </w:r>
          </w:p>
        </w:tc>
        <w:tc>
          <w:tcPr>
            <w:tcW w:type="dxa" w:w="2118"/>
          </w:tcPr>
          <w:p>
            <w:pPr>
              <w:spacing w:after="0"/>
              <w:jc w:val="left"/>
            </w:pPr>
            <w:r>
              <w:rPr>
                <w:sz w:val="16"/>
              </w:rPr>
              <w:t>PDC 14 Commonwealth Hazard Mitigation Plan (FEMA plan 109650)</w:t>
            </w:r>
          </w:p>
        </w:tc>
        <w:tc>
          <w:tcPr>
            <w:tcW w:type="dxa" w:w="1121"/>
          </w:tcPr>
          <w:p>
            <w:pPr>
              <w:spacing w:after="0"/>
              <w:jc w:val="left"/>
            </w:pPr>
            <w:r>
              <w:rPr>
                <w:sz w:val="16"/>
              </w:rPr>
              <w:t>2024-03-20</w:t>
            </w:r>
          </w:p>
        </w:tc>
        <w:tc>
          <w:tcPr>
            <w:tcW w:type="dxa" w:w="1121"/>
          </w:tcPr>
          <w:p>
            <w:pPr>
              <w:spacing w:after="0"/>
              <w:jc w:val="left"/>
            </w:pPr>
            <w:r>
              <w:rPr>
                <w:sz w:val="16"/>
              </w:rPr>
              <w:t>2029-03-19</w:t>
            </w:r>
          </w:p>
        </w:tc>
        <w:tc>
          <w:tcPr>
            <w:tcW w:type="dxa" w:w="966"/>
          </w:tcPr>
          <w:p>
            <w:pPr>
              <w:spacing w:after="0"/>
              <w:jc w:val="right"/>
            </w:pPr>
            <w:r>
              <w:rPr>
                <w:sz w:val="16"/>
              </w:rPr>
              <w:t>903</w:t>
            </w:r>
          </w:p>
        </w:tc>
        <w:tc>
          <w:tcPr>
            <w:tcW w:type="dxa" w:w="1024"/>
          </w:tcPr>
          <w:p>
            <w:pPr>
              <w:spacing w:after="0"/>
              <w:jc w:val="left"/>
            </w:pPr>
          </w:p>
        </w:tc>
        <w:tc>
          <w:tcPr>
            <w:tcW w:type="dxa" w:w="2664"/>
          </w:tcPr>
          <w:p>
            <w:pPr>
              <w:spacing w:after="0"/>
              <w:jc w:val="left"/>
            </w:pPr>
            <w:r>
              <w:rPr>
                <w:sz w:val="16"/>
              </w:rPr>
              <w:t>member approved 2024-03-19</w:t>
            </w:r>
          </w:p>
        </w:tc>
      </w:tr>
      <w:tr>
        <w:trPr>
          <w:cantSplit/>
        </w:trPr>
        <w:tc>
          <w:tcPr>
            <w:tcW w:type="dxa" w:w="1507"/>
          </w:tcPr>
          <w:p>
            <w:pPr>
              <w:spacing w:after="0"/>
              <w:jc w:val="left"/>
            </w:pPr>
            <w:r>
              <w:rPr>
                <w:sz w:val="16"/>
              </w:rPr>
              <w:t>Victoria town</w:t>
            </w:r>
          </w:p>
        </w:tc>
        <w:tc>
          <w:tcPr>
            <w:tcW w:type="dxa" w:w="735"/>
          </w:tcPr>
          <w:p>
            <w:pPr>
              <w:spacing w:after="0"/>
              <w:jc w:val="left"/>
            </w:pPr>
            <w:r>
              <w:rPr>
                <w:sz w:val="16"/>
              </w:rPr>
              <w:t>Town</w:t>
            </w:r>
          </w:p>
        </w:tc>
        <w:tc>
          <w:tcPr>
            <w:tcW w:type="dxa" w:w="2857"/>
          </w:tcPr>
          <w:p>
            <w:pPr>
              <w:spacing w:after="0"/>
              <w:jc w:val="left"/>
            </w:pPr>
            <w:r>
              <w:rPr>
                <w:sz w:val="16"/>
              </w:rPr>
              <w:t>Approved, expires 2029-03-19</w:t>
            </w:r>
          </w:p>
        </w:tc>
        <w:tc>
          <w:tcPr>
            <w:tcW w:type="dxa" w:w="2118"/>
          </w:tcPr>
          <w:p>
            <w:pPr>
              <w:spacing w:after="0"/>
              <w:jc w:val="left"/>
            </w:pPr>
            <w:r>
              <w:rPr>
                <w:sz w:val="16"/>
              </w:rPr>
              <w:t>PDC 14 Commonwealth Hazard Mitigation Plan (FEMA plan 109650)</w:t>
            </w:r>
          </w:p>
        </w:tc>
        <w:tc>
          <w:tcPr>
            <w:tcW w:type="dxa" w:w="1121"/>
          </w:tcPr>
          <w:p>
            <w:pPr>
              <w:spacing w:after="0"/>
              <w:jc w:val="left"/>
            </w:pPr>
            <w:r>
              <w:rPr>
                <w:sz w:val="16"/>
              </w:rPr>
              <w:t>2024-03-20</w:t>
            </w:r>
          </w:p>
        </w:tc>
        <w:tc>
          <w:tcPr>
            <w:tcW w:type="dxa" w:w="1121"/>
          </w:tcPr>
          <w:p>
            <w:pPr>
              <w:spacing w:after="0"/>
              <w:jc w:val="left"/>
            </w:pPr>
            <w:r>
              <w:rPr>
                <w:sz w:val="16"/>
              </w:rPr>
              <w:t>2029-03-19</w:t>
            </w:r>
          </w:p>
        </w:tc>
        <w:tc>
          <w:tcPr>
            <w:tcW w:type="dxa" w:w="966"/>
          </w:tcPr>
          <w:p>
            <w:pPr>
              <w:spacing w:after="0"/>
              <w:jc w:val="right"/>
            </w:pPr>
            <w:r>
              <w:rPr>
                <w:sz w:val="16"/>
              </w:rPr>
              <w:t>903</w:t>
            </w:r>
          </w:p>
        </w:tc>
        <w:tc>
          <w:tcPr>
            <w:tcW w:type="dxa" w:w="1024"/>
          </w:tcPr>
          <w:p>
            <w:pPr>
              <w:spacing w:after="0"/>
              <w:jc w:val="left"/>
            </w:pPr>
          </w:p>
        </w:tc>
        <w:tc>
          <w:tcPr>
            <w:tcW w:type="dxa" w:w="2664"/>
          </w:tcPr>
          <w:p>
            <w:pPr>
              <w:spacing w:after="0"/>
              <w:jc w:val="left"/>
            </w:pPr>
            <w:r>
              <w:rPr>
                <w:sz w:val="16"/>
              </w:rPr>
              <w:t>member approved 2024-03-12</w:t>
            </w:r>
          </w:p>
        </w:tc>
      </w:tr>
    </w:tbl>
    <w:p>
      <w:pPr>
        <w:spacing w:after="40" w:before="60"/>
      </w:pPr>
      <w:r>
        <w:rPr>
          <w:sz w:val="15"/>
        </w:rPr>
        <w:t>Plan 109650 also covers 15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2"/>
        <w:gridCol w:w="1182"/>
        <w:gridCol w:w="1037"/>
        <w:gridCol w:w="1126"/>
        <w:gridCol w:w="1293"/>
        <w:gridCol w:w="1109"/>
        <w:gridCol w:w="1190"/>
        <w:gridCol w:w="2150"/>
        <w:gridCol w:w="2123"/>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2"/>
            <w:shd w:val="clear" w:color="auto" w:fill="E8E8E8"/>
          </w:tcPr>
          <w:p>
            <w:pPr>
              <w:spacing w:after="0"/>
              <w:jc w:val="left"/>
            </w:pPr>
            <w:r>
              <w:rPr>
                <w:b/>
                <w:sz w:val="16"/>
              </w:rPr>
              <w:t>NRI risk rating</w:t>
            </w:r>
          </w:p>
        </w:tc>
        <w:tc>
          <w:tcPr>
            <w:tcW w:type="dxa" w:w="118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5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23"/>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$1,179,437</w:t>
            </w:r>
          </w:p>
        </w:tc>
        <w:tc>
          <w:tcPr>
            <w:tcW w:type="dxa" w:w="1126"/>
          </w:tcPr>
          <w:p>
            <w:pPr>
              <w:spacing w:after="0"/>
              <w:jc w:val="right"/>
            </w:pPr>
            <w:r>
              <w:rPr>
                <w:sz w:val="16"/>
              </w:rPr>
              <w:t>$416</w:t>
            </w:r>
          </w:p>
        </w:tc>
        <w:tc>
          <w:tcPr>
            <w:tcW w:type="dxa" w:w="1293"/>
          </w:tcPr>
          <w:p>
            <w:pPr>
              <w:spacing w:after="0"/>
              <w:jc w:val="right"/>
            </w:pPr>
            <w:r>
              <w:rPr>
                <w:sz w:val="16"/>
              </w:rPr>
              <w:t>$160</w:t>
            </w:r>
          </w:p>
        </w:tc>
        <w:tc>
          <w:tcPr>
            <w:tcW w:type="dxa" w:w="1109"/>
          </w:tcPr>
          <w:p>
            <w:pPr>
              <w:spacing w:after="0"/>
              <w:jc w:val="right"/>
            </w:pPr>
            <w:r>
              <w:rPr>
                <w:sz w:val="16"/>
              </w:rPr>
              <w:t>$1,180,013</w:t>
            </w:r>
          </w:p>
        </w:tc>
        <w:tc>
          <w:tcPr>
            <w:tcW w:type="dxa" w:w="1190"/>
          </w:tcPr>
          <w:p>
            <w:pPr>
              <w:spacing w:after="0"/>
              <w:jc w:val="right"/>
            </w:pPr>
            <w:r>
              <w:rPr>
                <w:sz w:val="16"/>
              </w:rPr>
              <w:t>23</w:t>
            </w:r>
          </w:p>
        </w:tc>
        <w:tc>
          <w:tcPr>
            <w:tcW w:type="dxa" w:w="2150"/>
          </w:tcPr>
          <w:p>
            <w:pPr>
              <w:spacing w:after="0"/>
              <w:jc w:val="left"/>
            </w:pPr>
          </w:p>
        </w:tc>
        <w:tc>
          <w:tcPr>
            <w:tcW w:type="dxa" w:w="2123"/>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Drought</w:t>
            </w:r>
          </w:p>
        </w:tc>
        <w:tc>
          <w:tcPr>
            <w:tcW w:type="dxa" w:w="1182"/>
          </w:tcPr>
          <w:p>
            <w:pPr>
              <w:spacing w:after="0"/>
              <w:jc w:val="left"/>
            </w:pPr>
            <w:r>
              <w:rPr>
                <w:sz w:val="16"/>
              </w:rPr>
              <w:t>Relatively High</w:t>
            </w:r>
          </w:p>
        </w:tc>
        <w:tc>
          <w:tcPr>
            <w:tcW w:type="dxa" w:w="1182"/>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$1,126,479</w:t>
            </w:r>
          </w:p>
        </w:tc>
        <w:tc>
          <w:tcPr>
            <w:tcW w:type="dxa" w:w="1293"/>
          </w:tcPr>
          <w:p>
            <w:pPr>
              <w:spacing w:after="0"/>
              <w:jc w:val="right"/>
            </w:pPr>
          </w:p>
        </w:tc>
        <w:tc>
          <w:tcPr>
            <w:tcW w:type="dxa" w:w="1109"/>
          </w:tcPr>
          <w:p>
            <w:pPr>
              <w:spacing w:after="0"/>
              <w:jc w:val="right"/>
            </w:pPr>
            <w:r>
              <w:rPr>
                <w:sz w:val="16"/>
              </w:rPr>
              <w:t>$1,126,479</w:t>
            </w:r>
          </w:p>
        </w:tc>
        <w:tc>
          <w:tcPr>
            <w:tcW w:type="dxa" w:w="1190"/>
          </w:tcPr>
          <w:p>
            <w:pPr>
              <w:spacing w:after="0"/>
              <w:jc w:val="right"/>
            </w:pPr>
            <w:r>
              <w:rPr>
                <w:sz w:val="16"/>
              </w:rPr>
              <w:t>0</w:t>
            </w:r>
          </w:p>
        </w:tc>
        <w:tc>
          <w:tcPr>
            <w:tcW w:type="dxa" w:w="2150"/>
          </w:tcPr>
          <w:p>
            <w:pPr>
              <w:spacing w:after="0"/>
              <w:jc w:val="left"/>
            </w:pPr>
          </w:p>
        </w:tc>
        <w:tc>
          <w:tcPr>
            <w:tcW w:type="dxa" w:w="2123"/>
          </w:tcPr>
          <w:p>
            <w:pPr>
              <w:spacing w:after="0"/>
              <w:jc w:val="left"/>
            </w:pPr>
            <w:r>
              <w:rPr>
                <w:sz w:val="16"/>
              </w:rPr>
              <w:t>Declared 2 times; no Storm Events record of this type.</w:t>
            </w: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$592,216</w:t>
            </w:r>
          </w:p>
        </w:tc>
        <w:tc>
          <w:tcPr>
            <w:tcW w:type="dxa" w:w="1126"/>
          </w:tcPr>
          <w:p>
            <w:pPr>
              <w:spacing w:after="0"/>
              <w:jc w:val="right"/>
            </w:pPr>
            <w:r>
              <w:rPr>
                <w:sz w:val="16"/>
              </w:rPr>
              <w:t>$83,797</w:t>
            </w:r>
          </w:p>
        </w:tc>
        <w:tc>
          <w:tcPr>
            <w:tcW w:type="dxa" w:w="1293"/>
          </w:tcPr>
          <w:p>
            <w:pPr>
              <w:spacing w:after="0"/>
              <w:jc w:val="right"/>
            </w:pPr>
            <w:r>
              <w:rPr>
                <w:sz w:val="16"/>
              </w:rPr>
              <w:t>$17,869</w:t>
            </w:r>
          </w:p>
        </w:tc>
        <w:tc>
          <w:tcPr>
            <w:tcW w:type="dxa" w:w="1109"/>
          </w:tcPr>
          <w:p>
            <w:pPr>
              <w:spacing w:after="0"/>
              <w:jc w:val="right"/>
            </w:pPr>
            <w:r>
              <w:rPr>
                <w:sz w:val="16"/>
              </w:rPr>
              <w:t>$693,883</w:t>
            </w:r>
          </w:p>
        </w:tc>
        <w:tc>
          <w:tcPr>
            <w:tcW w:type="dxa" w:w="1190"/>
          </w:tcPr>
          <w:p>
            <w:pPr>
              <w:spacing w:after="0"/>
              <w:jc w:val="right"/>
            </w:pPr>
            <w:r>
              <w:rPr>
                <w:sz w:val="16"/>
              </w:rPr>
              <w:t>1</w:t>
            </w:r>
          </w:p>
        </w:tc>
        <w:tc>
          <w:tcPr>
            <w:tcW w:type="dxa" w:w="2150"/>
          </w:tcPr>
          <w:p>
            <w:pPr>
              <w:spacing w:after="0"/>
              <w:jc w:val="left"/>
            </w:pPr>
          </w:p>
        </w:tc>
        <w:tc>
          <w:tcPr>
            <w:tcW w:type="dxa" w:w="2123"/>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2"/>
          </w:tcPr>
          <w:p>
            <w:pPr>
              <w:spacing w:after="0"/>
              <w:jc w:val="left"/>
            </w:pPr>
            <w:r>
              <w:rPr>
                <w:sz w:val="16"/>
              </w:rPr>
              <w:t>Relatively Moderate</w:t>
            </w:r>
          </w:p>
        </w:tc>
        <w:tc>
          <w:tcPr>
            <w:tcW w:type="dxa" w:w="1182"/>
          </w:tcPr>
          <w:p>
            <w:pPr>
              <w:spacing w:after="0"/>
              <w:jc w:val="left"/>
            </w:pPr>
            <w:r>
              <w:rPr>
                <w:sz w:val="16"/>
              </w:rPr>
              <w:t>Relatively Low</w:t>
            </w:r>
          </w:p>
        </w:tc>
        <w:tc>
          <w:tcPr>
            <w:tcW w:type="dxa" w:w="1037"/>
          </w:tcPr>
          <w:p>
            <w:pPr>
              <w:spacing w:after="0"/>
              <w:jc w:val="right"/>
            </w:pPr>
            <w:r>
              <w:rPr>
                <w:sz w:val="16"/>
              </w:rPr>
              <w:t>$27,100</w:t>
            </w:r>
          </w:p>
        </w:tc>
        <w:tc>
          <w:tcPr>
            <w:tcW w:type="dxa" w:w="1126"/>
          </w:tcPr>
          <w:p>
            <w:pPr>
              <w:spacing w:after="0"/>
              <w:jc w:val="right"/>
            </w:pPr>
            <w:r>
              <w:rPr>
                <w:sz w:val="16"/>
              </w:rPr>
              <w:t>$25,713</w:t>
            </w:r>
          </w:p>
        </w:tc>
        <w:tc>
          <w:tcPr>
            <w:tcW w:type="dxa" w:w="1293"/>
          </w:tcPr>
          <w:p>
            <w:pPr>
              <w:spacing w:after="0"/>
              <w:jc w:val="right"/>
            </w:pPr>
            <w:r>
              <w:rPr>
                <w:sz w:val="16"/>
              </w:rPr>
              <w:t>$355,214</w:t>
            </w:r>
          </w:p>
        </w:tc>
        <w:tc>
          <w:tcPr>
            <w:tcW w:type="dxa" w:w="1109"/>
          </w:tcPr>
          <w:p>
            <w:pPr>
              <w:spacing w:after="0"/>
              <w:jc w:val="right"/>
            </w:pPr>
            <w:r>
              <w:rPr>
                <w:sz w:val="16"/>
              </w:rPr>
              <w:t>$408,027</w:t>
            </w:r>
          </w:p>
        </w:tc>
        <w:tc>
          <w:tcPr>
            <w:tcW w:type="dxa" w:w="1190"/>
          </w:tcPr>
          <w:p>
            <w:pPr>
              <w:spacing w:after="0"/>
              <w:jc w:val="right"/>
            </w:pPr>
            <w:r>
              <w:rPr>
                <w:sz w:val="16"/>
              </w:rPr>
              <w:t>110</w:t>
            </w:r>
          </w:p>
        </w:tc>
        <w:tc>
          <w:tcPr>
            <w:tcW w:type="dxa" w:w="2150"/>
          </w:tcPr>
          <w:p>
            <w:pPr>
              <w:spacing w:after="0"/>
              <w:jc w:val="left"/>
            </w:pPr>
          </w:p>
        </w:tc>
        <w:tc>
          <w:tcPr>
            <w:tcW w:type="dxa" w:w="2123"/>
          </w:tcPr>
          <w:p>
            <w:pPr>
              <w:spacing w:after="0"/>
              <w:jc w:val="left"/>
            </w:pPr>
            <w:r>
              <w:rPr>
                <w:sz w:val="16"/>
              </w:rPr>
              <w:t>Includes 1 High Wind record and 1 Strong Wind record,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$137,341</w:t>
            </w:r>
          </w:p>
        </w:tc>
        <w:tc>
          <w:tcPr>
            <w:tcW w:type="dxa" w:w="1126"/>
          </w:tcPr>
          <w:p>
            <w:pPr>
              <w:spacing w:after="0"/>
              <w:jc w:val="right"/>
            </w:pPr>
          </w:p>
        </w:tc>
        <w:tc>
          <w:tcPr>
            <w:tcW w:type="dxa" w:w="1293"/>
          </w:tcPr>
          <w:p>
            <w:pPr>
              <w:spacing w:after="0"/>
              <w:jc w:val="right"/>
            </w:pPr>
            <w:r>
              <w:rPr>
                <w:sz w:val="16"/>
              </w:rPr>
              <w:t>$44,435</w:t>
            </w:r>
          </w:p>
        </w:tc>
        <w:tc>
          <w:tcPr>
            <w:tcW w:type="dxa" w:w="1109"/>
          </w:tcPr>
          <w:p>
            <w:pPr>
              <w:spacing w:after="0"/>
              <w:jc w:val="right"/>
            </w:pPr>
            <w:r>
              <w:rPr>
                <w:sz w:val="16"/>
              </w:rPr>
              <w:t>$181,776</w:t>
            </w:r>
          </w:p>
        </w:tc>
        <w:tc>
          <w:tcPr>
            <w:tcW w:type="dxa" w:w="1190"/>
          </w:tcPr>
          <w:p>
            <w:pPr>
              <w:spacing w:after="0"/>
              <w:jc w:val="right"/>
            </w:pPr>
          </w:p>
        </w:tc>
        <w:tc>
          <w:tcPr>
            <w:tcW w:type="dxa" w:w="2150"/>
          </w:tcPr>
          <w:p>
            <w:pPr>
              <w:spacing w:after="0"/>
              <w:jc w:val="left"/>
            </w:pPr>
          </w:p>
        </w:tc>
        <w:tc>
          <w:tcPr>
            <w:tcW w:type="dxa" w:w="2123"/>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Tornado</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$99,851</w:t>
            </w:r>
          </w:p>
        </w:tc>
        <w:tc>
          <w:tcPr>
            <w:tcW w:type="dxa" w:w="1126"/>
          </w:tcPr>
          <w:p>
            <w:pPr>
              <w:spacing w:after="0"/>
              <w:jc w:val="right"/>
            </w:pPr>
            <w:r>
              <w:rPr>
                <w:sz w:val="16"/>
              </w:rPr>
              <w:t>$468</w:t>
            </w:r>
          </w:p>
        </w:tc>
        <w:tc>
          <w:tcPr>
            <w:tcW w:type="dxa" w:w="1293"/>
          </w:tcPr>
          <w:p>
            <w:pPr>
              <w:spacing w:after="0"/>
              <w:jc w:val="right"/>
            </w:pPr>
            <w:r>
              <w:rPr>
                <w:sz w:val="16"/>
              </w:rPr>
              <w:t>$74,582</w:t>
            </w:r>
          </w:p>
        </w:tc>
        <w:tc>
          <w:tcPr>
            <w:tcW w:type="dxa" w:w="1109"/>
          </w:tcPr>
          <w:p>
            <w:pPr>
              <w:spacing w:after="0"/>
              <w:jc w:val="right"/>
            </w:pPr>
            <w:r>
              <w:rPr>
                <w:sz w:val="16"/>
              </w:rPr>
              <w:t>$174,901</w:t>
            </w:r>
          </w:p>
        </w:tc>
        <w:tc>
          <w:tcPr>
            <w:tcW w:type="dxa" w:w="1190"/>
          </w:tcPr>
          <w:p>
            <w:pPr>
              <w:spacing w:after="0"/>
              <w:jc w:val="right"/>
            </w:pPr>
            <w:r>
              <w:rPr>
                <w:sz w:val="16"/>
              </w:rPr>
              <w:t>3</w:t>
            </w:r>
          </w:p>
        </w:tc>
        <w:tc>
          <w:tcPr>
            <w:tcW w:type="dxa" w:w="2150"/>
          </w:tcPr>
          <w:p>
            <w:pPr>
              <w:spacing w:after="0"/>
              <w:jc w:val="left"/>
            </w:pPr>
          </w:p>
        </w:tc>
        <w:tc>
          <w:tcPr>
            <w:tcW w:type="dxa" w:w="2123"/>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Cold Wave</w:t>
            </w:r>
          </w:p>
        </w:tc>
        <w:tc>
          <w:tcPr>
            <w:tcW w:type="dxa" w:w="1182"/>
          </w:tcPr>
          <w:p>
            <w:pPr>
              <w:spacing w:after="0"/>
              <w:jc w:val="left"/>
            </w:pPr>
            <w:r>
              <w:rPr>
                <w:sz w:val="16"/>
              </w:rPr>
              <w:t>Very Low</w:t>
            </w:r>
          </w:p>
        </w:tc>
        <w:tc>
          <w:tcPr>
            <w:tcW w:type="dxa" w:w="1182"/>
          </w:tcPr>
          <w:p>
            <w:pPr>
              <w:spacing w:after="0"/>
              <w:jc w:val="left"/>
            </w:pPr>
            <w:r>
              <w:rPr>
                <w:sz w:val="16"/>
              </w:rPr>
              <w:t>Relatively Low</w:t>
            </w:r>
          </w:p>
        </w:tc>
        <w:tc>
          <w:tcPr>
            <w:tcW w:type="dxa" w:w="1037"/>
          </w:tcPr>
          <w:p>
            <w:pPr>
              <w:spacing w:after="0"/>
              <w:jc w:val="right"/>
            </w:pPr>
            <w:r>
              <w:rPr>
                <w:sz w:val="16"/>
              </w:rPr>
              <w:t>$963</w:t>
            </w:r>
          </w:p>
        </w:tc>
        <w:tc>
          <w:tcPr>
            <w:tcW w:type="dxa" w:w="1126"/>
          </w:tcPr>
          <w:p>
            <w:pPr>
              <w:spacing w:after="0"/>
              <w:jc w:val="right"/>
            </w:pPr>
            <w:r>
              <w:rPr>
                <w:sz w:val="16"/>
              </w:rPr>
              <w:t>$7,464</w:t>
            </w:r>
          </w:p>
        </w:tc>
        <w:tc>
          <w:tcPr>
            <w:tcW w:type="dxa" w:w="1293"/>
          </w:tcPr>
          <w:p>
            <w:pPr>
              <w:spacing w:after="0"/>
              <w:jc w:val="right"/>
            </w:pPr>
            <w:r>
              <w:rPr>
                <w:sz w:val="16"/>
              </w:rPr>
              <w:t>$127,149</w:t>
            </w:r>
          </w:p>
        </w:tc>
        <w:tc>
          <w:tcPr>
            <w:tcW w:type="dxa" w:w="1109"/>
          </w:tcPr>
          <w:p>
            <w:pPr>
              <w:spacing w:after="0"/>
              <w:jc w:val="right"/>
            </w:pPr>
            <w:r>
              <w:rPr>
                <w:sz w:val="16"/>
              </w:rPr>
              <w:t>$135,576</w:t>
            </w:r>
          </w:p>
        </w:tc>
        <w:tc>
          <w:tcPr>
            <w:tcW w:type="dxa" w:w="1190"/>
          </w:tcPr>
          <w:p>
            <w:pPr>
              <w:spacing w:after="0"/>
              <w:jc w:val="right"/>
            </w:pPr>
            <w:r>
              <w:rPr>
                <w:sz w:val="16"/>
              </w:rPr>
              <w:t>3</w:t>
            </w:r>
          </w:p>
        </w:tc>
        <w:tc>
          <w:tcPr>
            <w:tcW w:type="dxa" w:w="2150"/>
          </w:tcPr>
          <w:p>
            <w:pPr>
              <w:spacing w:after="0"/>
              <w:jc w:val="left"/>
            </w:pPr>
          </w:p>
        </w:tc>
        <w:tc>
          <w:tcPr>
            <w:tcW w:type="dxa" w:w="2123"/>
          </w:tcPr>
          <w:p>
            <w:pPr>
              <w:spacing w:after="0"/>
              <w:jc w:val="left"/>
            </w:pPr>
            <w:r>
              <w:rPr>
                <w:sz w:val="16"/>
              </w:rPr>
              <w:t>Includes 3 Frost/Freeze records,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$7</w:t>
            </w:r>
          </w:p>
        </w:tc>
        <w:tc>
          <w:tcPr>
            <w:tcW w:type="dxa" w:w="1126"/>
          </w:tcPr>
          <w:p>
            <w:pPr>
              <w:spacing w:after="0"/>
              <w:jc w:val="right"/>
            </w:pPr>
            <w:r>
              <w:rPr>
                <w:sz w:val="16"/>
              </w:rPr>
              <w:t>$25</w:t>
            </w:r>
          </w:p>
        </w:tc>
        <w:tc>
          <w:tcPr>
            <w:tcW w:type="dxa" w:w="1293"/>
          </w:tcPr>
          <w:p>
            <w:pPr>
              <w:spacing w:after="0"/>
              <w:jc w:val="right"/>
            </w:pPr>
            <w:r>
              <w:rPr>
                <w:sz w:val="16"/>
              </w:rPr>
              <w:t>$97,799</w:t>
            </w:r>
          </w:p>
        </w:tc>
        <w:tc>
          <w:tcPr>
            <w:tcW w:type="dxa" w:w="1109"/>
          </w:tcPr>
          <w:p>
            <w:pPr>
              <w:spacing w:after="0"/>
              <w:jc w:val="right"/>
            </w:pPr>
            <w:r>
              <w:rPr>
                <w:sz w:val="16"/>
              </w:rPr>
              <w:t>$97,831</w:t>
            </w:r>
          </w:p>
        </w:tc>
        <w:tc>
          <w:tcPr>
            <w:tcW w:type="dxa" w:w="1190"/>
          </w:tcPr>
          <w:p>
            <w:pPr>
              <w:spacing w:after="0"/>
              <w:jc w:val="right"/>
            </w:pPr>
            <w:r>
              <w:rPr>
                <w:sz w:val="16"/>
              </w:rPr>
              <w:t>4</w:t>
            </w:r>
          </w:p>
        </w:tc>
        <w:tc>
          <w:tcPr>
            <w:tcW w:type="dxa" w:w="2150"/>
          </w:tcPr>
          <w:p>
            <w:pPr>
              <w:spacing w:after="0"/>
              <w:jc w:val="left"/>
            </w:pPr>
          </w:p>
        </w:tc>
        <w:tc>
          <w:tcPr>
            <w:tcW w:type="dxa" w:w="2123"/>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$2,835</w:t>
            </w:r>
          </w:p>
        </w:tc>
        <w:tc>
          <w:tcPr>
            <w:tcW w:type="dxa" w:w="1126"/>
          </w:tcPr>
          <w:p>
            <w:pPr>
              <w:spacing w:after="0"/>
              <w:jc w:val="right"/>
            </w:pPr>
          </w:p>
        </w:tc>
        <w:tc>
          <w:tcPr>
            <w:tcW w:type="dxa" w:w="1293"/>
          </w:tcPr>
          <w:p>
            <w:pPr>
              <w:spacing w:after="0"/>
              <w:jc w:val="right"/>
            </w:pPr>
            <w:r>
              <w:rPr>
                <w:sz w:val="16"/>
              </w:rPr>
              <w:t>$42,474</w:t>
            </w:r>
          </w:p>
        </w:tc>
        <w:tc>
          <w:tcPr>
            <w:tcW w:type="dxa" w:w="1109"/>
          </w:tcPr>
          <w:p>
            <w:pPr>
              <w:spacing w:after="0"/>
              <w:jc w:val="right"/>
            </w:pPr>
            <w:r>
              <w:rPr>
                <w:sz w:val="16"/>
              </w:rPr>
              <w:t>$45,309</w:t>
            </w:r>
          </w:p>
        </w:tc>
        <w:tc>
          <w:tcPr>
            <w:tcW w:type="dxa" w:w="1190"/>
          </w:tcPr>
          <w:p>
            <w:pPr>
              <w:spacing w:after="0"/>
              <w:jc w:val="right"/>
            </w:pPr>
            <w:r>
              <w:rPr>
                <w:sz w:val="16"/>
              </w:rPr>
              <w:t>0</w:t>
            </w:r>
          </w:p>
        </w:tc>
        <w:tc>
          <w:tcPr>
            <w:tcW w:type="dxa" w:w="2150"/>
          </w:tcPr>
          <w:p>
            <w:pPr>
              <w:spacing w:after="0"/>
              <w:jc w:val="left"/>
            </w:pPr>
          </w:p>
        </w:tc>
        <w:tc>
          <w:tcPr>
            <w:tcW w:type="dxa" w:w="212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Hail</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$22,490</w:t>
            </w:r>
          </w:p>
        </w:tc>
        <w:tc>
          <w:tcPr>
            <w:tcW w:type="dxa" w:w="1126"/>
          </w:tcPr>
          <w:p>
            <w:pPr>
              <w:spacing w:after="0"/>
              <w:jc w:val="right"/>
            </w:pPr>
            <w:r>
              <w:rPr>
                <w:sz w:val="16"/>
              </w:rPr>
              <w:t>$9,124</w:t>
            </w:r>
          </w:p>
        </w:tc>
        <w:tc>
          <w:tcPr>
            <w:tcW w:type="dxa" w:w="1293"/>
          </w:tcPr>
          <w:p>
            <w:pPr>
              <w:spacing w:after="0"/>
              <w:jc w:val="right"/>
            </w:pPr>
            <w:r>
              <w:rPr>
                <w:sz w:val="16"/>
              </w:rPr>
              <w:t>$10,595</w:t>
            </w:r>
          </w:p>
        </w:tc>
        <w:tc>
          <w:tcPr>
            <w:tcW w:type="dxa" w:w="1109"/>
          </w:tcPr>
          <w:p>
            <w:pPr>
              <w:spacing w:after="0"/>
              <w:jc w:val="right"/>
            </w:pPr>
            <w:r>
              <w:rPr>
                <w:sz w:val="16"/>
              </w:rPr>
              <w:t>$42,210</w:t>
            </w:r>
          </w:p>
        </w:tc>
        <w:tc>
          <w:tcPr>
            <w:tcW w:type="dxa" w:w="1190"/>
          </w:tcPr>
          <w:p>
            <w:pPr>
              <w:spacing w:after="0"/>
              <w:jc w:val="right"/>
            </w:pPr>
            <w:r>
              <w:rPr>
                <w:sz w:val="16"/>
              </w:rPr>
              <w:t>17</w:t>
            </w:r>
          </w:p>
        </w:tc>
        <w:tc>
          <w:tcPr>
            <w:tcW w:type="dxa" w:w="2150"/>
          </w:tcPr>
          <w:p>
            <w:pPr>
              <w:spacing w:after="0"/>
              <w:jc w:val="left"/>
            </w:pPr>
          </w:p>
        </w:tc>
        <w:tc>
          <w:tcPr>
            <w:tcW w:type="dxa" w:w="2123"/>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2"/>
          </w:tcPr>
          <w:p>
            <w:pPr>
              <w:spacing w:after="0"/>
              <w:jc w:val="left"/>
            </w:pPr>
            <w:r>
              <w:rPr>
                <w:sz w:val="16"/>
              </w:rPr>
              <w:t>Relatively Low</w:t>
            </w:r>
          </w:p>
        </w:tc>
        <w:tc>
          <w:tcPr>
            <w:tcW w:type="dxa" w:w="1182"/>
          </w:tcPr>
          <w:p>
            <w:pPr>
              <w:spacing w:after="0"/>
              <w:jc w:val="left"/>
            </w:pPr>
            <w:r>
              <w:rPr>
                <w:sz w:val="16"/>
              </w:rPr>
              <w:t>Very Low</w:t>
            </w:r>
          </w:p>
        </w:tc>
        <w:tc>
          <w:tcPr>
            <w:tcW w:type="dxa" w:w="1037"/>
          </w:tcPr>
          <w:p>
            <w:pPr>
              <w:spacing w:after="0"/>
              <w:jc w:val="right"/>
            </w:pPr>
            <w:r>
              <w:rPr>
                <w:sz w:val="16"/>
              </w:rPr>
              <w:t>$21,669</w:t>
            </w:r>
          </w:p>
        </w:tc>
        <w:tc>
          <w:tcPr>
            <w:tcW w:type="dxa" w:w="1126"/>
          </w:tcPr>
          <w:p>
            <w:pPr>
              <w:spacing w:after="0"/>
              <w:jc w:val="right"/>
            </w:pPr>
          </w:p>
        </w:tc>
        <w:tc>
          <w:tcPr>
            <w:tcW w:type="dxa" w:w="1293"/>
          </w:tcPr>
          <w:p>
            <w:pPr>
              <w:spacing w:after="0"/>
              <w:jc w:val="right"/>
            </w:pPr>
            <w:r>
              <w:rPr>
                <w:sz w:val="16"/>
              </w:rPr>
              <w:t>$178</w:t>
            </w:r>
          </w:p>
        </w:tc>
        <w:tc>
          <w:tcPr>
            <w:tcW w:type="dxa" w:w="1109"/>
          </w:tcPr>
          <w:p>
            <w:pPr>
              <w:spacing w:after="0"/>
              <w:jc w:val="right"/>
            </w:pPr>
            <w:r>
              <w:rPr>
                <w:sz w:val="16"/>
              </w:rPr>
              <w:t>$21,847</w:t>
            </w:r>
          </w:p>
        </w:tc>
        <w:tc>
          <w:tcPr>
            <w:tcW w:type="dxa" w:w="1190"/>
          </w:tcPr>
          <w:p>
            <w:pPr>
              <w:spacing w:after="0"/>
              <w:jc w:val="right"/>
            </w:pPr>
            <w:r>
              <w:rPr>
                <w:sz w:val="16"/>
              </w:rPr>
              <w:t>3</w:t>
            </w:r>
          </w:p>
        </w:tc>
        <w:tc>
          <w:tcPr>
            <w:tcW w:type="dxa" w:w="2150"/>
          </w:tcPr>
          <w:p>
            <w:pPr>
              <w:spacing w:after="0"/>
              <w:jc w:val="left"/>
            </w:pPr>
          </w:p>
        </w:tc>
        <w:tc>
          <w:tcPr>
            <w:tcW w:type="dxa" w:w="2123"/>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$1,424</w:t>
            </w:r>
          </w:p>
        </w:tc>
        <w:tc>
          <w:tcPr>
            <w:tcW w:type="dxa" w:w="1126"/>
          </w:tcPr>
          <w:p>
            <w:pPr>
              <w:spacing w:after="0"/>
              <w:jc w:val="right"/>
            </w:pPr>
            <w:r>
              <w:rPr>
                <w:sz w:val="16"/>
              </w:rPr>
              <w:t>$7</w:t>
            </w:r>
          </w:p>
        </w:tc>
        <w:tc>
          <w:tcPr>
            <w:tcW w:type="dxa" w:w="1293"/>
          </w:tcPr>
          <w:p>
            <w:pPr>
              <w:spacing w:after="0"/>
              <w:jc w:val="right"/>
            </w:pPr>
            <w:r>
              <w:rPr>
                <w:sz w:val="16"/>
              </w:rPr>
              <w:t>$19,471</w:t>
            </w:r>
          </w:p>
        </w:tc>
        <w:tc>
          <w:tcPr>
            <w:tcW w:type="dxa" w:w="1109"/>
          </w:tcPr>
          <w:p>
            <w:pPr>
              <w:spacing w:after="0"/>
              <w:jc w:val="right"/>
            </w:pPr>
            <w:r>
              <w:rPr>
                <w:sz w:val="16"/>
              </w:rPr>
              <w:t>$20,902</w:t>
            </w:r>
          </w:p>
        </w:tc>
        <w:tc>
          <w:tcPr>
            <w:tcW w:type="dxa" w:w="1190"/>
          </w:tcPr>
          <w:p>
            <w:pPr>
              <w:spacing w:after="0"/>
              <w:jc w:val="right"/>
            </w:pPr>
            <w:r>
              <w:rPr>
                <w:sz w:val="16"/>
              </w:rPr>
              <w:t>71</w:t>
            </w:r>
          </w:p>
        </w:tc>
        <w:tc>
          <w:tcPr>
            <w:tcW w:type="dxa" w:w="2150"/>
          </w:tcPr>
          <w:p>
            <w:pPr>
              <w:spacing w:after="0"/>
              <w:jc w:val="left"/>
            </w:pPr>
          </w:p>
        </w:tc>
        <w:tc>
          <w:tcPr>
            <w:tcW w:type="dxa" w:w="2123"/>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$2,466</w:t>
            </w:r>
          </w:p>
        </w:tc>
        <w:tc>
          <w:tcPr>
            <w:tcW w:type="dxa" w:w="1126"/>
          </w:tcPr>
          <w:p>
            <w:pPr>
              <w:spacing w:after="0"/>
              <w:jc w:val="right"/>
            </w:pPr>
            <w:r>
              <w:rPr>
                <w:sz w:val="16"/>
              </w:rPr>
              <w:t>$4</w:t>
            </w:r>
          </w:p>
        </w:tc>
        <w:tc>
          <w:tcPr>
            <w:tcW w:type="dxa" w:w="1293"/>
          </w:tcPr>
          <w:p>
            <w:pPr>
              <w:spacing w:after="0"/>
              <w:jc w:val="right"/>
            </w:pPr>
            <w:r>
              <w:rPr>
                <w:sz w:val="16"/>
              </w:rPr>
              <w:t>$504</w:t>
            </w:r>
          </w:p>
        </w:tc>
        <w:tc>
          <w:tcPr>
            <w:tcW w:type="dxa" w:w="1109"/>
          </w:tcPr>
          <w:p>
            <w:pPr>
              <w:spacing w:after="0"/>
              <w:jc w:val="right"/>
            </w:pPr>
            <w:r>
              <w:rPr>
                <w:sz w:val="16"/>
              </w:rPr>
              <w:t>$2,974</w:t>
            </w:r>
          </w:p>
        </w:tc>
        <w:tc>
          <w:tcPr>
            <w:tcW w:type="dxa" w:w="1190"/>
          </w:tcPr>
          <w:p>
            <w:pPr>
              <w:spacing w:after="0"/>
              <w:jc w:val="right"/>
            </w:pPr>
            <w:r>
              <w:rPr>
                <w:sz w:val="16"/>
              </w:rPr>
              <w:t>0</w:t>
            </w:r>
          </w:p>
        </w:tc>
        <w:tc>
          <w:tcPr>
            <w:tcW w:type="dxa" w:w="2150"/>
          </w:tcPr>
          <w:p>
            <w:pPr>
              <w:spacing w:after="0"/>
              <w:jc w:val="left"/>
            </w:pPr>
          </w:p>
        </w:tc>
        <w:tc>
          <w:tcPr>
            <w:tcW w:type="dxa" w:w="212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$56</w:t>
            </w:r>
          </w:p>
        </w:tc>
        <w:tc>
          <w:tcPr>
            <w:tcW w:type="dxa" w:w="1126"/>
          </w:tcPr>
          <w:p>
            <w:pPr>
              <w:spacing w:after="0"/>
              <w:jc w:val="right"/>
            </w:pPr>
          </w:p>
        </w:tc>
        <w:tc>
          <w:tcPr>
            <w:tcW w:type="dxa" w:w="1293"/>
          </w:tcPr>
          <w:p>
            <w:pPr>
              <w:spacing w:after="0"/>
              <w:jc w:val="right"/>
            </w:pPr>
            <w:r>
              <w:rPr>
                <w:sz w:val="16"/>
              </w:rPr>
              <w:t>$81</w:t>
            </w:r>
          </w:p>
        </w:tc>
        <w:tc>
          <w:tcPr>
            <w:tcW w:type="dxa" w:w="1109"/>
          </w:tcPr>
          <w:p>
            <w:pPr>
              <w:spacing w:after="0"/>
              <w:jc w:val="right"/>
            </w:pPr>
            <w:r>
              <w:rPr>
                <w:sz w:val="16"/>
              </w:rPr>
              <w:t>$137</w:t>
            </w:r>
          </w:p>
        </w:tc>
        <w:tc>
          <w:tcPr>
            <w:tcW w:type="dxa" w:w="1190"/>
          </w:tcPr>
          <w:p>
            <w:pPr>
              <w:spacing w:after="0"/>
              <w:jc w:val="right"/>
            </w:pPr>
            <w:r>
              <w:rPr>
                <w:sz w:val="16"/>
              </w:rPr>
              <w:t>0</w:t>
            </w:r>
          </w:p>
        </w:tc>
        <w:tc>
          <w:tcPr>
            <w:tcW w:type="dxa" w:w="2150"/>
          </w:tcPr>
          <w:p>
            <w:pPr>
              <w:spacing w:after="0"/>
              <w:jc w:val="left"/>
            </w:pPr>
          </w:p>
        </w:tc>
        <w:tc>
          <w:tcPr>
            <w:tcW w:type="dxa" w:w="212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3"/>
          </w:tcPr>
          <w:p>
            <w:pPr>
              <w:spacing w:after="0"/>
              <w:jc w:val="right"/>
            </w:pPr>
          </w:p>
        </w:tc>
        <w:tc>
          <w:tcPr>
            <w:tcW w:type="dxa" w:w="1109"/>
          </w:tcPr>
          <w:p>
            <w:pPr>
              <w:spacing w:after="0"/>
              <w:jc w:val="right"/>
            </w:pPr>
          </w:p>
        </w:tc>
        <w:tc>
          <w:tcPr>
            <w:tcW w:type="dxa" w:w="1190"/>
          </w:tcPr>
          <w:p>
            <w:pPr>
              <w:spacing w:after="0"/>
              <w:jc w:val="right"/>
            </w:pPr>
            <w:r>
              <w:rPr>
                <w:sz w:val="16"/>
              </w:rPr>
              <w:t>0</w:t>
            </w:r>
          </w:p>
        </w:tc>
        <w:tc>
          <w:tcPr>
            <w:tcW w:type="dxa" w:w="2150"/>
          </w:tcPr>
          <w:p>
            <w:pPr>
              <w:spacing w:after="0"/>
              <w:jc w:val="left"/>
            </w:pPr>
            <w:r>
              <w:rPr>
                <w:sz w:val="16"/>
              </w:rPr>
              <w:t>NRI rates avalanche Not Applicable for this county, and no federal declaration for this county names it.</w:t>
            </w:r>
          </w:p>
        </w:tc>
        <w:tc>
          <w:tcPr>
            <w:tcW w:type="dxa" w:w="2123"/>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3"/>
          </w:tcPr>
          <w:p>
            <w:pPr>
              <w:spacing w:after="0"/>
              <w:jc w:val="right"/>
            </w:pPr>
          </w:p>
        </w:tc>
        <w:tc>
          <w:tcPr>
            <w:tcW w:type="dxa" w:w="1109"/>
          </w:tcPr>
          <w:p>
            <w:pPr>
              <w:spacing w:after="0"/>
              <w:jc w:val="right"/>
            </w:pPr>
          </w:p>
        </w:tc>
        <w:tc>
          <w:tcPr>
            <w:tcW w:type="dxa" w:w="1190"/>
          </w:tcPr>
          <w:p>
            <w:pPr>
              <w:spacing w:after="0"/>
              <w:jc w:val="right"/>
            </w:pPr>
            <w:r>
              <w:rPr>
                <w:sz w:val="16"/>
              </w:rPr>
              <w:t>0</w:t>
            </w:r>
          </w:p>
        </w:tc>
        <w:tc>
          <w:tcPr>
            <w:tcW w:type="dxa" w:w="2150"/>
          </w:tcPr>
          <w:p>
            <w:pPr>
              <w:spacing w:after="0"/>
              <w:jc w:val="left"/>
            </w:pPr>
            <w:r>
              <w:rPr>
                <w:sz w:val="16"/>
              </w:rPr>
              <w:t>NRI rates coastal flooding Not Applicable for this county, and no federal declaration for this county names it.</w:t>
            </w:r>
          </w:p>
        </w:tc>
        <w:tc>
          <w:tcPr>
            <w:tcW w:type="dxa" w:w="2123"/>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3"/>
          </w:tcPr>
          <w:p>
            <w:pPr>
              <w:spacing w:after="0"/>
              <w:jc w:val="right"/>
            </w:pPr>
          </w:p>
        </w:tc>
        <w:tc>
          <w:tcPr>
            <w:tcW w:type="dxa" w:w="1109"/>
          </w:tcPr>
          <w:p>
            <w:pPr>
              <w:spacing w:after="0"/>
              <w:jc w:val="right"/>
            </w:pPr>
          </w:p>
        </w:tc>
        <w:tc>
          <w:tcPr>
            <w:tcW w:type="dxa" w:w="1190"/>
          </w:tcPr>
          <w:p>
            <w:pPr>
              <w:spacing w:after="0"/>
              <w:jc w:val="right"/>
            </w:pPr>
            <w:r>
              <w:rPr>
                <w:sz w:val="16"/>
              </w:rPr>
              <w:t>0</w:t>
            </w:r>
          </w:p>
        </w:tc>
        <w:tc>
          <w:tcPr>
            <w:tcW w:type="dxa" w:w="2150"/>
          </w:tcPr>
          <w:p>
            <w:pPr>
              <w:spacing w:after="0"/>
              <w:jc w:val="left"/>
            </w:pPr>
            <w:r>
              <w:rPr>
                <w:sz w:val="16"/>
              </w:rPr>
              <w:t>NRI rates tsunami Not Applicable for this county, and no federal declaration for this county names it.</w:t>
            </w:r>
          </w:p>
        </w:tc>
        <w:tc>
          <w:tcPr>
            <w:tcW w:type="dxa" w:w="212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3"/>
          </w:tcPr>
          <w:p>
            <w:pPr>
              <w:spacing w:after="0"/>
              <w:jc w:val="right"/>
            </w:pPr>
          </w:p>
        </w:tc>
        <w:tc>
          <w:tcPr>
            <w:tcW w:type="dxa" w:w="1109"/>
          </w:tcPr>
          <w:p>
            <w:pPr>
              <w:spacing w:after="0"/>
              <w:jc w:val="right"/>
            </w:pPr>
          </w:p>
        </w:tc>
        <w:tc>
          <w:tcPr>
            <w:tcW w:type="dxa" w:w="1190"/>
          </w:tcPr>
          <w:p>
            <w:pPr>
              <w:spacing w:after="0"/>
              <w:jc w:val="right"/>
            </w:pPr>
            <w:r>
              <w:rPr>
                <w:sz w:val="16"/>
              </w:rPr>
              <w:t>0</w:t>
            </w:r>
          </w:p>
        </w:tc>
        <w:tc>
          <w:tcPr>
            <w:tcW w:type="dxa" w:w="2150"/>
          </w:tcPr>
          <w:p>
            <w:pPr>
              <w:spacing w:after="0"/>
              <w:jc w:val="left"/>
            </w:pPr>
            <w:r>
              <w:rPr>
                <w:sz w:val="16"/>
              </w:rPr>
              <w:t>NRI rates volcanic activity Not Applicable for this county, and no federal declaration for this county names it.</w:t>
            </w:r>
          </w:p>
        </w:tc>
        <w:tc>
          <w:tcPr>
            <w:tcW w:type="dxa" w:w="212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0"/>
        <w:gridCol w:w="1795"/>
        <w:gridCol w:w="1634"/>
        <w:gridCol w:w="1412"/>
        <w:gridCol w:w="1740"/>
        <w:gridCol w:w="1615"/>
        <w:gridCol w:w="1714"/>
        <w:gridCol w:w="2371"/>
      </w:tblGrid>
      <w:tr>
        <w:trPr>
          <w:cantSplit/>
          <w:tblHeader/>
        </w:trPr>
        <w:tc>
          <w:tcPr>
            <w:tcW w:type="dxa" w:w="1830"/>
            <w:shd w:val="clear" w:color="auto" w:fill="E8E8E8"/>
          </w:tcPr>
          <w:p>
            <w:pPr>
              <w:spacing w:after="0"/>
              <w:jc w:val="left"/>
            </w:pPr>
            <w:r>
              <w:rPr>
                <w:b/>
                <w:sz w:val="16"/>
              </w:rPr>
              <w:t>Hazard</w:t>
            </w:r>
          </w:p>
        </w:tc>
        <w:tc>
          <w:tcPr>
            <w:tcW w:type="dxa" w:w="1795"/>
            <w:shd w:val="clear" w:color="auto" w:fill="E8E8E8"/>
          </w:tcPr>
          <w:p>
            <w:pPr>
              <w:spacing w:after="0"/>
              <w:jc w:val="left"/>
            </w:pPr>
            <w:r>
              <w:rPr>
                <w:b/>
                <w:sz w:val="16"/>
              </w:rPr>
              <w:t>Scale</w:t>
            </w:r>
          </w:p>
        </w:tc>
        <w:tc>
          <w:tcPr>
            <w:tcW w:type="dxa" w:w="1634"/>
            <w:shd w:val="clear" w:color="auto" w:fill="E8E8E8"/>
          </w:tcPr>
          <w:p>
            <w:pPr>
              <w:spacing w:after="0"/>
              <w:jc w:val="right"/>
            </w:pPr>
            <w:r>
              <w:rPr>
                <w:b/>
                <w:sz w:val="16"/>
              </w:rPr>
              <w:t>Records</w:t>
            </w:r>
          </w:p>
          <w:p>
            <w:pPr>
              <w:spacing w:after="0"/>
              <w:jc w:val="right"/>
            </w:pPr>
            <w:r>
              <w:rPr>
                <w:i/>
                <w:color w:val="555555"/>
                <w:sz w:val="14"/>
              </w:rPr>
              <w:t>count, years</w:t>
            </w:r>
          </w:p>
        </w:tc>
        <w:tc>
          <w:tcPr>
            <w:tcW w:type="dxa" w:w="1412"/>
            <w:shd w:val="clear" w:color="auto" w:fill="E8E8E8"/>
          </w:tcPr>
          <w:p>
            <w:pPr>
              <w:spacing w:after="0"/>
              <w:jc w:val="left"/>
            </w:pPr>
            <w:r>
              <w:rPr>
                <w:b/>
                <w:sz w:val="16"/>
              </w:rPr>
              <w:t>Observed range</w:t>
            </w:r>
          </w:p>
        </w:tc>
        <w:tc>
          <w:tcPr>
            <w:tcW w:type="dxa" w:w="1740"/>
            <w:shd w:val="clear" w:color="auto" w:fill="E8E8E8"/>
          </w:tcPr>
          <w:p>
            <w:pPr>
              <w:spacing w:after="0"/>
              <w:jc w:val="left"/>
            </w:pPr>
            <w:r>
              <w:rPr>
                <w:b/>
                <w:sz w:val="16"/>
              </w:rPr>
              <w:t>Worst recorded event</w:t>
            </w:r>
          </w:p>
        </w:tc>
        <w:tc>
          <w:tcPr>
            <w:tcW w:type="dxa" w:w="1615"/>
            <w:shd w:val="clear" w:color="auto" w:fill="E8E8E8"/>
          </w:tcPr>
          <w:p>
            <w:pPr>
              <w:spacing w:after="0"/>
              <w:jc w:val="left"/>
            </w:pPr>
            <w:r>
              <w:rPr>
                <w:b/>
                <w:sz w:val="16"/>
              </w:rPr>
              <w:t>Most damaging (when different)</w:t>
            </w:r>
          </w:p>
        </w:tc>
        <w:tc>
          <w:tcPr>
            <w:tcW w:type="dxa" w:w="1714"/>
            <w:shd w:val="clear" w:color="auto" w:fill="E8E8E8"/>
          </w:tcPr>
          <w:p>
            <w:pPr>
              <w:spacing w:after="0"/>
              <w:jc w:val="left"/>
            </w:pPr>
            <w:r>
              <w:rPr>
                <w:b/>
                <w:sz w:val="16"/>
              </w:rPr>
              <w:t>How it applies to members</w:t>
            </w:r>
          </w:p>
        </w:tc>
        <w:tc>
          <w:tcPr>
            <w:tcW w:type="dxa" w:w="2371"/>
            <w:shd w:val="clear" w:color="auto" w:fill="E8E8E8"/>
          </w:tcPr>
          <w:p>
            <w:pPr>
              <w:spacing w:after="0"/>
              <w:jc w:val="left"/>
            </w:pPr>
            <w:r>
              <w:rPr>
                <w:b/>
                <w:sz w:val="16"/>
              </w:rPr>
              <w:t>Note</w:t>
            </w:r>
          </w:p>
        </w:tc>
      </w:tr>
      <w:tr>
        <w:trPr>
          <w:cantSplit/>
        </w:trPr>
        <w:tc>
          <w:tcPr>
            <w:tcW w:type="dxa" w:w="1830"/>
          </w:tcPr>
          <w:p>
            <w:pPr>
              <w:spacing w:after="0"/>
              <w:jc w:val="left"/>
            </w:pPr>
            <w:r>
              <w:rPr>
                <w:sz w:val="16"/>
              </w:rPr>
              <w:t>Avalanche</w:t>
            </w:r>
          </w:p>
        </w:tc>
        <w:tc>
          <w:tcPr>
            <w:tcW w:type="dxa" w:w="1795"/>
          </w:tcPr>
          <w:p>
            <w:pPr>
              <w:spacing w:after="0"/>
              <w:jc w:val="left"/>
            </w:pPr>
            <w:r>
              <w:rPr>
                <w:sz w:val="16"/>
              </w:rPr>
              <w:t>none (count and damage)</w:t>
            </w:r>
          </w:p>
        </w:tc>
        <w:tc>
          <w:tcPr>
            <w:tcW w:type="dxa" w:w="1634"/>
          </w:tcPr>
          <w:p>
            <w:pPr>
              <w:spacing w:after="0"/>
              <w:jc w:val="right"/>
            </w:pPr>
            <w:r>
              <w:rPr>
                <w:sz w:val="16"/>
              </w:rPr>
              <w:t>0</w:t>
            </w:r>
          </w:p>
        </w:tc>
        <w:tc>
          <w:tcPr>
            <w:tcW w:type="dxa" w:w="1412"/>
          </w:tcPr>
          <w:p>
            <w:pPr>
              <w:spacing w:after="0"/>
              <w:jc w:val="left"/>
            </w:pPr>
          </w:p>
        </w:tc>
        <w:tc>
          <w:tcPr>
            <w:tcW w:type="dxa" w:w="1740"/>
          </w:tcPr>
          <w:p>
            <w:pPr>
              <w:spacing w:after="0"/>
              <w:jc w:val="left"/>
            </w:pPr>
          </w:p>
        </w:tc>
        <w:tc>
          <w:tcPr>
            <w:tcW w:type="dxa" w:w="1615"/>
          </w:tcPr>
          <w:p>
            <w:pPr>
              <w:spacing w:after="0"/>
              <w:jc w:val="left"/>
            </w:pPr>
          </w:p>
        </w:tc>
        <w:tc>
          <w:tcPr>
            <w:tcW w:type="dxa" w:w="1714"/>
          </w:tcPr>
          <w:p>
            <w:pPr>
              <w:spacing w:after="0"/>
              <w:jc w:val="left"/>
            </w:pPr>
          </w:p>
        </w:tc>
        <w:tc>
          <w:tcPr>
            <w:tcW w:type="dxa" w:w="2371"/>
          </w:tcPr>
          <w:p>
            <w:pPr>
              <w:spacing w:after="0"/>
              <w:jc w:val="left"/>
            </w:pPr>
            <w:r>
              <w:rPr>
                <w:sz w:val="16"/>
              </w:rPr>
              <w:t>Physical measure: in event narratives only; local data required.</w:t>
            </w:r>
          </w:p>
        </w:tc>
      </w:tr>
      <w:tr>
        <w:trPr>
          <w:cantSplit/>
        </w:trPr>
        <w:tc>
          <w:tcPr>
            <w:tcW w:type="dxa" w:w="1830"/>
          </w:tcPr>
          <w:p>
            <w:pPr>
              <w:spacing w:after="0"/>
              <w:jc w:val="left"/>
            </w:pPr>
            <w:r>
              <w:rPr>
                <w:sz w:val="16"/>
              </w:rPr>
              <w:t>Coastal Flood, Storm Surge/Tide</w:t>
            </w:r>
          </w:p>
        </w:tc>
        <w:tc>
          <w:tcPr>
            <w:tcW w:type="dxa" w:w="1795"/>
          </w:tcPr>
          <w:p>
            <w:pPr>
              <w:spacing w:after="0"/>
              <w:jc w:val="left"/>
            </w:pPr>
            <w:r>
              <w:rPr>
                <w:sz w:val="16"/>
              </w:rPr>
              <w:t>none in data (FIRM for depth)</w:t>
            </w:r>
          </w:p>
        </w:tc>
        <w:tc>
          <w:tcPr>
            <w:tcW w:type="dxa" w:w="1634"/>
          </w:tcPr>
          <w:p>
            <w:pPr>
              <w:spacing w:after="0"/>
              <w:jc w:val="right"/>
            </w:pPr>
            <w:r>
              <w:rPr>
                <w:sz w:val="16"/>
              </w:rPr>
              <w:t>0</w:t>
            </w:r>
          </w:p>
        </w:tc>
        <w:tc>
          <w:tcPr>
            <w:tcW w:type="dxa" w:w="1412"/>
          </w:tcPr>
          <w:p>
            <w:pPr>
              <w:spacing w:after="0"/>
              <w:jc w:val="left"/>
            </w:pPr>
          </w:p>
        </w:tc>
        <w:tc>
          <w:tcPr>
            <w:tcW w:type="dxa" w:w="1740"/>
          </w:tcPr>
          <w:p>
            <w:pPr>
              <w:spacing w:after="0"/>
              <w:jc w:val="left"/>
            </w:pPr>
          </w:p>
        </w:tc>
        <w:tc>
          <w:tcPr>
            <w:tcW w:type="dxa" w:w="1615"/>
          </w:tcPr>
          <w:p>
            <w:pPr>
              <w:spacing w:after="0"/>
              <w:jc w:val="left"/>
            </w:pPr>
          </w:p>
        </w:tc>
        <w:tc>
          <w:tcPr>
            <w:tcW w:type="dxa" w:w="1714"/>
          </w:tcPr>
          <w:p>
            <w:pPr>
              <w:spacing w:after="0"/>
              <w:jc w:val="left"/>
            </w:pPr>
          </w:p>
        </w:tc>
        <w:tc>
          <w:tcPr>
            <w:tcW w:type="dxa" w:w="2371"/>
          </w:tcPr>
          <w:p>
            <w:pPr>
              <w:spacing w:after="0"/>
              <w:jc w:val="left"/>
            </w:pPr>
            <w:r>
              <w:rPr>
                <w:sz w:val="16"/>
              </w:rPr>
              <w:t>Flood depth: see the FEMA Flood Insurance Rate Map.</w:t>
            </w:r>
          </w:p>
        </w:tc>
      </w:tr>
      <w:tr>
        <w:trPr>
          <w:cantSplit/>
        </w:trPr>
        <w:tc>
          <w:tcPr>
            <w:tcW w:type="dxa" w:w="1830"/>
          </w:tcPr>
          <w:p>
            <w:pPr>
              <w:spacing w:after="0"/>
              <w:jc w:val="left"/>
            </w:pPr>
            <w:r>
              <w:rPr>
                <w:sz w:val="16"/>
              </w:rPr>
              <w:t>Cold/Wind Chill, Extreme Cold/Wind Chill</w:t>
            </w:r>
          </w:p>
        </w:tc>
        <w:tc>
          <w:tcPr>
            <w:tcW w:type="dxa" w:w="1795"/>
          </w:tcPr>
          <w:p>
            <w:pPr>
              <w:spacing w:after="0"/>
              <w:jc w:val="left"/>
            </w:pPr>
            <w:r>
              <w:rPr>
                <w:sz w:val="16"/>
              </w:rPr>
              <w:t>wind chill</w:t>
            </w:r>
          </w:p>
        </w:tc>
        <w:tc>
          <w:tcPr>
            <w:tcW w:type="dxa" w:w="1634"/>
          </w:tcPr>
          <w:p>
            <w:pPr>
              <w:spacing w:after="0"/>
              <w:jc w:val="right"/>
            </w:pPr>
            <w:r>
              <w:rPr>
                <w:sz w:val="16"/>
              </w:rPr>
              <w:t>0</w:t>
            </w:r>
          </w:p>
        </w:tc>
        <w:tc>
          <w:tcPr>
            <w:tcW w:type="dxa" w:w="1412"/>
          </w:tcPr>
          <w:p>
            <w:pPr>
              <w:spacing w:after="0"/>
              <w:jc w:val="left"/>
            </w:pPr>
          </w:p>
        </w:tc>
        <w:tc>
          <w:tcPr>
            <w:tcW w:type="dxa" w:w="1740"/>
          </w:tcPr>
          <w:p>
            <w:pPr>
              <w:spacing w:after="0"/>
              <w:jc w:val="left"/>
            </w:pPr>
          </w:p>
        </w:tc>
        <w:tc>
          <w:tcPr>
            <w:tcW w:type="dxa" w:w="1615"/>
          </w:tcPr>
          <w:p>
            <w:pPr>
              <w:spacing w:after="0"/>
              <w:jc w:val="left"/>
            </w:pPr>
          </w:p>
        </w:tc>
        <w:tc>
          <w:tcPr>
            <w:tcW w:type="dxa" w:w="1714"/>
          </w:tcPr>
          <w:p>
            <w:pPr>
              <w:spacing w:after="0"/>
              <w:jc w:val="left"/>
            </w:pPr>
          </w:p>
        </w:tc>
        <w:tc>
          <w:tcPr>
            <w:tcW w:type="dxa" w:w="2371"/>
          </w:tcPr>
          <w:p>
            <w:pPr>
              <w:spacing w:after="0"/>
              <w:jc w:val="left"/>
            </w:pPr>
            <w:r>
              <w:rPr>
                <w:sz w:val="16"/>
              </w:rPr>
              <w:t>Wind chill: in event narratives only; local data required.</w:t>
            </w:r>
          </w:p>
        </w:tc>
      </w:tr>
      <w:tr>
        <w:trPr>
          <w:cantSplit/>
        </w:trPr>
        <w:tc>
          <w:tcPr>
            <w:tcW w:type="dxa" w:w="1830"/>
          </w:tcPr>
          <w:p>
            <w:pPr>
              <w:spacing w:after="0"/>
              <w:jc w:val="left"/>
            </w:pPr>
            <w:r>
              <w:rPr>
                <w:sz w:val="16"/>
              </w:rPr>
              <w:t>Frost/Freeze (outside NRI Cold Wave definition)</w:t>
            </w:r>
          </w:p>
        </w:tc>
        <w:tc>
          <w:tcPr>
            <w:tcW w:type="dxa" w:w="1795"/>
          </w:tcPr>
          <w:p>
            <w:pPr>
              <w:spacing w:after="0"/>
              <w:jc w:val="left"/>
            </w:pPr>
            <w:r>
              <w:rPr>
                <w:sz w:val="16"/>
              </w:rPr>
              <w:t>crop damage</w:t>
            </w:r>
          </w:p>
        </w:tc>
        <w:tc>
          <w:tcPr>
            <w:tcW w:type="dxa" w:w="1634"/>
          </w:tcPr>
          <w:p>
            <w:pPr>
              <w:spacing w:after="0"/>
              <w:jc w:val="right"/>
            </w:pPr>
            <w:r>
              <w:rPr>
                <w:sz w:val="16"/>
              </w:rPr>
              <w:t>3, 2003 to 2016 (3 zone-level)</w:t>
            </w:r>
          </w:p>
        </w:tc>
        <w:tc>
          <w:tcPr>
            <w:tcW w:type="dxa" w:w="1412"/>
          </w:tcPr>
          <w:p>
            <w:pPr>
              <w:spacing w:after="0"/>
              <w:jc w:val="left"/>
            </w:pPr>
          </w:p>
        </w:tc>
        <w:tc>
          <w:tcPr>
            <w:tcW w:type="dxa" w:w="1740"/>
          </w:tcPr>
          <w:p>
            <w:pPr>
              <w:spacing w:after="0"/>
              <w:jc w:val="left"/>
            </w:pPr>
            <w:r>
              <w:rPr>
                <w:sz w:val="16"/>
              </w:rPr>
              <w:t>No crop damage reported in 3 records.</w:t>
            </w:r>
          </w:p>
        </w:tc>
        <w:tc>
          <w:tcPr>
            <w:tcW w:type="dxa" w:w="1615"/>
          </w:tcPr>
          <w:p>
            <w:pPr>
              <w:spacing w:after="0"/>
              <w:jc w:val="left"/>
            </w:pPr>
          </w:p>
        </w:tc>
        <w:tc>
          <w:tcPr>
            <w:tcW w:type="dxa" w:w="1714"/>
          </w:tcPr>
          <w:p>
            <w:pPr>
              <w:spacing w:after="0"/>
              <w:jc w:val="left"/>
            </w:pPr>
            <w:r>
              <w:rPr>
                <w:sz w:val="16"/>
              </w:rPr>
              <w:t>Zone-level records: applies countywide; national data do not locate these events within the county.</w:t>
            </w:r>
          </w:p>
        </w:tc>
        <w:tc>
          <w:tcPr>
            <w:tcW w:type="dxa" w:w="2371"/>
          </w:tcPr>
          <w:p>
            <w:pPr>
              <w:spacing w:after="0"/>
              <w:jc w:val="left"/>
            </w:pPr>
            <w:r>
              <w:rPr>
                <w:sz w:val="16"/>
              </w:rPr>
              <w:t>Temperature: in event narratives only; local data required.</w:t>
            </w:r>
          </w:p>
        </w:tc>
      </w:tr>
      <w:tr>
        <w:trPr>
          <w:cantSplit/>
        </w:trPr>
        <w:tc>
          <w:tcPr>
            <w:tcW w:type="dxa" w:w="1830"/>
          </w:tcPr>
          <w:p>
            <w:pPr>
              <w:spacing w:after="0"/>
              <w:jc w:val="left"/>
            </w:pPr>
            <w:r>
              <w:rPr>
                <w:sz w:val="16"/>
              </w:rPr>
              <w:t>Drought</w:t>
            </w:r>
          </w:p>
        </w:tc>
        <w:tc>
          <w:tcPr>
            <w:tcW w:type="dxa" w:w="1795"/>
          </w:tcPr>
          <w:p>
            <w:pPr>
              <w:spacing w:after="0"/>
              <w:jc w:val="left"/>
            </w:pPr>
            <w:r>
              <w:rPr>
                <w:sz w:val="16"/>
              </w:rPr>
              <w:t>US Drought Monitor D-scale</w:t>
            </w:r>
          </w:p>
        </w:tc>
        <w:tc>
          <w:tcPr>
            <w:tcW w:type="dxa" w:w="1634"/>
          </w:tcPr>
          <w:p>
            <w:pPr>
              <w:spacing w:after="0"/>
              <w:jc w:val="right"/>
            </w:pPr>
            <w:r>
              <w:rPr>
                <w:sz w:val="16"/>
              </w:rPr>
              <w:t>0</w:t>
            </w:r>
          </w:p>
        </w:tc>
        <w:tc>
          <w:tcPr>
            <w:tcW w:type="dxa" w:w="1412"/>
          </w:tcPr>
          <w:p>
            <w:pPr>
              <w:spacing w:after="0"/>
              <w:jc w:val="left"/>
            </w:pPr>
          </w:p>
        </w:tc>
        <w:tc>
          <w:tcPr>
            <w:tcW w:type="dxa" w:w="1740"/>
          </w:tcPr>
          <w:p>
            <w:pPr>
              <w:spacing w:after="0"/>
              <w:jc w:val="left"/>
            </w:pPr>
          </w:p>
        </w:tc>
        <w:tc>
          <w:tcPr>
            <w:tcW w:type="dxa" w:w="1615"/>
          </w:tcPr>
          <w:p>
            <w:pPr>
              <w:spacing w:after="0"/>
              <w:jc w:val="left"/>
            </w:pPr>
          </w:p>
        </w:tc>
        <w:tc>
          <w:tcPr>
            <w:tcW w:type="dxa" w:w="1714"/>
          </w:tcPr>
          <w:p>
            <w:pPr>
              <w:spacing w:after="0"/>
              <w:jc w:val="left"/>
            </w:pPr>
          </w:p>
        </w:tc>
        <w:tc>
          <w:tcPr>
            <w:tcW w:type="dxa" w:w="237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0"/>
          </w:tcPr>
          <w:p>
            <w:pPr>
              <w:spacing w:after="0"/>
              <w:jc w:val="left"/>
            </w:pPr>
            <w:r>
              <w:rPr>
                <w:sz w:val="16"/>
              </w:rPr>
              <w:t>Earthquake</w:t>
            </w:r>
          </w:p>
        </w:tc>
        <w:tc>
          <w:tcPr>
            <w:tcW w:type="dxa" w:w="1795"/>
          </w:tcPr>
          <w:p>
            <w:pPr>
              <w:spacing w:after="0"/>
              <w:jc w:val="left"/>
            </w:pPr>
            <w:r>
              <w:rPr>
                <w:sz w:val="16"/>
              </w:rPr>
              <w:t>Modified Mercalli (local data)</w:t>
            </w:r>
          </w:p>
        </w:tc>
        <w:tc>
          <w:tcPr>
            <w:tcW w:type="dxa" w:w="1634"/>
          </w:tcPr>
          <w:p>
            <w:pPr>
              <w:spacing w:after="0"/>
              <w:jc w:val="right"/>
            </w:pPr>
            <w:r>
              <w:rPr>
                <w:sz w:val="16"/>
              </w:rPr>
              <w:t>0</w:t>
            </w:r>
          </w:p>
        </w:tc>
        <w:tc>
          <w:tcPr>
            <w:tcW w:type="dxa" w:w="1412"/>
          </w:tcPr>
          <w:p>
            <w:pPr>
              <w:spacing w:after="0"/>
              <w:jc w:val="left"/>
            </w:pPr>
          </w:p>
        </w:tc>
        <w:tc>
          <w:tcPr>
            <w:tcW w:type="dxa" w:w="1740"/>
          </w:tcPr>
          <w:p>
            <w:pPr>
              <w:spacing w:after="0"/>
              <w:jc w:val="left"/>
            </w:pPr>
          </w:p>
        </w:tc>
        <w:tc>
          <w:tcPr>
            <w:tcW w:type="dxa" w:w="1615"/>
          </w:tcPr>
          <w:p>
            <w:pPr>
              <w:spacing w:after="0"/>
              <w:jc w:val="left"/>
            </w:pPr>
          </w:p>
        </w:tc>
        <w:tc>
          <w:tcPr>
            <w:tcW w:type="dxa" w:w="1714"/>
          </w:tcPr>
          <w:p>
            <w:pPr>
              <w:spacing w:after="0"/>
              <w:jc w:val="left"/>
            </w:pPr>
          </w:p>
        </w:tc>
        <w:tc>
          <w:tcPr>
            <w:tcW w:type="dxa" w:w="2371"/>
          </w:tcPr>
          <w:p>
            <w:pPr>
              <w:spacing w:after="0"/>
              <w:jc w:val="left"/>
            </w:pPr>
            <w:r>
              <w:rPr>
                <w:sz w:val="16"/>
              </w:rPr>
              <w:t>No Storm Events record; local data required (e.g., USGS).</w:t>
            </w:r>
          </w:p>
        </w:tc>
      </w:tr>
      <w:tr>
        <w:trPr>
          <w:cantSplit/>
        </w:trPr>
        <w:tc>
          <w:tcPr>
            <w:tcW w:type="dxa" w:w="1830"/>
          </w:tcPr>
          <w:p>
            <w:pPr>
              <w:spacing w:after="0"/>
              <w:jc w:val="left"/>
            </w:pPr>
            <w:r>
              <w:rPr>
                <w:sz w:val="16"/>
              </w:rPr>
              <w:t>Hail</w:t>
            </w:r>
          </w:p>
        </w:tc>
        <w:tc>
          <w:tcPr>
            <w:tcW w:type="dxa" w:w="1795"/>
          </w:tcPr>
          <w:p>
            <w:pPr>
              <w:spacing w:after="0"/>
              <w:jc w:val="left"/>
            </w:pPr>
            <w:r>
              <w:rPr>
                <w:sz w:val="16"/>
              </w:rPr>
              <w:t>hail size (inches)</w:t>
            </w:r>
          </w:p>
        </w:tc>
        <w:tc>
          <w:tcPr>
            <w:tcW w:type="dxa" w:w="1634"/>
          </w:tcPr>
          <w:p>
            <w:pPr>
              <w:spacing w:after="0"/>
              <w:jc w:val="right"/>
            </w:pPr>
            <w:r>
              <w:rPr>
                <w:sz w:val="16"/>
              </w:rPr>
              <w:t>27, 1961 to 2020</w:t>
            </w:r>
          </w:p>
        </w:tc>
        <w:tc>
          <w:tcPr>
            <w:tcW w:type="dxa" w:w="1412"/>
          </w:tcPr>
          <w:p>
            <w:pPr>
              <w:spacing w:after="0"/>
              <w:jc w:val="left"/>
            </w:pPr>
            <w:r>
              <w:rPr>
                <w:sz w:val="16"/>
              </w:rPr>
              <w:t>0.75 in to 2 in (median 1 in); 27 with a recorded value</w:t>
            </w:r>
          </w:p>
        </w:tc>
        <w:tc>
          <w:tcPr>
            <w:tcW w:type="dxa" w:w="1740"/>
          </w:tcPr>
          <w:p>
            <w:pPr>
              <w:spacing w:after="0"/>
              <w:jc w:val="left"/>
            </w:pPr>
            <w:r>
              <w:rPr>
                <w:sz w:val="16"/>
              </w:rPr>
              <w:t>2 in hail, 1963-07-22</w:t>
            </w:r>
          </w:p>
        </w:tc>
        <w:tc>
          <w:tcPr>
            <w:tcW w:type="dxa" w:w="1615"/>
          </w:tcPr>
          <w:p>
            <w:pPr>
              <w:spacing w:after="0"/>
              <w:jc w:val="left"/>
            </w:pPr>
            <w:r>
              <w:rPr>
                <w:sz w:val="16"/>
              </w:rPr>
              <w:t>Hail, 1994-09-06, $500 property; $50,000 crops (1994 dollars)</w:t>
            </w:r>
          </w:p>
        </w:tc>
        <w:tc>
          <w:tcPr>
            <w:tcW w:type="dxa" w:w="1714"/>
          </w:tcPr>
          <w:p>
            <w:pPr>
              <w:spacing w:after="0"/>
              <w:jc w:val="left"/>
            </w:pPr>
            <w:r>
              <w:rPr>
                <w:sz w:val="16"/>
              </w:rPr>
              <w:t>Event records naming member places: Victoria town (9 records), Kenbridge town (1 record).</w:t>
            </w:r>
          </w:p>
        </w:tc>
        <w:tc>
          <w:tcPr>
            <w:tcW w:type="dxa" w:w="2371"/>
          </w:tcPr>
          <w:p>
            <w:pPr>
              <w:spacing w:after="0"/>
              <w:jc w:val="left"/>
            </w:pPr>
          </w:p>
        </w:tc>
      </w:tr>
      <w:tr>
        <w:trPr>
          <w:cantSplit/>
        </w:trPr>
        <w:tc>
          <w:tcPr>
            <w:tcW w:type="dxa" w:w="1830"/>
          </w:tcPr>
          <w:p>
            <w:pPr>
              <w:spacing w:after="0"/>
              <w:jc w:val="left"/>
            </w:pPr>
            <w:r>
              <w:rPr>
                <w:sz w:val="16"/>
              </w:rPr>
              <w:t>Excessive Heat, Heat</w:t>
            </w:r>
          </w:p>
        </w:tc>
        <w:tc>
          <w:tcPr>
            <w:tcW w:type="dxa" w:w="1795"/>
          </w:tcPr>
          <w:p>
            <w:pPr>
              <w:spacing w:after="0"/>
              <w:jc w:val="left"/>
            </w:pPr>
            <w:r>
              <w:rPr>
                <w:sz w:val="16"/>
              </w:rPr>
              <w:t>heat index (narratives)</w:t>
            </w:r>
          </w:p>
        </w:tc>
        <w:tc>
          <w:tcPr>
            <w:tcW w:type="dxa" w:w="1634"/>
          </w:tcPr>
          <w:p>
            <w:pPr>
              <w:spacing w:after="0"/>
              <w:jc w:val="right"/>
            </w:pPr>
            <w:r>
              <w:rPr>
                <w:sz w:val="16"/>
              </w:rPr>
              <w:t>4, 1996 to 2025 (4 zone-level)</w:t>
            </w:r>
          </w:p>
        </w:tc>
        <w:tc>
          <w:tcPr>
            <w:tcW w:type="dxa" w:w="1412"/>
          </w:tcPr>
          <w:p>
            <w:pPr>
              <w:spacing w:after="0"/>
              <w:jc w:val="left"/>
            </w:pPr>
            <w:r>
              <w:rPr>
                <w:sz w:val="16"/>
              </w:rPr>
              <w:t>3 days to 4 days (median 3.5 days); 4 with a recorded value</w:t>
            </w:r>
          </w:p>
        </w:tc>
        <w:tc>
          <w:tcPr>
            <w:tcW w:type="dxa" w:w="1740"/>
          </w:tcPr>
          <w:p>
            <w:pPr>
              <w:spacing w:after="0"/>
              <w:jc w:val="left"/>
            </w:pPr>
            <w:r>
              <w:rPr>
                <w:sz w:val="16"/>
              </w:rPr>
              <w:t>4 consecutive days, 2012-07-05 to 2012-07-08, zone-level</w:t>
            </w:r>
          </w:p>
        </w:tc>
        <w:tc>
          <w:tcPr>
            <w:tcW w:type="dxa" w:w="1615"/>
          </w:tcPr>
          <w:p>
            <w:pPr>
              <w:spacing w:after="0"/>
              <w:jc w:val="left"/>
            </w:pPr>
          </w:p>
        </w:tc>
        <w:tc>
          <w:tcPr>
            <w:tcW w:type="dxa" w:w="1714"/>
          </w:tcPr>
          <w:p>
            <w:pPr>
              <w:spacing w:after="0"/>
              <w:jc w:val="left"/>
            </w:pPr>
            <w:r>
              <w:rPr>
                <w:sz w:val="16"/>
              </w:rPr>
              <w:t>Zone-level records: applies countywide; national data do not locate these events within the county.</w:t>
            </w:r>
          </w:p>
        </w:tc>
        <w:tc>
          <w:tcPr>
            <w:tcW w:type="dxa" w:w="2371"/>
          </w:tcPr>
          <w:p>
            <w:pPr>
              <w:spacing w:after="0"/>
              <w:jc w:val="left"/>
            </w:pPr>
            <w:r>
              <w:rPr>
                <w:sz w:val="16"/>
              </w:rPr>
              <w:t>Heat index: in event narratives only; local data required.</w:t>
            </w:r>
          </w:p>
        </w:tc>
      </w:tr>
      <w:tr>
        <w:trPr>
          <w:cantSplit/>
        </w:trPr>
        <w:tc>
          <w:tcPr>
            <w:tcW w:type="dxa" w:w="1830"/>
          </w:tcPr>
          <w:p>
            <w:pPr>
              <w:spacing w:after="0"/>
              <w:jc w:val="left"/>
            </w:pPr>
            <w:r>
              <w:rPr>
                <w:sz w:val="16"/>
              </w:rPr>
              <w:t>Hurricane, Tropical Storm, Tropical Depression</w:t>
            </w:r>
          </w:p>
        </w:tc>
        <w:tc>
          <w:tcPr>
            <w:tcW w:type="dxa" w:w="1795"/>
          </w:tcPr>
          <w:p>
            <w:pPr>
              <w:spacing w:after="0"/>
              <w:jc w:val="left"/>
            </w:pPr>
            <w:r>
              <w:rPr>
                <w:sz w:val="16"/>
              </w:rPr>
              <w:t>Saffir-Simpson</w:t>
            </w:r>
          </w:p>
        </w:tc>
        <w:tc>
          <w:tcPr>
            <w:tcW w:type="dxa" w:w="1634"/>
          </w:tcPr>
          <w:p>
            <w:pPr>
              <w:spacing w:after="0"/>
              <w:jc w:val="right"/>
            </w:pPr>
            <w:r>
              <w:rPr>
                <w:sz w:val="16"/>
              </w:rPr>
              <w:t>1, 2003 to 2003 (1 zone-level)</w:t>
            </w:r>
          </w:p>
        </w:tc>
        <w:tc>
          <w:tcPr>
            <w:tcW w:type="dxa" w:w="1412"/>
          </w:tcPr>
          <w:p>
            <w:pPr>
              <w:spacing w:after="0"/>
              <w:jc w:val="left"/>
            </w:pPr>
          </w:p>
        </w:tc>
        <w:tc>
          <w:tcPr>
            <w:tcW w:type="dxa" w:w="1740"/>
          </w:tcPr>
          <w:p>
            <w:pPr>
              <w:spacing w:after="0"/>
              <w:jc w:val="left"/>
            </w:pPr>
            <w:r>
              <w:rPr>
                <w:sz w:val="16"/>
              </w:rPr>
              <w:t>Strongest recorded (records with damage, a wind speed or direct casualties first, then storm type, category and wind): Tropical Storm record, 2003-09-18 to 2003-09-19, damage not reported; NWS zone VAZ066 (LUNENBURG), zone-level: may include parts of neighboring counties</w:t>
            </w:r>
          </w:p>
        </w:tc>
        <w:tc>
          <w:tcPr>
            <w:tcW w:type="dxa" w:w="1615"/>
          </w:tcPr>
          <w:p>
            <w:pPr>
              <w:spacing w:after="0"/>
              <w:jc w:val="left"/>
            </w:pPr>
          </w:p>
        </w:tc>
        <w:tc>
          <w:tcPr>
            <w:tcW w:type="dxa" w:w="1714"/>
          </w:tcPr>
          <w:p>
            <w:pPr>
              <w:spacing w:after="0"/>
              <w:jc w:val="left"/>
            </w:pPr>
            <w:r>
              <w:rPr>
                <w:sz w:val="16"/>
              </w:rPr>
              <w:t>Zone-level records: applies countywide; national data do not locate these events within the county.</w:t>
            </w:r>
          </w:p>
        </w:tc>
        <w:tc>
          <w:tcPr>
            <w:tcW w:type="dxa" w:w="237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30"/>
          </w:tcPr>
          <w:p>
            <w:pPr>
              <w:spacing w:after="0"/>
              <w:jc w:val="left"/>
            </w:pPr>
            <w:r>
              <w:rPr>
                <w:sz w:val="16"/>
              </w:rPr>
              <w:t>Ice Storm</w:t>
            </w:r>
          </w:p>
        </w:tc>
        <w:tc>
          <w:tcPr>
            <w:tcW w:type="dxa" w:w="1795"/>
          </w:tcPr>
          <w:p>
            <w:pPr>
              <w:spacing w:after="0"/>
              <w:jc w:val="left"/>
            </w:pPr>
            <w:r>
              <w:rPr>
                <w:sz w:val="16"/>
              </w:rPr>
              <w:t>Sperry-Piltz (local data)</w:t>
            </w:r>
          </w:p>
        </w:tc>
        <w:tc>
          <w:tcPr>
            <w:tcW w:type="dxa" w:w="1634"/>
          </w:tcPr>
          <w:p>
            <w:pPr>
              <w:spacing w:after="0"/>
              <w:jc w:val="right"/>
            </w:pPr>
            <w:r>
              <w:rPr>
                <w:sz w:val="16"/>
              </w:rPr>
              <w:t>3, 1998 to 2021 (3 zone-level)</w:t>
            </w:r>
          </w:p>
        </w:tc>
        <w:tc>
          <w:tcPr>
            <w:tcW w:type="dxa" w:w="1412"/>
          </w:tcPr>
          <w:p>
            <w:pPr>
              <w:spacing w:after="0"/>
              <w:jc w:val="left"/>
            </w:pPr>
          </w:p>
        </w:tc>
        <w:tc>
          <w:tcPr>
            <w:tcW w:type="dxa" w:w="1740"/>
          </w:tcPr>
          <w:p>
            <w:pPr>
              <w:spacing w:after="0"/>
              <w:jc w:val="left"/>
            </w:pPr>
            <w:r>
              <w:rPr>
                <w:sz w:val="16"/>
              </w:rPr>
              <w:t>Ice Storm, 2021-02-13, $50,000 property; $0 crops, reported for the zone (2021 dollars); NWS zone VAZ066 (LUNENBURG), zone-level: may include parts of neighboring counties</w:t>
            </w:r>
          </w:p>
        </w:tc>
        <w:tc>
          <w:tcPr>
            <w:tcW w:type="dxa" w:w="1615"/>
          </w:tcPr>
          <w:p>
            <w:pPr>
              <w:spacing w:after="0"/>
              <w:jc w:val="left"/>
            </w:pPr>
          </w:p>
        </w:tc>
        <w:tc>
          <w:tcPr>
            <w:tcW w:type="dxa" w:w="1714"/>
          </w:tcPr>
          <w:p>
            <w:pPr>
              <w:spacing w:after="0"/>
              <w:jc w:val="left"/>
            </w:pPr>
            <w:r>
              <w:rPr>
                <w:sz w:val="16"/>
              </w:rPr>
              <w:t>Zone-level records: applies countywide; national data do not locate these events within the county.</w:t>
            </w:r>
          </w:p>
        </w:tc>
        <w:tc>
          <w:tcPr>
            <w:tcW w:type="dxa" w:w="2371"/>
          </w:tcPr>
          <w:p>
            <w:pPr>
              <w:spacing w:after="0"/>
              <w:jc w:val="left"/>
            </w:pPr>
            <w:r>
              <w:rPr>
                <w:sz w:val="16"/>
              </w:rPr>
              <w:t>Ice thickness: in event narratives only; local data required.</w:t>
            </w:r>
          </w:p>
        </w:tc>
      </w:tr>
      <w:tr>
        <w:trPr>
          <w:cantSplit/>
        </w:trPr>
        <w:tc>
          <w:tcPr>
            <w:tcW w:type="dxa" w:w="1830"/>
          </w:tcPr>
          <w:p>
            <w:pPr>
              <w:spacing w:after="0"/>
              <w:jc w:val="left"/>
            </w:pPr>
            <w:r>
              <w:rPr>
                <w:sz w:val="16"/>
              </w:rPr>
              <w:t>Flash Flood, Flood, Lakeshore Flood</w:t>
            </w:r>
          </w:p>
        </w:tc>
        <w:tc>
          <w:tcPr>
            <w:tcW w:type="dxa" w:w="1795"/>
          </w:tcPr>
          <w:p>
            <w:pPr>
              <w:spacing w:after="0"/>
              <w:jc w:val="left"/>
            </w:pPr>
            <w:r>
              <w:rPr>
                <w:sz w:val="16"/>
              </w:rPr>
              <w:t>damage and flood days (FIRM for depth)</w:t>
            </w:r>
          </w:p>
        </w:tc>
        <w:tc>
          <w:tcPr>
            <w:tcW w:type="dxa" w:w="1634"/>
          </w:tcPr>
          <w:p>
            <w:pPr>
              <w:spacing w:after="0"/>
              <w:jc w:val="right"/>
            </w:pPr>
            <w:r>
              <w:rPr>
                <w:sz w:val="16"/>
              </w:rPr>
              <w:t>23, 1999 to 2026 (1 zone-level)</w:t>
            </w:r>
          </w:p>
        </w:tc>
        <w:tc>
          <w:tcPr>
            <w:tcW w:type="dxa" w:w="1412"/>
          </w:tcPr>
          <w:p>
            <w:pPr>
              <w:spacing w:after="0"/>
              <w:jc w:val="left"/>
            </w:pPr>
          </w:p>
        </w:tc>
        <w:tc>
          <w:tcPr>
            <w:tcW w:type="dxa" w:w="1740"/>
          </w:tcPr>
          <w:p>
            <w:pPr>
              <w:spacing w:after="0"/>
              <w:jc w:val="left"/>
            </w:pPr>
            <w:r>
              <w:rPr>
                <w:sz w:val="16"/>
              </w:rPr>
              <w:t>Flash Flood, 1999-09-16, $50,000 property; crops not reported (1999 dollars)</w:t>
            </w:r>
          </w:p>
        </w:tc>
        <w:tc>
          <w:tcPr>
            <w:tcW w:type="dxa" w:w="1615"/>
          </w:tcPr>
          <w:p>
            <w:pPr>
              <w:spacing w:after="0"/>
              <w:jc w:val="left"/>
            </w:pPr>
          </w:p>
        </w:tc>
        <w:tc>
          <w:tcPr>
            <w:tcW w:type="dxa" w:w="1714"/>
          </w:tcPr>
          <w:p>
            <w:pPr>
              <w:spacing w:after="0"/>
              <w:jc w:val="left"/>
            </w:pPr>
            <w:r>
              <w:rPr>
                <w:sz w:val="16"/>
              </w:rPr>
              <w:t>Event records naming member places: Victoria town (4 records), Kenbridge town (3 records). Zone-level records (1) apply countywide.</w:t>
            </w:r>
          </w:p>
        </w:tc>
        <w:tc>
          <w:tcPr>
            <w:tcW w:type="dxa" w:w="237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30"/>
          </w:tcPr>
          <w:p>
            <w:pPr>
              <w:spacing w:after="0"/>
              <w:jc w:val="left"/>
            </w:pPr>
            <w:r>
              <w:rPr>
                <w:sz w:val="16"/>
              </w:rPr>
              <w:t>Debris Flow</w:t>
            </w:r>
          </w:p>
        </w:tc>
        <w:tc>
          <w:tcPr>
            <w:tcW w:type="dxa" w:w="1795"/>
          </w:tcPr>
          <w:p>
            <w:pPr>
              <w:spacing w:after="0"/>
              <w:jc w:val="left"/>
            </w:pPr>
            <w:r>
              <w:rPr>
                <w:sz w:val="16"/>
              </w:rPr>
              <w:t>none (count and damage)</w:t>
            </w:r>
          </w:p>
        </w:tc>
        <w:tc>
          <w:tcPr>
            <w:tcW w:type="dxa" w:w="1634"/>
          </w:tcPr>
          <w:p>
            <w:pPr>
              <w:spacing w:after="0"/>
              <w:jc w:val="right"/>
            </w:pPr>
            <w:r>
              <w:rPr>
                <w:sz w:val="16"/>
              </w:rPr>
              <w:t>0</w:t>
            </w:r>
          </w:p>
        </w:tc>
        <w:tc>
          <w:tcPr>
            <w:tcW w:type="dxa" w:w="1412"/>
          </w:tcPr>
          <w:p>
            <w:pPr>
              <w:spacing w:after="0"/>
              <w:jc w:val="left"/>
            </w:pPr>
          </w:p>
        </w:tc>
        <w:tc>
          <w:tcPr>
            <w:tcW w:type="dxa" w:w="1740"/>
          </w:tcPr>
          <w:p>
            <w:pPr>
              <w:spacing w:after="0"/>
              <w:jc w:val="left"/>
            </w:pPr>
          </w:p>
        </w:tc>
        <w:tc>
          <w:tcPr>
            <w:tcW w:type="dxa" w:w="1615"/>
          </w:tcPr>
          <w:p>
            <w:pPr>
              <w:spacing w:after="0"/>
              <w:jc w:val="left"/>
            </w:pPr>
          </w:p>
        </w:tc>
        <w:tc>
          <w:tcPr>
            <w:tcW w:type="dxa" w:w="1714"/>
          </w:tcPr>
          <w:p>
            <w:pPr>
              <w:spacing w:after="0"/>
              <w:jc w:val="left"/>
            </w:pPr>
          </w:p>
        </w:tc>
        <w:tc>
          <w:tcPr>
            <w:tcW w:type="dxa" w:w="2371"/>
          </w:tcPr>
          <w:p>
            <w:pPr>
              <w:spacing w:after="0"/>
              <w:jc w:val="left"/>
            </w:pPr>
            <w:r>
              <w:rPr>
                <w:sz w:val="16"/>
              </w:rPr>
              <w:t>Physical measure: in event narratives only; local data required.</w:t>
            </w:r>
          </w:p>
        </w:tc>
      </w:tr>
      <w:tr>
        <w:trPr>
          <w:cantSplit/>
        </w:trPr>
        <w:tc>
          <w:tcPr>
            <w:tcW w:type="dxa" w:w="1830"/>
          </w:tcPr>
          <w:p>
            <w:pPr>
              <w:spacing w:after="0"/>
              <w:jc w:val="left"/>
            </w:pPr>
            <w:r>
              <w:rPr>
                <w:sz w:val="16"/>
              </w:rPr>
              <w:t>Lightning</w:t>
            </w:r>
          </w:p>
        </w:tc>
        <w:tc>
          <w:tcPr>
            <w:tcW w:type="dxa" w:w="1795"/>
          </w:tcPr>
          <w:p>
            <w:pPr>
              <w:spacing w:after="0"/>
              <w:jc w:val="left"/>
            </w:pPr>
            <w:r>
              <w:rPr>
                <w:sz w:val="16"/>
              </w:rPr>
              <w:t>annualized frequency (the measure FEMA's Local Mitigation Planning Handbook names)</w:t>
            </w:r>
          </w:p>
        </w:tc>
        <w:tc>
          <w:tcPr>
            <w:tcW w:type="dxa" w:w="1634"/>
          </w:tcPr>
          <w:p>
            <w:pPr>
              <w:spacing w:after="0"/>
              <w:jc w:val="right"/>
            </w:pPr>
            <w:r>
              <w:rPr>
                <w:sz w:val="16"/>
              </w:rPr>
              <w:t>0</w:t>
            </w:r>
          </w:p>
        </w:tc>
        <w:tc>
          <w:tcPr>
            <w:tcW w:type="dxa" w:w="1412"/>
          </w:tcPr>
          <w:p>
            <w:pPr>
              <w:spacing w:after="0"/>
              <w:jc w:val="left"/>
            </w:pPr>
          </w:p>
        </w:tc>
        <w:tc>
          <w:tcPr>
            <w:tcW w:type="dxa" w:w="1740"/>
          </w:tcPr>
          <w:p>
            <w:pPr>
              <w:spacing w:after="0"/>
              <w:jc w:val="left"/>
            </w:pPr>
          </w:p>
        </w:tc>
        <w:tc>
          <w:tcPr>
            <w:tcW w:type="dxa" w:w="1615"/>
          </w:tcPr>
          <w:p>
            <w:pPr>
              <w:spacing w:after="0"/>
              <w:jc w:val="left"/>
            </w:pPr>
          </w:p>
        </w:tc>
        <w:tc>
          <w:tcPr>
            <w:tcW w:type="dxa" w:w="1714"/>
          </w:tcPr>
          <w:p>
            <w:pPr>
              <w:spacing w:after="0"/>
              <w:jc w:val="left"/>
            </w:pPr>
          </w:p>
        </w:tc>
        <w:tc>
          <w:tcPr>
            <w:tcW w:type="dxa" w:w="2371"/>
          </w:tcPr>
          <w:p>
            <w:pPr>
              <w:spacing w:after="0"/>
              <w:jc w:val="left"/>
            </w:pPr>
            <w:r>
              <w:rPr>
                <w:sz w:val="16"/>
              </w:rPr>
              <w:t>Storm Events lists lightning with damage or casualties; physical measure in event narratives only; local data required.</w:t>
            </w:r>
          </w:p>
        </w:tc>
      </w:tr>
      <w:tr>
        <w:trPr>
          <w:cantSplit/>
        </w:trPr>
        <w:tc>
          <w:tcPr>
            <w:tcW w:type="dxa" w:w="1830"/>
          </w:tcPr>
          <w:p>
            <w:pPr>
              <w:spacing w:after="0"/>
              <w:jc w:val="left"/>
            </w:pPr>
            <w:r>
              <w:rPr>
                <w:sz w:val="16"/>
              </w:rPr>
              <w:t>High Wind and Strong Wind (outside NRI Strong Wind definition)</w:t>
            </w:r>
          </w:p>
        </w:tc>
        <w:tc>
          <w:tcPr>
            <w:tcW w:type="dxa" w:w="1795"/>
          </w:tcPr>
          <w:p>
            <w:pPr>
              <w:spacing w:after="0"/>
              <w:jc w:val="left"/>
            </w:pPr>
            <w:r>
              <w:rPr>
                <w:sz w:val="16"/>
              </w:rPr>
              <w:t>wind speed (kt and mph)</w:t>
            </w:r>
          </w:p>
        </w:tc>
        <w:tc>
          <w:tcPr>
            <w:tcW w:type="dxa" w:w="1634"/>
          </w:tcPr>
          <w:p>
            <w:pPr>
              <w:spacing w:after="0"/>
              <w:jc w:val="right"/>
            </w:pPr>
            <w:r>
              <w:rPr>
                <w:sz w:val="16"/>
              </w:rPr>
              <w:t>2, 2018 to 2018 (2 zone-level)</w:t>
            </w:r>
          </w:p>
        </w:tc>
        <w:tc>
          <w:tcPr>
            <w:tcW w:type="dxa" w:w="1412"/>
          </w:tcPr>
          <w:p>
            <w:pPr>
              <w:spacing w:after="0"/>
              <w:jc w:val="left"/>
            </w:pPr>
            <w:r>
              <w:rPr>
                <w:sz w:val="16"/>
              </w:rPr>
              <w:t>40 kt (46 mph) to 50 kt (58 mph) (median 45 kt (52 mph)); 2 with a recorded value</w:t>
            </w:r>
          </w:p>
        </w:tc>
        <w:tc>
          <w:tcPr>
            <w:tcW w:type="dxa" w:w="1740"/>
          </w:tcPr>
          <w:p>
            <w:pPr>
              <w:spacing w:after="0"/>
              <w:jc w:val="left"/>
            </w:pPr>
            <w:r>
              <w:rPr>
                <w:sz w:val="16"/>
              </w:rPr>
              <w:t>50 kt (58 mph) estimated gust, High Wind, 2018-10-11; NWS zone VAZ066 (LUNENBURG), zone-level: may include parts of neighboring counties</w:t>
            </w:r>
          </w:p>
        </w:tc>
        <w:tc>
          <w:tcPr>
            <w:tcW w:type="dxa" w:w="1615"/>
          </w:tcPr>
          <w:p>
            <w:pPr>
              <w:spacing w:after="0"/>
              <w:jc w:val="left"/>
            </w:pPr>
          </w:p>
        </w:tc>
        <w:tc>
          <w:tcPr>
            <w:tcW w:type="dxa" w:w="1714"/>
          </w:tcPr>
          <w:p>
            <w:pPr>
              <w:spacing w:after="0"/>
              <w:jc w:val="left"/>
            </w:pPr>
            <w:r>
              <w:rPr>
                <w:sz w:val="16"/>
              </w:rPr>
              <w:t>Zone-level records: applies countywide; national data do not locate these events within the county.</w:t>
            </w:r>
          </w:p>
        </w:tc>
        <w:tc>
          <w:tcPr>
            <w:tcW w:type="dxa" w:w="2371"/>
          </w:tcPr>
          <w:p>
            <w:pPr>
              <w:spacing w:after="0"/>
              <w:jc w:val="left"/>
            </w:pPr>
          </w:p>
        </w:tc>
      </w:tr>
      <w:tr>
        <w:trPr>
          <w:cantSplit/>
        </w:trPr>
        <w:tc>
          <w:tcPr>
            <w:tcW w:type="dxa" w:w="1830"/>
          </w:tcPr>
          <w:p>
            <w:pPr>
              <w:spacing w:after="0"/>
              <w:jc w:val="left"/>
            </w:pPr>
            <w:r>
              <w:rPr>
                <w:sz w:val="16"/>
              </w:rPr>
              <w:t>Thunderstorm Wind</w:t>
            </w:r>
          </w:p>
        </w:tc>
        <w:tc>
          <w:tcPr>
            <w:tcW w:type="dxa" w:w="1795"/>
          </w:tcPr>
          <w:p>
            <w:pPr>
              <w:spacing w:after="0"/>
              <w:jc w:val="left"/>
            </w:pPr>
            <w:r>
              <w:rPr>
                <w:sz w:val="16"/>
              </w:rPr>
              <w:t>wind speed (kt and mph)</w:t>
            </w:r>
          </w:p>
        </w:tc>
        <w:tc>
          <w:tcPr>
            <w:tcW w:type="dxa" w:w="1634"/>
          </w:tcPr>
          <w:p>
            <w:pPr>
              <w:spacing w:after="0"/>
              <w:jc w:val="right"/>
            </w:pPr>
            <w:r>
              <w:rPr>
                <w:sz w:val="16"/>
              </w:rPr>
              <w:t>123, 1974 to 2026</w:t>
            </w:r>
          </w:p>
        </w:tc>
        <w:tc>
          <w:tcPr>
            <w:tcW w:type="dxa" w:w="1412"/>
          </w:tcPr>
          <w:p>
            <w:pPr>
              <w:spacing w:after="0"/>
              <w:jc w:val="left"/>
            </w:pPr>
            <w:r>
              <w:rPr>
                <w:sz w:val="16"/>
              </w:rPr>
              <w:t>50 kt (58 mph) to 54 kt (62 mph) (median 50 kt (58 mph)); 92 with a recorded value</w:t>
            </w:r>
          </w:p>
        </w:tc>
        <w:tc>
          <w:tcPr>
            <w:tcW w:type="dxa" w:w="1740"/>
          </w:tcPr>
          <w:p>
            <w:pPr>
              <w:spacing w:after="0"/>
              <w:jc w:val="left"/>
            </w:pPr>
            <w:r>
              <w:rPr>
                <w:sz w:val="16"/>
              </w:rPr>
              <w:t>54 kt (62 mph) measured gust, Thunderstorm Wind, 2017-05-25</w:t>
            </w:r>
          </w:p>
        </w:tc>
        <w:tc>
          <w:tcPr>
            <w:tcW w:type="dxa" w:w="1615"/>
          </w:tcPr>
          <w:p>
            <w:pPr>
              <w:spacing w:after="0"/>
              <w:jc w:val="left"/>
            </w:pPr>
            <w:r>
              <w:rPr>
                <w:sz w:val="16"/>
              </w:rPr>
              <w:t>Thunderstorm Wind, 2012-06-29, $5,000 property; $240,000 crops (2012 dollars)</w:t>
            </w:r>
          </w:p>
        </w:tc>
        <w:tc>
          <w:tcPr>
            <w:tcW w:type="dxa" w:w="1714"/>
          </w:tcPr>
          <w:p>
            <w:pPr>
              <w:spacing w:after="0"/>
              <w:jc w:val="left"/>
            </w:pPr>
            <w:r>
              <w:rPr>
                <w:sz w:val="16"/>
              </w:rPr>
              <w:t>Event records naming member places: Victoria town (25 records), Kenbridge town (19 records).</w:t>
            </w:r>
          </w:p>
        </w:tc>
        <w:tc>
          <w:tcPr>
            <w:tcW w:type="dxa" w:w="2371"/>
          </w:tcPr>
          <w:p>
            <w:pPr>
              <w:spacing w:after="0"/>
              <w:jc w:val="left"/>
            </w:pPr>
          </w:p>
        </w:tc>
      </w:tr>
      <w:tr>
        <w:trPr>
          <w:cantSplit/>
        </w:trPr>
        <w:tc>
          <w:tcPr>
            <w:tcW w:type="dxa" w:w="1830"/>
          </w:tcPr>
          <w:p>
            <w:pPr>
              <w:spacing w:after="0"/>
              <w:jc w:val="left"/>
            </w:pPr>
            <w:r>
              <w:rPr>
                <w:sz w:val="16"/>
              </w:rPr>
              <w:t>Tornado</w:t>
            </w:r>
          </w:p>
        </w:tc>
        <w:tc>
          <w:tcPr>
            <w:tcW w:type="dxa" w:w="1795"/>
          </w:tcPr>
          <w:p>
            <w:pPr>
              <w:spacing w:after="0"/>
              <w:jc w:val="left"/>
            </w:pPr>
            <w:r>
              <w:rPr>
                <w:sz w:val="16"/>
              </w:rPr>
              <w:t>Enhanced Fujita (F before Feb 2007)</w:t>
            </w:r>
          </w:p>
        </w:tc>
        <w:tc>
          <w:tcPr>
            <w:tcW w:type="dxa" w:w="1634"/>
          </w:tcPr>
          <w:p>
            <w:pPr>
              <w:spacing w:after="0"/>
              <w:jc w:val="right"/>
            </w:pPr>
            <w:r>
              <w:rPr>
                <w:sz w:val="16"/>
              </w:rPr>
              <w:t>5, 1957 to 2017</w:t>
            </w:r>
          </w:p>
        </w:tc>
        <w:tc>
          <w:tcPr>
            <w:tcW w:type="dxa" w:w="1412"/>
          </w:tcPr>
          <w:p>
            <w:pPr>
              <w:spacing w:after="0"/>
              <w:jc w:val="left"/>
            </w:pPr>
            <w:r>
              <w:rPr>
                <w:sz w:val="16"/>
              </w:rPr>
              <w:t>F/EF0 to F/EF2 (median F/EF1); 5 with a recorded value</w:t>
            </w:r>
          </w:p>
        </w:tc>
        <w:tc>
          <w:tcPr>
            <w:tcW w:type="dxa" w:w="1740"/>
          </w:tcPr>
          <w:p>
            <w:pPr>
              <w:spacing w:after="0"/>
              <w:jc w:val="left"/>
            </w:pPr>
            <w:r>
              <w:rPr>
                <w:sz w:val="16"/>
              </w:rPr>
              <w:t>F2 tornado, 1993-08-06, 38 mi path length (records before 1996 may include the whole path; rating and listing come from the county where the tornado began), 175 yd wide, $5,000,000 property; crops not recorded (1993 dollars)</w:t>
            </w:r>
          </w:p>
        </w:tc>
        <w:tc>
          <w:tcPr>
            <w:tcW w:type="dxa" w:w="1615"/>
          </w:tcPr>
          <w:p>
            <w:pPr>
              <w:spacing w:after="0"/>
              <w:jc w:val="left"/>
            </w:pPr>
          </w:p>
        </w:tc>
        <w:tc>
          <w:tcPr>
            <w:tcW w:type="dxa" w:w="1714"/>
          </w:tcPr>
          <w:p>
            <w:pPr>
              <w:spacing w:after="0"/>
              <w:jc w:val="left"/>
            </w:pPr>
            <w:r>
              <w:rPr>
                <w:sz w:val="16"/>
              </w:rPr>
              <w:t>Event records naming member places: Kenbridge town (2 records), Victoria town (1 record).</w:t>
            </w:r>
          </w:p>
        </w:tc>
        <w:tc>
          <w:tcPr>
            <w:tcW w:type="dxa" w:w="237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30"/>
          </w:tcPr>
          <w:p>
            <w:pPr>
              <w:spacing w:after="0"/>
              <w:jc w:val="left"/>
            </w:pPr>
            <w:r>
              <w:rPr>
                <w:sz w:val="16"/>
              </w:rPr>
              <w:t>Tsunami</w:t>
            </w:r>
          </w:p>
        </w:tc>
        <w:tc>
          <w:tcPr>
            <w:tcW w:type="dxa" w:w="1795"/>
          </w:tcPr>
          <w:p>
            <w:pPr>
              <w:spacing w:after="0"/>
              <w:jc w:val="left"/>
            </w:pPr>
            <w:r>
              <w:rPr>
                <w:sz w:val="16"/>
              </w:rPr>
              <w:t>none (count and damage)</w:t>
            </w:r>
          </w:p>
        </w:tc>
        <w:tc>
          <w:tcPr>
            <w:tcW w:type="dxa" w:w="1634"/>
          </w:tcPr>
          <w:p>
            <w:pPr>
              <w:spacing w:after="0"/>
              <w:jc w:val="right"/>
            </w:pPr>
            <w:r>
              <w:rPr>
                <w:sz w:val="16"/>
              </w:rPr>
              <w:t>0</w:t>
            </w:r>
          </w:p>
        </w:tc>
        <w:tc>
          <w:tcPr>
            <w:tcW w:type="dxa" w:w="1412"/>
          </w:tcPr>
          <w:p>
            <w:pPr>
              <w:spacing w:after="0"/>
              <w:jc w:val="left"/>
            </w:pPr>
          </w:p>
        </w:tc>
        <w:tc>
          <w:tcPr>
            <w:tcW w:type="dxa" w:w="1740"/>
          </w:tcPr>
          <w:p>
            <w:pPr>
              <w:spacing w:after="0"/>
              <w:jc w:val="left"/>
            </w:pPr>
          </w:p>
        </w:tc>
        <w:tc>
          <w:tcPr>
            <w:tcW w:type="dxa" w:w="1615"/>
          </w:tcPr>
          <w:p>
            <w:pPr>
              <w:spacing w:after="0"/>
              <w:jc w:val="left"/>
            </w:pPr>
          </w:p>
        </w:tc>
        <w:tc>
          <w:tcPr>
            <w:tcW w:type="dxa" w:w="1714"/>
          </w:tcPr>
          <w:p>
            <w:pPr>
              <w:spacing w:after="0"/>
              <w:jc w:val="left"/>
            </w:pPr>
          </w:p>
        </w:tc>
        <w:tc>
          <w:tcPr>
            <w:tcW w:type="dxa" w:w="2371"/>
          </w:tcPr>
          <w:p>
            <w:pPr>
              <w:spacing w:after="0"/>
              <w:jc w:val="left"/>
            </w:pPr>
            <w:r>
              <w:rPr>
                <w:sz w:val="16"/>
              </w:rPr>
              <w:t>Physical measure: in event narratives only; local data required.</w:t>
            </w:r>
          </w:p>
        </w:tc>
      </w:tr>
      <w:tr>
        <w:trPr>
          <w:cantSplit/>
        </w:trPr>
        <w:tc>
          <w:tcPr>
            <w:tcW w:type="dxa" w:w="1830"/>
          </w:tcPr>
          <w:p>
            <w:pPr>
              <w:spacing w:after="0"/>
              <w:jc w:val="left"/>
            </w:pPr>
            <w:r>
              <w:rPr>
                <w:sz w:val="16"/>
              </w:rPr>
              <w:t>Volcanic Ash, Volcanic Ashfall</w:t>
            </w:r>
          </w:p>
        </w:tc>
        <w:tc>
          <w:tcPr>
            <w:tcW w:type="dxa" w:w="1795"/>
          </w:tcPr>
          <w:p>
            <w:pPr>
              <w:spacing w:after="0"/>
              <w:jc w:val="left"/>
            </w:pPr>
            <w:r>
              <w:rPr>
                <w:sz w:val="16"/>
              </w:rPr>
              <w:t>Volcanic Explosivity Index (local data)</w:t>
            </w:r>
          </w:p>
        </w:tc>
        <w:tc>
          <w:tcPr>
            <w:tcW w:type="dxa" w:w="1634"/>
          </w:tcPr>
          <w:p>
            <w:pPr>
              <w:spacing w:after="0"/>
              <w:jc w:val="right"/>
            </w:pPr>
            <w:r>
              <w:rPr>
                <w:sz w:val="16"/>
              </w:rPr>
              <w:t>0</w:t>
            </w:r>
          </w:p>
        </w:tc>
        <w:tc>
          <w:tcPr>
            <w:tcW w:type="dxa" w:w="1412"/>
          </w:tcPr>
          <w:p>
            <w:pPr>
              <w:spacing w:after="0"/>
              <w:jc w:val="left"/>
            </w:pPr>
          </w:p>
        </w:tc>
        <w:tc>
          <w:tcPr>
            <w:tcW w:type="dxa" w:w="1740"/>
          </w:tcPr>
          <w:p>
            <w:pPr>
              <w:spacing w:after="0"/>
              <w:jc w:val="left"/>
            </w:pPr>
          </w:p>
        </w:tc>
        <w:tc>
          <w:tcPr>
            <w:tcW w:type="dxa" w:w="1615"/>
          </w:tcPr>
          <w:p>
            <w:pPr>
              <w:spacing w:after="0"/>
              <w:jc w:val="left"/>
            </w:pPr>
          </w:p>
        </w:tc>
        <w:tc>
          <w:tcPr>
            <w:tcW w:type="dxa" w:w="1714"/>
          </w:tcPr>
          <w:p>
            <w:pPr>
              <w:spacing w:after="0"/>
              <w:jc w:val="left"/>
            </w:pPr>
          </w:p>
        </w:tc>
        <w:tc>
          <w:tcPr>
            <w:tcW w:type="dxa" w:w="2371"/>
          </w:tcPr>
          <w:p>
            <w:pPr>
              <w:spacing w:after="0"/>
              <w:jc w:val="left"/>
            </w:pPr>
            <w:r>
              <w:rPr>
                <w:sz w:val="16"/>
              </w:rPr>
              <w:t>Physical measure: in event narratives only; local data required.</w:t>
            </w:r>
          </w:p>
        </w:tc>
      </w:tr>
      <w:tr>
        <w:trPr>
          <w:cantSplit/>
        </w:trPr>
        <w:tc>
          <w:tcPr>
            <w:tcW w:type="dxa" w:w="1830"/>
          </w:tcPr>
          <w:p>
            <w:pPr>
              <w:spacing w:after="0"/>
              <w:jc w:val="left"/>
            </w:pPr>
            <w:r>
              <w:rPr>
                <w:sz w:val="16"/>
              </w:rPr>
              <w:t>Wildfire</w:t>
            </w:r>
          </w:p>
        </w:tc>
        <w:tc>
          <w:tcPr>
            <w:tcW w:type="dxa" w:w="1795"/>
          </w:tcPr>
          <w:p>
            <w:pPr>
              <w:spacing w:after="0"/>
              <w:jc w:val="left"/>
            </w:pPr>
            <w:r>
              <w:rPr>
                <w:sz w:val="16"/>
              </w:rPr>
              <w:t>acres burned (local data)</w:t>
            </w:r>
          </w:p>
        </w:tc>
        <w:tc>
          <w:tcPr>
            <w:tcW w:type="dxa" w:w="1634"/>
          </w:tcPr>
          <w:p>
            <w:pPr>
              <w:spacing w:after="0"/>
              <w:jc w:val="right"/>
            </w:pPr>
            <w:r>
              <w:rPr>
                <w:sz w:val="16"/>
              </w:rPr>
              <w:t>0</w:t>
            </w:r>
          </w:p>
        </w:tc>
        <w:tc>
          <w:tcPr>
            <w:tcW w:type="dxa" w:w="1412"/>
          </w:tcPr>
          <w:p>
            <w:pPr>
              <w:spacing w:after="0"/>
              <w:jc w:val="left"/>
            </w:pPr>
          </w:p>
        </w:tc>
        <w:tc>
          <w:tcPr>
            <w:tcW w:type="dxa" w:w="1740"/>
          </w:tcPr>
          <w:p>
            <w:pPr>
              <w:spacing w:after="0"/>
              <w:jc w:val="left"/>
            </w:pPr>
          </w:p>
        </w:tc>
        <w:tc>
          <w:tcPr>
            <w:tcW w:type="dxa" w:w="1615"/>
          </w:tcPr>
          <w:p>
            <w:pPr>
              <w:spacing w:after="0"/>
              <w:jc w:val="left"/>
            </w:pPr>
          </w:p>
        </w:tc>
        <w:tc>
          <w:tcPr>
            <w:tcW w:type="dxa" w:w="1714"/>
          </w:tcPr>
          <w:p>
            <w:pPr>
              <w:spacing w:after="0"/>
              <w:jc w:val="left"/>
            </w:pPr>
          </w:p>
        </w:tc>
        <w:tc>
          <w:tcPr>
            <w:tcW w:type="dxa" w:w="2371"/>
          </w:tcPr>
          <w:p>
            <w:pPr>
              <w:spacing w:after="0"/>
              <w:jc w:val="left"/>
            </w:pPr>
            <w:r>
              <w:rPr>
                <w:sz w:val="16"/>
              </w:rPr>
              <w:t>Acres burned: in event narratives only; local data required.</w:t>
            </w:r>
          </w:p>
        </w:tc>
      </w:tr>
      <w:tr>
        <w:trPr>
          <w:cantSplit/>
        </w:trPr>
        <w:tc>
          <w:tcPr>
            <w:tcW w:type="dxa" w:w="1830"/>
          </w:tcPr>
          <w:p>
            <w:pPr>
              <w:spacing w:after="0"/>
              <w:jc w:val="left"/>
            </w:pPr>
            <w:r>
              <w:rPr>
                <w:sz w:val="16"/>
              </w:rPr>
              <w:t>Winter Storm, Heavy Snow, Blizzard, Lake-Effect Snow, Winter Weather, Sleet</w:t>
            </w:r>
          </w:p>
        </w:tc>
        <w:tc>
          <w:tcPr>
            <w:tcW w:type="dxa" w:w="1795"/>
          </w:tcPr>
          <w:p>
            <w:pPr>
              <w:spacing w:after="0"/>
              <w:jc w:val="left"/>
            </w:pPr>
            <w:r>
              <w:rPr>
                <w:sz w:val="16"/>
              </w:rPr>
              <w:t>none in data (snowfall local)</w:t>
            </w:r>
          </w:p>
        </w:tc>
        <w:tc>
          <w:tcPr>
            <w:tcW w:type="dxa" w:w="1634"/>
          </w:tcPr>
          <w:p>
            <w:pPr>
              <w:spacing w:after="0"/>
              <w:jc w:val="right"/>
            </w:pPr>
            <w:r>
              <w:rPr>
                <w:sz w:val="16"/>
              </w:rPr>
              <w:t>71, 1996 to 2025 (71 zone-level)</w:t>
            </w:r>
          </w:p>
        </w:tc>
        <w:tc>
          <w:tcPr>
            <w:tcW w:type="dxa" w:w="1412"/>
          </w:tcPr>
          <w:p>
            <w:pPr>
              <w:spacing w:after="0"/>
              <w:jc w:val="left"/>
            </w:pPr>
          </w:p>
        </w:tc>
        <w:tc>
          <w:tcPr>
            <w:tcW w:type="dxa" w:w="1740"/>
          </w:tcPr>
          <w:p>
            <w:pPr>
              <w:spacing w:after="0"/>
              <w:jc w:val="left"/>
            </w:pPr>
            <w:r>
              <w:rPr>
                <w:sz w:val="16"/>
              </w:rPr>
              <w:t>Winter Storm, 2021-02-18, $30,000 property; $0 crops, reported for the zone (2021 dollars); NWS zone VAZ066 (LUNENBURG), zone-level: may include parts of neighboring counties</w:t>
            </w:r>
          </w:p>
        </w:tc>
        <w:tc>
          <w:tcPr>
            <w:tcW w:type="dxa" w:w="1615"/>
          </w:tcPr>
          <w:p>
            <w:pPr>
              <w:spacing w:after="0"/>
              <w:jc w:val="left"/>
            </w:pPr>
          </w:p>
        </w:tc>
        <w:tc>
          <w:tcPr>
            <w:tcW w:type="dxa" w:w="1714"/>
          </w:tcPr>
          <w:p>
            <w:pPr>
              <w:spacing w:after="0"/>
              <w:jc w:val="left"/>
            </w:pPr>
            <w:r>
              <w:rPr>
                <w:sz w:val="16"/>
              </w:rPr>
              <w:t>Zone-level records: applies countywide; national data do not locate these events within the county.</w:t>
            </w:r>
          </w:p>
        </w:tc>
        <w:tc>
          <w:tcPr>
            <w:tcW w:type="dxa" w:w="237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4"/>
        <w:gridCol w:w="1114"/>
        <w:gridCol w:w="1114"/>
        <w:gridCol w:w="1498"/>
        <w:gridCol w:w="2841"/>
        <w:gridCol w:w="2438"/>
        <w:gridCol w:w="1536"/>
        <w:gridCol w:w="1498"/>
        <w:gridCol w:w="960"/>
      </w:tblGrid>
      <w:tr>
        <w:trPr>
          <w:cantSplit/>
          <w:tblHeader/>
        </w:trPr>
        <w:tc>
          <w:tcPr>
            <w:tcW w:type="dxa" w:w="1114"/>
            <w:shd w:val="clear" w:color="auto" w:fill="E8E8E8"/>
          </w:tcPr>
          <w:p>
            <w:pPr>
              <w:spacing w:after="0"/>
              <w:jc w:val="left"/>
            </w:pPr>
            <w:r>
              <w:rPr>
                <w:b/>
                <w:sz w:val="16"/>
              </w:rPr>
              <w:t>Declared</w:t>
            </w:r>
          </w:p>
        </w:tc>
        <w:tc>
          <w:tcPr>
            <w:tcW w:type="dxa" w:w="1114"/>
            <w:shd w:val="clear" w:color="auto" w:fill="E8E8E8"/>
          </w:tcPr>
          <w:p>
            <w:pPr>
              <w:spacing w:after="0"/>
              <w:jc w:val="left"/>
            </w:pPr>
            <w:r>
              <w:rPr>
                <w:b/>
                <w:sz w:val="16"/>
              </w:rPr>
              <w:t>Incident began</w:t>
            </w:r>
          </w:p>
        </w:tc>
        <w:tc>
          <w:tcPr>
            <w:tcW w:type="dxa" w:w="1114"/>
            <w:shd w:val="clear" w:color="auto" w:fill="E8E8E8"/>
          </w:tcPr>
          <w:p>
            <w:pPr>
              <w:spacing w:after="0"/>
              <w:jc w:val="left"/>
            </w:pPr>
            <w:r>
              <w:rPr>
                <w:b/>
                <w:sz w:val="16"/>
              </w:rPr>
              <w:t>FEMA number</w:t>
            </w:r>
          </w:p>
        </w:tc>
        <w:tc>
          <w:tcPr>
            <w:tcW w:type="dxa" w:w="1498"/>
            <w:shd w:val="clear" w:color="auto" w:fill="E8E8E8"/>
          </w:tcPr>
          <w:p>
            <w:pPr>
              <w:spacing w:after="0"/>
              <w:jc w:val="left"/>
            </w:pPr>
            <w:r>
              <w:rPr>
                <w:b/>
                <w:sz w:val="16"/>
              </w:rPr>
              <w:t>Type</w:t>
            </w:r>
          </w:p>
        </w:tc>
        <w:tc>
          <w:tcPr>
            <w:tcW w:type="dxa" w:w="2841"/>
            <w:shd w:val="clear" w:color="auto" w:fill="E8E8E8"/>
          </w:tcPr>
          <w:p>
            <w:pPr>
              <w:spacing w:after="0"/>
              <w:jc w:val="left"/>
            </w:pPr>
            <w:r>
              <w:rPr>
                <w:b/>
                <w:sz w:val="16"/>
              </w:rPr>
              <w:t>Title</w:t>
            </w:r>
          </w:p>
        </w:tc>
        <w:tc>
          <w:tcPr>
            <w:tcW w:type="dxa" w:w="2438"/>
            <w:shd w:val="clear" w:color="auto" w:fill="E8E8E8"/>
          </w:tcPr>
          <w:p>
            <w:pPr>
              <w:spacing w:after="0"/>
              <w:jc w:val="left"/>
            </w:pPr>
            <w:r>
              <w:rPr>
                <w:b/>
                <w:sz w:val="16"/>
              </w:rPr>
              <w:t>Mapped hazard</w:t>
            </w:r>
          </w:p>
        </w:tc>
        <w:tc>
          <w:tcPr>
            <w:tcW w:type="dxa" w:w="15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8"/>
            <w:shd w:val="clear" w:color="auto" w:fill="E8E8E8"/>
          </w:tcPr>
          <w:p>
            <w:pPr>
              <w:spacing w:after="0"/>
              <w:jc w:val="left"/>
            </w:pPr>
            <w:r>
              <w:rPr>
                <w:b/>
                <w:sz w:val="16"/>
              </w:rPr>
              <w:t>Flags</w:t>
            </w:r>
          </w:p>
        </w:tc>
        <w:tc>
          <w:tcPr>
            <w:tcW w:type="dxa" w:w="960"/>
            <w:shd w:val="clear" w:color="auto" w:fill="E8E8E8"/>
          </w:tcPr>
          <w:p>
            <w:pPr>
              <w:spacing w:after="0"/>
              <w:jc w:val="left"/>
            </w:pPr>
            <w:r>
              <w:rPr>
                <w:b/>
                <w:sz w:val="16"/>
              </w:rPr>
              <w:t>Notes</w:t>
            </w:r>
          </w:p>
        </w:tc>
      </w:tr>
      <w:tr>
        <w:trPr>
          <w:cantSplit/>
        </w:trPr>
        <w:tc>
          <w:tcPr>
            <w:tcW w:type="dxa" w:w="1114"/>
          </w:tcPr>
          <w:p>
            <w:pPr>
              <w:spacing w:after="0"/>
              <w:jc w:val="left"/>
            </w:pPr>
            <w:r>
              <w:rPr>
                <w:sz w:val="16"/>
              </w:rPr>
              <w:t>2026-01-23</w:t>
            </w:r>
          </w:p>
        </w:tc>
        <w:tc>
          <w:tcPr>
            <w:tcW w:type="dxa" w:w="1114"/>
          </w:tcPr>
          <w:p>
            <w:pPr>
              <w:spacing w:after="0"/>
              <w:jc w:val="left"/>
            </w:pPr>
            <w:r>
              <w:rPr>
                <w:sz w:val="16"/>
              </w:rPr>
              <w:t>2026-01-22</w:t>
            </w:r>
          </w:p>
        </w:tc>
        <w:tc>
          <w:tcPr>
            <w:tcW w:type="dxa" w:w="1114"/>
          </w:tcPr>
          <w:p>
            <w:pPr>
              <w:spacing w:after="0"/>
              <w:jc w:val="left"/>
            </w:pPr>
            <w:r>
              <w:rPr>
                <w:sz w:val="16"/>
              </w:rPr>
              <w:t>EM-3631-VA</w:t>
            </w:r>
          </w:p>
        </w:tc>
        <w:tc>
          <w:tcPr>
            <w:tcW w:type="dxa" w:w="1498"/>
          </w:tcPr>
          <w:p>
            <w:pPr>
              <w:spacing w:after="0"/>
              <w:jc w:val="left"/>
            </w:pPr>
            <w:r>
              <w:rPr>
                <w:sz w:val="16"/>
              </w:rPr>
              <w:t>Emergency</w:t>
            </w:r>
          </w:p>
        </w:tc>
        <w:tc>
          <w:tcPr>
            <w:tcW w:type="dxa" w:w="2841"/>
          </w:tcPr>
          <w:p>
            <w:pPr>
              <w:spacing w:after="0"/>
              <w:jc w:val="left"/>
            </w:pPr>
            <w:r>
              <w:rPr>
                <w:sz w:val="16"/>
              </w:rPr>
              <w:t>SEVERE WINTER STORM</w:t>
            </w:r>
          </w:p>
        </w:tc>
        <w:tc>
          <w:tcPr>
            <w:tcW w:type="dxa" w:w="2438"/>
          </w:tcPr>
          <w:p>
            <w:pPr>
              <w:spacing w:after="0"/>
              <w:jc w:val="left"/>
            </w:pPr>
            <w:r>
              <w:rPr>
                <w:sz w:val="16"/>
              </w:rPr>
              <w:t>Winter Weather</w:t>
            </w:r>
          </w:p>
        </w:tc>
        <w:tc>
          <w:tcPr>
            <w:tcW w:type="dxa" w:w="1536"/>
          </w:tcPr>
          <w:p>
            <w:pPr>
              <w:spacing w:after="0"/>
              <w:jc w:val="right"/>
            </w:pPr>
            <w:r>
              <w:rPr>
                <w:sz w:val="16"/>
              </w:rPr>
              <w:t>none found</w:t>
            </w:r>
          </w:p>
        </w:tc>
        <w:tc>
          <w:tcPr>
            <w:tcW w:type="dxa" w:w="1498"/>
          </w:tcPr>
          <w:p>
            <w:pPr>
              <w:spacing w:after="0"/>
              <w:jc w:val="left"/>
            </w:pPr>
            <w:r>
              <w:rPr>
                <w:sz w:val="16"/>
              </w:rPr>
              <w:t>new since last plan; within last 5 years</w:t>
            </w:r>
          </w:p>
        </w:tc>
        <w:tc>
          <w:tcPr>
            <w:tcW w:type="dxa" w:w="960"/>
          </w:tcPr>
          <w:p>
            <w:pPr>
              <w:spacing w:after="0"/>
              <w:jc w:val="left"/>
            </w:pPr>
          </w:p>
        </w:tc>
      </w:tr>
      <w:tr>
        <w:trPr>
          <w:cantSplit/>
        </w:trPr>
        <w:tc>
          <w:tcPr>
            <w:tcW w:type="dxa" w:w="1114"/>
          </w:tcPr>
          <w:p>
            <w:pPr>
              <w:spacing w:after="0"/>
              <w:jc w:val="left"/>
            </w:pPr>
            <w:r>
              <w:rPr>
                <w:sz w:val="16"/>
              </w:rPr>
              <w:t>2025-04-04</w:t>
            </w:r>
          </w:p>
        </w:tc>
        <w:tc>
          <w:tcPr>
            <w:tcW w:type="dxa" w:w="1114"/>
          </w:tcPr>
          <w:p>
            <w:pPr>
              <w:spacing w:after="0"/>
              <w:jc w:val="left"/>
            </w:pPr>
            <w:r>
              <w:rPr>
                <w:sz w:val="16"/>
              </w:rPr>
              <w:t>2025-02-10</w:t>
            </w:r>
          </w:p>
        </w:tc>
        <w:tc>
          <w:tcPr>
            <w:tcW w:type="dxa" w:w="1114"/>
          </w:tcPr>
          <w:p>
            <w:pPr>
              <w:spacing w:after="0"/>
              <w:jc w:val="left"/>
            </w:pPr>
            <w:r>
              <w:rPr>
                <w:sz w:val="16"/>
              </w:rPr>
              <w:t>DR-4863-VA</w:t>
            </w:r>
          </w:p>
        </w:tc>
        <w:tc>
          <w:tcPr>
            <w:tcW w:type="dxa" w:w="1498"/>
          </w:tcPr>
          <w:p>
            <w:pPr>
              <w:spacing w:after="0"/>
              <w:jc w:val="left"/>
            </w:pPr>
            <w:r>
              <w:rPr>
                <w:sz w:val="16"/>
              </w:rPr>
              <w:t>Major disaster</w:t>
            </w:r>
          </w:p>
        </w:tc>
        <w:tc>
          <w:tcPr>
            <w:tcW w:type="dxa" w:w="2841"/>
          </w:tcPr>
          <w:p>
            <w:pPr>
              <w:spacing w:after="0"/>
              <w:jc w:val="left"/>
            </w:pPr>
            <w:r>
              <w:rPr>
                <w:sz w:val="16"/>
              </w:rPr>
              <w:t>SEVERE WINTER STORMS AND FLOODING</w:t>
            </w:r>
          </w:p>
        </w:tc>
        <w:tc>
          <w:tcPr>
            <w:tcW w:type="dxa" w:w="2438"/>
          </w:tcPr>
          <w:p>
            <w:pPr>
              <w:spacing w:after="0"/>
              <w:jc w:val="left"/>
            </w:pPr>
            <w:r>
              <w:rPr>
                <w:sz w:val="16"/>
              </w:rPr>
              <w:t>Inland Flooding; Tornado; Winter Weather</w:t>
            </w:r>
          </w:p>
        </w:tc>
        <w:tc>
          <w:tcPr>
            <w:tcW w:type="dxa" w:w="1536"/>
          </w:tcPr>
          <w:p>
            <w:pPr>
              <w:spacing w:after="0"/>
              <w:jc w:val="right"/>
            </w:pPr>
            <w:r>
              <w:rPr>
                <w:sz w:val="16"/>
              </w:rPr>
              <w:t>none found</w:t>
            </w:r>
          </w:p>
        </w:tc>
        <w:tc>
          <w:tcPr>
            <w:tcW w:type="dxa" w:w="1498"/>
          </w:tcPr>
          <w:p>
            <w:pPr>
              <w:spacing w:after="0"/>
              <w:jc w:val="left"/>
            </w:pPr>
            <w:r>
              <w:rPr>
                <w:sz w:val="16"/>
              </w:rPr>
              <w:t>new since last plan; within last 5 years</w:t>
            </w:r>
          </w:p>
        </w:tc>
        <w:tc>
          <w:tcPr>
            <w:tcW w:type="dxa" w:w="960"/>
          </w:tcPr>
          <w:p>
            <w:pPr>
              <w:spacing w:after="0"/>
              <w:jc w:val="left"/>
            </w:pPr>
          </w:p>
        </w:tc>
      </w:tr>
      <w:tr>
        <w:trPr>
          <w:cantSplit/>
        </w:trPr>
        <w:tc>
          <w:tcPr>
            <w:tcW w:type="dxa" w:w="1114"/>
          </w:tcPr>
          <w:p>
            <w:pPr>
              <w:spacing w:after="0"/>
              <w:jc w:val="left"/>
            </w:pPr>
            <w:r>
              <w:rPr>
                <w:sz w:val="16"/>
              </w:rPr>
              <w:t>2021-05-10</w:t>
            </w:r>
          </w:p>
        </w:tc>
        <w:tc>
          <w:tcPr>
            <w:tcW w:type="dxa" w:w="1114"/>
          </w:tcPr>
          <w:p>
            <w:pPr>
              <w:spacing w:after="0"/>
              <w:jc w:val="left"/>
            </w:pPr>
            <w:r>
              <w:rPr>
                <w:sz w:val="16"/>
              </w:rPr>
              <w:t>2021-02-11</w:t>
            </w:r>
          </w:p>
        </w:tc>
        <w:tc>
          <w:tcPr>
            <w:tcW w:type="dxa" w:w="1114"/>
          </w:tcPr>
          <w:p>
            <w:pPr>
              <w:spacing w:after="0"/>
              <w:jc w:val="left"/>
            </w:pPr>
            <w:r>
              <w:rPr>
                <w:sz w:val="16"/>
              </w:rPr>
              <w:t>DR-4602-VA</w:t>
            </w:r>
          </w:p>
        </w:tc>
        <w:tc>
          <w:tcPr>
            <w:tcW w:type="dxa" w:w="1498"/>
          </w:tcPr>
          <w:p>
            <w:pPr>
              <w:spacing w:after="0"/>
              <w:jc w:val="left"/>
            </w:pPr>
            <w:r>
              <w:rPr>
                <w:sz w:val="16"/>
              </w:rPr>
              <w:t>Major disaster</w:t>
            </w:r>
          </w:p>
        </w:tc>
        <w:tc>
          <w:tcPr>
            <w:tcW w:type="dxa" w:w="2841"/>
          </w:tcPr>
          <w:p>
            <w:pPr>
              <w:spacing w:after="0"/>
              <w:jc w:val="left"/>
            </w:pPr>
            <w:r>
              <w:rPr>
                <w:sz w:val="16"/>
              </w:rPr>
              <w:t>SEVERE WINTER STORMS</w:t>
            </w:r>
          </w:p>
        </w:tc>
        <w:tc>
          <w:tcPr>
            <w:tcW w:type="dxa" w:w="2438"/>
          </w:tcPr>
          <w:p>
            <w:pPr>
              <w:spacing w:after="0"/>
              <w:jc w:val="left"/>
            </w:pPr>
            <w:r>
              <w:rPr>
                <w:sz w:val="16"/>
              </w:rPr>
              <w:t>Ice Storm</w:t>
            </w:r>
          </w:p>
        </w:tc>
        <w:tc>
          <w:tcPr>
            <w:tcW w:type="dxa" w:w="1536"/>
          </w:tcPr>
          <w:p>
            <w:pPr>
              <w:spacing w:after="0"/>
              <w:jc w:val="right"/>
            </w:pPr>
            <w:r>
              <w:rPr>
                <w:sz w:val="16"/>
              </w:rPr>
              <w:t>$151,182.65</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2020-04-02</w:t>
            </w:r>
          </w:p>
        </w:tc>
        <w:tc>
          <w:tcPr>
            <w:tcW w:type="dxa" w:w="1114"/>
          </w:tcPr>
          <w:p>
            <w:pPr>
              <w:spacing w:after="0"/>
              <w:jc w:val="left"/>
            </w:pPr>
            <w:r>
              <w:rPr>
                <w:sz w:val="16"/>
              </w:rPr>
              <w:t>2020-01-20</w:t>
            </w:r>
          </w:p>
        </w:tc>
        <w:tc>
          <w:tcPr>
            <w:tcW w:type="dxa" w:w="1114"/>
          </w:tcPr>
          <w:p>
            <w:pPr>
              <w:spacing w:after="0"/>
              <w:jc w:val="left"/>
            </w:pPr>
            <w:r>
              <w:rPr>
                <w:sz w:val="16"/>
              </w:rPr>
              <w:t>DR-4512-VA</w:t>
            </w:r>
          </w:p>
        </w:tc>
        <w:tc>
          <w:tcPr>
            <w:tcW w:type="dxa" w:w="1498"/>
          </w:tcPr>
          <w:p>
            <w:pPr>
              <w:spacing w:after="0"/>
              <w:jc w:val="left"/>
            </w:pPr>
            <w:r>
              <w:rPr>
                <w:sz w:val="16"/>
              </w:rPr>
              <w:t>Major disaster</w:t>
            </w:r>
          </w:p>
        </w:tc>
        <w:tc>
          <w:tcPr>
            <w:tcW w:type="dxa" w:w="2841"/>
          </w:tcPr>
          <w:p>
            <w:pPr>
              <w:spacing w:after="0"/>
              <w:jc w:val="left"/>
            </w:pPr>
            <w:r>
              <w:rPr>
                <w:sz w:val="16"/>
              </w:rPr>
              <w:t>COVID-19 PANDEMIC</w:t>
            </w:r>
          </w:p>
        </w:tc>
        <w:tc>
          <w:tcPr>
            <w:tcW w:type="dxa" w:w="2438"/>
          </w:tcPr>
          <w:p>
            <w:pPr>
              <w:spacing w:after="0"/>
              <w:jc w:val="left"/>
            </w:pPr>
            <w:r>
              <w:rPr>
                <w:sz w:val="16"/>
              </w:rPr>
              <w:t>Non-natural, not counted</w:t>
            </w:r>
          </w:p>
        </w:tc>
        <w:tc>
          <w:tcPr>
            <w:tcW w:type="dxa" w:w="1536"/>
          </w:tcPr>
          <w:p>
            <w:pPr>
              <w:spacing w:after="0"/>
              <w:jc w:val="right"/>
            </w:pPr>
            <w:r>
              <w:rPr>
                <w:sz w:val="16"/>
              </w:rPr>
              <w:t>$9,173.60</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2020-03-13</w:t>
            </w:r>
          </w:p>
        </w:tc>
        <w:tc>
          <w:tcPr>
            <w:tcW w:type="dxa" w:w="1114"/>
          </w:tcPr>
          <w:p>
            <w:pPr>
              <w:spacing w:after="0"/>
              <w:jc w:val="left"/>
            </w:pPr>
            <w:r>
              <w:rPr>
                <w:sz w:val="16"/>
              </w:rPr>
              <w:t>2020-01-20</w:t>
            </w:r>
          </w:p>
        </w:tc>
        <w:tc>
          <w:tcPr>
            <w:tcW w:type="dxa" w:w="1114"/>
          </w:tcPr>
          <w:p>
            <w:pPr>
              <w:spacing w:after="0"/>
              <w:jc w:val="left"/>
            </w:pPr>
            <w:r>
              <w:rPr>
                <w:sz w:val="16"/>
              </w:rPr>
              <w:t>EM-3448-VA</w:t>
            </w:r>
          </w:p>
        </w:tc>
        <w:tc>
          <w:tcPr>
            <w:tcW w:type="dxa" w:w="1498"/>
          </w:tcPr>
          <w:p>
            <w:pPr>
              <w:spacing w:after="0"/>
              <w:jc w:val="left"/>
            </w:pPr>
            <w:r>
              <w:rPr>
                <w:sz w:val="16"/>
              </w:rPr>
              <w:t>Emergency</w:t>
            </w:r>
          </w:p>
        </w:tc>
        <w:tc>
          <w:tcPr>
            <w:tcW w:type="dxa" w:w="2841"/>
          </w:tcPr>
          <w:p>
            <w:pPr>
              <w:spacing w:after="0"/>
              <w:jc w:val="left"/>
            </w:pPr>
            <w:r>
              <w:rPr>
                <w:sz w:val="16"/>
              </w:rPr>
              <w:t>COVID-19</w:t>
            </w:r>
          </w:p>
        </w:tc>
        <w:tc>
          <w:tcPr>
            <w:tcW w:type="dxa" w:w="2438"/>
          </w:tcPr>
          <w:p>
            <w:pPr>
              <w:spacing w:after="0"/>
              <w:jc w:val="left"/>
            </w:pPr>
            <w:r>
              <w:rPr>
                <w:sz w:val="16"/>
              </w:rPr>
              <w:t>Non-natural, not counted</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r>
              <w:rPr>
                <w:sz w:val="16"/>
              </w:rPr>
              <w:t>same incident as DR-4512</w:t>
            </w:r>
          </w:p>
        </w:tc>
      </w:tr>
      <w:tr>
        <w:trPr>
          <w:cantSplit/>
        </w:trPr>
        <w:tc>
          <w:tcPr>
            <w:tcW w:type="dxa" w:w="1114"/>
          </w:tcPr>
          <w:p>
            <w:pPr>
              <w:spacing w:after="0"/>
              <w:jc w:val="left"/>
            </w:pPr>
            <w:r>
              <w:rPr>
                <w:sz w:val="16"/>
              </w:rPr>
              <w:t>2018-12-18</w:t>
            </w:r>
          </w:p>
        </w:tc>
        <w:tc>
          <w:tcPr>
            <w:tcW w:type="dxa" w:w="1114"/>
          </w:tcPr>
          <w:p>
            <w:pPr>
              <w:spacing w:after="0"/>
              <w:jc w:val="left"/>
            </w:pPr>
            <w:r>
              <w:rPr>
                <w:sz w:val="16"/>
              </w:rPr>
              <w:t>2018-10-09</w:t>
            </w:r>
          </w:p>
        </w:tc>
        <w:tc>
          <w:tcPr>
            <w:tcW w:type="dxa" w:w="1114"/>
          </w:tcPr>
          <w:p>
            <w:pPr>
              <w:spacing w:after="0"/>
              <w:jc w:val="left"/>
            </w:pPr>
            <w:r>
              <w:rPr>
                <w:sz w:val="16"/>
              </w:rPr>
              <w:t>DR-4411-VA</w:t>
            </w:r>
          </w:p>
        </w:tc>
        <w:tc>
          <w:tcPr>
            <w:tcW w:type="dxa" w:w="1498"/>
          </w:tcPr>
          <w:p>
            <w:pPr>
              <w:spacing w:after="0"/>
              <w:jc w:val="left"/>
            </w:pPr>
            <w:r>
              <w:rPr>
                <w:sz w:val="16"/>
              </w:rPr>
              <w:t>Major disaster</w:t>
            </w:r>
          </w:p>
        </w:tc>
        <w:tc>
          <w:tcPr>
            <w:tcW w:type="dxa" w:w="2841"/>
          </w:tcPr>
          <w:p>
            <w:pPr>
              <w:spacing w:after="0"/>
              <w:jc w:val="left"/>
            </w:pPr>
            <w:r>
              <w:rPr>
                <w:sz w:val="16"/>
              </w:rPr>
              <w:t>TROPICAL STORM MICHAEL</w:t>
            </w:r>
          </w:p>
        </w:tc>
        <w:tc>
          <w:tcPr>
            <w:tcW w:type="dxa" w:w="2438"/>
          </w:tcPr>
          <w:p>
            <w:pPr>
              <w:spacing w:after="0"/>
              <w:jc w:val="left"/>
            </w:pPr>
            <w:r>
              <w:rPr>
                <w:sz w:val="16"/>
              </w:rPr>
              <w:t>Hurricane</w:t>
            </w:r>
          </w:p>
        </w:tc>
        <w:tc>
          <w:tcPr>
            <w:tcW w:type="dxa" w:w="1536"/>
          </w:tcPr>
          <w:p>
            <w:pPr>
              <w:spacing w:after="0"/>
              <w:jc w:val="right"/>
            </w:pPr>
            <w:r>
              <w:rPr>
                <w:sz w:val="16"/>
              </w:rPr>
              <w:t>$27,959.30</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2018-10-15</w:t>
            </w:r>
          </w:p>
        </w:tc>
        <w:tc>
          <w:tcPr>
            <w:tcW w:type="dxa" w:w="1114"/>
          </w:tcPr>
          <w:p>
            <w:pPr>
              <w:spacing w:after="0"/>
              <w:jc w:val="left"/>
            </w:pPr>
            <w:r>
              <w:rPr>
                <w:sz w:val="16"/>
              </w:rPr>
              <w:t>2018-09-08</w:t>
            </w:r>
          </w:p>
        </w:tc>
        <w:tc>
          <w:tcPr>
            <w:tcW w:type="dxa" w:w="1114"/>
          </w:tcPr>
          <w:p>
            <w:pPr>
              <w:spacing w:after="0"/>
              <w:jc w:val="left"/>
            </w:pPr>
            <w:r>
              <w:rPr>
                <w:sz w:val="16"/>
              </w:rPr>
              <w:t>DR-4401-VA</w:t>
            </w:r>
          </w:p>
        </w:tc>
        <w:tc>
          <w:tcPr>
            <w:tcW w:type="dxa" w:w="1498"/>
          </w:tcPr>
          <w:p>
            <w:pPr>
              <w:spacing w:after="0"/>
              <w:jc w:val="left"/>
            </w:pPr>
            <w:r>
              <w:rPr>
                <w:sz w:val="16"/>
              </w:rPr>
              <w:t>Major disaster</w:t>
            </w:r>
          </w:p>
        </w:tc>
        <w:tc>
          <w:tcPr>
            <w:tcW w:type="dxa" w:w="2841"/>
          </w:tcPr>
          <w:p>
            <w:pPr>
              <w:spacing w:after="0"/>
              <w:jc w:val="left"/>
            </w:pPr>
            <w:r>
              <w:rPr>
                <w:sz w:val="16"/>
              </w:rPr>
              <w:t>HURRICANE FLORENCE</w:t>
            </w:r>
          </w:p>
        </w:tc>
        <w:tc>
          <w:tcPr>
            <w:tcW w:type="dxa" w:w="2438"/>
          </w:tcPr>
          <w:p>
            <w:pPr>
              <w:spacing w:after="0"/>
              <w:jc w:val="left"/>
            </w:pPr>
            <w:r>
              <w:rPr>
                <w:sz w:val="16"/>
              </w:rPr>
              <w:t>Hurricane</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2018-09-11</w:t>
            </w:r>
          </w:p>
        </w:tc>
        <w:tc>
          <w:tcPr>
            <w:tcW w:type="dxa" w:w="1114"/>
          </w:tcPr>
          <w:p>
            <w:pPr>
              <w:spacing w:after="0"/>
              <w:jc w:val="left"/>
            </w:pPr>
            <w:r>
              <w:rPr>
                <w:sz w:val="16"/>
              </w:rPr>
              <w:t>2018-09-13</w:t>
            </w:r>
          </w:p>
        </w:tc>
        <w:tc>
          <w:tcPr>
            <w:tcW w:type="dxa" w:w="1114"/>
          </w:tcPr>
          <w:p>
            <w:pPr>
              <w:spacing w:after="0"/>
              <w:jc w:val="left"/>
            </w:pPr>
            <w:r>
              <w:rPr>
                <w:sz w:val="16"/>
              </w:rPr>
              <w:t>EM-3403-VA</w:t>
            </w:r>
          </w:p>
        </w:tc>
        <w:tc>
          <w:tcPr>
            <w:tcW w:type="dxa" w:w="1498"/>
          </w:tcPr>
          <w:p>
            <w:pPr>
              <w:spacing w:after="0"/>
              <w:jc w:val="left"/>
            </w:pPr>
            <w:r>
              <w:rPr>
                <w:sz w:val="16"/>
              </w:rPr>
              <w:t>Emergency</w:t>
            </w:r>
          </w:p>
        </w:tc>
        <w:tc>
          <w:tcPr>
            <w:tcW w:type="dxa" w:w="2841"/>
          </w:tcPr>
          <w:p>
            <w:pPr>
              <w:spacing w:after="0"/>
              <w:jc w:val="left"/>
            </w:pPr>
            <w:r>
              <w:rPr>
                <w:sz w:val="16"/>
              </w:rPr>
              <w:t>HURRICANE FLORENCE</w:t>
            </w:r>
          </w:p>
        </w:tc>
        <w:tc>
          <w:tcPr>
            <w:tcW w:type="dxa" w:w="2438"/>
          </w:tcPr>
          <w:p>
            <w:pPr>
              <w:spacing w:after="0"/>
              <w:jc w:val="left"/>
            </w:pPr>
            <w:r>
              <w:rPr>
                <w:sz w:val="16"/>
              </w:rPr>
              <w:t>Hurricane</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r>
              <w:rPr>
                <w:sz w:val="16"/>
              </w:rPr>
              <w:t>same incident as DR-4401</w:t>
            </w:r>
          </w:p>
        </w:tc>
      </w:tr>
      <w:tr>
        <w:trPr>
          <w:cantSplit/>
        </w:trPr>
        <w:tc>
          <w:tcPr>
            <w:tcW w:type="dxa" w:w="1114"/>
          </w:tcPr>
          <w:p>
            <w:pPr>
              <w:spacing w:after="0"/>
              <w:jc w:val="left"/>
            </w:pPr>
            <w:r>
              <w:rPr>
                <w:sz w:val="16"/>
              </w:rPr>
              <w:t>2012-10-29</w:t>
            </w:r>
          </w:p>
        </w:tc>
        <w:tc>
          <w:tcPr>
            <w:tcW w:type="dxa" w:w="1114"/>
          </w:tcPr>
          <w:p>
            <w:pPr>
              <w:spacing w:after="0"/>
              <w:jc w:val="left"/>
            </w:pPr>
            <w:r>
              <w:rPr>
                <w:sz w:val="16"/>
              </w:rPr>
              <w:t>2012-10-26</w:t>
            </w:r>
          </w:p>
        </w:tc>
        <w:tc>
          <w:tcPr>
            <w:tcW w:type="dxa" w:w="1114"/>
          </w:tcPr>
          <w:p>
            <w:pPr>
              <w:spacing w:after="0"/>
              <w:jc w:val="left"/>
            </w:pPr>
            <w:r>
              <w:rPr>
                <w:sz w:val="16"/>
              </w:rPr>
              <w:t>EM-3359-VA</w:t>
            </w:r>
          </w:p>
        </w:tc>
        <w:tc>
          <w:tcPr>
            <w:tcW w:type="dxa" w:w="1498"/>
          </w:tcPr>
          <w:p>
            <w:pPr>
              <w:spacing w:after="0"/>
              <w:jc w:val="left"/>
            </w:pPr>
            <w:r>
              <w:rPr>
                <w:sz w:val="16"/>
              </w:rPr>
              <w:t>Emergency</w:t>
            </w:r>
          </w:p>
        </w:tc>
        <w:tc>
          <w:tcPr>
            <w:tcW w:type="dxa" w:w="2841"/>
          </w:tcPr>
          <w:p>
            <w:pPr>
              <w:spacing w:after="0"/>
              <w:jc w:val="left"/>
            </w:pPr>
            <w:r>
              <w:rPr>
                <w:sz w:val="16"/>
              </w:rPr>
              <w:t>HURRICANE SANDY</w:t>
            </w:r>
          </w:p>
        </w:tc>
        <w:tc>
          <w:tcPr>
            <w:tcW w:type="dxa" w:w="2438"/>
          </w:tcPr>
          <w:p>
            <w:pPr>
              <w:spacing w:after="0"/>
              <w:jc w:val="left"/>
            </w:pPr>
            <w:r>
              <w:rPr>
                <w:sz w:val="16"/>
              </w:rPr>
              <w:t>Hurricane</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2012-07-27</w:t>
            </w:r>
          </w:p>
        </w:tc>
        <w:tc>
          <w:tcPr>
            <w:tcW w:type="dxa" w:w="1114"/>
          </w:tcPr>
          <w:p>
            <w:pPr>
              <w:spacing w:after="0"/>
              <w:jc w:val="left"/>
            </w:pPr>
            <w:r>
              <w:rPr>
                <w:sz w:val="16"/>
              </w:rPr>
              <w:t>2012-06-29</w:t>
            </w:r>
          </w:p>
        </w:tc>
        <w:tc>
          <w:tcPr>
            <w:tcW w:type="dxa" w:w="1114"/>
          </w:tcPr>
          <w:p>
            <w:pPr>
              <w:spacing w:after="0"/>
              <w:jc w:val="left"/>
            </w:pPr>
            <w:r>
              <w:rPr>
                <w:sz w:val="16"/>
              </w:rPr>
              <w:t>DR-4072-VA</w:t>
            </w:r>
          </w:p>
        </w:tc>
        <w:tc>
          <w:tcPr>
            <w:tcW w:type="dxa" w:w="1498"/>
          </w:tcPr>
          <w:p>
            <w:pPr>
              <w:spacing w:after="0"/>
              <w:jc w:val="left"/>
            </w:pPr>
            <w:r>
              <w:rPr>
                <w:sz w:val="16"/>
              </w:rPr>
              <w:t>Major disaster</w:t>
            </w:r>
          </w:p>
        </w:tc>
        <w:tc>
          <w:tcPr>
            <w:tcW w:type="dxa" w:w="2841"/>
          </w:tcPr>
          <w:p>
            <w:pPr>
              <w:spacing w:after="0"/>
              <w:jc w:val="left"/>
            </w:pPr>
            <w:r>
              <w:rPr>
                <w:sz w:val="16"/>
              </w:rPr>
              <w:t>SEVERE STORMS AND STRAIGHT-LINE WINDS</w:t>
            </w:r>
          </w:p>
        </w:tc>
        <w:tc>
          <w:tcPr>
            <w:tcW w:type="dxa" w:w="2438"/>
          </w:tcPr>
          <w:p>
            <w:pPr>
              <w:spacing w:after="0"/>
              <w:jc w:val="left"/>
            </w:pPr>
            <w:r>
              <w:rPr>
                <w:sz w:val="16"/>
              </w:rPr>
              <w:t>Strong Wind</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2011-09-03</w:t>
            </w:r>
          </w:p>
        </w:tc>
        <w:tc>
          <w:tcPr>
            <w:tcW w:type="dxa" w:w="1114"/>
          </w:tcPr>
          <w:p>
            <w:pPr>
              <w:spacing w:after="0"/>
              <w:jc w:val="left"/>
            </w:pPr>
            <w:r>
              <w:rPr>
                <w:sz w:val="16"/>
              </w:rPr>
              <w:t>2011-08-26</w:t>
            </w:r>
          </w:p>
        </w:tc>
        <w:tc>
          <w:tcPr>
            <w:tcW w:type="dxa" w:w="1114"/>
          </w:tcPr>
          <w:p>
            <w:pPr>
              <w:spacing w:after="0"/>
              <w:jc w:val="left"/>
            </w:pPr>
            <w:r>
              <w:rPr>
                <w:sz w:val="16"/>
              </w:rPr>
              <w:t>DR-4024-VA</w:t>
            </w:r>
          </w:p>
        </w:tc>
        <w:tc>
          <w:tcPr>
            <w:tcW w:type="dxa" w:w="1498"/>
          </w:tcPr>
          <w:p>
            <w:pPr>
              <w:spacing w:after="0"/>
              <w:jc w:val="left"/>
            </w:pPr>
            <w:r>
              <w:rPr>
                <w:sz w:val="16"/>
              </w:rPr>
              <w:t>Major disaster</w:t>
            </w:r>
          </w:p>
        </w:tc>
        <w:tc>
          <w:tcPr>
            <w:tcW w:type="dxa" w:w="2841"/>
          </w:tcPr>
          <w:p>
            <w:pPr>
              <w:spacing w:after="0"/>
              <w:jc w:val="left"/>
            </w:pPr>
            <w:r>
              <w:rPr>
                <w:sz w:val="16"/>
              </w:rPr>
              <w:t>HURRICANE IRENE</w:t>
            </w:r>
          </w:p>
        </w:tc>
        <w:tc>
          <w:tcPr>
            <w:tcW w:type="dxa" w:w="2438"/>
          </w:tcPr>
          <w:p>
            <w:pPr>
              <w:spacing w:after="0"/>
              <w:jc w:val="left"/>
            </w:pPr>
            <w:r>
              <w:rPr>
                <w:sz w:val="16"/>
              </w:rPr>
              <w:t>Hurricane</w:t>
            </w:r>
          </w:p>
        </w:tc>
        <w:tc>
          <w:tcPr>
            <w:tcW w:type="dxa" w:w="1536"/>
          </w:tcPr>
          <w:p>
            <w:pPr>
              <w:spacing w:after="0"/>
              <w:jc w:val="right"/>
            </w:pPr>
            <w:r>
              <w:rPr>
                <w:sz w:val="16"/>
              </w:rPr>
              <w:t>$8,302.15</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2006-09-22</w:t>
            </w:r>
          </w:p>
        </w:tc>
        <w:tc>
          <w:tcPr>
            <w:tcW w:type="dxa" w:w="1114"/>
          </w:tcPr>
          <w:p>
            <w:pPr>
              <w:spacing w:after="0"/>
              <w:jc w:val="left"/>
            </w:pPr>
            <w:r>
              <w:rPr>
                <w:sz w:val="16"/>
              </w:rPr>
              <w:t>2006-08-29</w:t>
            </w:r>
          </w:p>
        </w:tc>
        <w:tc>
          <w:tcPr>
            <w:tcW w:type="dxa" w:w="1114"/>
          </w:tcPr>
          <w:p>
            <w:pPr>
              <w:spacing w:after="0"/>
              <w:jc w:val="left"/>
            </w:pPr>
            <w:r>
              <w:rPr>
                <w:sz w:val="16"/>
              </w:rPr>
              <w:t>DR-1661-VA</w:t>
            </w:r>
          </w:p>
        </w:tc>
        <w:tc>
          <w:tcPr>
            <w:tcW w:type="dxa" w:w="1498"/>
          </w:tcPr>
          <w:p>
            <w:pPr>
              <w:spacing w:after="0"/>
              <w:jc w:val="left"/>
            </w:pPr>
            <w:r>
              <w:rPr>
                <w:sz w:val="16"/>
              </w:rPr>
              <w:t>Major disaster</w:t>
            </w:r>
          </w:p>
        </w:tc>
        <w:tc>
          <w:tcPr>
            <w:tcW w:type="dxa" w:w="2841"/>
          </w:tcPr>
          <w:p>
            <w:pPr>
              <w:spacing w:after="0"/>
              <w:jc w:val="left"/>
            </w:pPr>
            <w:r>
              <w:rPr>
                <w:sz w:val="16"/>
              </w:rPr>
              <w:t>TROPICAL DEPRESSION ERNESTO, SEVERE STORMS AND FLOODING</w:t>
            </w:r>
          </w:p>
        </w:tc>
        <w:tc>
          <w:tcPr>
            <w:tcW w:type="dxa" w:w="2438"/>
          </w:tcPr>
          <w:p>
            <w:pPr>
              <w:spacing w:after="0"/>
              <w:jc w:val="left"/>
            </w:pPr>
            <w:r>
              <w:rPr>
                <w:sz w:val="16"/>
              </w:rPr>
              <w:t>Hurricane; Inland Flooding</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2005-09-12</w:t>
            </w:r>
          </w:p>
        </w:tc>
        <w:tc>
          <w:tcPr>
            <w:tcW w:type="dxa" w:w="1114"/>
          </w:tcPr>
          <w:p>
            <w:pPr>
              <w:spacing w:after="0"/>
              <w:jc w:val="left"/>
            </w:pPr>
            <w:r>
              <w:rPr>
                <w:sz w:val="16"/>
              </w:rPr>
              <w:t>2005-08-29</w:t>
            </w:r>
          </w:p>
        </w:tc>
        <w:tc>
          <w:tcPr>
            <w:tcW w:type="dxa" w:w="1114"/>
          </w:tcPr>
          <w:p>
            <w:pPr>
              <w:spacing w:after="0"/>
              <w:jc w:val="left"/>
            </w:pPr>
            <w:r>
              <w:rPr>
                <w:sz w:val="16"/>
              </w:rPr>
              <w:t>EM-3240-VA</w:t>
            </w:r>
          </w:p>
        </w:tc>
        <w:tc>
          <w:tcPr>
            <w:tcW w:type="dxa" w:w="1498"/>
          </w:tcPr>
          <w:p>
            <w:pPr>
              <w:spacing w:after="0"/>
              <w:jc w:val="left"/>
            </w:pPr>
            <w:r>
              <w:rPr>
                <w:sz w:val="16"/>
              </w:rPr>
              <w:t>Emergency</w:t>
            </w:r>
          </w:p>
        </w:tc>
        <w:tc>
          <w:tcPr>
            <w:tcW w:type="dxa" w:w="2841"/>
          </w:tcPr>
          <w:p>
            <w:pPr>
              <w:spacing w:after="0"/>
              <w:jc w:val="left"/>
            </w:pPr>
            <w:r>
              <w:rPr>
                <w:sz w:val="16"/>
              </w:rPr>
              <w:t>HURRICANE KATRINA EVACUATION</w:t>
            </w:r>
          </w:p>
        </w:tc>
        <w:tc>
          <w:tcPr>
            <w:tcW w:type="dxa" w:w="2438"/>
          </w:tcPr>
          <w:p>
            <w:pPr>
              <w:spacing w:after="0"/>
              <w:jc w:val="left"/>
            </w:pPr>
            <w:r>
              <w:rPr>
                <w:sz w:val="16"/>
              </w:rPr>
              <w:t>Hurricane: evacuation support, not a local hazard event; not counted</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2003-09-18</w:t>
            </w:r>
          </w:p>
        </w:tc>
        <w:tc>
          <w:tcPr>
            <w:tcW w:type="dxa" w:w="1114"/>
          </w:tcPr>
          <w:p>
            <w:pPr>
              <w:spacing w:after="0"/>
              <w:jc w:val="left"/>
            </w:pPr>
            <w:r>
              <w:rPr>
                <w:sz w:val="16"/>
              </w:rPr>
              <w:t>2003-09-18</w:t>
            </w:r>
          </w:p>
        </w:tc>
        <w:tc>
          <w:tcPr>
            <w:tcW w:type="dxa" w:w="1114"/>
          </w:tcPr>
          <w:p>
            <w:pPr>
              <w:spacing w:after="0"/>
              <w:jc w:val="left"/>
            </w:pPr>
            <w:r>
              <w:rPr>
                <w:sz w:val="16"/>
              </w:rPr>
              <w:t>DR-1491-VA</w:t>
            </w:r>
          </w:p>
        </w:tc>
        <w:tc>
          <w:tcPr>
            <w:tcW w:type="dxa" w:w="1498"/>
          </w:tcPr>
          <w:p>
            <w:pPr>
              <w:spacing w:after="0"/>
              <w:jc w:val="left"/>
            </w:pPr>
            <w:r>
              <w:rPr>
                <w:sz w:val="16"/>
              </w:rPr>
              <w:t>Major disaster</w:t>
            </w:r>
          </w:p>
        </w:tc>
        <w:tc>
          <w:tcPr>
            <w:tcW w:type="dxa" w:w="2841"/>
          </w:tcPr>
          <w:p>
            <w:pPr>
              <w:spacing w:after="0"/>
              <w:jc w:val="left"/>
            </w:pPr>
            <w:r>
              <w:rPr>
                <w:sz w:val="16"/>
              </w:rPr>
              <w:t>HURRICANE ISABEL</w:t>
            </w:r>
          </w:p>
        </w:tc>
        <w:tc>
          <w:tcPr>
            <w:tcW w:type="dxa" w:w="2438"/>
          </w:tcPr>
          <w:p>
            <w:pPr>
              <w:spacing w:after="0"/>
              <w:jc w:val="left"/>
            </w:pPr>
            <w:r>
              <w:rPr>
                <w:sz w:val="16"/>
              </w:rPr>
              <w:t>Hurricane</w:t>
            </w:r>
          </w:p>
        </w:tc>
        <w:tc>
          <w:tcPr>
            <w:tcW w:type="dxa" w:w="1536"/>
          </w:tcPr>
          <w:p>
            <w:pPr>
              <w:spacing w:after="0"/>
              <w:jc w:val="right"/>
            </w:pPr>
            <w:r>
              <w:rPr>
                <w:sz w:val="16"/>
              </w:rPr>
              <w:t>$30,839.40</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2000-02-28</w:t>
            </w:r>
          </w:p>
        </w:tc>
        <w:tc>
          <w:tcPr>
            <w:tcW w:type="dxa" w:w="1114"/>
          </w:tcPr>
          <w:p>
            <w:pPr>
              <w:spacing w:after="0"/>
              <w:jc w:val="left"/>
            </w:pPr>
            <w:r>
              <w:rPr>
                <w:sz w:val="16"/>
              </w:rPr>
              <w:t>2000-01-25</w:t>
            </w:r>
          </w:p>
        </w:tc>
        <w:tc>
          <w:tcPr>
            <w:tcW w:type="dxa" w:w="1114"/>
          </w:tcPr>
          <w:p>
            <w:pPr>
              <w:spacing w:after="0"/>
              <w:jc w:val="left"/>
            </w:pPr>
            <w:r>
              <w:rPr>
                <w:sz w:val="16"/>
              </w:rPr>
              <w:t>DR-1318-VA</w:t>
            </w:r>
          </w:p>
        </w:tc>
        <w:tc>
          <w:tcPr>
            <w:tcW w:type="dxa" w:w="1498"/>
          </w:tcPr>
          <w:p>
            <w:pPr>
              <w:spacing w:after="0"/>
              <w:jc w:val="left"/>
            </w:pPr>
            <w:r>
              <w:rPr>
                <w:sz w:val="16"/>
              </w:rPr>
              <w:t>Major disaster</w:t>
            </w:r>
          </w:p>
        </w:tc>
        <w:tc>
          <w:tcPr>
            <w:tcW w:type="dxa" w:w="2841"/>
          </w:tcPr>
          <w:p>
            <w:pPr>
              <w:spacing w:after="0"/>
              <w:jc w:val="left"/>
            </w:pPr>
            <w:r>
              <w:rPr>
                <w:sz w:val="16"/>
              </w:rPr>
              <w:t>SEVERE WINTER STORMS</w:t>
            </w:r>
          </w:p>
        </w:tc>
        <w:tc>
          <w:tcPr>
            <w:tcW w:type="dxa" w:w="2438"/>
          </w:tcPr>
          <w:p>
            <w:pPr>
              <w:spacing w:after="0"/>
              <w:jc w:val="left"/>
            </w:pPr>
            <w:r>
              <w:rPr>
                <w:sz w:val="16"/>
              </w:rPr>
              <w:t>Winter Weather</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1999-09-18</w:t>
            </w:r>
          </w:p>
        </w:tc>
        <w:tc>
          <w:tcPr>
            <w:tcW w:type="dxa" w:w="1114"/>
          </w:tcPr>
          <w:p>
            <w:pPr>
              <w:spacing w:after="0"/>
              <w:jc w:val="left"/>
            </w:pPr>
            <w:r>
              <w:rPr>
                <w:sz w:val="16"/>
              </w:rPr>
              <w:t>1999-09-13</w:t>
            </w:r>
          </w:p>
        </w:tc>
        <w:tc>
          <w:tcPr>
            <w:tcW w:type="dxa" w:w="1114"/>
          </w:tcPr>
          <w:p>
            <w:pPr>
              <w:spacing w:after="0"/>
              <w:jc w:val="left"/>
            </w:pPr>
            <w:r>
              <w:rPr>
                <w:sz w:val="16"/>
              </w:rPr>
              <w:t>DR-1293-VA</w:t>
            </w:r>
          </w:p>
        </w:tc>
        <w:tc>
          <w:tcPr>
            <w:tcW w:type="dxa" w:w="1498"/>
          </w:tcPr>
          <w:p>
            <w:pPr>
              <w:spacing w:after="0"/>
              <w:jc w:val="left"/>
            </w:pPr>
            <w:r>
              <w:rPr>
                <w:sz w:val="16"/>
              </w:rPr>
              <w:t>Major disaster</w:t>
            </w:r>
          </w:p>
        </w:tc>
        <w:tc>
          <w:tcPr>
            <w:tcW w:type="dxa" w:w="2841"/>
          </w:tcPr>
          <w:p>
            <w:pPr>
              <w:spacing w:after="0"/>
              <w:jc w:val="left"/>
            </w:pPr>
            <w:r>
              <w:rPr>
                <w:sz w:val="16"/>
              </w:rPr>
              <w:t>HURRICANE FLOYD MAJOR DISASTER DECLARATIONS</w:t>
            </w:r>
          </w:p>
        </w:tc>
        <w:tc>
          <w:tcPr>
            <w:tcW w:type="dxa" w:w="2438"/>
          </w:tcPr>
          <w:p>
            <w:pPr>
              <w:spacing w:after="0"/>
              <w:jc w:val="left"/>
            </w:pPr>
            <w:r>
              <w:rPr>
                <w:sz w:val="16"/>
              </w:rPr>
              <w:t>Hurricane</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1996-09-06</w:t>
            </w:r>
          </w:p>
        </w:tc>
        <w:tc>
          <w:tcPr>
            <w:tcW w:type="dxa" w:w="1114"/>
          </w:tcPr>
          <w:p>
            <w:pPr>
              <w:spacing w:after="0"/>
              <w:jc w:val="left"/>
            </w:pPr>
            <w:r>
              <w:rPr>
                <w:sz w:val="16"/>
              </w:rPr>
              <w:t>1996-09-05</w:t>
            </w:r>
          </w:p>
        </w:tc>
        <w:tc>
          <w:tcPr>
            <w:tcW w:type="dxa" w:w="1114"/>
          </w:tcPr>
          <w:p>
            <w:pPr>
              <w:spacing w:after="0"/>
              <w:jc w:val="left"/>
            </w:pPr>
            <w:r>
              <w:rPr>
                <w:sz w:val="16"/>
              </w:rPr>
              <w:t>DR-1135-VA</w:t>
            </w:r>
          </w:p>
        </w:tc>
        <w:tc>
          <w:tcPr>
            <w:tcW w:type="dxa" w:w="1498"/>
          </w:tcPr>
          <w:p>
            <w:pPr>
              <w:spacing w:after="0"/>
              <w:jc w:val="left"/>
            </w:pPr>
            <w:r>
              <w:rPr>
                <w:sz w:val="16"/>
              </w:rPr>
              <w:t>Major disaster</w:t>
            </w:r>
          </w:p>
        </w:tc>
        <w:tc>
          <w:tcPr>
            <w:tcW w:type="dxa" w:w="2841"/>
          </w:tcPr>
          <w:p>
            <w:pPr>
              <w:spacing w:after="0"/>
              <w:jc w:val="left"/>
            </w:pPr>
            <w:r>
              <w:rPr>
                <w:sz w:val="16"/>
              </w:rPr>
              <w:t>HURRICANE FRAN AND ASSOCIATED SEVERE STORM COND</w:t>
            </w:r>
          </w:p>
        </w:tc>
        <w:tc>
          <w:tcPr>
            <w:tcW w:type="dxa" w:w="2438"/>
          </w:tcPr>
          <w:p>
            <w:pPr>
              <w:spacing w:after="0"/>
              <w:jc w:val="left"/>
            </w:pPr>
            <w:r>
              <w:rPr>
                <w:sz w:val="16"/>
              </w:rPr>
              <w:t>Hurricane</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1996-01-13</w:t>
            </w:r>
          </w:p>
        </w:tc>
        <w:tc>
          <w:tcPr>
            <w:tcW w:type="dxa" w:w="1114"/>
          </w:tcPr>
          <w:p>
            <w:pPr>
              <w:spacing w:after="0"/>
              <w:jc w:val="left"/>
            </w:pPr>
            <w:r>
              <w:rPr>
                <w:sz w:val="16"/>
              </w:rPr>
              <w:t>1996-01-06</w:t>
            </w:r>
          </w:p>
        </w:tc>
        <w:tc>
          <w:tcPr>
            <w:tcW w:type="dxa" w:w="1114"/>
          </w:tcPr>
          <w:p>
            <w:pPr>
              <w:spacing w:after="0"/>
              <w:jc w:val="left"/>
            </w:pPr>
            <w:r>
              <w:rPr>
                <w:sz w:val="16"/>
              </w:rPr>
              <w:t>DR-1086-VA</w:t>
            </w:r>
          </w:p>
        </w:tc>
        <w:tc>
          <w:tcPr>
            <w:tcW w:type="dxa" w:w="1498"/>
          </w:tcPr>
          <w:p>
            <w:pPr>
              <w:spacing w:after="0"/>
              <w:jc w:val="left"/>
            </w:pPr>
            <w:r>
              <w:rPr>
                <w:sz w:val="16"/>
              </w:rPr>
              <w:t>Major disaster</w:t>
            </w:r>
          </w:p>
        </w:tc>
        <w:tc>
          <w:tcPr>
            <w:tcW w:type="dxa" w:w="2841"/>
          </w:tcPr>
          <w:p>
            <w:pPr>
              <w:spacing w:after="0"/>
              <w:jc w:val="left"/>
            </w:pPr>
            <w:r>
              <w:rPr>
                <w:sz w:val="16"/>
              </w:rPr>
              <w:t>BLIZZARD OF 96 (SEVERE SNOW STORM)</w:t>
            </w:r>
          </w:p>
        </w:tc>
        <w:tc>
          <w:tcPr>
            <w:tcW w:type="dxa" w:w="2438"/>
          </w:tcPr>
          <w:p>
            <w:pPr>
              <w:spacing w:after="0"/>
              <w:jc w:val="left"/>
            </w:pPr>
            <w:r>
              <w:rPr>
                <w:sz w:val="16"/>
              </w:rPr>
              <w:t>Winter Weather</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1994-03-10</w:t>
            </w:r>
          </w:p>
        </w:tc>
        <w:tc>
          <w:tcPr>
            <w:tcW w:type="dxa" w:w="1114"/>
          </w:tcPr>
          <w:p>
            <w:pPr>
              <w:spacing w:after="0"/>
              <w:jc w:val="left"/>
            </w:pPr>
            <w:r>
              <w:rPr>
                <w:sz w:val="16"/>
              </w:rPr>
              <w:t>1994-02-08</w:t>
            </w:r>
          </w:p>
        </w:tc>
        <w:tc>
          <w:tcPr>
            <w:tcW w:type="dxa" w:w="1114"/>
          </w:tcPr>
          <w:p>
            <w:pPr>
              <w:spacing w:after="0"/>
              <w:jc w:val="left"/>
            </w:pPr>
            <w:r>
              <w:rPr>
                <w:sz w:val="16"/>
              </w:rPr>
              <w:t>DR-1014-VA</w:t>
            </w:r>
          </w:p>
        </w:tc>
        <w:tc>
          <w:tcPr>
            <w:tcW w:type="dxa" w:w="1498"/>
          </w:tcPr>
          <w:p>
            <w:pPr>
              <w:spacing w:after="0"/>
              <w:jc w:val="left"/>
            </w:pPr>
            <w:r>
              <w:rPr>
                <w:sz w:val="16"/>
              </w:rPr>
              <w:t>Major disaster</w:t>
            </w:r>
          </w:p>
        </w:tc>
        <w:tc>
          <w:tcPr>
            <w:tcW w:type="dxa" w:w="2841"/>
          </w:tcPr>
          <w:p>
            <w:pPr>
              <w:spacing w:after="0"/>
              <w:jc w:val="left"/>
            </w:pPr>
            <w:r>
              <w:rPr>
                <w:sz w:val="16"/>
              </w:rPr>
              <w:t>SEVERE ICE STORMS, FLOODING</w:t>
            </w:r>
          </w:p>
        </w:tc>
        <w:tc>
          <w:tcPr>
            <w:tcW w:type="dxa" w:w="2438"/>
          </w:tcPr>
          <w:p>
            <w:pPr>
              <w:spacing w:after="0"/>
              <w:jc w:val="left"/>
            </w:pPr>
            <w:r>
              <w:rPr>
                <w:sz w:val="16"/>
              </w:rPr>
              <w:t>Winter Weather (primary); also designated: Inland Flooding</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1993-03-25</w:t>
            </w:r>
          </w:p>
        </w:tc>
        <w:tc>
          <w:tcPr>
            <w:tcW w:type="dxa" w:w="1114"/>
          </w:tcPr>
          <w:p>
            <w:pPr>
              <w:spacing w:after="0"/>
              <w:jc w:val="left"/>
            </w:pPr>
            <w:r>
              <w:rPr>
                <w:sz w:val="16"/>
              </w:rPr>
              <w:t>1993-03-13</w:t>
            </w:r>
          </w:p>
        </w:tc>
        <w:tc>
          <w:tcPr>
            <w:tcW w:type="dxa" w:w="1114"/>
          </w:tcPr>
          <w:p>
            <w:pPr>
              <w:spacing w:after="0"/>
              <w:jc w:val="left"/>
            </w:pPr>
            <w:r>
              <w:rPr>
                <w:sz w:val="16"/>
              </w:rPr>
              <w:t>EM-3112-VA</w:t>
            </w:r>
          </w:p>
        </w:tc>
        <w:tc>
          <w:tcPr>
            <w:tcW w:type="dxa" w:w="1498"/>
          </w:tcPr>
          <w:p>
            <w:pPr>
              <w:spacing w:after="0"/>
              <w:jc w:val="left"/>
            </w:pPr>
            <w:r>
              <w:rPr>
                <w:sz w:val="16"/>
              </w:rPr>
              <w:t>Emergency</w:t>
            </w:r>
          </w:p>
        </w:tc>
        <w:tc>
          <w:tcPr>
            <w:tcW w:type="dxa" w:w="2841"/>
          </w:tcPr>
          <w:p>
            <w:pPr>
              <w:spacing w:after="0"/>
              <w:jc w:val="left"/>
            </w:pPr>
            <w:r>
              <w:rPr>
                <w:sz w:val="16"/>
              </w:rPr>
              <w:t>SEVERE WINTER STORM</w:t>
            </w:r>
          </w:p>
        </w:tc>
        <w:tc>
          <w:tcPr>
            <w:tcW w:type="dxa" w:w="2438"/>
          </w:tcPr>
          <w:p>
            <w:pPr>
              <w:spacing w:after="0"/>
              <w:jc w:val="left"/>
            </w:pPr>
            <w:r>
              <w:rPr>
                <w:sz w:val="16"/>
              </w:rPr>
              <w:t>Winter Weather</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1977-07-23</w:t>
            </w:r>
          </w:p>
        </w:tc>
        <w:tc>
          <w:tcPr>
            <w:tcW w:type="dxa" w:w="1114"/>
          </w:tcPr>
          <w:p>
            <w:pPr>
              <w:spacing w:after="0"/>
              <w:jc w:val="left"/>
            </w:pPr>
            <w:r>
              <w:rPr>
                <w:sz w:val="16"/>
              </w:rPr>
              <w:t>1977-07-23</w:t>
            </w:r>
          </w:p>
        </w:tc>
        <w:tc>
          <w:tcPr>
            <w:tcW w:type="dxa" w:w="1114"/>
          </w:tcPr>
          <w:p>
            <w:pPr>
              <w:spacing w:after="0"/>
              <w:jc w:val="left"/>
            </w:pPr>
            <w:r>
              <w:rPr>
                <w:sz w:val="16"/>
              </w:rPr>
              <w:t>EM-3046-VA</w:t>
            </w:r>
          </w:p>
        </w:tc>
        <w:tc>
          <w:tcPr>
            <w:tcW w:type="dxa" w:w="1498"/>
          </w:tcPr>
          <w:p>
            <w:pPr>
              <w:spacing w:after="0"/>
              <w:jc w:val="left"/>
            </w:pPr>
            <w:r>
              <w:rPr>
                <w:sz w:val="16"/>
              </w:rPr>
              <w:t>Emergency</w:t>
            </w:r>
          </w:p>
        </w:tc>
        <w:tc>
          <w:tcPr>
            <w:tcW w:type="dxa" w:w="2841"/>
          </w:tcPr>
          <w:p>
            <w:pPr>
              <w:spacing w:after="0"/>
              <w:jc w:val="left"/>
            </w:pPr>
            <w:r>
              <w:rPr>
                <w:sz w:val="16"/>
              </w:rPr>
              <w:t>DROUGHT</w:t>
            </w:r>
          </w:p>
        </w:tc>
        <w:tc>
          <w:tcPr>
            <w:tcW w:type="dxa" w:w="2438"/>
          </w:tcPr>
          <w:p>
            <w:pPr>
              <w:spacing w:after="0"/>
              <w:jc w:val="left"/>
            </w:pPr>
            <w:r>
              <w:rPr>
                <w:sz w:val="16"/>
              </w:rPr>
              <w:t>Drought</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1976-10-15</w:t>
            </w:r>
          </w:p>
        </w:tc>
        <w:tc>
          <w:tcPr>
            <w:tcW w:type="dxa" w:w="1114"/>
          </w:tcPr>
          <w:p>
            <w:pPr>
              <w:spacing w:after="0"/>
              <w:jc w:val="left"/>
            </w:pPr>
            <w:r>
              <w:rPr>
                <w:sz w:val="16"/>
              </w:rPr>
              <w:t>1976-10-15</w:t>
            </w:r>
          </w:p>
        </w:tc>
        <w:tc>
          <w:tcPr>
            <w:tcW w:type="dxa" w:w="1114"/>
          </w:tcPr>
          <w:p>
            <w:pPr>
              <w:spacing w:after="0"/>
              <w:jc w:val="left"/>
            </w:pPr>
            <w:r>
              <w:rPr>
                <w:sz w:val="16"/>
              </w:rPr>
              <w:t>EM-3018-VA</w:t>
            </w:r>
          </w:p>
        </w:tc>
        <w:tc>
          <w:tcPr>
            <w:tcW w:type="dxa" w:w="1498"/>
          </w:tcPr>
          <w:p>
            <w:pPr>
              <w:spacing w:after="0"/>
              <w:jc w:val="left"/>
            </w:pPr>
            <w:r>
              <w:rPr>
                <w:sz w:val="16"/>
              </w:rPr>
              <w:t>Emergency</w:t>
            </w:r>
          </w:p>
        </w:tc>
        <w:tc>
          <w:tcPr>
            <w:tcW w:type="dxa" w:w="2841"/>
          </w:tcPr>
          <w:p>
            <w:pPr>
              <w:spacing w:after="0"/>
              <w:jc w:val="left"/>
            </w:pPr>
            <w:r>
              <w:rPr>
                <w:sz w:val="16"/>
              </w:rPr>
              <w:t>DROUGHT</w:t>
            </w:r>
          </w:p>
        </w:tc>
        <w:tc>
          <w:tcPr>
            <w:tcW w:type="dxa" w:w="2438"/>
          </w:tcPr>
          <w:p>
            <w:pPr>
              <w:spacing w:after="0"/>
              <w:jc w:val="left"/>
            </w:pPr>
            <w:r>
              <w:rPr>
                <w:sz w:val="16"/>
              </w:rPr>
              <w:t>Drought</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1972-10-10</w:t>
            </w:r>
          </w:p>
        </w:tc>
        <w:tc>
          <w:tcPr>
            <w:tcW w:type="dxa" w:w="1114"/>
          </w:tcPr>
          <w:p>
            <w:pPr>
              <w:spacing w:after="0"/>
              <w:jc w:val="left"/>
            </w:pPr>
            <w:r>
              <w:rPr>
                <w:sz w:val="16"/>
              </w:rPr>
              <w:t>1972-10-10</w:t>
            </w:r>
          </w:p>
        </w:tc>
        <w:tc>
          <w:tcPr>
            <w:tcW w:type="dxa" w:w="1114"/>
          </w:tcPr>
          <w:p>
            <w:pPr>
              <w:spacing w:after="0"/>
              <w:jc w:val="left"/>
            </w:pPr>
            <w:r>
              <w:rPr>
                <w:sz w:val="16"/>
              </w:rPr>
              <w:t>DR-359-VA</w:t>
            </w:r>
          </w:p>
        </w:tc>
        <w:tc>
          <w:tcPr>
            <w:tcW w:type="dxa" w:w="1498"/>
          </w:tcPr>
          <w:p>
            <w:pPr>
              <w:spacing w:after="0"/>
              <w:jc w:val="left"/>
            </w:pPr>
            <w:r>
              <w:rPr>
                <w:sz w:val="16"/>
              </w:rPr>
              <w:t>Major disaster</w:t>
            </w:r>
          </w:p>
        </w:tc>
        <w:tc>
          <w:tcPr>
            <w:tcW w:type="dxa" w:w="2841"/>
          </w:tcPr>
          <w:p>
            <w:pPr>
              <w:spacing w:after="0"/>
              <w:jc w:val="left"/>
            </w:pPr>
            <w:r>
              <w:rPr>
                <w:sz w:val="16"/>
              </w:rPr>
              <w:t>SEVERE STORMS &amp; FLOODING</w:t>
            </w:r>
          </w:p>
        </w:tc>
        <w:tc>
          <w:tcPr>
            <w:tcW w:type="dxa" w:w="2438"/>
          </w:tcPr>
          <w:p>
            <w:pPr>
              <w:spacing w:after="0"/>
              <w:jc w:val="left"/>
            </w:pPr>
            <w:r>
              <w:rPr>
                <w:sz w:val="16"/>
              </w:rPr>
              <w:t>Inland Flooding</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26"/>
        <w:gridCol w:w="1626"/>
        <w:gridCol w:w="1486"/>
        <w:gridCol w:w="2186"/>
        <w:gridCol w:w="1990"/>
        <w:gridCol w:w="3166"/>
        <w:gridCol w:w="1016"/>
        <w:gridCol w:w="1016"/>
      </w:tblGrid>
      <w:tr>
        <w:trPr>
          <w:cantSplit/>
          <w:tblHeader/>
        </w:trPr>
        <w:tc>
          <w:tcPr>
            <w:tcW w:type="dxa" w:w="1626"/>
            <w:shd w:val="clear" w:color="auto" w:fill="E8E8E8"/>
          </w:tcPr>
          <w:p>
            <w:pPr>
              <w:spacing w:after="0"/>
              <w:jc w:val="left"/>
            </w:pPr>
            <w:r>
              <w:rPr>
                <w:b/>
                <w:sz w:val="16"/>
              </w:rPr>
              <w:t>Declared</w:t>
            </w:r>
          </w:p>
        </w:tc>
        <w:tc>
          <w:tcPr>
            <w:tcW w:type="dxa" w:w="1626"/>
            <w:shd w:val="clear" w:color="auto" w:fill="E8E8E8"/>
          </w:tcPr>
          <w:p>
            <w:pPr>
              <w:spacing w:after="0"/>
              <w:jc w:val="left"/>
            </w:pPr>
            <w:r>
              <w:rPr>
                <w:b/>
                <w:sz w:val="16"/>
              </w:rPr>
              <w:t>Incident began</w:t>
            </w:r>
          </w:p>
        </w:tc>
        <w:tc>
          <w:tcPr>
            <w:tcW w:type="dxa" w:w="1486"/>
            <w:shd w:val="clear" w:color="auto" w:fill="E8E8E8"/>
          </w:tcPr>
          <w:p>
            <w:pPr>
              <w:spacing w:after="0"/>
              <w:jc w:val="left"/>
            </w:pPr>
            <w:r>
              <w:rPr>
                <w:b/>
                <w:sz w:val="16"/>
              </w:rPr>
              <w:t>FEMA number</w:t>
            </w:r>
          </w:p>
        </w:tc>
        <w:tc>
          <w:tcPr>
            <w:tcW w:type="dxa" w:w="2186"/>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Title</w:t>
            </w:r>
          </w:p>
        </w:tc>
        <w:tc>
          <w:tcPr>
            <w:tcW w:type="dxa" w:w="3166"/>
            <w:shd w:val="clear" w:color="auto" w:fill="E8E8E8"/>
          </w:tcPr>
          <w:p>
            <w:pPr>
              <w:spacing w:after="0"/>
              <w:jc w:val="left"/>
            </w:pPr>
            <w:r>
              <w:rPr>
                <w:b/>
                <w:sz w:val="16"/>
              </w:rPr>
              <w:t>Mapped hazard</w:t>
            </w:r>
          </w:p>
        </w:tc>
        <w:tc>
          <w:tcPr>
            <w:tcW w:type="dxa" w:w="1016"/>
            <w:shd w:val="clear" w:color="auto" w:fill="E8E8E8"/>
          </w:tcPr>
          <w:p>
            <w:pPr>
              <w:spacing w:after="0"/>
              <w:jc w:val="left"/>
            </w:pPr>
            <w:r>
              <w:rPr>
                <w:b/>
                <w:sz w:val="16"/>
              </w:rPr>
              <w:t>Flags</w:t>
            </w:r>
          </w:p>
        </w:tc>
        <w:tc>
          <w:tcPr>
            <w:tcW w:type="dxa" w:w="1016"/>
            <w:shd w:val="clear" w:color="auto" w:fill="E8E8E8"/>
          </w:tcPr>
          <w:p>
            <w:pPr>
              <w:spacing w:after="0"/>
              <w:jc w:val="left"/>
            </w:pPr>
            <w:r>
              <w:rPr>
                <w:b/>
                <w:sz w:val="16"/>
              </w:rPr>
              <w:t>Notes</w:t>
            </w:r>
          </w:p>
        </w:tc>
      </w:tr>
      <w:tr>
        <w:trPr>
          <w:cantSplit/>
        </w:trPr>
        <w:tc>
          <w:tcPr>
            <w:tcW w:type="dxa" w:w="1626"/>
          </w:tcPr>
          <w:p>
            <w:pPr>
              <w:spacing w:after="0"/>
              <w:jc w:val="left"/>
            </w:pPr>
            <w:r>
              <w:rPr>
                <w:sz w:val="16"/>
              </w:rPr>
              <w:t>1963-03-21</w:t>
            </w:r>
          </w:p>
        </w:tc>
        <w:tc>
          <w:tcPr>
            <w:tcW w:type="dxa" w:w="1626"/>
          </w:tcPr>
          <w:p>
            <w:pPr>
              <w:spacing w:after="0"/>
              <w:jc w:val="left"/>
            </w:pPr>
            <w:r>
              <w:rPr>
                <w:sz w:val="16"/>
              </w:rPr>
              <w:t>1963-03-21</w:t>
            </w:r>
          </w:p>
        </w:tc>
        <w:tc>
          <w:tcPr>
            <w:tcW w:type="dxa" w:w="1486"/>
          </w:tcPr>
          <w:p>
            <w:pPr>
              <w:spacing w:after="0"/>
              <w:jc w:val="left"/>
            </w:pPr>
            <w:r>
              <w:rPr>
                <w:sz w:val="16"/>
              </w:rPr>
              <w:t>DR-149-VA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1962-03-09</w:t>
            </w:r>
          </w:p>
        </w:tc>
        <w:tc>
          <w:tcPr>
            <w:tcW w:type="dxa" w:w="1626"/>
          </w:tcPr>
          <w:p>
            <w:pPr>
              <w:spacing w:after="0"/>
              <w:jc w:val="left"/>
            </w:pPr>
            <w:r>
              <w:rPr>
                <w:sz w:val="16"/>
              </w:rPr>
              <w:t>1962-03-09</w:t>
            </w:r>
          </w:p>
        </w:tc>
        <w:tc>
          <w:tcPr>
            <w:tcW w:type="dxa" w:w="1486"/>
          </w:tcPr>
          <w:p>
            <w:pPr>
              <w:spacing w:after="0"/>
              <w:jc w:val="left"/>
            </w:pPr>
            <w:r>
              <w:rPr>
                <w:sz w:val="16"/>
              </w:rPr>
              <w:t>DR-123-VA</w:t>
            </w:r>
          </w:p>
        </w:tc>
        <w:tc>
          <w:tcPr>
            <w:tcW w:type="dxa" w:w="2186"/>
          </w:tcPr>
          <w:p>
            <w:pPr>
              <w:spacing w:after="0"/>
              <w:jc w:val="left"/>
            </w:pPr>
            <w:r>
              <w:rPr>
                <w:sz w:val="16"/>
              </w:rPr>
              <w:t>Major disaster</w:t>
            </w:r>
          </w:p>
        </w:tc>
        <w:tc>
          <w:tcPr>
            <w:tcW w:type="dxa" w:w="1990"/>
          </w:tcPr>
          <w:p>
            <w:pPr>
              <w:spacing w:after="0"/>
              <w:jc w:val="left"/>
            </w:pPr>
            <w:r>
              <w:rPr>
                <w:sz w:val="16"/>
              </w:rPr>
              <w:t>SEVERE STORMS, HIGH TIDES &amp; FLOODING</w:t>
            </w:r>
          </w:p>
        </w:tc>
        <w:tc>
          <w:tcPr>
            <w:tcW w:type="dxa" w:w="3166"/>
          </w:tcPr>
          <w:p>
            <w:pPr>
              <w:spacing w:after="0"/>
              <w:jc w:val="left"/>
            </w:pPr>
            <w:r>
              <w:rPr>
                <w:sz w:val="16"/>
              </w:rPr>
              <w:t>Inland Flooding (primary); also designated: Coastal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1957-02-01</w:t>
            </w:r>
          </w:p>
        </w:tc>
        <w:tc>
          <w:tcPr>
            <w:tcW w:type="dxa" w:w="1626"/>
          </w:tcPr>
          <w:p>
            <w:pPr>
              <w:spacing w:after="0"/>
              <w:jc w:val="left"/>
            </w:pPr>
            <w:r>
              <w:rPr>
                <w:sz w:val="16"/>
              </w:rPr>
              <w:t>1957-02-01</w:t>
            </w:r>
          </w:p>
        </w:tc>
        <w:tc>
          <w:tcPr>
            <w:tcW w:type="dxa" w:w="1486"/>
          </w:tcPr>
          <w:p>
            <w:pPr>
              <w:spacing w:after="0"/>
              <w:jc w:val="left"/>
            </w:pPr>
            <w:r>
              <w:rPr>
                <w:sz w:val="16"/>
              </w:rPr>
              <w:t>DR-68-VA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23</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125</w:t>
            </w:r>
          </w:p>
        </w:tc>
        <w:tc>
          <w:tcPr>
            <w:tcW w:type="dxa" w:w="1422"/>
          </w:tcPr>
          <w:p>
            <w:pPr>
              <w:spacing w:after="0"/>
              <w:jc w:val="right"/>
            </w:pPr>
            <w:r>
              <w:rPr>
                <w:sz w:val="16"/>
              </w:rPr>
              <w:t>25</w:t>
            </w:r>
          </w:p>
        </w:tc>
        <w:tc>
          <w:tcPr>
            <w:tcW w:type="dxa" w:w="1356"/>
          </w:tcPr>
          <w:p>
            <w:pPr>
              <w:spacing w:after="0"/>
              <w:jc w:val="right"/>
            </w:pPr>
            <w:r>
              <w:rPr>
                <w:sz w:val="16"/>
              </w:rPr>
              <w:t>4</w:t>
            </w:r>
          </w:p>
        </w:tc>
        <w:tc>
          <w:tcPr>
            <w:tcW w:type="dxa" w:w="963"/>
          </w:tcPr>
          <w:p>
            <w:pPr>
              <w:spacing w:after="0"/>
              <w:jc w:val="right"/>
            </w:pPr>
            <w:r>
              <w:rPr>
                <w:sz w:val="16"/>
              </w:rPr>
              <w:t>35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6</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0"/>
        <w:gridCol w:w="2547"/>
        <w:gridCol w:w="2868"/>
        <w:gridCol w:w="1075"/>
        <w:gridCol w:w="1788"/>
        <w:gridCol w:w="648"/>
        <w:gridCol w:w="2859"/>
      </w:tblGrid>
      <w:tr>
        <w:trPr>
          <w:cantSplit/>
          <w:tblHeader/>
        </w:trPr>
        <w:tc>
          <w:tcPr>
            <w:tcW w:type="dxa" w:w="1037"/>
            <w:shd w:val="clear" w:color="auto" w:fill="E8E8E8"/>
          </w:tcPr>
          <w:p>
            <w:pPr>
              <w:spacing w:after="0"/>
              <w:jc w:val="left"/>
            </w:pPr>
            <w:r>
              <w:rPr>
                <w:b/>
                <w:sz w:val="16"/>
              </w:rPr>
              <w:t>Date</w:t>
            </w:r>
          </w:p>
        </w:tc>
        <w:tc>
          <w:tcPr>
            <w:tcW w:type="dxa" w:w="1290"/>
            <w:shd w:val="clear" w:color="auto" w:fill="E8E8E8"/>
          </w:tcPr>
          <w:p>
            <w:pPr>
              <w:spacing w:after="0"/>
              <w:jc w:val="left"/>
            </w:pPr>
            <w:r>
              <w:rPr>
                <w:b/>
                <w:sz w:val="16"/>
              </w:rPr>
              <w:t>Event type</w:t>
            </w:r>
          </w:p>
        </w:tc>
        <w:tc>
          <w:tcPr>
            <w:tcW w:type="dxa" w:w="2547"/>
            <w:shd w:val="clear" w:color="auto" w:fill="E8E8E8"/>
          </w:tcPr>
          <w:p>
            <w:pPr>
              <w:spacing w:after="0"/>
              <w:jc w:val="left"/>
            </w:pPr>
            <w:r>
              <w:rPr>
                <w:b/>
                <w:sz w:val="16"/>
              </w:rPr>
              <w:t>Magnitude or extent</w:t>
            </w:r>
          </w:p>
        </w:tc>
        <w:tc>
          <w:tcPr>
            <w:tcW w:type="dxa" w:w="2868"/>
            <w:shd w:val="clear" w:color="auto" w:fill="E8E8E8"/>
          </w:tcPr>
          <w:p>
            <w:pPr>
              <w:spacing w:after="0"/>
              <w:jc w:val="left"/>
            </w:pPr>
            <w:r>
              <w:rPr>
                <w:b/>
                <w:sz w:val="16"/>
              </w:rPr>
              <w:t>Damage</w:t>
            </w:r>
          </w:p>
          <w:p>
            <w:pPr>
              <w:spacing w:after="0"/>
              <w:jc w:val="left"/>
            </w:pPr>
            <w:r>
              <w:rPr>
                <w:i/>
                <w:color w:val="555555"/>
                <w:sz w:val="14"/>
              </w:rPr>
              <w:t>nominal dollars</w:t>
            </w:r>
          </w:p>
        </w:tc>
        <w:tc>
          <w:tcPr>
            <w:tcW w:type="dxa" w:w="107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88"/>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8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2021-02-18</w:t>
            </w:r>
          </w:p>
        </w:tc>
        <w:tc>
          <w:tcPr>
            <w:tcW w:type="dxa" w:w="1290"/>
          </w:tcPr>
          <w:p>
            <w:pPr>
              <w:spacing w:after="0"/>
              <w:jc w:val="left"/>
            </w:pPr>
            <w:r>
              <w:rPr>
                <w:sz w:val="16"/>
              </w:rPr>
              <w:t>Winter Storm</w:t>
            </w:r>
          </w:p>
        </w:tc>
        <w:tc>
          <w:tcPr>
            <w:tcW w:type="dxa" w:w="2547"/>
          </w:tcPr>
          <w:p>
            <w:pPr>
              <w:spacing w:after="0"/>
              <w:jc w:val="left"/>
            </w:pPr>
          </w:p>
        </w:tc>
        <w:tc>
          <w:tcPr>
            <w:tcW w:type="dxa" w:w="2868"/>
          </w:tcPr>
          <w:p>
            <w:pPr>
              <w:spacing w:after="0"/>
              <w:jc w:val="left"/>
            </w:pPr>
            <w:r>
              <w:rPr>
                <w:sz w:val="16"/>
              </w:rPr>
              <w:t>$30,000 property; $0 crops, reported for the zone (2021 dollars)</w:t>
            </w:r>
          </w:p>
        </w:tc>
        <w:tc>
          <w:tcPr>
            <w:tcW w:type="dxa" w:w="1075"/>
          </w:tcPr>
          <w:p>
            <w:pPr>
              <w:spacing w:after="0"/>
              <w:jc w:val="right"/>
            </w:pPr>
            <w:r>
              <w:rPr>
                <w:sz w:val="16"/>
              </w:rPr>
              <w:t>0, 0</w:t>
            </w:r>
          </w:p>
        </w:tc>
        <w:tc>
          <w:tcPr>
            <w:tcW w:type="dxa" w:w="1788"/>
          </w:tcPr>
          <w:p>
            <w:pPr>
              <w:spacing w:after="0"/>
              <w:jc w:val="left"/>
            </w:pPr>
            <w:r>
              <w:rPr>
                <w:sz w:val="16"/>
              </w:rPr>
              <w:t>NWS zone VAZ066 (LUNENBURG), zone-level: may include parts of neighboring counties</w:t>
            </w:r>
          </w:p>
        </w:tc>
        <w:tc>
          <w:tcPr>
            <w:tcW w:type="dxa" w:w="648"/>
          </w:tcPr>
          <w:p>
            <w:pPr>
              <w:spacing w:after="0"/>
              <w:jc w:val="left"/>
            </w:pPr>
          </w:p>
        </w:tc>
        <w:tc>
          <w:tcPr>
            <w:tcW w:type="dxa" w:w="285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2021-02-13</w:t>
            </w:r>
          </w:p>
        </w:tc>
        <w:tc>
          <w:tcPr>
            <w:tcW w:type="dxa" w:w="1290"/>
          </w:tcPr>
          <w:p>
            <w:pPr>
              <w:spacing w:after="0"/>
              <w:jc w:val="left"/>
            </w:pPr>
            <w:r>
              <w:rPr>
                <w:sz w:val="16"/>
              </w:rPr>
              <w:t>Ice Storm</w:t>
            </w:r>
          </w:p>
        </w:tc>
        <w:tc>
          <w:tcPr>
            <w:tcW w:type="dxa" w:w="2547"/>
          </w:tcPr>
          <w:p>
            <w:pPr>
              <w:spacing w:after="0"/>
              <w:jc w:val="left"/>
            </w:pPr>
          </w:p>
        </w:tc>
        <w:tc>
          <w:tcPr>
            <w:tcW w:type="dxa" w:w="2868"/>
          </w:tcPr>
          <w:p>
            <w:pPr>
              <w:spacing w:after="0"/>
              <w:jc w:val="left"/>
            </w:pPr>
            <w:r>
              <w:rPr>
                <w:sz w:val="16"/>
              </w:rPr>
              <w:t>$50,000 property; $0 crops, reported for the zone (2021 dollars)</w:t>
            </w:r>
          </w:p>
        </w:tc>
        <w:tc>
          <w:tcPr>
            <w:tcW w:type="dxa" w:w="1075"/>
          </w:tcPr>
          <w:p>
            <w:pPr>
              <w:spacing w:after="0"/>
              <w:jc w:val="right"/>
            </w:pPr>
            <w:r>
              <w:rPr>
                <w:sz w:val="16"/>
              </w:rPr>
              <w:t>0, 0</w:t>
            </w:r>
          </w:p>
        </w:tc>
        <w:tc>
          <w:tcPr>
            <w:tcW w:type="dxa" w:w="1788"/>
          </w:tcPr>
          <w:p>
            <w:pPr>
              <w:spacing w:after="0"/>
              <w:jc w:val="left"/>
            </w:pPr>
            <w:r>
              <w:rPr>
                <w:sz w:val="16"/>
              </w:rPr>
              <w:t>NWS zone VAZ066 (LUNENBURG), zone-level: may include parts of neighboring counties</w:t>
            </w:r>
          </w:p>
        </w:tc>
        <w:tc>
          <w:tcPr>
            <w:tcW w:type="dxa" w:w="648"/>
          </w:tcPr>
          <w:p>
            <w:pPr>
              <w:spacing w:after="0"/>
              <w:jc w:val="left"/>
            </w:pPr>
          </w:p>
        </w:tc>
        <w:tc>
          <w:tcPr>
            <w:tcW w:type="dxa" w:w="2859"/>
          </w:tcPr>
          <w:p>
            <w:pPr>
              <w:spacing w:after="0"/>
              <w:jc w:val="left"/>
            </w:pPr>
            <w:r>
              <w:rPr>
                <w:sz w:val="16"/>
              </w:rPr>
              <w:t>B1-c worst recorded: Ice Storm</w:t>
            </w:r>
          </w:p>
        </w:tc>
      </w:tr>
      <w:tr>
        <w:trPr>
          <w:cantSplit/>
        </w:trPr>
        <w:tc>
          <w:tcPr>
            <w:tcW w:type="dxa" w:w="1037"/>
          </w:tcPr>
          <w:p>
            <w:pPr>
              <w:spacing w:after="0"/>
              <w:jc w:val="left"/>
            </w:pPr>
            <w:r>
              <w:rPr>
                <w:sz w:val="16"/>
              </w:rPr>
              <w:t>2019-04-15</w:t>
            </w:r>
          </w:p>
        </w:tc>
        <w:tc>
          <w:tcPr>
            <w:tcW w:type="dxa" w:w="1290"/>
          </w:tcPr>
          <w:p>
            <w:pPr>
              <w:spacing w:after="0"/>
              <w:jc w:val="left"/>
            </w:pPr>
            <w:r>
              <w:rPr>
                <w:sz w:val="16"/>
              </w:rPr>
              <w:t>Thunderstorm Wind</w:t>
            </w:r>
          </w:p>
        </w:tc>
        <w:tc>
          <w:tcPr>
            <w:tcW w:type="dxa" w:w="2547"/>
          </w:tcPr>
          <w:p>
            <w:pPr>
              <w:spacing w:after="0"/>
              <w:jc w:val="left"/>
            </w:pPr>
            <w:r>
              <w:rPr>
                <w:sz w:val="16"/>
              </w:rPr>
              <w:t>50 kt (58 mph) estimated gust</w:t>
            </w:r>
          </w:p>
        </w:tc>
        <w:tc>
          <w:tcPr>
            <w:tcW w:type="dxa" w:w="2868"/>
          </w:tcPr>
          <w:p>
            <w:pPr>
              <w:spacing w:after="0"/>
              <w:jc w:val="left"/>
            </w:pPr>
            <w:r>
              <w:rPr>
                <w:sz w:val="16"/>
              </w:rPr>
              <w:t>$20,000 property; $0 crops (2019 dollars)</w:t>
            </w:r>
          </w:p>
        </w:tc>
        <w:tc>
          <w:tcPr>
            <w:tcW w:type="dxa" w:w="1075"/>
          </w:tcPr>
          <w:p>
            <w:pPr>
              <w:spacing w:after="0"/>
              <w:jc w:val="right"/>
            </w:pPr>
            <w:r>
              <w:rPr>
                <w:sz w:val="16"/>
              </w:rPr>
              <w:t>1, 0</w:t>
            </w:r>
          </w:p>
        </w:tc>
        <w:tc>
          <w:tcPr>
            <w:tcW w:type="dxa" w:w="1788"/>
          </w:tcPr>
          <w:p>
            <w:pPr>
              <w:spacing w:after="0"/>
              <w:jc w:val="left"/>
            </w:pPr>
            <w:r>
              <w:rPr>
                <w:sz w:val="16"/>
              </w:rPr>
              <w:t>VICTORIA</w:t>
            </w:r>
          </w:p>
        </w:tc>
        <w:tc>
          <w:tcPr>
            <w:tcW w:type="dxa" w:w="648"/>
          </w:tcPr>
          <w:p>
            <w:pPr>
              <w:spacing w:after="0"/>
              <w:jc w:val="left"/>
            </w:pPr>
          </w:p>
        </w:tc>
        <w:tc>
          <w:tcPr>
            <w:tcW w:type="dxa" w:w="2859"/>
          </w:tcPr>
          <w:p>
            <w:pPr>
              <w:spacing w:after="0"/>
              <w:jc w:val="left"/>
            </w:pPr>
            <w:r>
              <w:rPr>
                <w:sz w:val="16"/>
              </w:rPr>
              <w:t>deaths or injuries recorded</w:t>
            </w:r>
          </w:p>
        </w:tc>
      </w:tr>
      <w:tr>
        <w:trPr>
          <w:cantSplit/>
        </w:trPr>
        <w:tc>
          <w:tcPr>
            <w:tcW w:type="dxa" w:w="1037"/>
          </w:tcPr>
          <w:p>
            <w:pPr>
              <w:spacing w:after="0"/>
              <w:jc w:val="left"/>
            </w:pPr>
            <w:r>
              <w:rPr>
                <w:sz w:val="16"/>
              </w:rPr>
              <w:t>2018-10-11</w:t>
            </w:r>
          </w:p>
        </w:tc>
        <w:tc>
          <w:tcPr>
            <w:tcW w:type="dxa" w:w="1290"/>
          </w:tcPr>
          <w:p>
            <w:pPr>
              <w:spacing w:after="0"/>
              <w:jc w:val="left"/>
            </w:pPr>
            <w:r>
              <w:rPr>
                <w:sz w:val="16"/>
              </w:rPr>
              <w:t>High Wind</w:t>
            </w:r>
          </w:p>
        </w:tc>
        <w:tc>
          <w:tcPr>
            <w:tcW w:type="dxa" w:w="2547"/>
          </w:tcPr>
          <w:p>
            <w:pPr>
              <w:spacing w:after="0"/>
              <w:jc w:val="left"/>
            </w:pPr>
            <w:r>
              <w:rPr>
                <w:sz w:val="16"/>
              </w:rPr>
              <w:t>50 kt (58 mph) estimated gust</w:t>
            </w:r>
          </w:p>
        </w:tc>
        <w:tc>
          <w:tcPr>
            <w:tcW w:type="dxa" w:w="2868"/>
          </w:tcPr>
          <w:p>
            <w:pPr>
              <w:spacing w:after="0"/>
              <w:jc w:val="left"/>
            </w:pPr>
            <w:r>
              <w:rPr>
                <w:sz w:val="16"/>
              </w:rPr>
              <w:t>$5,000 property; $0 crops, reported for the zone (2018 dollars)</w:t>
            </w:r>
          </w:p>
        </w:tc>
        <w:tc>
          <w:tcPr>
            <w:tcW w:type="dxa" w:w="1075"/>
          </w:tcPr>
          <w:p>
            <w:pPr>
              <w:spacing w:after="0"/>
              <w:jc w:val="right"/>
            </w:pPr>
            <w:r>
              <w:rPr>
                <w:sz w:val="16"/>
              </w:rPr>
              <w:t>0, 0</w:t>
            </w:r>
          </w:p>
        </w:tc>
        <w:tc>
          <w:tcPr>
            <w:tcW w:type="dxa" w:w="1788"/>
          </w:tcPr>
          <w:p>
            <w:pPr>
              <w:spacing w:after="0"/>
              <w:jc w:val="left"/>
            </w:pPr>
            <w:r>
              <w:rPr>
                <w:sz w:val="16"/>
              </w:rPr>
              <w:t>NWS zone VAZ066 (LUNENBURG), zone-level: may include parts of neighboring counties</w:t>
            </w:r>
          </w:p>
        </w:tc>
        <w:tc>
          <w:tcPr>
            <w:tcW w:type="dxa" w:w="648"/>
          </w:tcPr>
          <w:p>
            <w:pPr>
              <w:spacing w:after="0"/>
              <w:jc w:val="left"/>
            </w:pPr>
          </w:p>
        </w:tc>
        <w:tc>
          <w:tcPr>
            <w:tcW w:type="dxa" w:w="285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2017-05-25</w:t>
            </w:r>
          </w:p>
        </w:tc>
        <w:tc>
          <w:tcPr>
            <w:tcW w:type="dxa" w:w="1290"/>
          </w:tcPr>
          <w:p>
            <w:pPr>
              <w:spacing w:after="0"/>
              <w:jc w:val="left"/>
            </w:pPr>
            <w:r>
              <w:rPr>
                <w:sz w:val="16"/>
              </w:rPr>
              <w:t>Thunderstorm Wind</w:t>
            </w:r>
          </w:p>
        </w:tc>
        <w:tc>
          <w:tcPr>
            <w:tcW w:type="dxa" w:w="2547"/>
          </w:tcPr>
          <w:p>
            <w:pPr>
              <w:spacing w:after="0"/>
              <w:jc w:val="left"/>
            </w:pPr>
            <w:r>
              <w:rPr>
                <w:sz w:val="16"/>
              </w:rPr>
              <w:t>54 kt (62 mph) measured gust</w:t>
            </w:r>
          </w:p>
        </w:tc>
        <w:tc>
          <w:tcPr>
            <w:tcW w:type="dxa" w:w="2868"/>
          </w:tcPr>
          <w:p>
            <w:pPr>
              <w:spacing w:after="0"/>
              <w:jc w:val="left"/>
            </w:pPr>
            <w:r>
              <w:rPr>
                <w:sz w:val="16"/>
              </w:rPr>
              <w:t>$1,000 property; $0 crops (2017 dollars)</w:t>
            </w:r>
          </w:p>
        </w:tc>
        <w:tc>
          <w:tcPr>
            <w:tcW w:type="dxa" w:w="1075"/>
          </w:tcPr>
          <w:p>
            <w:pPr>
              <w:spacing w:after="0"/>
              <w:jc w:val="right"/>
            </w:pPr>
            <w:r>
              <w:rPr>
                <w:sz w:val="16"/>
              </w:rPr>
              <w:t>0, 0</w:t>
            </w:r>
          </w:p>
        </w:tc>
        <w:tc>
          <w:tcPr>
            <w:tcW w:type="dxa" w:w="1788"/>
          </w:tcPr>
          <w:p>
            <w:pPr>
              <w:spacing w:after="0"/>
              <w:jc w:val="left"/>
            </w:pPr>
            <w:r>
              <w:rPr>
                <w:sz w:val="16"/>
              </w:rPr>
              <w:t>KENBRIDGE ARPT</w:t>
            </w:r>
          </w:p>
        </w:tc>
        <w:tc>
          <w:tcPr>
            <w:tcW w:type="dxa" w:w="648"/>
          </w:tcPr>
          <w:p>
            <w:pPr>
              <w:spacing w:after="0"/>
              <w:jc w:val="left"/>
            </w:pPr>
          </w:p>
        </w:tc>
        <w:tc>
          <w:tcPr>
            <w:tcW w:type="dxa" w:w="2859"/>
          </w:tcPr>
          <w:p>
            <w:pPr>
              <w:spacing w:after="0"/>
              <w:jc w:val="left"/>
            </w:pPr>
            <w:r>
              <w:rPr>
                <w:sz w:val="16"/>
              </w:rPr>
              <w:t>B1-c worst recorded: Thunderstorm Wind</w:t>
            </w:r>
          </w:p>
        </w:tc>
      </w:tr>
      <w:tr>
        <w:trPr>
          <w:cantSplit/>
        </w:trPr>
        <w:tc>
          <w:tcPr>
            <w:tcW w:type="dxa" w:w="1037"/>
          </w:tcPr>
          <w:p>
            <w:pPr>
              <w:spacing w:after="0"/>
              <w:jc w:val="left"/>
            </w:pPr>
            <w:r>
              <w:rPr>
                <w:sz w:val="16"/>
              </w:rPr>
              <w:t>2012-07-05</w:t>
            </w:r>
          </w:p>
        </w:tc>
        <w:tc>
          <w:tcPr>
            <w:tcW w:type="dxa" w:w="1290"/>
          </w:tcPr>
          <w:p>
            <w:pPr>
              <w:spacing w:after="0"/>
              <w:jc w:val="left"/>
            </w:pPr>
            <w:r>
              <w:rPr>
                <w:sz w:val="16"/>
              </w:rPr>
              <w:t>Heat</w:t>
            </w:r>
          </w:p>
        </w:tc>
        <w:tc>
          <w:tcPr>
            <w:tcW w:type="dxa" w:w="2547"/>
          </w:tcPr>
          <w:p>
            <w:pPr>
              <w:spacing w:after="0"/>
              <w:jc w:val="left"/>
            </w:pPr>
          </w:p>
        </w:tc>
        <w:tc>
          <w:tcPr>
            <w:tcW w:type="dxa" w:w="2868"/>
          </w:tcPr>
          <w:p>
            <w:pPr>
              <w:spacing w:after="0"/>
              <w:jc w:val="left"/>
            </w:pPr>
            <w:r>
              <w:rPr>
                <w:sz w:val="16"/>
              </w:rPr>
              <w:t>$0 property; $0 crops, reported for the zone (2012 dollars)</w:t>
            </w:r>
          </w:p>
        </w:tc>
        <w:tc>
          <w:tcPr>
            <w:tcW w:type="dxa" w:w="1075"/>
          </w:tcPr>
          <w:p>
            <w:pPr>
              <w:spacing w:after="0"/>
              <w:jc w:val="right"/>
            </w:pPr>
            <w:r>
              <w:rPr>
                <w:sz w:val="16"/>
              </w:rPr>
              <w:t>0, 0</w:t>
            </w:r>
          </w:p>
        </w:tc>
        <w:tc>
          <w:tcPr>
            <w:tcW w:type="dxa" w:w="1788"/>
          </w:tcPr>
          <w:p>
            <w:pPr>
              <w:spacing w:after="0"/>
              <w:jc w:val="left"/>
            </w:pPr>
            <w:r>
              <w:rPr>
                <w:sz w:val="16"/>
              </w:rPr>
              <w:t>NWS zone VAZ066 (LUNENBURG), zone-level: may include parts of neighboring counties</w:t>
            </w:r>
          </w:p>
        </w:tc>
        <w:tc>
          <w:tcPr>
            <w:tcW w:type="dxa" w:w="648"/>
          </w:tcPr>
          <w:p>
            <w:pPr>
              <w:spacing w:after="0"/>
              <w:jc w:val="left"/>
            </w:pPr>
          </w:p>
        </w:tc>
        <w:tc>
          <w:tcPr>
            <w:tcW w:type="dxa" w:w="2859"/>
          </w:tcPr>
          <w:p>
            <w:pPr>
              <w:spacing w:after="0"/>
              <w:jc w:val="left"/>
            </w:pPr>
            <w:r>
              <w:rPr>
                <w:sz w:val="16"/>
              </w:rPr>
              <w:t>B1-c worst recorded: Excessive Heat, Heat</w:t>
            </w:r>
          </w:p>
        </w:tc>
      </w:tr>
      <w:tr>
        <w:trPr>
          <w:cantSplit/>
        </w:trPr>
        <w:tc>
          <w:tcPr>
            <w:tcW w:type="dxa" w:w="1037"/>
          </w:tcPr>
          <w:p>
            <w:pPr>
              <w:spacing w:after="0"/>
              <w:jc w:val="left"/>
            </w:pPr>
            <w:r>
              <w:rPr>
                <w:sz w:val="16"/>
              </w:rPr>
              <w:t>2012-06-29</w:t>
            </w:r>
          </w:p>
        </w:tc>
        <w:tc>
          <w:tcPr>
            <w:tcW w:type="dxa" w:w="1290"/>
          </w:tcPr>
          <w:p>
            <w:pPr>
              <w:spacing w:after="0"/>
              <w:jc w:val="left"/>
            </w:pPr>
            <w:r>
              <w:rPr>
                <w:sz w:val="16"/>
              </w:rPr>
              <w:t>Thunderstorm Wind</w:t>
            </w:r>
          </w:p>
        </w:tc>
        <w:tc>
          <w:tcPr>
            <w:tcW w:type="dxa" w:w="2547"/>
          </w:tcPr>
          <w:p>
            <w:pPr>
              <w:spacing w:after="0"/>
              <w:jc w:val="left"/>
            </w:pPr>
            <w:r>
              <w:rPr>
                <w:sz w:val="16"/>
              </w:rPr>
              <w:t>50 kt (58 mph) measured gust</w:t>
            </w:r>
          </w:p>
        </w:tc>
        <w:tc>
          <w:tcPr>
            <w:tcW w:type="dxa" w:w="2868"/>
          </w:tcPr>
          <w:p>
            <w:pPr>
              <w:spacing w:after="0"/>
              <w:jc w:val="left"/>
            </w:pPr>
            <w:r>
              <w:rPr>
                <w:sz w:val="16"/>
              </w:rPr>
              <w:t>$5,000 property; $240,000 crops (2012 dollars)</w:t>
            </w:r>
          </w:p>
        </w:tc>
        <w:tc>
          <w:tcPr>
            <w:tcW w:type="dxa" w:w="1075"/>
          </w:tcPr>
          <w:p>
            <w:pPr>
              <w:spacing w:after="0"/>
              <w:jc w:val="right"/>
            </w:pPr>
            <w:r>
              <w:rPr>
                <w:sz w:val="16"/>
              </w:rPr>
              <w:t>0, 0</w:t>
            </w:r>
          </w:p>
        </w:tc>
        <w:tc>
          <w:tcPr>
            <w:tcW w:type="dxa" w:w="1788"/>
          </w:tcPr>
          <w:p>
            <w:pPr>
              <w:spacing w:after="0"/>
              <w:jc w:val="left"/>
            </w:pPr>
            <w:r>
              <w:rPr>
                <w:sz w:val="16"/>
              </w:rPr>
              <w:t>KENBRIDGE</w:t>
            </w:r>
          </w:p>
        </w:tc>
        <w:tc>
          <w:tcPr>
            <w:tcW w:type="dxa" w:w="648"/>
          </w:tcPr>
          <w:p>
            <w:pPr>
              <w:spacing w:after="0"/>
              <w:jc w:val="left"/>
            </w:pPr>
          </w:p>
        </w:tc>
        <w:tc>
          <w:tcPr>
            <w:tcW w:type="dxa" w:w="2859"/>
          </w:tcPr>
          <w:p>
            <w:pPr>
              <w:spacing w:after="0"/>
              <w:jc w:val="left"/>
            </w:pPr>
            <w:r>
              <w:rPr>
                <w:sz w:val="16"/>
              </w:rPr>
              <w:t>B1-c most damaging: Thunderstorm Wind</w:t>
            </w:r>
          </w:p>
        </w:tc>
      </w:tr>
      <w:tr>
        <w:trPr>
          <w:cantSplit/>
        </w:trPr>
        <w:tc>
          <w:tcPr>
            <w:tcW w:type="dxa" w:w="1037"/>
          </w:tcPr>
          <w:p>
            <w:pPr>
              <w:spacing w:after="0"/>
              <w:jc w:val="left"/>
            </w:pPr>
            <w:r>
              <w:rPr>
                <w:sz w:val="16"/>
              </w:rPr>
              <w:t>2003-09-18</w:t>
            </w:r>
          </w:p>
        </w:tc>
        <w:tc>
          <w:tcPr>
            <w:tcW w:type="dxa" w:w="1290"/>
          </w:tcPr>
          <w:p>
            <w:pPr>
              <w:spacing w:after="0"/>
              <w:jc w:val="left"/>
            </w:pPr>
            <w:r>
              <w:rPr>
                <w:sz w:val="16"/>
              </w:rPr>
              <w:t>Tropical Storm</w:t>
            </w:r>
          </w:p>
        </w:tc>
        <w:tc>
          <w:tcPr>
            <w:tcW w:type="dxa" w:w="2547"/>
          </w:tcPr>
          <w:p>
            <w:pPr>
              <w:spacing w:after="0"/>
              <w:jc w:val="left"/>
            </w:pPr>
          </w:p>
        </w:tc>
        <w:tc>
          <w:tcPr>
            <w:tcW w:type="dxa" w:w="2868"/>
          </w:tcPr>
          <w:p>
            <w:pPr>
              <w:spacing w:after="0"/>
              <w:jc w:val="left"/>
            </w:pPr>
            <w:r>
              <w:rPr>
                <w:sz w:val="16"/>
              </w:rPr>
              <w:t>damage not reported</w:t>
            </w:r>
          </w:p>
        </w:tc>
        <w:tc>
          <w:tcPr>
            <w:tcW w:type="dxa" w:w="1075"/>
          </w:tcPr>
          <w:p>
            <w:pPr>
              <w:spacing w:after="0"/>
              <w:jc w:val="right"/>
            </w:pPr>
            <w:r>
              <w:rPr>
                <w:sz w:val="16"/>
              </w:rPr>
              <w:t>0, 0</w:t>
            </w:r>
          </w:p>
        </w:tc>
        <w:tc>
          <w:tcPr>
            <w:tcW w:type="dxa" w:w="1788"/>
          </w:tcPr>
          <w:p>
            <w:pPr>
              <w:spacing w:after="0"/>
              <w:jc w:val="left"/>
            </w:pPr>
            <w:r>
              <w:rPr>
                <w:sz w:val="16"/>
              </w:rPr>
              <w:t>NWS zone VAZ066 (LUNENBURG), zone-level: may include parts of neighboring counties</w:t>
            </w:r>
          </w:p>
        </w:tc>
        <w:tc>
          <w:tcPr>
            <w:tcW w:type="dxa" w:w="648"/>
          </w:tcPr>
          <w:p>
            <w:pPr>
              <w:spacing w:after="0"/>
              <w:jc w:val="left"/>
            </w:pPr>
          </w:p>
        </w:tc>
        <w:tc>
          <w:tcPr>
            <w:tcW w:type="dxa" w:w="285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1999-09-16</w:t>
            </w:r>
          </w:p>
        </w:tc>
        <w:tc>
          <w:tcPr>
            <w:tcW w:type="dxa" w:w="1290"/>
          </w:tcPr>
          <w:p>
            <w:pPr>
              <w:spacing w:after="0"/>
              <w:jc w:val="left"/>
            </w:pPr>
            <w:r>
              <w:rPr>
                <w:sz w:val="16"/>
              </w:rPr>
              <w:t>Flash Flood</w:t>
            </w:r>
          </w:p>
        </w:tc>
        <w:tc>
          <w:tcPr>
            <w:tcW w:type="dxa" w:w="2547"/>
          </w:tcPr>
          <w:p>
            <w:pPr>
              <w:spacing w:after="0"/>
              <w:jc w:val="left"/>
            </w:pPr>
          </w:p>
        </w:tc>
        <w:tc>
          <w:tcPr>
            <w:tcW w:type="dxa" w:w="2868"/>
          </w:tcPr>
          <w:p>
            <w:pPr>
              <w:spacing w:after="0"/>
              <w:jc w:val="left"/>
            </w:pPr>
            <w:r>
              <w:rPr>
                <w:sz w:val="16"/>
              </w:rPr>
              <w:t>$50,000 property; crops not reported (1999 dollars)</w:t>
            </w:r>
          </w:p>
        </w:tc>
        <w:tc>
          <w:tcPr>
            <w:tcW w:type="dxa" w:w="1075"/>
          </w:tcPr>
          <w:p>
            <w:pPr>
              <w:spacing w:after="0"/>
              <w:jc w:val="right"/>
            </w:pPr>
            <w:r>
              <w:rPr>
                <w:sz w:val="16"/>
              </w:rPr>
              <w:t>0, 0</w:t>
            </w:r>
          </w:p>
        </w:tc>
        <w:tc>
          <w:tcPr>
            <w:tcW w:type="dxa" w:w="1788"/>
          </w:tcPr>
          <w:p>
            <w:pPr>
              <w:spacing w:after="0"/>
              <w:jc w:val="left"/>
            </w:pPr>
            <w:r>
              <w:rPr>
                <w:sz w:val="16"/>
              </w:rPr>
              <w:t>COUNTYWIDE</w:t>
            </w:r>
          </w:p>
        </w:tc>
        <w:tc>
          <w:tcPr>
            <w:tcW w:type="dxa" w:w="648"/>
          </w:tcPr>
          <w:p>
            <w:pPr>
              <w:spacing w:after="0"/>
              <w:jc w:val="left"/>
            </w:pPr>
          </w:p>
        </w:tc>
        <w:tc>
          <w:tcPr>
            <w:tcW w:type="dxa" w:w="285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1994-09-06</w:t>
            </w:r>
          </w:p>
        </w:tc>
        <w:tc>
          <w:tcPr>
            <w:tcW w:type="dxa" w:w="1290"/>
          </w:tcPr>
          <w:p>
            <w:pPr>
              <w:spacing w:after="0"/>
              <w:jc w:val="left"/>
            </w:pPr>
            <w:r>
              <w:rPr>
                <w:sz w:val="16"/>
              </w:rPr>
              <w:t>Hail</w:t>
            </w:r>
          </w:p>
        </w:tc>
        <w:tc>
          <w:tcPr>
            <w:tcW w:type="dxa" w:w="2547"/>
          </w:tcPr>
          <w:p>
            <w:pPr>
              <w:spacing w:after="0"/>
              <w:jc w:val="left"/>
            </w:pPr>
            <w:r>
              <w:rPr>
                <w:sz w:val="16"/>
              </w:rPr>
              <w:t>0.75 in</w:t>
            </w:r>
          </w:p>
        </w:tc>
        <w:tc>
          <w:tcPr>
            <w:tcW w:type="dxa" w:w="2868"/>
          </w:tcPr>
          <w:p>
            <w:pPr>
              <w:spacing w:after="0"/>
              <w:jc w:val="left"/>
            </w:pPr>
            <w:r>
              <w:rPr>
                <w:sz w:val="16"/>
              </w:rPr>
              <w:t>$500 property; $50,000 crops (1994 dollars)</w:t>
            </w:r>
          </w:p>
        </w:tc>
        <w:tc>
          <w:tcPr>
            <w:tcW w:type="dxa" w:w="1075"/>
          </w:tcPr>
          <w:p>
            <w:pPr>
              <w:spacing w:after="0"/>
              <w:jc w:val="right"/>
            </w:pPr>
            <w:r>
              <w:rPr>
                <w:sz w:val="16"/>
              </w:rPr>
              <w:t>0, 0</w:t>
            </w:r>
          </w:p>
        </w:tc>
        <w:tc>
          <w:tcPr>
            <w:tcW w:type="dxa" w:w="1788"/>
          </w:tcPr>
          <w:p>
            <w:pPr>
              <w:spacing w:after="0"/>
              <w:jc w:val="left"/>
            </w:pPr>
            <w:r>
              <w:rPr>
                <w:sz w:val="16"/>
              </w:rPr>
              <w:t>Lunenburg</w:t>
            </w:r>
          </w:p>
        </w:tc>
        <w:tc>
          <w:tcPr>
            <w:tcW w:type="dxa" w:w="648"/>
          </w:tcPr>
          <w:p>
            <w:pPr>
              <w:spacing w:after="0"/>
              <w:jc w:val="left"/>
            </w:pPr>
          </w:p>
        </w:tc>
        <w:tc>
          <w:tcPr>
            <w:tcW w:type="dxa" w:w="2859"/>
          </w:tcPr>
          <w:p>
            <w:pPr>
              <w:spacing w:after="0"/>
              <w:jc w:val="left"/>
            </w:pPr>
            <w:r>
              <w:rPr>
                <w:sz w:val="16"/>
              </w:rPr>
              <w:t>B1-c most damaging: Hail</w:t>
            </w:r>
          </w:p>
        </w:tc>
      </w:tr>
      <w:tr>
        <w:trPr>
          <w:cantSplit/>
        </w:trPr>
        <w:tc>
          <w:tcPr>
            <w:tcW w:type="dxa" w:w="1037"/>
          </w:tcPr>
          <w:p>
            <w:pPr>
              <w:spacing w:after="0"/>
              <w:jc w:val="left"/>
            </w:pPr>
            <w:r>
              <w:rPr>
                <w:sz w:val="16"/>
              </w:rPr>
              <w:t>1993-08-06</w:t>
            </w:r>
          </w:p>
        </w:tc>
        <w:tc>
          <w:tcPr>
            <w:tcW w:type="dxa" w:w="1290"/>
          </w:tcPr>
          <w:p>
            <w:pPr>
              <w:spacing w:after="0"/>
              <w:jc w:val="left"/>
            </w:pPr>
            <w:r>
              <w:rPr>
                <w:sz w:val="16"/>
              </w:rPr>
              <w:t>Tornado</w:t>
            </w:r>
          </w:p>
        </w:tc>
        <w:tc>
          <w:tcPr>
            <w:tcW w:type="dxa" w:w="2547"/>
          </w:tcPr>
          <w:p>
            <w:pPr>
              <w:spacing w:after="0"/>
              <w:jc w:val="left"/>
            </w:pPr>
            <w:r>
              <w:rPr>
                <w:sz w:val="16"/>
              </w:rPr>
              <w:t>F2, 38 mi path length (records before 1996 may include the whole path; rating and listing come from the county where the tornado began), 175 yd wide</w:t>
            </w:r>
          </w:p>
        </w:tc>
        <w:tc>
          <w:tcPr>
            <w:tcW w:type="dxa" w:w="2868"/>
          </w:tcPr>
          <w:p>
            <w:pPr>
              <w:spacing w:after="0"/>
              <w:jc w:val="left"/>
            </w:pPr>
            <w:r>
              <w:rPr>
                <w:sz w:val="16"/>
              </w:rPr>
              <w:t>$5,000,000 property; crops not recorded (1993 dollars)</w:t>
            </w:r>
          </w:p>
        </w:tc>
        <w:tc>
          <w:tcPr>
            <w:tcW w:type="dxa" w:w="1075"/>
          </w:tcPr>
          <w:p>
            <w:pPr>
              <w:spacing w:after="0"/>
              <w:jc w:val="right"/>
            </w:pPr>
            <w:r>
              <w:rPr>
                <w:sz w:val="16"/>
              </w:rPr>
              <w:t>0, 0</w:t>
            </w:r>
          </w:p>
        </w:tc>
        <w:tc>
          <w:tcPr>
            <w:tcW w:type="dxa" w:w="1788"/>
          </w:tcPr>
          <w:p>
            <w:pPr>
              <w:spacing w:after="0"/>
              <w:jc w:val="left"/>
            </w:pPr>
            <w:r>
              <w:rPr>
                <w:sz w:val="16"/>
              </w:rPr>
              <w:t>Kenbridge to Colonial Heights</w:t>
            </w:r>
          </w:p>
        </w:tc>
        <w:tc>
          <w:tcPr>
            <w:tcW w:type="dxa" w:w="648"/>
          </w:tcPr>
          <w:p>
            <w:pPr>
              <w:spacing w:after="0"/>
              <w:jc w:val="left"/>
            </w:pPr>
          </w:p>
        </w:tc>
        <w:tc>
          <w:tcPr>
            <w:tcW w:type="dxa" w:w="2859"/>
          </w:tcPr>
          <w:p>
            <w:pPr>
              <w:spacing w:after="0"/>
              <w:jc w:val="left"/>
            </w:pPr>
            <w:r>
              <w:rPr>
                <w:sz w:val="16"/>
              </w:rPr>
              <w:t>B1-c worst recorded: Tornado</w:t>
            </w:r>
          </w:p>
        </w:tc>
      </w:tr>
      <w:tr>
        <w:trPr>
          <w:cantSplit/>
        </w:trPr>
        <w:tc>
          <w:tcPr>
            <w:tcW w:type="dxa" w:w="1037"/>
          </w:tcPr>
          <w:p>
            <w:pPr>
              <w:spacing w:after="0"/>
              <w:jc w:val="left"/>
            </w:pPr>
            <w:r>
              <w:rPr>
                <w:sz w:val="16"/>
              </w:rPr>
              <w:t>1963-07-22</w:t>
            </w:r>
          </w:p>
        </w:tc>
        <w:tc>
          <w:tcPr>
            <w:tcW w:type="dxa" w:w="1290"/>
          </w:tcPr>
          <w:p>
            <w:pPr>
              <w:spacing w:after="0"/>
              <w:jc w:val="left"/>
            </w:pPr>
            <w:r>
              <w:rPr>
                <w:sz w:val="16"/>
              </w:rPr>
              <w:t>Hail</w:t>
            </w:r>
          </w:p>
        </w:tc>
        <w:tc>
          <w:tcPr>
            <w:tcW w:type="dxa" w:w="2547"/>
          </w:tcPr>
          <w:p>
            <w:pPr>
              <w:spacing w:after="0"/>
              <w:jc w:val="left"/>
            </w:pPr>
            <w:r>
              <w:rPr>
                <w:sz w:val="16"/>
              </w:rPr>
              <w:t>2 in</w:t>
            </w:r>
          </w:p>
        </w:tc>
        <w:tc>
          <w:tcPr>
            <w:tcW w:type="dxa" w:w="2868"/>
          </w:tcPr>
          <w:p>
            <w:pPr>
              <w:spacing w:after="0"/>
              <w:jc w:val="left"/>
            </w:pPr>
            <w:r>
              <w:rPr>
                <w:sz w:val="16"/>
              </w:rPr>
              <w:t>damage not recorded (pre-1996 record)</w:t>
            </w:r>
          </w:p>
        </w:tc>
        <w:tc>
          <w:tcPr>
            <w:tcW w:type="dxa" w:w="1075"/>
          </w:tcPr>
          <w:p>
            <w:pPr>
              <w:spacing w:after="0"/>
              <w:jc w:val="right"/>
            </w:pPr>
            <w:r>
              <w:rPr>
                <w:sz w:val="16"/>
              </w:rPr>
              <w:t>0, 0</w:t>
            </w:r>
          </w:p>
        </w:tc>
        <w:tc>
          <w:tcPr>
            <w:tcW w:type="dxa" w:w="1788"/>
          </w:tcPr>
          <w:p>
            <w:pPr>
              <w:spacing w:after="0"/>
              <w:jc w:val="left"/>
            </w:pPr>
            <w:r>
              <w:rPr>
                <w:sz w:val="16"/>
              </w:rPr>
              <w:t>location not recorded</w:t>
            </w:r>
          </w:p>
        </w:tc>
        <w:tc>
          <w:tcPr>
            <w:tcW w:type="dxa" w:w="648"/>
          </w:tcPr>
          <w:p>
            <w:pPr>
              <w:spacing w:after="0"/>
              <w:jc w:val="left"/>
            </w:pPr>
          </w:p>
        </w:tc>
        <w:tc>
          <w:tcPr>
            <w:tcW w:type="dxa" w:w="2859"/>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(262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5"/>
        <w:gridCol w:w="1454"/>
        <w:gridCol w:w="1577"/>
        <w:gridCol w:w="1037"/>
        <w:gridCol w:w="1717"/>
        <w:gridCol w:w="1522"/>
        <w:gridCol w:w="1509"/>
        <w:gridCol w:w="1037"/>
        <w:gridCol w:w="1977"/>
      </w:tblGrid>
      <w:tr>
        <w:trPr>
          <w:cantSplit/>
          <w:tblHeader/>
        </w:trPr>
        <w:tc>
          <w:tcPr>
            <w:tcW w:type="dxa" w:w="1037"/>
            <w:shd w:val="clear" w:color="auto" w:fill="E8E8E8"/>
          </w:tcPr>
          <w:p>
            <w:pPr>
              <w:spacing w:after="0"/>
              <w:jc w:val="left"/>
            </w:pPr>
            <w:r>
              <w:rPr>
                <w:b/>
                <w:sz w:val="16"/>
              </w:rPr>
              <w:t>Hazard</w:t>
            </w:r>
          </w:p>
        </w:tc>
        <w:tc>
          <w:tcPr>
            <w:tcW w:type="dxa" w:w="124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4"/>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7"/>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5"/>
          </w:tcPr>
          <w:p>
            <w:pPr>
              <w:spacing w:after="0"/>
              <w:jc w:val="right"/>
            </w:pPr>
          </w:p>
        </w:tc>
        <w:tc>
          <w:tcPr>
            <w:tcW w:type="dxa" w:w="1454"/>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17"/>
          </w:tcPr>
          <w:p>
            <w:pPr>
              <w:spacing w:after="0"/>
              <w:jc w:val="left"/>
            </w:pPr>
          </w:p>
        </w:tc>
        <w:tc>
          <w:tcPr>
            <w:tcW w:type="dxa" w:w="1522"/>
          </w:tcPr>
          <w:p>
            <w:pPr>
              <w:spacing w:after="0"/>
              <w:jc w:val="right"/>
            </w:pPr>
          </w:p>
        </w:tc>
        <w:tc>
          <w:tcPr>
            <w:tcW w:type="dxa" w:w="1509"/>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5"/>
          </w:tcPr>
          <w:p>
            <w:pPr>
              <w:spacing w:after="0"/>
              <w:jc w:val="right"/>
            </w:pPr>
          </w:p>
        </w:tc>
        <w:tc>
          <w:tcPr>
            <w:tcW w:type="dxa" w:w="1454"/>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17"/>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5"/>
          </w:tcPr>
          <w:p>
            <w:pPr>
              <w:spacing w:after="0"/>
              <w:jc w:val="right"/>
            </w:pPr>
            <w:r>
              <w:rPr>
                <w:sz w:val="16"/>
              </w:rPr>
              <w:t>0.526</w:t>
            </w:r>
          </w:p>
        </w:tc>
        <w:tc>
          <w:tcPr>
            <w:tcW w:type="dxa" w:w="1454"/>
          </w:tcPr>
          <w:p>
            <w:pPr>
              <w:spacing w:after="0"/>
              <w:jc w:val="left"/>
            </w:pPr>
            <w:r>
              <w:rPr>
                <w:sz w:val="16"/>
              </w:rPr>
              <w:t>event-days per year</w:t>
            </w:r>
          </w:p>
        </w:tc>
        <w:tc>
          <w:tcPr>
            <w:tcW w:type="dxa" w:w="1577"/>
          </w:tcPr>
          <w:p>
            <w:pPr>
              <w:spacing w:after="0"/>
              <w:jc w:val="left"/>
            </w:pPr>
            <w:r>
              <w:rPr>
                <w:sz w:val="16"/>
              </w:rPr>
              <w:t>about 0.526 days per year</w:t>
            </w:r>
          </w:p>
        </w:tc>
        <w:tc>
          <w:tcPr>
            <w:tcW w:type="dxa" w:w="1037"/>
          </w:tcPr>
          <w:p>
            <w:pPr>
              <w:spacing w:after="0"/>
              <w:jc w:val="left"/>
            </w:pPr>
          </w:p>
        </w:tc>
        <w:tc>
          <w:tcPr>
            <w:tcW w:type="dxa" w:w="1717"/>
          </w:tcPr>
          <w:p>
            <w:pPr>
              <w:spacing w:after="0"/>
              <w:jc w:val="left"/>
            </w:pPr>
            <w:r>
              <w:rPr>
                <w:sz w:val="16"/>
              </w:rPr>
              <w:t>event-days in 0 of 30 years, 1996 to 2025 (0%)</w:t>
            </w:r>
          </w:p>
        </w:tc>
        <w:tc>
          <w:tcPr>
            <w:tcW w:type="dxa" w:w="1522"/>
          </w:tcPr>
          <w:p>
            <w:pPr>
              <w:spacing w:after="0"/>
              <w:jc w:val="right"/>
            </w:pPr>
            <w:r>
              <w:rPr>
                <w:sz w:val="16"/>
              </w:rPr>
              <w:t>10</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5"/>
          </w:tcPr>
          <w:p>
            <w:pPr>
              <w:spacing w:after="0"/>
              <w:jc w:val="right"/>
            </w:pPr>
            <w:r>
              <w:rPr>
                <w:sz w:val="16"/>
              </w:rPr>
              <w:t>8.4</w:t>
            </w:r>
          </w:p>
        </w:tc>
        <w:tc>
          <w:tcPr>
            <w:tcW w:type="dxa" w:w="1454"/>
          </w:tcPr>
          <w:p>
            <w:pPr>
              <w:spacing w:after="0"/>
              <w:jc w:val="left"/>
            </w:pPr>
            <w:r>
              <w:rPr>
                <w:sz w:val="16"/>
              </w:rPr>
              <w:t>event-days per year</w:t>
            </w:r>
          </w:p>
        </w:tc>
        <w:tc>
          <w:tcPr>
            <w:tcW w:type="dxa" w:w="1577"/>
          </w:tcPr>
          <w:p>
            <w:pPr>
              <w:spacing w:after="0"/>
              <w:jc w:val="left"/>
            </w:pPr>
            <w:r>
              <w:rPr>
                <w:sz w:val="16"/>
              </w:rPr>
              <w:t>about 8.4 days per year</w:t>
            </w:r>
          </w:p>
        </w:tc>
        <w:tc>
          <w:tcPr>
            <w:tcW w:type="dxa" w:w="1037"/>
          </w:tcPr>
          <w:p>
            <w:pPr>
              <w:spacing w:after="0"/>
              <w:jc w:val="left"/>
            </w:pPr>
          </w:p>
        </w:tc>
        <w:tc>
          <w:tcPr>
            <w:tcW w:type="dxa" w:w="1717"/>
          </w:tcPr>
          <w:p>
            <w:pPr>
              <w:spacing w:after="0"/>
              <w:jc w:val="left"/>
            </w:pPr>
            <w:r>
              <w:rPr>
                <w:sz w:val="16"/>
              </w:rPr>
              <w:t>event-days in 0 of 30 years, 1996 to 2025 (0%)</w:t>
            </w:r>
          </w:p>
        </w:tc>
        <w:tc>
          <w:tcPr>
            <w:tcW w:type="dxa" w:w="1522"/>
          </w:tcPr>
          <w:p>
            <w:pPr>
              <w:spacing w:after="0"/>
              <w:jc w:val="right"/>
            </w:pPr>
            <w:r>
              <w:rPr>
                <w:sz w:val="16"/>
              </w:rPr>
              <w:t>252</w:t>
            </w:r>
          </w:p>
        </w:tc>
        <w:tc>
          <w:tcPr>
            <w:tcW w:type="dxa" w:w="150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5"/>
          </w:tcPr>
          <w:p>
            <w:pPr>
              <w:spacing w:after="0"/>
              <w:jc w:val="right"/>
            </w:pPr>
            <w:r>
              <w:rPr>
                <w:sz w:val="16"/>
              </w:rPr>
              <w:t>0.00165</w:t>
            </w:r>
          </w:p>
        </w:tc>
        <w:tc>
          <w:tcPr>
            <w:tcW w:type="dxa" w:w="1454"/>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0.165%</w:t>
            </w:r>
          </w:p>
        </w:tc>
        <w:tc>
          <w:tcPr>
            <w:tcW w:type="dxa" w:w="1037"/>
          </w:tcPr>
          <w:p>
            <w:pPr>
              <w:spacing w:after="0"/>
              <w:jc w:val="left"/>
            </w:pPr>
          </w:p>
        </w:tc>
        <w:tc>
          <w:tcPr>
            <w:tcW w:type="dxa" w:w="1717"/>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5"/>
          </w:tcPr>
          <w:p>
            <w:pPr>
              <w:spacing w:after="0"/>
              <w:jc w:val="right"/>
            </w:pPr>
            <w:r>
              <w:rPr>
                <w:sz w:val="16"/>
              </w:rPr>
              <w:t>2.8</w:t>
            </w:r>
          </w:p>
        </w:tc>
        <w:tc>
          <w:tcPr>
            <w:tcW w:type="dxa" w:w="1454"/>
          </w:tcPr>
          <w:p>
            <w:pPr>
              <w:spacing w:after="0"/>
              <w:jc w:val="left"/>
            </w:pPr>
            <w:r>
              <w:rPr>
                <w:sz w:val="16"/>
              </w:rPr>
              <w:t>events per year</w:t>
            </w:r>
          </w:p>
        </w:tc>
        <w:tc>
          <w:tcPr>
            <w:tcW w:type="dxa" w:w="1577"/>
          </w:tcPr>
          <w:p>
            <w:pPr>
              <w:spacing w:after="0"/>
              <w:jc w:val="left"/>
            </w:pPr>
            <w:r>
              <w:rPr>
                <w:sz w:val="16"/>
              </w:rPr>
              <w:t>about 2.8 per year</w:t>
            </w:r>
          </w:p>
        </w:tc>
        <w:tc>
          <w:tcPr>
            <w:tcW w:type="dxa" w:w="1037"/>
          </w:tcPr>
          <w:p>
            <w:pPr>
              <w:spacing w:after="0"/>
              <w:jc w:val="left"/>
            </w:pPr>
            <w:r>
              <w:rPr>
                <w:sz w:val="16"/>
              </w:rPr>
              <w:t>Highly likely</w:t>
            </w:r>
          </w:p>
        </w:tc>
        <w:tc>
          <w:tcPr>
            <w:tcW w:type="dxa" w:w="1717"/>
          </w:tcPr>
          <w:p>
            <w:pPr>
              <w:spacing w:after="0"/>
              <w:jc w:val="left"/>
            </w:pPr>
            <w:r>
              <w:rPr>
                <w:sz w:val="16"/>
              </w:rPr>
              <w:t>FEMA annualized frequency (modeled)</w:t>
            </w:r>
          </w:p>
        </w:tc>
        <w:tc>
          <w:tcPr>
            <w:tcW w:type="dxa" w:w="1522"/>
          </w:tcPr>
          <w:p>
            <w:pPr>
              <w:spacing w:after="0"/>
              <w:jc w:val="right"/>
            </w:pPr>
            <w:r>
              <w:rPr>
                <w:sz w:val="16"/>
              </w:rPr>
              <w:t>106.2 (modeled)</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45"/>
          </w:tcPr>
          <w:p>
            <w:pPr>
              <w:spacing w:after="0"/>
              <w:jc w:val="right"/>
            </w:pPr>
            <w:r>
              <w:rPr>
                <w:sz w:val="16"/>
              </w:rPr>
              <w:t>4.05</w:t>
            </w:r>
          </w:p>
        </w:tc>
        <w:tc>
          <w:tcPr>
            <w:tcW w:type="dxa" w:w="1454"/>
          </w:tcPr>
          <w:p>
            <w:pPr>
              <w:spacing w:after="0"/>
              <w:jc w:val="left"/>
            </w:pPr>
            <w:r>
              <w:rPr>
                <w:sz w:val="16"/>
              </w:rPr>
              <w:t>event-days per year</w:t>
            </w:r>
          </w:p>
        </w:tc>
        <w:tc>
          <w:tcPr>
            <w:tcW w:type="dxa" w:w="1577"/>
          </w:tcPr>
          <w:p>
            <w:pPr>
              <w:spacing w:after="0"/>
              <w:jc w:val="left"/>
            </w:pPr>
            <w:r>
              <w:rPr>
                <w:sz w:val="16"/>
              </w:rPr>
              <w:t>about 4.05 days per year</w:t>
            </w:r>
          </w:p>
        </w:tc>
        <w:tc>
          <w:tcPr>
            <w:tcW w:type="dxa" w:w="1037"/>
          </w:tcPr>
          <w:p>
            <w:pPr>
              <w:spacing w:after="0"/>
              <w:jc w:val="left"/>
            </w:pPr>
            <w:r>
              <w:rPr>
                <w:sz w:val="16"/>
              </w:rPr>
              <w:t>Likely</w:t>
            </w:r>
          </w:p>
        </w:tc>
        <w:tc>
          <w:tcPr>
            <w:tcW w:type="dxa" w:w="1717"/>
          </w:tcPr>
          <w:p>
            <w:pPr>
              <w:spacing w:after="0"/>
              <w:jc w:val="left"/>
            </w:pPr>
            <w:r>
              <w:rPr>
                <w:sz w:val="16"/>
              </w:rPr>
              <w:t>event-days in 4 of 30 years, 1996 to 2025 (13.3%)</w:t>
            </w:r>
          </w:p>
        </w:tc>
        <w:tc>
          <w:tcPr>
            <w:tcW w:type="dxa" w:w="1522"/>
          </w:tcPr>
          <w:p>
            <w:pPr>
              <w:spacing w:after="0"/>
              <w:jc w:val="right"/>
            </w:pPr>
            <w:r>
              <w:rPr>
                <w:sz w:val="16"/>
              </w:rPr>
              <w:t>62</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4.05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5"/>
          </w:tcPr>
          <w:p>
            <w:pPr>
              <w:spacing w:after="0"/>
              <w:jc w:val="right"/>
            </w:pPr>
            <w:r>
              <w:rPr>
                <w:sz w:val="16"/>
              </w:rPr>
              <w:t>0.121</w:t>
            </w:r>
          </w:p>
        </w:tc>
        <w:tc>
          <w:tcPr>
            <w:tcW w:type="dxa" w:w="1454"/>
          </w:tcPr>
          <w:p>
            <w:pPr>
              <w:spacing w:after="0"/>
              <w:jc w:val="left"/>
            </w:pPr>
            <w:r>
              <w:rPr>
                <w:sz w:val="16"/>
              </w:rPr>
              <w:t>events per year</w:t>
            </w:r>
          </w:p>
        </w:tc>
        <w:tc>
          <w:tcPr>
            <w:tcW w:type="dxa" w:w="1577"/>
          </w:tcPr>
          <w:p>
            <w:pPr>
              <w:spacing w:after="0"/>
              <w:jc w:val="left"/>
            </w:pPr>
            <w:r>
              <w:rPr>
                <w:sz w:val="16"/>
              </w:rPr>
              <w:t>about 1 in 8 years</w:t>
            </w:r>
          </w:p>
        </w:tc>
        <w:tc>
          <w:tcPr>
            <w:tcW w:type="dxa" w:w="1037"/>
          </w:tcPr>
          <w:p>
            <w:pPr>
              <w:spacing w:after="0"/>
              <w:jc w:val="left"/>
            </w:pPr>
            <w:r>
              <w:rPr>
                <w:sz w:val="16"/>
              </w:rPr>
              <w:t>Likely</w:t>
            </w:r>
          </w:p>
        </w:tc>
        <w:tc>
          <w:tcPr>
            <w:tcW w:type="dxa" w:w="1717"/>
          </w:tcPr>
          <w:p>
            <w:pPr>
              <w:spacing w:after="0"/>
              <w:jc w:val="left"/>
            </w:pPr>
            <w:r>
              <w:rPr>
                <w:sz w:val="16"/>
              </w:rPr>
              <w:t>FEMA annualized frequency (modeled)</w:t>
            </w:r>
          </w:p>
        </w:tc>
        <w:tc>
          <w:tcPr>
            <w:tcW w:type="dxa" w:w="1522"/>
          </w:tcPr>
          <w:p>
            <w:pPr>
              <w:spacing w:after="0"/>
              <w:jc w:val="right"/>
            </w:pPr>
            <w:r>
              <w:rPr>
                <w:sz w:val="16"/>
              </w:rPr>
              <w:t>34</w:t>
            </w:r>
          </w:p>
        </w:tc>
        <w:tc>
          <w:tcPr>
            <w:tcW w:type="dxa" w:w="1509"/>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5"/>
          </w:tcPr>
          <w:p>
            <w:pPr>
              <w:spacing w:after="0"/>
              <w:jc w:val="right"/>
            </w:pPr>
            <w:r>
              <w:rPr>
                <w:sz w:val="16"/>
              </w:rPr>
              <w:t>1.19</w:t>
            </w:r>
          </w:p>
        </w:tc>
        <w:tc>
          <w:tcPr>
            <w:tcW w:type="dxa" w:w="1454"/>
          </w:tcPr>
          <w:p>
            <w:pPr>
              <w:spacing w:after="0"/>
              <w:jc w:val="left"/>
            </w:pPr>
            <w:r>
              <w:rPr>
                <w:sz w:val="16"/>
              </w:rPr>
              <w:t>event-days per year</w:t>
            </w:r>
          </w:p>
        </w:tc>
        <w:tc>
          <w:tcPr>
            <w:tcW w:type="dxa" w:w="1577"/>
          </w:tcPr>
          <w:p>
            <w:pPr>
              <w:spacing w:after="0"/>
              <w:jc w:val="left"/>
            </w:pPr>
            <w:r>
              <w:rPr>
                <w:sz w:val="16"/>
              </w:rPr>
              <w:t>about 1.19 days per year</w:t>
            </w:r>
          </w:p>
        </w:tc>
        <w:tc>
          <w:tcPr>
            <w:tcW w:type="dxa" w:w="1037"/>
          </w:tcPr>
          <w:p>
            <w:pPr>
              <w:spacing w:after="0"/>
              <w:jc w:val="left"/>
            </w:pPr>
            <w:r>
              <w:rPr>
                <w:sz w:val="16"/>
              </w:rPr>
              <w:t>Likely</w:t>
            </w:r>
          </w:p>
        </w:tc>
        <w:tc>
          <w:tcPr>
            <w:tcW w:type="dxa" w:w="1717"/>
          </w:tcPr>
          <w:p>
            <w:pPr>
              <w:spacing w:after="0"/>
              <w:jc w:val="left"/>
            </w:pPr>
            <w:r>
              <w:rPr>
                <w:sz w:val="16"/>
              </w:rPr>
              <w:t>event-days in 3 of 30 years, 1996 to 2025 (10%)</w:t>
            </w:r>
          </w:p>
        </w:tc>
        <w:tc>
          <w:tcPr>
            <w:tcW w:type="dxa" w:w="1522"/>
          </w:tcPr>
          <w:p>
            <w:pPr>
              <w:spacing w:after="0"/>
              <w:jc w:val="right"/>
            </w:pPr>
            <w:r>
              <w:rPr>
                <w:sz w:val="16"/>
              </w:rPr>
              <w:t>80</w:t>
            </w:r>
          </w:p>
        </w:tc>
        <w:tc>
          <w:tcPr>
            <w:tcW w:type="dxa" w:w="1509"/>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r>
              <w:rPr>
                <w:sz w:val="16"/>
              </w:rPr>
              <w:t>NRI gives about 1.19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5"/>
          </w:tcPr>
          <w:p>
            <w:pPr>
              <w:spacing w:after="0"/>
              <w:jc w:val="right"/>
            </w:pPr>
            <w:r>
              <w:rPr>
                <w:sz w:val="16"/>
              </w:rPr>
              <w:t>0.393</w:t>
            </w:r>
          </w:p>
        </w:tc>
        <w:tc>
          <w:tcPr>
            <w:tcW w:type="dxa" w:w="1454"/>
          </w:tcPr>
          <w:p>
            <w:pPr>
              <w:spacing w:after="0"/>
              <w:jc w:val="left"/>
            </w:pPr>
            <w:r>
              <w:rPr>
                <w:sz w:val="16"/>
              </w:rPr>
              <w:t>event-days per year</w:t>
            </w:r>
          </w:p>
        </w:tc>
        <w:tc>
          <w:tcPr>
            <w:tcW w:type="dxa" w:w="1577"/>
          </w:tcPr>
          <w:p>
            <w:pPr>
              <w:spacing w:after="0"/>
              <w:jc w:val="left"/>
            </w:pPr>
            <w:r>
              <w:rPr>
                <w:sz w:val="16"/>
              </w:rPr>
              <w:t>about 0.393 days per year</w:t>
            </w:r>
          </w:p>
        </w:tc>
        <w:tc>
          <w:tcPr>
            <w:tcW w:type="dxa" w:w="1037"/>
          </w:tcPr>
          <w:p>
            <w:pPr>
              <w:spacing w:after="0"/>
              <w:jc w:val="left"/>
            </w:pPr>
            <w:r>
              <w:rPr>
                <w:sz w:val="16"/>
              </w:rPr>
              <w:t>Likely</w:t>
            </w:r>
          </w:p>
        </w:tc>
        <w:tc>
          <w:tcPr>
            <w:tcW w:type="dxa" w:w="1717"/>
          </w:tcPr>
          <w:p>
            <w:pPr>
              <w:spacing w:after="0"/>
              <w:jc w:val="left"/>
            </w:pPr>
            <w:r>
              <w:rPr>
                <w:sz w:val="16"/>
              </w:rPr>
              <w:t>event-days in 7 of 30 years, 1996 to 2025 (23.3%)</w:t>
            </w:r>
          </w:p>
        </w:tc>
        <w:tc>
          <w:tcPr>
            <w:tcW w:type="dxa" w:w="1522"/>
          </w:tcPr>
          <w:p>
            <w:pPr>
              <w:spacing w:after="0"/>
              <w:jc w:val="right"/>
            </w:pPr>
            <w:r>
              <w:rPr>
                <w:sz w:val="16"/>
              </w:rPr>
              <w:t>11</w:t>
            </w:r>
          </w:p>
        </w:tc>
        <w:tc>
          <w:tcPr>
            <w:tcW w:type="dxa" w:w="1509"/>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45"/>
          </w:tcPr>
          <w:p>
            <w:pPr>
              <w:spacing w:after="0"/>
              <w:jc w:val="right"/>
            </w:pPr>
            <w:r>
              <w:rPr>
                <w:sz w:val="16"/>
              </w:rPr>
              <w:t>0.405</w:t>
            </w:r>
          </w:p>
        </w:tc>
        <w:tc>
          <w:tcPr>
            <w:tcW w:type="dxa" w:w="1454"/>
          </w:tcPr>
          <w:p>
            <w:pPr>
              <w:spacing w:after="0"/>
              <w:jc w:val="left"/>
            </w:pPr>
            <w:r>
              <w:rPr>
                <w:sz w:val="16"/>
              </w:rPr>
              <w:t>events per year (modeled)</w:t>
            </w:r>
          </w:p>
        </w:tc>
        <w:tc>
          <w:tcPr>
            <w:tcW w:type="dxa" w:w="1577"/>
          </w:tcPr>
          <w:p>
            <w:pPr>
              <w:spacing w:after="0"/>
              <w:jc w:val="left"/>
            </w:pPr>
            <w:r>
              <w:rPr>
                <w:sz w:val="16"/>
              </w:rPr>
              <w:t>about 1 in 2 years</w:t>
            </w:r>
          </w:p>
        </w:tc>
        <w:tc>
          <w:tcPr>
            <w:tcW w:type="dxa" w:w="1037"/>
          </w:tcPr>
          <w:p>
            <w:pPr>
              <w:spacing w:after="0"/>
              <w:jc w:val="left"/>
            </w:pPr>
            <w:r>
              <w:rPr>
                <w:sz w:val="16"/>
              </w:rPr>
              <w:t>Likely</w:t>
            </w:r>
          </w:p>
        </w:tc>
        <w:tc>
          <w:tcPr>
            <w:tcW w:type="dxa" w:w="171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45"/>
          </w:tcPr>
          <w:p>
            <w:pPr>
              <w:spacing w:after="0"/>
              <w:jc w:val="right"/>
            </w:pPr>
            <w:r>
              <w:rPr>
                <w:sz w:val="16"/>
              </w:rPr>
              <w:t>42.7</w:t>
            </w:r>
          </w:p>
        </w:tc>
        <w:tc>
          <w:tcPr>
            <w:tcW w:type="dxa" w:w="1454"/>
          </w:tcPr>
          <w:p>
            <w:pPr>
              <w:spacing w:after="0"/>
              <w:jc w:val="left"/>
            </w:pPr>
            <w:r>
              <w:rPr>
                <w:sz w:val="16"/>
              </w:rPr>
              <w:t>days per year with a strike</w:t>
            </w:r>
          </w:p>
        </w:tc>
        <w:tc>
          <w:tcPr>
            <w:tcW w:type="dxa" w:w="1577"/>
          </w:tcPr>
          <w:p>
            <w:pPr>
              <w:spacing w:after="0"/>
              <w:jc w:val="left"/>
            </w:pPr>
            <w:r>
              <w:rPr>
                <w:sz w:val="16"/>
              </w:rPr>
              <w:t>about 42.7 days per year</w:t>
            </w:r>
          </w:p>
        </w:tc>
        <w:tc>
          <w:tcPr>
            <w:tcW w:type="dxa" w:w="1037"/>
          </w:tcPr>
          <w:p>
            <w:pPr>
              <w:spacing w:after="0"/>
              <w:jc w:val="left"/>
            </w:pPr>
            <w:r>
              <w:rPr>
                <w:sz w:val="16"/>
              </w:rPr>
              <w:t>Highly likely</w:t>
            </w:r>
          </w:p>
        </w:tc>
        <w:tc>
          <w:tcPr>
            <w:tcW w:type="dxa" w:w="171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45"/>
          </w:tcPr>
          <w:p>
            <w:pPr>
              <w:spacing w:after="0"/>
              <w:jc w:val="right"/>
            </w:pPr>
            <w:r>
              <w:rPr>
                <w:sz w:val="16"/>
              </w:rPr>
              <w:t>1.58</w:t>
            </w:r>
          </w:p>
        </w:tc>
        <w:tc>
          <w:tcPr>
            <w:tcW w:type="dxa" w:w="1454"/>
          </w:tcPr>
          <w:p>
            <w:pPr>
              <w:spacing w:after="0"/>
              <w:jc w:val="left"/>
            </w:pPr>
            <w:r>
              <w:rPr>
                <w:sz w:val="16"/>
              </w:rPr>
              <w:t>events per year</w:t>
            </w:r>
          </w:p>
        </w:tc>
        <w:tc>
          <w:tcPr>
            <w:tcW w:type="dxa" w:w="1577"/>
          </w:tcPr>
          <w:p>
            <w:pPr>
              <w:spacing w:after="0"/>
              <w:jc w:val="left"/>
            </w:pPr>
            <w:r>
              <w:rPr>
                <w:sz w:val="16"/>
              </w:rPr>
              <w:t>about 1.58 per year</w:t>
            </w:r>
          </w:p>
        </w:tc>
        <w:tc>
          <w:tcPr>
            <w:tcW w:type="dxa" w:w="1037"/>
          </w:tcPr>
          <w:p>
            <w:pPr>
              <w:spacing w:after="0"/>
              <w:jc w:val="left"/>
            </w:pPr>
            <w:r>
              <w:rPr>
                <w:sz w:val="16"/>
              </w:rPr>
              <w:t>Highly likely</w:t>
            </w:r>
          </w:p>
        </w:tc>
        <w:tc>
          <w:tcPr>
            <w:tcW w:type="dxa" w:w="1717"/>
          </w:tcPr>
          <w:p>
            <w:pPr>
              <w:spacing w:after="0"/>
              <w:jc w:val="left"/>
            </w:pPr>
            <w:r>
              <w:rPr>
                <w:sz w:val="16"/>
              </w:rPr>
              <w:t>FEMA annualized frequency (modeled)</w:t>
            </w:r>
          </w:p>
        </w:tc>
        <w:tc>
          <w:tcPr>
            <w:tcW w:type="dxa" w:w="1522"/>
          </w:tcPr>
          <w:p>
            <w:pPr>
              <w:spacing w:after="0"/>
              <w:jc w:val="right"/>
            </w:pPr>
            <w:r>
              <w:rPr>
                <w:sz w:val="16"/>
              </w:rPr>
              <w:t>61</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45"/>
          </w:tcPr>
          <w:p>
            <w:pPr>
              <w:spacing w:after="0"/>
              <w:jc w:val="right"/>
            </w:pPr>
            <w:r>
              <w:rPr>
                <w:sz w:val="16"/>
              </w:rPr>
              <w:t>0.17</w:t>
            </w:r>
          </w:p>
        </w:tc>
        <w:tc>
          <w:tcPr>
            <w:tcW w:type="dxa" w:w="1454"/>
          </w:tcPr>
          <w:p>
            <w:pPr>
              <w:spacing w:after="0"/>
              <w:jc w:val="left"/>
            </w:pPr>
            <w:r>
              <w:rPr>
                <w:sz w:val="16"/>
              </w:rPr>
              <w:t>events per year</w:t>
            </w:r>
          </w:p>
        </w:tc>
        <w:tc>
          <w:tcPr>
            <w:tcW w:type="dxa" w:w="1577"/>
          </w:tcPr>
          <w:p>
            <w:pPr>
              <w:spacing w:after="0"/>
              <w:jc w:val="left"/>
            </w:pPr>
            <w:r>
              <w:rPr>
                <w:sz w:val="16"/>
              </w:rPr>
              <w:t>about 1 in 6 years</w:t>
            </w:r>
          </w:p>
        </w:tc>
        <w:tc>
          <w:tcPr>
            <w:tcW w:type="dxa" w:w="1037"/>
          </w:tcPr>
          <w:p>
            <w:pPr>
              <w:spacing w:after="0"/>
              <w:jc w:val="left"/>
            </w:pPr>
            <w:r>
              <w:rPr>
                <w:sz w:val="16"/>
              </w:rPr>
              <w:t>Likely</w:t>
            </w:r>
          </w:p>
        </w:tc>
        <w:tc>
          <w:tcPr>
            <w:tcW w:type="dxa" w:w="171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45"/>
          </w:tcPr>
          <w:p>
            <w:pPr>
              <w:spacing w:after="0"/>
              <w:jc w:val="right"/>
            </w:pPr>
          </w:p>
        </w:tc>
        <w:tc>
          <w:tcPr>
            <w:tcW w:type="dxa" w:w="1454"/>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17"/>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5"/>
          </w:tcPr>
          <w:p>
            <w:pPr>
              <w:spacing w:after="0"/>
              <w:jc w:val="right"/>
            </w:pPr>
          </w:p>
        </w:tc>
        <w:tc>
          <w:tcPr>
            <w:tcW w:type="dxa" w:w="1454"/>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17"/>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5"/>
          </w:tcPr>
          <w:p>
            <w:pPr>
              <w:spacing w:after="0"/>
              <w:jc w:val="right"/>
            </w:pPr>
            <w:r>
              <w:rPr>
                <w:sz w:val="16"/>
              </w:rPr>
              <w:t>0.000157</w:t>
            </w:r>
          </w:p>
        </w:tc>
        <w:tc>
          <w:tcPr>
            <w:tcW w:type="dxa" w:w="1454"/>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0.0157%</w:t>
            </w:r>
          </w:p>
        </w:tc>
        <w:tc>
          <w:tcPr>
            <w:tcW w:type="dxa" w:w="1037"/>
          </w:tcPr>
          <w:p>
            <w:pPr>
              <w:spacing w:after="0"/>
              <w:jc w:val="left"/>
            </w:pPr>
          </w:p>
        </w:tc>
        <w:tc>
          <w:tcPr>
            <w:tcW w:type="dxa" w:w="1717"/>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5"/>
          </w:tcPr>
          <w:p>
            <w:pPr>
              <w:spacing w:after="0"/>
              <w:jc w:val="right"/>
            </w:pPr>
            <w:r>
              <w:rPr>
                <w:sz w:val="16"/>
              </w:rPr>
              <w:t>5.16</w:t>
            </w:r>
          </w:p>
        </w:tc>
        <w:tc>
          <w:tcPr>
            <w:tcW w:type="dxa" w:w="1454"/>
          </w:tcPr>
          <w:p>
            <w:pPr>
              <w:spacing w:after="0"/>
              <w:jc w:val="left"/>
            </w:pPr>
            <w:r>
              <w:rPr>
                <w:sz w:val="16"/>
              </w:rPr>
              <w:t>event-days per year</w:t>
            </w:r>
          </w:p>
        </w:tc>
        <w:tc>
          <w:tcPr>
            <w:tcW w:type="dxa" w:w="1577"/>
          </w:tcPr>
          <w:p>
            <w:pPr>
              <w:spacing w:after="0"/>
              <w:jc w:val="left"/>
            </w:pPr>
            <w:r>
              <w:rPr>
                <w:sz w:val="16"/>
              </w:rPr>
              <w:t>about 5.16 days per year</w:t>
            </w:r>
          </w:p>
        </w:tc>
        <w:tc>
          <w:tcPr>
            <w:tcW w:type="dxa" w:w="1037"/>
          </w:tcPr>
          <w:p>
            <w:pPr>
              <w:spacing w:after="0"/>
              <w:jc w:val="left"/>
            </w:pPr>
            <w:r>
              <w:rPr>
                <w:sz w:val="16"/>
              </w:rPr>
              <w:t>Likely</w:t>
            </w:r>
          </w:p>
        </w:tc>
        <w:tc>
          <w:tcPr>
            <w:tcW w:type="dxa" w:w="1717"/>
          </w:tcPr>
          <w:p>
            <w:pPr>
              <w:spacing w:after="0"/>
              <w:jc w:val="left"/>
            </w:pPr>
            <w:r>
              <w:rPr>
                <w:sz w:val="16"/>
              </w:rPr>
              <w:t>event-days in 24 of 30 years, 1996 to 2025 (80%)</w:t>
            </w:r>
          </w:p>
        </w:tc>
        <w:tc>
          <w:tcPr>
            <w:tcW w:type="dxa" w:w="1522"/>
          </w:tcPr>
          <w:p>
            <w:pPr>
              <w:spacing w:after="0"/>
              <w:jc w:val="right"/>
            </w:pPr>
            <w:r>
              <w:rPr>
                <w:sz w:val="16"/>
              </w:rPr>
              <w:t>98</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89</w:t>
            </w:r>
          </w:p>
        </w:tc>
        <w:tc>
          <w:tcPr>
            <w:tcW w:type="dxa" w:w="1476"/>
          </w:tcPr>
          <w:p>
            <w:pPr>
              <w:spacing w:after="0"/>
              <w:jc w:val="right"/>
            </w:pPr>
            <w:r>
              <w:rPr>
                <w:sz w:val="16"/>
              </w:rPr>
              <w:t>30</w:t>
            </w:r>
          </w:p>
        </w:tc>
        <w:tc>
          <w:tcPr>
            <w:tcW w:type="dxa" w:w="1476"/>
          </w:tcPr>
          <w:p>
            <w:pPr>
              <w:spacing w:after="0"/>
              <w:jc w:val="right"/>
            </w:pPr>
            <w:r>
              <w:rPr>
                <w:sz w:val="16"/>
              </w:rPr>
              <w:t>2.97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3 of 3</w:t>
            </w:r>
          </w:p>
        </w:tc>
        <w:tc>
          <w:tcPr>
            <w:tcW w:type="dxa" w:w="883"/>
          </w:tcPr>
          <w:p>
            <w:pPr>
              <w:spacing w:after="0"/>
              <w:jc w:val="right"/>
            </w:pPr>
            <w:r>
              <w:rPr>
                <w:sz w:val="16"/>
              </w:rPr>
              <w:t>44.9</w:t>
            </w:r>
          </w:p>
        </w:tc>
        <w:tc>
          <w:tcPr>
            <w:tcW w:type="dxa" w:w="680"/>
          </w:tcPr>
          <w:p>
            <w:pPr>
              <w:spacing w:after="0"/>
              <w:jc w:val="right"/>
            </w:pPr>
            <w:r>
              <w:rPr>
                <w:sz w:val="16"/>
              </w:rPr>
              <w:t>61.5</w:t>
            </w:r>
          </w:p>
        </w:tc>
        <w:tc>
          <w:tcPr>
            <w:tcW w:type="dxa" w:w="648"/>
          </w:tcPr>
          <w:p>
            <w:pPr>
              <w:spacing w:after="0"/>
              <w:jc w:val="right"/>
            </w:pPr>
            <w:r>
              <w:rPr>
                <w:sz w:val="16"/>
              </w:rPr>
              <w:t>64.8</w:t>
            </w:r>
          </w:p>
        </w:tc>
        <w:tc>
          <w:tcPr>
            <w:tcW w:type="dxa" w:w="3512"/>
          </w:tcPr>
          <w:p>
            <w:pPr>
              <w:spacing w:after="0"/>
              <w:jc w:val="left"/>
            </w:pPr>
            <w:r>
              <w:rPr>
                <w:sz w:val="16"/>
              </w:rPr>
              <w:t>Relatively Moderate 2,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3</w:t>
            </w:r>
          </w:p>
        </w:tc>
        <w:tc>
          <w:tcPr>
            <w:tcW w:type="dxa" w:w="883"/>
          </w:tcPr>
          <w:p>
            <w:pPr>
              <w:spacing w:after="0"/>
              <w:jc w:val="right"/>
            </w:pPr>
            <w:r>
              <w:rPr>
                <w:sz w:val="16"/>
              </w:rPr>
              <w:t>97.8</w:t>
            </w:r>
          </w:p>
        </w:tc>
        <w:tc>
          <w:tcPr>
            <w:tcW w:type="dxa" w:w="680"/>
          </w:tcPr>
          <w:p>
            <w:pPr>
              <w:spacing w:after="0"/>
              <w:jc w:val="right"/>
            </w:pPr>
            <w:r>
              <w:rPr>
                <w:sz w:val="16"/>
              </w:rPr>
              <w:t>98.5</w:t>
            </w:r>
          </w:p>
        </w:tc>
        <w:tc>
          <w:tcPr>
            <w:tcW w:type="dxa" w:w="648"/>
          </w:tcPr>
          <w:p>
            <w:pPr>
              <w:spacing w:after="0"/>
              <w:jc w:val="right"/>
            </w:pPr>
            <w:r>
              <w:rPr>
                <w:sz w:val="16"/>
              </w:rPr>
              <w:t>99.4</w:t>
            </w:r>
          </w:p>
        </w:tc>
        <w:tc>
          <w:tcPr>
            <w:tcW w:type="dxa" w:w="3512"/>
          </w:tcPr>
          <w:p>
            <w:pPr>
              <w:spacing w:after="0"/>
              <w:jc w:val="left"/>
            </w:pPr>
            <w:r>
              <w:rPr>
                <w:sz w:val="16"/>
              </w:rPr>
              <w:t>Relatively High 3</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3 of 3</w:t>
            </w:r>
          </w:p>
        </w:tc>
        <w:tc>
          <w:tcPr>
            <w:tcW w:type="dxa" w:w="883"/>
          </w:tcPr>
          <w:p>
            <w:pPr>
              <w:spacing w:after="0"/>
              <w:jc w:val="right"/>
            </w:pPr>
            <w:r>
              <w:rPr>
                <w:sz w:val="16"/>
              </w:rPr>
              <w:t>56.6</w:t>
            </w:r>
          </w:p>
        </w:tc>
        <w:tc>
          <w:tcPr>
            <w:tcW w:type="dxa" w:w="680"/>
          </w:tcPr>
          <w:p>
            <w:pPr>
              <w:spacing w:after="0"/>
              <w:jc w:val="right"/>
            </w:pPr>
            <w:r>
              <w:rPr>
                <w:sz w:val="16"/>
              </w:rPr>
              <w:t>70.5</w:t>
            </w:r>
          </w:p>
        </w:tc>
        <w:tc>
          <w:tcPr>
            <w:tcW w:type="dxa" w:w="648"/>
          </w:tcPr>
          <w:p>
            <w:pPr>
              <w:spacing w:after="0"/>
              <w:jc w:val="right"/>
            </w:pPr>
            <w:r>
              <w:rPr>
                <w:sz w:val="16"/>
              </w:rPr>
              <w:t>78.5</w:t>
            </w:r>
          </w:p>
        </w:tc>
        <w:tc>
          <w:tcPr>
            <w:tcW w:type="dxa" w:w="3512"/>
          </w:tcPr>
          <w:p>
            <w:pPr>
              <w:spacing w:after="0"/>
              <w:jc w:val="left"/>
            </w:pPr>
            <w:r>
              <w:rPr>
                <w:sz w:val="16"/>
              </w:rPr>
              <w:t>Relatively Moderate 1, Relatively Low 2</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3 of 3</w:t>
            </w:r>
          </w:p>
        </w:tc>
        <w:tc>
          <w:tcPr>
            <w:tcW w:type="dxa" w:w="883"/>
          </w:tcPr>
          <w:p>
            <w:pPr>
              <w:spacing w:after="0"/>
              <w:jc w:val="right"/>
            </w:pPr>
            <w:r>
              <w:rPr>
                <w:sz w:val="16"/>
              </w:rPr>
              <w:t>64.9</w:t>
            </w:r>
          </w:p>
        </w:tc>
        <w:tc>
          <w:tcPr>
            <w:tcW w:type="dxa" w:w="680"/>
          </w:tcPr>
          <w:p>
            <w:pPr>
              <w:spacing w:after="0"/>
              <w:jc w:val="right"/>
            </w:pPr>
            <w:r>
              <w:rPr>
                <w:sz w:val="16"/>
              </w:rPr>
              <w:t>71.9</w:t>
            </w:r>
          </w:p>
        </w:tc>
        <w:tc>
          <w:tcPr>
            <w:tcW w:type="dxa" w:w="648"/>
          </w:tcPr>
          <w:p>
            <w:pPr>
              <w:spacing w:after="0"/>
              <w:jc w:val="right"/>
            </w:pPr>
            <w:r>
              <w:rPr>
                <w:sz w:val="16"/>
              </w:rPr>
              <w:t>73.3</w:t>
            </w:r>
          </w:p>
        </w:tc>
        <w:tc>
          <w:tcPr>
            <w:tcW w:type="dxa" w:w="3512"/>
          </w:tcPr>
          <w:p>
            <w:pPr>
              <w:spacing w:after="0"/>
              <w:jc w:val="left"/>
            </w:pPr>
            <w:r>
              <w:rPr>
                <w:sz w:val="16"/>
              </w:rPr>
              <w:t>Relatively Moderate 2,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3 of 3</w:t>
            </w:r>
          </w:p>
        </w:tc>
        <w:tc>
          <w:tcPr>
            <w:tcW w:type="dxa" w:w="883"/>
          </w:tcPr>
          <w:p>
            <w:pPr>
              <w:spacing w:after="0"/>
              <w:jc w:val="right"/>
            </w:pPr>
            <w:r>
              <w:rPr>
                <w:sz w:val="16"/>
              </w:rPr>
              <w:t>38.2</w:t>
            </w:r>
          </w:p>
        </w:tc>
        <w:tc>
          <w:tcPr>
            <w:tcW w:type="dxa" w:w="680"/>
          </w:tcPr>
          <w:p>
            <w:pPr>
              <w:spacing w:after="0"/>
              <w:jc w:val="right"/>
            </w:pPr>
            <w:r>
              <w:rPr>
                <w:sz w:val="16"/>
              </w:rPr>
              <w:t>63.8</w:t>
            </w:r>
          </w:p>
        </w:tc>
        <w:tc>
          <w:tcPr>
            <w:tcW w:type="dxa" w:w="648"/>
          </w:tcPr>
          <w:p>
            <w:pPr>
              <w:spacing w:after="0"/>
              <w:jc w:val="right"/>
            </w:pPr>
            <w:r>
              <w:rPr>
                <w:sz w:val="16"/>
              </w:rPr>
              <w:t>68.4</w:t>
            </w:r>
          </w:p>
        </w:tc>
        <w:tc>
          <w:tcPr>
            <w:tcW w:type="dxa" w:w="3512"/>
          </w:tcPr>
          <w:p>
            <w:pPr>
              <w:spacing w:after="0"/>
              <w:jc w:val="left"/>
            </w:pPr>
            <w:r>
              <w:rPr>
                <w:sz w:val="16"/>
              </w:rPr>
              <w:t>Relatively Moderate 2,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3 of 3</w:t>
            </w:r>
          </w:p>
        </w:tc>
        <w:tc>
          <w:tcPr>
            <w:tcW w:type="dxa" w:w="883"/>
          </w:tcPr>
          <w:p>
            <w:pPr>
              <w:spacing w:after="0"/>
              <w:jc w:val="right"/>
            </w:pPr>
            <w:r>
              <w:rPr>
                <w:sz w:val="16"/>
              </w:rPr>
              <w:t>85.7</w:t>
            </w:r>
          </w:p>
        </w:tc>
        <w:tc>
          <w:tcPr>
            <w:tcW w:type="dxa" w:w="680"/>
          </w:tcPr>
          <w:p>
            <w:pPr>
              <w:spacing w:after="0"/>
              <w:jc w:val="right"/>
            </w:pPr>
            <w:r>
              <w:rPr>
                <w:sz w:val="16"/>
              </w:rPr>
              <w:t>87.4</w:t>
            </w:r>
          </w:p>
        </w:tc>
        <w:tc>
          <w:tcPr>
            <w:tcW w:type="dxa" w:w="648"/>
          </w:tcPr>
          <w:p>
            <w:pPr>
              <w:spacing w:after="0"/>
              <w:jc w:val="right"/>
            </w:pPr>
            <w:r>
              <w:rPr>
                <w:sz w:val="16"/>
              </w:rPr>
              <w:t>89.5</w:t>
            </w:r>
          </w:p>
        </w:tc>
        <w:tc>
          <w:tcPr>
            <w:tcW w:type="dxa" w:w="3512"/>
          </w:tcPr>
          <w:p>
            <w:pPr>
              <w:spacing w:after="0"/>
              <w:jc w:val="left"/>
            </w:pPr>
            <w:r>
              <w:rPr>
                <w:sz w:val="16"/>
              </w:rPr>
              <w:t>Relatively Moderate 3</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3 of 3</w:t>
            </w:r>
          </w:p>
        </w:tc>
        <w:tc>
          <w:tcPr>
            <w:tcW w:type="dxa" w:w="883"/>
          </w:tcPr>
          <w:p>
            <w:pPr>
              <w:spacing w:after="0"/>
              <w:jc w:val="right"/>
            </w:pPr>
            <w:r>
              <w:rPr>
                <w:sz w:val="16"/>
              </w:rPr>
              <w:t>55.5</w:t>
            </w:r>
          </w:p>
        </w:tc>
        <w:tc>
          <w:tcPr>
            <w:tcW w:type="dxa" w:w="680"/>
          </w:tcPr>
          <w:p>
            <w:pPr>
              <w:spacing w:after="0"/>
              <w:jc w:val="right"/>
            </w:pPr>
            <w:r>
              <w:rPr>
                <w:sz w:val="16"/>
              </w:rPr>
              <w:t>74.9</w:t>
            </w:r>
          </w:p>
        </w:tc>
        <w:tc>
          <w:tcPr>
            <w:tcW w:type="dxa" w:w="648"/>
          </w:tcPr>
          <w:p>
            <w:pPr>
              <w:spacing w:after="0"/>
              <w:jc w:val="right"/>
            </w:pPr>
            <w:r>
              <w:rPr>
                <w:sz w:val="16"/>
              </w:rPr>
              <w:t>79.4</w:t>
            </w:r>
          </w:p>
        </w:tc>
        <w:tc>
          <w:tcPr>
            <w:tcW w:type="dxa" w:w="3512"/>
          </w:tcPr>
          <w:p>
            <w:pPr>
              <w:spacing w:after="0"/>
              <w:jc w:val="left"/>
            </w:pPr>
            <w:r>
              <w:rPr>
                <w:sz w:val="16"/>
              </w:rPr>
              <w:t>Relatively Moderate 2,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3 of 3</w:t>
            </w:r>
          </w:p>
        </w:tc>
        <w:tc>
          <w:tcPr>
            <w:tcW w:type="dxa" w:w="883"/>
          </w:tcPr>
          <w:p>
            <w:pPr>
              <w:spacing w:after="0"/>
              <w:jc w:val="right"/>
            </w:pPr>
            <w:r>
              <w:rPr>
                <w:sz w:val="16"/>
              </w:rPr>
              <w:t>33.1</w:t>
            </w:r>
          </w:p>
        </w:tc>
        <w:tc>
          <w:tcPr>
            <w:tcW w:type="dxa" w:w="680"/>
          </w:tcPr>
          <w:p>
            <w:pPr>
              <w:spacing w:after="0"/>
              <w:jc w:val="right"/>
            </w:pPr>
            <w:r>
              <w:rPr>
                <w:sz w:val="16"/>
              </w:rPr>
              <w:t>53.2</w:t>
            </w:r>
          </w:p>
        </w:tc>
        <w:tc>
          <w:tcPr>
            <w:tcW w:type="dxa" w:w="648"/>
          </w:tcPr>
          <w:p>
            <w:pPr>
              <w:spacing w:after="0"/>
              <w:jc w:val="right"/>
            </w:pPr>
            <w:r>
              <w:rPr>
                <w:sz w:val="16"/>
              </w:rPr>
              <w:t>66.6</w:t>
            </w:r>
          </w:p>
        </w:tc>
        <w:tc>
          <w:tcPr>
            <w:tcW w:type="dxa" w:w="3512"/>
          </w:tcPr>
          <w:p>
            <w:pPr>
              <w:spacing w:after="0"/>
              <w:jc w:val="left"/>
            </w:pPr>
            <w:r>
              <w:rPr>
                <w:sz w:val="16"/>
              </w:rPr>
              <w:t>Relatively Moderate 2, Relatively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3 of 3</w:t>
            </w:r>
          </w:p>
        </w:tc>
        <w:tc>
          <w:tcPr>
            <w:tcW w:type="dxa" w:w="883"/>
          </w:tcPr>
          <w:p>
            <w:pPr>
              <w:spacing w:after="0"/>
              <w:jc w:val="right"/>
            </w:pPr>
            <w:r>
              <w:rPr>
                <w:sz w:val="16"/>
              </w:rPr>
              <w:t>69.7</w:t>
            </w:r>
          </w:p>
        </w:tc>
        <w:tc>
          <w:tcPr>
            <w:tcW w:type="dxa" w:w="680"/>
          </w:tcPr>
          <w:p>
            <w:pPr>
              <w:spacing w:after="0"/>
              <w:jc w:val="right"/>
            </w:pPr>
            <w:r>
              <w:rPr>
                <w:sz w:val="16"/>
              </w:rPr>
              <w:t>76.6</w:t>
            </w:r>
          </w:p>
        </w:tc>
        <w:tc>
          <w:tcPr>
            <w:tcW w:type="dxa" w:w="648"/>
          </w:tcPr>
          <w:p>
            <w:pPr>
              <w:spacing w:after="0"/>
              <w:jc w:val="right"/>
            </w:pPr>
            <w:r>
              <w:rPr>
                <w:sz w:val="16"/>
              </w:rPr>
              <w:t>83.3</w:t>
            </w:r>
          </w:p>
        </w:tc>
        <w:tc>
          <w:tcPr>
            <w:tcW w:type="dxa" w:w="3512"/>
          </w:tcPr>
          <w:p>
            <w:pPr>
              <w:spacing w:after="0"/>
              <w:jc w:val="left"/>
            </w:pPr>
            <w:r>
              <w:rPr>
                <w:sz w:val="16"/>
              </w:rPr>
              <w:t>Relatively Low 1, Very Low 2</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3 of 3</w:t>
            </w:r>
          </w:p>
        </w:tc>
        <w:tc>
          <w:tcPr>
            <w:tcW w:type="dxa" w:w="883"/>
          </w:tcPr>
          <w:p>
            <w:pPr>
              <w:spacing w:after="0"/>
              <w:jc w:val="right"/>
            </w:pPr>
            <w:r>
              <w:rPr>
                <w:sz w:val="16"/>
              </w:rPr>
              <w:t>53.2</w:t>
            </w:r>
          </w:p>
        </w:tc>
        <w:tc>
          <w:tcPr>
            <w:tcW w:type="dxa" w:w="680"/>
          </w:tcPr>
          <w:p>
            <w:pPr>
              <w:spacing w:after="0"/>
              <w:jc w:val="right"/>
            </w:pPr>
            <w:r>
              <w:rPr>
                <w:sz w:val="16"/>
              </w:rPr>
              <w:t>76.7</w:t>
            </w:r>
          </w:p>
        </w:tc>
        <w:tc>
          <w:tcPr>
            <w:tcW w:type="dxa" w:w="648"/>
          </w:tcPr>
          <w:p>
            <w:pPr>
              <w:spacing w:after="0"/>
              <w:jc w:val="right"/>
            </w:pPr>
            <w:r>
              <w:rPr>
                <w:sz w:val="16"/>
              </w:rPr>
              <w:t>81.5</w:t>
            </w:r>
          </w:p>
        </w:tc>
        <w:tc>
          <w:tcPr>
            <w:tcW w:type="dxa" w:w="3512"/>
          </w:tcPr>
          <w:p>
            <w:pPr>
              <w:spacing w:after="0"/>
              <w:jc w:val="left"/>
            </w:pPr>
            <w:r>
              <w:rPr>
                <w:sz w:val="16"/>
              </w:rPr>
              <w:t>Relatively High 1,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3 of 3</w:t>
            </w:r>
          </w:p>
        </w:tc>
        <w:tc>
          <w:tcPr>
            <w:tcW w:type="dxa" w:w="883"/>
          </w:tcPr>
          <w:p>
            <w:pPr>
              <w:spacing w:after="0"/>
              <w:jc w:val="right"/>
            </w:pPr>
            <w:r>
              <w:rPr>
                <w:sz w:val="16"/>
              </w:rPr>
              <w:t>91.0</w:t>
            </w:r>
          </w:p>
        </w:tc>
        <w:tc>
          <w:tcPr>
            <w:tcW w:type="dxa" w:w="680"/>
          </w:tcPr>
          <w:p>
            <w:pPr>
              <w:spacing w:after="0"/>
              <w:jc w:val="right"/>
            </w:pPr>
            <w:r>
              <w:rPr>
                <w:sz w:val="16"/>
              </w:rPr>
              <w:t>98.5</w:t>
            </w:r>
          </w:p>
        </w:tc>
        <w:tc>
          <w:tcPr>
            <w:tcW w:type="dxa" w:w="648"/>
          </w:tcPr>
          <w:p>
            <w:pPr>
              <w:spacing w:after="0"/>
              <w:jc w:val="right"/>
            </w:pPr>
            <w:r>
              <w:rPr>
                <w:sz w:val="16"/>
              </w:rPr>
              <w:t>98.5</w:t>
            </w:r>
          </w:p>
        </w:tc>
        <w:tc>
          <w:tcPr>
            <w:tcW w:type="dxa" w:w="3512"/>
          </w:tcPr>
          <w:p>
            <w:pPr>
              <w:spacing w:after="0"/>
              <w:jc w:val="left"/>
            </w:pPr>
            <w:r>
              <w:rPr>
                <w:sz w:val="16"/>
              </w:rPr>
              <w:t>Very High 2, Relatively High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3 of 3</w:t>
            </w:r>
          </w:p>
        </w:tc>
        <w:tc>
          <w:tcPr>
            <w:tcW w:type="dxa" w:w="883"/>
          </w:tcPr>
          <w:p>
            <w:pPr>
              <w:spacing w:after="0"/>
              <w:jc w:val="right"/>
            </w:pPr>
            <w:r>
              <w:rPr>
                <w:sz w:val="16"/>
              </w:rPr>
              <w:t>46.5</w:t>
            </w:r>
          </w:p>
        </w:tc>
        <w:tc>
          <w:tcPr>
            <w:tcW w:type="dxa" w:w="680"/>
          </w:tcPr>
          <w:p>
            <w:pPr>
              <w:spacing w:after="0"/>
              <w:jc w:val="right"/>
            </w:pPr>
            <w:r>
              <w:rPr>
                <w:sz w:val="16"/>
              </w:rPr>
              <w:t>58.5</w:t>
            </w:r>
          </w:p>
        </w:tc>
        <w:tc>
          <w:tcPr>
            <w:tcW w:type="dxa" w:w="648"/>
          </w:tcPr>
          <w:p>
            <w:pPr>
              <w:spacing w:after="0"/>
              <w:jc w:val="right"/>
            </w:pPr>
            <w:r>
              <w:rPr>
                <w:sz w:val="16"/>
              </w:rPr>
              <w:t>63.0</w:t>
            </w:r>
          </w:p>
        </w:tc>
        <w:tc>
          <w:tcPr>
            <w:tcW w:type="dxa" w:w="3512"/>
          </w:tcPr>
          <w:p>
            <w:pPr>
              <w:spacing w:after="0"/>
              <w:jc w:val="left"/>
            </w:pPr>
            <w:r>
              <w:rPr>
                <w:sz w:val="16"/>
              </w:rPr>
              <w:t>Relatively Moderate 2, Relatively Low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3</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3</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3 of 3</w:t>
            </w:r>
          </w:p>
        </w:tc>
        <w:tc>
          <w:tcPr>
            <w:tcW w:type="dxa" w:w="883"/>
          </w:tcPr>
          <w:p>
            <w:pPr>
              <w:spacing w:after="0"/>
              <w:jc w:val="right"/>
            </w:pPr>
            <w:r>
              <w:rPr>
                <w:sz w:val="16"/>
              </w:rPr>
              <w:t>68.0</w:t>
            </w:r>
          </w:p>
        </w:tc>
        <w:tc>
          <w:tcPr>
            <w:tcW w:type="dxa" w:w="680"/>
          </w:tcPr>
          <w:p>
            <w:pPr>
              <w:spacing w:after="0"/>
              <w:jc w:val="right"/>
            </w:pPr>
            <w:r>
              <w:rPr>
                <w:sz w:val="16"/>
              </w:rPr>
              <w:t>71.4</w:t>
            </w:r>
          </w:p>
        </w:tc>
        <w:tc>
          <w:tcPr>
            <w:tcW w:type="dxa" w:w="648"/>
          </w:tcPr>
          <w:p>
            <w:pPr>
              <w:spacing w:after="0"/>
              <w:jc w:val="right"/>
            </w:pPr>
            <w:r>
              <w:rPr>
                <w:sz w:val="16"/>
              </w:rPr>
              <w:t>72.4</w:t>
            </w:r>
          </w:p>
        </w:tc>
        <w:tc>
          <w:tcPr>
            <w:tcW w:type="dxa" w:w="3512"/>
          </w:tcPr>
          <w:p>
            <w:pPr>
              <w:spacing w:after="0"/>
              <w:jc w:val="left"/>
            </w:pPr>
            <w:r>
              <w:rPr>
                <w:sz w:val="16"/>
              </w:rPr>
              <w:t>Relatively Low 2, Very Low 1</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3 of 3</w:t>
            </w:r>
          </w:p>
        </w:tc>
        <w:tc>
          <w:tcPr>
            <w:tcW w:type="dxa" w:w="883"/>
          </w:tcPr>
          <w:p>
            <w:pPr>
              <w:spacing w:after="0"/>
              <w:jc w:val="right"/>
            </w:pPr>
            <w:r>
              <w:rPr>
                <w:sz w:val="16"/>
              </w:rPr>
              <w:t>69.5</w:t>
            </w:r>
          </w:p>
        </w:tc>
        <w:tc>
          <w:tcPr>
            <w:tcW w:type="dxa" w:w="680"/>
          </w:tcPr>
          <w:p>
            <w:pPr>
              <w:spacing w:after="0"/>
              <w:jc w:val="right"/>
            </w:pPr>
            <w:r>
              <w:rPr>
                <w:sz w:val="16"/>
              </w:rPr>
              <w:t>85.8</w:t>
            </w:r>
          </w:p>
        </w:tc>
        <w:tc>
          <w:tcPr>
            <w:tcW w:type="dxa" w:w="648"/>
          </w:tcPr>
          <w:p>
            <w:pPr>
              <w:spacing w:after="0"/>
              <w:jc w:val="right"/>
            </w:pPr>
            <w:r>
              <w:rPr>
                <w:sz w:val="16"/>
              </w:rPr>
              <w:t>88.3</w:t>
            </w:r>
          </w:p>
        </w:tc>
        <w:tc>
          <w:tcPr>
            <w:tcW w:type="dxa" w:w="3512"/>
          </w:tcPr>
          <w:p>
            <w:pPr>
              <w:spacing w:after="0"/>
              <w:jc w:val="left"/>
            </w:pPr>
            <w:r>
              <w:rPr>
                <w:sz w:val="16"/>
              </w:rPr>
              <w:t>Relatively High 2,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28"/>
        <w:gridCol w:w="891"/>
        <w:gridCol w:w="3467"/>
        <w:gridCol w:w="2765"/>
        <w:gridCol w:w="1945"/>
        <w:gridCol w:w="2366"/>
        <w:gridCol w:w="850"/>
      </w:tblGrid>
      <w:tr>
        <w:trPr>
          <w:cantSplit/>
          <w:tblHeader/>
        </w:trPr>
        <w:tc>
          <w:tcPr>
            <w:tcW w:type="dxa" w:w="1828"/>
            <w:shd w:val="clear" w:color="auto" w:fill="E8E8E8"/>
          </w:tcPr>
          <w:p>
            <w:pPr>
              <w:spacing w:after="0"/>
              <w:jc w:val="left"/>
            </w:pPr>
            <w:r>
              <w:rPr>
                <w:b/>
                <w:sz w:val="16"/>
              </w:rPr>
              <w:t>Member</w:t>
            </w:r>
          </w:p>
        </w:tc>
        <w:tc>
          <w:tcPr>
            <w:tcW w:type="dxa" w:w="891"/>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828"/>
          </w:tcPr>
          <w:p>
            <w:pPr>
              <w:spacing w:after="0"/>
              <w:jc w:val="left"/>
            </w:pPr>
            <w:r>
              <w:rPr>
                <w:sz w:val="16"/>
              </w:rPr>
              <w:t>Lunenburg County</w:t>
            </w:r>
          </w:p>
        </w:tc>
        <w:tc>
          <w:tcPr>
            <w:tcW w:type="dxa" w:w="891"/>
          </w:tcPr>
          <w:p>
            <w:pPr>
              <w:spacing w:after="0"/>
              <w:jc w:val="left"/>
            </w:pPr>
            <w:r>
              <w:rPr>
                <w:sz w:val="16"/>
              </w:rPr>
              <w:t>County</w:t>
            </w:r>
          </w:p>
        </w:tc>
        <w:tc>
          <w:tcPr>
            <w:tcW w:type="dxa" w:w="3467"/>
          </w:tcPr>
          <w:p>
            <w:pPr>
              <w:spacing w:after="0"/>
              <w:jc w:val="left"/>
            </w:pPr>
            <w:r>
              <w:rPr>
                <w:sz w:val="16"/>
              </w:rPr>
              <w:t>Approved, expires 2029-03-19</w:t>
            </w:r>
          </w:p>
        </w:tc>
        <w:tc>
          <w:tcPr>
            <w:tcW w:type="dxa" w:w="2765"/>
          </w:tcPr>
          <w:p>
            <w:pPr>
              <w:spacing w:after="0"/>
              <w:jc w:val="right"/>
            </w:pPr>
            <w:r>
              <w:rPr>
                <w:sz w:val="16"/>
              </w:rPr>
              <w:t>FMA RL 0, SRL 0; any 0</w:t>
            </w:r>
          </w:p>
        </w:tc>
        <w:tc>
          <w:tcPr>
            <w:tcW w:type="dxa" w:w="1945"/>
          </w:tcPr>
          <w:p>
            <w:pPr>
              <w:spacing w:after="0"/>
              <w:jc w:val="right"/>
            </w:pPr>
            <w:r>
              <w:rPr>
                <w:sz w:val="16"/>
              </w:rPr>
              <w:t>$23,042.69</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828"/>
          </w:tcPr>
          <w:p>
            <w:pPr>
              <w:spacing w:after="0"/>
              <w:jc w:val="left"/>
            </w:pPr>
            <w:r>
              <w:rPr>
                <w:sz w:val="16"/>
              </w:rPr>
              <w:t>Kenbridge town</w:t>
            </w:r>
          </w:p>
        </w:tc>
        <w:tc>
          <w:tcPr>
            <w:tcW w:type="dxa" w:w="891"/>
          </w:tcPr>
          <w:p>
            <w:pPr>
              <w:spacing w:after="0"/>
              <w:jc w:val="left"/>
            </w:pPr>
            <w:r>
              <w:rPr>
                <w:sz w:val="16"/>
              </w:rPr>
              <w:t>Town</w:t>
            </w:r>
          </w:p>
        </w:tc>
        <w:tc>
          <w:tcPr>
            <w:tcW w:type="dxa" w:w="3467"/>
          </w:tcPr>
          <w:p>
            <w:pPr>
              <w:spacing w:after="0"/>
              <w:jc w:val="left"/>
            </w:pPr>
            <w:r>
              <w:rPr>
                <w:sz w:val="16"/>
              </w:rPr>
              <w:t>Approved, expires 2029-03-19</w:t>
            </w:r>
          </w:p>
        </w:tc>
        <w:tc>
          <w:tcPr>
            <w:tcW w:type="dxa" w:w="2765"/>
          </w:tcPr>
          <w:p>
            <w:pPr>
              <w:spacing w:after="0"/>
              <w:jc w:val="right"/>
            </w:pPr>
            <w:r>
              <w:rPr>
                <w:sz w:val="16"/>
              </w:rPr>
              <w:t>FMA RL 0, SRL 0; any 0</w:t>
            </w:r>
          </w:p>
        </w:tc>
        <w:tc>
          <w:tcPr>
            <w:tcW w:type="dxa" w:w="1945"/>
          </w:tcPr>
          <w:p>
            <w:pPr>
              <w:spacing w:after="0"/>
              <w:jc w:val="right"/>
            </w:pPr>
            <w:r>
              <w:rPr>
                <w:sz w:val="16"/>
              </w:rPr>
              <w:t>$107,357.75</w:t>
            </w:r>
          </w:p>
        </w:tc>
        <w:tc>
          <w:tcPr>
            <w:tcW w:type="dxa" w:w="2366"/>
          </w:tcPr>
          <w:p>
            <w:pPr>
              <w:spacing w:after="0"/>
              <w:jc w:val="right"/>
            </w:pPr>
            <w:r>
              <w:rPr>
                <w:sz w:val="16"/>
              </w:rPr>
              <w:t>25; 2</w:t>
            </w:r>
          </w:p>
        </w:tc>
        <w:tc>
          <w:tcPr>
            <w:tcW w:type="dxa" w:w="850"/>
          </w:tcPr>
          <w:p>
            <w:pPr>
              <w:spacing w:after="0"/>
              <w:jc w:val="left"/>
            </w:pPr>
          </w:p>
        </w:tc>
      </w:tr>
      <w:tr>
        <w:trPr>
          <w:cantSplit/>
        </w:trPr>
        <w:tc>
          <w:tcPr>
            <w:tcW w:type="dxa" w:w="1828"/>
          </w:tcPr>
          <w:p>
            <w:pPr>
              <w:spacing w:after="0"/>
              <w:jc w:val="left"/>
            </w:pPr>
            <w:r>
              <w:rPr>
                <w:sz w:val="16"/>
              </w:rPr>
              <w:t>Victoria town</w:t>
            </w:r>
          </w:p>
        </w:tc>
        <w:tc>
          <w:tcPr>
            <w:tcW w:type="dxa" w:w="891"/>
          </w:tcPr>
          <w:p>
            <w:pPr>
              <w:spacing w:after="0"/>
              <w:jc w:val="left"/>
            </w:pPr>
            <w:r>
              <w:rPr>
                <w:sz w:val="16"/>
              </w:rPr>
              <w:t>Town</w:t>
            </w:r>
          </w:p>
        </w:tc>
        <w:tc>
          <w:tcPr>
            <w:tcW w:type="dxa" w:w="3467"/>
          </w:tcPr>
          <w:p>
            <w:pPr>
              <w:spacing w:after="0"/>
              <w:jc w:val="left"/>
            </w:pPr>
            <w:r>
              <w:rPr>
                <w:sz w:val="16"/>
              </w:rPr>
              <w:t>Approved, expires 2029-03-19</w:t>
            </w:r>
          </w:p>
        </w:tc>
        <w:tc>
          <w:tcPr>
            <w:tcW w:type="dxa" w:w="2765"/>
          </w:tcPr>
          <w:p>
            <w:pPr>
              <w:spacing w:after="0"/>
              <w:jc w:val="right"/>
            </w:pPr>
            <w:r>
              <w:rPr>
                <w:sz w:val="16"/>
              </w:rPr>
              <w:t>FMA RL 0, SRL 0; any 0</w:t>
            </w:r>
          </w:p>
        </w:tc>
        <w:tc>
          <w:tcPr>
            <w:tcW w:type="dxa" w:w="1945"/>
          </w:tcPr>
          <w:p>
            <w:pPr>
              <w:spacing w:after="0"/>
              <w:jc w:val="right"/>
            </w:pPr>
            <w:r>
              <w:rPr>
                <w:sz w:val="16"/>
              </w:rPr>
              <w:t>$75,012.46</w:t>
            </w:r>
          </w:p>
        </w:tc>
        <w:tc>
          <w:tcPr>
            <w:tcW w:type="dxa" w:w="2366"/>
          </w:tcPr>
          <w:p>
            <w:pPr>
              <w:spacing w:after="0"/>
              <w:jc w:val="right"/>
            </w:pPr>
            <w:r>
              <w:rPr>
                <w:sz w:val="16"/>
              </w:rPr>
              <w:t>39; 5</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2024-03-20</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$2,575,708,106</w:t>
            </w:r>
          </w:p>
        </w:tc>
        <w:tc>
          <w:tcPr>
            <w:tcW w:type="dxa" w:w="1135"/>
          </w:tcPr>
          <w:p>
            <w:pPr>
              <w:spacing w:after="0"/>
              <w:jc w:val="right"/>
            </w:pPr>
            <w:r>
              <w:rPr>
                <w:sz w:val="16"/>
              </w:rPr>
              <w:t>$22,079,654</w:t>
            </w:r>
          </w:p>
        </w:tc>
        <w:tc>
          <w:tcPr>
            <w:tcW w:type="dxa" w:w="1044"/>
          </w:tcPr>
          <w:p>
            <w:pPr>
              <w:spacing w:after="0"/>
              <w:jc w:val="right"/>
            </w:pPr>
            <w:r>
              <w:rPr>
                <w:sz w:val="16"/>
              </w:rPr>
              <w:t>11,930</w:t>
            </w:r>
          </w:p>
        </w:tc>
        <w:tc>
          <w:tcPr>
            <w:tcW w:type="dxa" w:w="1037"/>
          </w:tcPr>
          <w:p>
            <w:pPr>
              <w:spacing w:after="0"/>
              <w:jc w:val="right"/>
            </w:pPr>
            <w:r>
              <w:rPr>
                <w:sz w:val="16"/>
              </w:rPr>
              <w:t>$963</w:t>
            </w:r>
          </w:p>
        </w:tc>
        <w:tc>
          <w:tcPr>
            <w:tcW w:type="dxa" w:w="1126"/>
          </w:tcPr>
          <w:p>
            <w:pPr>
              <w:spacing w:after="0"/>
              <w:jc w:val="right"/>
            </w:pPr>
            <w:r>
              <w:rPr>
                <w:sz w:val="16"/>
              </w:rPr>
              <w:t>$7,464</w:t>
            </w:r>
          </w:p>
        </w:tc>
        <w:tc>
          <w:tcPr>
            <w:tcW w:type="dxa" w:w="1167"/>
          </w:tcPr>
          <w:p>
            <w:pPr>
              <w:spacing w:after="0"/>
              <w:jc w:val="right"/>
            </w:pPr>
            <w:r>
              <w:rPr>
                <w:sz w:val="16"/>
              </w:rPr>
              <w:t>$127,149</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$13,758,607</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$1,126,479</w:t>
            </w:r>
          </w:p>
        </w:tc>
        <w:tc>
          <w:tcPr>
            <w:tcW w:type="dxa" w:w="1167"/>
          </w:tcPr>
          <w:p>
            <w:pPr>
              <w:spacing w:after="0"/>
              <w:jc w:val="right"/>
            </w:pPr>
          </w:p>
        </w:tc>
        <w:tc>
          <w:tcPr>
            <w:tcW w:type="dxa" w:w="1305"/>
          </w:tcPr>
          <w:p>
            <w:pPr>
              <w:spacing w:after="0"/>
              <w:jc w:val="right"/>
            </w:pPr>
            <w:r>
              <w:rPr>
                <w:sz w:val="16"/>
              </w:rPr>
              <w:t>8.19% (agriculture)</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$4,371,880,466</w:t>
            </w:r>
          </w:p>
        </w:tc>
        <w:tc>
          <w:tcPr>
            <w:tcW w:type="dxa" w:w="1135"/>
          </w:tcPr>
          <w:p>
            <w:pPr>
              <w:spacing w:after="0"/>
              <w:jc w:val="right"/>
            </w:pPr>
          </w:p>
        </w:tc>
        <w:tc>
          <w:tcPr>
            <w:tcW w:type="dxa" w:w="1044"/>
          </w:tcPr>
          <w:p>
            <w:pPr>
              <w:spacing w:after="0"/>
              <w:jc w:val="right"/>
            </w:pPr>
            <w:r>
              <w:rPr>
                <w:sz w:val="16"/>
              </w:rPr>
              <w:t>11,936</w:t>
            </w:r>
          </w:p>
        </w:tc>
        <w:tc>
          <w:tcPr>
            <w:tcW w:type="dxa" w:w="1037"/>
          </w:tcPr>
          <w:p>
            <w:pPr>
              <w:spacing w:after="0"/>
              <w:jc w:val="right"/>
            </w:pPr>
            <w:r>
              <w:rPr>
                <w:sz w:val="16"/>
              </w:rPr>
              <w:t>$137,341</w:t>
            </w:r>
          </w:p>
        </w:tc>
        <w:tc>
          <w:tcPr>
            <w:tcW w:type="dxa" w:w="1126"/>
          </w:tcPr>
          <w:p>
            <w:pPr>
              <w:spacing w:after="0"/>
              <w:jc w:val="right"/>
            </w:pPr>
          </w:p>
        </w:tc>
        <w:tc>
          <w:tcPr>
            <w:tcW w:type="dxa" w:w="1167"/>
          </w:tcPr>
          <w:p>
            <w:pPr>
              <w:spacing w:after="0"/>
              <w:jc w:val="right"/>
            </w:pPr>
            <w:r>
              <w:rPr>
                <w:sz w:val="16"/>
              </w:rPr>
              <w:t>$44,435</w:t>
            </w:r>
          </w:p>
        </w:tc>
        <w:tc>
          <w:tcPr>
            <w:tcW w:type="dxa" w:w="1305"/>
          </w:tcPr>
          <w:p>
            <w:pPr>
              <w:spacing w:after="0"/>
              <w:jc w:val="right"/>
            </w:pPr>
            <w:r>
              <w:rPr>
                <w:sz w:val="16"/>
              </w:rPr>
              <w:t>0.00314%</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$2,575,708,106</w:t>
            </w:r>
          </w:p>
        </w:tc>
        <w:tc>
          <w:tcPr>
            <w:tcW w:type="dxa" w:w="1135"/>
          </w:tcPr>
          <w:p>
            <w:pPr>
              <w:spacing w:after="0"/>
              <w:jc w:val="right"/>
            </w:pPr>
            <w:r>
              <w:rPr>
                <w:sz w:val="16"/>
              </w:rPr>
              <w:t>$22,079,654</w:t>
            </w:r>
          </w:p>
        </w:tc>
        <w:tc>
          <w:tcPr>
            <w:tcW w:type="dxa" w:w="1044"/>
          </w:tcPr>
          <w:p>
            <w:pPr>
              <w:spacing w:after="0"/>
              <w:jc w:val="right"/>
            </w:pPr>
            <w:r>
              <w:rPr>
                <w:sz w:val="16"/>
              </w:rPr>
              <w:t>11,930</w:t>
            </w:r>
          </w:p>
        </w:tc>
        <w:tc>
          <w:tcPr>
            <w:tcW w:type="dxa" w:w="1037"/>
          </w:tcPr>
          <w:p>
            <w:pPr>
              <w:spacing w:after="0"/>
              <w:jc w:val="right"/>
            </w:pPr>
            <w:r>
              <w:rPr>
                <w:sz w:val="16"/>
              </w:rPr>
              <w:t>$22,490</w:t>
            </w:r>
          </w:p>
        </w:tc>
        <w:tc>
          <w:tcPr>
            <w:tcW w:type="dxa" w:w="1126"/>
          </w:tcPr>
          <w:p>
            <w:pPr>
              <w:spacing w:after="0"/>
              <w:jc w:val="right"/>
            </w:pPr>
            <w:r>
              <w:rPr>
                <w:sz w:val="16"/>
              </w:rPr>
              <w:t>$9,124</w:t>
            </w:r>
          </w:p>
        </w:tc>
        <w:tc>
          <w:tcPr>
            <w:tcW w:type="dxa" w:w="1167"/>
          </w:tcPr>
          <w:p>
            <w:pPr>
              <w:spacing w:after="0"/>
              <w:jc w:val="right"/>
            </w:pPr>
            <w:r>
              <w:rPr>
                <w:sz w:val="16"/>
              </w:rPr>
              <w:t>$10,595</w:t>
            </w:r>
          </w:p>
        </w:tc>
        <w:tc>
          <w:tcPr>
            <w:tcW w:type="dxa" w:w="1305"/>
          </w:tcPr>
          <w:p>
            <w:pPr>
              <w:spacing w:after="0"/>
              <w:jc w:val="right"/>
            </w:pPr>
            <w:r>
              <w:rPr>
                <w:sz w:val="16"/>
              </w:rPr>
              <w:t>0.000873%</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$2,575,708,106</w:t>
            </w:r>
          </w:p>
        </w:tc>
        <w:tc>
          <w:tcPr>
            <w:tcW w:type="dxa" w:w="1135"/>
          </w:tcPr>
          <w:p>
            <w:pPr>
              <w:spacing w:after="0"/>
              <w:jc w:val="right"/>
            </w:pPr>
            <w:r>
              <w:rPr>
                <w:sz w:val="16"/>
              </w:rPr>
              <w:t>$22,079,654</w:t>
            </w:r>
          </w:p>
        </w:tc>
        <w:tc>
          <w:tcPr>
            <w:tcW w:type="dxa" w:w="1044"/>
          </w:tcPr>
          <w:p>
            <w:pPr>
              <w:spacing w:after="0"/>
              <w:jc w:val="right"/>
            </w:pPr>
            <w:r>
              <w:rPr>
                <w:sz w:val="16"/>
              </w:rPr>
              <w:t>11,930</w:t>
            </w:r>
          </w:p>
        </w:tc>
        <w:tc>
          <w:tcPr>
            <w:tcW w:type="dxa" w:w="1037"/>
          </w:tcPr>
          <w:p>
            <w:pPr>
              <w:spacing w:after="0"/>
              <w:jc w:val="right"/>
            </w:pPr>
            <w:r>
              <w:rPr>
                <w:sz w:val="16"/>
              </w:rPr>
              <w:t>$7</w:t>
            </w:r>
          </w:p>
        </w:tc>
        <w:tc>
          <w:tcPr>
            <w:tcW w:type="dxa" w:w="1126"/>
          </w:tcPr>
          <w:p>
            <w:pPr>
              <w:spacing w:after="0"/>
              <w:jc w:val="right"/>
            </w:pPr>
            <w:r>
              <w:rPr>
                <w:sz w:val="16"/>
              </w:rPr>
              <w:t>$25</w:t>
            </w:r>
          </w:p>
        </w:tc>
        <w:tc>
          <w:tcPr>
            <w:tcW w:type="dxa" w:w="1167"/>
          </w:tcPr>
          <w:p>
            <w:pPr>
              <w:spacing w:after="0"/>
              <w:jc w:val="right"/>
            </w:pPr>
            <w:r>
              <w:rPr>
                <w:sz w:val="16"/>
              </w:rPr>
              <w:t>$97,799</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$2,574,992,131</w:t>
            </w:r>
          </w:p>
        </w:tc>
        <w:tc>
          <w:tcPr>
            <w:tcW w:type="dxa" w:w="1135"/>
          </w:tcPr>
          <w:p>
            <w:pPr>
              <w:spacing w:after="0"/>
              <w:jc w:val="right"/>
            </w:pPr>
            <w:r>
              <w:rPr>
                <w:sz w:val="16"/>
              </w:rPr>
              <w:t>$22,079,654</w:t>
            </w:r>
          </w:p>
        </w:tc>
        <w:tc>
          <w:tcPr>
            <w:tcW w:type="dxa" w:w="1044"/>
          </w:tcPr>
          <w:p>
            <w:pPr>
              <w:spacing w:after="0"/>
              <w:jc w:val="right"/>
            </w:pPr>
            <w:r>
              <w:rPr>
                <w:sz w:val="16"/>
              </w:rPr>
              <w:t>11,928</w:t>
            </w:r>
          </w:p>
        </w:tc>
        <w:tc>
          <w:tcPr>
            <w:tcW w:type="dxa" w:w="1037"/>
          </w:tcPr>
          <w:p>
            <w:pPr>
              <w:spacing w:after="0"/>
              <w:jc w:val="right"/>
            </w:pPr>
            <w:r>
              <w:rPr>
                <w:sz w:val="16"/>
              </w:rPr>
              <w:t>$592,216</w:t>
            </w:r>
          </w:p>
        </w:tc>
        <w:tc>
          <w:tcPr>
            <w:tcW w:type="dxa" w:w="1126"/>
          </w:tcPr>
          <w:p>
            <w:pPr>
              <w:spacing w:after="0"/>
              <w:jc w:val="right"/>
            </w:pPr>
            <w:r>
              <w:rPr>
                <w:sz w:val="16"/>
              </w:rPr>
              <w:t>$83,797</w:t>
            </w:r>
          </w:p>
        </w:tc>
        <w:tc>
          <w:tcPr>
            <w:tcW w:type="dxa" w:w="1167"/>
          </w:tcPr>
          <w:p>
            <w:pPr>
              <w:spacing w:after="0"/>
              <w:jc w:val="right"/>
            </w:pPr>
            <w:r>
              <w:rPr>
                <w:sz w:val="16"/>
              </w:rPr>
              <w:t>$17,869</w:t>
            </w:r>
          </w:p>
        </w:tc>
        <w:tc>
          <w:tcPr>
            <w:tcW w:type="dxa" w:w="1305"/>
          </w:tcPr>
          <w:p>
            <w:pPr>
              <w:spacing w:after="0"/>
              <w:jc w:val="right"/>
            </w:pPr>
            <w:r>
              <w:rPr>
                <w:sz w:val="16"/>
              </w:rPr>
              <w:t>0.023%</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$2,575,708,106</w:t>
            </w:r>
          </w:p>
        </w:tc>
        <w:tc>
          <w:tcPr>
            <w:tcW w:type="dxa" w:w="1135"/>
          </w:tcPr>
          <w:p>
            <w:pPr>
              <w:spacing w:after="0"/>
              <w:jc w:val="right"/>
            </w:pPr>
          </w:p>
        </w:tc>
        <w:tc>
          <w:tcPr>
            <w:tcW w:type="dxa" w:w="1044"/>
          </w:tcPr>
          <w:p>
            <w:pPr>
              <w:spacing w:after="0"/>
              <w:jc w:val="right"/>
            </w:pPr>
            <w:r>
              <w:rPr>
                <w:sz w:val="16"/>
              </w:rPr>
              <w:t>11,930</w:t>
            </w:r>
          </w:p>
        </w:tc>
        <w:tc>
          <w:tcPr>
            <w:tcW w:type="dxa" w:w="1037"/>
          </w:tcPr>
          <w:p>
            <w:pPr>
              <w:spacing w:after="0"/>
              <w:jc w:val="right"/>
            </w:pPr>
            <w:r>
              <w:rPr>
                <w:sz w:val="16"/>
              </w:rPr>
              <w:t>$21,669</w:t>
            </w:r>
          </w:p>
        </w:tc>
        <w:tc>
          <w:tcPr>
            <w:tcW w:type="dxa" w:w="1126"/>
          </w:tcPr>
          <w:p>
            <w:pPr>
              <w:spacing w:after="0"/>
              <w:jc w:val="right"/>
            </w:pPr>
          </w:p>
        </w:tc>
        <w:tc>
          <w:tcPr>
            <w:tcW w:type="dxa" w:w="1167"/>
          </w:tcPr>
          <w:p>
            <w:pPr>
              <w:spacing w:after="0"/>
              <w:jc w:val="right"/>
            </w:pPr>
            <w:r>
              <w:rPr>
                <w:sz w:val="16"/>
              </w:rPr>
              <w:t>$178</w:t>
            </w:r>
          </w:p>
        </w:tc>
        <w:tc>
          <w:tcPr>
            <w:tcW w:type="dxa" w:w="1305"/>
          </w:tcPr>
          <w:p>
            <w:pPr>
              <w:spacing w:after="0"/>
              <w:jc w:val="right"/>
            </w:pPr>
            <w:r>
              <w:rPr>
                <w:sz w:val="16"/>
              </w:rPr>
              <w:t>0.000841%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$2,571,723,628</w:t>
            </w:r>
          </w:p>
        </w:tc>
        <w:tc>
          <w:tcPr>
            <w:tcW w:type="dxa" w:w="1135"/>
          </w:tcPr>
          <w:p>
            <w:pPr>
              <w:spacing w:after="0"/>
              <w:jc w:val="right"/>
            </w:pPr>
            <w:r>
              <w:rPr>
                <w:sz w:val="16"/>
              </w:rPr>
              <w:t>$104,930</w:t>
            </w:r>
          </w:p>
        </w:tc>
        <w:tc>
          <w:tcPr>
            <w:tcW w:type="dxa" w:w="1044"/>
          </w:tcPr>
          <w:p>
            <w:pPr>
              <w:spacing w:after="0"/>
              <w:jc w:val="right"/>
            </w:pPr>
            <w:r>
              <w:rPr>
                <w:sz w:val="16"/>
              </w:rPr>
              <w:t>12</w:t>
            </w:r>
          </w:p>
        </w:tc>
        <w:tc>
          <w:tcPr>
            <w:tcW w:type="dxa" w:w="1037"/>
          </w:tcPr>
          <w:p>
            <w:pPr>
              <w:spacing w:after="0"/>
              <w:jc w:val="right"/>
            </w:pPr>
            <w:r>
              <w:rPr>
                <w:sz w:val="16"/>
              </w:rPr>
              <w:t>$1,179,437</w:t>
            </w:r>
          </w:p>
        </w:tc>
        <w:tc>
          <w:tcPr>
            <w:tcW w:type="dxa" w:w="1126"/>
          </w:tcPr>
          <w:p>
            <w:pPr>
              <w:spacing w:after="0"/>
              <w:jc w:val="right"/>
            </w:pPr>
            <w:r>
              <w:rPr>
                <w:sz w:val="16"/>
              </w:rPr>
              <w:t>$416</w:t>
            </w:r>
          </w:p>
        </w:tc>
        <w:tc>
          <w:tcPr>
            <w:tcW w:type="dxa" w:w="1167"/>
          </w:tcPr>
          <w:p>
            <w:pPr>
              <w:spacing w:after="0"/>
              <w:jc w:val="right"/>
            </w:pPr>
            <w:r>
              <w:rPr>
                <w:sz w:val="16"/>
              </w:rPr>
              <w:t>$160</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r>
              <w:rPr>
                <w:sz w:val="16"/>
              </w:rPr>
              <w:t>none found (1 declaration)</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$27,400,201</w:t>
            </w:r>
          </w:p>
        </w:tc>
        <w:tc>
          <w:tcPr>
            <w:tcW w:type="dxa" w:w="1135"/>
          </w:tcPr>
          <w:p>
            <w:pPr>
              <w:spacing w:after="0"/>
              <w:jc w:val="right"/>
            </w:pPr>
          </w:p>
        </w:tc>
        <w:tc>
          <w:tcPr>
            <w:tcW w:type="dxa" w:w="1044"/>
          </w:tcPr>
          <w:p>
            <w:pPr>
              <w:spacing w:after="0"/>
              <w:jc w:val="right"/>
            </w:pPr>
            <w:r>
              <w:rPr>
                <w:sz w:val="16"/>
              </w:rPr>
              <w:t>134</w:t>
            </w:r>
          </w:p>
        </w:tc>
        <w:tc>
          <w:tcPr>
            <w:tcW w:type="dxa" w:w="1037"/>
          </w:tcPr>
          <w:p>
            <w:pPr>
              <w:spacing w:after="0"/>
              <w:jc w:val="right"/>
            </w:pPr>
            <w:r>
              <w:rPr>
                <w:sz w:val="16"/>
              </w:rPr>
              <w:t>$56</w:t>
            </w:r>
          </w:p>
        </w:tc>
        <w:tc>
          <w:tcPr>
            <w:tcW w:type="dxa" w:w="1126"/>
          </w:tcPr>
          <w:p>
            <w:pPr>
              <w:spacing w:after="0"/>
              <w:jc w:val="right"/>
            </w:pPr>
          </w:p>
        </w:tc>
        <w:tc>
          <w:tcPr>
            <w:tcW w:type="dxa" w:w="1167"/>
          </w:tcPr>
          <w:p>
            <w:pPr>
              <w:spacing w:after="0"/>
              <w:jc w:val="right"/>
            </w:pPr>
            <w:r>
              <w:rPr>
                <w:sz w:val="16"/>
              </w:rPr>
              <w:t>$81</w:t>
            </w:r>
          </w:p>
        </w:tc>
        <w:tc>
          <w:tcPr>
            <w:tcW w:type="dxa" w:w="1305"/>
          </w:tcPr>
          <w:p>
            <w:pPr>
              <w:spacing w:after="0"/>
              <w:jc w:val="right"/>
            </w:pPr>
            <w:r>
              <w:rPr>
                <w:sz w:val="16"/>
              </w:rPr>
              <w:t>0.000204%</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$2,575,708,106</w:t>
            </w:r>
          </w:p>
        </w:tc>
        <w:tc>
          <w:tcPr>
            <w:tcW w:type="dxa" w:w="1135"/>
          </w:tcPr>
          <w:p>
            <w:pPr>
              <w:spacing w:after="0"/>
              <w:jc w:val="right"/>
            </w:pPr>
          </w:p>
        </w:tc>
        <w:tc>
          <w:tcPr>
            <w:tcW w:type="dxa" w:w="1044"/>
          </w:tcPr>
          <w:p>
            <w:pPr>
              <w:spacing w:after="0"/>
              <w:jc w:val="right"/>
            </w:pPr>
            <w:r>
              <w:rPr>
                <w:sz w:val="16"/>
              </w:rPr>
              <w:t>11,930</w:t>
            </w:r>
          </w:p>
        </w:tc>
        <w:tc>
          <w:tcPr>
            <w:tcW w:type="dxa" w:w="1037"/>
          </w:tcPr>
          <w:p>
            <w:pPr>
              <w:spacing w:after="0"/>
              <w:jc w:val="right"/>
            </w:pPr>
            <w:r>
              <w:rPr>
                <w:sz w:val="16"/>
              </w:rPr>
              <w:t>$2,835</w:t>
            </w:r>
          </w:p>
        </w:tc>
        <w:tc>
          <w:tcPr>
            <w:tcW w:type="dxa" w:w="1126"/>
          </w:tcPr>
          <w:p>
            <w:pPr>
              <w:spacing w:after="0"/>
              <w:jc w:val="right"/>
            </w:pPr>
          </w:p>
        </w:tc>
        <w:tc>
          <w:tcPr>
            <w:tcW w:type="dxa" w:w="1167"/>
          </w:tcPr>
          <w:p>
            <w:pPr>
              <w:spacing w:after="0"/>
              <w:jc w:val="right"/>
            </w:pPr>
            <w:r>
              <w:rPr>
                <w:sz w:val="16"/>
              </w:rPr>
              <w:t>$42,474</w:t>
            </w:r>
          </w:p>
        </w:tc>
        <w:tc>
          <w:tcPr>
            <w:tcW w:type="dxa" w:w="1305"/>
          </w:tcPr>
          <w:p>
            <w:pPr>
              <w:spacing w:after="0"/>
              <w:jc w:val="right"/>
            </w:pPr>
            <w:r>
              <w:rPr>
                <w:sz w:val="16"/>
              </w:rPr>
              <w:t>0.00011%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$2,575,708,106</w:t>
            </w:r>
          </w:p>
        </w:tc>
        <w:tc>
          <w:tcPr>
            <w:tcW w:type="dxa" w:w="1135"/>
          </w:tcPr>
          <w:p>
            <w:pPr>
              <w:spacing w:after="0"/>
              <w:jc w:val="right"/>
            </w:pPr>
            <w:r>
              <w:rPr>
                <w:sz w:val="16"/>
              </w:rPr>
              <w:t>$22,079,654</w:t>
            </w:r>
          </w:p>
        </w:tc>
        <w:tc>
          <w:tcPr>
            <w:tcW w:type="dxa" w:w="1044"/>
          </w:tcPr>
          <w:p>
            <w:pPr>
              <w:spacing w:after="0"/>
              <w:jc w:val="right"/>
            </w:pPr>
            <w:r>
              <w:rPr>
                <w:sz w:val="16"/>
              </w:rPr>
              <w:t>11,930</w:t>
            </w:r>
          </w:p>
        </w:tc>
        <w:tc>
          <w:tcPr>
            <w:tcW w:type="dxa" w:w="1037"/>
          </w:tcPr>
          <w:p>
            <w:pPr>
              <w:spacing w:after="0"/>
              <w:jc w:val="right"/>
            </w:pPr>
            <w:r>
              <w:rPr>
                <w:sz w:val="16"/>
              </w:rPr>
              <w:t>$27,100</w:t>
            </w:r>
          </w:p>
        </w:tc>
        <w:tc>
          <w:tcPr>
            <w:tcW w:type="dxa" w:w="1126"/>
          </w:tcPr>
          <w:p>
            <w:pPr>
              <w:spacing w:after="0"/>
              <w:jc w:val="right"/>
            </w:pPr>
            <w:r>
              <w:rPr>
                <w:sz w:val="16"/>
              </w:rPr>
              <w:t>$25,713</w:t>
            </w:r>
          </w:p>
        </w:tc>
        <w:tc>
          <w:tcPr>
            <w:tcW w:type="dxa" w:w="1167"/>
          </w:tcPr>
          <w:p>
            <w:pPr>
              <w:spacing w:after="0"/>
              <w:jc w:val="right"/>
            </w:pPr>
            <w:r>
              <w:rPr>
                <w:sz w:val="16"/>
              </w:rPr>
              <w:t>$355,214</w:t>
            </w:r>
          </w:p>
        </w:tc>
        <w:tc>
          <w:tcPr>
            <w:tcW w:type="dxa" w:w="1305"/>
          </w:tcPr>
          <w:p>
            <w:pPr>
              <w:spacing w:after="0"/>
              <w:jc w:val="right"/>
            </w:pPr>
            <w:r>
              <w:rPr>
                <w:sz w:val="16"/>
              </w:rPr>
              <w:t>0.00105%</w:t>
            </w:r>
          </w:p>
        </w:tc>
        <w:tc>
          <w:tcPr>
            <w:tcW w:type="dxa" w:w="1203"/>
          </w:tcPr>
          <w:p>
            <w:pPr>
              <w:spacing w:after="0"/>
              <w:jc w:val="right"/>
            </w:pPr>
            <w:r>
              <w:rPr>
                <w:sz w:val="16"/>
              </w:rPr>
              <w:t>$72,000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$2,575,708,106</w:t>
            </w:r>
          </w:p>
        </w:tc>
        <w:tc>
          <w:tcPr>
            <w:tcW w:type="dxa" w:w="1135"/>
          </w:tcPr>
          <w:p>
            <w:pPr>
              <w:spacing w:after="0"/>
              <w:jc w:val="right"/>
            </w:pPr>
            <w:r>
              <w:rPr>
                <w:sz w:val="16"/>
              </w:rPr>
              <w:t>$22,079,654</w:t>
            </w:r>
          </w:p>
        </w:tc>
        <w:tc>
          <w:tcPr>
            <w:tcW w:type="dxa" w:w="1044"/>
          </w:tcPr>
          <w:p>
            <w:pPr>
              <w:spacing w:after="0"/>
              <w:jc w:val="right"/>
            </w:pPr>
            <w:r>
              <w:rPr>
                <w:sz w:val="16"/>
              </w:rPr>
              <w:t>11,930</w:t>
            </w:r>
          </w:p>
        </w:tc>
        <w:tc>
          <w:tcPr>
            <w:tcW w:type="dxa" w:w="1037"/>
          </w:tcPr>
          <w:p>
            <w:pPr>
              <w:spacing w:after="0"/>
              <w:jc w:val="right"/>
            </w:pPr>
            <w:r>
              <w:rPr>
                <w:sz w:val="16"/>
              </w:rPr>
              <w:t>$99,851</w:t>
            </w:r>
          </w:p>
        </w:tc>
        <w:tc>
          <w:tcPr>
            <w:tcW w:type="dxa" w:w="1126"/>
          </w:tcPr>
          <w:p>
            <w:pPr>
              <w:spacing w:after="0"/>
              <w:jc w:val="right"/>
            </w:pPr>
            <w:r>
              <w:rPr>
                <w:sz w:val="16"/>
              </w:rPr>
              <w:t>$468</w:t>
            </w:r>
          </w:p>
        </w:tc>
        <w:tc>
          <w:tcPr>
            <w:tcW w:type="dxa" w:w="1167"/>
          </w:tcPr>
          <w:p>
            <w:pPr>
              <w:spacing w:after="0"/>
              <w:jc w:val="right"/>
            </w:pPr>
            <w:r>
              <w:rPr>
                <w:sz w:val="16"/>
              </w:rPr>
              <w:t>$74,582</w:t>
            </w:r>
          </w:p>
        </w:tc>
        <w:tc>
          <w:tcPr>
            <w:tcW w:type="dxa" w:w="1305"/>
          </w:tcPr>
          <w:p>
            <w:pPr>
              <w:spacing w:after="0"/>
              <w:jc w:val="right"/>
            </w:pPr>
            <w:r>
              <w:rPr>
                <w:sz w:val="16"/>
              </w:rPr>
              <w:t>0.00388%</w:t>
            </w:r>
          </w:p>
        </w:tc>
        <w:tc>
          <w:tcPr>
            <w:tcW w:type="dxa" w:w="1203"/>
          </w:tcPr>
          <w:p>
            <w:pPr>
              <w:spacing w:after="0"/>
              <w:jc w:val="right"/>
            </w:pPr>
          </w:p>
        </w:tc>
        <w:tc>
          <w:tcPr>
            <w:tcW w:type="dxa" w:w="1097"/>
          </w:tcPr>
          <w:p>
            <w:pPr>
              <w:spacing w:after="0"/>
              <w:jc w:val="right"/>
            </w:pPr>
          </w:p>
        </w:tc>
        <w:tc>
          <w:tcPr>
            <w:tcW w:type="dxa" w:w="133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$342,681,268</w:t>
            </w:r>
          </w:p>
        </w:tc>
        <w:tc>
          <w:tcPr>
            <w:tcW w:type="dxa" w:w="1135"/>
          </w:tcPr>
          <w:p>
            <w:pPr>
              <w:spacing w:after="0"/>
              <w:jc w:val="right"/>
            </w:pPr>
            <w:r>
              <w:rPr>
                <w:sz w:val="16"/>
              </w:rPr>
              <w:t>$3,674,237</w:t>
            </w:r>
          </w:p>
        </w:tc>
        <w:tc>
          <w:tcPr>
            <w:tcW w:type="dxa" w:w="1044"/>
          </w:tcPr>
          <w:p>
            <w:pPr>
              <w:spacing w:after="0"/>
              <w:jc w:val="right"/>
            </w:pPr>
            <w:r>
              <w:rPr>
                <w:sz w:val="16"/>
              </w:rPr>
              <w:t>2,564</w:t>
            </w:r>
          </w:p>
        </w:tc>
        <w:tc>
          <w:tcPr>
            <w:tcW w:type="dxa" w:w="1037"/>
          </w:tcPr>
          <w:p>
            <w:pPr>
              <w:spacing w:after="0"/>
              <w:jc w:val="right"/>
            </w:pPr>
            <w:r>
              <w:rPr>
                <w:sz w:val="16"/>
              </w:rPr>
              <w:t>$2,466</w:t>
            </w:r>
          </w:p>
        </w:tc>
        <w:tc>
          <w:tcPr>
            <w:tcW w:type="dxa" w:w="1126"/>
          </w:tcPr>
          <w:p>
            <w:pPr>
              <w:spacing w:after="0"/>
              <w:jc w:val="right"/>
            </w:pPr>
            <w:r>
              <w:rPr>
                <w:sz w:val="16"/>
              </w:rPr>
              <w:t>$4</w:t>
            </w:r>
          </w:p>
        </w:tc>
        <w:tc>
          <w:tcPr>
            <w:tcW w:type="dxa" w:w="1167"/>
          </w:tcPr>
          <w:p>
            <w:pPr>
              <w:spacing w:after="0"/>
              <w:jc w:val="right"/>
            </w:pPr>
            <w:r>
              <w:rPr>
                <w:sz w:val="16"/>
              </w:rPr>
              <w:t>$504</w:t>
            </w:r>
          </w:p>
        </w:tc>
        <w:tc>
          <w:tcPr>
            <w:tcW w:type="dxa" w:w="1305"/>
          </w:tcPr>
          <w:p>
            <w:pPr>
              <w:spacing w:after="0"/>
              <w:jc w:val="right"/>
            </w:pPr>
            <w:r>
              <w:rPr>
                <w:sz w:val="16"/>
              </w:rPr>
              <w:t>0.00072%</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$2,575,708,106</w:t>
            </w:r>
          </w:p>
        </w:tc>
        <w:tc>
          <w:tcPr>
            <w:tcW w:type="dxa" w:w="1135"/>
          </w:tcPr>
          <w:p>
            <w:pPr>
              <w:spacing w:after="0"/>
              <w:jc w:val="right"/>
            </w:pPr>
            <w:r>
              <w:rPr>
                <w:sz w:val="16"/>
              </w:rPr>
              <w:t>$22,079,654</w:t>
            </w:r>
          </w:p>
        </w:tc>
        <w:tc>
          <w:tcPr>
            <w:tcW w:type="dxa" w:w="1044"/>
          </w:tcPr>
          <w:p>
            <w:pPr>
              <w:spacing w:after="0"/>
              <w:jc w:val="right"/>
            </w:pPr>
            <w:r>
              <w:rPr>
                <w:sz w:val="16"/>
              </w:rPr>
              <w:t>11,930</w:t>
            </w:r>
          </w:p>
        </w:tc>
        <w:tc>
          <w:tcPr>
            <w:tcW w:type="dxa" w:w="1037"/>
          </w:tcPr>
          <w:p>
            <w:pPr>
              <w:spacing w:after="0"/>
              <w:jc w:val="right"/>
            </w:pPr>
            <w:r>
              <w:rPr>
                <w:sz w:val="16"/>
              </w:rPr>
              <w:t>$1,424</w:t>
            </w:r>
          </w:p>
        </w:tc>
        <w:tc>
          <w:tcPr>
            <w:tcW w:type="dxa" w:w="1126"/>
          </w:tcPr>
          <w:p>
            <w:pPr>
              <w:spacing w:after="0"/>
              <w:jc w:val="right"/>
            </w:pPr>
            <w:r>
              <w:rPr>
                <w:sz w:val="16"/>
              </w:rPr>
              <w:t>$7</w:t>
            </w:r>
          </w:p>
        </w:tc>
        <w:tc>
          <w:tcPr>
            <w:tcW w:type="dxa" w:w="1167"/>
          </w:tcPr>
          <w:p>
            <w:pPr>
              <w:spacing w:after="0"/>
              <w:jc w:val="right"/>
            </w:pPr>
            <w:r>
              <w:rPr>
                <w:sz w:val="16"/>
              </w:rPr>
              <w:t>$19,471</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$1,000</w:t>
            </w:r>
          </w:p>
        </w:tc>
        <w:tc>
          <w:tcPr>
            <w:tcW w:type="dxa" w:w="1338"/>
          </w:tcPr>
          <w:p>
            <w:pPr>
              <w:spacing w:after="0"/>
              <w:jc w:val="right"/>
            </w:pPr>
            <w:r>
              <w:rPr>
                <w:sz w:val="16"/>
              </w:rPr>
              <w:t>none found (2 declarations)</w:t>
            </w:r>
          </w:p>
        </w:tc>
        <w:tc>
          <w:tcPr>
            <w:tcW w:type="dxa" w:w="1231"/>
          </w:tcPr>
          <w:p>
            <w:pPr>
              <w:spacing w:after="0"/>
              <w:jc w:val="left"/>
            </w:pPr>
          </w:p>
        </w:tc>
      </w:tr>
    </w:tbl>
    <w:p>
      <w:pPr>
        <w:spacing w:after="40" w:before="60"/>
      </w:pPr>
      <w:r>
        <w:rPr>
          <w:sz w:val="15"/>
        </w:rPr>
        <w:t>Totals since 2024-03-20 (Storm Events through 2026-06-30): 32 county-coded records, 32 with a damage value recorded (including $0), $72,000; 2 zone-level records, 2 with a damage value recorded (including $0), $1,000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11,930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$2,575,708,106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$22,079,654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$3,341,354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$790,511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Lunenburg County</w:t>
            </w:r>
          </w:p>
        </w:tc>
        <w:tc>
          <w:tcPr>
            <w:tcW w:type="dxa" w:w="1513"/>
          </w:tcPr>
          <w:p>
            <w:pPr>
              <w:spacing w:after="0"/>
              <w:jc w:val="left"/>
            </w:pPr>
            <w:r>
              <w:rPr>
                <w:sz w:val="16"/>
              </w:rPr>
              <w:t>510309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Kenbridge town</w:t>
            </w:r>
          </w:p>
        </w:tc>
        <w:tc>
          <w:tcPr>
            <w:tcW w:type="dxa" w:w="1513"/>
          </w:tcPr>
          <w:p>
            <w:pPr>
              <w:spacing w:after="0"/>
              <w:jc w:val="left"/>
            </w:pPr>
            <w:r>
              <w:rPr>
                <w:sz w:val="16"/>
              </w:rPr>
              <w:t>510171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Victoria town</w:t>
            </w:r>
          </w:p>
        </w:tc>
        <w:tc>
          <w:tcPr>
            <w:tcW w:type="dxa" w:w="1513"/>
          </w:tcPr>
          <w:p>
            <w:pPr>
              <w:spacing w:after="0"/>
              <w:jc w:val="left"/>
            </w:pPr>
            <w:r>
              <w:rPr>
                <w:sz w:val="16"/>
              </w:rPr>
              <w:t>510278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Lunenburg County, VA: risk-assessment baseline packet, release 2026-10 (data as of 2026-09-28; County area 51111).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Lunenburg County, VA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Lunenburg County, VA: Risk-assessment baseline packet</dc:title>
  <dc:subject>Hazard Plain release 2026-10, as of 2026-09-28. Preview: automated baseline</dc:subject>
  <dc:creator>Hazard Plain</dc:creator>
  <cp:keywords>Hazard Plain; hazard mitigation; risk assessment; 51111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