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 and Queen County, VA</w:t>
      </w:r>
    </w:p>
    <w:p>
      <w:pPr>
        <w:spacing w:after="120" w:before="0"/>
      </w:pPr>
      <w:r>
        <w:rPr>
          <w:color w:val="555555"/>
          <w:sz w:val="24"/>
        </w:rPr>
        <w:t>Risk-assessment baseline packet</w:t>
      </w:r>
    </w:p>
    <w:p>
      <w:pPr>
        <w:spacing w:after="120" w:before="0"/>
      </w:pPr>
      <w:r>
        <w:rPr>
          <w:b/>
          <w:sz w:val="18"/>
        </w:rPr>
        <w:t xml:space="preserve">County FIPS: </w:t>
      </w:r>
      <w:r>
        <w:rPr>
          <w:sz w:val="18"/>
        </w:rPr>
        <w:t>51097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2027-04-11. Plan: PDC 18 Middle Peninsula Hazard Mitigation Plan (FEMA plan 108207), approved 2022-04-12.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2022-04-12: 1 new hazard declaration (1 incident)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($2,060,983 a year), Inland Flooding ($1,397,156) and Hurricane ($365,126).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2027-04-11</w:t>
      </w:r>
    </w:p>
    <w:p>
      <w:pPr>
        <w:keepNext/>
        <w:spacing w:after="40" w:before="0"/>
      </w:pPr>
      <w:r>
        <w:rPr>
          <w:b/>
        </w:rPr>
        <w:t xml:space="preserve">Plan: </w:t>
      </w:r>
      <w:r>
        <w:rPr/>
        <w:t>PDC 18 Middle Peninsula Hazard Mitigation Plan (FEMA plan 108207)</w:t>
      </w:r>
    </w:p>
    <w:p>
      <w:pPr>
        <w:keepNext/>
        <w:spacing w:after="40" w:before="0"/>
      </w:pPr>
      <w:r>
        <w:rPr>
          <w:b/>
        </w:rPr>
        <w:t xml:space="preserve">Approved: </w:t>
      </w:r>
      <w:r>
        <w:rPr/>
        <w:t>2022-04-12</w:t>
      </w:r>
    </w:p>
    <w:p>
      <w:pPr>
        <w:keepNext/>
        <w:spacing w:after="40" w:before="0"/>
      </w:pPr>
      <w:r>
        <w:rPr>
          <w:b/>
        </w:rPr>
        <w:t xml:space="preserve">Days to expiry: </w:t>
      </w:r>
      <w:r>
        <w:rPr/>
        <w:t>193</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5"/>
        <w:gridCol w:w="680"/>
        <w:gridCol w:w="2036"/>
        <w:gridCol w:w="1684"/>
        <w:gridCol w:w="1037"/>
        <w:gridCol w:w="1037"/>
        <w:gridCol w:w="853"/>
        <w:gridCol w:w="2468"/>
        <w:gridCol w:w="2603"/>
      </w:tblGrid>
      <w:tr>
        <w:trPr>
          <w:cantSplit/>
          <w:tblHeader/>
        </w:trPr>
        <w:tc>
          <w:tcPr>
            <w:tcW w:type="dxa" w:w="17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36"/>
            <w:shd w:val="clear" w:color="auto" w:fill="E8E8E8"/>
          </w:tcPr>
          <w:p>
            <w:pPr>
              <w:spacing w:after="0"/>
              <w:jc w:val="left"/>
            </w:pPr>
            <w:r>
              <w:rPr>
                <w:b/>
                <w:sz w:val="16"/>
              </w:rPr>
              <w:t>Status</w:t>
            </w:r>
          </w:p>
        </w:tc>
        <w:tc>
          <w:tcPr>
            <w:tcW w:type="dxa" w:w="16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8"/>
            <w:shd w:val="clear" w:color="auto" w:fill="E8E8E8"/>
          </w:tcPr>
          <w:p>
            <w:pPr>
              <w:spacing w:after="0"/>
              <w:jc w:val="left"/>
            </w:pPr>
            <w:r>
              <w:rPr>
                <w:b/>
                <w:sz w:val="16"/>
              </w:rPr>
              <w:t>Update underway</w:t>
            </w:r>
          </w:p>
        </w:tc>
        <w:tc>
          <w:tcPr>
            <w:tcW w:type="dxa" w:w="2603"/>
            <w:shd w:val="clear" w:color="auto" w:fill="E8E8E8"/>
          </w:tcPr>
          <w:p>
            <w:pPr>
              <w:spacing w:after="0"/>
              <w:jc w:val="left"/>
            </w:pPr>
            <w:r>
              <w:rPr>
                <w:b/>
                <w:sz w:val="16"/>
              </w:rPr>
              <w:t>Notes</w:t>
            </w:r>
          </w:p>
        </w:tc>
      </w:tr>
      <w:tr>
        <w:trPr>
          <w:cantSplit/>
        </w:trPr>
        <w:tc>
          <w:tcPr>
            <w:tcW w:type="dxa" w:w="1715"/>
          </w:tcPr>
          <w:p>
            <w:pPr>
              <w:spacing w:after="0"/>
              <w:jc w:val="left"/>
            </w:pPr>
            <w:r>
              <w:rPr>
                <w:sz w:val="16"/>
              </w:rPr>
              <w:t>King and Queen County</w:t>
            </w:r>
          </w:p>
        </w:tc>
        <w:tc>
          <w:tcPr>
            <w:tcW w:type="dxa" w:w="680"/>
          </w:tcPr>
          <w:p>
            <w:pPr>
              <w:spacing w:after="0"/>
              <w:jc w:val="left"/>
            </w:pPr>
            <w:r>
              <w:rPr>
                <w:sz w:val="16"/>
              </w:rPr>
              <w:t>County</w:t>
            </w:r>
          </w:p>
        </w:tc>
        <w:tc>
          <w:tcPr>
            <w:tcW w:type="dxa" w:w="2036"/>
          </w:tcPr>
          <w:p>
            <w:pPr>
              <w:spacing w:after="0"/>
              <w:jc w:val="left"/>
            </w:pPr>
            <w:r>
              <w:rPr>
                <w:sz w:val="16"/>
              </w:rPr>
              <w:t>Approved, expires 2027-04-11</w:t>
            </w:r>
          </w:p>
        </w:tc>
        <w:tc>
          <w:tcPr>
            <w:tcW w:type="dxa" w:w="1684"/>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53"/>
          </w:tcPr>
          <w:p>
            <w:pPr>
              <w:spacing w:after="0"/>
              <w:jc w:val="right"/>
            </w:pPr>
            <w:r>
              <w:rPr>
                <w:sz w:val="16"/>
              </w:rPr>
              <w:t>193</w:t>
            </w:r>
          </w:p>
        </w:tc>
        <w:tc>
          <w:tcPr>
            <w:tcW w:type="dxa" w:w="2468"/>
          </w:tcPr>
          <w:p>
            <w:pPr>
              <w:spacing w:after="0"/>
              <w:jc w:val="left"/>
            </w:pPr>
            <w:r>
              <w:rPr>
                <w:sz w:val="16"/>
              </w:rPr>
              <w:t>FEMA tracker shows a plan in progress</w:t>
            </w:r>
          </w:p>
        </w:tc>
        <w:tc>
          <w:tcPr>
            <w:tcW w:type="dxa" w:w="2603"/>
          </w:tcPr>
          <w:p>
            <w:pPr>
              <w:spacing w:after="0"/>
              <w:jc w:val="left"/>
            </w:pPr>
            <w:r>
              <w:rPr>
                <w:sz w:val="16"/>
              </w:rPr>
              <w:t>this jurisdiction approved 2022-05-09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108207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80"/>
        <w:gridCol w:w="1215"/>
        <w:gridCol w:w="1037"/>
        <w:gridCol w:w="1126"/>
        <w:gridCol w:w="1975"/>
        <w:gridCol w:w="1201"/>
        <w:gridCol w:w="2186"/>
        <w:gridCol w:w="2229"/>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0"/>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9"/>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Drought</w:t>
            </w:r>
          </w:p>
        </w:tc>
        <w:tc>
          <w:tcPr>
            <w:tcW w:type="dxa" w:w="1380"/>
          </w:tcPr>
          <w:p>
            <w:pPr>
              <w:spacing w:after="0"/>
              <w:jc w:val="left"/>
            </w:pPr>
            <w:r>
              <w:rPr>
                <w:sz w:val="16"/>
              </w:rPr>
              <w:t>Relatively High</w:t>
            </w:r>
          </w:p>
        </w:tc>
        <w:tc>
          <w:tcPr>
            <w:tcW w:type="dxa" w:w="1215"/>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$2,060,983</w:t>
            </w:r>
          </w:p>
        </w:tc>
        <w:tc>
          <w:tcPr>
            <w:tcW w:type="dxa" w:w="1975"/>
          </w:tcPr>
          <w:p>
            <w:pPr>
              <w:spacing w:after="0"/>
              <w:jc w:val="right"/>
            </w:pPr>
            <w:r>
              <w:rPr>
                <w:sz w:val="16"/>
              </w:rPr>
              <w:t>n/a</w:t>
            </w:r>
          </w:p>
        </w:tc>
        <w:tc>
          <w:tcPr>
            <w:tcW w:type="dxa" w:w="1201"/>
          </w:tcPr>
          <w:p>
            <w:pPr>
              <w:spacing w:after="0"/>
              <w:jc w:val="right"/>
            </w:pPr>
            <w:r>
              <w:rPr>
                <w:sz w:val="16"/>
              </w:rPr>
              <w:t>$2,060,983</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2</w:t>
            </w:r>
          </w:p>
        </w:tc>
        <w:tc>
          <w:tcPr>
            <w:tcW w:type="dxa" w:w="1037"/>
          </w:tcPr>
          <w:p>
            <w:pPr>
              <w:spacing w:after="0"/>
              <w:jc w:val="left"/>
            </w:pPr>
            <w:r>
              <w:rPr>
                <w:sz w:val="16"/>
              </w:rPr>
              <w:t>Inland Flooding</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$1,393,016</w:t>
            </w:r>
          </w:p>
        </w:tc>
        <w:tc>
          <w:tcPr>
            <w:tcW w:type="dxa" w:w="1126"/>
          </w:tcPr>
          <w:p>
            <w:pPr>
              <w:spacing w:after="0"/>
              <w:jc w:val="right"/>
            </w:pPr>
            <w:r>
              <w:rPr>
                <w:sz w:val="16"/>
              </w:rPr>
              <w:t>$838</w:t>
            </w:r>
          </w:p>
        </w:tc>
        <w:tc>
          <w:tcPr>
            <w:tcW w:type="dxa" w:w="1975"/>
          </w:tcPr>
          <w:p>
            <w:pPr>
              <w:spacing w:after="0"/>
              <w:jc w:val="right"/>
            </w:pPr>
            <w:r>
              <w:rPr>
                <w:sz w:val="16"/>
              </w:rPr>
              <w:t>$3,303</w:t>
            </w:r>
          </w:p>
        </w:tc>
        <w:tc>
          <w:tcPr>
            <w:tcW w:type="dxa" w:w="1201"/>
          </w:tcPr>
          <w:p>
            <w:pPr>
              <w:spacing w:after="0"/>
              <w:jc w:val="right"/>
            </w:pPr>
            <w:r>
              <w:rPr>
                <w:sz w:val="16"/>
              </w:rPr>
              <w:t>$1,397,156</w:t>
            </w:r>
          </w:p>
        </w:tc>
        <w:tc>
          <w:tcPr>
            <w:tcW w:type="dxa" w:w="2186"/>
          </w:tcPr>
          <w:p>
            <w:pPr>
              <w:spacing w:after="0"/>
              <w:jc w:val="right"/>
            </w:pPr>
            <w:r>
              <w:rPr>
                <w:sz w:val="16"/>
              </w:rPr>
              <w:t>14</w:t>
            </w:r>
          </w:p>
        </w:tc>
        <w:tc>
          <w:tcPr>
            <w:tcW w:type="dxa" w:w="2229"/>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Hurricane</w:t>
            </w:r>
          </w:p>
        </w:tc>
        <w:tc>
          <w:tcPr>
            <w:tcW w:type="dxa" w:w="1380"/>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$227,712</w:t>
            </w:r>
          </w:p>
        </w:tc>
        <w:tc>
          <w:tcPr>
            <w:tcW w:type="dxa" w:w="1126"/>
          </w:tcPr>
          <w:p>
            <w:pPr>
              <w:spacing w:after="0"/>
              <w:jc w:val="right"/>
            </w:pPr>
            <w:r>
              <w:rPr>
                <w:sz w:val="16"/>
              </w:rPr>
              <w:t>$132,329</w:t>
            </w:r>
          </w:p>
        </w:tc>
        <w:tc>
          <w:tcPr>
            <w:tcW w:type="dxa" w:w="1975"/>
          </w:tcPr>
          <w:p>
            <w:pPr>
              <w:spacing w:after="0"/>
              <w:jc w:val="right"/>
            </w:pPr>
            <w:r>
              <w:rPr>
                <w:sz w:val="16"/>
              </w:rPr>
              <w:t>$5,085</w:t>
            </w:r>
          </w:p>
        </w:tc>
        <w:tc>
          <w:tcPr>
            <w:tcW w:type="dxa" w:w="1201"/>
          </w:tcPr>
          <w:p>
            <w:pPr>
              <w:spacing w:after="0"/>
              <w:jc w:val="right"/>
            </w:pPr>
            <w:r>
              <w:rPr>
                <w:sz w:val="16"/>
              </w:rPr>
              <w:t>$365,126</w:t>
            </w:r>
          </w:p>
        </w:tc>
        <w:tc>
          <w:tcPr>
            <w:tcW w:type="dxa" w:w="2186"/>
          </w:tcPr>
          <w:p>
            <w:pPr>
              <w:spacing w:after="0"/>
              <w:jc w:val="right"/>
            </w:pPr>
            <w:r>
              <w:rPr>
                <w:sz w:val="16"/>
              </w:rPr>
              <w:t>0</w:t>
            </w:r>
          </w:p>
        </w:tc>
        <w:tc>
          <w:tcPr>
            <w:tcW w:type="dxa" w:w="2229"/>
          </w:tcPr>
          <w:p>
            <w:pPr>
              <w:spacing w:after="0"/>
              <w:jc w:val="left"/>
            </w:pPr>
            <w:r>
              <w:rPr>
                <w:sz w:val="16"/>
              </w:rPr>
              <w:t>Declared 12 times; no Storm Events record of this type.</w:t>
            </w:r>
          </w:p>
        </w:tc>
      </w:tr>
      <w:tr>
        <w:trPr>
          <w:cantSplit/>
        </w:trPr>
        <w:tc>
          <w:tcPr>
            <w:tcW w:type="dxa" w:w="726"/>
          </w:tcPr>
          <w:p>
            <w:pPr>
              <w:spacing w:after="0"/>
              <w:jc w:val="right"/>
            </w:pPr>
            <w:r>
              <w:rPr>
                <w:sz w:val="16"/>
              </w:rPr>
              <w:t>4</w:t>
            </w:r>
          </w:p>
        </w:tc>
        <w:tc>
          <w:tcPr>
            <w:tcW w:type="dxa" w:w="1037"/>
          </w:tcPr>
          <w:p>
            <w:pPr>
              <w:spacing w:after="0"/>
              <w:jc w:val="left"/>
            </w:pPr>
            <w:r>
              <w:rPr>
                <w:sz w:val="16"/>
              </w:rPr>
              <w:t>Tornado</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$87,333</w:t>
            </w:r>
          </w:p>
        </w:tc>
        <w:tc>
          <w:tcPr>
            <w:tcW w:type="dxa" w:w="1126"/>
          </w:tcPr>
          <w:p>
            <w:pPr>
              <w:spacing w:after="0"/>
              <w:jc w:val="right"/>
            </w:pPr>
            <w:r>
              <w:rPr>
                <w:sz w:val="16"/>
              </w:rPr>
              <w:t>$595</w:t>
            </w:r>
          </w:p>
        </w:tc>
        <w:tc>
          <w:tcPr>
            <w:tcW w:type="dxa" w:w="1975"/>
          </w:tcPr>
          <w:p>
            <w:pPr>
              <w:spacing w:after="0"/>
              <w:jc w:val="right"/>
            </w:pPr>
            <w:r>
              <w:rPr>
                <w:sz w:val="16"/>
              </w:rPr>
              <w:t>$68,362</w:t>
            </w:r>
          </w:p>
        </w:tc>
        <w:tc>
          <w:tcPr>
            <w:tcW w:type="dxa" w:w="1201"/>
          </w:tcPr>
          <w:p>
            <w:pPr>
              <w:spacing w:after="0"/>
              <w:jc w:val="right"/>
            </w:pPr>
            <w:r>
              <w:rPr>
                <w:sz w:val="16"/>
              </w:rPr>
              <w:t>$156,289</w:t>
            </w:r>
          </w:p>
        </w:tc>
        <w:tc>
          <w:tcPr>
            <w:tcW w:type="dxa" w:w="2186"/>
          </w:tcPr>
          <w:p>
            <w:pPr>
              <w:spacing w:after="0"/>
              <w:jc w:val="right"/>
            </w:pPr>
            <w:r>
              <w:rPr>
                <w:sz w:val="16"/>
              </w:rPr>
              <w:t>6</w:t>
            </w:r>
          </w:p>
        </w:tc>
        <w:tc>
          <w:tcPr>
            <w:tcW w:type="dxa" w:w="2229"/>
          </w:tcPr>
          <w:p>
            <w:pPr>
              <w:spacing w:after="0"/>
              <w:jc w:val="left"/>
            </w:pPr>
          </w:p>
        </w:tc>
      </w:tr>
      <w:tr>
        <w:trPr>
          <w:cantSplit/>
        </w:trPr>
        <w:tc>
          <w:tcPr>
            <w:tcW w:type="dxa" w:w="726"/>
          </w:tcPr>
          <w:p>
            <w:pPr>
              <w:spacing w:after="0"/>
              <w:jc w:val="right"/>
            </w:pPr>
            <w:r>
              <w:rPr>
                <w:sz w:val="16"/>
              </w:rPr>
              <w:t>5</w:t>
            </w:r>
          </w:p>
        </w:tc>
        <w:tc>
          <w:tcPr>
            <w:tcW w:type="dxa" w:w="1037"/>
          </w:tcPr>
          <w:p>
            <w:pPr>
              <w:spacing w:after="0"/>
              <w:jc w:val="left"/>
            </w:pPr>
            <w:r>
              <w:rPr>
                <w:sz w:val="16"/>
              </w:rPr>
              <w:t>Coastal Flooding</w:t>
            </w:r>
          </w:p>
        </w:tc>
        <w:tc>
          <w:tcPr>
            <w:tcW w:type="dxa" w:w="1380"/>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$104,970</w:t>
            </w:r>
          </w:p>
        </w:tc>
        <w:tc>
          <w:tcPr>
            <w:tcW w:type="dxa" w:w="1126"/>
          </w:tcPr>
          <w:p>
            <w:pPr>
              <w:spacing w:after="0"/>
              <w:jc w:val="right"/>
            </w:pPr>
            <w:r>
              <w:rPr>
                <w:sz w:val="16"/>
              </w:rPr>
              <w:t>n/a</w:t>
            </w:r>
          </w:p>
        </w:tc>
        <w:tc>
          <w:tcPr>
            <w:tcW w:type="dxa" w:w="1975"/>
          </w:tcPr>
          <w:p>
            <w:pPr>
              <w:spacing w:after="0"/>
              <w:jc w:val="right"/>
            </w:pPr>
            <w:r>
              <w:rPr>
                <w:sz w:val="16"/>
              </w:rPr>
              <w:t>$2,058</w:t>
            </w:r>
          </w:p>
        </w:tc>
        <w:tc>
          <w:tcPr>
            <w:tcW w:type="dxa" w:w="1201"/>
          </w:tcPr>
          <w:p>
            <w:pPr>
              <w:spacing w:after="0"/>
              <w:jc w:val="right"/>
            </w:pPr>
            <w:r>
              <w:rPr>
                <w:sz w:val="16"/>
              </w:rPr>
              <w:t>$107,028</w:t>
            </w:r>
          </w:p>
        </w:tc>
        <w:tc>
          <w:tcPr>
            <w:tcW w:type="dxa" w:w="2186"/>
          </w:tcPr>
          <w:p>
            <w:pPr>
              <w:spacing w:after="0"/>
              <w:jc w:val="right"/>
            </w:pPr>
            <w:r>
              <w:rPr>
                <w:sz w:val="16"/>
              </w:rPr>
              <w:t>2</w:t>
            </w:r>
          </w:p>
        </w:tc>
        <w:tc>
          <w:tcPr>
            <w:tcW w:type="dxa" w:w="2229"/>
          </w:tcPr>
          <w:p>
            <w:pPr>
              <w:spacing w:after="0"/>
              <w:jc w:val="left"/>
            </w:pPr>
          </w:p>
        </w:tc>
      </w:tr>
      <w:tr>
        <w:trPr>
          <w:cantSplit/>
        </w:trPr>
        <w:tc>
          <w:tcPr>
            <w:tcW w:type="dxa" w:w="726"/>
          </w:tcPr>
          <w:p>
            <w:pPr>
              <w:spacing w:after="0"/>
              <w:jc w:val="right"/>
            </w:pPr>
            <w:r>
              <w:rPr>
                <w:sz w:val="16"/>
              </w:rPr>
              <w:t>6</w:t>
            </w:r>
          </w:p>
        </w:tc>
        <w:tc>
          <w:tcPr>
            <w:tcW w:type="dxa" w:w="1037"/>
          </w:tcPr>
          <w:p>
            <w:pPr>
              <w:spacing w:after="0"/>
              <w:jc w:val="left"/>
            </w:pPr>
            <w:r>
              <w:rPr>
                <w:sz w:val="16"/>
              </w:rPr>
              <w:t>Strong Wind</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$27,718</w:t>
            </w:r>
          </w:p>
        </w:tc>
        <w:tc>
          <w:tcPr>
            <w:tcW w:type="dxa" w:w="1126"/>
          </w:tcPr>
          <w:p>
            <w:pPr>
              <w:spacing w:after="0"/>
              <w:jc w:val="right"/>
            </w:pPr>
            <w:r>
              <w:rPr>
                <w:sz w:val="16"/>
              </w:rPr>
              <w:t>$7,579</w:t>
            </w:r>
          </w:p>
        </w:tc>
        <w:tc>
          <w:tcPr>
            <w:tcW w:type="dxa" w:w="1975"/>
          </w:tcPr>
          <w:p>
            <w:pPr>
              <w:spacing w:after="0"/>
              <w:jc w:val="right"/>
            </w:pPr>
            <w:r>
              <w:rPr>
                <w:sz w:val="16"/>
              </w:rPr>
              <w:t>$66,644</w:t>
            </w:r>
          </w:p>
        </w:tc>
        <w:tc>
          <w:tcPr>
            <w:tcW w:type="dxa" w:w="1201"/>
          </w:tcPr>
          <w:p>
            <w:pPr>
              <w:spacing w:after="0"/>
              <w:jc w:val="right"/>
            </w:pPr>
            <w:r>
              <w:rPr>
                <w:sz w:val="16"/>
              </w:rPr>
              <w:t>$101,941</w:t>
            </w:r>
          </w:p>
        </w:tc>
        <w:tc>
          <w:tcPr>
            <w:tcW w:type="dxa" w:w="2186"/>
          </w:tcPr>
          <w:p>
            <w:pPr>
              <w:spacing w:after="0"/>
              <w:jc w:val="right"/>
            </w:pPr>
            <w:r>
              <w:rPr>
                <w:sz w:val="16"/>
              </w:rPr>
              <w:t>69</w:t>
            </w:r>
          </w:p>
        </w:tc>
        <w:tc>
          <w:tcPr>
            <w:tcW w:type="dxa" w:w="2229"/>
          </w:tcPr>
          <w:p>
            <w:pPr>
              <w:spacing w:after="0"/>
              <w:jc w:val="left"/>
            </w:pPr>
            <w:r>
              <w:rPr>
                <w:sz w:val="16"/>
              </w:rPr>
              <w:t>Includes 2 High Wind records (a NOAA non-thunderstorm wind type, outside NRI's Strong Wind definition).</w:t>
            </w:r>
          </w:p>
        </w:tc>
      </w:tr>
      <w:tr>
        <w:trPr>
          <w:cantSplit/>
        </w:trPr>
        <w:tc>
          <w:tcPr>
            <w:tcW w:type="dxa" w:w="726"/>
          </w:tcPr>
          <w:p>
            <w:pPr>
              <w:spacing w:after="0"/>
              <w:jc w:val="right"/>
            </w:pPr>
            <w:r>
              <w:rPr>
                <w:sz w:val="16"/>
              </w:rPr>
              <w:t>7</w:t>
            </w:r>
          </w:p>
        </w:tc>
        <w:tc>
          <w:tcPr>
            <w:tcW w:type="dxa" w:w="1037"/>
          </w:tcPr>
          <w:p>
            <w:pPr>
              <w:spacing w:after="0"/>
              <w:jc w:val="left"/>
            </w:pPr>
            <w:r>
              <w:rPr>
                <w:sz w:val="16"/>
              </w:rPr>
              <w:t>Earthquake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$63,088</w:t>
            </w:r>
          </w:p>
        </w:tc>
        <w:tc>
          <w:tcPr>
            <w:tcW w:type="dxa" w:w="1126"/>
          </w:tcPr>
          <w:p>
            <w:pPr>
              <w:spacing w:after="0"/>
              <w:jc w:val="right"/>
            </w:pPr>
            <w:r>
              <w:rPr>
                <w:sz w:val="16"/>
              </w:rPr>
              <w:t>n/a</w:t>
            </w:r>
          </w:p>
        </w:tc>
        <w:tc>
          <w:tcPr>
            <w:tcW w:type="dxa" w:w="1975"/>
          </w:tcPr>
          <w:p>
            <w:pPr>
              <w:spacing w:after="0"/>
              <w:jc w:val="right"/>
            </w:pPr>
            <w:r>
              <w:rPr>
                <w:sz w:val="16"/>
              </w:rPr>
              <w:t>$11,755</w:t>
            </w:r>
          </w:p>
        </w:tc>
        <w:tc>
          <w:tcPr>
            <w:tcW w:type="dxa" w:w="1201"/>
          </w:tcPr>
          <w:p>
            <w:pPr>
              <w:spacing w:after="0"/>
              <w:jc w:val="right"/>
            </w:pPr>
            <w:r>
              <w:rPr>
                <w:sz w:val="16"/>
              </w:rPr>
              <w:t>$74,843</w:t>
            </w:r>
          </w:p>
        </w:tc>
        <w:tc>
          <w:tcPr>
            <w:tcW w:type="dxa" w:w="2186"/>
          </w:tcPr>
          <w:p>
            <w:pPr>
              <w:spacing w:after="0"/>
              <w:jc w:val="right"/>
            </w:pPr>
          </w:p>
        </w:tc>
        <w:tc>
          <w:tcPr>
            <w:tcW w:type="dxa" w:w="2229"/>
          </w:tcPr>
          <w:p>
            <w:pPr>
              <w:spacing w:after="0"/>
              <w:jc w:val="left"/>
            </w:pPr>
            <w:r>
              <w:rPr>
                <w:sz w:val="16"/>
              </w:rPr>
              <w:t>Storm Events does not record earthquakes.</w:t>
            </w:r>
          </w:p>
        </w:tc>
      </w:tr>
      <w:tr>
        <w:trPr>
          <w:cantSplit/>
        </w:trPr>
        <w:tc>
          <w:tcPr>
            <w:tcW w:type="dxa" w:w="726"/>
          </w:tcPr>
          <w:p>
            <w:pPr>
              <w:spacing w:after="0"/>
              <w:jc w:val="right"/>
            </w:pPr>
            <w:r>
              <w:rPr>
                <w:sz w:val="16"/>
              </w:rPr>
              <w:t>8</w:t>
            </w:r>
          </w:p>
        </w:tc>
        <w:tc>
          <w:tcPr>
            <w:tcW w:type="dxa" w:w="1037"/>
          </w:tcPr>
          <w:p>
            <w:pPr>
              <w:spacing w:after="0"/>
              <w:jc w:val="left"/>
            </w:pPr>
            <w:r>
              <w:rPr>
                <w:sz w:val="16"/>
              </w:rPr>
              <w:t>Heat Wave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$25</w:t>
            </w:r>
          </w:p>
        </w:tc>
        <w:tc>
          <w:tcPr>
            <w:tcW w:type="dxa" w:w="1975"/>
          </w:tcPr>
          <w:p>
            <w:pPr>
              <w:spacing w:after="0"/>
              <w:jc w:val="right"/>
            </w:pPr>
            <w:r>
              <w:rPr>
                <w:sz w:val="16"/>
              </w:rPr>
              <w:t>$54,417</w:t>
            </w:r>
          </w:p>
        </w:tc>
        <w:tc>
          <w:tcPr>
            <w:tcW w:type="dxa" w:w="1201"/>
          </w:tcPr>
          <w:p>
            <w:pPr>
              <w:spacing w:after="0"/>
              <w:jc w:val="right"/>
            </w:pPr>
            <w:r>
              <w:rPr>
                <w:sz w:val="16"/>
              </w:rPr>
              <w:t>$54,449</w:t>
            </w:r>
          </w:p>
        </w:tc>
        <w:tc>
          <w:tcPr>
            <w:tcW w:type="dxa" w:w="2186"/>
          </w:tcPr>
          <w:p>
            <w:pPr>
              <w:spacing w:after="0"/>
              <w:jc w:val="right"/>
            </w:pPr>
            <w:r>
              <w:rPr>
                <w:sz w:val="16"/>
              </w:rPr>
              <w:t>1</w:t>
            </w:r>
          </w:p>
        </w:tc>
        <w:tc>
          <w:tcPr>
            <w:tcW w:type="dxa" w:w="2229"/>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Hail</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$4,508</w:t>
            </w:r>
          </w:p>
        </w:tc>
        <w:tc>
          <w:tcPr>
            <w:tcW w:type="dxa" w:w="1126"/>
          </w:tcPr>
          <w:p>
            <w:pPr>
              <w:spacing w:after="0"/>
              <w:jc w:val="right"/>
            </w:pPr>
            <w:r>
              <w:rPr>
                <w:sz w:val="16"/>
              </w:rPr>
              <w:t>$30,077</w:t>
            </w:r>
          </w:p>
        </w:tc>
        <w:tc>
          <w:tcPr>
            <w:tcW w:type="dxa" w:w="1975"/>
          </w:tcPr>
          <w:p>
            <w:pPr>
              <w:spacing w:after="0"/>
              <w:jc w:val="right"/>
            </w:pPr>
            <w:r>
              <w:rPr>
                <w:sz w:val="16"/>
              </w:rPr>
              <w:t>$4,895</w:t>
            </w:r>
          </w:p>
        </w:tc>
        <w:tc>
          <w:tcPr>
            <w:tcW w:type="dxa" w:w="1201"/>
          </w:tcPr>
          <w:p>
            <w:pPr>
              <w:spacing w:after="0"/>
              <w:jc w:val="right"/>
            </w:pPr>
            <w:r>
              <w:rPr>
                <w:sz w:val="16"/>
              </w:rPr>
              <w:t>$39,480</w:t>
            </w:r>
          </w:p>
        </w:tc>
        <w:tc>
          <w:tcPr>
            <w:tcW w:type="dxa" w:w="2186"/>
          </w:tcPr>
          <w:p>
            <w:pPr>
              <w:spacing w:after="0"/>
              <w:jc w:val="right"/>
            </w:pPr>
            <w:r>
              <w:rPr>
                <w:sz w:val="16"/>
              </w:rPr>
              <w:t>15</w:t>
            </w:r>
          </w:p>
        </w:tc>
        <w:tc>
          <w:tcPr>
            <w:tcW w:type="dxa" w:w="2229"/>
          </w:tcPr>
          <w:p>
            <w:pPr>
              <w:spacing w:after="0"/>
              <w:jc w:val="left"/>
            </w:pPr>
          </w:p>
        </w:tc>
      </w:tr>
      <w:tr>
        <w:trPr>
          <w:cantSplit/>
        </w:trPr>
        <w:tc>
          <w:tcPr>
            <w:tcW w:type="dxa" w:w="726"/>
          </w:tcPr>
          <w:p>
            <w:pPr>
              <w:spacing w:after="0"/>
              <w:jc w:val="right"/>
            </w:pPr>
            <w:r>
              <w:rPr>
                <w:sz w:val="16"/>
              </w:rPr>
              <w:t>10</w:t>
            </w:r>
          </w:p>
        </w:tc>
        <w:tc>
          <w:tcPr>
            <w:tcW w:type="dxa" w:w="1037"/>
          </w:tcPr>
          <w:p>
            <w:pPr>
              <w:spacing w:after="0"/>
              <w:jc w:val="left"/>
            </w:pPr>
            <w:r>
              <w:rPr>
                <w:sz w:val="16"/>
              </w:rPr>
              <w:t>Lightning</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$1,860</w:t>
            </w:r>
          </w:p>
        </w:tc>
        <w:tc>
          <w:tcPr>
            <w:tcW w:type="dxa" w:w="1126"/>
          </w:tcPr>
          <w:p>
            <w:pPr>
              <w:spacing w:after="0"/>
              <w:jc w:val="right"/>
            </w:pPr>
            <w:r>
              <w:rPr>
                <w:sz w:val="16"/>
              </w:rPr>
              <w:t>n/a</w:t>
            </w:r>
          </w:p>
        </w:tc>
        <w:tc>
          <w:tcPr>
            <w:tcW w:type="dxa" w:w="1975"/>
          </w:tcPr>
          <w:p>
            <w:pPr>
              <w:spacing w:after="0"/>
              <w:jc w:val="right"/>
            </w:pPr>
            <w:r>
              <w:rPr>
                <w:sz w:val="16"/>
              </w:rPr>
              <w:t>$22,595</w:t>
            </w:r>
          </w:p>
        </w:tc>
        <w:tc>
          <w:tcPr>
            <w:tcW w:type="dxa" w:w="1201"/>
          </w:tcPr>
          <w:p>
            <w:pPr>
              <w:spacing w:after="0"/>
              <w:jc w:val="right"/>
            </w:pPr>
            <w:r>
              <w:rPr>
                <w:sz w:val="16"/>
              </w:rPr>
              <w:t>$24,456</w:t>
            </w:r>
          </w:p>
        </w:tc>
        <w:tc>
          <w:tcPr>
            <w:tcW w:type="dxa" w:w="2186"/>
          </w:tcPr>
          <w:p>
            <w:pPr>
              <w:spacing w:after="0"/>
              <w:jc w:val="right"/>
            </w:pPr>
            <w:r>
              <w:rPr>
                <w:sz w:val="16"/>
              </w:rPr>
              <w:t>1</w:t>
            </w:r>
          </w:p>
        </w:tc>
        <w:tc>
          <w:tcPr>
            <w:tcW w:type="dxa" w:w="2229"/>
          </w:tcPr>
          <w:p>
            <w:pPr>
              <w:spacing w:after="0"/>
              <w:jc w:val="left"/>
            </w:pPr>
          </w:p>
        </w:tc>
      </w:tr>
      <w:tr>
        <w:trPr>
          <w:cantSplit/>
        </w:trPr>
        <w:tc>
          <w:tcPr>
            <w:tcW w:type="dxa" w:w="726"/>
          </w:tcPr>
          <w:p>
            <w:pPr>
              <w:spacing w:after="0"/>
              <w:jc w:val="right"/>
            </w:pPr>
            <w:r>
              <w:rPr>
                <w:sz w:val="16"/>
              </w:rPr>
              <w:t>11</w:t>
            </w:r>
          </w:p>
        </w:tc>
        <w:tc>
          <w:tcPr>
            <w:tcW w:type="dxa" w:w="1037"/>
          </w:tcPr>
          <w:p>
            <w:pPr>
              <w:spacing w:after="0"/>
              <w:jc w:val="left"/>
            </w:pPr>
            <w:r>
              <w:rPr>
                <w:sz w:val="16"/>
              </w:rPr>
              <w:t>Ice Storm</w:t>
            </w:r>
          </w:p>
        </w:tc>
        <w:tc>
          <w:tcPr>
            <w:tcW w:type="dxa" w:w="1380"/>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$23,072</w:t>
            </w:r>
          </w:p>
        </w:tc>
        <w:tc>
          <w:tcPr>
            <w:tcW w:type="dxa" w:w="1126"/>
          </w:tcPr>
          <w:p>
            <w:pPr>
              <w:spacing w:after="0"/>
              <w:jc w:val="right"/>
            </w:pPr>
            <w:r>
              <w:rPr>
                <w:sz w:val="16"/>
              </w:rPr>
              <w:t>n/a</w:t>
            </w:r>
          </w:p>
        </w:tc>
        <w:tc>
          <w:tcPr>
            <w:tcW w:type="dxa" w:w="1975"/>
          </w:tcPr>
          <w:p>
            <w:pPr>
              <w:spacing w:after="0"/>
              <w:jc w:val="right"/>
            </w:pPr>
            <w:r>
              <w:rPr>
                <w:sz w:val="16"/>
              </w:rPr>
              <w:t>$165</w:t>
            </w:r>
          </w:p>
        </w:tc>
        <w:tc>
          <w:tcPr>
            <w:tcW w:type="dxa" w:w="1201"/>
          </w:tcPr>
          <w:p>
            <w:pPr>
              <w:spacing w:after="0"/>
              <w:jc w:val="right"/>
            </w:pPr>
            <w:r>
              <w:rPr>
                <w:sz w:val="16"/>
              </w:rPr>
              <w:t>$23,237</w:t>
            </w:r>
          </w:p>
        </w:tc>
        <w:tc>
          <w:tcPr>
            <w:tcW w:type="dxa" w:w="2186"/>
          </w:tcPr>
          <w:p>
            <w:pPr>
              <w:spacing w:after="0"/>
              <w:jc w:val="right"/>
            </w:pPr>
            <w:r>
              <w:rPr>
                <w:sz w:val="16"/>
              </w:rPr>
              <w:t>1</w:t>
            </w:r>
          </w:p>
        </w:tc>
        <w:tc>
          <w:tcPr>
            <w:tcW w:type="dxa" w:w="2229"/>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Cold Wave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$839</w:t>
            </w:r>
          </w:p>
        </w:tc>
        <w:tc>
          <w:tcPr>
            <w:tcW w:type="dxa" w:w="1126"/>
          </w:tcPr>
          <w:p>
            <w:pPr>
              <w:spacing w:after="0"/>
              <w:jc w:val="right"/>
            </w:pPr>
            <w:r>
              <w:rPr>
                <w:sz w:val="16"/>
              </w:rPr>
              <w:t>$457</w:t>
            </w:r>
          </w:p>
        </w:tc>
        <w:tc>
          <w:tcPr>
            <w:tcW w:type="dxa" w:w="1975"/>
          </w:tcPr>
          <w:p>
            <w:pPr>
              <w:spacing w:after="0"/>
              <w:jc w:val="right"/>
            </w:pPr>
            <w:r>
              <w:rPr>
                <w:sz w:val="16"/>
              </w:rPr>
              <w:t>$6,942</w:t>
            </w:r>
          </w:p>
        </w:tc>
        <w:tc>
          <w:tcPr>
            <w:tcW w:type="dxa" w:w="1201"/>
          </w:tcPr>
          <w:p>
            <w:pPr>
              <w:spacing w:after="0"/>
              <w:jc w:val="right"/>
            </w:pPr>
            <w:r>
              <w:rPr>
                <w:sz w:val="16"/>
              </w:rPr>
              <w:t>$8,238</w:t>
            </w:r>
          </w:p>
        </w:tc>
        <w:tc>
          <w:tcPr>
            <w:tcW w:type="dxa" w:w="2186"/>
          </w:tcPr>
          <w:p>
            <w:pPr>
              <w:spacing w:after="0"/>
              <w:jc w:val="right"/>
            </w:pPr>
            <w:r>
              <w:rPr>
                <w:sz w:val="16"/>
              </w:rPr>
              <w:t>1</w:t>
            </w:r>
          </w:p>
        </w:tc>
        <w:tc>
          <w:tcPr>
            <w:tcW w:type="dxa" w:w="2229"/>
          </w:tcPr>
          <w:p>
            <w:pPr>
              <w:spacing w:after="0"/>
              <w:jc w:val="left"/>
            </w:pPr>
            <w:r>
              <w:rPr>
                <w:sz w:val="16"/>
              </w:rPr>
              <w:t>Includes 1 Frost/Freeze record (outside NRI's Cold Wave definition; counted in this table and in B1-d, not in the B1-e descriptor).</w:t>
            </w:r>
          </w:p>
        </w:tc>
      </w:tr>
      <w:tr>
        <w:trPr>
          <w:cantSplit/>
        </w:trPr>
        <w:tc>
          <w:tcPr>
            <w:tcW w:type="dxa" w:w="726"/>
          </w:tcPr>
          <w:p>
            <w:pPr>
              <w:spacing w:after="0"/>
              <w:jc w:val="right"/>
            </w:pPr>
            <w:r>
              <w:rPr>
                <w:sz w:val="16"/>
              </w:rPr>
              <w:t>13</w:t>
            </w:r>
          </w:p>
        </w:tc>
        <w:tc>
          <w:tcPr>
            <w:tcW w:type="dxa" w:w="1037"/>
          </w:tcPr>
          <w:p>
            <w:pPr>
              <w:spacing w:after="0"/>
              <w:jc w:val="left"/>
            </w:pPr>
            <w:r>
              <w:rPr>
                <w:sz w:val="16"/>
              </w:rPr>
              <w:t>Wildfire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$3,991</w:t>
            </w:r>
          </w:p>
        </w:tc>
        <w:tc>
          <w:tcPr>
            <w:tcW w:type="dxa" w:w="1126"/>
          </w:tcPr>
          <w:p>
            <w:pPr>
              <w:spacing w:after="0"/>
              <w:jc w:val="right"/>
            </w:pPr>
            <w:r>
              <w:rPr>
                <w:sz w:val="16"/>
              </w:rPr>
              <w:t>$4</w:t>
            </w:r>
          </w:p>
        </w:tc>
        <w:tc>
          <w:tcPr>
            <w:tcW w:type="dxa" w:w="1975"/>
          </w:tcPr>
          <w:p>
            <w:pPr>
              <w:spacing w:after="0"/>
              <w:jc w:val="right"/>
            </w:pPr>
            <w:r>
              <w:rPr>
                <w:sz w:val="16"/>
              </w:rPr>
              <w:t>$406</w:t>
            </w:r>
          </w:p>
        </w:tc>
        <w:tc>
          <w:tcPr>
            <w:tcW w:type="dxa" w:w="1201"/>
          </w:tcPr>
          <w:p>
            <w:pPr>
              <w:spacing w:after="0"/>
              <w:jc w:val="right"/>
            </w:pPr>
            <w:r>
              <w:rPr>
                <w:sz w:val="16"/>
              </w:rPr>
              <w:t>$4,401</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14</w:t>
            </w:r>
          </w:p>
        </w:tc>
        <w:tc>
          <w:tcPr>
            <w:tcW w:type="dxa" w:w="1037"/>
          </w:tcPr>
          <w:p>
            <w:pPr>
              <w:spacing w:after="0"/>
              <w:jc w:val="left"/>
            </w:pPr>
            <w:r>
              <w:rPr>
                <w:sz w:val="16"/>
              </w:rPr>
              <w:t>Winter Weather</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$427</w:t>
            </w:r>
          </w:p>
        </w:tc>
        <w:tc>
          <w:tcPr>
            <w:tcW w:type="dxa" w:w="1126"/>
          </w:tcPr>
          <w:p>
            <w:pPr>
              <w:spacing w:after="0"/>
              <w:jc w:val="right"/>
            </w:pPr>
            <w:r>
              <w:rPr>
                <w:sz w:val="16"/>
              </w:rPr>
              <w:t>$7</w:t>
            </w:r>
          </w:p>
        </w:tc>
        <w:tc>
          <w:tcPr>
            <w:tcW w:type="dxa" w:w="1975"/>
          </w:tcPr>
          <w:p>
            <w:pPr>
              <w:spacing w:after="0"/>
              <w:jc w:val="right"/>
            </w:pPr>
            <w:r>
              <w:rPr>
                <w:sz w:val="16"/>
              </w:rPr>
              <w:t>$3,361</w:t>
            </w:r>
          </w:p>
        </w:tc>
        <w:tc>
          <w:tcPr>
            <w:tcW w:type="dxa" w:w="1201"/>
          </w:tcPr>
          <w:p>
            <w:pPr>
              <w:spacing w:after="0"/>
              <w:jc w:val="right"/>
            </w:pPr>
            <w:r>
              <w:rPr>
                <w:sz w:val="16"/>
              </w:rPr>
              <w:t>$3,795</w:t>
            </w:r>
          </w:p>
        </w:tc>
        <w:tc>
          <w:tcPr>
            <w:tcW w:type="dxa" w:w="2186"/>
          </w:tcPr>
          <w:p>
            <w:pPr>
              <w:spacing w:after="0"/>
              <w:jc w:val="right"/>
            </w:pPr>
            <w:r>
              <w:rPr>
                <w:sz w:val="16"/>
              </w:rPr>
              <w:t>23</w:t>
            </w:r>
          </w:p>
        </w:tc>
        <w:tc>
          <w:tcPr>
            <w:tcW w:type="dxa" w:w="2229"/>
          </w:tcPr>
          <w:p>
            <w:pPr>
              <w:spacing w:after="0"/>
              <w:jc w:val="left"/>
            </w:pPr>
          </w:p>
        </w:tc>
      </w:tr>
      <w:tr>
        <w:trPr>
          <w:cantSplit/>
        </w:trPr>
        <w:tc>
          <w:tcPr>
            <w:tcW w:type="dxa" w:w="726"/>
          </w:tcPr>
          <w:p>
            <w:pPr>
              <w:spacing w:after="0"/>
              <w:jc w:val="right"/>
            </w:pPr>
            <w:r>
              <w:rPr>
                <w:sz w:val="16"/>
              </w:rPr>
              <w:t>15</w:t>
            </w:r>
          </w:p>
        </w:tc>
        <w:tc>
          <w:tcPr>
            <w:tcW w:type="dxa" w:w="1037"/>
          </w:tcPr>
          <w:p>
            <w:pPr>
              <w:spacing w:after="0"/>
              <w:jc w:val="left"/>
            </w:pPr>
            <w:r>
              <w:rPr>
                <w:sz w:val="16"/>
              </w:rPr>
              <w:t>Landslide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$395</w:t>
            </w:r>
          </w:p>
        </w:tc>
        <w:tc>
          <w:tcPr>
            <w:tcW w:type="dxa" w:w="1126"/>
          </w:tcPr>
          <w:p>
            <w:pPr>
              <w:spacing w:after="0"/>
              <w:jc w:val="right"/>
            </w:pPr>
            <w:r>
              <w:rPr>
                <w:sz w:val="16"/>
              </w:rPr>
              <w:t>n/a</w:t>
            </w:r>
          </w:p>
        </w:tc>
        <w:tc>
          <w:tcPr>
            <w:tcW w:type="dxa" w:w="1975"/>
          </w:tcPr>
          <w:p>
            <w:pPr>
              <w:spacing w:after="0"/>
              <w:jc w:val="right"/>
            </w:pPr>
            <w:r>
              <w:rPr>
                <w:sz w:val="16"/>
              </w:rPr>
              <w:t>$61</w:t>
            </w:r>
          </w:p>
        </w:tc>
        <w:tc>
          <w:tcPr>
            <w:tcW w:type="dxa" w:w="1201"/>
          </w:tcPr>
          <w:p>
            <w:pPr>
              <w:spacing w:after="0"/>
              <w:jc w:val="right"/>
            </w:pPr>
            <w:r>
              <w:rPr>
                <w:sz w:val="16"/>
              </w:rPr>
              <w:t>$456</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p>
        </w:tc>
        <w:tc>
          <w:tcPr>
            <w:tcW w:type="dxa" w:w="1037"/>
          </w:tcPr>
          <w:p>
            <w:pPr>
              <w:spacing w:after="0"/>
              <w:jc w:val="left"/>
            </w:pPr>
            <w:r>
              <w:rPr>
                <w:sz w:val="16"/>
              </w:rPr>
              <w:t>Tsunami</w:t>
            </w:r>
          </w:p>
        </w:tc>
        <w:tc>
          <w:tcPr>
            <w:tcW w:type="dxa" w:w="1380"/>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75"/>
          </w:tcPr>
          <w:p>
            <w:pPr>
              <w:spacing w:after="0"/>
              <w:jc w:val="right"/>
            </w:pPr>
            <w:r>
              <w:rPr>
                <w:sz w:val="16"/>
              </w:rPr>
              <w:t>n/a</w:t>
            </w:r>
          </w:p>
        </w:tc>
        <w:tc>
          <w:tcPr>
            <w:tcW w:type="dxa" w:w="1201"/>
          </w:tcPr>
          <w:p>
            <w:pPr>
              <w:spacing w:after="0"/>
              <w:jc w:val="right"/>
            </w:pPr>
            <w:r>
              <w:rPr>
                <w:sz w:val="16"/>
              </w:rPr>
              <w:t>n/a</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9504 (Relatively Low, 67.7); tract 9505 (Relatively Low, 51.8)</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9504 (Relatively Moderate, 86.4); tract 9505 (Relatively Moderate, 82.9)</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9504 (Relatively Low, 90.2); tract 9505 (Very Low, 78.3)</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9504 (Relatively Moderate, 65.5); tract 9505 (Relatively Low, 52.9)</w:t>
            </w:r>
          </w:p>
        </w:tc>
      </w:tr>
      <w:tr>
        <w:trPr>
          <w:cantSplit/>
        </w:trPr>
        <w:tc>
          <w:tcPr>
            <w:tcW w:type="dxa" w:w="4566"/>
          </w:tcPr>
          <w:p>
            <w:pPr>
              <w:spacing w:after="0"/>
              <w:jc w:val="left"/>
            </w:pPr>
            <w:r>
              <w:rPr>
                <w:sz w:val="16"/>
              </w:rPr>
              <w:t>Tsunami</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9505 (Relatively Low, 77.4); tract 9504 (Relatively Low, 72.9)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3"/>
        <w:gridCol w:w="2068"/>
        <w:gridCol w:w="1704"/>
        <w:gridCol w:w="1522"/>
        <w:gridCol w:w="1643"/>
        <w:gridCol w:w="1684"/>
        <w:gridCol w:w="1914"/>
        <w:gridCol w:w="1624"/>
      </w:tblGrid>
      <w:tr>
        <w:trPr>
          <w:cantSplit/>
          <w:tblHeader/>
        </w:trPr>
        <w:tc>
          <w:tcPr>
            <w:tcW w:type="dxa" w:w="1953"/>
            <w:shd w:val="clear" w:color="auto" w:fill="E8E8E8"/>
          </w:tcPr>
          <w:p>
            <w:pPr>
              <w:spacing w:after="0"/>
              <w:jc w:val="left"/>
            </w:pPr>
            <w:r>
              <w:rPr>
                <w:b/>
                <w:sz w:val="16"/>
              </w:rPr>
              <w:t>Hazard</w:t>
            </w:r>
          </w:p>
        </w:tc>
        <w:tc>
          <w:tcPr>
            <w:tcW w:type="dxa" w:w="2068"/>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2"/>
            <w:shd w:val="clear" w:color="auto" w:fill="E8E8E8"/>
          </w:tcPr>
          <w:p>
            <w:pPr>
              <w:spacing w:after="0"/>
              <w:jc w:val="left"/>
            </w:pPr>
            <w:r>
              <w:rPr>
                <w:b/>
                <w:sz w:val="16"/>
              </w:rPr>
              <w:t>Observed range</w:t>
            </w:r>
          </w:p>
        </w:tc>
        <w:tc>
          <w:tcPr>
            <w:tcW w:type="dxa" w:w="1643"/>
            <w:shd w:val="clear" w:color="auto" w:fill="E8E8E8"/>
          </w:tcPr>
          <w:p>
            <w:pPr>
              <w:spacing w:after="0"/>
              <w:jc w:val="left"/>
            </w:pPr>
            <w:r>
              <w:rPr>
                <w:b/>
                <w:sz w:val="16"/>
              </w:rPr>
              <w:t>Worst recorded event</w:t>
            </w:r>
          </w:p>
        </w:tc>
        <w:tc>
          <w:tcPr>
            <w:tcW w:type="dxa" w:w="1684"/>
            <w:shd w:val="clear" w:color="auto" w:fill="E8E8E8"/>
          </w:tcPr>
          <w:p>
            <w:pPr>
              <w:spacing w:after="0"/>
              <w:jc w:val="left"/>
            </w:pPr>
            <w:r>
              <w:rPr>
                <w:b/>
                <w:sz w:val="16"/>
              </w:rPr>
              <w:t>Most damaging (when different)</w:t>
            </w:r>
          </w:p>
        </w:tc>
        <w:tc>
          <w:tcPr>
            <w:tcW w:type="dxa" w:w="1914"/>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953"/>
          </w:tcPr>
          <w:p>
            <w:pPr>
              <w:spacing w:after="0"/>
              <w:jc w:val="left"/>
            </w:pPr>
            <w:r>
              <w:rPr>
                <w:sz w:val="16"/>
              </w:rPr>
              <w:t>Coastal Flood, Storm Surge/Tide</w:t>
            </w:r>
          </w:p>
        </w:tc>
        <w:tc>
          <w:tcPr>
            <w:tcW w:type="dxa" w:w="2068"/>
          </w:tcPr>
          <w:p>
            <w:pPr>
              <w:spacing w:after="0"/>
              <w:jc w:val="left"/>
            </w:pPr>
            <w:r>
              <w:rPr>
                <w:sz w:val="16"/>
              </w:rPr>
              <w:t>none in data (flood depth: FIRM)</w:t>
            </w:r>
          </w:p>
        </w:tc>
        <w:tc>
          <w:tcPr>
            <w:tcW w:type="dxa" w:w="1704"/>
          </w:tcPr>
          <w:p>
            <w:pPr>
              <w:spacing w:after="0"/>
              <w:jc w:val="right"/>
            </w:pPr>
            <w:r>
              <w:rPr>
                <w:sz w:val="16"/>
              </w:rPr>
              <w:t>2 records, 2015 to 2025 (2 zone-level)</w:t>
            </w:r>
          </w:p>
        </w:tc>
        <w:tc>
          <w:tcPr>
            <w:tcW w:type="dxa" w:w="1522"/>
          </w:tcPr>
          <w:p>
            <w:pPr>
              <w:spacing w:after="0"/>
              <w:jc w:val="left"/>
            </w:pPr>
          </w:p>
        </w:tc>
        <w:tc>
          <w:tcPr>
            <w:tcW w:type="dxa" w:w="1643"/>
          </w:tcPr>
          <w:p>
            <w:pPr>
              <w:spacing w:after="0"/>
              <w:jc w:val="left"/>
            </w:pPr>
            <w:r>
              <w:rPr>
                <w:sz w:val="16"/>
              </w:rPr>
              <w:t>No damage reported in 2 records.</w:t>
            </w:r>
          </w:p>
        </w:tc>
        <w:tc>
          <w:tcPr>
            <w:tcW w:type="dxa" w:w="1684"/>
          </w:tcPr>
          <w:p>
            <w:pPr>
              <w:spacing w:after="0"/>
              <w:jc w:val="left"/>
            </w:pPr>
          </w:p>
        </w:tc>
        <w:tc>
          <w:tcPr>
            <w:tcW w:type="dxa" w:w="1914"/>
          </w:tcPr>
          <w:p>
            <w:pPr>
              <w:spacing w:after="0"/>
              <w:jc w:val="left"/>
            </w:pPr>
            <w:r>
              <w:rPr>
                <w:sz w:val="16"/>
              </w:rPr>
              <w:t>Countywide (zone-level records).</w:t>
            </w:r>
          </w:p>
        </w:tc>
        <w:tc>
          <w:tcPr>
            <w:tcW w:type="dxa" w:w="1624"/>
          </w:tcPr>
          <w:p>
            <w:pPr>
              <w:spacing w:after="0"/>
              <w:jc w:val="left"/>
            </w:pPr>
            <w:r>
              <w:rPr>
                <w:sz w:val="16"/>
              </w:rPr>
              <w:t>Flood depth: see the FEMA Flood Insurance Rate Map.</w:t>
            </w:r>
          </w:p>
        </w:tc>
      </w:tr>
      <w:tr>
        <w:trPr>
          <w:cantSplit/>
        </w:trPr>
        <w:tc>
          <w:tcPr>
            <w:tcW w:type="dxa" w:w="1953"/>
          </w:tcPr>
          <w:p>
            <w:pPr>
              <w:spacing w:after="0"/>
              <w:jc w:val="left"/>
            </w:pPr>
            <w:r>
              <w:rPr>
                <w:sz w:val="16"/>
              </w:rPr>
              <w:t>Cold/Wind Chill, Extreme Cold/Wind Chill</w:t>
            </w:r>
          </w:p>
        </w:tc>
        <w:tc>
          <w:tcPr>
            <w:tcW w:type="dxa" w:w="2068"/>
          </w:tcPr>
          <w:p>
            <w:pPr>
              <w:spacing w:after="0"/>
              <w:jc w:val="left"/>
            </w:pPr>
            <w:r>
              <w:rPr>
                <w:sz w:val="16"/>
              </w:rPr>
              <w:t>wind chill</w:t>
            </w:r>
          </w:p>
        </w:tc>
        <w:tc>
          <w:tcPr>
            <w:tcW w:type="dxa" w:w="1704"/>
          </w:tcPr>
          <w:p>
            <w:pPr>
              <w:spacing w:after="0"/>
              <w:jc w:val="right"/>
            </w:pPr>
            <w:r>
              <w:rPr>
                <w:sz w:val="16"/>
              </w:rPr>
              <w:t>0</w:t>
            </w:r>
          </w:p>
        </w:tc>
        <w:tc>
          <w:tcPr>
            <w:tcW w:type="dxa" w:w="1522"/>
          </w:tcPr>
          <w:p>
            <w:pPr>
              <w:spacing w:after="0"/>
              <w:jc w:val="left"/>
            </w:pPr>
          </w:p>
        </w:tc>
        <w:tc>
          <w:tcPr>
            <w:tcW w:type="dxa" w:w="1643"/>
          </w:tcPr>
          <w:p>
            <w:pPr>
              <w:spacing w:after="0"/>
              <w:jc w:val="left"/>
            </w:pPr>
          </w:p>
        </w:tc>
        <w:tc>
          <w:tcPr>
            <w:tcW w:type="dxa" w:w="1684"/>
          </w:tcPr>
          <w:p>
            <w:pPr>
              <w:spacing w:after="0"/>
              <w:jc w:val="left"/>
            </w:pPr>
          </w:p>
        </w:tc>
        <w:tc>
          <w:tcPr>
            <w:tcW w:type="dxa" w:w="1914"/>
          </w:tcPr>
          <w:p>
            <w:pPr>
              <w:spacing w:after="0"/>
              <w:jc w:val="left"/>
            </w:pPr>
          </w:p>
        </w:tc>
        <w:tc>
          <w:tcPr>
            <w:tcW w:type="dxa" w:w="1624"/>
          </w:tcPr>
          <w:p>
            <w:pPr>
              <w:spacing w:after="0"/>
              <w:jc w:val="left"/>
            </w:pPr>
          </w:p>
        </w:tc>
      </w:tr>
      <w:tr>
        <w:trPr>
          <w:cantSplit/>
        </w:trPr>
        <w:tc>
          <w:tcPr>
            <w:tcW w:type="dxa" w:w="1953"/>
          </w:tcPr>
          <w:p>
            <w:pPr>
              <w:spacing w:after="0"/>
              <w:jc w:val="left"/>
            </w:pPr>
            <w:r>
              <w:rPr>
                <w:sz w:val="16"/>
              </w:rPr>
              <w:t>Frost/Freeze (outside NRI's Cold Wave definition)</w:t>
            </w:r>
          </w:p>
        </w:tc>
        <w:tc>
          <w:tcPr>
            <w:tcW w:type="dxa" w:w="2068"/>
          </w:tcPr>
          <w:p>
            <w:pPr>
              <w:spacing w:after="0"/>
              <w:jc w:val="left"/>
            </w:pPr>
            <w:r>
              <w:rPr>
                <w:sz w:val="16"/>
              </w:rPr>
              <w:t>crop damage</w:t>
            </w:r>
          </w:p>
        </w:tc>
        <w:tc>
          <w:tcPr>
            <w:tcW w:type="dxa" w:w="1704"/>
          </w:tcPr>
          <w:p>
            <w:pPr>
              <w:spacing w:after="0"/>
              <w:jc w:val="right"/>
            </w:pPr>
            <w:r>
              <w:rPr>
                <w:sz w:val="16"/>
              </w:rPr>
              <w:t>1 record, 2016 (1 zone-level)</w:t>
            </w:r>
          </w:p>
        </w:tc>
        <w:tc>
          <w:tcPr>
            <w:tcW w:type="dxa" w:w="1522"/>
          </w:tcPr>
          <w:p>
            <w:pPr>
              <w:spacing w:after="0"/>
              <w:jc w:val="left"/>
            </w:pPr>
          </w:p>
        </w:tc>
        <w:tc>
          <w:tcPr>
            <w:tcW w:type="dxa" w:w="1643"/>
          </w:tcPr>
          <w:p>
            <w:pPr>
              <w:spacing w:after="0"/>
              <w:jc w:val="left"/>
            </w:pPr>
            <w:r>
              <w:rPr>
                <w:sz w:val="16"/>
              </w:rPr>
              <w:t>No crop damage reported in 1 record.</w:t>
            </w:r>
          </w:p>
        </w:tc>
        <w:tc>
          <w:tcPr>
            <w:tcW w:type="dxa" w:w="1684"/>
          </w:tcPr>
          <w:p>
            <w:pPr>
              <w:spacing w:after="0"/>
              <w:jc w:val="left"/>
            </w:pPr>
          </w:p>
        </w:tc>
        <w:tc>
          <w:tcPr>
            <w:tcW w:type="dxa" w:w="1914"/>
          </w:tcPr>
          <w:p>
            <w:pPr>
              <w:spacing w:after="0"/>
              <w:jc w:val="left"/>
            </w:pPr>
            <w:r>
              <w:rPr>
                <w:sz w:val="16"/>
              </w:rPr>
              <w:t>Countywide (zone-level records).</w:t>
            </w:r>
          </w:p>
        </w:tc>
        <w:tc>
          <w:tcPr>
            <w:tcW w:type="dxa" w:w="1624"/>
          </w:tcPr>
          <w:p>
            <w:pPr>
              <w:spacing w:after="0"/>
              <w:jc w:val="left"/>
            </w:pPr>
          </w:p>
        </w:tc>
      </w:tr>
      <w:tr>
        <w:trPr>
          <w:cantSplit/>
        </w:trPr>
        <w:tc>
          <w:tcPr>
            <w:tcW w:type="dxa" w:w="1953"/>
          </w:tcPr>
          <w:p>
            <w:pPr>
              <w:spacing w:after="0"/>
              <w:jc w:val="left"/>
            </w:pPr>
            <w:r>
              <w:rPr>
                <w:sz w:val="16"/>
              </w:rPr>
              <w:t>Drought</w:t>
            </w:r>
          </w:p>
        </w:tc>
        <w:tc>
          <w:tcPr>
            <w:tcW w:type="dxa" w:w="2068"/>
          </w:tcPr>
          <w:p>
            <w:pPr>
              <w:spacing w:after="0"/>
              <w:jc w:val="left"/>
            </w:pPr>
            <w:r>
              <w:rPr>
                <w:sz w:val="16"/>
              </w:rPr>
              <w:t>U.S. Drought Monitor scale (D0 to D4)</w:t>
            </w:r>
          </w:p>
        </w:tc>
        <w:tc>
          <w:tcPr>
            <w:tcW w:type="dxa" w:w="1704"/>
          </w:tcPr>
          <w:p>
            <w:pPr>
              <w:spacing w:after="0"/>
              <w:jc w:val="right"/>
            </w:pPr>
            <w:r>
              <w:rPr>
                <w:sz w:val="16"/>
              </w:rPr>
              <w:t>0</w:t>
            </w:r>
          </w:p>
        </w:tc>
        <w:tc>
          <w:tcPr>
            <w:tcW w:type="dxa" w:w="1522"/>
          </w:tcPr>
          <w:p>
            <w:pPr>
              <w:spacing w:after="0"/>
              <w:jc w:val="left"/>
            </w:pPr>
          </w:p>
        </w:tc>
        <w:tc>
          <w:tcPr>
            <w:tcW w:type="dxa" w:w="1643"/>
          </w:tcPr>
          <w:p>
            <w:pPr>
              <w:spacing w:after="0"/>
              <w:jc w:val="left"/>
            </w:pPr>
          </w:p>
        </w:tc>
        <w:tc>
          <w:tcPr>
            <w:tcW w:type="dxa" w:w="1684"/>
          </w:tcPr>
          <w:p>
            <w:pPr>
              <w:spacing w:after="0"/>
              <w:jc w:val="left"/>
            </w:pPr>
          </w:p>
        </w:tc>
        <w:tc>
          <w:tcPr>
            <w:tcW w:type="dxa" w:w="1914"/>
          </w:tcPr>
          <w:p>
            <w:pPr>
              <w:spacing w:after="0"/>
              <w:jc w:val="left"/>
            </w:pP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3"/>
          </w:tcPr>
          <w:p>
            <w:pPr>
              <w:spacing w:after="0"/>
              <w:jc w:val="left"/>
            </w:pPr>
            <w:r>
              <w:rPr>
                <w:sz w:val="16"/>
              </w:rPr>
              <w:t>Earthquake</w:t>
            </w:r>
          </w:p>
        </w:tc>
        <w:tc>
          <w:tcPr>
            <w:tcW w:type="dxa" w:w="2068"/>
          </w:tcPr>
          <w:p>
            <w:pPr>
              <w:spacing w:after="0"/>
              <w:jc w:val="left"/>
            </w:pPr>
            <w:r>
              <w:rPr>
                <w:sz w:val="16"/>
              </w:rPr>
              <w:t>Modified Mercalli (local data)</w:t>
            </w:r>
          </w:p>
        </w:tc>
        <w:tc>
          <w:tcPr>
            <w:tcW w:type="dxa" w:w="1704"/>
          </w:tcPr>
          <w:p>
            <w:pPr>
              <w:spacing w:after="0"/>
              <w:jc w:val="right"/>
            </w:pPr>
            <w:r>
              <w:rPr>
                <w:sz w:val="16"/>
              </w:rPr>
              <w:t>0</w:t>
            </w:r>
          </w:p>
        </w:tc>
        <w:tc>
          <w:tcPr>
            <w:tcW w:type="dxa" w:w="1522"/>
          </w:tcPr>
          <w:p>
            <w:pPr>
              <w:spacing w:after="0"/>
              <w:jc w:val="left"/>
            </w:pPr>
          </w:p>
        </w:tc>
        <w:tc>
          <w:tcPr>
            <w:tcW w:type="dxa" w:w="1643"/>
          </w:tcPr>
          <w:p>
            <w:pPr>
              <w:spacing w:after="0"/>
              <w:jc w:val="left"/>
            </w:pPr>
          </w:p>
        </w:tc>
        <w:tc>
          <w:tcPr>
            <w:tcW w:type="dxa" w:w="1684"/>
          </w:tcPr>
          <w:p>
            <w:pPr>
              <w:spacing w:after="0"/>
              <w:jc w:val="left"/>
            </w:pPr>
          </w:p>
        </w:tc>
        <w:tc>
          <w:tcPr>
            <w:tcW w:type="dxa" w:w="1914"/>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953"/>
          </w:tcPr>
          <w:p>
            <w:pPr>
              <w:spacing w:after="0"/>
              <w:jc w:val="left"/>
            </w:pPr>
            <w:r>
              <w:rPr>
                <w:sz w:val="16"/>
              </w:rPr>
              <w:t>Hail</w:t>
            </w:r>
          </w:p>
        </w:tc>
        <w:tc>
          <w:tcPr>
            <w:tcW w:type="dxa" w:w="2068"/>
          </w:tcPr>
          <w:p>
            <w:pPr>
              <w:spacing w:after="0"/>
              <w:jc w:val="left"/>
            </w:pPr>
            <w:r>
              <w:rPr>
                <w:sz w:val="16"/>
              </w:rPr>
              <w:t>hail size (inches)</w:t>
            </w:r>
          </w:p>
        </w:tc>
        <w:tc>
          <w:tcPr>
            <w:tcW w:type="dxa" w:w="1704"/>
          </w:tcPr>
          <w:p>
            <w:pPr>
              <w:spacing w:after="0"/>
              <w:jc w:val="right"/>
            </w:pPr>
            <w:r>
              <w:rPr>
                <w:sz w:val="16"/>
              </w:rPr>
              <w:t>16 records, 1960 to 2023</w:t>
            </w:r>
          </w:p>
        </w:tc>
        <w:tc>
          <w:tcPr>
            <w:tcW w:type="dxa" w:w="1522"/>
          </w:tcPr>
          <w:p>
            <w:pPr>
              <w:spacing w:after="0"/>
              <w:jc w:val="left"/>
            </w:pPr>
            <w:r>
              <w:rPr>
                <w:sz w:val="16"/>
              </w:rPr>
              <w:t>0.75 in to 3 in (median 1 in); 16 with a recorded value</w:t>
            </w:r>
          </w:p>
        </w:tc>
        <w:tc>
          <w:tcPr>
            <w:tcW w:type="dxa" w:w="1643"/>
          </w:tcPr>
          <w:p>
            <w:pPr>
              <w:spacing w:after="0"/>
              <w:jc w:val="left"/>
            </w:pPr>
            <w:r>
              <w:rPr>
                <w:sz w:val="16"/>
              </w:rPr>
              <w:t>3 in hail, 1960-05-30</w:t>
            </w:r>
          </w:p>
        </w:tc>
        <w:tc>
          <w:tcPr>
            <w:tcW w:type="dxa" w:w="1684"/>
          </w:tcPr>
          <w:p>
            <w:pPr>
              <w:spacing w:after="0"/>
              <w:jc w:val="left"/>
            </w:pPr>
          </w:p>
        </w:tc>
        <w:tc>
          <w:tcPr>
            <w:tcW w:type="dxa" w:w="1914"/>
          </w:tcPr>
          <w:p>
            <w:pPr>
              <w:spacing w:after="0"/>
              <w:jc w:val="left"/>
            </w:pPr>
            <w:r>
              <w:rPr>
                <w:sz w:val="16"/>
              </w:rPr>
              <w:t>No event record names a jurisdiction in the plan.</w:t>
            </w:r>
          </w:p>
        </w:tc>
        <w:tc>
          <w:tcPr>
            <w:tcW w:type="dxa" w:w="1624"/>
          </w:tcPr>
          <w:p>
            <w:pPr>
              <w:spacing w:after="0"/>
              <w:jc w:val="left"/>
            </w:pPr>
          </w:p>
        </w:tc>
      </w:tr>
      <w:tr>
        <w:trPr>
          <w:cantSplit/>
        </w:trPr>
        <w:tc>
          <w:tcPr>
            <w:tcW w:type="dxa" w:w="1953"/>
          </w:tcPr>
          <w:p>
            <w:pPr>
              <w:spacing w:after="0"/>
              <w:jc w:val="left"/>
            </w:pPr>
            <w:r>
              <w:rPr>
                <w:sz w:val="16"/>
              </w:rPr>
              <w:t>Excessive Heat, Heat</w:t>
            </w:r>
          </w:p>
        </w:tc>
        <w:tc>
          <w:tcPr>
            <w:tcW w:type="dxa" w:w="2068"/>
          </w:tcPr>
          <w:p>
            <w:pPr>
              <w:spacing w:after="0"/>
              <w:jc w:val="left"/>
            </w:pPr>
            <w:r>
              <w:rPr>
                <w:sz w:val="16"/>
              </w:rPr>
              <w:t>heat index (in event narratives)</w:t>
            </w:r>
          </w:p>
        </w:tc>
        <w:tc>
          <w:tcPr>
            <w:tcW w:type="dxa" w:w="1704"/>
          </w:tcPr>
          <w:p>
            <w:pPr>
              <w:spacing w:after="0"/>
              <w:jc w:val="right"/>
            </w:pPr>
            <w:r>
              <w:rPr>
                <w:sz w:val="16"/>
              </w:rPr>
              <w:t>1 record, 2025 (1 zone-level)</w:t>
            </w:r>
          </w:p>
        </w:tc>
        <w:tc>
          <w:tcPr>
            <w:tcW w:type="dxa" w:w="1522"/>
          </w:tcPr>
          <w:p>
            <w:pPr>
              <w:spacing w:after="0"/>
              <w:jc w:val="left"/>
            </w:pPr>
            <w:r>
              <w:rPr>
                <w:sz w:val="16"/>
              </w:rPr>
              <w:t>3 days; 1 with a recorded value</w:t>
            </w:r>
          </w:p>
        </w:tc>
        <w:tc>
          <w:tcPr>
            <w:tcW w:type="dxa" w:w="1643"/>
          </w:tcPr>
          <w:p>
            <w:pPr>
              <w:spacing w:after="0"/>
              <w:jc w:val="left"/>
            </w:pPr>
            <w:r>
              <w:rPr>
                <w:sz w:val="16"/>
              </w:rPr>
              <w:t>3 consecutive days, 2025-06-23 to 2025-06-25, zone-level</w:t>
            </w:r>
          </w:p>
        </w:tc>
        <w:tc>
          <w:tcPr>
            <w:tcW w:type="dxa" w:w="1684"/>
          </w:tcPr>
          <w:p>
            <w:pPr>
              <w:spacing w:after="0"/>
              <w:jc w:val="left"/>
            </w:pPr>
          </w:p>
        </w:tc>
        <w:tc>
          <w:tcPr>
            <w:tcW w:type="dxa" w:w="1914"/>
          </w:tcPr>
          <w:p>
            <w:pPr>
              <w:spacing w:after="0"/>
              <w:jc w:val="left"/>
            </w:pPr>
            <w:r>
              <w:rPr>
                <w:sz w:val="16"/>
              </w:rPr>
              <w:t>Countywide (zone-level records).</w:t>
            </w:r>
          </w:p>
        </w:tc>
        <w:tc>
          <w:tcPr>
            <w:tcW w:type="dxa" w:w="1624"/>
          </w:tcPr>
          <w:p>
            <w:pPr>
              <w:spacing w:after="0"/>
              <w:jc w:val="left"/>
            </w:pPr>
          </w:p>
        </w:tc>
      </w:tr>
      <w:tr>
        <w:trPr>
          <w:cantSplit/>
        </w:trPr>
        <w:tc>
          <w:tcPr>
            <w:tcW w:type="dxa" w:w="1953"/>
          </w:tcPr>
          <w:p>
            <w:pPr>
              <w:spacing w:after="0"/>
              <w:jc w:val="left"/>
            </w:pPr>
            <w:r>
              <w:rPr>
                <w:sz w:val="16"/>
              </w:rPr>
              <w:t>Hurricane, Tropical Storm, Tropical Depression</w:t>
            </w:r>
          </w:p>
        </w:tc>
        <w:tc>
          <w:tcPr>
            <w:tcW w:type="dxa" w:w="2068"/>
          </w:tcPr>
          <w:p>
            <w:pPr>
              <w:spacing w:after="0"/>
              <w:jc w:val="left"/>
            </w:pPr>
            <w:r>
              <w:rPr>
                <w:sz w:val="16"/>
              </w:rPr>
              <w:t>Saffir-Simpson</w:t>
            </w:r>
          </w:p>
        </w:tc>
        <w:tc>
          <w:tcPr>
            <w:tcW w:type="dxa" w:w="1704"/>
          </w:tcPr>
          <w:p>
            <w:pPr>
              <w:spacing w:after="0"/>
              <w:jc w:val="right"/>
            </w:pPr>
            <w:r>
              <w:rPr>
                <w:sz w:val="16"/>
              </w:rPr>
              <w:t>0</w:t>
            </w:r>
          </w:p>
        </w:tc>
        <w:tc>
          <w:tcPr>
            <w:tcW w:type="dxa" w:w="1522"/>
          </w:tcPr>
          <w:p>
            <w:pPr>
              <w:spacing w:after="0"/>
              <w:jc w:val="left"/>
            </w:pPr>
          </w:p>
        </w:tc>
        <w:tc>
          <w:tcPr>
            <w:tcW w:type="dxa" w:w="1643"/>
          </w:tcPr>
          <w:p>
            <w:pPr>
              <w:spacing w:after="0"/>
              <w:jc w:val="left"/>
            </w:pPr>
          </w:p>
        </w:tc>
        <w:tc>
          <w:tcPr>
            <w:tcW w:type="dxa" w:w="1684"/>
          </w:tcPr>
          <w:p>
            <w:pPr>
              <w:spacing w:after="0"/>
              <w:jc w:val="left"/>
            </w:pPr>
          </w:p>
        </w:tc>
        <w:tc>
          <w:tcPr>
            <w:tcW w:type="dxa" w:w="1914"/>
          </w:tcPr>
          <w:p>
            <w:pPr>
              <w:spacing w:after="0"/>
              <w:jc w:val="left"/>
            </w:pP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3"/>
          </w:tcPr>
          <w:p>
            <w:pPr>
              <w:spacing w:after="0"/>
              <w:jc w:val="left"/>
            </w:pPr>
            <w:r>
              <w:rPr>
                <w:sz w:val="16"/>
              </w:rPr>
              <w:t>Ice Storm</w:t>
            </w:r>
          </w:p>
        </w:tc>
        <w:tc>
          <w:tcPr>
            <w:tcW w:type="dxa" w:w="2068"/>
          </w:tcPr>
          <w:p>
            <w:pPr>
              <w:spacing w:after="0"/>
              <w:jc w:val="left"/>
            </w:pPr>
            <w:r>
              <w:rPr>
                <w:sz w:val="16"/>
              </w:rPr>
              <w:t>Sperry-Piltz ice scale (local data)</w:t>
            </w:r>
          </w:p>
        </w:tc>
        <w:tc>
          <w:tcPr>
            <w:tcW w:type="dxa" w:w="1704"/>
          </w:tcPr>
          <w:p>
            <w:pPr>
              <w:spacing w:after="0"/>
              <w:jc w:val="right"/>
            </w:pPr>
            <w:r>
              <w:rPr>
                <w:sz w:val="16"/>
              </w:rPr>
              <w:t>1 record, 2021 (1 zone-level)</w:t>
            </w:r>
          </w:p>
        </w:tc>
        <w:tc>
          <w:tcPr>
            <w:tcW w:type="dxa" w:w="1522"/>
          </w:tcPr>
          <w:p>
            <w:pPr>
              <w:spacing w:after="0"/>
              <w:jc w:val="left"/>
            </w:pPr>
          </w:p>
        </w:tc>
        <w:tc>
          <w:tcPr>
            <w:tcW w:type="dxa" w:w="1643"/>
          </w:tcPr>
          <w:p>
            <w:pPr>
              <w:spacing w:after="0"/>
              <w:jc w:val="left"/>
            </w:pPr>
            <w:r>
              <w:rPr>
                <w:sz w:val="16"/>
              </w:rPr>
              <w:t>Ice Storm, 2021-02-13, $50,000 property; $0 crops (2021 dollars); NWS zone VAZ520</w:t>
            </w:r>
          </w:p>
        </w:tc>
        <w:tc>
          <w:tcPr>
            <w:tcW w:type="dxa" w:w="1684"/>
          </w:tcPr>
          <w:p>
            <w:pPr>
              <w:spacing w:after="0"/>
              <w:jc w:val="left"/>
            </w:pPr>
          </w:p>
        </w:tc>
        <w:tc>
          <w:tcPr>
            <w:tcW w:type="dxa" w:w="1914"/>
          </w:tcPr>
          <w:p>
            <w:pPr>
              <w:spacing w:after="0"/>
              <w:jc w:val="left"/>
            </w:pPr>
            <w:r>
              <w:rPr>
                <w:sz w:val="16"/>
              </w:rPr>
              <w:t>Countywide (zone-level records).</w:t>
            </w:r>
          </w:p>
        </w:tc>
        <w:tc>
          <w:tcPr>
            <w:tcW w:type="dxa" w:w="1624"/>
          </w:tcPr>
          <w:p>
            <w:pPr>
              <w:spacing w:after="0"/>
              <w:jc w:val="left"/>
            </w:pPr>
          </w:p>
        </w:tc>
      </w:tr>
      <w:tr>
        <w:trPr>
          <w:cantSplit/>
        </w:trPr>
        <w:tc>
          <w:tcPr>
            <w:tcW w:type="dxa" w:w="1953"/>
          </w:tcPr>
          <w:p>
            <w:pPr>
              <w:spacing w:after="0"/>
              <w:jc w:val="left"/>
            </w:pPr>
            <w:r>
              <w:rPr>
                <w:sz w:val="16"/>
              </w:rPr>
              <w:t>Flash Flood, Flood, Lakeshore Flood</w:t>
            </w:r>
          </w:p>
        </w:tc>
        <w:tc>
          <w:tcPr>
            <w:tcW w:type="dxa" w:w="2068"/>
          </w:tcPr>
          <w:p>
            <w:pPr>
              <w:spacing w:after="0"/>
              <w:jc w:val="left"/>
            </w:pPr>
            <w:r>
              <w:rPr>
                <w:sz w:val="16"/>
              </w:rPr>
              <w:t>damage and flood days (flood depth: FIRM)</w:t>
            </w:r>
          </w:p>
        </w:tc>
        <w:tc>
          <w:tcPr>
            <w:tcW w:type="dxa" w:w="1704"/>
          </w:tcPr>
          <w:p>
            <w:pPr>
              <w:spacing w:after="0"/>
              <w:jc w:val="right"/>
            </w:pPr>
            <w:r>
              <w:rPr>
                <w:sz w:val="16"/>
              </w:rPr>
              <w:t>14 records, 1996 to 2025</w:t>
            </w:r>
          </w:p>
        </w:tc>
        <w:tc>
          <w:tcPr>
            <w:tcW w:type="dxa" w:w="1522"/>
          </w:tcPr>
          <w:p>
            <w:pPr>
              <w:spacing w:after="0"/>
              <w:jc w:val="left"/>
            </w:pPr>
          </w:p>
        </w:tc>
        <w:tc>
          <w:tcPr>
            <w:tcW w:type="dxa" w:w="1643"/>
          </w:tcPr>
          <w:p>
            <w:pPr>
              <w:spacing w:after="0"/>
              <w:jc w:val="left"/>
            </w:pPr>
            <w:r>
              <w:rPr>
                <w:sz w:val="16"/>
              </w:rPr>
              <w:t>Flash Flood, 1999-09-16, $617,000 property; crops not reported (1999 dollars)</w:t>
            </w:r>
          </w:p>
        </w:tc>
        <w:tc>
          <w:tcPr>
            <w:tcW w:type="dxa" w:w="1684"/>
          </w:tcPr>
          <w:p>
            <w:pPr>
              <w:spacing w:after="0"/>
              <w:jc w:val="left"/>
            </w:pPr>
          </w:p>
        </w:tc>
        <w:tc>
          <w:tcPr>
            <w:tcW w:type="dxa" w:w="1914"/>
          </w:tcPr>
          <w:p>
            <w:pPr>
              <w:spacing w:after="0"/>
              <w:jc w:val="left"/>
            </w:pPr>
            <w:r>
              <w:rPr>
                <w:sz w:val="16"/>
              </w:rPr>
              <w:t>No event record names a jurisdiction in the plan.</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3"/>
          </w:tcPr>
          <w:p>
            <w:pPr>
              <w:spacing w:after="0"/>
              <w:jc w:val="left"/>
            </w:pPr>
            <w:r>
              <w:rPr>
                <w:sz w:val="16"/>
              </w:rPr>
              <w:t>Debris Flow</w:t>
            </w:r>
          </w:p>
        </w:tc>
        <w:tc>
          <w:tcPr>
            <w:tcW w:type="dxa" w:w="2068"/>
          </w:tcPr>
          <w:p>
            <w:pPr>
              <w:spacing w:after="0"/>
              <w:jc w:val="left"/>
            </w:pPr>
            <w:r>
              <w:rPr>
                <w:sz w:val="16"/>
              </w:rPr>
              <w:t>none (count and damage only)</w:t>
            </w:r>
          </w:p>
        </w:tc>
        <w:tc>
          <w:tcPr>
            <w:tcW w:type="dxa" w:w="1704"/>
          </w:tcPr>
          <w:p>
            <w:pPr>
              <w:spacing w:after="0"/>
              <w:jc w:val="right"/>
            </w:pPr>
            <w:r>
              <w:rPr>
                <w:sz w:val="16"/>
              </w:rPr>
              <w:t>0</w:t>
            </w:r>
          </w:p>
        </w:tc>
        <w:tc>
          <w:tcPr>
            <w:tcW w:type="dxa" w:w="1522"/>
          </w:tcPr>
          <w:p>
            <w:pPr>
              <w:spacing w:after="0"/>
              <w:jc w:val="left"/>
            </w:pPr>
          </w:p>
        </w:tc>
        <w:tc>
          <w:tcPr>
            <w:tcW w:type="dxa" w:w="1643"/>
          </w:tcPr>
          <w:p>
            <w:pPr>
              <w:spacing w:after="0"/>
              <w:jc w:val="left"/>
            </w:pPr>
          </w:p>
        </w:tc>
        <w:tc>
          <w:tcPr>
            <w:tcW w:type="dxa" w:w="1684"/>
          </w:tcPr>
          <w:p>
            <w:pPr>
              <w:spacing w:after="0"/>
              <w:jc w:val="left"/>
            </w:pPr>
          </w:p>
        </w:tc>
        <w:tc>
          <w:tcPr>
            <w:tcW w:type="dxa" w:w="1914"/>
          </w:tcPr>
          <w:p>
            <w:pPr>
              <w:spacing w:after="0"/>
              <w:jc w:val="left"/>
            </w:pPr>
          </w:p>
        </w:tc>
        <w:tc>
          <w:tcPr>
            <w:tcW w:type="dxa" w:w="1624"/>
          </w:tcPr>
          <w:p>
            <w:pPr>
              <w:spacing w:after="0"/>
              <w:jc w:val="left"/>
            </w:pPr>
          </w:p>
        </w:tc>
      </w:tr>
      <w:tr>
        <w:trPr>
          <w:cantSplit/>
        </w:trPr>
        <w:tc>
          <w:tcPr>
            <w:tcW w:type="dxa" w:w="1953"/>
          </w:tcPr>
          <w:p>
            <w:pPr>
              <w:spacing w:after="0"/>
              <w:jc w:val="left"/>
            </w:pPr>
            <w:r>
              <w:rPr>
                <w:sz w:val="16"/>
              </w:rPr>
              <w:t>Lightning</w:t>
            </w:r>
          </w:p>
        </w:tc>
        <w:tc>
          <w:tcPr>
            <w:tcW w:type="dxa" w:w="2068"/>
          </w:tcPr>
          <w:p>
            <w:pPr>
              <w:spacing w:after="0"/>
              <w:jc w:val="left"/>
            </w:pPr>
            <w:r>
              <w:rPr>
                <w:sz w:val="16"/>
              </w:rPr>
              <w:t>annualized frequency (the measure FEMA's Local Mitigation Planning Handbook names)</w:t>
            </w:r>
          </w:p>
        </w:tc>
        <w:tc>
          <w:tcPr>
            <w:tcW w:type="dxa" w:w="1704"/>
          </w:tcPr>
          <w:p>
            <w:pPr>
              <w:spacing w:after="0"/>
              <w:jc w:val="right"/>
            </w:pPr>
            <w:r>
              <w:rPr>
                <w:sz w:val="16"/>
              </w:rPr>
              <w:t>1 record, 2007</w:t>
            </w:r>
          </w:p>
        </w:tc>
        <w:tc>
          <w:tcPr>
            <w:tcW w:type="dxa" w:w="1522"/>
          </w:tcPr>
          <w:p>
            <w:pPr>
              <w:spacing w:after="0"/>
              <w:jc w:val="left"/>
            </w:pPr>
          </w:p>
        </w:tc>
        <w:tc>
          <w:tcPr>
            <w:tcW w:type="dxa" w:w="1643"/>
          </w:tcPr>
          <w:p>
            <w:pPr>
              <w:spacing w:after="0"/>
              <w:jc w:val="left"/>
            </w:pPr>
            <w:r>
              <w:rPr>
                <w:sz w:val="16"/>
              </w:rPr>
              <w:t>Lightning, 2007-05-02, $2,000 property; $0 crops (2007 dollars)</w:t>
            </w:r>
          </w:p>
        </w:tc>
        <w:tc>
          <w:tcPr>
            <w:tcW w:type="dxa" w:w="1684"/>
          </w:tcPr>
          <w:p>
            <w:pPr>
              <w:spacing w:after="0"/>
              <w:jc w:val="left"/>
            </w:pPr>
          </w:p>
        </w:tc>
        <w:tc>
          <w:tcPr>
            <w:tcW w:type="dxa" w:w="1914"/>
          </w:tcPr>
          <w:p>
            <w:pPr>
              <w:spacing w:after="0"/>
              <w:jc w:val="left"/>
            </w:pPr>
            <w:r>
              <w:rPr>
                <w:sz w:val="16"/>
              </w:rPr>
              <w:t>No event record names a jurisdiction in the plan.</w:t>
            </w:r>
          </w:p>
        </w:tc>
        <w:tc>
          <w:tcPr>
            <w:tcW w:type="dxa" w:w="1624"/>
          </w:tcPr>
          <w:p>
            <w:pPr>
              <w:spacing w:after="0"/>
              <w:jc w:val="left"/>
            </w:pPr>
            <w:r>
              <w:rPr>
                <w:sz w:val="16"/>
              </w:rPr>
              <w:t>Storm Events lists lightning with damage or casualties.</w:t>
            </w:r>
          </w:p>
        </w:tc>
      </w:tr>
      <w:tr>
        <w:trPr>
          <w:cantSplit/>
        </w:trPr>
        <w:tc>
          <w:tcPr>
            <w:tcW w:type="dxa" w:w="1953"/>
          </w:tcPr>
          <w:p>
            <w:pPr>
              <w:spacing w:after="0"/>
              <w:jc w:val="left"/>
            </w:pPr>
            <w:r>
              <w:rPr>
                <w:sz w:val="16"/>
              </w:rPr>
              <w:t>High Wind and Strong Wind (outside NRI's Strong Wind definition)</w:t>
            </w:r>
          </w:p>
        </w:tc>
        <w:tc>
          <w:tcPr>
            <w:tcW w:type="dxa" w:w="2068"/>
          </w:tcPr>
          <w:p>
            <w:pPr>
              <w:spacing w:after="0"/>
              <w:jc w:val="left"/>
            </w:pPr>
            <w:r>
              <w:rPr>
                <w:sz w:val="16"/>
              </w:rPr>
              <w:t>wind speed (kt and mph)</w:t>
            </w:r>
          </w:p>
        </w:tc>
        <w:tc>
          <w:tcPr>
            <w:tcW w:type="dxa" w:w="1704"/>
          </w:tcPr>
          <w:p>
            <w:pPr>
              <w:spacing w:after="0"/>
              <w:jc w:val="right"/>
            </w:pPr>
            <w:r>
              <w:rPr>
                <w:sz w:val="16"/>
              </w:rPr>
              <w:t>2 records, 2018 (2 zone-level)</w:t>
            </w:r>
          </w:p>
        </w:tc>
        <w:tc>
          <w:tcPr>
            <w:tcW w:type="dxa" w:w="1522"/>
          </w:tcPr>
          <w:p>
            <w:pPr>
              <w:spacing w:after="0"/>
              <w:jc w:val="left"/>
            </w:pPr>
            <w:r>
              <w:rPr>
                <w:sz w:val="16"/>
              </w:rPr>
              <w:t>50 kt (58 mph); 2 with a recorded value</w:t>
            </w:r>
          </w:p>
        </w:tc>
        <w:tc>
          <w:tcPr>
            <w:tcW w:type="dxa" w:w="1643"/>
          </w:tcPr>
          <w:p>
            <w:pPr>
              <w:spacing w:after="0"/>
              <w:jc w:val="left"/>
            </w:pPr>
            <w:r>
              <w:rPr>
                <w:sz w:val="16"/>
              </w:rPr>
              <w:t>50 kt (58 mph) estimated gust, High Wind, 2018-10-11; same speed and measurement basis also recorded on 2018-03-02; NWS zone VAZ520</w:t>
            </w:r>
          </w:p>
        </w:tc>
        <w:tc>
          <w:tcPr>
            <w:tcW w:type="dxa" w:w="1684"/>
          </w:tcPr>
          <w:p>
            <w:pPr>
              <w:spacing w:after="0"/>
              <w:jc w:val="left"/>
            </w:pPr>
            <w:r>
              <w:rPr>
                <w:sz w:val="16"/>
              </w:rPr>
              <w:t>High Wind, 2018-03-02, $25,000 property; $0 crops (zone total, 2018 dollars)</w:t>
            </w:r>
          </w:p>
        </w:tc>
        <w:tc>
          <w:tcPr>
            <w:tcW w:type="dxa" w:w="1914"/>
          </w:tcPr>
          <w:p>
            <w:pPr>
              <w:spacing w:after="0"/>
              <w:jc w:val="left"/>
            </w:pPr>
            <w:r>
              <w:rPr>
                <w:sz w:val="16"/>
              </w:rPr>
              <w:t>Countywide (zone-level records).</w:t>
            </w:r>
          </w:p>
        </w:tc>
        <w:tc>
          <w:tcPr>
            <w:tcW w:type="dxa" w:w="1624"/>
          </w:tcPr>
          <w:p>
            <w:pPr>
              <w:spacing w:after="0"/>
              <w:jc w:val="left"/>
            </w:pPr>
          </w:p>
        </w:tc>
      </w:tr>
      <w:tr>
        <w:trPr>
          <w:cantSplit/>
        </w:trPr>
        <w:tc>
          <w:tcPr>
            <w:tcW w:type="dxa" w:w="1953"/>
          </w:tcPr>
          <w:p>
            <w:pPr>
              <w:spacing w:after="0"/>
              <w:jc w:val="left"/>
            </w:pPr>
            <w:r>
              <w:rPr>
                <w:sz w:val="16"/>
              </w:rPr>
              <w:t>Thunderstorm Wind</w:t>
            </w:r>
          </w:p>
        </w:tc>
        <w:tc>
          <w:tcPr>
            <w:tcW w:type="dxa" w:w="2068"/>
          </w:tcPr>
          <w:p>
            <w:pPr>
              <w:spacing w:after="0"/>
              <w:jc w:val="left"/>
            </w:pPr>
            <w:r>
              <w:rPr>
                <w:sz w:val="16"/>
              </w:rPr>
              <w:t>wind speed (kt and mph)</w:t>
            </w:r>
          </w:p>
        </w:tc>
        <w:tc>
          <w:tcPr>
            <w:tcW w:type="dxa" w:w="1704"/>
          </w:tcPr>
          <w:p>
            <w:pPr>
              <w:spacing w:after="0"/>
              <w:jc w:val="right"/>
            </w:pPr>
            <w:r>
              <w:rPr>
                <w:sz w:val="16"/>
              </w:rPr>
              <w:t>83 records, 1960 to 2026</w:t>
            </w:r>
          </w:p>
        </w:tc>
        <w:tc>
          <w:tcPr>
            <w:tcW w:type="dxa" w:w="1522"/>
          </w:tcPr>
          <w:p>
            <w:pPr>
              <w:spacing w:after="0"/>
              <w:jc w:val="left"/>
            </w:pPr>
            <w:r>
              <w:rPr>
                <w:sz w:val="16"/>
              </w:rPr>
              <w:t>50 kt (58 mph) to 52 kt (60 mph) (median 50 kt (58 mph)); 57 with a recorded value</w:t>
            </w:r>
          </w:p>
        </w:tc>
        <w:tc>
          <w:tcPr>
            <w:tcW w:type="dxa" w:w="1643"/>
          </w:tcPr>
          <w:p>
            <w:pPr>
              <w:spacing w:after="0"/>
              <w:jc w:val="left"/>
            </w:pPr>
            <w:r>
              <w:rPr>
                <w:sz w:val="16"/>
              </w:rPr>
              <w:t>52 kt (60 mph), measurement type not recorded, Thunderstorm Wind, 1989-05-06</w:t>
            </w:r>
          </w:p>
        </w:tc>
        <w:tc>
          <w:tcPr>
            <w:tcW w:type="dxa" w:w="1684"/>
          </w:tcPr>
          <w:p>
            <w:pPr>
              <w:spacing w:after="0"/>
              <w:jc w:val="left"/>
            </w:pPr>
            <w:r>
              <w:rPr>
                <w:sz w:val="16"/>
              </w:rPr>
              <w:t>Thunderstorm Wind, 2018-05-14, $15,000 property; $0 crops (2018 dollars)</w:t>
            </w:r>
          </w:p>
        </w:tc>
        <w:tc>
          <w:tcPr>
            <w:tcW w:type="dxa" w:w="1914"/>
          </w:tcPr>
          <w:p>
            <w:pPr>
              <w:spacing w:after="0"/>
              <w:jc w:val="left"/>
            </w:pPr>
            <w:r>
              <w:rPr>
                <w:sz w:val="16"/>
              </w:rPr>
              <w:t>No event record names a jurisdiction in the plan.</w:t>
            </w:r>
          </w:p>
        </w:tc>
        <w:tc>
          <w:tcPr>
            <w:tcW w:type="dxa" w:w="1624"/>
          </w:tcPr>
          <w:p>
            <w:pPr>
              <w:spacing w:after="0"/>
              <w:jc w:val="left"/>
            </w:pPr>
          </w:p>
        </w:tc>
      </w:tr>
      <w:tr>
        <w:trPr>
          <w:cantSplit/>
        </w:trPr>
        <w:tc>
          <w:tcPr>
            <w:tcW w:type="dxa" w:w="1953"/>
          </w:tcPr>
          <w:p>
            <w:pPr>
              <w:spacing w:after="0"/>
              <w:jc w:val="left"/>
            </w:pPr>
            <w:r>
              <w:rPr>
                <w:sz w:val="16"/>
              </w:rPr>
              <w:t>Tornado</w:t>
            </w:r>
          </w:p>
        </w:tc>
        <w:tc>
          <w:tcPr>
            <w:tcW w:type="dxa" w:w="2068"/>
          </w:tcPr>
          <w:p>
            <w:pPr>
              <w:spacing w:after="0"/>
              <w:jc w:val="left"/>
            </w:pPr>
            <w:r>
              <w:rPr>
                <w:sz w:val="16"/>
              </w:rPr>
              <w:t>Enhanced Fujita (Fujita before Feb 2007)</w:t>
            </w:r>
          </w:p>
        </w:tc>
        <w:tc>
          <w:tcPr>
            <w:tcW w:type="dxa" w:w="1704"/>
          </w:tcPr>
          <w:p>
            <w:pPr>
              <w:spacing w:after="0"/>
              <w:jc w:val="right"/>
            </w:pPr>
            <w:r>
              <w:rPr>
                <w:sz w:val="16"/>
              </w:rPr>
              <w:t>8 records, 1951 to 2022</w:t>
            </w:r>
          </w:p>
        </w:tc>
        <w:tc>
          <w:tcPr>
            <w:tcW w:type="dxa" w:w="1522"/>
          </w:tcPr>
          <w:p>
            <w:pPr>
              <w:spacing w:after="0"/>
              <w:jc w:val="left"/>
            </w:pPr>
            <w:r>
              <w:rPr>
                <w:sz w:val="16"/>
              </w:rPr>
              <w:t>F/EF0 to F/EF1 (median F/EF1); 8 with a recorded value</w:t>
            </w:r>
          </w:p>
        </w:tc>
        <w:tc>
          <w:tcPr>
            <w:tcW w:type="dxa" w:w="1643"/>
          </w:tcPr>
          <w:p>
            <w:pPr>
              <w:spacing w:after="0"/>
              <w:jc w:val="left"/>
            </w:pPr>
            <w:r>
              <w:rPr>
                <w:sz w:val="16"/>
              </w:rPr>
              <w:t>EF1 tornado, 2016-02-24, 2.58 mi within this county, 200 yd wide, $500,000 property; $5,000 crops (2016 dollars)</w:t>
            </w:r>
          </w:p>
        </w:tc>
        <w:tc>
          <w:tcPr>
            <w:tcW w:type="dxa" w:w="1684"/>
          </w:tcPr>
          <w:p>
            <w:pPr>
              <w:spacing w:after="0"/>
              <w:jc w:val="left"/>
            </w:pPr>
          </w:p>
        </w:tc>
        <w:tc>
          <w:tcPr>
            <w:tcW w:type="dxa" w:w="1914"/>
          </w:tcPr>
          <w:p>
            <w:pPr>
              <w:spacing w:after="0"/>
              <w:jc w:val="left"/>
            </w:pPr>
            <w:r>
              <w:rPr>
                <w:sz w:val="16"/>
              </w:rPr>
              <w:t>No event record names a jurisdiction in the plan.</w:t>
            </w: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3"/>
          </w:tcPr>
          <w:p>
            <w:pPr>
              <w:spacing w:after="0"/>
              <w:jc w:val="left"/>
            </w:pPr>
            <w:r>
              <w:rPr>
                <w:sz w:val="16"/>
              </w:rPr>
              <w:t>Tsunami</w:t>
            </w:r>
          </w:p>
        </w:tc>
        <w:tc>
          <w:tcPr>
            <w:tcW w:type="dxa" w:w="2068"/>
          </w:tcPr>
          <w:p>
            <w:pPr>
              <w:spacing w:after="0"/>
              <w:jc w:val="left"/>
            </w:pPr>
            <w:r>
              <w:rPr>
                <w:sz w:val="16"/>
              </w:rPr>
              <w:t>none (count and damage only)</w:t>
            </w:r>
          </w:p>
        </w:tc>
        <w:tc>
          <w:tcPr>
            <w:tcW w:type="dxa" w:w="1704"/>
          </w:tcPr>
          <w:p>
            <w:pPr>
              <w:spacing w:after="0"/>
              <w:jc w:val="right"/>
            </w:pPr>
            <w:r>
              <w:rPr>
                <w:sz w:val="16"/>
              </w:rPr>
              <w:t>0</w:t>
            </w:r>
          </w:p>
        </w:tc>
        <w:tc>
          <w:tcPr>
            <w:tcW w:type="dxa" w:w="1522"/>
          </w:tcPr>
          <w:p>
            <w:pPr>
              <w:spacing w:after="0"/>
              <w:jc w:val="left"/>
            </w:pPr>
          </w:p>
        </w:tc>
        <w:tc>
          <w:tcPr>
            <w:tcW w:type="dxa" w:w="1643"/>
          </w:tcPr>
          <w:p>
            <w:pPr>
              <w:spacing w:after="0"/>
              <w:jc w:val="left"/>
            </w:pPr>
          </w:p>
        </w:tc>
        <w:tc>
          <w:tcPr>
            <w:tcW w:type="dxa" w:w="1684"/>
          </w:tcPr>
          <w:p>
            <w:pPr>
              <w:spacing w:after="0"/>
              <w:jc w:val="left"/>
            </w:pPr>
          </w:p>
        </w:tc>
        <w:tc>
          <w:tcPr>
            <w:tcW w:type="dxa" w:w="1914"/>
          </w:tcPr>
          <w:p>
            <w:pPr>
              <w:spacing w:after="0"/>
              <w:jc w:val="left"/>
            </w:pPr>
          </w:p>
        </w:tc>
        <w:tc>
          <w:tcPr>
            <w:tcW w:type="dxa" w:w="1624"/>
          </w:tcPr>
          <w:p>
            <w:pPr>
              <w:spacing w:after="0"/>
              <w:jc w:val="left"/>
            </w:pPr>
          </w:p>
        </w:tc>
      </w:tr>
      <w:tr>
        <w:trPr>
          <w:cantSplit/>
        </w:trPr>
        <w:tc>
          <w:tcPr>
            <w:tcW w:type="dxa" w:w="1953"/>
          </w:tcPr>
          <w:p>
            <w:pPr>
              <w:spacing w:after="0"/>
              <w:jc w:val="left"/>
            </w:pPr>
            <w:r>
              <w:rPr>
                <w:sz w:val="16"/>
              </w:rPr>
              <w:t>Wildfire</w:t>
            </w:r>
          </w:p>
        </w:tc>
        <w:tc>
          <w:tcPr>
            <w:tcW w:type="dxa" w:w="2068"/>
          </w:tcPr>
          <w:p>
            <w:pPr>
              <w:spacing w:after="0"/>
              <w:jc w:val="left"/>
            </w:pPr>
            <w:r>
              <w:rPr>
                <w:sz w:val="16"/>
              </w:rPr>
              <w:t>acres burned (local data)</w:t>
            </w:r>
          </w:p>
        </w:tc>
        <w:tc>
          <w:tcPr>
            <w:tcW w:type="dxa" w:w="1704"/>
          </w:tcPr>
          <w:p>
            <w:pPr>
              <w:spacing w:after="0"/>
              <w:jc w:val="right"/>
            </w:pPr>
            <w:r>
              <w:rPr>
                <w:sz w:val="16"/>
              </w:rPr>
              <w:t>0</w:t>
            </w:r>
          </w:p>
        </w:tc>
        <w:tc>
          <w:tcPr>
            <w:tcW w:type="dxa" w:w="1522"/>
          </w:tcPr>
          <w:p>
            <w:pPr>
              <w:spacing w:after="0"/>
              <w:jc w:val="left"/>
            </w:pPr>
          </w:p>
        </w:tc>
        <w:tc>
          <w:tcPr>
            <w:tcW w:type="dxa" w:w="1643"/>
          </w:tcPr>
          <w:p>
            <w:pPr>
              <w:spacing w:after="0"/>
              <w:jc w:val="left"/>
            </w:pPr>
          </w:p>
        </w:tc>
        <w:tc>
          <w:tcPr>
            <w:tcW w:type="dxa" w:w="1684"/>
          </w:tcPr>
          <w:p>
            <w:pPr>
              <w:spacing w:after="0"/>
              <w:jc w:val="left"/>
            </w:pPr>
          </w:p>
        </w:tc>
        <w:tc>
          <w:tcPr>
            <w:tcW w:type="dxa" w:w="1914"/>
          </w:tcPr>
          <w:p>
            <w:pPr>
              <w:spacing w:after="0"/>
              <w:jc w:val="left"/>
            </w:pPr>
          </w:p>
        </w:tc>
        <w:tc>
          <w:tcPr>
            <w:tcW w:type="dxa" w:w="1624"/>
          </w:tcPr>
          <w:p>
            <w:pPr>
              <w:spacing w:after="0"/>
              <w:jc w:val="left"/>
            </w:pPr>
          </w:p>
        </w:tc>
      </w:tr>
      <w:tr>
        <w:trPr>
          <w:cantSplit/>
        </w:trPr>
        <w:tc>
          <w:tcPr>
            <w:tcW w:type="dxa" w:w="1953"/>
          </w:tcPr>
          <w:p>
            <w:pPr>
              <w:spacing w:after="0"/>
              <w:jc w:val="left"/>
            </w:pPr>
            <w:r>
              <w:rPr>
                <w:sz w:val="16"/>
              </w:rPr>
              <w:t>Winter Storm, Heavy Snow, Blizzard, Lake-Effect Snow, Winter Weather, Sleet</w:t>
            </w:r>
          </w:p>
        </w:tc>
        <w:tc>
          <w:tcPr>
            <w:tcW w:type="dxa" w:w="2068"/>
          </w:tcPr>
          <w:p>
            <w:pPr>
              <w:spacing w:after="0"/>
              <w:jc w:val="left"/>
            </w:pPr>
            <w:r>
              <w:rPr>
                <w:sz w:val="16"/>
              </w:rPr>
              <w:t>none in data (snowfall: local data)</w:t>
            </w:r>
          </w:p>
        </w:tc>
        <w:tc>
          <w:tcPr>
            <w:tcW w:type="dxa" w:w="1704"/>
          </w:tcPr>
          <w:p>
            <w:pPr>
              <w:spacing w:after="0"/>
              <w:jc w:val="right"/>
            </w:pPr>
            <w:r>
              <w:rPr>
                <w:sz w:val="16"/>
              </w:rPr>
              <w:t>23 records, 2016 to 2025 (23 zone-level)</w:t>
            </w:r>
          </w:p>
        </w:tc>
        <w:tc>
          <w:tcPr>
            <w:tcW w:type="dxa" w:w="1522"/>
          </w:tcPr>
          <w:p>
            <w:pPr>
              <w:spacing w:after="0"/>
              <w:jc w:val="left"/>
            </w:pPr>
          </w:p>
        </w:tc>
        <w:tc>
          <w:tcPr>
            <w:tcW w:type="dxa" w:w="1643"/>
          </w:tcPr>
          <w:p>
            <w:pPr>
              <w:spacing w:after="0"/>
              <w:jc w:val="left"/>
            </w:pPr>
            <w:r>
              <w:rPr>
                <w:sz w:val="16"/>
              </w:rPr>
              <w:t>Winter Storm, 2021-02-18, $30,000 property; $0 crops (2021 dollars); NWS zone VAZ520</w:t>
            </w:r>
          </w:p>
        </w:tc>
        <w:tc>
          <w:tcPr>
            <w:tcW w:type="dxa" w:w="1684"/>
          </w:tcPr>
          <w:p>
            <w:pPr>
              <w:spacing w:after="0"/>
              <w:jc w:val="left"/>
            </w:pPr>
          </w:p>
        </w:tc>
        <w:tc>
          <w:tcPr>
            <w:tcW w:type="dxa" w:w="1914"/>
          </w:tcPr>
          <w:p>
            <w:pPr>
              <w:spacing w:after="0"/>
              <w:jc w:val="left"/>
            </w:pPr>
            <w:r>
              <w:rPr>
                <w:sz w:val="16"/>
              </w:rPr>
              <w:t>Countywide (zone-level records).</w:t>
            </w:r>
          </w:p>
        </w:tc>
        <w:tc>
          <w:tcPr>
            <w:tcW w:type="dxa" w:w="16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571"/>
        <w:gridCol w:w="2210"/>
        <w:gridCol w:w="2612"/>
        <w:gridCol w:w="1356"/>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571"/>
            <w:shd w:val="clear" w:color="auto" w:fill="E8E8E8"/>
          </w:tcPr>
          <w:p>
            <w:pPr>
              <w:spacing w:after="0"/>
              <w:jc w:val="left"/>
            </w:pPr>
            <w:r>
              <w:rPr>
                <w:b/>
                <w:sz w:val="16"/>
              </w:rPr>
              <w:t>Title</w:t>
            </w:r>
          </w:p>
        </w:tc>
        <w:tc>
          <w:tcPr>
            <w:tcW w:type="dxa" w:w="2210"/>
            <w:shd w:val="clear" w:color="auto" w:fill="E8E8E8"/>
          </w:tcPr>
          <w:p>
            <w:pPr>
              <w:spacing w:after="0"/>
              <w:jc w:val="left"/>
            </w:pPr>
            <w:r>
              <w:rPr>
                <w:b/>
                <w:sz w:val="16"/>
              </w:rPr>
              <w:t>Mapped hazard</w:t>
            </w:r>
          </w:p>
        </w:tc>
        <w:tc>
          <w:tcPr>
            <w:tcW w:type="dxa" w:w="26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6"/>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2"/>
          </w:tcPr>
          <w:p>
            <w:pPr>
              <w:spacing w:after="0"/>
              <w:jc w:val="left"/>
            </w:pPr>
            <w:r>
              <w:rPr>
                <w:sz w:val="16"/>
              </w:rPr>
              <w:t>Emergency</w:t>
            </w:r>
          </w:p>
        </w:tc>
        <w:tc>
          <w:tcPr>
            <w:tcW w:type="dxa" w:w="2571"/>
          </w:tcPr>
          <w:p>
            <w:pPr>
              <w:spacing w:after="0"/>
              <w:jc w:val="left"/>
            </w:pPr>
            <w:r>
              <w:rPr>
                <w:sz w:val="16"/>
              </w:rPr>
              <w:t>Severe Winter Storm</w:t>
            </w:r>
          </w:p>
        </w:tc>
        <w:tc>
          <w:tcPr>
            <w:tcW w:type="dxa" w:w="2210"/>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56"/>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62"/>
          </w:tcPr>
          <w:p>
            <w:pPr>
              <w:spacing w:after="0"/>
              <w:jc w:val="left"/>
            </w:pPr>
            <w:r>
              <w:rPr>
                <w:sz w:val="16"/>
              </w:rPr>
              <w:t>Major disaster</w:t>
            </w:r>
          </w:p>
        </w:tc>
        <w:tc>
          <w:tcPr>
            <w:tcW w:type="dxa" w:w="2571"/>
          </w:tcPr>
          <w:p>
            <w:pPr>
              <w:spacing w:after="0"/>
              <w:jc w:val="left"/>
            </w:pPr>
            <w:r>
              <w:rPr>
                <w:sz w:val="16"/>
              </w:rPr>
              <w:t>Severe Winter Storms</w:t>
            </w:r>
          </w:p>
        </w:tc>
        <w:tc>
          <w:tcPr>
            <w:tcW w:type="dxa" w:w="2210"/>
          </w:tcPr>
          <w:p>
            <w:pPr>
              <w:spacing w:after="0"/>
              <w:jc w:val="left"/>
            </w:pPr>
            <w:r>
              <w:rPr>
                <w:sz w:val="16"/>
              </w:rPr>
              <w:t>Ice Storm</w:t>
            </w:r>
          </w:p>
        </w:tc>
        <w:tc>
          <w:tcPr>
            <w:tcW w:type="dxa" w:w="2612"/>
          </w:tcPr>
          <w:p>
            <w:pPr>
              <w:spacing w:after="0"/>
              <w:jc w:val="right"/>
            </w:pPr>
            <w:r>
              <w:rPr>
                <w:sz w:val="16"/>
              </w:rPr>
              <w:t>no Public Assistance recorded</w:t>
            </w:r>
          </w:p>
        </w:tc>
        <w:tc>
          <w:tcPr>
            <w:tcW w:type="dxa" w:w="1356"/>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2"/>
          </w:tcPr>
          <w:p>
            <w:pPr>
              <w:spacing w:after="0"/>
              <w:jc w:val="left"/>
            </w:pPr>
            <w:r>
              <w:rPr>
                <w:sz w:val="16"/>
              </w:rPr>
              <w:t>Major disaster</w:t>
            </w:r>
          </w:p>
        </w:tc>
        <w:tc>
          <w:tcPr>
            <w:tcW w:type="dxa" w:w="2571"/>
          </w:tcPr>
          <w:p>
            <w:pPr>
              <w:spacing w:after="0"/>
              <w:jc w:val="left"/>
            </w:pPr>
            <w:r>
              <w:rPr>
                <w:sz w:val="16"/>
              </w:rPr>
              <w:t>COVID-19 Pandemic</w:t>
            </w:r>
          </w:p>
        </w:tc>
        <w:tc>
          <w:tcPr>
            <w:tcW w:type="dxa" w:w="2210"/>
          </w:tcPr>
          <w:p>
            <w:pPr>
              <w:spacing w:after="0"/>
              <w:jc w:val="left"/>
            </w:pPr>
            <w:r>
              <w:rPr>
                <w:sz w:val="16"/>
              </w:rPr>
              <w:t>Non-natural, not counted</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2"/>
          </w:tcPr>
          <w:p>
            <w:pPr>
              <w:spacing w:after="0"/>
              <w:jc w:val="left"/>
            </w:pPr>
            <w:r>
              <w:rPr>
                <w:sz w:val="16"/>
              </w:rPr>
              <w:t>Emergency</w:t>
            </w:r>
          </w:p>
        </w:tc>
        <w:tc>
          <w:tcPr>
            <w:tcW w:type="dxa" w:w="2571"/>
          </w:tcPr>
          <w:p>
            <w:pPr>
              <w:spacing w:after="0"/>
              <w:jc w:val="left"/>
            </w:pPr>
            <w:r>
              <w:rPr>
                <w:sz w:val="16"/>
              </w:rPr>
              <w:t>COVID-19</w:t>
            </w:r>
          </w:p>
        </w:tc>
        <w:tc>
          <w:tcPr>
            <w:tcW w:type="dxa" w:w="2210"/>
          </w:tcPr>
          <w:p>
            <w:pPr>
              <w:spacing w:after="0"/>
              <w:jc w:val="left"/>
            </w:pPr>
            <w:r>
              <w:rPr>
                <w:sz w:val="16"/>
              </w:rPr>
              <w:t>Non-natural, not counted</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62"/>
          </w:tcPr>
          <w:p>
            <w:pPr>
              <w:spacing w:after="0"/>
              <w:jc w:val="left"/>
            </w:pPr>
            <w:r>
              <w:rPr>
                <w:sz w:val="16"/>
              </w:rPr>
              <w:t>Major disaster</w:t>
            </w:r>
          </w:p>
        </w:tc>
        <w:tc>
          <w:tcPr>
            <w:tcW w:type="dxa" w:w="2571"/>
          </w:tcPr>
          <w:p>
            <w:pPr>
              <w:spacing w:after="0"/>
              <w:jc w:val="left"/>
            </w:pPr>
            <w:r>
              <w:rPr>
                <w:sz w:val="16"/>
              </w:rPr>
              <w:t>Tropical Storm Michael</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62"/>
          </w:tcPr>
          <w:p>
            <w:pPr>
              <w:spacing w:after="0"/>
              <w:jc w:val="left"/>
            </w:pPr>
            <w:r>
              <w:rPr>
                <w:sz w:val="16"/>
              </w:rPr>
              <w:t>Major disaster</w:t>
            </w:r>
          </w:p>
        </w:tc>
        <w:tc>
          <w:tcPr>
            <w:tcW w:type="dxa" w:w="2571"/>
          </w:tcPr>
          <w:p>
            <w:pPr>
              <w:spacing w:after="0"/>
              <w:jc w:val="left"/>
            </w:pPr>
            <w:r>
              <w:rPr>
                <w:sz w:val="16"/>
              </w:rPr>
              <w:t>Hurricane Florence</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2"/>
          </w:tcPr>
          <w:p>
            <w:pPr>
              <w:spacing w:after="0"/>
              <w:jc w:val="left"/>
            </w:pPr>
            <w:r>
              <w:rPr>
                <w:sz w:val="16"/>
              </w:rPr>
              <w:t>Emergency</w:t>
            </w:r>
          </w:p>
        </w:tc>
        <w:tc>
          <w:tcPr>
            <w:tcW w:type="dxa" w:w="2571"/>
          </w:tcPr>
          <w:p>
            <w:pPr>
              <w:spacing w:after="0"/>
              <w:jc w:val="left"/>
            </w:pPr>
            <w:r>
              <w:rPr>
                <w:sz w:val="16"/>
              </w:rPr>
              <w:t>Hurricane Florence</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r>
              <w:rPr>
                <w:sz w:val="16"/>
              </w:rPr>
              <w:t>same incident as DR-4401</w:t>
            </w: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62"/>
          </w:tcPr>
          <w:p>
            <w:pPr>
              <w:spacing w:after="0"/>
              <w:jc w:val="left"/>
            </w:pPr>
            <w:r>
              <w:rPr>
                <w:sz w:val="16"/>
              </w:rPr>
              <w:t>Major disaster</w:t>
            </w:r>
          </w:p>
        </w:tc>
        <w:tc>
          <w:tcPr>
            <w:tcW w:type="dxa" w:w="2571"/>
          </w:tcPr>
          <w:p>
            <w:pPr>
              <w:spacing w:after="0"/>
              <w:jc w:val="left"/>
            </w:pPr>
            <w:r>
              <w:rPr>
                <w:sz w:val="16"/>
              </w:rPr>
              <w:t>Hurricane Sandy</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2"/>
          </w:tcPr>
          <w:p>
            <w:pPr>
              <w:spacing w:after="0"/>
              <w:jc w:val="left"/>
            </w:pPr>
            <w:r>
              <w:rPr>
                <w:sz w:val="16"/>
              </w:rPr>
              <w:t>Emergency</w:t>
            </w:r>
          </w:p>
        </w:tc>
        <w:tc>
          <w:tcPr>
            <w:tcW w:type="dxa" w:w="2571"/>
          </w:tcPr>
          <w:p>
            <w:pPr>
              <w:spacing w:after="0"/>
              <w:jc w:val="left"/>
            </w:pPr>
            <w:r>
              <w:rPr>
                <w:sz w:val="16"/>
              </w:rPr>
              <w:t>Hurricane Sandy</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r>
              <w:rPr>
                <w:sz w:val="16"/>
              </w:rPr>
              <w:t>same incident as DR-4092</w:t>
            </w:r>
          </w:p>
        </w:tc>
      </w:tr>
      <w:tr>
        <w:trPr>
          <w:cantSplit/>
        </w:trPr>
        <w:tc>
          <w:tcPr>
            <w:tcW w:type="dxa" w:w="1037"/>
          </w:tcPr>
          <w:p>
            <w:pPr>
              <w:spacing w:after="0"/>
              <w:jc w:val="left"/>
            </w:pPr>
            <w:r>
              <w:rPr>
                <w:sz w:val="16"/>
              </w:rPr>
              <w:t>2011-11-17</w:t>
            </w:r>
          </w:p>
        </w:tc>
        <w:tc>
          <w:tcPr>
            <w:tcW w:type="dxa" w:w="1037"/>
          </w:tcPr>
          <w:p>
            <w:pPr>
              <w:spacing w:after="0"/>
              <w:jc w:val="left"/>
            </w:pPr>
            <w:r>
              <w:rPr>
                <w:sz w:val="16"/>
              </w:rPr>
              <w:t>2011-09-08</w:t>
            </w:r>
          </w:p>
        </w:tc>
        <w:tc>
          <w:tcPr>
            <w:tcW w:type="dxa" w:w="1037"/>
          </w:tcPr>
          <w:p>
            <w:pPr>
              <w:spacing w:after="0"/>
              <w:jc w:val="left"/>
            </w:pPr>
            <w:r>
              <w:rPr>
                <w:sz w:val="16"/>
              </w:rPr>
              <w:t>DR-4045-VA</w:t>
            </w:r>
          </w:p>
        </w:tc>
        <w:tc>
          <w:tcPr>
            <w:tcW w:type="dxa" w:w="1362"/>
          </w:tcPr>
          <w:p>
            <w:pPr>
              <w:spacing w:after="0"/>
              <w:jc w:val="left"/>
            </w:pPr>
            <w:r>
              <w:rPr>
                <w:sz w:val="16"/>
              </w:rPr>
              <w:t>Major disaster</w:t>
            </w:r>
          </w:p>
        </w:tc>
        <w:tc>
          <w:tcPr>
            <w:tcW w:type="dxa" w:w="2571"/>
          </w:tcPr>
          <w:p>
            <w:pPr>
              <w:spacing w:after="0"/>
              <w:jc w:val="left"/>
            </w:pPr>
            <w:r>
              <w:rPr>
                <w:sz w:val="16"/>
              </w:rPr>
              <w:t>The Remnants of Tropical Storm Lee</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2"/>
          </w:tcPr>
          <w:p>
            <w:pPr>
              <w:spacing w:after="0"/>
              <w:jc w:val="left"/>
            </w:pPr>
            <w:r>
              <w:rPr>
                <w:sz w:val="16"/>
              </w:rPr>
              <w:t>Major disaster</w:t>
            </w:r>
          </w:p>
        </w:tc>
        <w:tc>
          <w:tcPr>
            <w:tcW w:type="dxa" w:w="2571"/>
          </w:tcPr>
          <w:p>
            <w:pPr>
              <w:spacing w:after="0"/>
              <w:jc w:val="left"/>
            </w:pPr>
            <w:r>
              <w:rPr>
                <w:sz w:val="16"/>
              </w:rPr>
              <w:t>Hurricane Irene</w:t>
            </w:r>
          </w:p>
        </w:tc>
        <w:tc>
          <w:tcPr>
            <w:tcW w:type="dxa" w:w="2210"/>
          </w:tcPr>
          <w:p>
            <w:pPr>
              <w:spacing w:after="0"/>
              <w:jc w:val="left"/>
            </w:pPr>
            <w:r>
              <w:rPr>
                <w:sz w:val="16"/>
              </w:rPr>
              <w:t>Hurricane</w:t>
            </w:r>
          </w:p>
        </w:tc>
        <w:tc>
          <w:tcPr>
            <w:tcW w:type="dxa" w:w="2612"/>
          </w:tcPr>
          <w:p>
            <w:pPr>
              <w:spacing w:after="0"/>
              <w:jc w:val="right"/>
            </w:pPr>
            <w:r>
              <w:rPr>
                <w:sz w:val="16"/>
              </w:rPr>
              <w:t>$47,720.81</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2"/>
          </w:tcPr>
          <w:p>
            <w:pPr>
              <w:spacing w:after="0"/>
              <w:jc w:val="left"/>
            </w:pPr>
            <w:r>
              <w:rPr>
                <w:sz w:val="16"/>
              </w:rPr>
              <w:t>Emergency</w:t>
            </w:r>
          </w:p>
        </w:tc>
        <w:tc>
          <w:tcPr>
            <w:tcW w:type="dxa" w:w="2571"/>
          </w:tcPr>
          <w:p>
            <w:pPr>
              <w:spacing w:after="0"/>
              <w:jc w:val="left"/>
            </w:pPr>
            <w:r>
              <w:rPr>
                <w:sz w:val="16"/>
              </w:rPr>
              <w:t>Hurricane Irene</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62"/>
          </w:tcPr>
          <w:p>
            <w:pPr>
              <w:spacing w:after="0"/>
              <w:jc w:val="left"/>
            </w:pPr>
            <w:r>
              <w:rPr>
                <w:sz w:val="16"/>
              </w:rPr>
              <w:t>Major disaster</w:t>
            </w:r>
          </w:p>
        </w:tc>
        <w:tc>
          <w:tcPr>
            <w:tcW w:type="dxa" w:w="2571"/>
          </w:tcPr>
          <w:p>
            <w:pPr>
              <w:spacing w:after="0"/>
              <w:jc w:val="left"/>
            </w:pPr>
            <w:r>
              <w:rPr>
                <w:sz w:val="16"/>
              </w:rPr>
              <w:t>Severe Storms and Flooding Associated with Tropical Depression Ida and a Nor'east</w:t>
            </w:r>
          </w:p>
        </w:tc>
        <w:tc>
          <w:tcPr>
            <w:tcW w:type="dxa" w:w="2210"/>
          </w:tcPr>
          <w:p>
            <w:pPr>
              <w:spacing w:after="0"/>
              <w:jc w:val="left"/>
            </w:pPr>
            <w:r>
              <w:rPr>
                <w:sz w:val="16"/>
              </w:rPr>
              <w:t>Hurricane; Inland Flooding</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2"/>
          </w:tcPr>
          <w:p>
            <w:pPr>
              <w:spacing w:after="0"/>
              <w:jc w:val="left"/>
            </w:pPr>
            <w:r>
              <w:rPr>
                <w:sz w:val="16"/>
              </w:rPr>
              <w:t>Major disaster</w:t>
            </w:r>
          </w:p>
        </w:tc>
        <w:tc>
          <w:tcPr>
            <w:tcW w:type="dxa" w:w="2571"/>
          </w:tcPr>
          <w:p>
            <w:pPr>
              <w:spacing w:after="0"/>
              <w:jc w:val="left"/>
            </w:pPr>
            <w:r>
              <w:rPr>
                <w:sz w:val="16"/>
              </w:rPr>
              <w:t>Tropical Depression Ernesto, Severe Storms and Flooding</w:t>
            </w:r>
          </w:p>
        </w:tc>
        <w:tc>
          <w:tcPr>
            <w:tcW w:type="dxa" w:w="2210"/>
          </w:tcPr>
          <w:p>
            <w:pPr>
              <w:spacing w:after="0"/>
              <w:jc w:val="left"/>
            </w:pPr>
            <w:r>
              <w:rPr>
                <w:sz w:val="16"/>
              </w:rPr>
              <w:t>Hurricane; Inland Flooding</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2"/>
          </w:tcPr>
          <w:p>
            <w:pPr>
              <w:spacing w:after="0"/>
              <w:jc w:val="left"/>
            </w:pPr>
            <w:r>
              <w:rPr>
                <w:sz w:val="16"/>
              </w:rPr>
              <w:t>Emergency</w:t>
            </w:r>
          </w:p>
        </w:tc>
        <w:tc>
          <w:tcPr>
            <w:tcW w:type="dxa" w:w="2571"/>
          </w:tcPr>
          <w:p>
            <w:pPr>
              <w:spacing w:after="0"/>
              <w:jc w:val="left"/>
            </w:pPr>
            <w:r>
              <w:rPr>
                <w:sz w:val="16"/>
              </w:rPr>
              <w:t>Hurricane Katrina Evacuation</w:t>
            </w:r>
          </w:p>
        </w:tc>
        <w:tc>
          <w:tcPr>
            <w:tcW w:type="dxa" w:w="2210"/>
          </w:tcPr>
          <w:p>
            <w:pPr>
              <w:spacing w:after="0"/>
              <w:jc w:val="left"/>
            </w:pPr>
            <w:r>
              <w:rPr>
                <w:sz w:val="16"/>
              </w:rPr>
              <w:t>Hurricane: evacuation support, not a local hazard event; not counted</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2"/>
          </w:tcPr>
          <w:p>
            <w:pPr>
              <w:spacing w:after="0"/>
              <w:jc w:val="left"/>
            </w:pPr>
            <w:r>
              <w:rPr>
                <w:sz w:val="16"/>
              </w:rPr>
              <w:t>Major disaster</w:t>
            </w:r>
          </w:p>
        </w:tc>
        <w:tc>
          <w:tcPr>
            <w:tcW w:type="dxa" w:w="2571"/>
          </w:tcPr>
          <w:p>
            <w:pPr>
              <w:spacing w:after="0"/>
              <w:jc w:val="left"/>
            </w:pPr>
            <w:r>
              <w:rPr>
                <w:sz w:val="16"/>
              </w:rPr>
              <w:t>Hurricane Isabel</w:t>
            </w:r>
          </w:p>
        </w:tc>
        <w:tc>
          <w:tcPr>
            <w:tcW w:type="dxa" w:w="2210"/>
          </w:tcPr>
          <w:p>
            <w:pPr>
              <w:spacing w:after="0"/>
              <w:jc w:val="left"/>
            </w:pPr>
            <w:r>
              <w:rPr>
                <w:sz w:val="16"/>
              </w:rPr>
              <w:t>Hurricane</w:t>
            </w:r>
          </w:p>
        </w:tc>
        <w:tc>
          <w:tcPr>
            <w:tcW w:type="dxa" w:w="2612"/>
          </w:tcPr>
          <w:p>
            <w:pPr>
              <w:spacing w:after="0"/>
              <w:jc w:val="right"/>
            </w:pPr>
            <w:r>
              <w:rPr>
                <w:sz w:val="16"/>
              </w:rPr>
              <w:t>$18,728.59</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2"/>
          </w:tcPr>
          <w:p>
            <w:pPr>
              <w:spacing w:after="0"/>
              <w:jc w:val="left"/>
            </w:pPr>
            <w:r>
              <w:rPr>
                <w:sz w:val="16"/>
              </w:rPr>
              <w:t>Major disaster</w:t>
            </w:r>
          </w:p>
        </w:tc>
        <w:tc>
          <w:tcPr>
            <w:tcW w:type="dxa" w:w="2571"/>
          </w:tcPr>
          <w:p>
            <w:pPr>
              <w:spacing w:after="0"/>
              <w:jc w:val="left"/>
            </w:pPr>
            <w:r>
              <w:rPr>
                <w:sz w:val="16"/>
              </w:rPr>
              <w:t>Severe Winter Storms</w:t>
            </w:r>
          </w:p>
        </w:tc>
        <w:tc>
          <w:tcPr>
            <w:tcW w:type="dxa" w:w="2210"/>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2"/>
          </w:tcPr>
          <w:p>
            <w:pPr>
              <w:spacing w:after="0"/>
              <w:jc w:val="left"/>
            </w:pPr>
            <w:r>
              <w:rPr>
                <w:sz w:val="16"/>
              </w:rPr>
              <w:t>Major disaster</w:t>
            </w:r>
          </w:p>
        </w:tc>
        <w:tc>
          <w:tcPr>
            <w:tcW w:type="dxa" w:w="2571"/>
          </w:tcPr>
          <w:p>
            <w:pPr>
              <w:spacing w:after="0"/>
              <w:jc w:val="left"/>
            </w:pPr>
            <w:r>
              <w:rPr>
                <w:sz w:val="16"/>
              </w:rPr>
              <w:t>Hurricane Floyd Major Disaster Declarations</w:t>
            </w:r>
          </w:p>
        </w:tc>
        <w:tc>
          <w:tcPr>
            <w:tcW w:type="dxa" w:w="2210"/>
          </w:tcPr>
          <w:p>
            <w:pPr>
              <w:spacing w:after="0"/>
              <w:jc w:val="left"/>
            </w:pPr>
            <w:r>
              <w:rPr>
                <w:sz w:val="16"/>
              </w:rPr>
              <w:t>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2"/>
          </w:tcPr>
          <w:p>
            <w:pPr>
              <w:spacing w:after="0"/>
              <w:jc w:val="left"/>
            </w:pPr>
            <w:r>
              <w:rPr>
                <w:sz w:val="16"/>
              </w:rPr>
              <w:t>Major disaster</w:t>
            </w:r>
          </w:p>
        </w:tc>
        <w:tc>
          <w:tcPr>
            <w:tcW w:type="dxa" w:w="2571"/>
          </w:tcPr>
          <w:p>
            <w:pPr>
              <w:spacing w:after="0"/>
              <w:jc w:val="left"/>
            </w:pPr>
            <w:r>
              <w:rPr>
                <w:sz w:val="16"/>
              </w:rPr>
              <w:t>Hurricane Fran and Associated Severe Storm Cond</w:t>
            </w:r>
          </w:p>
        </w:tc>
        <w:tc>
          <w:tcPr>
            <w:tcW w:type="dxa" w:w="2210"/>
          </w:tcPr>
          <w:p>
            <w:pPr>
              <w:spacing w:after="0"/>
              <w:jc w:val="left"/>
            </w:pPr>
            <w:r>
              <w:rPr>
                <w:sz w:val="16"/>
              </w:rPr>
              <w:t>Hurricane</w:t>
            </w:r>
          </w:p>
        </w:tc>
        <w:tc>
          <w:tcPr>
            <w:tcW w:type="dxa" w:w="2612"/>
          </w:tcPr>
          <w:p>
            <w:pPr>
              <w:spacing w:after="0"/>
              <w:jc w:val="right"/>
            </w:pPr>
            <w:r>
              <w:rPr>
                <w:sz w:val="16"/>
              </w:rPr>
              <w:t>PA not declared for this county</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2"/>
          </w:tcPr>
          <w:p>
            <w:pPr>
              <w:spacing w:after="0"/>
              <w:jc w:val="left"/>
            </w:pPr>
            <w:r>
              <w:rPr>
                <w:sz w:val="16"/>
              </w:rPr>
              <w:t>Major disaster</w:t>
            </w:r>
          </w:p>
        </w:tc>
        <w:tc>
          <w:tcPr>
            <w:tcW w:type="dxa" w:w="2571"/>
          </w:tcPr>
          <w:p>
            <w:pPr>
              <w:spacing w:after="0"/>
              <w:jc w:val="left"/>
            </w:pPr>
            <w:r>
              <w:rPr>
                <w:sz w:val="16"/>
              </w:rPr>
              <w:t>Blizzard of 96 (Severe Snow Storm)</w:t>
            </w:r>
          </w:p>
        </w:tc>
        <w:tc>
          <w:tcPr>
            <w:tcW w:type="dxa" w:w="2210"/>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2"/>
          </w:tcPr>
          <w:p>
            <w:pPr>
              <w:spacing w:after="0"/>
              <w:jc w:val="left"/>
            </w:pPr>
            <w:r>
              <w:rPr>
                <w:sz w:val="16"/>
              </w:rPr>
              <w:t>Major disaster</w:t>
            </w:r>
          </w:p>
        </w:tc>
        <w:tc>
          <w:tcPr>
            <w:tcW w:type="dxa" w:w="2571"/>
          </w:tcPr>
          <w:p>
            <w:pPr>
              <w:spacing w:after="0"/>
              <w:jc w:val="left"/>
            </w:pPr>
            <w:r>
              <w:rPr>
                <w:sz w:val="16"/>
              </w:rPr>
              <w:t>Severe Ice Storms, Flooding</w:t>
            </w:r>
          </w:p>
        </w:tc>
        <w:tc>
          <w:tcPr>
            <w:tcW w:type="dxa" w:w="2210"/>
          </w:tcPr>
          <w:p>
            <w:pPr>
              <w:spacing w:after="0"/>
              <w:jc w:val="left"/>
            </w:pPr>
            <w:r>
              <w:rPr>
                <w:sz w:val="16"/>
              </w:rPr>
              <w:t>Winter Weather (primary); also designated: Inland Flooding</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2"/>
          </w:tcPr>
          <w:p>
            <w:pPr>
              <w:spacing w:after="0"/>
              <w:jc w:val="left"/>
            </w:pPr>
            <w:r>
              <w:rPr>
                <w:sz w:val="16"/>
              </w:rPr>
              <w:t>Emergency</w:t>
            </w:r>
          </w:p>
        </w:tc>
        <w:tc>
          <w:tcPr>
            <w:tcW w:type="dxa" w:w="2571"/>
          </w:tcPr>
          <w:p>
            <w:pPr>
              <w:spacing w:after="0"/>
              <w:jc w:val="left"/>
            </w:pPr>
            <w:r>
              <w:rPr>
                <w:sz w:val="16"/>
              </w:rPr>
              <w:t>Severe Winter Storm</w:t>
            </w:r>
          </w:p>
        </w:tc>
        <w:tc>
          <w:tcPr>
            <w:tcW w:type="dxa" w:w="2210"/>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2"/>
          </w:tcPr>
          <w:p>
            <w:pPr>
              <w:spacing w:after="0"/>
              <w:jc w:val="left"/>
            </w:pPr>
            <w:r>
              <w:rPr>
                <w:sz w:val="16"/>
              </w:rPr>
              <w:t>Major disaster</w:t>
            </w:r>
          </w:p>
        </w:tc>
        <w:tc>
          <w:tcPr>
            <w:tcW w:type="dxa" w:w="2571"/>
          </w:tcPr>
          <w:p>
            <w:pPr>
              <w:spacing w:after="0"/>
              <w:jc w:val="left"/>
            </w:pPr>
            <w:r>
              <w:rPr>
                <w:sz w:val="16"/>
              </w:rPr>
              <w:t>Ice Conditions</w:t>
            </w:r>
          </w:p>
        </w:tc>
        <w:tc>
          <w:tcPr>
            <w:tcW w:type="dxa" w:w="2210"/>
          </w:tcPr>
          <w:p>
            <w:pPr>
              <w:spacing w:after="0"/>
              <w:jc w:val="left"/>
            </w:pPr>
            <w:r>
              <w:rPr>
                <w:sz w:val="16"/>
              </w:rPr>
              <w:t>Cold Wave</w:t>
            </w:r>
          </w:p>
        </w:tc>
        <w:tc>
          <w:tcPr>
            <w:tcW w:type="dxa" w:w="2612"/>
          </w:tcPr>
          <w:p>
            <w:pPr>
              <w:spacing w:after="0"/>
              <w:jc w:val="right"/>
            </w:pPr>
            <w:r>
              <w:rPr>
                <w:sz w:val="16"/>
              </w:rPr>
              <w:t>PA not declared for this county</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2"/>
          </w:tcPr>
          <w:p>
            <w:pPr>
              <w:spacing w:after="0"/>
              <w:jc w:val="left"/>
            </w:pPr>
            <w:r>
              <w:rPr>
                <w:sz w:val="16"/>
              </w:rPr>
              <w:t>Major disaster</w:t>
            </w:r>
          </w:p>
        </w:tc>
        <w:tc>
          <w:tcPr>
            <w:tcW w:type="dxa" w:w="2571"/>
          </w:tcPr>
          <w:p>
            <w:pPr>
              <w:spacing w:after="0"/>
              <w:jc w:val="left"/>
            </w:pPr>
            <w:r>
              <w:rPr>
                <w:sz w:val="16"/>
              </w:rPr>
              <w:t>Tropical Storm Agnes</w:t>
            </w:r>
          </w:p>
        </w:tc>
        <w:tc>
          <w:tcPr>
            <w:tcW w:type="dxa" w:w="2210"/>
          </w:tcPr>
          <w:p>
            <w:pPr>
              <w:spacing w:after="0"/>
              <w:jc w:val="left"/>
            </w:pPr>
            <w:r>
              <w:rPr>
                <w:sz w:val="16"/>
              </w:rPr>
              <w:t>Inland Flooding (primary); also designated: Hurricane</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62"/>
          </w:tcPr>
          <w:p>
            <w:pPr>
              <w:spacing w:after="0"/>
              <w:jc w:val="left"/>
            </w:pPr>
            <w:r>
              <w:rPr>
                <w:sz w:val="16"/>
              </w:rPr>
              <w:t>Major disaster</w:t>
            </w:r>
          </w:p>
        </w:tc>
        <w:tc>
          <w:tcPr>
            <w:tcW w:type="dxa" w:w="2571"/>
          </w:tcPr>
          <w:p>
            <w:pPr>
              <w:spacing w:after="0"/>
              <w:jc w:val="left"/>
            </w:pPr>
            <w:r>
              <w:rPr>
                <w:sz w:val="16"/>
              </w:rPr>
              <w:t>Severe Storms &amp; Flooding</w:t>
            </w:r>
          </w:p>
        </w:tc>
        <w:tc>
          <w:tcPr>
            <w:tcW w:type="dxa" w:w="2210"/>
          </w:tcPr>
          <w:p>
            <w:pPr>
              <w:spacing w:after="0"/>
              <w:jc w:val="left"/>
            </w:pPr>
            <w:r>
              <w:rPr>
                <w:sz w:val="16"/>
              </w:rPr>
              <w:t>Hurricane (primary); also designated: Inland Flooding</w:t>
            </w:r>
          </w:p>
        </w:tc>
        <w:tc>
          <w:tcPr>
            <w:tcW w:type="dxa" w:w="261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7"/>
        <w:gridCol w:w="2718"/>
        <w:gridCol w:w="924"/>
        <w:gridCol w:w="2766"/>
        <w:gridCol w:w="1009"/>
        <w:gridCol w:w="25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7"/>
            <w:shd w:val="clear" w:color="auto" w:fill="E8E8E8"/>
          </w:tcPr>
          <w:p>
            <w:pPr>
              <w:spacing w:after="0"/>
              <w:jc w:val="left"/>
            </w:pPr>
            <w:r>
              <w:rPr>
                <w:b/>
                <w:sz w:val="16"/>
              </w:rPr>
              <w:t>Magnitude or extent</w:t>
            </w:r>
          </w:p>
        </w:tc>
        <w:tc>
          <w:tcPr>
            <w:tcW w:type="dxa" w:w="2718"/>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6"/>
            <w:shd w:val="clear" w:color="auto" w:fill="E8E8E8"/>
          </w:tcPr>
          <w:p>
            <w:pPr>
              <w:spacing w:after="0"/>
              <w:jc w:val="left"/>
            </w:pPr>
            <w:r>
              <w:rPr>
                <w:b/>
                <w:sz w:val="16"/>
              </w:rPr>
              <w:t>Location</w:t>
            </w:r>
          </w:p>
        </w:tc>
        <w:tc>
          <w:tcPr>
            <w:tcW w:type="dxa" w:w="1009"/>
            <w:shd w:val="clear" w:color="auto" w:fill="E8E8E8"/>
          </w:tcPr>
          <w:p>
            <w:pPr>
              <w:spacing w:after="0"/>
              <w:jc w:val="left"/>
            </w:pPr>
            <w:r>
              <w:rPr>
                <w:b/>
                <w:sz w:val="16"/>
              </w:rPr>
              <w:t>Flags</w:t>
            </w:r>
          </w:p>
        </w:tc>
        <w:tc>
          <w:tcPr>
            <w:tcW w:type="dxa" w:w="25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15"/>
          </w:tcPr>
          <w:p>
            <w:pPr>
              <w:spacing w:after="0"/>
              <w:jc w:val="left"/>
            </w:pPr>
            <w:r>
              <w:rPr>
                <w:sz w:val="16"/>
              </w:rPr>
              <w:t>Excessive Heat</w:t>
            </w:r>
          </w:p>
        </w:tc>
        <w:tc>
          <w:tcPr>
            <w:tcW w:type="dxa" w:w="1867"/>
          </w:tcPr>
          <w:p>
            <w:pPr>
              <w:spacing w:after="0"/>
              <w:jc w:val="left"/>
            </w:pPr>
          </w:p>
        </w:tc>
        <w:tc>
          <w:tcPr>
            <w:tcW w:type="dxa" w:w="2718"/>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766"/>
          </w:tcPr>
          <w:p>
            <w:pPr>
              <w:spacing w:after="0"/>
              <w:jc w:val="left"/>
            </w:pPr>
            <w:r>
              <w:rPr>
                <w:sz w:val="16"/>
              </w:rPr>
              <w:t>NWS zone VAZ520 (EASTERN KING AND QUEEN), zone-level</w:t>
            </w:r>
          </w:p>
        </w:tc>
        <w:tc>
          <w:tcPr>
            <w:tcW w:type="dxa" w:w="1009"/>
          </w:tcPr>
          <w:p>
            <w:pPr>
              <w:spacing w:after="0"/>
              <w:jc w:val="left"/>
            </w:pPr>
            <w:r>
              <w:rPr>
                <w:sz w:val="16"/>
              </w:rPr>
              <w:t>new since last plan; within last 5 years</w:t>
            </w:r>
          </w:p>
        </w:tc>
        <w:tc>
          <w:tcPr>
            <w:tcW w:type="dxa" w:w="2574"/>
          </w:tcPr>
          <w:p>
            <w:pPr>
              <w:spacing w:after="0"/>
              <w:jc w:val="left"/>
            </w:pPr>
            <w:r>
              <w:rPr>
                <w:sz w:val="16"/>
              </w:rPr>
              <w:t>B1-c worst recorded: Excessive Heat, Heat</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867"/>
          </w:tcPr>
          <w:p>
            <w:pPr>
              <w:spacing w:after="0"/>
              <w:jc w:val="left"/>
            </w:pPr>
          </w:p>
        </w:tc>
        <w:tc>
          <w:tcPr>
            <w:tcW w:type="dxa" w:w="2718"/>
          </w:tcPr>
          <w:p>
            <w:pPr>
              <w:spacing w:after="0"/>
              <w:jc w:val="left"/>
            </w:pPr>
            <w:r>
              <w:rPr>
                <w:sz w:val="16"/>
              </w:rPr>
              <w:t>$30,000 property; $0 crops (zone total, 2021 dollars)</w:t>
            </w:r>
          </w:p>
        </w:tc>
        <w:tc>
          <w:tcPr>
            <w:tcW w:type="dxa" w:w="924"/>
          </w:tcPr>
          <w:p>
            <w:pPr>
              <w:spacing w:after="0"/>
              <w:jc w:val="right"/>
            </w:pPr>
            <w:r>
              <w:rPr>
                <w:sz w:val="16"/>
              </w:rPr>
              <w:t>0, 0</w:t>
            </w:r>
          </w:p>
        </w:tc>
        <w:tc>
          <w:tcPr>
            <w:tcW w:type="dxa" w:w="2766"/>
          </w:tcPr>
          <w:p>
            <w:pPr>
              <w:spacing w:after="0"/>
              <w:jc w:val="left"/>
            </w:pPr>
            <w:r>
              <w:rPr>
                <w:sz w:val="16"/>
              </w:rPr>
              <w:t>NWS zone VAZ520 (EASTERN KING AND QUEEN), zone-level</w:t>
            </w:r>
          </w:p>
        </w:tc>
        <w:tc>
          <w:tcPr>
            <w:tcW w:type="dxa" w:w="1009"/>
          </w:tcPr>
          <w:p>
            <w:pPr>
              <w:spacing w:after="0"/>
              <w:jc w:val="left"/>
            </w:pPr>
          </w:p>
        </w:tc>
        <w:tc>
          <w:tcPr>
            <w:tcW w:type="dxa" w:w="25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867"/>
          </w:tcPr>
          <w:p>
            <w:pPr>
              <w:spacing w:after="0"/>
              <w:jc w:val="left"/>
            </w:pPr>
          </w:p>
        </w:tc>
        <w:tc>
          <w:tcPr>
            <w:tcW w:type="dxa" w:w="2718"/>
          </w:tcPr>
          <w:p>
            <w:pPr>
              <w:spacing w:after="0"/>
              <w:jc w:val="left"/>
            </w:pPr>
            <w:r>
              <w:rPr>
                <w:sz w:val="16"/>
              </w:rPr>
              <w:t>$50,000 property; $0 crops (zone total, 2021 dollars)</w:t>
            </w:r>
          </w:p>
        </w:tc>
        <w:tc>
          <w:tcPr>
            <w:tcW w:type="dxa" w:w="924"/>
          </w:tcPr>
          <w:p>
            <w:pPr>
              <w:spacing w:after="0"/>
              <w:jc w:val="right"/>
            </w:pPr>
            <w:r>
              <w:rPr>
                <w:sz w:val="16"/>
              </w:rPr>
              <w:t>0, 0</w:t>
            </w:r>
          </w:p>
        </w:tc>
        <w:tc>
          <w:tcPr>
            <w:tcW w:type="dxa" w:w="2766"/>
          </w:tcPr>
          <w:p>
            <w:pPr>
              <w:spacing w:after="0"/>
              <w:jc w:val="left"/>
            </w:pPr>
            <w:r>
              <w:rPr>
                <w:sz w:val="16"/>
              </w:rPr>
              <w:t>NWS zone VAZ520 (EASTERN KING AND QUEEN), zone-level</w:t>
            </w:r>
          </w:p>
        </w:tc>
        <w:tc>
          <w:tcPr>
            <w:tcW w:type="dxa" w:w="1009"/>
          </w:tcPr>
          <w:p>
            <w:pPr>
              <w:spacing w:after="0"/>
              <w:jc w:val="left"/>
            </w:pPr>
          </w:p>
        </w:tc>
        <w:tc>
          <w:tcPr>
            <w:tcW w:type="dxa" w:w="2574"/>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215"/>
          </w:tcPr>
          <w:p>
            <w:pPr>
              <w:spacing w:after="0"/>
              <w:jc w:val="left"/>
            </w:pPr>
            <w:r>
              <w:rPr>
                <w:sz w:val="16"/>
              </w:rPr>
              <w:t>High Wind</w:t>
            </w:r>
          </w:p>
        </w:tc>
        <w:tc>
          <w:tcPr>
            <w:tcW w:type="dxa" w:w="1867"/>
          </w:tcPr>
          <w:p>
            <w:pPr>
              <w:spacing w:after="0"/>
              <w:jc w:val="left"/>
            </w:pPr>
            <w:r>
              <w:rPr>
                <w:sz w:val="16"/>
              </w:rPr>
              <w:t>50 kt (58 mph) estimated gust</w:t>
            </w:r>
          </w:p>
        </w:tc>
        <w:tc>
          <w:tcPr>
            <w:tcW w:type="dxa" w:w="2718"/>
          </w:tcPr>
          <w:p>
            <w:pPr>
              <w:spacing w:after="0"/>
              <w:jc w:val="left"/>
            </w:pPr>
            <w:r>
              <w:rPr>
                <w:sz w:val="16"/>
              </w:rPr>
              <w:t>$5,000 property; $0 crops (zone total, 2018 dollars)</w:t>
            </w:r>
          </w:p>
        </w:tc>
        <w:tc>
          <w:tcPr>
            <w:tcW w:type="dxa" w:w="924"/>
          </w:tcPr>
          <w:p>
            <w:pPr>
              <w:spacing w:after="0"/>
              <w:jc w:val="right"/>
            </w:pPr>
            <w:r>
              <w:rPr>
                <w:sz w:val="16"/>
              </w:rPr>
              <w:t>0, 0</w:t>
            </w:r>
          </w:p>
        </w:tc>
        <w:tc>
          <w:tcPr>
            <w:tcW w:type="dxa" w:w="2766"/>
          </w:tcPr>
          <w:p>
            <w:pPr>
              <w:spacing w:after="0"/>
              <w:jc w:val="left"/>
            </w:pPr>
            <w:r>
              <w:rPr>
                <w:sz w:val="16"/>
              </w:rPr>
              <w:t>NWS zone VAZ520 (EASTERN KING AND QUEEN), zone-level</w:t>
            </w:r>
          </w:p>
        </w:tc>
        <w:tc>
          <w:tcPr>
            <w:tcW w:type="dxa" w:w="1009"/>
          </w:tcPr>
          <w:p>
            <w:pPr>
              <w:spacing w:after="0"/>
              <w:jc w:val="left"/>
            </w:pPr>
          </w:p>
        </w:tc>
        <w:tc>
          <w:tcPr>
            <w:tcW w:type="dxa" w:w="2574"/>
          </w:tcPr>
          <w:p>
            <w:pPr>
              <w:spacing w:after="0"/>
              <w:jc w:val="left"/>
            </w:pPr>
            <w:r>
              <w:rPr>
                <w:sz w:val="16"/>
              </w:rPr>
              <w:t>B1-c worst recorded: High Wind and Strong Wind</w:t>
            </w:r>
          </w:p>
        </w:tc>
      </w:tr>
      <w:tr>
        <w:trPr>
          <w:cantSplit/>
        </w:trPr>
        <w:tc>
          <w:tcPr>
            <w:tcW w:type="dxa" w:w="1037"/>
          </w:tcPr>
          <w:p>
            <w:pPr>
              <w:spacing w:after="0"/>
              <w:jc w:val="left"/>
            </w:pPr>
            <w:r>
              <w:rPr>
                <w:sz w:val="16"/>
              </w:rPr>
              <w:t>2018-05-14</w:t>
            </w:r>
          </w:p>
        </w:tc>
        <w:tc>
          <w:tcPr>
            <w:tcW w:type="dxa" w:w="1215"/>
          </w:tcPr>
          <w:p>
            <w:pPr>
              <w:spacing w:after="0"/>
              <w:jc w:val="left"/>
            </w:pPr>
            <w:r>
              <w:rPr>
                <w:sz w:val="16"/>
              </w:rPr>
              <w:t>Thunderstorm Wind</w:t>
            </w:r>
          </w:p>
        </w:tc>
        <w:tc>
          <w:tcPr>
            <w:tcW w:type="dxa" w:w="1867"/>
          </w:tcPr>
          <w:p>
            <w:pPr>
              <w:spacing w:after="0"/>
              <w:jc w:val="left"/>
            </w:pPr>
            <w:r>
              <w:rPr>
                <w:sz w:val="16"/>
              </w:rPr>
              <w:t>50 kt (58 mph) estimated gust</w:t>
            </w:r>
          </w:p>
        </w:tc>
        <w:tc>
          <w:tcPr>
            <w:tcW w:type="dxa" w:w="2718"/>
          </w:tcPr>
          <w:p>
            <w:pPr>
              <w:spacing w:after="0"/>
              <w:jc w:val="left"/>
            </w:pPr>
            <w:r>
              <w:rPr>
                <w:sz w:val="16"/>
              </w:rPr>
              <w:t>$15,000 property; $0 crops (2018 dollars)</w:t>
            </w:r>
          </w:p>
        </w:tc>
        <w:tc>
          <w:tcPr>
            <w:tcW w:type="dxa" w:w="924"/>
          </w:tcPr>
          <w:p>
            <w:pPr>
              <w:spacing w:after="0"/>
              <w:jc w:val="right"/>
            </w:pPr>
            <w:r>
              <w:rPr>
                <w:sz w:val="16"/>
              </w:rPr>
              <w:t>0, 0</w:t>
            </w:r>
          </w:p>
        </w:tc>
        <w:tc>
          <w:tcPr>
            <w:tcW w:type="dxa" w:w="2766"/>
          </w:tcPr>
          <w:p>
            <w:pPr>
              <w:spacing w:after="0"/>
              <w:jc w:val="left"/>
            </w:pPr>
            <w:r>
              <w:rPr>
                <w:sz w:val="16"/>
              </w:rPr>
              <w:t>NEWTOWN</w:t>
            </w:r>
          </w:p>
        </w:tc>
        <w:tc>
          <w:tcPr>
            <w:tcW w:type="dxa" w:w="1009"/>
          </w:tcPr>
          <w:p>
            <w:pPr>
              <w:spacing w:after="0"/>
              <w:jc w:val="left"/>
            </w:pPr>
          </w:p>
        </w:tc>
        <w:tc>
          <w:tcPr>
            <w:tcW w:type="dxa" w:w="2574"/>
          </w:tcPr>
          <w:p>
            <w:pPr>
              <w:spacing w:after="0"/>
              <w:jc w:val="left"/>
            </w:pPr>
            <w:r>
              <w:rPr>
                <w:sz w:val="16"/>
              </w:rPr>
              <w:t>B1-c most damaging: Thunderstorm Wind</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867"/>
          </w:tcPr>
          <w:p>
            <w:pPr>
              <w:spacing w:after="0"/>
              <w:jc w:val="left"/>
            </w:pPr>
            <w:r>
              <w:rPr>
                <w:sz w:val="16"/>
              </w:rPr>
              <w:t>50 kt (58 mph) estimated gust</w:t>
            </w:r>
          </w:p>
        </w:tc>
        <w:tc>
          <w:tcPr>
            <w:tcW w:type="dxa" w:w="2718"/>
          </w:tcPr>
          <w:p>
            <w:pPr>
              <w:spacing w:after="0"/>
              <w:jc w:val="left"/>
            </w:pPr>
            <w:r>
              <w:rPr>
                <w:sz w:val="16"/>
              </w:rPr>
              <w:t>$25,000 property; $0 crops (zone total, 2018 dollars)</w:t>
            </w:r>
          </w:p>
        </w:tc>
        <w:tc>
          <w:tcPr>
            <w:tcW w:type="dxa" w:w="924"/>
          </w:tcPr>
          <w:p>
            <w:pPr>
              <w:spacing w:after="0"/>
              <w:jc w:val="right"/>
            </w:pPr>
            <w:r>
              <w:rPr>
                <w:sz w:val="16"/>
              </w:rPr>
              <w:t>0, 0</w:t>
            </w:r>
          </w:p>
        </w:tc>
        <w:tc>
          <w:tcPr>
            <w:tcW w:type="dxa" w:w="2766"/>
          </w:tcPr>
          <w:p>
            <w:pPr>
              <w:spacing w:after="0"/>
              <w:jc w:val="left"/>
            </w:pPr>
            <w:r>
              <w:rPr>
                <w:sz w:val="16"/>
              </w:rPr>
              <w:t>NWS zone VAZ520 (EASTERN KING AND QUEEN), zone-level</w:t>
            </w:r>
          </w:p>
        </w:tc>
        <w:tc>
          <w:tcPr>
            <w:tcW w:type="dxa" w:w="1009"/>
          </w:tcPr>
          <w:p>
            <w:pPr>
              <w:spacing w:after="0"/>
              <w:jc w:val="left"/>
            </w:pPr>
          </w:p>
        </w:tc>
        <w:tc>
          <w:tcPr>
            <w:tcW w:type="dxa" w:w="2574"/>
          </w:tcPr>
          <w:p>
            <w:pPr>
              <w:spacing w:after="0"/>
              <w:jc w:val="left"/>
            </w:pPr>
            <w:r>
              <w:rPr>
                <w:sz w:val="16"/>
              </w:rPr>
              <w:t>B1-c most damaging: High Wind and Strong Wind</w:t>
            </w:r>
          </w:p>
        </w:tc>
      </w:tr>
      <w:tr>
        <w:trPr>
          <w:cantSplit/>
        </w:trPr>
        <w:tc>
          <w:tcPr>
            <w:tcW w:type="dxa" w:w="1037"/>
          </w:tcPr>
          <w:p>
            <w:pPr>
              <w:spacing w:after="0"/>
              <w:jc w:val="left"/>
            </w:pPr>
            <w:r>
              <w:rPr>
                <w:sz w:val="16"/>
              </w:rPr>
              <w:t>2016-02-24</w:t>
            </w:r>
          </w:p>
        </w:tc>
        <w:tc>
          <w:tcPr>
            <w:tcW w:type="dxa" w:w="1215"/>
          </w:tcPr>
          <w:p>
            <w:pPr>
              <w:spacing w:after="0"/>
              <w:jc w:val="left"/>
            </w:pPr>
            <w:r>
              <w:rPr>
                <w:sz w:val="16"/>
              </w:rPr>
              <w:t>Tornado</w:t>
            </w:r>
          </w:p>
        </w:tc>
        <w:tc>
          <w:tcPr>
            <w:tcW w:type="dxa" w:w="1867"/>
          </w:tcPr>
          <w:p>
            <w:pPr>
              <w:spacing w:after="0"/>
              <w:jc w:val="left"/>
            </w:pPr>
            <w:r>
              <w:rPr>
                <w:sz w:val="16"/>
              </w:rPr>
              <w:t>EF1, 2.58 mi within this county, 200 yd wide</w:t>
            </w:r>
          </w:p>
        </w:tc>
        <w:tc>
          <w:tcPr>
            <w:tcW w:type="dxa" w:w="2718"/>
          </w:tcPr>
          <w:p>
            <w:pPr>
              <w:spacing w:after="0"/>
              <w:jc w:val="left"/>
            </w:pPr>
            <w:r>
              <w:rPr>
                <w:sz w:val="16"/>
              </w:rPr>
              <w:t>$500,000 property; $5,000 crops (2016 dollars)</w:t>
            </w:r>
          </w:p>
        </w:tc>
        <w:tc>
          <w:tcPr>
            <w:tcW w:type="dxa" w:w="924"/>
          </w:tcPr>
          <w:p>
            <w:pPr>
              <w:spacing w:after="0"/>
              <w:jc w:val="right"/>
            </w:pPr>
            <w:r>
              <w:rPr>
                <w:sz w:val="16"/>
              </w:rPr>
              <w:t>0, 0</w:t>
            </w:r>
          </w:p>
        </w:tc>
        <w:tc>
          <w:tcPr>
            <w:tcW w:type="dxa" w:w="2766"/>
          </w:tcPr>
          <w:p>
            <w:pPr>
              <w:spacing w:after="0"/>
              <w:jc w:val="left"/>
            </w:pPr>
            <w:r>
              <w:rPr>
                <w:sz w:val="16"/>
              </w:rPr>
              <w:t>BRUINGTON to MINOR</w:t>
            </w:r>
          </w:p>
        </w:tc>
        <w:tc>
          <w:tcPr>
            <w:tcW w:type="dxa" w:w="1009"/>
          </w:tcPr>
          <w:p>
            <w:pPr>
              <w:spacing w:after="0"/>
              <w:jc w:val="left"/>
            </w:pPr>
          </w:p>
        </w:tc>
        <w:tc>
          <w:tcPr>
            <w:tcW w:type="dxa" w:w="2574"/>
          </w:tcPr>
          <w:p>
            <w:pPr>
              <w:spacing w:after="0"/>
              <w:jc w:val="left"/>
            </w:pPr>
            <w:r>
              <w:rPr>
                <w:sz w:val="16"/>
              </w:rPr>
              <w:t>B1-c worst recorded: Tornado</w:t>
            </w:r>
          </w:p>
        </w:tc>
      </w:tr>
      <w:tr>
        <w:trPr>
          <w:cantSplit/>
        </w:trPr>
        <w:tc>
          <w:tcPr>
            <w:tcW w:type="dxa" w:w="1037"/>
          </w:tcPr>
          <w:p>
            <w:pPr>
              <w:spacing w:after="0"/>
              <w:jc w:val="left"/>
            </w:pPr>
            <w:r>
              <w:rPr>
                <w:sz w:val="16"/>
              </w:rPr>
              <w:t>2007-05-02</w:t>
            </w:r>
          </w:p>
        </w:tc>
        <w:tc>
          <w:tcPr>
            <w:tcW w:type="dxa" w:w="1215"/>
          </w:tcPr>
          <w:p>
            <w:pPr>
              <w:spacing w:after="0"/>
              <w:jc w:val="left"/>
            </w:pPr>
            <w:r>
              <w:rPr>
                <w:sz w:val="16"/>
              </w:rPr>
              <w:t>Lightning</w:t>
            </w:r>
          </w:p>
        </w:tc>
        <w:tc>
          <w:tcPr>
            <w:tcW w:type="dxa" w:w="1867"/>
          </w:tcPr>
          <w:p>
            <w:pPr>
              <w:spacing w:after="0"/>
              <w:jc w:val="left"/>
            </w:pPr>
          </w:p>
        </w:tc>
        <w:tc>
          <w:tcPr>
            <w:tcW w:type="dxa" w:w="2718"/>
          </w:tcPr>
          <w:p>
            <w:pPr>
              <w:spacing w:after="0"/>
              <w:jc w:val="left"/>
            </w:pPr>
            <w:r>
              <w:rPr>
                <w:sz w:val="16"/>
              </w:rPr>
              <w:t>$2,000 property; $0 crops (2007 dollars)</w:t>
            </w:r>
          </w:p>
        </w:tc>
        <w:tc>
          <w:tcPr>
            <w:tcW w:type="dxa" w:w="924"/>
          </w:tcPr>
          <w:p>
            <w:pPr>
              <w:spacing w:after="0"/>
              <w:jc w:val="right"/>
            </w:pPr>
            <w:r>
              <w:rPr>
                <w:sz w:val="16"/>
              </w:rPr>
              <w:t>0, 0</w:t>
            </w:r>
          </w:p>
        </w:tc>
        <w:tc>
          <w:tcPr>
            <w:tcW w:type="dxa" w:w="2766"/>
          </w:tcPr>
          <w:p>
            <w:pPr>
              <w:spacing w:after="0"/>
              <w:jc w:val="left"/>
            </w:pPr>
            <w:r>
              <w:rPr>
                <w:sz w:val="16"/>
              </w:rPr>
              <w:t>NEWTOWN</w:t>
            </w:r>
          </w:p>
        </w:tc>
        <w:tc>
          <w:tcPr>
            <w:tcW w:type="dxa" w:w="1009"/>
          </w:tcPr>
          <w:p>
            <w:pPr>
              <w:spacing w:after="0"/>
              <w:jc w:val="left"/>
            </w:pPr>
          </w:p>
        </w:tc>
        <w:tc>
          <w:tcPr>
            <w:tcW w:type="dxa" w:w="2574"/>
          </w:tcPr>
          <w:p>
            <w:pPr>
              <w:spacing w:after="0"/>
              <w:jc w:val="left"/>
            </w:pPr>
            <w:r>
              <w:rPr>
                <w:sz w:val="16"/>
              </w:rPr>
              <w:t>B1-c worst recorded: Lightning</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1867"/>
          </w:tcPr>
          <w:p>
            <w:pPr>
              <w:spacing w:after="0"/>
              <w:jc w:val="left"/>
            </w:pPr>
          </w:p>
        </w:tc>
        <w:tc>
          <w:tcPr>
            <w:tcW w:type="dxa" w:w="2718"/>
          </w:tcPr>
          <w:p>
            <w:pPr>
              <w:spacing w:after="0"/>
              <w:jc w:val="left"/>
            </w:pPr>
            <w:r>
              <w:rPr>
                <w:sz w:val="16"/>
              </w:rPr>
              <w:t>$617,000 property; crops not reported (1999 dollars)</w:t>
            </w:r>
          </w:p>
        </w:tc>
        <w:tc>
          <w:tcPr>
            <w:tcW w:type="dxa" w:w="924"/>
          </w:tcPr>
          <w:p>
            <w:pPr>
              <w:spacing w:after="0"/>
              <w:jc w:val="right"/>
            </w:pPr>
            <w:r>
              <w:rPr>
                <w:sz w:val="16"/>
              </w:rPr>
              <w:t>0, 0</w:t>
            </w:r>
          </w:p>
        </w:tc>
        <w:tc>
          <w:tcPr>
            <w:tcW w:type="dxa" w:w="2766"/>
          </w:tcPr>
          <w:p>
            <w:pPr>
              <w:spacing w:after="0"/>
              <w:jc w:val="left"/>
            </w:pPr>
            <w:r>
              <w:rPr>
                <w:sz w:val="16"/>
              </w:rPr>
              <w:t>COUNTYWIDE</w:t>
            </w:r>
          </w:p>
        </w:tc>
        <w:tc>
          <w:tcPr>
            <w:tcW w:type="dxa" w:w="1009"/>
          </w:tcPr>
          <w:p>
            <w:pPr>
              <w:spacing w:after="0"/>
              <w:jc w:val="left"/>
            </w:pPr>
          </w:p>
        </w:tc>
        <w:tc>
          <w:tcPr>
            <w:tcW w:type="dxa" w:w="25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1995-10-05</w:t>
            </w:r>
          </w:p>
        </w:tc>
        <w:tc>
          <w:tcPr>
            <w:tcW w:type="dxa" w:w="1215"/>
          </w:tcPr>
          <w:p>
            <w:pPr>
              <w:spacing w:after="0"/>
              <w:jc w:val="left"/>
            </w:pPr>
            <w:r>
              <w:rPr>
                <w:sz w:val="16"/>
              </w:rPr>
              <w:t>Tornado</w:t>
            </w:r>
          </w:p>
        </w:tc>
        <w:tc>
          <w:tcPr>
            <w:tcW w:type="dxa" w:w="1867"/>
          </w:tcPr>
          <w:p>
            <w:pPr>
              <w:spacing w:after="0"/>
              <w:jc w:val="left"/>
            </w:pPr>
            <w:r>
              <w:rPr>
                <w:sz w:val="16"/>
              </w:rPr>
              <w:t>F1, 3 mi path length (whole path, pre-1996), 150 yd wide</w:t>
            </w:r>
          </w:p>
        </w:tc>
        <w:tc>
          <w:tcPr>
            <w:tcW w:type="dxa" w:w="2718"/>
          </w:tcPr>
          <w:p>
            <w:pPr>
              <w:spacing w:after="0"/>
              <w:jc w:val="left"/>
            </w:pPr>
            <w:r>
              <w:rPr>
                <w:sz w:val="16"/>
              </w:rPr>
              <w:t>$170,000 property; crops not recorded (1995 dollars)</w:t>
            </w:r>
          </w:p>
        </w:tc>
        <w:tc>
          <w:tcPr>
            <w:tcW w:type="dxa" w:w="924"/>
          </w:tcPr>
          <w:p>
            <w:pPr>
              <w:spacing w:after="0"/>
              <w:jc w:val="right"/>
            </w:pPr>
            <w:r>
              <w:rPr>
                <w:sz w:val="16"/>
              </w:rPr>
              <w:t>0, 0</w:t>
            </w:r>
          </w:p>
        </w:tc>
        <w:tc>
          <w:tcPr>
            <w:tcW w:type="dxa" w:w="2766"/>
          </w:tcPr>
          <w:p>
            <w:pPr>
              <w:spacing w:after="0"/>
              <w:jc w:val="left"/>
            </w:pPr>
            <w:r>
              <w:rPr>
                <w:sz w:val="16"/>
              </w:rPr>
              <w:t>West Point</w:t>
            </w:r>
          </w:p>
        </w:tc>
        <w:tc>
          <w:tcPr>
            <w:tcW w:type="dxa" w:w="1009"/>
          </w:tcPr>
          <w:p>
            <w:pPr>
              <w:spacing w:after="0"/>
              <w:jc w:val="left"/>
            </w:pPr>
          </w:p>
        </w:tc>
        <w:tc>
          <w:tcPr>
            <w:tcW w:type="dxa" w:w="2574"/>
          </w:tcPr>
          <w:p>
            <w:pPr>
              <w:spacing w:after="0"/>
              <w:jc w:val="left"/>
            </w:pPr>
            <w:r>
              <w:rPr>
                <w:sz w:val="16"/>
              </w:rPr>
              <w:t>large reported damage</w:t>
            </w:r>
          </w:p>
        </w:tc>
      </w:tr>
      <w:tr>
        <w:trPr>
          <w:cantSplit/>
        </w:trPr>
        <w:tc>
          <w:tcPr>
            <w:tcW w:type="dxa" w:w="1037"/>
          </w:tcPr>
          <w:p>
            <w:pPr>
              <w:spacing w:after="0"/>
              <w:jc w:val="left"/>
            </w:pPr>
            <w:r>
              <w:rPr>
                <w:sz w:val="16"/>
              </w:rPr>
              <w:t>1989-05-06</w:t>
            </w:r>
          </w:p>
        </w:tc>
        <w:tc>
          <w:tcPr>
            <w:tcW w:type="dxa" w:w="1215"/>
          </w:tcPr>
          <w:p>
            <w:pPr>
              <w:spacing w:after="0"/>
              <w:jc w:val="left"/>
            </w:pPr>
            <w:r>
              <w:rPr>
                <w:sz w:val="16"/>
              </w:rPr>
              <w:t>Thunderstorm Wind</w:t>
            </w:r>
          </w:p>
        </w:tc>
        <w:tc>
          <w:tcPr>
            <w:tcW w:type="dxa" w:w="1867"/>
          </w:tcPr>
          <w:p>
            <w:pPr>
              <w:spacing w:after="0"/>
              <w:jc w:val="left"/>
            </w:pPr>
            <w:r>
              <w:rPr>
                <w:sz w:val="16"/>
              </w:rPr>
              <w:t>52 kt (60 mph), measurement type not recorded</w:t>
            </w:r>
          </w:p>
        </w:tc>
        <w:tc>
          <w:tcPr>
            <w:tcW w:type="dxa" w:w="2718"/>
          </w:tcPr>
          <w:p>
            <w:pPr>
              <w:spacing w:after="0"/>
              <w:jc w:val="left"/>
            </w:pPr>
            <w:r>
              <w:rPr>
                <w:sz w:val="16"/>
              </w:rPr>
              <w:t>damage not recorded (pre-1996 record)</w:t>
            </w:r>
          </w:p>
        </w:tc>
        <w:tc>
          <w:tcPr>
            <w:tcW w:type="dxa" w:w="924"/>
          </w:tcPr>
          <w:p>
            <w:pPr>
              <w:spacing w:after="0"/>
              <w:jc w:val="right"/>
            </w:pPr>
            <w:r>
              <w:rPr>
                <w:sz w:val="16"/>
              </w:rPr>
              <w:t>0, 0</w:t>
            </w:r>
          </w:p>
        </w:tc>
        <w:tc>
          <w:tcPr>
            <w:tcW w:type="dxa" w:w="2766"/>
          </w:tcPr>
          <w:p>
            <w:pPr>
              <w:spacing w:after="0"/>
              <w:jc w:val="left"/>
            </w:pPr>
            <w:r>
              <w:rPr>
                <w:sz w:val="16"/>
              </w:rPr>
              <w:t>location not recorded</w:t>
            </w:r>
          </w:p>
        </w:tc>
        <w:tc>
          <w:tcPr>
            <w:tcW w:type="dxa" w:w="1009"/>
          </w:tcPr>
          <w:p>
            <w:pPr>
              <w:spacing w:after="0"/>
              <w:jc w:val="left"/>
            </w:pPr>
          </w:p>
        </w:tc>
        <w:tc>
          <w:tcPr>
            <w:tcW w:type="dxa" w:w="2574"/>
          </w:tcPr>
          <w:p>
            <w:pPr>
              <w:spacing w:after="0"/>
              <w:jc w:val="left"/>
            </w:pPr>
            <w:r>
              <w:rPr>
                <w:sz w:val="16"/>
              </w:rPr>
              <w:t>B1-c worst recorded: Thunderstorm Wind</w:t>
            </w:r>
          </w:p>
        </w:tc>
      </w:tr>
      <w:tr>
        <w:trPr>
          <w:cantSplit/>
        </w:trPr>
        <w:tc>
          <w:tcPr>
            <w:tcW w:type="dxa" w:w="1037"/>
          </w:tcPr>
          <w:p>
            <w:pPr>
              <w:spacing w:after="0"/>
              <w:jc w:val="left"/>
            </w:pPr>
            <w:r>
              <w:rPr>
                <w:sz w:val="16"/>
              </w:rPr>
              <w:t>1960-05-30</w:t>
            </w:r>
          </w:p>
        </w:tc>
        <w:tc>
          <w:tcPr>
            <w:tcW w:type="dxa" w:w="1215"/>
          </w:tcPr>
          <w:p>
            <w:pPr>
              <w:spacing w:after="0"/>
              <w:jc w:val="left"/>
            </w:pPr>
            <w:r>
              <w:rPr>
                <w:sz w:val="16"/>
              </w:rPr>
              <w:t>Hail</w:t>
            </w:r>
          </w:p>
        </w:tc>
        <w:tc>
          <w:tcPr>
            <w:tcW w:type="dxa" w:w="1867"/>
          </w:tcPr>
          <w:p>
            <w:pPr>
              <w:spacing w:after="0"/>
              <w:jc w:val="left"/>
            </w:pPr>
            <w:r>
              <w:rPr>
                <w:sz w:val="16"/>
              </w:rPr>
              <w:t>3 in</w:t>
            </w:r>
          </w:p>
        </w:tc>
        <w:tc>
          <w:tcPr>
            <w:tcW w:type="dxa" w:w="2718"/>
          </w:tcPr>
          <w:p>
            <w:pPr>
              <w:spacing w:after="0"/>
              <w:jc w:val="left"/>
            </w:pPr>
            <w:r>
              <w:rPr>
                <w:sz w:val="16"/>
              </w:rPr>
              <w:t>damage not recorded (pre-1996 record)</w:t>
            </w:r>
          </w:p>
        </w:tc>
        <w:tc>
          <w:tcPr>
            <w:tcW w:type="dxa" w:w="924"/>
          </w:tcPr>
          <w:p>
            <w:pPr>
              <w:spacing w:after="0"/>
              <w:jc w:val="right"/>
            </w:pPr>
            <w:r>
              <w:rPr>
                <w:sz w:val="16"/>
              </w:rPr>
              <w:t>0, 0</w:t>
            </w:r>
          </w:p>
        </w:tc>
        <w:tc>
          <w:tcPr>
            <w:tcW w:type="dxa" w:w="2766"/>
          </w:tcPr>
          <w:p>
            <w:pPr>
              <w:spacing w:after="0"/>
              <w:jc w:val="left"/>
            </w:pPr>
            <w:r>
              <w:rPr>
                <w:sz w:val="16"/>
              </w:rPr>
              <w:t>location not recorded</w:t>
            </w:r>
          </w:p>
        </w:tc>
        <w:tc>
          <w:tcPr>
            <w:tcW w:type="dxa" w:w="1009"/>
          </w:tcPr>
          <w:p>
            <w:pPr>
              <w:spacing w:after="0"/>
              <w:jc w:val="left"/>
            </w:pPr>
          </w:p>
        </w:tc>
        <w:tc>
          <w:tcPr>
            <w:tcW w:type="dxa" w:w="257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40"/>
        <w:gridCol w:w="1037"/>
        <w:gridCol w:w="1884"/>
        <w:gridCol w:w="1511"/>
        <w:gridCol w:w="1469"/>
        <w:gridCol w:w="1037"/>
        <w:gridCol w:w="1944"/>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4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4"/>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3.69</w:t>
            </w:r>
          </w:p>
        </w:tc>
        <w:tc>
          <w:tcPr>
            <w:tcW w:type="dxa" w:w="1426"/>
          </w:tcPr>
          <w:p>
            <w:pPr>
              <w:spacing w:after="0"/>
              <w:jc w:val="left"/>
            </w:pPr>
            <w:r>
              <w:rPr>
                <w:sz w:val="16"/>
              </w:rPr>
              <w:t>events per year at a location (modeled)</w:t>
            </w:r>
          </w:p>
        </w:tc>
        <w:tc>
          <w:tcPr>
            <w:tcW w:type="dxa" w:w="1540"/>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4"/>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94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0.598</w:t>
            </w:r>
          </w:p>
        </w:tc>
        <w:tc>
          <w:tcPr>
            <w:tcW w:type="dxa" w:w="1426"/>
          </w:tcPr>
          <w:p>
            <w:pPr>
              <w:spacing w:after="0"/>
              <w:jc w:val="left"/>
            </w:pPr>
            <w:r>
              <w:rPr>
                <w:sz w:val="16"/>
              </w:rPr>
              <w:t>event-days per year</w:t>
            </w:r>
          </w:p>
        </w:tc>
        <w:tc>
          <w:tcPr>
            <w:tcW w:type="dxa" w:w="1540"/>
          </w:tcPr>
          <w:p>
            <w:pPr>
              <w:spacing w:after="0"/>
              <w:jc w:val="left"/>
            </w:pPr>
            <w:r>
              <w:rPr>
                <w:sz w:val="16"/>
              </w:rPr>
              <w:t>about 0.598 days per year</w:t>
            </w:r>
          </w:p>
        </w:tc>
        <w:tc>
          <w:tcPr>
            <w:tcW w:type="dxa" w:w="1037"/>
          </w:tcPr>
          <w:p>
            <w:pPr>
              <w:spacing w:after="0"/>
              <w:jc w:val="left"/>
            </w:pPr>
          </w:p>
        </w:tc>
        <w:tc>
          <w:tcPr>
            <w:tcW w:type="dxa" w:w="1884"/>
          </w:tcPr>
          <w:p>
            <w:pPr>
              <w:spacing w:after="0"/>
              <w:jc w:val="left"/>
            </w:pPr>
            <w:r>
              <w:rPr>
                <w:sz w:val="16"/>
              </w:rPr>
              <w:t>Storm Events event-days in 0 of 30 years, 1996 to 2025 (0%)</w:t>
            </w:r>
          </w:p>
        </w:tc>
        <w:tc>
          <w:tcPr>
            <w:tcW w:type="dxa" w:w="1511"/>
          </w:tcPr>
          <w:p>
            <w:pPr>
              <w:spacing w:after="0"/>
              <w:jc w:val="right"/>
            </w:pPr>
            <w:r>
              <w:rPr>
                <w:sz w:val="16"/>
              </w:rPr>
              <w:t>11.4</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194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3.79</w:t>
            </w:r>
          </w:p>
        </w:tc>
        <w:tc>
          <w:tcPr>
            <w:tcW w:type="dxa" w:w="1426"/>
          </w:tcPr>
          <w:p>
            <w:pPr>
              <w:spacing w:after="0"/>
              <w:jc w:val="left"/>
            </w:pPr>
            <w:r>
              <w:rPr>
                <w:sz w:val="16"/>
              </w:rPr>
              <w:t>event-days per year</w:t>
            </w:r>
          </w:p>
        </w:tc>
        <w:tc>
          <w:tcPr>
            <w:tcW w:type="dxa" w:w="1540"/>
          </w:tcPr>
          <w:p>
            <w:pPr>
              <w:spacing w:after="0"/>
              <w:jc w:val="left"/>
            </w:pPr>
            <w:r>
              <w:rPr>
                <w:sz w:val="16"/>
              </w:rPr>
              <w:t>about 3.79 days per year</w:t>
            </w:r>
          </w:p>
        </w:tc>
        <w:tc>
          <w:tcPr>
            <w:tcW w:type="dxa" w:w="1037"/>
          </w:tcPr>
          <w:p>
            <w:pPr>
              <w:spacing w:after="0"/>
              <w:jc w:val="left"/>
            </w:pPr>
          </w:p>
        </w:tc>
        <w:tc>
          <w:tcPr>
            <w:tcW w:type="dxa" w:w="1884"/>
          </w:tcPr>
          <w:p>
            <w:pPr>
              <w:spacing w:after="0"/>
              <w:jc w:val="left"/>
            </w:pPr>
            <w:r>
              <w:rPr>
                <w:sz w:val="16"/>
              </w:rPr>
              <w:t>Storm Events event-days in 0 of 30 years, 1996 to 2025 (0%)</w:t>
            </w:r>
          </w:p>
        </w:tc>
        <w:tc>
          <w:tcPr>
            <w:tcW w:type="dxa" w:w="1511"/>
          </w:tcPr>
          <w:p>
            <w:pPr>
              <w:spacing w:after="0"/>
              <w:jc w:val="right"/>
            </w:pPr>
            <w:r>
              <w:rPr>
                <w:sz w:val="16"/>
              </w:rPr>
              <w:t>105</w:t>
            </w:r>
          </w:p>
        </w:tc>
        <w:tc>
          <w:tcPr>
            <w:tcW w:type="dxa" w:w="14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0.0017</w:t>
            </w:r>
          </w:p>
        </w:tc>
        <w:tc>
          <w:tcPr>
            <w:tcW w:type="dxa" w:w="1426"/>
          </w:tcPr>
          <w:p>
            <w:pPr>
              <w:spacing w:after="0"/>
              <w:jc w:val="left"/>
            </w:pPr>
            <w:r>
              <w:rPr>
                <w:sz w:val="16"/>
              </w:rPr>
              <w:t>annual probability at a location</w:t>
            </w:r>
          </w:p>
        </w:tc>
        <w:tc>
          <w:tcPr>
            <w:tcW w:type="dxa" w:w="1540"/>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1884"/>
          </w:tcPr>
          <w:p>
            <w:pPr>
              <w:spacing w:after="0"/>
              <w:jc w:val="left"/>
            </w:pP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94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2.29</w:t>
            </w:r>
          </w:p>
        </w:tc>
        <w:tc>
          <w:tcPr>
            <w:tcW w:type="dxa" w:w="1426"/>
          </w:tcPr>
          <w:p>
            <w:pPr>
              <w:spacing w:after="0"/>
              <w:jc w:val="left"/>
            </w:pPr>
            <w:r>
              <w:rPr>
                <w:sz w:val="16"/>
              </w:rPr>
              <w:t>events per year</w:t>
            </w:r>
          </w:p>
        </w:tc>
        <w:tc>
          <w:tcPr>
            <w:tcW w:type="dxa" w:w="1540"/>
          </w:tcPr>
          <w:p>
            <w:pPr>
              <w:spacing w:after="0"/>
              <w:jc w:val="left"/>
            </w:pPr>
            <w:r>
              <w:rPr>
                <w:sz w:val="16"/>
              </w:rPr>
              <w:t>about 2.29 per year</w:t>
            </w:r>
          </w:p>
        </w:tc>
        <w:tc>
          <w:tcPr>
            <w:tcW w:type="dxa" w:w="1037"/>
          </w:tcPr>
          <w:p>
            <w:pPr>
              <w:spacing w:after="0"/>
              <w:jc w:val="left"/>
            </w:pPr>
            <w:r>
              <w:rPr>
                <w:sz w:val="16"/>
              </w:rPr>
              <w:t>Highly likely</w:t>
            </w:r>
          </w:p>
        </w:tc>
        <w:tc>
          <w:tcPr>
            <w:tcW w:type="dxa" w:w="1884"/>
          </w:tcPr>
          <w:p>
            <w:pPr>
              <w:spacing w:after="0"/>
              <w:jc w:val="left"/>
            </w:pPr>
            <w:r>
              <w:rPr>
                <w:sz w:val="16"/>
              </w:rPr>
              <w:t>FEMA annualized frequency (modeled)</w:t>
            </w:r>
          </w:p>
        </w:tc>
        <w:tc>
          <w:tcPr>
            <w:tcW w:type="dxa" w:w="1511"/>
          </w:tcPr>
          <w:p>
            <w:pPr>
              <w:spacing w:after="0"/>
              <w:jc w:val="right"/>
            </w:pPr>
            <w:r>
              <w:rPr>
                <w:sz w:val="16"/>
              </w:rPr>
              <w:t>86.6 (modeled)</w:t>
            </w:r>
          </w:p>
        </w:tc>
        <w:tc>
          <w:tcPr>
            <w:tcW w:type="dxa" w:w="1469"/>
          </w:tcPr>
          <w:p>
            <w:pPr>
              <w:spacing w:after="0"/>
              <w:jc w:val="left"/>
            </w:pPr>
            <w:r>
              <w:rPr>
                <w:sz w:val="16"/>
              </w:rPr>
              <w:t>1986 to 2023 (38 years)</w:t>
            </w:r>
          </w:p>
        </w:tc>
        <w:tc>
          <w:tcPr>
            <w:tcW w:type="dxa" w:w="1037"/>
          </w:tcPr>
          <w:p>
            <w:pPr>
              <w:spacing w:after="0"/>
              <w:jc w:val="left"/>
            </w:pPr>
            <w:r>
              <w:rPr>
                <w:sz w:val="16"/>
              </w:rPr>
              <w:t>countywide</w:t>
            </w:r>
          </w:p>
        </w:tc>
        <w:tc>
          <w:tcPr>
            <w:tcW w:type="dxa" w:w="1944"/>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5.07</w:t>
            </w:r>
          </w:p>
        </w:tc>
        <w:tc>
          <w:tcPr>
            <w:tcW w:type="dxa" w:w="1426"/>
          </w:tcPr>
          <w:p>
            <w:pPr>
              <w:spacing w:after="0"/>
              <w:jc w:val="left"/>
            </w:pPr>
            <w:r>
              <w:rPr>
                <w:sz w:val="16"/>
              </w:rPr>
              <w:t>event-days per year</w:t>
            </w:r>
          </w:p>
        </w:tc>
        <w:tc>
          <w:tcPr>
            <w:tcW w:type="dxa" w:w="1540"/>
          </w:tcPr>
          <w:p>
            <w:pPr>
              <w:spacing w:after="0"/>
              <w:jc w:val="left"/>
            </w:pPr>
            <w:r>
              <w:rPr>
                <w:sz w:val="16"/>
              </w:rPr>
              <w:t>about 5.07 days per year</w:t>
            </w:r>
          </w:p>
        </w:tc>
        <w:tc>
          <w:tcPr>
            <w:tcW w:type="dxa" w:w="1037"/>
          </w:tcPr>
          <w:p>
            <w:pPr>
              <w:spacing w:after="0"/>
              <w:jc w:val="left"/>
            </w:pPr>
            <w:r>
              <w:rPr>
                <w:sz w:val="16"/>
              </w:rPr>
              <w:t>Possible</w:t>
            </w:r>
          </w:p>
        </w:tc>
        <w:tc>
          <w:tcPr>
            <w:tcW w:type="dxa" w:w="1884"/>
          </w:tcPr>
          <w:p>
            <w:pPr>
              <w:spacing w:after="0"/>
              <w:jc w:val="left"/>
            </w:pPr>
            <w:r>
              <w:rPr>
                <w:sz w:val="16"/>
              </w:rPr>
              <w:t>Storm Events event-days in 1 of 30 years, 1996 to 2025 (3.33%)</w:t>
            </w:r>
          </w:p>
        </w:tc>
        <w:tc>
          <w:tcPr>
            <w:tcW w:type="dxa" w:w="1511"/>
          </w:tcPr>
          <w:p>
            <w:pPr>
              <w:spacing w:after="0"/>
              <w:jc w:val="right"/>
            </w:pPr>
            <w:r>
              <w:rPr>
                <w:sz w:val="16"/>
              </w:rPr>
              <w:t>76.2</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1944"/>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0.155</w:t>
            </w:r>
          </w:p>
        </w:tc>
        <w:tc>
          <w:tcPr>
            <w:tcW w:type="dxa" w:w="1426"/>
          </w:tcPr>
          <w:p>
            <w:pPr>
              <w:spacing w:after="0"/>
              <w:jc w:val="left"/>
            </w:pPr>
            <w:r>
              <w:rPr>
                <w:sz w:val="16"/>
              </w:rPr>
              <w:t>events per year</w:t>
            </w:r>
          </w:p>
        </w:tc>
        <w:tc>
          <w:tcPr>
            <w:tcW w:type="dxa" w:w="1540"/>
          </w:tcPr>
          <w:p>
            <w:pPr>
              <w:spacing w:after="0"/>
              <w:jc w:val="left"/>
            </w:pPr>
            <w:r>
              <w:rPr>
                <w:sz w:val="16"/>
              </w:rPr>
              <w:t>about 1 in 6 years</w:t>
            </w:r>
          </w:p>
        </w:tc>
        <w:tc>
          <w:tcPr>
            <w:tcW w:type="dxa" w:w="1037"/>
          </w:tcPr>
          <w:p>
            <w:pPr>
              <w:spacing w:after="0"/>
              <w:jc w:val="left"/>
            </w:pPr>
            <w:r>
              <w:rPr>
                <w:sz w:val="16"/>
              </w:rPr>
              <w:t>Likely</w:t>
            </w:r>
          </w:p>
        </w:tc>
        <w:tc>
          <w:tcPr>
            <w:tcW w:type="dxa" w:w="1884"/>
          </w:tcPr>
          <w:p>
            <w:pPr>
              <w:spacing w:after="0"/>
              <w:jc w:val="left"/>
            </w:pPr>
            <w:r>
              <w:rPr>
                <w:sz w:val="16"/>
              </w:rPr>
              <w:t>FEMA annualized frequency (modeled)</w:t>
            </w:r>
          </w:p>
        </w:tc>
        <w:tc>
          <w:tcPr>
            <w:tcW w:type="dxa" w:w="1511"/>
          </w:tcPr>
          <w:p>
            <w:pPr>
              <w:spacing w:after="0"/>
              <w:jc w:val="right"/>
            </w:pPr>
            <w:r>
              <w:rPr>
                <w:sz w:val="16"/>
              </w:rPr>
              <w:t>54</w:t>
            </w:r>
          </w:p>
        </w:tc>
        <w:tc>
          <w:tcPr>
            <w:tcW w:type="dxa" w:w="1469"/>
          </w:tcPr>
          <w:p>
            <w:pPr>
              <w:spacing w:after="0"/>
              <w:jc w:val="left"/>
            </w:pPr>
            <w:r>
              <w:rPr>
                <w:sz w:val="16"/>
              </w:rPr>
              <w:t>1851 to 2024 (Atlantic)</w:t>
            </w:r>
          </w:p>
        </w:tc>
        <w:tc>
          <w:tcPr>
            <w:tcW w:type="dxa" w:w="1037"/>
          </w:tcPr>
          <w:p>
            <w:pPr>
              <w:spacing w:after="0"/>
              <w:jc w:val="left"/>
            </w:pPr>
            <w:r>
              <w:rPr>
                <w:sz w:val="16"/>
              </w:rPr>
              <w:t>see B1-f</w:t>
            </w:r>
          </w:p>
        </w:tc>
        <w:tc>
          <w:tcPr>
            <w:tcW w:type="dxa" w:w="194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1.09</w:t>
            </w:r>
          </w:p>
        </w:tc>
        <w:tc>
          <w:tcPr>
            <w:tcW w:type="dxa" w:w="1426"/>
          </w:tcPr>
          <w:p>
            <w:pPr>
              <w:spacing w:after="0"/>
              <w:jc w:val="left"/>
            </w:pPr>
            <w:r>
              <w:rPr>
                <w:sz w:val="16"/>
              </w:rPr>
              <w:t>event-days per year</w:t>
            </w:r>
          </w:p>
        </w:tc>
        <w:tc>
          <w:tcPr>
            <w:tcW w:type="dxa" w:w="1540"/>
          </w:tcPr>
          <w:p>
            <w:pPr>
              <w:spacing w:after="0"/>
              <w:jc w:val="left"/>
            </w:pPr>
            <w:r>
              <w:rPr>
                <w:sz w:val="16"/>
              </w:rPr>
              <w:t>about 1.09 days per year</w:t>
            </w:r>
          </w:p>
        </w:tc>
        <w:tc>
          <w:tcPr>
            <w:tcW w:type="dxa" w:w="1037"/>
          </w:tcPr>
          <w:p>
            <w:pPr>
              <w:spacing w:after="0"/>
              <w:jc w:val="left"/>
            </w:pPr>
            <w:r>
              <w:rPr>
                <w:sz w:val="16"/>
              </w:rPr>
              <w:t>Possible</w:t>
            </w:r>
          </w:p>
        </w:tc>
        <w:tc>
          <w:tcPr>
            <w:tcW w:type="dxa" w:w="1884"/>
          </w:tcPr>
          <w:p>
            <w:pPr>
              <w:spacing w:after="0"/>
              <w:jc w:val="left"/>
            </w:pPr>
            <w:r>
              <w:rPr>
                <w:sz w:val="16"/>
              </w:rPr>
              <w:t>Storm Events event-days in 1 of 30 years, 1996 to 2025 (3.33%)</w:t>
            </w:r>
          </w:p>
        </w:tc>
        <w:tc>
          <w:tcPr>
            <w:tcW w:type="dxa" w:w="1511"/>
          </w:tcPr>
          <w:p>
            <w:pPr>
              <w:spacing w:after="0"/>
              <w:jc w:val="right"/>
            </w:pPr>
            <w:r>
              <w:rPr>
                <w:sz w:val="16"/>
              </w:rPr>
              <w:t>74</w:t>
            </w:r>
          </w:p>
        </w:tc>
        <w:tc>
          <w:tcPr>
            <w:tcW w:type="dxa" w:w="1469"/>
          </w:tcPr>
          <w:p>
            <w:pPr>
              <w:spacing w:after="0"/>
              <w:jc w:val="left"/>
            </w:pPr>
            <w:r>
              <w:rPr>
                <w:sz w:val="16"/>
              </w:rPr>
              <w:t>1946-12-31 to 2014-02-12 (67 years)</w:t>
            </w:r>
          </w:p>
        </w:tc>
        <w:tc>
          <w:tcPr>
            <w:tcW w:type="dxa" w:w="1037"/>
          </w:tcPr>
          <w:p>
            <w:pPr>
              <w:spacing w:after="0"/>
              <w:jc w:val="left"/>
            </w:pPr>
            <w:r>
              <w:rPr>
                <w:sz w:val="16"/>
              </w:rPr>
              <w:t>countywide</w:t>
            </w:r>
          </w:p>
        </w:tc>
        <w:tc>
          <w:tcPr>
            <w:tcW w:type="dxa" w:w="1944"/>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0.464</w:t>
            </w:r>
          </w:p>
        </w:tc>
        <w:tc>
          <w:tcPr>
            <w:tcW w:type="dxa" w:w="1426"/>
          </w:tcPr>
          <w:p>
            <w:pPr>
              <w:spacing w:after="0"/>
              <w:jc w:val="left"/>
            </w:pPr>
            <w:r>
              <w:rPr>
                <w:sz w:val="16"/>
              </w:rPr>
              <w:t>event-days per year</w:t>
            </w:r>
          </w:p>
        </w:tc>
        <w:tc>
          <w:tcPr>
            <w:tcW w:type="dxa" w:w="1540"/>
          </w:tcPr>
          <w:p>
            <w:pPr>
              <w:spacing w:after="0"/>
              <w:jc w:val="left"/>
            </w:pPr>
            <w:r>
              <w:rPr>
                <w:sz w:val="16"/>
              </w:rPr>
              <w:t>about 0.464 days per year</w:t>
            </w:r>
          </w:p>
        </w:tc>
        <w:tc>
          <w:tcPr>
            <w:tcW w:type="dxa" w:w="1037"/>
          </w:tcPr>
          <w:p>
            <w:pPr>
              <w:spacing w:after="0"/>
              <w:jc w:val="left"/>
            </w:pPr>
            <w:r>
              <w:rPr>
                <w:sz w:val="16"/>
              </w:rPr>
              <w:t>Likely</w:t>
            </w:r>
          </w:p>
        </w:tc>
        <w:tc>
          <w:tcPr>
            <w:tcW w:type="dxa" w:w="1884"/>
          </w:tcPr>
          <w:p>
            <w:pPr>
              <w:spacing w:after="0"/>
              <w:jc w:val="left"/>
            </w:pPr>
            <w:r>
              <w:rPr>
                <w:sz w:val="16"/>
              </w:rPr>
              <w:t>Storm Events event-days in 8 of 30 years, 1996 to 2025 (26.7%)</w:t>
            </w:r>
          </w:p>
        </w:tc>
        <w:tc>
          <w:tcPr>
            <w:tcW w:type="dxa" w:w="1511"/>
          </w:tcPr>
          <w:p>
            <w:pPr>
              <w:spacing w:after="0"/>
              <w:jc w:val="right"/>
            </w:pPr>
            <w:r>
              <w:rPr>
                <w:sz w:val="16"/>
              </w:rPr>
              <w:t>13</w:t>
            </w:r>
          </w:p>
        </w:tc>
        <w:tc>
          <w:tcPr>
            <w:tcW w:type="dxa" w:w="1469"/>
          </w:tcPr>
          <w:p>
            <w:pPr>
              <w:spacing w:after="0"/>
              <w:jc w:val="left"/>
            </w:pPr>
            <w:r>
              <w:rPr>
                <w:sz w:val="16"/>
              </w:rPr>
              <w:t>1996 to 2023 (28 years)</w:t>
            </w:r>
          </w:p>
        </w:tc>
        <w:tc>
          <w:tcPr>
            <w:tcW w:type="dxa" w:w="1037"/>
          </w:tcPr>
          <w:p>
            <w:pPr>
              <w:spacing w:after="0"/>
              <w:jc w:val="left"/>
            </w:pPr>
            <w:r>
              <w:rPr>
                <w:sz w:val="16"/>
              </w:rPr>
              <w:t>see B1-f</w:t>
            </w:r>
          </w:p>
        </w:tc>
        <w:tc>
          <w:tcPr>
            <w:tcW w:type="dxa" w:w="1944"/>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0.247</w:t>
            </w:r>
          </w:p>
        </w:tc>
        <w:tc>
          <w:tcPr>
            <w:tcW w:type="dxa" w:w="1426"/>
          </w:tcPr>
          <w:p>
            <w:pPr>
              <w:spacing w:after="0"/>
              <w:jc w:val="left"/>
            </w:pPr>
            <w:r>
              <w:rPr>
                <w:sz w:val="16"/>
              </w:rPr>
              <w:t>events per year (modeled)</w:t>
            </w:r>
          </w:p>
        </w:tc>
        <w:tc>
          <w:tcPr>
            <w:tcW w:type="dxa" w:w="1540"/>
          </w:tcPr>
          <w:p>
            <w:pPr>
              <w:spacing w:after="0"/>
              <w:jc w:val="left"/>
            </w:pPr>
            <w:r>
              <w:rPr>
                <w:sz w:val="16"/>
              </w:rPr>
              <w:t>about 1 in 4 years</w:t>
            </w:r>
          </w:p>
        </w:tc>
        <w:tc>
          <w:tcPr>
            <w:tcW w:type="dxa" w:w="1037"/>
          </w:tcPr>
          <w:p>
            <w:pPr>
              <w:spacing w:after="0"/>
              <w:jc w:val="left"/>
            </w:pPr>
            <w:r>
              <w:rPr>
                <w:sz w:val="16"/>
              </w:rPr>
              <w:t>Likely</w:t>
            </w:r>
          </w:p>
        </w:tc>
        <w:tc>
          <w:tcPr>
            <w:tcW w:type="dxa" w:w="1884"/>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944"/>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42.2</w:t>
            </w:r>
          </w:p>
        </w:tc>
        <w:tc>
          <w:tcPr>
            <w:tcW w:type="dxa" w:w="1426"/>
          </w:tcPr>
          <w:p>
            <w:pPr>
              <w:spacing w:after="0"/>
              <w:jc w:val="left"/>
            </w:pPr>
            <w:r>
              <w:rPr>
                <w:sz w:val="16"/>
              </w:rPr>
              <w:t>days per year with a strike</w:t>
            </w:r>
          </w:p>
        </w:tc>
        <w:tc>
          <w:tcPr>
            <w:tcW w:type="dxa" w:w="1540"/>
          </w:tcPr>
          <w:p>
            <w:pPr>
              <w:spacing w:after="0"/>
              <w:jc w:val="left"/>
            </w:pPr>
            <w:r>
              <w:rPr>
                <w:sz w:val="16"/>
              </w:rPr>
              <w:t>about 42.2 days per year</w:t>
            </w:r>
          </w:p>
        </w:tc>
        <w:tc>
          <w:tcPr>
            <w:tcW w:type="dxa" w:w="1037"/>
          </w:tcPr>
          <w:p>
            <w:pPr>
              <w:spacing w:after="0"/>
              <w:jc w:val="left"/>
            </w:pPr>
            <w:r>
              <w:rPr>
                <w:sz w:val="16"/>
              </w:rPr>
              <w:t>Highly likely</w:t>
            </w:r>
          </w:p>
        </w:tc>
        <w:tc>
          <w:tcPr>
            <w:tcW w:type="dxa" w:w="1884"/>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1995 to 2023 (29 years; CONUS)</w:t>
            </w:r>
          </w:p>
        </w:tc>
        <w:tc>
          <w:tcPr>
            <w:tcW w:type="dxa" w:w="1037"/>
          </w:tcPr>
          <w:p>
            <w:pPr>
              <w:spacing w:after="0"/>
              <w:jc w:val="left"/>
            </w:pPr>
            <w:r>
              <w:rPr>
                <w:sz w:val="16"/>
              </w:rPr>
              <w:t>countywide</w:t>
            </w:r>
          </w:p>
        </w:tc>
        <w:tc>
          <w:tcPr>
            <w:tcW w:type="dxa" w:w="1944"/>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1.81</w:t>
            </w:r>
          </w:p>
        </w:tc>
        <w:tc>
          <w:tcPr>
            <w:tcW w:type="dxa" w:w="1426"/>
          </w:tcPr>
          <w:p>
            <w:pPr>
              <w:spacing w:after="0"/>
              <w:jc w:val="left"/>
            </w:pPr>
            <w:r>
              <w:rPr>
                <w:sz w:val="16"/>
              </w:rPr>
              <w:t>events per year</w:t>
            </w:r>
          </w:p>
        </w:tc>
        <w:tc>
          <w:tcPr>
            <w:tcW w:type="dxa" w:w="1540"/>
          </w:tcPr>
          <w:p>
            <w:pPr>
              <w:spacing w:after="0"/>
              <w:jc w:val="left"/>
            </w:pPr>
            <w:r>
              <w:rPr>
                <w:sz w:val="16"/>
              </w:rPr>
              <w:t>about 1.81 per year</w:t>
            </w:r>
          </w:p>
        </w:tc>
        <w:tc>
          <w:tcPr>
            <w:tcW w:type="dxa" w:w="1037"/>
          </w:tcPr>
          <w:p>
            <w:pPr>
              <w:spacing w:after="0"/>
              <w:jc w:val="left"/>
            </w:pPr>
            <w:r>
              <w:rPr>
                <w:sz w:val="16"/>
              </w:rPr>
              <w:t>Highly likely</w:t>
            </w:r>
          </w:p>
        </w:tc>
        <w:tc>
          <w:tcPr>
            <w:tcW w:type="dxa" w:w="1884"/>
          </w:tcPr>
          <w:p>
            <w:pPr>
              <w:spacing w:after="0"/>
              <w:jc w:val="left"/>
            </w:pPr>
            <w:r>
              <w:rPr>
                <w:sz w:val="16"/>
              </w:rPr>
              <w:t>FEMA annualized frequency (modeled)</w:t>
            </w:r>
          </w:p>
        </w:tc>
        <w:tc>
          <w:tcPr>
            <w:tcW w:type="dxa" w:w="1511"/>
          </w:tcPr>
          <w:p>
            <w:pPr>
              <w:spacing w:after="0"/>
              <w:jc w:val="right"/>
            </w:pPr>
            <w:r>
              <w:rPr>
                <w:sz w:val="16"/>
              </w:rPr>
              <w:t>69</w:t>
            </w:r>
          </w:p>
        </w:tc>
        <w:tc>
          <w:tcPr>
            <w:tcW w:type="dxa" w:w="1469"/>
          </w:tcPr>
          <w:p>
            <w:pPr>
              <w:spacing w:after="0"/>
              <w:jc w:val="left"/>
            </w:pPr>
            <w:r>
              <w:rPr>
                <w:sz w:val="16"/>
              </w:rPr>
              <w:t>1986 to 2023 (38 years)</w:t>
            </w:r>
          </w:p>
        </w:tc>
        <w:tc>
          <w:tcPr>
            <w:tcW w:type="dxa" w:w="1037"/>
          </w:tcPr>
          <w:p>
            <w:pPr>
              <w:spacing w:after="0"/>
              <w:jc w:val="left"/>
            </w:pPr>
            <w:r>
              <w:rPr>
                <w:sz w:val="16"/>
              </w:rPr>
              <w:t>countywide</w:t>
            </w:r>
          </w:p>
        </w:tc>
        <w:tc>
          <w:tcPr>
            <w:tcW w:type="dxa" w:w="1944"/>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0.195</w:t>
            </w:r>
          </w:p>
        </w:tc>
        <w:tc>
          <w:tcPr>
            <w:tcW w:type="dxa" w:w="1426"/>
          </w:tcPr>
          <w:p>
            <w:pPr>
              <w:spacing w:after="0"/>
              <w:jc w:val="left"/>
            </w:pPr>
            <w:r>
              <w:rPr>
                <w:sz w:val="16"/>
              </w:rPr>
              <w:t>events per year</w:t>
            </w:r>
          </w:p>
        </w:tc>
        <w:tc>
          <w:tcPr>
            <w:tcW w:type="dxa" w:w="1540"/>
          </w:tcPr>
          <w:p>
            <w:pPr>
              <w:spacing w:after="0"/>
              <w:jc w:val="left"/>
            </w:pPr>
            <w:r>
              <w:rPr>
                <w:sz w:val="16"/>
              </w:rPr>
              <w:t>about 1 in 5 years</w:t>
            </w:r>
          </w:p>
        </w:tc>
        <w:tc>
          <w:tcPr>
            <w:tcW w:type="dxa" w:w="1037"/>
          </w:tcPr>
          <w:p>
            <w:pPr>
              <w:spacing w:after="0"/>
              <w:jc w:val="left"/>
            </w:pPr>
            <w:r>
              <w:rPr>
                <w:sz w:val="16"/>
              </w:rPr>
              <w:t>Likely</w:t>
            </w:r>
          </w:p>
        </w:tc>
        <w:tc>
          <w:tcPr>
            <w:tcW w:type="dxa" w:w="1884"/>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1950 to 2023 (EF2+); 1986 to 2023 (EF0-1)</w:t>
            </w:r>
          </w:p>
        </w:tc>
        <w:tc>
          <w:tcPr>
            <w:tcW w:type="dxa" w:w="1037"/>
          </w:tcPr>
          <w:p>
            <w:pPr>
              <w:spacing w:after="0"/>
              <w:jc w:val="left"/>
            </w:pPr>
            <w:r>
              <w:rPr>
                <w:sz w:val="16"/>
              </w:rPr>
              <w:t>see B1-f</w:t>
            </w:r>
          </w:p>
        </w:tc>
        <w:tc>
          <w:tcPr>
            <w:tcW w:type="dxa" w:w="1944"/>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40"/>
          </w:tcPr>
          <w:p>
            <w:pPr>
              <w:spacing w:after="0"/>
              <w:jc w:val="left"/>
            </w:pPr>
          </w:p>
        </w:tc>
        <w:tc>
          <w:tcPr>
            <w:tcW w:type="dxa" w:w="1037"/>
          </w:tcPr>
          <w:p>
            <w:pPr>
              <w:spacing w:after="0"/>
              <w:jc w:val="left"/>
            </w:pPr>
          </w:p>
        </w:tc>
        <w:tc>
          <w:tcPr>
            <w:tcW w:type="dxa" w:w="1884"/>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94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0.000132</w:t>
            </w:r>
          </w:p>
        </w:tc>
        <w:tc>
          <w:tcPr>
            <w:tcW w:type="dxa" w:w="1426"/>
          </w:tcPr>
          <w:p>
            <w:pPr>
              <w:spacing w:after="0"/>
              <w:jc w:val="left"/>
            </w:pPr>
            <w:r>
              <w:rPr>
                <w:sz w:val="16"/>
              </w:rPr>
              <w:t>annual probability at a location</w:t>
            </w:r>
          </w:p>
        </w:tc>
        <w:tc>
          <w:tcPr>
            <w:tcW w:type="dxa" w:w="1540"/>
          </w:tcPr>
          <w:p>
            <w:pPr>
              <w:spacing w:after="0"/>
              <w:jc w:val="left"/>
            </w:pPr>
            <w:r>
              <w:rPr>
                <w:sz w:val="16"/>
              </w:rPr>
              <w:t>chance a given location in the county burns in a year: 0.0132%</w:t>
            </w:r>
          </w:p>
        </w:tc>
        <w:tc>
          <w:tcPr>
            <w:tcW w:type="dxa" w:w="1037"/>
          </w:tcPr>
          <w:p>
            <w:pPr>
              <w:spacing w:after="0"/>
              <w:jc w:val="left"/>
            </w:pPr>
          </w:p>
        </w:tc>
        <w:tc>
          <w:tcPr>
            <w:tcW w:type="dxa" w:w="1884"/>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94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5.1</w:t>
            </w:r>
          </w:p>
        </w:tc>
        <w:tc>
          <w:tcPr>
            <w:tcW w:type="dxa" w:w="1426"/>
          </w:tcPr>
          <w:p>
            <w:pPr>
              <w:spacing w:after="0"/>
              <w:jc w:val="left"/>
            </w:pPr>
            <w:r>
              <w:rPr>
                <w:sz w:val="16"/>
              </w:rPr>
              <w:t>event-days per year</w:t>
            </w:r>
          </w:p>
        </w:tc>
        <w:tc>
          <w:tcPr>
            <w:tcW w:type="dxa" w:w="1540"/>
          </w:tcPr>
          <w:p>
            <w:pPr>
              <w:spacing w:after="0"/>
              <w:jc w:val="left"/>
            </w:pPr>
            <w:r>
              <w:rPr>
                <w:sz w:val="16"/>
              </w:rPr>
              <w:t>about 5.1 days per year</w:t>
            </w:r>
          </w:p>
        </w:tc>
        <w:tc>
          <w:tcPr>
            <w:tcW w:type="dxa" w:w="1037"/>
          </w:tcPr>
          <w:p>
            <w:pPr>
              <w:spacing w:after="0"/>
              <w:jc w:val="left"/>
            </w:pPr>
            <w:r>
              <w:rPr>
                <w:sz w:val="16"/>
              </w:rPr>
              <w:t>Likely</w:t>
            </w:r>
          </w:p>
        </w:tc>
        <w:tc>
          <w:tcPr>
            <w:tcW w:type="dxa" w:w="1884"/>
          </w:tcPr>
          <w:p>
            <w:pPr>
              <w:spacing w:after="0"/>
              <w:jc w:val="left"/>
            </w:pPr>
            <w:r>
              <w:rPr>
                <w:sz w:val="16"/>
              </w:rPr>
              <w:t>Storm Events event-days in 7 of 30 years, 1996 to 2025 (23.3%)</w:t>
            </w:r>
          </w:p>
        </w:tc>
        <w:tc>
          <w:tcPr>
            <w:tcW w:type="dxa" w:w="1511"/>
          </w:tcPr>
          <w:p>
            <w:pPr>
              <w:spacing w:after="0"/>
              <w:jc w:val="right"/>
            </w:pPr>
            <w:r>
              <w:rPr>
                <w:sz w:val="16"/>
              </w:rPr>
              <w:t>96.8</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194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2 of 2</w:t>
            </w:r>
          </w:p>
        </w:tc>
        <w:tc>
          <w:tcPr>
            <w:tcW w:type="dxa" w:w="1250"/>
          </w:tcPr>
          <w:p>
            <w:pPr>
              <w:spacing w:after="0"/>
              <w:jc w:val="right"/>
            </w:pPr>
            <w:r>
              <w:rPr>
                <w:sz w:val="16"/>
              </w:rPr>
              <w:t>92.2</w:t>
            </w:r>
          </w:p>
        </w:tc>
        <w:tc>
          <w:tcPr>
            <w:tcW w:type="dxa" w:w="1311"/>
          </w:tcPr>
          <w:p>
            <w:pPr>
              <w:spacing w:after="0"/>
              <w:jc w:val="right"/>
            </w:pPr>
            <w:r>
              <w:rPr>
                <w:sz w:val="16"/>
              </w:rPr>
              <w:t>93.5</w:t>
            </w:r>
          </w:p>
        </w:tc>
        <w:tc>
          <w:tcPr>
            <w:tcW w:type="dxa" w:w="1250"/>
          </w:tcPr>
          <w:p>
            <w:pPr>
              <w:spacing w:after="0"/>
              <w:jc w:val="right"/>
            </w:pPr>
            <w:r>
              <w:rPr>
                <w:sz w:val="16"/>
              </w:rPr>
              <w:t>94.9</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20.0</w:t>
            </w:r>
          </w:p>
        </w:tc>
        <w:tc>
          <w:tcPr>
            <w:tcW w:type="dxa" w:w="1311"/>
          </w:tcPr>
          <w:p>
            <w:pPr>
              <w:spacing w:after="0"/>
              <w:jc w:val="right"/>
            </w:pPr>
            <w:r>
              <w:rPr>
                <w:sz w:val="16"/>
              </w:rPr>
              <w:t>21.0</w:t>
            </w:r>
          </w:p>
        </w:tc>
        <w:tc>
          <w:tcPr>
            <w:tcW w:type="dxa" w:w="1250"/>
          </w:tcPr>
          <w:p>
            <w:pPr>
              <w:spacing w:after="0"/>
              <w:jc w:val="right"/>
            </w:pPr>
            <w:r>
              <w:rPr>
                <w:sz w:val="16"/>
              </w:rPr>
              <w:t>22.1</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99.0</w:t>
            </w:r>
          </w:p>
        </w:tc>
        <w:tc>
          <w:tcPr>
            <w:tcW w:type="dxa" w:w="1311"/>
          </w:tcPr>
          <w:p>
            <w:pPr>
              <w:spacing w:after="0"/>
              <w:jc w:val="right"/>
            </w:pPr>
            <w:r>
              <w:rPr>
                <w:sz w:val="16"/>
              </w:rPr>
              <w:t>99.4</w:t>
            </w:r>
          </w:p>
        </w:tc>
        <w:tc>
          <w:tcPr>
            <w:tcW w:type="dxa" w:w="1250"/>
          </w:tcPr>
          <w:p>
            <w:pPr>
              <w:spacing w:after="0"/>
              <w:jc w:val="right"/>
            </w:pPr>
            <w:r>
              <w:rPr>
                <w:sz w:val="16"/>
              </w:rPr>
              <w:t>99.7</w:t>
            </w:r>
          </w:p>
        </w:tc>
        <w:tc>
          <w:tcPr>
            <w:tcW w:type="dxa" w:w="6992"/>
          </w:tcPr>
          <w:p>
            <w:pPr>
              <w:spacing w:after="0"/>
              <w:jc w:val="left"/>
            </w:pPr>
            <w:r>
              <w:rPr>
                <w:sz w:val="16"/>
              </w:rPr>
              <w:t>Very High 1, Relatively High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51.8</w:t>
            </w:r>
          </w:p>
        </w:tc>
        <w:tc>
          <w:tcPr>
            <w:tcW w:type="dxa" w:w="1311"/>
          </w:tcPr>
          <w:p>
            <w:pPr>
              <w:spacing w:after="0"/>
              <w:jc w:val="right"/>
            </w:pPr>
            <w:r>
              <w:rPr>
                <w:sz w:val="16"/>
              </w:rPr>
              <w:t>59.8</w:t>
            </w:r>
          </w:p>
        </w:tc>
        <w:tc>
          <w:tcPr>
            <w:tcW w:type="dxa" w:w="1250"/>
          </w:tcPr>
          <w:p>
            <w:pPr>
              <w:spacing w:after="0"/>
              <w:jc w:val="right"/>
            </w:pPr>
            <w:r>
              <w:rPr>
                <w:sz w:val="16"/>
              </w:rPr>
              <w:t>67.7</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61.9</w:t>
            </w:r>
          </w:p>
        </w:tc>
        <w:tc>
          <w:tcPr>
            <w:tcW w:type="dxa" w:w="1311"/>
          </w:tcPr>
          <w:p>
            <w:pPr>
              <w:spacing w:after="0"/>
              <w:jc w:val="right"/>
            </w:pPr>
            <w:r>
              <w:rPr>
                <w:sz w:val="16"/>
              </w:rPr>
              <w:t>71.0</w:t>
            </w:r>
          </w:p>
        </w:tc>
        <w:tc>
          <w:tcPr>
            <w:tcW w:type="dxa" w:w="1250"/>
          </w:tcPr>
          <w:p>
            <w:pPr>
              <w:spacing w:after="0"/>
              <w:jc w:val="right"/>
            </w:pPr>
            <w:r>
              <w:rPr>
                <w:sz w:val="16"/>
              </w:rPr>
              <w:t>80.1</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41.6</w:t>
            </w:r>
          </w:p>
        </w:tc>
        <w:tc>
          <w:tcPr>
            <w:tcW w:type="dxa" w:w="1311"/>
          </w:tcPr>
          <w:p>
            <w:pPr>
              <w:spacing w:after="0"/>
              <w:jc w:val="right"/>
            </w:pPr>
            <w:r>
              <w:rPr>
                <w:sz w:val="16"/>
              </w:rPr>
              <w:t>47.6</w:t>
            </w:r>
          </w:p>
        </w:tc>
        <w:tc>
          <w:tcPr>
            <w:tcW w:type="dxa" w:w="1250"/>
          </w:tcPr>
          <w:p>
            <w:pPr>
              <w:spacing w:after="0"/>
              <w:jc w:val="right"/>
            </w:pPr>
            <w:r>
              <w:rPr>
                <w:sz w:val="16"/>
              </w:rPr>
              <w:t>53.5</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82.9</w:t>
            </w:r>
          </w:p>
        </w:tc>
        <w:tc>
          <w:tcPr>
            <w:tcW w:type="dxa" w:w="1311"/>
          </w:tcPr>
          <w:p>
            <w:pPr>
              <w:spacing w:after="0"/>
              <w:jc w:val="right"/>
            </w:pPr>
            <w:r>
              <w:rPr>
                <w:sz w:val="16"/>
              </w:rPr>
              <w:t>84.6</w:t>
            </w:r>
          </w:p>
        </w:tc>
        <w:tc>
          <w:tcPr>
            <w:tcW w:type="dxa" w:w="1250"/>
          </w:tcPr>
          <w:p>
            <w:pPr>
              <w:spacing w:after="0"/>
              <w:jc w:val="right"/>
            </w:pPr>
            <w:r>
              <w:rPr>
                <w:sz w:val="16"/>
              </w:rPr>
              <w:t>86.4</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74.3</w:t>
            </w:r>
          </w:p>
        </w:tc>
        <w:tc>
          <w:tcPr>
            <w:tcW w:type="dxa" w:w="1311"/>
          </w:tcPr>
          <w:p>
            <w:pPr>
              <w:spacing w:after="0"/>
              <w:jc w:val="right"/>
            </w:pPr>
            <w:r>
              <w:rPr>
                <w:sz w:val="16"/>
              </w:rPr>
              <w:t>78.6</w:t>
            </w:r>
          </w:p>
        </w:tc>
        <w:tc>
          <w:tcPr>
            <w:tcW w:type="dxa" w:w="1250"/>
          </w:tcPr>
          <w:p>
            <w:pPr>
              <w:spacing w:after="0"/>
              <w:jc w:val="right"/>
            </w:pPr>
            <w:r>
              <w:rPr>
                <w:sz w:val="16"/>
              </w:rPr>
              <w:t>82.9</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57.0</w:t>
            </w:r>
          </w:p>
        </w:tc>
        <w:tc>
          <w:tcPr>
            <w:tcW w:type="dxa" w:w="1311"/>
          </w:tcPr>
          <w:p>
            <w:pPr>
              <w:spacing w:after="0"/>
              <w:jc w:val="right"/>
            </w:pPr>
            <w:r>
              <w:rPr>
                <w:sz w:val="16"/>
              </w:rPr>
              <w:t>70.1</w:t>
            </w:r>
          </w:p>
        </w:tc>
        <w:tc>
          <w:tcPr>
            <w:tcW w:type="dxa" w:w="1250"/>
          </w:tcPr>
          <w:p>
            <w:pPr>
              <w:spacing w:after="0"/>
              <w:jc w:val="right"/>
            </w:pPr>
            <w:r>
              <w:rPr>
                <w:sz w:val="16"/>
              </w:rPr>
              <w:t>83.3</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78.3</w:t>
            </w:r>
          </w:p>
        </w:tc>
        <w:tc>
          <w:tcPr>
            <w:tcW w:type="dxa" w:w="1311"/>
          </w:tcPr>
          <w:p>
            <w:pPr>
              <w:spacing w:after="0"/>
              <w:jc w:val="right"/>
            </w:pPr>
            <w:r>
              <w:rPr>
                <w:sz w:val="16"/>
              </w:rPr>
              <w:t>84.2</w:t>
            </w:r>
          </w:p>
        </w:tc>
        <w:tc>
          <w:tcPr>
            <w:tcW w:type="dxa" w:w="1250"/>
          </w:tcPr>
          <w:p>
            <w:pPr>
              <w:spacing w:after="0"/>
              <w:jc w:val="right"/>
            </w:pPr>
            <w:r>
              <w:rPr>
                <w:sz w:val="16"/>
              </w:rPr>
              <w:t>90.2</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53.6</w:t>
            </w:r>
          </w:p>
        </w:tc>
        <w:tc>
          <w:tcPr>
            <w:tcW w:type="dxa" w:w="1311"/>
          </w:tcPr>
          <w:p>
            <w:pPr>
              <w:spacing w:after="0"/>
              <w:jc w:val="right"/>
            </w:pPr>
            <w:r>
              <w:rPr>
                <w:sz w:val="16"/>
              </w:rPr>
              <w:t>60.5</w:t>
            </w:r>
          </w:p>
        </w:tc>
        <w:tc>
          <w:tcPr>
            <w:tcW w:type="dxa" w:w="1250"/>
          </w:tcPr>
          <w:p>
            <w:pPr>
              <w:spacing w:after="0"/>
              <w:jc w:val="right"/>
            </w:pPr>
            <w:r>
              <w:rPr>
                <w:sz w:val="16"/>
              </w:rPr>
              <w:t>67.4</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70.2</w:t>
            </w:r>
          </w:p>
        </w:tc>
        <w:tc>
          <w:tcPr>
            <w:tcW w:type="dxa" w:w="1311"/>
          </w:tcPr>
          <w:p>
            <w:pPr>
              <w:spacing w:after="0"/>
              <w:jc w:val="right"/>
            </w:pPr>
            <w:r>
              <w:rPr>
                <w:sz w:val="16"/>
              </w:rPr>
              <w:t>80.8</w:t>
            </w:r>
          </w:p>
        </w:tc>
        <w:tc>
          <w:tcPr>
            <w:tcW w:type="dxa" w:w="1250"/>
          </w:tcPr>
          <w:p>
            <w:pPr>
              <w:spacing w:after="0"/>
              <w:jc w:val="right"/>
            </w:pPr>
            <w:r>
              <w:rPr>
                <w:sz w:val="16"/>
              </w:rPr>
              <w:t>91.4</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52.9</w:t>
            </w:r>
          </w:p>
        </w:tc>
        <w:tc>
          <w:tcPr>
            <w:tcW w:type="dxa" w:w="1311"/>
          </w:tcPr>
          <w:p>
            <w:pPr>
              <w:spacing w:after="0"/>
              <w:jc w:val="right"/>
            </w:pPr>
            <w:r>
              <w:rPr>
                <w:sz w:val="16"/>
              </w:rPr>
              <w:t>59.2</w:t>
            </w:r>
          </w:p>
        </w:tc>
        <w:tc>
          <w:tcPr>
            <w:tcW w:type="dxa" w:w="1250"/>
          </w:tcPr>
          <w:p>
            <w:pPr>
              <w:spacing w:after="0"/>
              <w:jc w:val="right"/>
            </w:pPr>
            <w:r>
              <w:rPr>
                <w:sz w:val="16"/>
              </w:rPr>
              <w:t>65.5</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2</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72.9</w:t>
            </w:r>
          </w:p>
        </w:tc>
        <w:tc>
          <w:tcPr>
            <w:tcW w:type="dxa" w:w="1311"/>
          </w:tcPr>
          <w:p>
            <w:pPr>
              <w:spacing w:after="0"/>
              <w:jc w:val="right"/>
            </w:pPr>
            <w:r>
              <w:rPr>
                <w:sz w:val="16"/>
              </w:rPr>
              <w:t>75.1</w:t>
            </w:r>
          </w:p>
        </w:tc>
        <w:tc>
          <w:tcPr>
            <w:tcW w:type="dxa" w:w="1250"/>
          </w:tcPr>
          <w:p>
            <w:pPr>
              <w:spacing w:after="0"/>
              <w:jc w:val="right"/>
            </w:pPr>
            <w:r>
              <w:rPr>
                <w:sz w:val="16"/>
              </w:rPr>
              <w:t>77.4</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44.0</w:t>
            </w:r>
          </w:p>
        </w:tc>
        <w:tc>
          <w:tcPr>
            <w:tcW w:type="dxa" w:w="1311"/>
          </w:tcPr>
          <w:p>
            <w:pPr>
              <w:spacing w:after="0"/>
              <w:jc w:val="right"/>
            </w:pPr>
            <w:r>
              <w:rPr>
                <w:sz w:val="16"/>
              </w:rPr>
              <w:t>49.3</w:t>
            </w:r>
          </w:p>
        </w:tc>
        <w:tc>
          <w:tcPr>
            <w:tcW w:type="dxa" w:w="1250"/>
          </w:tcPr>
          <w:p>
            <w:pPr>
              <w:spacing w:after="0"/>
              <w:jc w:val="right"/>
            </w:pPr>
            <w:r>
              <w:rPr>
                <w:sz w:val="16"/>
              </w:rPr>
              <w:t>54.7</w:t>
            </w:r>
          </w:p>
        </w:tc>
        <w:tc>
          <w:tcPr>
            <w:tcW w:type="dxa" w:w="6992"/>
          </w:tcPr>
          <w:p>
            <w:pPr>
              <w:spacing w:after="0"/>
              <w:jc w:val="left"/>
            </w:pPr>
            <w:r>
              <w:rPr>
                <w:sz w:val="16"/>
              </w:rPr>
              <w:t>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73"/>
        <w:gridCol w:w="799"/>
        <w:gridCol w:w="3108"/>
        <w:gridCol w:w="2478"/>
        <w:gridCol w:w="2562"/>
        <w:gridCol w:w="2793"/>
      </w:tblGrid>
      <w:tr>
        <w:trPr>
          <w:cantSplit/>
          <w:tblHeader/>
        </w:trPr>
        <w:tc>
          <w:tcPr>
            <w:tcW w:type="dxa" w:w="2373"/>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373"/>
          </w:tcPr>
          <w:p>
            <w:pPr>
              <w:spacing w:after="0"/>
              <w:jc w:val="left"/>
            </w:pPr>
            <w:r>
              <w:rPr>
                <w:sz w:val="16"/>
              </w:rPr>
              <w:t>King and Queen County</w:t>
            </w:r>
          </w:p>
        </w:tc>
        <w:tc>
          <w:tcPr>
            <w:tcW w:type="dxa" w:w="799"/>
          </w:tcPr>
          <w:p>
            <w:pPr>
              <w:spacing w:after="0"/>
              <w:jc w:val="left"/>
            </w:pPr>
            <w:r>
              <w:rPr>
                <w:sz w:val="16"/>
              </w:rPr>
              <w:t>County</w:t>
            </w:r>
          </w:p>
        </w:tc>
        <w:tc>
          <w:tcPr>
            <w:tcW w:type="dxa" w:w="3108"/>
          </w:tcPr>
          <w:p>
            <w:pPr>
              <w:spacing w:after="0"/>
              <w:jc w:val="left"/>
            </w:pPr>
            <w:r>
              <w:rPr>
                <w:sz w:val="16"/>
              </w:rPr>
              <w:t>Approved, expires 2027-04-11</w:t>
            </w:r>
          </w:p>
        </w:tc>
        <w:tc>
          <w:tcPr>
            <w:tcW w:type="dxa" w:w="2478"/>
          </w:tcPr>
          <w:p>
            <w:pPr>
              <w:spacing w:after="0"/>
              <w:jc w:val="right"/>
            </w:pPr>
            <w:r>
              <w:rPr>
                <w:sz w:val="16"/>
              </w:rPr>
              <w:t>FMA RL 1, SRL 0; any 1</w:t>
            </w:r>
          </w:p>
        </w:tc>
        <w:tc>
          <w:tcPr>
            <w:tcW w:type="dxa" w:w="2562"/>
          </w:tcPr>
          <w:p>
            <w:pPr>
              <w:spacing w:after="0"/>
              <w:jc w:val="right"/>
            </w:pPr>
            <w:r>
              <w:rPr>
                <w:sz w:val="16"/>
              </w:rPr>
              <w:t>$48,503.89</w:t>
            </w:r>
          </w:p>
        </w:tc>
        <w:tc>
          <w:tcPr>
            <w:tcW w:type="dxa" w:w="279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2022-04-12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$120,498,750</w:t>
            </w:r>
          </w:p>
        </w:tc>
        <w:tc>
          <w:tcPr>
            <w:tcW w:type="dxa" w:w="1134"/>
          </w:tcPr>
          <w:p>
            <w:pPr>
              <w:spacing w:after="0"/>
              <w:jc w:val="right"/>
            </w:pPr>
            <w:r>
              <w:rPr>
                <w:sz w:val="16"/>
              </w:rPr>
              <w:t>n/a</w:t>
            </w:r>
          </w:p>
        </w:tc>
        <w:tc>
          <w:tcPr>
            <w:tcW w:type="dxa" w:w="1043"/>
          </w:tcPr>
          <w:p>
            <w:pPr>
              <w:spacing w:after="0"/>
              <w:jc w:val="right"/>
            </w:pPr>
            <w:r>
              <w:rPr>
                <w:sz w:val="16"/>
              </w:rPr>
              <w:t>358</w:t>
            </w:r>
          </w:p>
        </w:tc>
        <w:tc>
          <w:tcPr>
            <w:tcW w:type="dxa" w:w="1037"/>
          </w:tcPr>
          <w:p>
            <w:pPr>
              <w:spacing w:after="0"/>
              <w:jc w:val="right"/>
            </w:pPr>
            <w:r>
              <w:rPr>
                <w:sz w:val="16"/>
              </w:rPr>
              <w:t>$104,970</w:t>
            </w:r>
          </w:p>
        </w:tc>
        <w:tc>
          <w:tcPr>
            <w:tcW w:type="dxa" w:w="1126"/>
          </w:tcPr>
          <w:p>
            <w:pPr>
              <w:spacing w:after="0"/>
              <w:jc w:val="right"/>
            </w:pPr>
            <w:r>
              <w:rPr>
                <w:sz w:val="16"/>
              </w:rPr>
              <w:t>n/a</w:t>
            </w:r>
          </w:p>
        </w:tc>
        <w:tc>
          <w:tcPr>
            <w:tcW w:type="dxa" w:w="970"/>
          </w:tcPr>
          <w:p>
            <w:pPr>
              <w:spacing w:after="0"/>
              <w:jc w:val="right"/>
            </w:pPr>
            <w:r>
              <w:rPr>
                <w:sz w:val="16"/>
              </w:rPr>
              <w:t>$2,058</w:t>
            </w:r>
          </w:p>
        </w:tc>
        <w:tc>
          <w:tcPr>
            <w:tcW w:type="dxa" w:w="1305"/>
          </w:tcPr>
          <w:p>
            <w:pPr>
              <w:spacing w:after="0"/>
              <w:jc w:val="right"/>
            </w:pPr>
            <w:r>
              <w:rPr>
                <w:sz w:val="16"/>
              </w:rPr>
              <w:t>0.0871%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$1,883,591,466</w:t>
            </w:r>
          </w:p>
        </w:tc>
        <w:tc>
          <w:tcPr>
            <w:tcW w:type="dxa" w:w="1134"/>
          </w:tcPr>
          <w:p>
            <w:pPr>
              <w:spacing w:after="0"/>
              <w:jc w:val="right"/>
            </w:pPr>
            <w:r>
              <w:rPr>
                <w:sz w:val="16"/>
              </w:rPr>
              <w:t>$23,652,227</w:t>
            </w:r>
          </w:p>
        </w:tc>
        <w:tc>
          <w:tcPr>
            <w:tcW w:type="dxa" w:w="1043"/>
          </w:tcPr>
          <w:p>
            <w:pPr>
              <w:spacing w:after="0"/>
              <w:jc w:val="right"/>
            </w:pPr>
            <w:r>
              <w:rPr>
                <w:sz w:val="16"/>
              </w:rPr>
              <w:t>6,602</w:t>
            </w:r>
          </w:p>
        </w:tc>
        <w:tc>
          <w:tcPr>
            <w:tcW w:type="dxa" w:w="1037"/>
          </w:tcPr>
          <w:p>
            <w:pPr>
              <w:spacing w:after="0"/>
              <w:jc w:val="right"/>
            </w:pPr>
            <w:r>
              <w:rPr>
                <w:sz w:val="16"/>
              </w:rPr>
              <w:t>$839</w:t>
            </w:r>
          </w:p>
        </w:tc>
        <w:tc>
          <w:tcPr>
            <w:tcW w:type="dxa" w:w="1126"/>
          </w:tcPr>
          <w:p>
            <w:pPr>
              <w:spacing w:after="0"/>
              <w:jc w:val="right"/>
            </w:pPr>
            <w:r>
              <w:rPr>
                <w:sz w:val="16"/>
              </w:rPr>
              <w:t>$457</w:t>
            </w:r>
          </w:p>
        </w:tc>
        <w:tc>
          <w:tcPr>
            <w:tcW w:type="dxa" w:w="970"/>
          </w:tcPr>
          <w:p>
            <w:pPr>
              <w:spacing w:after="0"/>
              <w:jc w:val="right"/>
            </w:pPr>
            <w:r>
              <w:rPr>
                <w:sz w:val="16"/>
              </w:rPr>
              <w:t>$6,942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$12,224,001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$2,060,983</w:t>
            </w:r>
          </w:p>
        </w:tc>
        <w:tc>
          <w:tcPr>
            <w:tcW w:type="dxa" w:w="970"/>
          </w:tcPr>
          <w:p>
            <w:pPr>
              <w:spacing w:after="0"/>
              <w:jc w:val="right"/>
            </w:pPr>
            <w:r>
              <w:rPr>
                <w:sz w:val="16"/>
              </w:rPr>
              <w:t>n/a</w:t>
            </w:r>
          </w:p>
        </w:tc>
        <w:tc>
          <w:tcPr>
            <w:tcW w:type="dxa" w:w="1305"/>
          </w:tcPr>
          <w:p>
            <w:pPr>
              <w:spacing w:after="0"/>
              <w:jc w:val="right"/>
            </w:pPr>
            <w:r>
              <w:rPr>
                <w:sz w:val="16"/>
              </w:rPr>
              <w:t>16.9%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$2,990,348,058</w:t>
            </w:r>
          </w:p>
        </w:tc>
        <w:tc>
          <w:tcPr>
            <w:tcW w:type="dxa" w:w="1134"/>
          </w:tcPr>
          <w:p>
            <w:pPr>
              <w:spacing w:after="0"/>
              <w:jc w:val="right"/>
            </w:pPr>
            <w:r>
              <w:rPr>
                <w:sz w:val="16"/>
              </w:rPr>
              <w:t>n/a</w:t>
            </w:r>
          </w:p>
        </w:tc>
        <w:tc>
          <w:tcPr>
            <w:tcW w:type="dxa" w:w="1043"/>
          </w:tcPr>
          <w:p>
            <w:pPr>
              <w:spacing w:after="0"/>
              <w:jc w:val="right"/>
            </w:pPr>
            <w:r>
              <w:rPr>
                <w:sz w:val="16"/>
              </w:rPr>
              <w:t>6,608</w:t>
            </w:r>
          </w:p>
        </w:tc>
        <w:tc>
          <w:tcPr>
            <w:tcW w:type="dxa" w:w="1037"/>
          </w:tcPr>
          <w:p>
            <w:pPr>
              <w:spacing w:after="0"/>
              <w:jc w:val="right"/>
            </w:pPr>
            <w:r>
              <w:rPr>
                <w:sz w:val="16"/>
              </w:rPr>
              <w:t>$63,088</w:t>
            </w:r>
          </w:p>
        </w:tc>
        <w:tc>
          <w:tcPr>
            <w:tcW w:type="dxa" w:w="1126"/>
          </w:tcPr>
          <w:p>
            <w:pPr>
              <w:spacing w:after="0"/>
              <w:jc w:val="right"/>
            </w:pPr>
            <w:r>
              <w:rPr>
                <w:sz w:val="16"/>
              </w:rPr>
              <w:t>n/a</w:t>
            </w:r>
          </w:p>
        </w:tc>
        <w:tc>
          <w:tcPr>
            <w:tcW w:type="dxa" w:w="970"/>
          </w:tcPr>
          <w:p>
            <w:pPr>
              <w:spacing w:after="0"/>
              <w:jc w:val="right"/>
            </w:pPr>
            <w:r>
              <w:rPr>
                <w:sz w:val="16"/>
              </w:rPr>
              <w:t>$11,755</w:t>
            </w:r>
          </w:p>
        </w:tc>
        <w:tc>
          <w:tcPr>
            <w:tcW w:type="dxa" w:w="1305"/>
          </w:tcPr>
          <w:p>
            <w:pPr>
              <w:spacing w:after="0"/>
              <w:jc w:val="right"/>
            </w:pPr>
            <w:r>
              <w:rPr>
                <w:sz w:val="16"/>
              </w:rPr>
              <w:t>0.00211%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$1,883,591,466</w:t>
            </w:r>
          </w:p>
        </w:tc>
        <w:tc>
          <w:tcPr>
            <w:tcW w:type="dxa" w:w="1134"/>
          </w:tcPr>
          <w:p>
            <w:pPr>
              <w:spacing w:after="0"/>
              <w:jc w:val="right"/>
            </w:pPr>
            <w:r>
              <w:rPr>
                <w:sz w:val="16"/>
              </w:rPr>
              <w:t>$23,652,227</w:t>
            </w:r>
          </w:p>
        </w:tc>
        <w:tc>
          <w:tcPr>
            <w:tcW w:type="dxa" w:w="1043"/>
          </w:tcPr>
          <w:p>
            <w:pPr>
              <w:spacing w:after="0"/>
              <w:jc w:val="right"/>
            </w:pPr>
            <w:r>
              <w:rPr>
                <w:sz w:val="16"/>
              </w:rPr>
              <w:t>6,602</w:t>
            </w:r>
          </w:p>
        </w:tc>
        <w:tc>
          <w:tcPr>
            <w:tcW w:type="dxa" w:w="1037"/>
          </w:tcPr>
          <w:p>
            <w:pPr>
              <w:spacing w:after="0"/>
              <w:jc w:val="right"/>
            </w:pPr>
            <w:r>
              <w:rPr>
                <w:sz w:val="16"/>
              </w:rPr>
              <w:t>$4,508</w:t>
            </w:r>
          </w:p>
        </w:tc>
        <w:tc>
          <w:tcPr>
            <w:tcW w:type="dxa" w:w="1126"/>
          </w:tcPr>
          <w:p>
            <w:pPr>
              <w:spacing w:after="0"/>
              <w:jc w:val="right"/>
            </w:pPr>
            <w:r>
              <w:rPr>
                <w:sz w:val="16"/>
              </w:rPr>
              <w:t>$30,077</w:t>
            </w:r>
          </w:p>
        </w:tc>
        <w:tc>
          <w:tcPr>
            <w:tcW w:type="dxa" w:w="970"/>
          </w:tcPr>
          <w:p>
            <w:pPr>
              <w:spacing w:after="0"/>
              <w:jc w:val="right"/>
            </w:pPr>
            <w:r>
              <w:rPr>
                <w:sz w:val="16"/>
              </w:rPr>
              <w:t>$4,895</w:t>
            </w:r>
          </w:p>
        </w:tc>
        <w:tc>
          <w:tcPr>
            <w:tcW w:type="dxa" w:w="1305"/>
          </w:tcPr>
          <w:p>
            <w:pPr>
              <w:spacing w:after="0"/>
              <w:jc w:val="right"/>
            </w:pPr>
            <w:r>
              <w:rPr>
                <w:sz w:val="16"/>
              </w:rPr>
              <w:t>0.000239%</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$1,883,591,466</w:t>
            </w:r>
          </w:p>
        </w:tc>
        <w:tc>
          <w:tcPr>
            <w:tcW w:type="dxa" w:w="1134"/>
          </w:tcPr>
          <w:p>
            <w:pPr>
              <w:spacing w:after="0"/>
              <w:jc w:val="right"/>
            </w:pPr>
            <w:r>
              <w:rPr>
                <w:sz w:val="16"/>
              </w:rPr>
              <w:t>$23,652,227</w:t>
            </w:r>
          </w:p>
        </w:tc>
        <w:tc>
          <w:tcPr>
            <w:tcW w:type="dxa" w:w="1043"/>
          </w:tcPr>
          <w:p>
            <w:pPr>
              <w:spacing w:after="0"/>
              <w:jc w:val="right"/>
            </w:pPr>
            <w:r>
              <w:rPr>
                <w:sz w:val="16"/>
              </w:rPr>
              <w:t>6,602</w:t>
            </w:r>
          </w:p>
        </w:tc>
        <w:tc>
          <w:tcPr>
            <w:tcW w:type="dxa" w:w="1037"/>
          </w:tcPr>
          <w:p>
            <w:pPr>
              <w:spacing w:after="0"/>
              <w:jc w:val="right"/>
            </w:pPr>
            <w:r>
              <w:rPr>
                <w:sz w:val="16"/>
              </w:rPr>
              <w:t>$6</w:t>
            </w:r>
          </w:p>
        </w:tc>
        <w:tc>
          <w:tcPr>
            <w:tcW w:type="dxa" w:w="1126"/>
          </w:tcPr>
          <w:p>
            <w:pPr>
              <w:spacing w:after="0"/>
              <w:jc w:val="right"/>
            </w:pPr>
            <w:r>
              <w:rPr>
                <w:sz w:val="16"/>
              </w:rPr>
              <w:t>$25</w:t>
            </w:r>
          </w:p>
        </w:tc>
        <w:tc>
          <w:tcPr>
            <w:tcW w:type="dxa" w:w="970"/>
          </w:tcPr>
          <w:p>
            <w:pPr>
              <w:spacing w:after="0"/>
              <w:jc w:val="right"/>
            </w:pPr>
            <w:r>
              <w:rPr>
                <w:sz w:val="16"/>
              </w:rPr>
              <w:t>$54,417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$1,883,591,466</w:t>
            </w:r>
          </w:p>
        </w:tc>
        <w:tc>
          <w:tcPr>
            <w:tcW w:type="dxa" w:w="1134"/>
          </w:tcPr>
          <w:p>
            <w:pPr>
              <w:spacing w:after="0"/>
              <w:jc w:val="right"/>
            </w:pPr>
            <w:r>
              <w:rPr>
                <w:sz w:val="16"/>
              </w:rPr>
              <w:t>$23,652,227</w:t>
            </w:r>
          </w:p>
        </w:tc>
        <w:tc>
          <w:tcPr>
            <w:tcW w:type="dxa" w:w="1043"/>
          </w:tcPr>
          <w:p>
            <w:pPr>
              <w:spacing w:after="0"/>
              <w:jc w:val="right"/>
            </w:pPr>
            <w:r>
              <w:rPr>
                <w:sz w:val="16"/>
              </w:rPr>
              <w:t>6,602</w:t>
            </w:r>
          </w:p>
        </w:tc>
        <w:tc>
          <w:tcPr>
            <w:tcW w:type="dxa" w:w="1037"/>
          </w:tcPr>
          <w:p>
            <w:pPr>
              <w:spacing w:after="0"/>
              <w:jc w:val="right"/>
            </w:pPr>
            <w:r>
              <w:rPr>
                <w:sz w:val="16"/>
              </w:rPr>
              <w:t>$227,712</w:t>
            </w:r>
          </w:p>
        </w:tc>
        <w:tc>
          <w:tcPr>
            <w:tcW w:type="dxa" w:w="1126"/>
          </w:tcPr>
          <w:p>
            <w:pPr>
              <w:spacing w:after="0"/>
              <w:jc w:val="right"/>
            </w:pPr>
            <w:r>
              <w:rPr>
                <w:sz w:val="16"/>
              </w:rPr>
              <w:t>$132,329</w:t>
            </w:r>
          </w:p>
        </w:tc>
        <w:tc>
          <w:tcPr>
            <w:tcW w:type="dxa" w:w="970"/>
          </w:tcPr>
          <w:p>
            <w:pPr>
              <w:spacing w:after="0"/>
              <w:jc w:val="right"/>
            </w:pPr>
            <w:r>
              <w:rPr>
                <w:sz w:val="16"/>
              </w:rPr>
              <w:t>$5,085</w:t>
            </w:r>
          </w:p>
        </w:tc>
        <w:tc>
          <w:tcPr>
            <w:tcW w:type="dxa" w:w="1305"/>
          </w:tcPr>
          <w:p>
            <w:pPr>
              <w:spacing w:after="0"/>
              <w:jc w:val="right"/>
            </w:pPr>
            <w:r>
              <w:rPr>
                <w:sz w:val="16"/>
              </w:rPr>
              <w:t>0.0121%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$1,883,591,466</w:t>
            </w:r>
          </w:p>
        </w:tc>
        <w:tc>
          <w:tcPr>
            <w:tcW w:type="dxa" w:w="1134"/>
          </w:tcPr>
          <w:p>
            <w:pPr>
              <w:spacing w:after="0"/>
              <w:jc w:val="right"/>
            </w:pPr>
            <w:r>
              <w:rPr>
                <w:sz w:val="16"/>
              </w:rPr>
              <w:t>n/a</w:t>
            </w:r>
          </w:p>
        </w:tc>
        <w:tc>
          <w:tcPr>
            <w:tcW w:type="dxa" w:w="1043"/>
          </w:tcPr>
          <w:p>
            <w:pPr>
              <w:spacing w:after="0"/>
              <w:jc w:val="right"/>
            </w:pPr>
            <w:r>
              <w:rPr>
                <w:sz w:val="16"/>
              </w:rPr>
              <w:t>6,602</w:t>
            </w:r>
          </w:p>
        </w:tc>
        <w:tc>
          <w:tcPr>
            <w:tcW w:type="dxa" w:w="1037"/>
          </w:tcPr>
          <w:p>
            <w:pPr>
              <w:spacing w:after="0"/>
              <w:jc w:val="right"/>
            </w:pPr>
            <w:r>
              <w:rPr>
                <w:sz w:val="16"/>
              </w:rPr>
              <w:t>$23,072</w:t>
            </w:r>
          </w:p>
        </w:tc>
        <w:tc>
          <w:tcPr>
            <w:tcW w:type="dxa" w:w="1126"/>
          </w:tcPr>
          <w:p>
            <w:pPr>
              <w:spacing w:after="0"/>
              <w:jc w:val="right"/>
            </w:pPr>
            <w:r>
              <w:rPr>
                <w:sz w:val="16"/>
              </w:rPr>
              <w:t>n/a</w:t>
            </w:r>
          </w:p>
        </w:tc>
        <w:tc>
          <w:tcPr>
            <w:tcW w:type="dxa" w:w="970"/>
          </w:tcPr>
          <w:p>
            <w:pPr>
              <w:spacing w:after="0"/>
              <w:jc w:val="right"/>
            </w:pPr>
            <w:r>
              <w:rPr>
                <w:sz w:val="16"/>
              </w:rPr>
              <w:t>$165</w:t>
            </w:r>
          </w:p>
        </w:tc>
        <w:tc>
          <w:tcPr>
            <w:tcW w:type="dxa" w:w="1305"/>
          </w:tcPr>
          <w:p>
            <w:pPr>
              <w:spacing w:after="0"/>
              <w:jc w:val="right"/>
            </w:pPr>
            <w:r>
              <w:rPr>
                <w:sz w:val="16"/>
              </w:rPr>
              <w:t>0.00122%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$1,881,579,371</w:t>
            </w:r>
          </w:p>
        </w:tc>
        <w:tc>
          <w:tcPr>
            <w:tcW w:type="dxa" w:w="1134"/>
          </w:tcPr>
          <w:p>
            <w:pPr>
              <w:spacing w:after="0"/>
              <w:jc w:val="right"/>
            </w:pPr>
            <w:r>
              <w:rPr>
                <w:sz w:val="16"/>
              </w:rPr>
              <w:t>$184,879</w:t>
            </w:r>
          </w:p>
        </w:tc>
        <w:tc>
          <w:tcPr>
            <w:tcW w:type="dxa" w:w="1043"/>
          </w:tcPr>
          <w:p>
            <w:pPr>
              <w:spacing w:after="0"/>
              <w:jc w:val="right"/>
            </w:pPr>
            <w:r>
              <w:rPr>
                <w:sz w:val="16"/>
              </w:rPr>
              <w:t>215</w:t>
            </w:r>
          </w:p>
        </w:tc>
        <w:tc>
          <w:tcPr>
            <w:tcW w:type="dxa" w:w="1037"/>
          </w:tcPr>
          <w:p>
            <w:pPr>
              <w:spacing w:after="0"/>
              <w:jc w:val="right"/>
            </w:pPr>
            <w:r>
              <w:rPr>
                <w:sz w:val="16"/>
              </w:rPr>
              <w:t>$1,393,016</w:t>
            </w:r>
          </w:p>
        </w:tc>
        <w:tc>
          <w:tcPr>
            <w:tcW w:type="dxa" w:w="1126"/>
          </w:tcPr>
          <w:p>
            <w:pPr>
              <w:spacing w:after="0"/>
              <w:jc w:val="right"/>
            </w:pPr>
            <w:r>
              <w:rPr>
                <w:sz w:val="16"/>
              </w:rPr>
              <w:t>$838</w:t>
            </w:r>
          </w:p>
        </w:tc>
        <w:tc>
          <w:tcPr>
            <w:tcW w:type="dxa" w:w="970"/>
          </w:tcPr>
          <w:p>
            <w:pPr>
              <w:spacing w:after="0"/>
              <w:jc w:val="right"/>
            </w:pPr>
            <w:r>
              <w:rPr>
                <w:sz w:val="16"/>
              </w:rPr>
              <w:t>$3,303</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$29,337,715</w:t>
            </w:r>
          </w:p>
        </w:tc>
        <w:tc>
          <w:tcPr>
            <w:tcW w:type="dxa" w:w="1134"/>
          </w:tcPr>
          <w:p>
            <w:pPr>
              <w:spacing w:after="0"/>
              <w:jc w:val="right"/>
            </w:pPr>
            <w:r>
              <w:rPr>
                <w:sz w:val="16"/>
              </w:rPr>
              <w:t>n/a</w:t>
            </w:r>
          </w:p>
        </w:tc>
        <w:tc>
          <w:tcPr>
            <w:tcW w:type="dxa" w:w="1043"/>
          </w:tcPr>
          <w:p>
            <w:pPr>
              <w:spacing w:after="0"/>
              <w:jc w:val="right"/>
            </w:pPr>
            <w:r>
              <w:rPr>
                <w:sz w:val="16"/>
              </w:rPr>
              <w:t>102</w:t>
            </w:r>
          </w:p>
        </w:tc>
        <w:tc>
          <w:tcPr>
            <w:tcW w:type="dxa" w:w="1037"/>
          </w:tcPr>
          <w:p>
            <w:pPr>
              <w:spacing w:after="0"/>
              <w:jc w:val="right"/>
            </w:pPr>
            <w:r>
              <w:rPr>
                <w:sz w:val="16"/>
              </w:rPr>
              <w:t>$395</w:t>
            </w:r>
          </w:p>
        </w:tc>
        <w:tc>
          <w:tcPr>
            <w:tcW w:type="dxa" w:w="1126"/>
          </w:tcPr>
          <w:p>
            <w:pPr>
              <w:spacing w:after="0"/>
              <w:jc w:val="right"/>
            </w:pPr>
            <w:r>
              <w:rPr>
                <w:sz w:val="16"/>
              </w:rPr>
              <w:t>n/a</w:t>
            </w:r>
          </w:p>
        </w:tc>
        <w:tc>
          <w:tcPr>
            <w:tcW w:type="dxa" w:w="970"/>
          </w:tcPr>
          <w:p>
            <w:pPr>
              <w:spacing w:after="0"/>
              <w:jc w:val="right"/>
            </w:pPr>
            <w:r>
              <w:rPr>
                <w:sz w:val="16"/>
              </w:rPr>
              <w:t>$61</w:t>
            </w:r>
          </w:p>
        </w:tc>
        <w:tc>
          <w:tcPr>
            <w:tcW w:type="dxa" w:w="1305"/>
          </w:tcPr>
          <w:p>
            <w:pPr>
              <w:spacing w:after="0"/>
              <w:jc w:val="right"/>
            </w:pPr>
            <w:r>
              <w:rPr>
                <w:sz w:val="16"/>
              </w:rPr>
              <w:t>0.00135%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$1,883,591,466</w:t>
            </w:r>
          </w:p>
        </w:tc>
        <w:tc>
          <w:tcPr>
            <w:tcW w:type="dxa" w:w="1134"/>
          </w:tcPr>
          <w:p>
            <w:pPr>
              <w:spacing w:after="0"/>
              <w:jc w:val="right"/>
            </w:pPr>
            <w:r>
              <w:rPr>
                <w:sz w:val="16"/>
              </w:rPr>
              <w:t>n/a</w:t>
            </w:r>
          </w:p>
        </w:tc>
        <w:tc>
          <w:tcPr>
            <w:tcW w:type="dxa" w:w="1043"/>
          </w:tcPr>
          <w:p>
            <w:pPr>
              <w:spacing w:after="0"/>
              <w:jc w:val="right"/>
            </w:pPr>
            <w:r>
              <w:rPr>
                <w:sz w:val="16"/>
              </w:rPr>
              <w:t>6,602</w:t>
            </w:r>
          </w:p>
        </w:tc>
        <w:tc>
          <w:tcPr>
            <w:tcW w:type="dxa" w:w="1037"/>
          </w:tcPr>
          <w:p>
            <w:pPr>
              <w:spacing w:after="0"/>
              <w:jc w:val="right"/>
            </w:pPr>
            <w:r>
              <w:rPr>
                <w:sz w:val="16"/>
              </w:rPr>
              <w:t>$1,860</w:t>
            </w:r>
          </w:p>
        </w:tc>
        <w:tc>
          <w:tcPr>
            <w:tcW w:type="dxa" w:w="1126"/>
          </w:tcPr>
          <w:p>
            <w:pPr>
              <w:spacing w:after="0"/>
              <w:jc w:val="right"/>
            </w:pPr>
            <w:r>
              <w:rPr>
                <w:sz w:val="16"/>
              </w:rPr>
              <w:t>n/a</w:t>
            </w:r>
          </w:p>
        </w:tc>
        <w:tc>
          <w:tcPr>
            <w:tcW w:type="dxa" w:w="970"/>
          </w:tcPr>
          <w:p>
            <w:pPr>
              <w:spacing w:after="0"/>
              <w:jc w:val="right"/>
            </w:pPr>
            <w:r>
              <w:rPr>
                <w:sz w:val="16"/>
              </w:rPr>
              <w:t>$22,595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$1,883,591,466</w:t>
            </w:r>
          </w:p>
        </w:tc>
        <w:tc>
          <w:tcPr>
            <w:tcW w:type="dxa" w:w="1134"/>
          </w:tcPr>
          <w:p>
            <w:pPr>
              <w:spacing w:after="0"/>
              <w:jc w:val="right"/>
            </w:pPr>
            <w:r>
              <w:rPr>
                <w:sz w:val="16"/>
              </w:rPr>
              <w:t>$23,652,227</w:t>
            </w:r>
          </w:p>
        </w:tc>
        <w:tc>
          <w:tcPr>
            <w:tcW w:type="dxa" w:w="1043"/>
          </w:tcPr>
          <w:p>
            <w:pPr>
              <w:spacing w:after="0"/>
              <w:jc w:val="right"/>
            </w:pPr>
            <w:r>
              <w:rPr>
                <w:sz w:val="16"/>
              </w:rPr>
              <w:t>6,602</w:t>
            </w:r>
          </w:p>
        </w:tc>
        <w:tc>
          <w:tcPr>
            <w:tcW w:type="dxa" w:w="1037"/>
          </w:tcPr>
          <w:p>
            <w:pPr>
              <w:spacing w:after="0"/>
              <w:jc w:val="right"/>
            </w:pPr>
            <w:r>
              <w:rPr>
                <w:sz w:val="16"/>
              </w:rPr>
              <w:t>$27,718</w:t>
            </w:r>
          </w:p>
        </w:tc>
        <w:tc>
          <w:tcPr>
            <w:tcW w:type="dxa" w:w="1126"/>
          </w:tcPr>
          <w:p>
            <w:pPr>
              <w:spacing w:after="0"/>
              <w:jc w:val="right"/>
            </w:pPr>
            <w:r>
              <w:rPr>
                <w:sz w:val="16"/>
              </w:rPr>
              <w:t>$7,579</w:t>
            </w:r>
          </w:p>
        </w:tc>
        <w:tc>
          <w:tcPr>
            <w:tcW w:type="dxa" w:w="970"/>
          </w:tcPr>
          <w:p>
            <w:pPr>
              <w:spacing w:after="0"/>
              <w:jc w:val="right"/>
            </w:pPr>
            <w:r>
              <w:rPr>
                <w:sz w:val="16"/>
              </w:rPr>
              <w:t>$66,644</w:t>
            </w:r>
          </w:p>
        </w:tc>
        <w:tc>
          <w:tcPr>
            <w:tcW w:type="dxa" w:w="1305"/>
          </w:tcPr>
          <w:p>
            <w:pPr>
              <w:spacing w:after="0"/>
              <w:jc w:val="right"/>
            </w:pPr>
            <w:r>
              <w:rPr>
                <w:sz w:val="16"/>
              </w:rPr>
              <w:t>0.00147%</w:t>
            </w:r>
          </w:p>
        </w:tc>
        <w:tc>
          <w:tcPr>
            <w:tcW w:type="dxa" w:w="1197"/>
          </w:tcPr>
          <w:p>
            <w:pPr>
              <w:spacing w:after="0"/>
              <w:jc w:val="right"/>
            </w:pPr>
            <w:r>
              <w:rPr>
                <w:sz w:val="16"/>
              </w:rPr>
              <w:t>$39,000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$1,883,591,466</w:t>
            </w:r>
          </w:p>
        </w:tc>
        <w:tc>
          <w:tcPr>
            <w:tcW w:type="dxa" w:w="1134"/>
          </w:tcPr>
          <w:p>
            <w:pPr>
              <w:spacing w:after="0"/>
              <w:jc w:val="right"/>
            </w:pPr>
            <w:r>
              <w:rPr>
                <w:sz w:val="16"/>
              </w:rPr>
              <w:t>$23,652,227</w:t>
            </w:r>
          </w:p>
        </w:tc>
        <w:tc>
          <w:tcPr>
            <w:tcW w:type="dxa" w:w="1043"/>
          </w:tcPr>
          <w:p>
            <w:pPr>
              <w:spacing w:after="0"/>
              <w:jc w:val="right"/>
            </w:pPr>
            <w:r>
              <w:rPr>
                <w:sz w:val="16"/>
              </w:rPr>
              <w:t>6,602</w:t>
            </w:r>
          </w:p>
        </w:tc>
        <w:tc>
          <w:tcPr>
            <w:tcW w:type="dxa" w:w="1037"/>
          </w:tcPr>
          <w:p>
            <w:pPr>
              <w:spacing w:after="0"/>
              <w:jc w:val="right"/>
            </w:pPr>
            <w:r>
              <w:rPr>
                <w:sz w:val="16"/>
              </w:rPr>
              <w:t>$87,333</w:t>
            </w:r>
          </w:p>
        </w:tc>
        <w:tc>
          <w:tcPr>
            <w:tcW w:type="dxa" w:w="1126"/>
          </w:tcPr>
          <w:p>
            <w:pPr>
              <w:spacing w:after="0"/>
              <w:jc w:val="right"/>
            </w:pPr>
            <w:r>
              <w:rPr>
                <w:sz w:val="16"/>
              </w:rPr>
              <w:t>$595</w:t>
            </w:r>
          </w:p>
        </w:tc>
        <w:tc>
          <w:tcPr>
            <w:tcW w:type="dxa" w:w="970"/>
          </w:tcPr>
          <w:p>
            <w:pPr>
              <w:spacing w:after="0"/>
              <w:jc w:val="right"/>
            </w:pPr>
            <w:r>
              <w:rPr>
                <w:sz w:val="16"/>
              </w:rPr>
              <w:t>$68,362</w:t>
            </w:r>
          </w:p>
        </w:tc>
        <w:tc>
          <w:tcPr>
            <w:tcW w:type="dxa" w:w="1305"/>
          </w:tcPr>
          <w:p>
            <w:pPr>
              <w:spacing w:after="0"/>
              <w:jc w:val="right"/>
            </w:pPr>
            <w:r>
              <w:rPr>
                <w:sz w:val="16"/>
              </w:rPr>
              <w:t>0.00464%</w:t>
            </w:r>
          </w:p>
        </w:tc>
        <w:tc>
          <w:tcPr>
            <w:tcW w:type="dxa" w:w="1197"/>
          </w:tcPr>
          <w:p>
            <w:pPr>
              <w:spacing w:after="0"/>
              <w:jc w:val="right"/>
            </w:pPr>
            <w:r>
              <w:rPr>
                <w:sz w:val="16"/>
              </w:rPr>
              <w:t>$10,000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$456,549,235</w:t>
            </w:r>
          </w:p>
        </w:tc>
        <w:tc>
          <w:tcPr>
            <w:tcW w:type="dxa" w:w="1134"/>
          </w:tcPr>
          <w:p>
            <w:pPr>
              <w:spacing w:after="0"/>
              <w:jc w:val="right"/>
            </w:pPr>
            <w:r>
              <w:rPr>
                <w:sz w:val="16"/>
              </w:rPr>
              <w:t>$4,193,278</w:t>
            </w:r>
          </w:p>
        </w:tc>
        <w:tc>
          <w:tcPr>
            <w:tcW w:type="dxa" w:w="1043"/>
          </w:tcPr>
          <w:p>
            <w:pPr>
              <w:spacing w:after="0"/>
              <w:jc w:val="right"/>
            </w:pPr>
            <w:r>
              <w:rPr>
                <w:sz w:val="16"/>
              </w:rPr>
              <w:t>1,748</w:t>
            </w:r>
          </w:p>
        </w:tc>
        <w:tc>
          <w:tcPr>
            <w:tcW w:type="dxa" w:w="1037"/>
          </w:tcPr>
          <w:p>
            <w:pPr>
              <w:spacing w:after="0"/>
              <w:jc w:val="right"/>
            </w:pPr>
            <w:r>
              <w:rPr>
                <w:sz w:val="16"/>
              </w:rPr>
              <w:t>$3,991</w:t>
            </w:r>
          </w:p>
        </w:tc>
        <w:tc>
          <w:tcPr>
            <w:tcW w:type="dxa" w:w="1126"/>
          </w:tcPr>
          <w:p>
            <w:pPr>
              <w:spacing w:after="0"/>
              <w:jc w:val="right"/>
            </w:pPr>
            <w:r>
              <w:rPr>
                <w:sz w:val="16"/>
              </w:rPr>
              <w:t>$4</w:t>
            </w:r>
          </w:p>
        </w:tc>
        <w:tc>
          <w:tcPr>
            <w:tcW w:type="dxa" w:w="970"/>
          </w:tcPr>
          <w:p>
            <w:pPr>
              <w:spacing w:after="0"/>
              <w:jc w:val="right"/>
            </w:pPr>
            <w:r>
              <w:rPr>
                <w:sz w:val="16"/>
              </w:rPr>
              <w:t>$406</w:t>
            </w:r>
          </w:p>
        </w:tc>
        <w:tc>
          <w:tcPr>
            <w:tcW w:type="dxa" w:w="1305"/>
          </w:tcPr>
          <w:p>
            <w:pPr>
              <w:spacing w:after="0"/>
              <w:jc w:val="right"/>
            </w:pPr>
            <w:r>
              <w:rPr>
                <w:sz w:val="16"/>
              </w:rPr>
              <w:t>0.000874%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$1,883,591,466</w:t>
            </w:r>
          </w:p>
        </w:tc>
        <w:tc>
          <w:tcPr>
            <w:tcW w:type="dxa" w:w="1134"/>
          </w:tcPr>
          <w:p>
            <w:pPr>
              <w:spacing w:after="0"/>
              <w:jc w:val="right"/>
            </w:pPr>
            <w:r>
              <w:rPr>
                <w:sz w:val="16"/>
              </w:rPr>
              <w:t>$23,652,227</w:t>
            </w:r>
          </w:p>
        </w:tc>
        <w:tc>
          <w:tcPr>
            <w:tcW w:type="dxa" w:w="1043"/>
          </w:tcPr>
          <w:p>
            <w:pPr>
              <w:spacing w:after="0"/>
              <w:jc w:val="right"/>
            </w:pPr>
            <w:r>
              <w:rPr>
                <w:sz w:val="16"/>
              </w:rPr>
              <w:t>6,602</w:t>
            </w:r>
          </w:p>
        </w:tc>
        <w:tc>
          <w:tcPr>
            <w:tcW w:type="dxa" w:w="1037"/>
          </w:tcPr>
          <w:p>
            <w:pPr>
              <w:spacing w:after="0"/>
              <w:jc w:val="right"/>
            </w:pPr>
            <w:r>
              <w:rPr>
                <w:sz w:val="16"/>
              </w:rPr>
              <w:t>$427</w:t>
            </w:r>
          </w:p>
        </w:tc>
        <w:tc>
          <w:tcPr>
            <w:tcW w:type="dxa" w:w="1126"/>
          </w:tcPr>
          <w:p>
            <w:pPr>
              <w:spacing w:after="0"/>
              <w:jc w:val="right"/>
            </w:pPr>
            <w:r>
              <w:rPr>
                <w:sz w:val="16"/>
              </w:rPr>
              <w:t>$7</w:t>
            </w:r>
          </w:p>
        </w:tc>
        <w:tc>
          <w:tcPr>
            <w:tcW w:type="dxa" w:w="970"/>
          </w:tcPr>
          <w:p>
            <w:pPr>
              <w:spacing w:after="0"/>
              <w:jc w:val="right"/>
            </w:pPr>
            <w:r>
              <w:rPr>
                <w:sz w:val="16"/>
              </w:rPr>
              <w:t>$3,361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$1,000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2022-04-12 (Storm Events through 2026-06-30): 14 county-coded records, 14 with a damage value recorded (including $0), $49,000; 4 zone-level records, 3 with a damage value recorded (including $0), $1,000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$1,883,591,466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$23,652,227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$4,171,829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$250,049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King and Queen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King and Queen County</w:t>
            </w:r>
          </w:p>
        </w:tc>
        <w:tc>
          <w:tcPr>
            <w:tcW w:type="dxa" w:w="1517"/>
          </w:tcPr>
          <w:p>
            <w:pPr>
              <w:spacing w:after="0"/>
              <w:jc w:val="left"/>
            </w:pPr>
            <w:r>
              <w:rPr>
                <w:sz w:val="16"/>
              </w:rPr>
              <w:t>510082</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 and Queen County, VA: risk-assessment baseline packet, release 2026-10 (data as of 2026-09-30; County FIPS 51097). Automated baseline. </w:t>
      </w:r>
      <w:hyperlink r:id="rId15">
        <w:r>
          <w:rPr>
            <w:color w:val="1F4E99"/>
            <w:sz w:val="17"/>
            <w:u w:val="single"/>
          </w:rPr>
          <w:t>https://hazardplain.org/va/51097/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 and Queen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and Queen County, VA: Risk-assessment baseline packet</dc:title>
  <dc:subject>Hazard Plain release 2026-10, as of 2026-09-30. Automated baseline</dc:subject>
  <dc:creator>Hazard Plain</dc:creator>
  <cp:keywords>Hazard Plain; hazard mitigation; risk assessment; 51097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