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Essex County, VA</w:t>
      </w:r>
    </w:p>
    <w:p>
      <w:pPr>
        <w:spacing w:after="120" w:before="0"/>
      </w:pPr>
      <w:r>
        <w:rPr>
          <w:color w:val="555555"/>
          <w:sz w:val="24"/>
        </w:rPr>
        <w:t>Risk-assessment baseline packet</w:t>
      </w:r>
    </w:p>
    <w:p>
      <w:pPr>
        <w:spacing w:after="120" w:before="0"/>
      </w:pPr>
      <w:r>
        <w:rPr>
          <w:b/>
          <w:sz w:val="18"/>
        </w:rPr>
        <w:t xml:space="preserve">County FIPS: </w:t>
      </w:r>
      <w:r>
        <w:rPr>
          <w:sz w:val="18"/>
        </w:rPr>
        <w:t>51057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2027-04-11. Plan: PDC 18 Middle Peninsula Hazard Mitigation Plan (FEMA plan 108207), approved 2022-04-12.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2022-04-12: 1 new hazard declaration (1 incident) and 33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($1,798,316 a year), Hurricane ($1,506,513) and Inland Flooding ($1,055,755).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2027-04-11</w:t>
      </w:r>
    </w:p>
    <w:p>
      <w:pPr>
        <w:keepNext/>
        <w:spacing w:after="40" w:before="0"/>
      </w:pPr>
      <w:r>
        <w:rPr>
          <w:b/>
        </w:rPr>
        <w:t xml:space="preserve">Plan: </w:t>
      </w:r>
      <w:r>
        <w:rPr/>
        <w:t>PDC 18 Middle Peninsula Hazard Mitigation Plan (FEMA plan 108207)</w:t>
      </w:r>
    </w:p>
    <w:p>
      <w:pPr>
        <w:keepNext/>
        <w:spacing w:after="40" w:before="0"/>
      </w:pPr>
      <w:r>
        <w:rPr>
          <w:b/>
        </w:rPr>
        <w:t xml:space="preserve">Approved: </w:t>
      </w:r>
      <w:r>
        <w:rPr/>
        <w:t>2022-04-12</w:t>
      </w:r>
    </w:p>
    <w:p>
      <w:pPr>
        <w:keepNext/>
        <w:spacing w:after="40" w:before="0"/>
      </w:pPr>
      <w:r>
        <w:rPr>
          <w:b/>
        </w:rPr>
        <w:t xml:space="preserve">Days to expiry: </w:t>
      </w:r>
      <w:r>
        <w:rPr/>
        <w:t>193</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2 (44 CFR 77.2); any definition: 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579"/>
        <w:gridCol w:w="2036"/>
        <w:gridCol w:w="1037"/>
        <w:gridCol w:w="1037"/>
        <w:gridCol w:w="890"/>
        <w:gridCol w:w="3342"/>
        <w:gridCol w:w="1297"/>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79"/>
            <w:shd w:val="clear" w:color="auto" w:fill="E8E8E8"/>
          </w:tcPr>
          <w:p>
            <w:pPr>
              <w:spacing w:after="0"/>
              <w:jc w:val="left"/>
            </w:pPr>
            <w:r>
              <w:rPr>
                <w:b/>
                <w:sz w:val="16"/>
              </w:rPr>
              <w:t>Status</w:t>
            </w:r>
          </w:p>
        </w:tc>
        <w:tc>
          <w:tcPr>
            <w:tcW w:type="dxa" w:w="203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42"/>
            <w:shd w:val="clear" w:color="auto" w:fill="E8E8E8"/>
          </w:tcPr>
          <w:p>
            <w:pPr>
              <w:spacing w:after="0"/>
              <w:jc w:val="left"/>
            </w:pPr>
            <w:r>
              <w:rPr>
                <w:b/>
                <w:sz w:val="16"/>
              </w:rPr>
              <w:t>Update underway</w:t>
            </w:r>
          </w:p>
        </w:tc>
        <w:tc>
          <w:tcPr>
            <w:tcW w:type="dxa" w:w="1297"/>
            <w:shd w:val="clear" w:color="auto" w:fill="E8E8E8"/>
          </w:tcPr>
          <w:p>
            <w:pPr>
              <w:spacing w:after="0"/>
              <w:jc w:val="left"/>
            </w:pPr>
            <w:r>
              <w:rPr>
                <w:b/>
                <w:sz w:val="16"/>
              </w:rPr>
              <w:t>Notes</w:t>
            </w:r>
          </w:p>
        </w:tc>
      </w:tr>
      <w:tr>
        <w:trPr>
          <w:cantSplit/>
        </w:trPr>
        <w:tc>
          <w:tcPr>
            <w:tcW w:type="dxa" w:w="1215"/>
          </w:tcPr>
          <w:p>
            <w:pPr>
              <w:spacing w:after="0"/>
              <w:jc w:val="left"/>
            </w:pPr>
            <w:r>
              <w:rPr>
                <w:sz w:val="16"/>
              </w:rPr>
              <w:t>Essex County</w:t>
            </w:r>
          </w:p>
        </w:tc>
        <w:tc>
          <w:tcPr>
            <w:tcW w:type="dxa" w:w="680"/>
          </w:tcPr>
          <w:p>
            <w:pPr>
              <w:spacing w:after="0"/>
              <w:jc w:val="left"/>
            </w:pPr>
            <w:r>
              <w:rPr>
                <w:sz w:val="16"/>
              </w:rPr>
              <w:t>County</w:t>
            </w:r>
          </w:p>
        </w:tc>
        <w:tc>
          <w:tcPr>
            <w:tcW w:type="dxa" w:w="2579"/>
          </w:tcPr>
          <w:p>
            <w:pPr>
              <w:spacing w:after="0"/>
              <w:jc w:val="left"/>
            </w:pPr>
            <w:r>
              <w:rPr>
                <w:sz w:val="16"/>
              </w:rPr>
              <w:t>Approved, expires 2027-04-11</w:t>
            </w:r>
          </w:p>
        </w:tc>
        <w:tc>
          <w:tcPr>
            <w:tcW w:type="dxa" w:w="2036"/>
          </w:tcPr>
          <w:p>
            <w:pPr>
              <w:spacing w:after="0"/>
              <w:jc w:val="left"/>
            </w:pPr>
            <w:r>
              <w:rPr>
                <w:sz w:val="16"/>
              </w:rPr>
              <w:t>PDC 18 Middle Peninsula Hazard Mitigation Plan (FEMA plan 108207)</w:t>
            </w:r>
          </w:p>
        </w:tc>
        <w:tc>
          <w:tcPr>
            <w:tcW w:type="dxa" w:w="1037"/>
          </w:tcPr>
          <w:p>
            <w:pPr>
              <w:spacing w:after="0"/>
              <w:jc w:val="left"/>
            </w:pPr>
            <w:r>
              <w:rPr>
                <w:sz w:val="16"/>
              </w:rPr>
              <w:t>2022-04-12</w:t>
            </w:r>
          </w:p>
        </w:tc>
        <w:tc>
          <w:tcPr>
            <w:tcW w:type="dxa" w:w="1037"/>
          </w:tcPr>
          <w:p>
            <w:pPr>
              <w:spacing w:after="0"/>
              <w:jc w:val="left"/>
            </w:pPr>
            <w:r>
              <w:rPr>
                <w:sz w:val="16"/>
              </w:rPr>
              <w:t>2027-04-11</w:t>
            </w:r>
          </w:p>
        </w:tc>
        <w:tc>
          <w:tcPr>
            <w:tcW w:type="dxa" w:w="890"/>
          </w:tcPr>
          <w:p>
            <w:pPr>
              <w:spacing w:after="0"/>
              <w:jc w:val="right"/>
            </w:pPr>
            <w:r>
              <w:rPr>
                <w:sz w:val="16"/>
              </w:rPr>
              <w:t>193</w:t>
            </w:r>
          </w:p>
        </w:tc>
        <w:tc>
          <w:tcPr>
            <w:tcW w:type="dxa" w:w="3342"/>
          </w:tcPr>
          <w:p>
            <w:pPr>
              <w:spacing w:after="0"/>
              <w:jc w:val="left"/>
            </w:pPr>
            <w:r>
              <w:rPr>
                <w:sz w:val="16"/>
              </w:rPr>
              <w:t>FEMA tracker shows a plan in progress</w:t>
            </w:r>
          </w:p>
        </w:tc>
        <w:tc>
          <w:tcPr>
            <w:tcW w:type="dxa" w:w="1297"/>
          </w:tcPr>
          <w:p>
            <w:pPr>
              <w:spacing w:after="0"/>
              <w:jc w:val="left"/>
            </w:pPr>
          </w:p>
        </w:tc>
      </w:tr>
      <w:tr>
        <w:trPr>
          <w:cantSplit/>
        </w:trPr>
        <w:tc>
          <w:tcPr>
            <w:tcW w:type="dxa" w:w="1215"/>
          </w:tcPr>
          <w:p>
            <w:pPr>
              <w:spacing w:after="0"/>
              <w:jc w:val="left"/>
            </w:pPr>
            <w:r>
              <w:rPr>
                <w:sz w:val="16"/>
              </w:rPr>
              <w:t>Tappahannock town</w:t>
            </w:r>
          </w:p>
        </w:tc>
        <w:tc>
          <w:tcPr>
            <w:tcW w:type="dxa" w:w="680"/>
          </w:tcPr>
          <w:p>
            <w:pPr>
              <w:spacing w:after="0"/>
              <w:jc w:val="left"/>
            </w:pPr>
            <w:r>
              <w:rPr>
                <w:sz w:val="16"/>
              </w:rPr>
              <w:t>Town</w:t>
            </w:r>
          </w:p>
        </w:tc>
        <w:tc>
          <w:tcPr>
            <w:tcW w:type="dxa" w:w="2579"/>
          </w:tcPr>
          <w:p>
            <w:pPr>
              <w:spacing w:after="0"/>
              <w:jc w:val="left"/>
            </w:pPr>
            <w:r>
              <w:rPr>
                <w:sz w:val="16"/>
              </w:rPr>
              <w:t>Approved, expires 2027-04-11</w:t>
            </w:r>
          </w:p>
        </w:tc>
        <w:tc>
          <w:tcPr>
            <w:tcW w:type="dxa" w:w="2036"/>
          </w:tcPr>
          <w:p>
            <w:pPr>
              <w:spacing w:after="0"/>
              <w:jc w:val="left"/>
            </w:pPr>
            <w:r>
              <w:rPr>
                <w:sz w:val="16"/>
              </w:rPr>
              <w:t>PDC 18 Middle Peninsula Hazard Mitigation Plan (FEMA plan 108207)</w:t>
            </w:r>
          </w:p>
        </w:tc>
        <w:tc>
          <w:tcPr>
            <w:tcW w:type="dxa" w:w="1037"/>
          </w:tcPr>
          <w:p>
            <w:pPr>
              <w:spacing w:after="0"/>
              <w:jc w:val="left"/>
            </w:pPr>
            <w:r>
              <w:rPr>
                <w:sz w:val="16"/>
              </w:rPr>
              <w:t>2022-04-12</w:t>
            </w:r>
          </w:p>
        </w:tc>
        <w:tc>
          <w:tcPr>
            <w:tcW w:type="dxa" w:w="1037"/>
          </w:tcPr>
          <w:p>
            <w:pPr>
              <w:spacing w:after="0"/>
              <w:jc w:val="left"/>
            </w:pPr>
            <w:r>
              <w:rPr>
                <w:sz w:val="16"/>
              </w:rPr>
              <w:t>2027-04-11</w:t>
            </w:r>
          </w:p>
        </w:tc>
        <w:tc>
          <w:tcPr>
            <w:tcW w:type="dxa" w:w="890"/>
          </w:tcPr>
          <w:p>
            <w:pPr>
              <w:spacing w:after="0"/>
              <w:jc w:val="right"/>
            </w:pPr>
            <w:r>
              <w:rPr>
                <w:sz w:val="16"/>
              </w:rPr>
              <w:t>193</w:t>
            </w:r>
          </w:p>
        </w:tc>
        <w:tc>
          <w:tcPr>
            <w:tcW w:type="dxa" w:w="3342"/>
          </w:tcPr>
          <w:p>
            <w:pPr>
              <w:spacing w:after="0"/>
              <w:jc w:val="left"/>
            </w:pPr>
            <w:r>
              <w:rPr>
                <w:sz w:val="16"/>
              </w:rPr>
              <w:t>FEMA tracker shows a plan in progress</w:t>
            </w:r>
          </w:p>
        </w:tc>
        <w:tc>
          <w:tcPr>
            <w:tcW w:type="dxa" w:w="1297"/>
          </w:tcPr>
          <w:p>
            <w:pPr>
              <w:spacing w:after="0"/>
              <w:jc w:val="left"/>
            </w:pPr>
            <w:r>
              <w:rPr>
                <w:sz w:val="16"/>
              </w:rPr>
              <w:t>this jurisdiction approved 2022-05-09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108207 covers 11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72"/>
        <w:gridCol w:w="1372"/>
        <w:gridCol w:w="1037"/>
        <w:gridCol w:w="1126"/>
        <w:gridCol w:w="1922"/>
        <w:gridCol w:w="1193"/>
        <w:gridCol w:w="2132"/>
        <w:gridCol w:w="2198"/>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2"/>
            <w:shd w:val="clear" w:color="auto" w:fill="E8E8E8"/>
          </w:tcPr>
          <w:p>
            <w:pPr>
              <w:spacing w:after="0"/>
              <w:jc w:val="left"/>
            </w:pPr>
            <w:r>
              <w:rPr>
                <w:b/>
                <w:sz w:val="16"/>
              </w:rPr>
              <w:t>NRI risk rating</w:t>
            </w:r>
          </w:p>
        </w:tc>
        <w:tc>
          <w:tcPr>
            <w:tcW w:type="dxa" w:w="13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98"/>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Drought</w:t>
            </w:r>
          </w:p>
        </w:tc>
        <w:tc>
          <w:tcPr>
            <w:tcW w:type="dxa" w:w="1372"/>
          </w:tcPr>
          <w:p>
            <w:pPr>
              <w:spacing w:after="0"/>
              <w:jc w:val="left"/>
            </w:pPr>
            <w:r>
              <w:rPr>
                <w:sz w:val="16"/>
              </w:rPr>
              <w:t>Relatively High</w:t>
            </w:r>
          </w:p>
        </w:tc>
        <w:tc>
          <w:tcPr>
            <w:tcW w:type="dxa" w:w="1372"/>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$1,798,316</w:t>
            </w:r>
          </w:p>
        </w:tc>
        <w:tc>
          <w:tcPr>
            <w:tcW w:type="dxa" w:w="1922"/>
          </w:tcPr>
          <w:p>
            <w:pPr>
              <w:spacing w:after="0"/>
              <w:jc w:val="right"/>
            </w:pPr>
            <w:r>
              <w:rPr>
                <w:sz w:val="16"/>
              </w:rPr>
              <w:t>n/a</w:t>
            </w:r>
          </w:p>
        </w:tc>
        <w:tc>
          <w:tcPr>
            <w:tcW w:type="dxa" w:w="1193"/>
          </w:tcPr>
          <w:p>
            <w:pPr>
              <w:spacing w:after="0"/>
              <w:jc w:val="right"/>
            </w:pPr>
            <w:r>
              <w:rPr>
                <w:sz w:val="16"/>
              </w:rPr>
              <w:t>$1,798,316</w:t>
            </w:r>
          </w:p>
        </w:tc>
        <w:tc>
          <w:tcPr>
            <w:tcW w:type="dxa" w:w="2132"/>
          </w:tcPr>
          <w:p>
            <w:pPr>
              <w:spacing w:after="0"/>
              <w:jc w:val="right"/>
            </w:pPr>
            <w:r>
              <w:rPr>
                <w:sz w:val="16"/>
              </w:rPr>
              <w:t>0</w:t>
            </w:r>
          </w:p>
        </w:tc>
        <w:tc>
          <w:tcPr>
            <w:tcW w:type="dxa" w:w="2198"/>
          </w:tcPr>
          <w:p>
            <w:pPr>
              <w:spacing w:after="0"/>
              <w:jc w:val="left"/>
            </w:pPr>
            <w:r>
              <w:rPr>
                <w:sz w:val="16"/>
              </w:rPr>
              <w:t>Declared 1 time; no Storm Events record of this type.</w:t>
            </w:r>
          </w:p>
        </w:tc>
      </w:tr>
      <w:tr>
        <w:trPr>
          <w:cantSplit/>
        </w:trPr>
        <w:tc>
          <w:tcPr>
            <w:tcW w:type="dxa" w:w="723"/>
          </w:tcPr>
          <w:p>
            <w:pPr>
              <w:spacing w:after="0"/>
              <w:jc w:val="right"/>
            </w:pPr>
            <w:r>
              <w:rPr>
                <w:sz w:val="16"/>
              </w:rPr>
              <w:t>2</w:t>
            </w:r>
          </w:p>
        </w:tc>
        <w:tc>
          <w:tcPr>
            <w:tcW w:type="dxa" w:w="1037"/>
          </w:tcPr>
          <w:p>
            <w:pPr>
              <w:spacing w:after="0"/>
              <w:jc w:val="left"/>
            </w:pPr>
            <w:r>
              <w:rPr>
                <w:sz w:val="16"/>
              </w:rPr>
              <w:t>Hurricane</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$1,348,038</w:t>
            </w:r>
          </w:p>
        </w:tc>
        <w:tc>
          <w:tcPr>
            <w:tcW w:type="dxa" w:w="1126"/>
          </w:tcPr>
          <w:p>
            <w:pPr>
              <w:spacing w:after="0"/>
              <w:jc w:val="right"/>
            </w:pPr>
            <w:r>
              <w:rPr>
                <w:sz w:val="16"/>
              </w:rPr>
              <w:t>$129,167</w:t>
            </w:r>
          </w:p>
        </w:tc>
        <w:tc>
          <w:tcPr>
            <w:tcW w:type="dxa" w:w="1922"/>
          </w:tcPr>
          <w:p>
            <w:pPr>
              <w:spacing w:after="0"/>
              <w:jc w:val="right"/>
            </w:pPr>
            <w:r>
              <w:rPr>
                <w:sz w:val="16"/>
              </w:rPr>
              <w:t>$29,307</w:t>
            </w:r>
          </w:p>
        </w:tc>
        <w:tc>
          <w:tcPr>
            <w:tcW w:type="dxa" w:w="1193"/>
          </w:tcPr>
          <w:p>
            <w:pPr>
              <w:spacing w:after="0"/>
              <w:jc w:val="right"/>
            </w:pPr>
            <w:r>
              <w:rPr>
                <w:sz w:val="16"/>
              </w:rPr>
              <w:t>$1,506,513</w:t>
            </w:r>
          </w:p>
        </w:tc>
        <w:tc>
          <w:tcPr>
            <w:tcW w:type="dxa" w:w="2132"/>
          </w:tcPr>
          <w:p>
            <w:pPr>
              <w:spacing w:after="0"/>
              <w:jc w:val="right"/>
            </w:pPr>
            <w:r>
              <w:rPr>
                <w:sz w:val="16"/>
              </w:rPr>
              <w:t>0</w:t>
            </w:r>
          </w:p>
        </w:tc>
        <w:tc>
          <w:tcPr>
            <w:tcW w:type="dxa" w:w="2198"/>
          </w:tcPr>
          <w:p>
            <w:pPr>
              <w:spacing w:after="0"/>
              <w:jc w:val="left"/>
            </w:pPr>
            <w:r>
              <w:rPr>
                <w:sz w:val="16"/>
              </w:rPr>
              <w:t>Declared 11 times; no Storm Events record of this type.</w:t>
            </w:r>
          </w:p>
        </w:tc>
      </w:tr>
      <w:tr>
        <w:trPr>
          <w:cantSplit/>
        </w:trPr>
        <w:tc>
          <w:tcPr>
            <w:tcW w:type="dxa" w:w="723"/>
          </w:tcPr>
          <w:p>
            <w:pPr>
              <w:spacing w:after="0"/>
              <w:jc w:val="right"/>
            </w:pPr>
            <w:r>
              <w:rPr>
                <w:sz w:val="16"/>
              </w:rPr>
              <w:t>3</w:t>
            </w:r>
          </w:p>
        </w:tc>
        <w:tc>
          <w:tcPr>
            <w:tcW w:type="dxa" w:w="1037"/>
          </w:tcPr>
          <w:p>
            <w:pPr>
              <w:spacing w:after="0"/>
              <w:jc w:val="left"/>
            </w:pPr>
            <w:r>
              <w:rPr>
                <w:sz w:val="16"/>
              </w:rPr>
              <w:t>Inland Flooding</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$1,050,601</w:t>
            </w:r>
          </w:p>
        </w:tc>
        <w:tc>
          <w:tcPr>
            <w:tcW w:type="dxa" w:w="1126"/>
          </w:tcPr>
          <w:p>
            <w:pPr>
              <w:spacing w:after="0"/>
              <w:jc w:val="right"/>
            </w:pPr>
            <w:r>
              <w:rPr>
                <w:sz w:val="16"/>
              </w:rPr>
              <w:t>$1,447</w:t>
            </w:r>
          </w:p>
        </w:tc>
        <w:tc>
          <w:tcPr>
            <w:tcW w:type="dxa" w:w="1922"/>
          </w:tcPr>
          <w:p>
            <w:pPr>
              <w:spacing w:after="0"/>
              <w:jc w:val="right"/>
            </w:pPr>
            <w:r>
              <w:rPr>
                <w:sz w:val="16"/>
              </w:rPr>
              <w:t>$3,707</w:t>
            </w:r>
          </w:p>
        </w:tc>
        <w:tc>
          <w:tcPr>
            <w:tcW w:type="dxa" w:w="1193"/>
          </w:tcPr>
          <w:p>
            <w:pPr>
              <w:spacing w:after="0"/>
              <w:jc w:val="right"/>
            </w:pPr>
            <w:r>
              <w:rPr>
                <w:sz w:val="16"/>
              </w:rPr>
              <w:t>$1,055,755</w:t>
            </w:r>
          </w:p>
        </w:tc>
        <w:tc>
          <w:tcPr>
            <w:tcW w:type="dxa" w:w="2132"/>
          </w:tcPr>
          <w:p>
            <w:pPr>
              <w:spacing w:after="0"/>
              <w:jc w:val="right"/>
            </w:pPr>
            <w:r>
              <w:rPr>
                <w:sz w:val="16"/>
              </w:rPr>
              <w:t>12</w:t>
            </w:r>
          </w:p>
        </w:tc>
        <w:tc>
          <w:tcPr>
            <w:tcW w:type="dxa" w:w="2198"/>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Coastal Flooding</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$235,490</w:t>
            </w:r>
          </w:p>
        </w:tc>
        <w:tc>
          <w:tcPr>
            <w:tcW w:type="dxa" w:w="1126"/>
          </w:tcPr>
          <w:p>
            <w:pPr>
              <w:spacing w:after="0"/>
              <w:jc w:val="right"/>
            </w:pPr>
            <w:r>
              <w:rPr>
                <w:sz w:val="16"/>
              </w:rPr>
              <w:t>n/a</w:t>
            </w:r>
          </w:p>
        </w:tc>
        <w:tc>
          <w:tcPr>
            <w:tcW w:type="dxa" w:w="1922"/>
          </w:tcPr>
          <w:p>
            <w:pPr>
              <w:spacing w:after="0"/>
              <w:jc w:val="right"/>
            </w:pPr>
            <w:r>
              <w:rPr>
                <w:sz w:val="16"/>
              </w:rPr>
              <w:t>$5,733</w:t>
            </w:r>
          </w:p>
        </w:tc>
        <w:tc>
          <w:tcPr>
            <w:tcW w:type="dxa" w:w="1193"/>
          </w:tcPr>
          <w:p>
            <w:pPr>
              <w:spacing w:after="0"/>
              <w:jc w:val="right"/>
            </w:pPr>
            <w:r>
              <w:rPr>
                <w:sz w:val="16"/>
              </w:rPr>
              <w:t>$241,223</w:t>
            </w:r>
          </w:p>
        </w:tc>
        <w:tc>
          <w:tcPr>
            <w:tcW w:type="dxa" w:w="2132"/>
          </w:tcPr>
          <w:p>
            <w:pPr>
              <w:spacing w:after="0"/>
              <w:jc w:val="right"/>
            </w:pPr>
            <w:r>
              <w:rPr>
                <w:sz w:val="16"/>
              </w:rPr>
              <w:t>6</w:t>
            </w:r>
          </w:p>
        </w:tc>
        <w:tc>
          <w:tcPr>
            <w:tcW w:type="dxa" w:w="2198"/>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Tornado</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$113,107</w:t>
            </w:r>
          </w:p>
        </w:tc>
        <w:tc>
          <w:tcPr>
            <w:tcW w:type="dxa" w:w="1126"/>
          </w:tcPr>
          <w:p>
            <w:pPr>
              <w:spacing w:after="0"/>
              <w:jc w:val="right"/>
            </w:pPr>
            <w:r>
              <w:rPr>
                <w:sz w:val="16"/>
              </w:rPr>
              <w:t>$660</w:t>
            </w:r>
          </w:p>
        </w:tc>
        <w:tc>
          <w:tcPr>
            <w:tcW w:type="dxa" w:w="1922"/>
          </w:tcPr>
          <w:p>
            <w:pPr>
              <w:spacing w:after="0"/>
              <w:jc w:val="right"/>
            </w:pPr>
            <w:r>
              <w:rPr>
                <w:sz w:val="16"/>
              </w:rPr>
              <w:t>$122,498</w:t>
            </w:r>
          </w:p>
        </w:tc>
        <w:tc>
          <w:tcPr>
            <w:tcW w:type="dxa" w:w="1193"/>
          </w:tcPr>
          <w:p>
            <w:pPr>
              <w:spacing w:after="0"/>
              <w:jc w:val="right"/>
            </w:pPr>
            <w:r>
              <w:rPr>
                <w:sz w:val="16"/>
              </w:rPr>
              <w:t>$236,265</w:t>
            </w:r>
          </w:p>
        </w:tc>
        <w:tc>
          <w:tcPr>
            <w:tcW w:type="dxa" w:w="2132"/>
          </w:tcPr>
          <w:p>
            <w:pPr>
              <w:spacing w:after="0"/>
              <w:jc w:val="right"/>
            </w:pPr>
            <w:r>
              <w:rPr>
                <w:sz w:val="16"/>
              </w:rPr>
              <w:t>2</w:t>
            </w:r>
          </w:p>
        </w:tc>
        <w:tc>
          <w:tcPr>
            <w:tcW w:type="dxa" w:w="2198"/>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$41,525</w:t>
            </w:r>
          </w:p>
        </w:tc>
        <w:tc>
          <w:tcPr>
            <w:tcW w:type="dxa" w:w="1126"/>
          </w:tcPr>
          <w:p>
            <w:pPr>
              <w:spacing w:after="0"/>
              <w:jc w:val="right"/>
            </w:pPr>
            <w:r>
              <w:rPr>
                <w:sz w:val="16"/>
              </w:rPr>
              <w:t>$9,487</w:t>
            </w:r>
          </w:p>
        </w:tc>
        <w:tc>
          <w:tcPr>
            <w:tcW w:type="dxa" w:w="1922"/>
          </w:tcPr>
          <w:p>
            <w:pPr>
              <w:spacing w:after="0"/>
              <w:jc w:val="right"/>
            </w:pPr>
            <w:r>
              <w:rPr>
                <w:sz w:val="16"/>
              </w:rPr>
              <w:t>$105,912</w:t>
            </w:r>
          </w:p>
        </w:tc>
        <w:tc>
          <w:tcPr>
            <w:tcW w:type="dxa" w:w="1193"/>
          </w:tcPr>
          <w:p>
            <w:pPr>
              <w:spacing w:after="0"/>
              <w:jc w:val="right"/>
            </w:pPr>
            <w:r>
              <w:rPr>
                <w:sz w:val="16"/>
              </w:rPr>
              <w:t>$156,924</w:t>
            </w:r>
          </w:p>
        </w:tc>
        <w:tc>
          <w:tcPr>
            <w:tcW w:type="dxa" w:w="2132"/>
          </w:tcPr>
          <w:p>
            <w:pPr>
              <w:spacing w:after="0"/>
              <w:jc w:val="right"/>
            </w:pPr>
            <w:r>
              <w:rPr>
                <w:sz w:val="16"/>
              </w:rPr>
              <w:t>94</w:t>
            </w:r>
          </w:p>
        </w:tc>
        <w:tc>
          <w:tcPr>
            <w:tcW w:type="dxa" w:w="2198"/>
          </w:tcPr>
          <w:p>
            <w:pPr>
              <w:spacing w:after="0"/>
              <w:jc w:val="left"/>
            </w:pPr>
            <w:r>
              <w:rPr>
                <w:sz w:val="16"/>
              </w:rPr>
              <w:t>Includes 2 High Wind records (a NOAA non-thunderstorm wind type,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Earthquake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$109,238</w:t>
            </w:r>
          </w:p>
        </w:tc>
        <w:tc>
          <w:tcPr>
            <w:tcW w:type="dxa" w:w="1126"/>
          </w:tcPr>
          <w:p>
            <w:pPr>
              <w:spacing w:after="0"/>
              <w:jc w:val="right"/>
            </w:pPr>
            <w:r>
              <w:rPr>
                <w:sz w:val="16"/>
              </w:rPr>
              <w:t>n/a</w:t>
            </w:r>
          </w:p>
        </w:tc>
        <w:tc>
          <w:tcPr>
            <w:tcW w:type="dxa" w:w="1922"/>
          </w:tcPr>
          <w:p>
            <w:pPr>
              <w:spacing w:after="0"/>
              <w:jc w:val="right"/>
            </w:pPr>
            <w:r>
              <w:rPr>
                <w:sz w:val="16"/>
              </w:rPr>
              <w:t>$34,534</w:t>
            </w:r>
          </w:p>
        </w:tc>
        <w:tc>
          <w:tcPr>
            <w:tcW w:type="dxa" w:w="1193"/>
          </w:tcPr>
          <w:p>
            <w:pPr>
              <w:spacing w:after="0"/>
              <w:jc w:val="right"/>
            </w:pPr>
            <w:r>
              <w:rPr>
                <w:sz w:val="16"/>
              </w:rPr>
              <w:t>$143,772</w:t>
            </w:r>
          </w:p>
        </w:tc>
        <w:tc>
          <w:tcPr>
            <w:tcW w:type="dxa" w:w="2132"/>
          </w:tcPr>
          <w:p>
            <w:pPr>
              <w:spacing w:after="0"/>
              <w:jc w:val="right"/>
            </w:pPr>
          </w:p>
        </w:tc>
        <w:tc>
          <w:tcPr>
            <w:tcW w:type="dxa" w:w="2198"/>
          </w:tcPr>
          <w:p>
            <w:pPr>
              <w:spacing w:after="0"/>
              <w:jc w:val="left"/>
            </w:pPr>
            <w:r>
              <w:rPr>
                <w:sz w:val="16"/>
              </w:rPr>
              <w:t>Storm Events does not record earthquakes.</w:t>
            </w:r>
          </w:p>
        </w:tc>
      </w:tr>
      <w:tr>
        <w:trPr>
          <w:cantSplit/>
        </w:trPr>
        <w:tc>
          <w:tcPr>
            <w:tcW w:type="dxa" w:w="723"/>
          </w:tcPr>
          <w:p>
            <w:pPr>
              <w:spacing w:after="0"/>
              <w:jc w:val="right"/>
            </w:pPr>
            <w:r>
              <w:rPr>
                <w:sz w:val="16"/>
              </w:rPr>
              <w:t>8</w:t>
            </w:r>
          </w:p>
        </w:tc>
        <w:tc>
          <w:tcPr>
            <w:tcW w:type="dxa" w:w="1037"/>
          </w:tcPr>
          <w:p>
            <w:pPr>
              <w:spacing w:after="0"/>
              <w:jc w:val="left"/>
            </w:pPr>
            <w:r>
              <w:rPr>
                <w:sz w:val="16"/>
              </w:rPr>
              <w:t>Heat Wave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$38</w:t>
            </w:r>
          </w:p>
        </w:tc>
        <w:tc>
          <w:tcPr>
            <w:tcW w:type="dxa" w:w="1922"/>
          </w:tcPr>
          <w:p>
            <w:pPr>
              <w:spacing w:after="0"/>
              <w:jc w:val="right"/>
            </w:pPr>
            <w:r>
              <w:rPr>
                <w:sz w:val="16"/>
              </w:rPr>
              <w:t>$91,332</w:t>
            </w:r>
          </w:p>
        </w:tc>
        <w:tc>
          <w:tcPr>
            <w:tcW w:type="dxa" w:w="1193"/>
          </w:tcPr>
          <w:p>
            <w:pPr>
              <w:spacing w:after="0"/>
              <w:jc w:val="right"/>
            </w:pPr>
            <w:r>
              <w:rPr>
                <w:sz w:val="16"/>
              </w:rPr>
              <w:t>$91,377</w:t>
            </w:r>
          </w:p>
        </w:tc>
        <w:tc>
          <w:tcPr>
            <w:tcW w:type="dxa" w:w="2132"/>
          </w:tcPr>
          <w:p>
            <w:pPr>
              <w:spacing w:after="0"/>
              <w:jc w:val="right"/>
            </w:pPr>
            <w:r>
              <w:rPr>
                <w:sz w:val="16"/>
              </w:rPr>
              <w:t>1</w:t>
            </w:r>
          </w:p>
        </w:tc>
        <w:tc>
          <w:tcPr>
            <w:tcW w:type="dxa" w:w="2198"/>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Hail</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$9,011</w:t>
            </w:r>
          </w:p>
        </w:tc>
        <w:tc>
          <w:tcPr>
            <w:tcW w:type="dxa" w:w="1126"/>
          </w:tcPr>
          <w:p>
            <w:pPr>
              <w:spacing w:after="0"/>
              <w:jc w:val="right"/>
            </w:pPr>
            <w:r>
              <w:rPr>
                <w:sz w:val="16"/>
              </w:rPr>
              <w:t>$26,364</w:t>
            </w:r>
          </w:p>
        </w:tc>
        <w:tc>
          <w:tcPr>
            <w:tcW w:type="dxa" w:w="1922"/>
          </w:tcPr>
          <w:p>
            <w:pPr>
              <w:spacing w:after="0"/>
              <w:jc w:val="right"/>
            </w:pPr>
            <w:r>
              <w:rPr>
                <w:sz w:val="16"/>
              </w:rPr>
              <w:t>$8,872</w:t>
            </w:r>
          </w:p>
        </w:tc>
        <w:tc>
          <w:tcPr>
            <w:tcW w:type="dxa" w:w="1193"/>
          </w:tcPr>
          <w:p>
            <w:pPr>
              <w:spacing w:after="0"/>
              <w:jc w:val="right"/>
            </w:pPr>
            <w:r>
              <w:rPr>
                <w:sz w:val="16"/>
              </w:rPr>
              <w:t>$44,247</w:t>
            </w:r>
          </w:p>
        </w:tc>
        <w:tc>
          <w:tcPr>
            <w:tcW w:type="dxa" w:w="2132"/>
          </w:tcPr>
          <w:p>
            <w:pPr>
              <w:spacing w:after="0"/>
              <w:jc w:val="right"/>
            </w:pPr>
            <w:r>
              <w:rPr>
                <w:sz w:val="16"/>
              </w:rPr>
              <w:t>20</w:t>
            </w:r>
          </w:p>
        </w:tc>
        <w:tc>
          <w:tcPr>
            <w:tcW w:type="dxa" w:w="2198"/>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Lightning</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$2,463</w:t>
            </w:r>
          </w:p>
        </w:tc>
        <w:tc>
          <w:tcPr>
            <w:tcW w:type="dxa" w:w="1126"/>
          </w:tcPr>
          <w:p>
            <w:pPr>
              <w:spacing w:after="0"/>
              <w:jc w:val="right"/>
            </w:pPr>
            <w:r>
              <w:rPr>
                <w:sz w:val="16"/>
              </w:rPr>
              <w:t>n/a</w:t>
            </w:r>
          </w:p>
        </w:tc>
        <w:tc>
          <w:tcPr>
            <w:tcW w:type="dxa" w:w="1922"/>
          </w:tcPr>
          <w:p>
            <w:pPr>
              <w:spacing w:after="0"/>
              <w:jc w:val="right"/>
            </w:pPr>
            <w:r>
              <w:rPr>
                <w:sz w:val="16"/>
              </w:rPr>
              <w:t>$38,960</w:t>
            </w:r>
          </w:p>
        </w:tc>
        <w:tc>
          <w:tcPr>
            <w:tcW w:type="dxa" w:w="1193"/>
          </w:tcPr>
          <w:p>
            <w:pPr>
              <w:spacing w:after="0"/>
              <w:jc w:val="right"/>
            </w:pPr>
            <w:r>
              <w:rPr>
                <w:sz w:val="16"/>
              </w:rPr>
              <w:t>$41,424</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Cold Wave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$1,238</w:t>
            </w:r>
          </w:p>
        </w:tc>
        <w:tc>
          <w:tcPr>
            <w:tcW w:type="dxa" w:w="1126"/>
          </w:tcPr>
          <w:p>
            <w:pPr>
              <w:spacing w:after="0"/>
              <w:jc w:val="right"/>
            </w:pPr>
            <w:r>
              <w:rPr>
                <w:sz w:val="16"/>
              </w:rPr>
              <w:t>$2,320</w:t>
            </w:r>
          </w:p>
        </w:tc>
        <w:tc>
          <w:tcPr>
            <w:tcW w:type="dxa" w:w="1922"/>
          </w:tcPr>
          <w:p>
            <w:pPr>
              <w:spacing w:after="0"/>
              <w:jc w:val="right"/>
            </w:pPr>
            <w:r>
              <w:rPr>
                <w:sz w:val="16"/>
              </w:rPr>
              <w:t>$25,016</w:t>
            </w:r>
          </w:p>
        </w:tc>
        <w:tc>
          <w:tcPr>
            <w:tcW w:type="dxa" w:w="1193"/>
          </w:tcPr>
          <w:p>
            <w:pPr>
              <w:spacing w:after="0"/>
              <w:jc w:val="right"/>
            </w:pPr>
            <w:r>
              <w:rPr>
                <w:sz w:val="16"/>
              </w:rPr>
              <w:t>$28,574</w:t>
            </w:r>
          </w:p>
        </w:tc>
        <w:tc>
          <w:tcPr>
            <w:tcW w:type="dxa" w:w="2132"/>
          </w:tcPr>
          <w:p>
            <w:pPr>
              <w:spacing w:after="0"/>
              <w:jc w:val="right"/>
            </w:pPr>
            <w:r>
              <w:rPr>
                <w:sz w:val="16"/>
              </w:rPr>
              <w:t>1</w:t>
            </w:r>
          </w:p>
        </w:tc>
        <w:tc>
          <w:tcPr>
            <w:tcW w:type="dxa" w:w="2198"/>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12</w:t>
            </w:r>
          </w:p>
        </w:tc>
        <w:tc>
          <w:tcPr>
            <w:tcW w:type="dxa" w:w="1037"/>
          </w:tcPr>
          <w:p>
            <w:pPr>
              <w:spacing w:after="0"/>
              <w:jc w:val="left"/>
            </w:pPr>
            <w:r>
              <w:rPr>
                <w:sz w:val="16"/>
              </w:rPr>
              <w:t>Ice Storm</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$25,529</w:t>
            </w:r>
          </w:p>
        </w:tc>
        <w:tc>
          <w:tcPr>
            <w:tcW w:type="dxa" w:w="1126"/>
          </w:tcPr>
          <w:p>
            <w:pPr>
              <w:spacing w:after="0"/>
              <w:jc w:val="right"/>
            </w:pPr>
            <w:r>
              <w:rPr>
                <w:sz w:val="16"/>
              </w:rPr>
              <w:t>n/a</w:t>
            </w:r>
          </w:p>
        </w:tc>
        <w:tc>
          <w:tcPr>
            <w:tcW w:type="dxa" w:w="1922"/>
          </w:tcPr>
          <w:p>
            <w:pPr>
              <w:spacing w:after="0"/>
              <w:jc w:val="right"/>
            </w:pPr>
            <w:r>
              <w:rPr>
                <w:sz w:val="16"/>
              </w:rPr>
              <w:t>$243</w:t>
            </w:r>
          </w:p>
        </w:tc>
        <w:tc>
          <w:tcPr>
            <w:tcW w:type="dxa" w:w="1193"/>
          </w:tcPr>
          <w:p>
            <w:pPr>
              <w:spacing w:after="0"/>
              <w:jc w:val="right"/>
            </w:pPr>
            <w:r>
              <w:rPr>
                <w:sz w:val="16"/>
              </w:rPr>
              <w:t>$25,772</w:t>
            </w:r>
          </w:p>
        </w:tc>
        <w:tc>
          <w:tcPr>
            <w:tcW w:type="dxa" w:w="2132"/>
          </w:tcPr>
          <w:p>
            <w:pPr>
              <w:spacing w:after="0"/>
              <w:jc w:val="right"/>
            </w:pPr>
            <w:r>
              <w:rPr>
                <w:sz w:val="16"/>
              </w:rPr>
              <w:t>1</w:t>
            </w:r>
          </w:p>
        </w:tc>
        <w:tc>
          <w:tcPr>
            <w:tcW w:type="dxa" w:w="2198"/>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Winter Weather</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$934</w:t>
            </w:r>
          </w:p>
        </w:tc>
        <w:tc>
          <w:tcPr>
            <w:tcW w:type="dxa" w:w="1126"/>
          </w:tcPr>
          <w:p>
            <w:pPr>
              <w:spacing w:after="0"/>
              <w:jc w:val="right"/>
            </w:pPr>
            <w:r>
              <w:rPr>
                <w:sz w:val="16"/>
              </w:rPr>
              <w:t>$9</w:t>
            </w:r>
          </w:p>
        </w:tc>
        <w:tc>
          <w:tcPr>
            <w:tcW w:type="dxa" w:w="1922"/>
          </w:tcPr>
          <w:p>
            <w:pPr>
              <w:spacing w:after="0"/>
              <w:jc w:val="right"/>
            </w:pPr>
            <w:r>
              <w:rPr>
                <w:sz w:val="16"/>
              </w:rPr>
              <w:t>$5,534</w:t>
            </w:r>
          </w:p>
        </w:tc>
        <w:tc>
          <w:tcPr>
            <w:tcW w:type="dxa" w:w="1193"/>
          </w:tcPr>
          <w:p>
            <w:pPr>
              <w:spacing w:after="0"/>
              <w:jc w:val="right"/>
            </w:pPr>
            <w:r>
              <w:rPr>
                <w:sz w:val="16"/>
              </w:rPr>
              <w:t>$6,477</w:t>
            </w:r>
          </w:p>
        </w:tc>
        <w:tc>
          <w:tcPr>
            <w:tcW w:type="dxa" w:w="2132"/>
          </w:tcPr>
          <w:p>
            <w:pPr>
              <w:spacing w:after="0"/>
              <w:jc w:val="right"/>
            </w:pPr>
            <w:r>
              <w:rPr>
                <w:sz w:val="16"/>
              </w:rPr>
              <w:t>24</w:t>
            </w:r>
          </w:p>
        </w:tc>
        <w:tc>
          <w:tcPr>
            <w:tcW w:type="dxa" w:w="2198"/>
          </w:tcPr>
          <w:p>
            <w:pPr>
              <w:spacing w:after="0"/>
              <w:jc w:val="left"/>
            </w:pPr>
          </w:p>
        </w:tc>
      </w:tr>
      <w:tr>
        <w:trPr>
          <w:cantSplit/>
        </w:trPr>
        <w:tc>
          <w:tcPr>
            <w:tcW w:type="dxa" w:w="723"/>
          </w:tcPr>
          <w:p>
            <w:pPr>
              <w:spacing w:after="0"/>
              <w:jc w:val="right"/>
            </w:pPr>
            <w:r>
              <w:rPr>
                <w:sz w:val="16"/>
              </w:rPr>
              <w:t>14</w:t>
            </w:r>
          </w:p>
        </w:tc>
        <w:tc>
          <w:tcPr>
            <w:tcW w:type="dxa" w:w="1037"/>
          </w:tcPr>
          <w:p>
            <w:pPr>
              <w:spacing w:after="0"/>
              <w:jc w:val="left"/>
            </w:pPr>
            <w:r>
              <w:rPr>
                <w:sz w:val="16"/>
              </w:rPr>
              <w:t>Wildfire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$2,221</w:t>
            </w:r>
          </w:p>
        </w:tc>
        <w:tc>
          <w:tcPr>
            <w:tcW w:type="dxa" w:w="1126"/>
          </w:tcPr>
          <w:p>
            <w:pPr>
              <w:spacing w:after="0"/>
              <w:jc w:val="right"/>
            </w:pPr>
            <w:r>
              <w:rPr>
                <w:sz w:val="16"/>
              </w:rPr>
              <w:t>$2</w:t>
            </w:r>
          </w:p>
        </w:tc>
        <w:tc>
          <w:tcPr>
            <w:tcW w:type="dxa" w:w="1922"/>
          </w:tcPr>
          <w:p>
            <w:pPr>
              <w:spacing w:after="0"/>
              <w:jc w:val="right"/>
            </w:pPr>
            <w:r>
              <w:rPr>
                <w:sz w:val="16"/>
              </w:rPr>
              <w:t>$294</w:t>
            </w:r>
          </w:p>
        </w:tc>
        <w:tc>
          <w:tcPr>
            <w:tcW w:type="dxa" w:w="1193"/>
          </w:tcPr>
          <w:p>
            <w:pPr>
              <w:spacing w:after="0"/>
              <w:jc w:val="right"/>
            </w:pPr>
            <w:r>
              <w:rPr>
                <w:sz w:val="16"/>
              </w:rPr>
              <w:t>$2,517</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Landslide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$484</w:t>
            </w:r>
          </w:p>
        </w:tc>
        <w:tc>
          <w:tcPr>
            <w:tcW w:type="dxa" w:w="1126"/>
          </w:tcPr>
          <w:p>
            <w:pPr>
              <w:spacing w:after="0"/>
              <w:jc w:val="right"/>
            </w:pPr>
            <w:r>
              <w:rPr>
                <w:sz w:val="16"/>
              </w:rPr>
              <w:t>n/a</w:t>
            </w:r>
          </w:p>
        </w:tc>
        <w:tc>
          <w:tcPr>
            <w:tcW w:type="dxa" w:w="1922"/>
          </w:tcPr>
          <w:p>
            <w:pPr>
              <w:spacing w:after="0"/>
              <w:jc w:val="right"/>
            </w:pPr>
            <w:r>
              <w:rPr>
                <w:sz w:val="16"/>
              </w:rPr>
              <w:t>$59</w:t>
            </w:r>
          </w:p>
        </w:tc>
        <w:tc>
          <w:tcPr>
            <w:tcW w:type="dxa" w:w="1193"/>
          </w:tcPr>
          <w:p>
            <w:pPr>
              <w:spacing w:after="0"/>
              <w:jc w:val="right"/>
            </w:pPr>
            <w:r>
              <w:rPr>
                <w:sz w:val="16"/>
              </w:rPr>
              <w:t>$543</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p>
        </w:tc>
        <w:tc>
          <w:tcPr>
            <w:tcW w:type="dxa" w:w="1037"/>
          </w:tcPr>
          <w:p>
            <w:pPr>
              <w:spacing w:after="0"/>
              <w:jc w:val="left"/>
            </w:pPr>
            <w:r>
              <w:rPr>
                <w:sz w:val="16"/>
              </w:rPr>
              <w:t>Tsunami</w:t>
            </w:r>
          </w:p>
        </w:tc>
        <w:tc>
          <w:tcPr>
            <w:tcW w:type="dxa" w:w="1372"/>
          </w:tcPr>
          <w:p>
            <w:pPr>
              <w:spacing w:after="0"/>
              <w:jc w:val="left"/>
            </w:pPr>
            <w:r>
              <w:rPr>
                <w:sz w:val="16"/>
              </w:rPr>
              <w:t>Insufficient Data</w:t>
            </w:r>
          </w:p>
        </w:tc>
        <w:tc>
          <w:tcPr>
            <w:tcW w:type="dxa" w:w="1372"/>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22"/>
          </w:tcPr>
          <w:p>
            <w:pPr>
              <w:spacing w:after="0"/>
              <w:jc w:val="right"/>
            </w:pPr>
            <w:r>
              <w:rPr>
                <w:sz w:val="16"/>
              </w:rPr>
              <w:t>n/a</w:t>
            </w:r>
          </w:p>
        </w:tc>
        <w:tc>
          <w:tcPr>
            <w:tcW w:type="dxa" w:w="1193"/>
          </w:tcPr>
          <w:p>
            <w:pPr>
              <w:spacing w:after="0"/>
              <w:jc w:val="right"/>
            </w:pPr>
            <w:r>
              <w:rPr>
                <w:sz w:val="16"/>
              </w:rPr>
              <w:t>n/a</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9507 (Relatively Low, 73.8); tract 9506 (Relatively Low, 58.0); tract 9508 (Relatively Low, 48.3)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9507 (Relatively High, 93.2); tract 9508 (Relatively High, 91.5); tract 9506 (Relatively High, 90.5)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9506 (Relatively Low, 88.4); tract 9508 (Relatively Low, 84.5); tract 9507 (Relatively Low, 82.8)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9507 (Relatively Moderate, 62.6); tract 9506 (Relatively Moderate, 56.7); tract 9508 (Relatively Moderate, 55.7)</w:t>
            </w:r>
          </w:p>
        </w:tc>
      </w:tr>
      <w:tr>
        <w:trPr>
          <w:cantSplit/>
        </w:trPr>
        <w:tc>
          <w:tcPr>
            <w:tcW w:type="dxa" w:w="3446"/>
          </w:tcPr>
          <w:p>
            <w:pPr>
              <w:spacing w:after="0"/>
              <w:jc w:val="left"/>
            </w:pPr>
            <w:r>
              <w:rPr>
                <w:sz w:val="16"/>
              </w:rPr>
              <w:t>Tsunami</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9508 (Relatively Low, 71.7); tract 9506 (Very Low, 64.7); tract 9507 (Very Low, 64.0)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9507 is Census Tract 9507).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2"/>
        <w:gridCol w:w="1929"/>
        <w:gridCol w:w="1585"/>
        <w:gridCol w:w="1386"/>
        <w:gridCol w:w="2439"/>
        <w:gridCol w:w="1641"/>
        <w:gridCol w:w="1789"/>
        <w:gridCol w:w="1540"/>
      </w:tblGrid>
      <w:tr>
        <w:trPr>
          <w:cantSplit/>
          <w:tblHeader/>
        </w:trPr>
        <w:tc>
          <w:tcPr>
            <w:tcW w:type="dxa" w:w="1802"/>
            <w:shd w:val="clear" w:color="auto" w:fill="E8E8E8"/>
          </w:tcPr>
          <w:p>
            <w:pPr>
              <w:spacing w:after="0"/>
              <w:jc w:val="left"/>
            </w:pPr>
            <w:r>
              <w:rPr>
                <w:b/>
                <w:sz w:val="16"/>
              </w:rPr>
              <w:t>Hazard</w:t>
            </w:r>
          </w:p>
        </w:tc>
        <w:tc>
          <w:tcPr>
            <w:tcW w:type="dxa" w:w="1929"/>
            <w:shd w:val="clear" w:color="auto" w:fill="E8E8E8"/>
          </w:tcPr>
          <w:p>
            <w:pPr>
              <w:spacing w:after="0"/>
              <w:jc w:val="left"/>
            </w:pPr>
            <w:r>
              <w:rPr>
                <w:b/>
                <w:sz w:val="16"/>
              </w:rPr>
              <w:t>Scale</w:t>
            </w:r>
          </w:p>
        </w:tc>
        <w:tc>
          <w:tcPr>
            <w:tcW w:type="dxa" w:w="158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86"/>
            <w:shd w:val="clear" w:color="auto" w:fill="E8E8E8"/>
          </w:tcPr>
          <w:p>
            <w:pPr>
              <w:spacing w:after="0"/>
              <w:jc w:val="left"/>
            </w:pPr>
            <w:r>
              <w:rPr>
                <w:b/>
                <w:sz w:val="16"/>
              </w:rPr>
              <w:t>Observed range</w:t>
            </w:r>
          </w:p>
        </w:tc>
        <w:tc>
          <w:tcPr>
            <w:tcW w:type="dxa" w:w="2439"/>
            <w:shd w:val="clear" w:color="auto" w:fill="E8E8E8"/>
          </w:tcPr>
          <w:p>
            <w:pPr>
              <w:spacing w:after="0"/>
              <w:jc w:val="left"/>
            </w:pPr>
            <w:r>
              <w:rPr>
                <w:b/>
                <w:sz w:val="16"/>
              </w:rPr>
              <w:t>Worst recorded event</w:t>
            </w:r>
          </w:p>
        </w:tc>
        <w:tc>
          <w:tcPr>
            <w:tcW w:type="dxa" w:w="1641"/>
            <w:shd w:val="clear" w:color="auto" w:fill="E8E8E8"/>
          </w:tcPr>
          <w:p>
            <w:pPr>
              <w:spacing w:after="0"/>
              <w:jc w:val="left"/>
            </w:pPr>
            <w:r>
              <w:rPr>
                <w:b/>
                <w:sz w:val="16"/>
              </w:rPr>
              <w:t>Most damaging (when different)</w:t>
            </w:r>
          </w:p>
        </w:tc>
        <w:tc>
          <w:tcPr>
            <w:tcW w:type="dxa" w:w="1789"/>
            <w:shd w:val="clear" w:color="auto" w:fill="E8E8E8"/>
          </w:tcPr>
          <w:p>
            <w:pPr>
              <w:spacing w:after="0"/>
              <w:jc w:val="left"/>
            </w:pPr>
            <w:r>
              <w:rPr>
                <w:b/>
                <w:sz w:val="16"/>
              </w:rPr>
              <w:t>How it applies to jurisdictions</w:t>
            </w:r>
          </w:p>
        </w:tc>
        <w:tc>
          <w:tcPr>
            <w:tcW w:type="dxa" w:w="1540"/>
            <w:shd w:val="clear" w:color="auto" w:fill="E8E8E8"/>
          </w:tcPr>
          <w:p>
            <w:pPr>
              <w:spacing w:after="0"/>
              <w:jc w:val="left"/>
            </w:pPr>
            <w:r>
              <w:rPr>
                <w:b/>
                <w:sz w:val="16"/>
              </w:rPr>
              <w:t>Note</w:t>
            </w:r>
          </w:p>
        </w:tc>
      </w:tr>
      <w:tr>
        <w:trPr>
          <w:cantSplit/>
        </w:trPr>
        <w:tc>
          <w:tcPr>
            <w:tcW w:type="dxa" w:w="1802"/>
          </w:tcPr>
          <w:p>
            <w:pPr>
              <w:spacing w:after="0"/>
              <w:jc w:val="left"/>
            </w:pPr>
            <w:r>
              <w:rPr>
                <w:sz w:val="16"/>
              </w:rPr>
              <w:t>Coastal Flood, Storm Surge/Tide</w:t>
            </w:r>
          </w:p>
        </w:tc>
        <w:tc>
          <w:tcPr>
            <w:tcW w:type="dxa" w:w="1929"/>
          </w:tcPr>
          <w:p>
            <w:pPr>
              <w:spacing w:after="0"/>
              <w:jc w:val="left"/>
            </w:pPr>
            <w:r>
              <w:rPr>
                <w:sz w:val="16"/>
              </w:rPr>
              <w:t>none in data (flood depth: FIRM)</w:t>
            </w:r>
          </w:p>
        </w:tc>
        <w:tc>
          <w:tcPr>
            <w:tcW w:type="dxa" w:w="1585"/>
          </w:tcPr>
          <w:p>
            <w:pPr>
              <w:spacing w:after="0"/>
              <w:jc w:val="right"/>
            </w:pPr>
            <w:r>
              <w:rPr>
                <w:sz w:val="16"/>
              </w:rPr>
              <w:t>6 records, 2015 to 2025 (6 zone-level)</w:t>
            </w:r>
          </w:p>
        </w:tc>
        <w:tc>
          <w:tcPr>
            <w:tcW w:type="dxa" w:w="1386"/>
          </w:tcPr>
          <w:p>
            <w:pPr>
              <w:spacing w:after="0"/>
              <w:jc w:val="left"/>
            </w:pPr>
          </w:p>
        </w:tc>
        <w:tc>
          <w:tcPr>
            <w:tcW w:type="dxa" w:w="2439"/>
          </w:tcPr>
          <w:p>
            <w:pPr>
              <w:spacing w:after="0"/>
              <w:jc w:val="left"/>
            </w:pPr>
            <w:r>
              <w:rPr>
                <w:sz w:val="16"/>
              </w:rPr>
              <w:t>No damage reported in 6 records.</w:t>
            </w:r>
          </w:p>
        </w:tc>
        <w:tc>
          <w:tcPr>
            <w:tcW w:type="dxa" w:w="1641"/>
          </w:tcPr>
          <w:p>
            <w:pPr>
              <w:spacing w:after="0"/>
              <w:jc w:val="left"/>
            </w:pPr>
          </w:p>
        </w:tc>
        <w:tc>
          <w:tcPr>
            <w:tcW w:type="dxa" w:w="1789"/>
          </w:tcPr>
          <w:p>
            <w:pPr>
              <w:spacing w:after="0"/>
              <w:jc w:val="left"/>
            </w:pPr>
            <w:r>
              <w:rPr>
                <w:sz w:val="16"/>
              </w:rPr>
              <w:t>Countywide (zone-level records).</w:t>
            </w:r>
          </w:p>
        </w:tc>
        <w:tc>
          <w:tcPr>
            <w:tcW w:type="dxa" w:w="1540"/>
          </w:tcPr>
          <w:p>
            <w:pPr>
              <w:spacing w:after="0"/>
              <w:jc w:val="left"/>
            </w:pPr>
            <w:r>
              <w:rPr>
                <w:sz w:val="16"/>
              </w:rPr>
              <w:t>Flood depth: see the FEMA Flood Insurance Rate Map.</w:t>
            </w:r>
          </w:p>
        </w:tc>
      </w:tr>
      <w:tr>
        <w:trPr>
          <w:cantSplit/>
        </w:trPr>
        <w:tc>
          <w:tcPr>
            <w:tcW w:type="dxa" w:w="1802"/>
          </w:tcPr>
          <w:p>
            <w:pPr>
              <w:spacing w:after="0"/>
              <w:jc w:val="left"/>
            </w:pPr>
            <w:r>
              <w:rPr>
                <w:sz w:val="16"/>
              </w:rPr>
              <w:t>Cold/Wind Chill, Extreme Cold/Wind Chill</w:t>
            </w:r>
          </w:p>
        </w:tc>
        <w:tc>
          <w:tcPr>
            <w:tcW w:type="dxa" w:w="1929"/>
          </w:tcPr>
          <w:p>
            <w:pPr>
              <w:spacing w:after="0"/>
              <w:jc w:val="left"/>
            </w:pPr>
            <w:r>
              <w:rPr>
                <w:sz w:val="16"/>
              </w:rPr>
              <w:t>wind chill</w:t>
            </w:r>
          </w:p>
        </w:tc>
        <w:tc>
          <w:tcPr>
            <w:tcW w:type="dxa" w:w="1585"/>
          </w:tcPr>
          <w:p>
            <w:pPr>
              <w:spacing w:after="0"/>
              <w:jc w:val="right"/>
            </w:pPr>
            <w:r>
              <w:rPr>
                <w:sz w:val="16"/>
              </w:rPr>
              <w:t>0</w:t>
            </w:r>
          </w:p>
        </w:tc>
        <w:tc>
          <w:tcPr>
            <w:tcW w:type="dxa" w:w="1386"/>
          </w:tcPr>
          <w:p>
            <w:pPr>
              <w:spacing w:after="0"/>
              <w:jc w:val="left"/>
            </w:pPr>
          </w:p>
        </w:tc>
        <w:tc>
          <w:tcPr>
            <w:tcW w:type="dxa" w:w="2439"/>
          </w:tcPr>
          <w:p>
            <w:pPr>
              <w:spacing w:after="0"/>
              <w:jc w:val="left"/>
            </w:pPr>
          </w:p>
        </w:tc>
        <w:tc>
          <w:tcPr>
            <w:tcW w:type="dxa" w:w="1641"/>
          </w:tcPr>
          <w:p>
            <w:pPr>
              <w:spacing w:after="0"/>
              <w:jc w:val="left"/>
            </w:pPr>
          </w:p>
        </w:tc>
        <w:tc>
          <w:tcPr>
            <w:tcW w:type="dxa" w:w="1789"/>
          </w:tcPr>
          <w:p>
            <w:pPr>
              <w:spacing w:after="0"/>
              <w:jc w:val="left"/>
            </w:pPr>
          </w:p>
        </w:tc>
        <w:tc>
          <w:tcPr>
            <w:tcW w:type="dxa" w:w="1540"/>
          </w:tcPr>
          <w:p>
            <w:pPr>
              <w:spacing w:after="0"/>
              <w:jc w:val="left"/>
            </w:pPr>
          </w:p>
        </w:tc>
      </w:tr>
      <w:tr>
        <w:trPr>
          <w:cantSplit/>
        </w:trPr>
        <w:tc>
          <w:tcPr>
            <w:tcW w:type="dxa" w:w="1802"/>
          </w:tcPr>
          <w:p>
            <w:pPr>
              <w:spacing w:after="0"/>
              <w:jc w:val="left"/>
            </w:pPr>
            <w:r>
              <w:rPr>
                <w:sz w:val="16"/>
              </w:rPr>
              <w:t>Frost/Freeze (outside NRI's Cold Wave definition)</w:t>
            </w:r>
          </w:p>
        </w:tc>
        <w:tc>
          <w:tcPr>
            <w:tcW w:type="dxa" w:w="1929"/>
          </w:tcPr>
          <w:p>
            <w:pPr>
              <w:spacing w:after="0"/>
              <w:jc w:val="left"/>
            </w:pPr>
            <w:r>
              <w:rPr>
                <w:sz w:val="16"/>
              </w:rPr>
              <w:t>crop damage</w:t>
            </w:r>
          </w:p>
        </w:tc>
        <w:tc>
          <w:tcPr>
            <w:tcW w:type="dxa" w:w="1585"/>
          </w:tcPr>
          <w:p>
            <w:pPr>
              <w:spacing w:after="0"/>
              <w:jc w:val="right"/>
            </w:pPr>
            <w:r>
              <w:rPr>
                <w:sz w:val="16"/>
              </w:rPr>
              <w:t>1 record, 2016 (1 zone-level)</w:t>
            </w:r>
          </w:p>
        </w:tc>
        <w:tc>
          <w:tcPr>
            <w:tcW w:type="dxa" w:w="1386"/>
          </w:tcPr>
          <w:p>
            <w:pPr>
              <w:spacing w:after="0"/>
              <w:jc w:val="left"/>
            </w:pPr>
          </w:p>
        </w:tc>
        <w:tc>
          <w:tcPr>
            <w:tcW w:type="dxa" w:w="2439"/>
          </w:tcPr>
          <w:p>
            <w:pPr>
              <w:spacing w:after="0"/>
              <w:jc w:val="left"/>
            </w:pPr>
            <w:r>
              <w:rPr>
                <w:sz w:val="16"/>
              </w:rPr>
              <w:t>No crop damage reported in 1 record.</w:t>
            </w:r>
          </w:p>
        </w:tc>
        <w:tc>
          <w:tcPr>
            <w:tcW w:type="dxa" w:w="1641"/>
          </w:tcPr>
          <w:p>
            <w:pPr>
              <w:spacing w:after="0"/>
              <w:jc w:val="left"/>
            </w:pPr>
          </w:p>
        </w:tc>
        <w:tc>
          <w:tcPr>
            <w:tcW w:type="dxa" w:w="1789"/>
          </w:tcPr>
          <w:p>
            <w:pPr>
              <w:spacing w:after="0"/>
              <w:jc w:val="left"/>
            </w:pPr>
            <w:r>
              <w:rPr>
                <w:sz w:val="16"/>
              </w:rPr>
              <w:t>Countywide (zone-level records).</w:t>
            </w:r>
          </w:p>
        </w:tc>
        <w:tc>
          <w:tcPr>
            <w:tcW w:type="dxa" w:w="1540"/>
          </w:tcPr>
          <w:p>
            <w:pPr>
              <w:spacing w:after="0"/>
              <w:jc w:val="left"/>
            </w:pPr>
          </w:p>
        </w:tc>
      </w:tr>
      <w:tr>
        <w:trPr>
          <w:cantSplit/>
        </w:trPr>
        <w:tc>
          <w:tcPr>
            <w:tcW w:type="dxa" w:w="1802"/>
          </w:tcPr>
          <w:p>
            <w:pPr>
              <w:spacing w:after="0"/>
              <w:jc w:val="left"/>
            </w:pPr>
            <w:r>
              <w:rPr>
                <w:sz w:val="16"/>
              </w:rPr>
              <w:t>Drought</w:t>
            </w:r>
          </w:p>
        </w:tc>
        <w:tc>
          <w:tcPr>
            <w:tcW w:type="dxa" w:w="1929"/>
          </w:tcPr>
          <w:p>
            <w:pPr>
              <w:spacing w:after="0"/>
              <w:jc w:val="left"/>
            </w:pPr>
            <w:r>
              <w:rPr>
                <w:sz w:val="16"/>
              </w:rPr>
              <w:t>U.S. Drought Monitor scale (D0 to D4)</w:t>
            </w:r>
          </w:p>
        </w:tc>
        <w:tc>
          <w:tcPr>
            <w:tcW w:type="dxa" w:w="1585"/>
          </w:tcPr>
          <w:p>
            <w:pPr>
              <w:spacing w:after="0"/>
              <w:jc w:val="right"/>
            </w:pPr>
            <w:r>
              <w:rPr>
                <w:sz w:val="16"/>
              </w:rPr>
              <w:t>0</w:t>
            </w:r>
          </w:p>
        </w:tc>
        <w:tc>
          <w:tcPr>
            <w:tcW w:type="dxa" w:w="1386"/>
          </w:tcPr>
          <w:p>
            <w:pPr>
              <w:spacing w:after="0"/>
              <w:jc w:val="left"/>
            </w:pPr>
          </w:p>
        </w:tc>
        <w:tc>
          <w:tcPr>
            <w:tcW w:type="dxa" w:w="2439"/>
          </w:tcPr>
          <w:p>
            <w:pPr>
              <w:spacing w:after="0"/>
              <w:jc w:val="left"/>
            </w:pPr>
          </w:p>
        </w:tc>
        <w:tc>
          <w:tcPr>
            <w:tcW w:type="dxa" w:w="1641"/>
          </w:tcPr>
          <w:p>
            <w:pPr>
              <w:spacing w:after="0"/>
              <w:jc w:val="left"/>
            </w:pPr>
          </w:p>
        </w:tc>
        <w:tc>
          <w:tcPr>
            <w:tcW w:type="dxa" w:w="1789"/>
          </w:tcPr>
          <w:p>
            <w:pPr>
              <w:spacing w:after="0"/>
              <w:jc w:val="left"/>
            </w:pPr>
          </w:p>
        </w:tc>
        <w:tc>
          <w:tcPr>
            <w:tcW w:type="dxa" w:w="15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2"/>
          </w:tcPr>
          <w:p>
            <w:pPr>
              <w:spacing w:after="0"/>
              <w:jc w:val="left"/>
            </w:pPr>
            <w:r>
              <w:rPr>
                <w:sz w:val="16"/>
              </w:rPr>
              <w:t>Earthquake</w:t>
            </w:r>
          </w:p>
        </w:tc>
        <w:tc>
          <w:tcPr>
            <w:tcW w:type="dxa" w:w="1929"/>
          </w:tcPr>
          <w:p>
            <w:pPr>
              <w:spacing w:after="0"/>
              <w:jc w:val="left"/>
            </w:pPr>
            <w:r>
              <w:rPr>
                <w:sz w:val="16"/>
              </w:rPr>
              <w:t>Modified Mercalli (local data)</w:t>
            </w:r>
          </w:p>
        </w:tc>
        <w:tc>
          <w:tcPr>
            <w:tcW w:type="dxa" w:w="1585"/>
          </w:tcPr>
          <w:p>
            <w:pPr>
              <w:spacing w:after="0"/>
              <w:jc w:val="right"/>
            </w:pPr>
            <w:r>
              <w:rPr>
                <w:sz w:val="16"/>
              </w:rPr>
              <w:t>0</w:t>
            </w:r>
          </w:p>
        </w:tc>
        <w:tc>
          <w:tcPr>
            <w:tcW w:type="dxa" w:w="1386"/>
          </w:tcPr>
          <w:p>
            <w:pPr>
              <w:spacing w:after="0"/>
              <w:jc w:val="left"/>
            </w:pPr>
          </w:p>
        </w:tc>
        <w:tc>
          <w:tcPr>
            <w:tcW w:type="dxa" w:w="2439"/>
          </w:tcPr>
          <w:p>
            <w:pPr>
              <w:spacing w:after="0"/>
              <w:jc w:val="left"/>
            </w:pPr>
          </w:p>
        </w:tc>
        <w:tc>
          <w:tcPr>
            <w:tcW w:type="dxa" w:w="1641"/>
          </w:tcPr>
          <w:p>
            <w:pPr>
              <w:spacing w:after="0"/>
              <w:jc w:val="left"/>
            </w:pPr>
          </w:p>
        </w:tc>
        <w:tc>
          <w:tcPr>
            <w:tcW w:type="dxa" w:w="1789"/>
          </w:tcPr>
          <w:p>
            <w:pPr>
              <w:spacing w:after="0"/>
              <w:jc w:val="left"/>
            </w:pPr>
          </w:p>
        </w:tc>
        <w:tc>
          <w:tcPr>
            <w:tcW w:type="dxa" w:w="1540"/>
          </w:tcPr>
          <w:p>
            <w:pPr>
              <w:spacing w:after="0"/>
              <w:jc w:val="left"/>
            </w:pPr>
            <w:r>
              <w:rPr>
                <w:sz w:val="16"/>
              </w:rPr>
              <w:t>Storm Events does not record earthquakes; the USGS earthquake catalog is the source.</w:t>
            </w:r>
          </w:p>
        </w:tc>
      </w:tr>
      <w:tr>
        <w:trPr>
          <w:cantSplit/>
        </w:trPr>
        <w:tc>
          <w:tcPr>
            <w:tcW w:type="dxa" w:w="1802"/>
          </w:tcPr>
          <w:p>
            <w:pPr>
              <w:spacing w:after="0"/>
              <w:jc w:val="left"/>
            </w:pPr>
            <w:r>
              <w:rPr>
                <w:sz w:val="16"/>
              </w:rPr>
              <w:t>Hail</w:t>
            </w:r>
          </w:p>
        </w:tc>
        <w:tc>
          <w:tcPr>
            <w:tcW w:type="dxa" w:w="1929"/>
          </w:tcPr>
          <w:p>
            <w:pPr>
              <w:spacing w:after="0"/>
              <w:jc w:val="left"/>
            </w:pPr>
            <w:r>
              <w:rPr>
                <w:sz w:val="16"/>
              </w:rPr>
              <w:t>hail size (inches)</w:t>
            </w:r>
          </w:p>
        </w:tc>
        <w:tc>
          <w:tcPr>
            <w:tcW w:type="dxa" w:w="1585"/>
          </w:tcPr>
          <w:p>
            <w:pPr>
              <w:spacing w:after="0"/>
              <w:jc w:val="right"/>
            </w:pPr>
            <w:r>
              <w:rPr>
                <w:sz w:val="16"/>
              </w:rPr>
              <w:t>23 records, 1990 to 2023</w:t>
            </w:r>
          </w:p>
        </w:tc>
        <w:tc>
          <w:tcPr>
            <w:tcW w:type="dxa" w:w="1386"/>
          </w:tcPr>
          <w:p>
            <w:pPr>
              <w:spacing w:after="0"/>
              <w:jc w:val="left"/>
            </w:pPr>
            <w:r>
              <w:rPr>
                <w:sz w:val="16"/>
              </w:rPr>
              <w:t>0.75 in to 1.75 in (median 0.88 in); 23 with a recorded value</w:t>
            </w:r>
          </w:p>
        </w:tc>
        <w:tc>
          <w:tcPr>
            <w:tcW w:type="dxa" w:w="2439"/>
          </w:tcPr>
          <w:p>
            <w:pPr>
              <w:spacing w:after="0"/>
              <w:jc w:val="left"/>
            </w:pPr>
            <w:r>
              <w:rPr>
                <w:sz w:val="16"/>
              </w:rPr>
              <w:t>1.75 in hail, 2009-06-03</w:t>
            </w:r>
          </w:p>
        </w:tc>
        <w:tc>
          <w:tcPr>
            <w:tcW w:type="dxa" w:w="1641"/>
          </w:tcPr>
          <w:p>
            <w:pPr>
              <w:spacing w:after="0"/>
              <w:jc w:val="left"/>
            </w:pPr>
          </w:p>
        </w:tc>
        <w:tc>
          <w:tcPr>
            <w:tcW w:type="dxa" w:w="1789"/>
          </w:tcPr>
          <w:p>
            <w:pPr>
              <w:spacing w:after="0"/>
              <w:jc w:val="left"/>
            </w:pPr>
            <w:r>
              <w:rPr>
                <w:sz w:val="16"/>
              </w:rPr>
              <w:t>Event records naming jurisdictions in the plan: Tappahannock town (5 records).</w:t>
            </w:r>
          </w:p>
        </w:tc>
        <w:tc>
          <w:tcPr>
            <w:tcW w:type="dxa" w:w="1540"/>
          </w:tcPr>
          <w:p>
            <w:pPr>
              <w:spacing w:after="0"/>
              <w:jc w:val="left"/>
            </w:pPr>
          </w:p>
        </w:tc>
      </w:tr>
      <w:tr>
        <w:trPr>
          <w:cantSplit/>
        </w:trPr>
        <w:tc>
          <w:tcPr>
            <w:tcW w:type="dxa" w:w="1802"/>
          </w:tcPr>
          <w:p>
            <w:pPr>
              <w:spacing w:after="0"/>
              <w:jc w:val="left"/>
            </w:pPr>
            <w:r>
              <w:rPr>
                <w:sz w:val="16"/>
              </w:rPr>
              <w:t>Excessive Heat, Heat</w:t>
            </w:r>
          </w:p>
        </w:tc>
        <w:tc>
          <w:tcPr>
            <w:tcW w:type="dxa" w:w="1929"/>
          </w:tcPr>
          <w:p>
            <w:pPr>
              <w:spacing w:after="0"/>
              <w:jc w:val="left"/>
            </w:pPr>
            <w:r>
              <w:rPr>
                <w:sz w:val="16"/>
              </w:rPr>
              <w:t>heat index (in event narratives)</w:t>
            </w:r>
          </w:p>
        </w:tc>
        <w:tc>
          <w:tcPr>
            <w:tcW w:type="dxa" w:w="1585"/>
          </w:tcPr>
          <w:p>
            <w:pPr>
              <w:spacing w:after="0"/>
              <w:jc w:val="right"/>
            </w:pPr>
            <w:r>
              <w:rPr>
                <w:sz w:val="16"/>
              </w:rPr>
              <w:t>1 record, 2025 (1 zone-level)</w:t>
            </w:r>
          </w:p>
        </w:tc>
        <w:tc>
          <w:tcPr>
            <w:tcW w:type="dxa" w:w="1386"/>
          </w:tcPr>
          <w:p>
            <w:pPr>
              <w:spacing w:after="0"/>
              <w:jc w:val="left"/>
            </w:pPr>
            <w:r>
              <w:rPr>
                <w:sz w:val="16"/>
              </w:rPr>
              <w:t>3 days; 1 with a recorded value</w:t>
            </w:r>
          </w:p>
        </w:tc>
        <w:tc>
          <w:tcPr>
            <w:tcW w:type="dxa" w:w="2439"/>
          </w:tcPr>
          <w:p>
            <w:pPr>
              <w:spacing w:after="0"/>
              <w:jc w:val="left"/>
            </w:pPr>
            <w:r>
              <w:rPr>
                <w:sz w:val="16"/>
              </w:rPr>
              <w:t>3 consecutive days, 2025-06-23 to 2025-06-25, zone-level</w:t>
            </w:r>
          </w:p>
        </w:tc>
        <w:tc>
          <w:tcPr>
            <w:tcW w:type="dxa" w:w="1641"/>
          </w:tcPr>
          <w:p>
            <w:pPr>
              <w:spacing w:after="0"/>
              <w:jc w:val="left"/>
            </w:pPr>
          </w:p>
        </w:tc>
        <w:tc>
          <w:tcPr>
            <w:tcW w:type="dxa" w:w="1789"/>
          </w:tcPr>
          <w:p>
            <w:pPr>
              <w:spacing w:after="0"/>
              <w:jc w:val="left"/>
            </w:pPr>
            <w:r>
              <w:rPr>
                <w:sz w:val="16"/>
              </w:rPr>
              <w:t>Countywide (zone-level records).</w:t>
            </w:r>
          </w:p>
        </w:tc>
        <w:tc>
          <w:tcPr>
            <w:tcW w:type="dxa" w:w="1540"/>
          </w:tcPr>
          <w:p>
            <w:pPr>
              <w:spacing w:after="0"/>
              <w:jc w:val="left"/>
            </w:pPr>
          </w:p>
        </w:tc>
      </w:tr>
      <w:tr>
        <w:trPr>
          <w:cantSplit/>
        </w:trPr>
        <w:tc>
          <w:tcPr>
            <w:tcW w:type="dxa" w:w="1802"/>
          </w:tcPr>
          <w:p>
            <w:pPr>
              <w:spacing w:after="0"/>
              <w:jc w:val="left"/>
            </w:pPr>
            <w:r>
              <w:rPr>
                <w:sz w:val="16"/>
              </w:rPr>
              <w:t>Hurricane, Tropical Storm, Tropical Depression</w:t>
            </w:r>
          </w:p>
        </w:tc>
        <w:tc>
          <w:tcPr>
            <w:tcW w:type="dxa" w:w="1929"/>
          </w:tcPr>
          <w:p>
            <w:pPr>
              <w:spacing w:after="0"/>
              <w:jc w:val="left"/>
            </w:pPr>
            <w:r>
              <w:rPr>
                <w:sz w:val="16"/>
              </w:rPr>
              <w:t>Saffir-Simpson</w:t>
            </w:r>
          </w:p>
        </w:tc>
        <w:tc>
          <w:tcPr>
            <w:tcW w:type="dxa" w:w="1585"/>
          </w:tcPr>
          <w:p>
            <w:pPr>
              <w:spacing w:after="0"/>
              <w:jc w:val="right"/>
            </w:pPr>
            <w:r>
              <w:rPr>
                <w:sz w:val="16"/>
              </w:rPr>
              <w:t>0</w:t>
            </w:r>
          </w:p>
        </w:tc>
        <w:tc>
          <w:tcPr>
            <w:tcW w:type="dxa" w:w="1386"/>
          </w:tcPr>
          <w:p>
            <w:pPr>
              <w:spacing w:after="0"/>
              <w:jc w:val="left"/>
            </w:pPr>
          </w:p>
        </w:tc>
        <w:tc>
          <w:tcPr>
            <w:tcW w:type="dxa" w:w="2439"/>
          </w:tcPr>
          <w:p>
            <w:pPr>
              <w:spacing w:after="0"/>
              <w:jc w:val="left"/>
            </w:pPr>
          </w:p>
        </w:tc>
        <w:tc>
          <w:tcPr>
            <w:tcW w:type="dxa" w:w="1641"/>
          </w:tcPr>
          <w:p>
            <w:pPr>
              <w:spacing w:after="0"/>
              <w:jc w:val="left"/>
            </w:pPr>
          </w:p>
        </w:tc>
        <w:tc>
          <w:tcPr>
            <w:tcW w:type="dxa" w:w="1789"/>
          </w:tcPr>
          <w:p>
            <w:pPr>
              <w:spacing w:after="0"/>
              <w:jc w:val="left"/>
            </w:pPr>
          </w:p>
        </w:tc>
        <w:tc>
          <w:tcPr>
            <w:tcW w:type="dxa" w:w="15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2"/>
          </w:tcPr>
          <w:p>
            <w:pPr>
              <w:spacing w:after="0"/>
              <w:jc w:val="left"/>
            </w:pPr>
            <w:r>
              <w:rPr>
                <w:sz w:val="16"/>
              </w:rPr>
              <w:t>Ice Storm</w:t>
            </w:r>
          </w:p>
        </w:tc>
        <w:tc>
          <w:tcPr>
            <w:tcW w:type="dxa" w:w="1929"/>
          </w:tcPr>
          <w:p>
            <w:pPr>
              <w:spacing w:after="0"/>
              <w:jc w:val="left"/>
            </w:pPr>
            <w:r>
              <w:rPr>
                <w:sz w:val="16"/>
              </w:rPr>
              <w:t>Sperry-Piltz ice scale (local data)</w:t>
            </w:r>
          </w:p>
        </w:tc>
        <w:tc>
          <w:tcPr>
            <w:tcW w:type="dxa" w:w="1585"/>
          </w:tcPr>
          <w:p>
            <w:pPr>
              <w:spacing w:after="0"/>
              <w:jc w:val="right"/>
            </w:pPr>
            <w:r>
              <w:rPr>
                <w:sz w:val="16"/>
              </w:rPr>
              <w:t>1 record, 2021 (1 zone-level)</w:t>
            </w:r>
          </w:p>
        </w:tc>
        <w:tc>
          <w:tcPr>
            <w:tcW w:type="dxa" w:w="1386"/>
          </w:tcPr>
          <w:p>
            <w:pPr>
              <w:spacing w:after="0"/>
              <w:jc w:val="left"/>
            </w:pPr>
          </w:p>
        </w:tc>
        <w:tc>
          <w:tcPr>
            <w:tcW w:type="dxa" w:w="2439"/>
          </w:tcPr>
          <w:p>
            <w:pPr>
              <w:spacing w:after="0"/>
              <w:jc w:val="left"/>
            </w:pPr>
            <w:r>
              <w:rPr>
                <w:sz w:val="16"/>
              </w:rPr>
              <w:t>Ice Storm, 2021-02-13, $50,000 property; $0 crops (2021 dollars); NWS zone VAZ522</w:t>
            </w:r>
          </w:p>
        </w:tc>
        <w:tc>
          <w:tcPr>
            <w:tcW w:type="dxa" w:w="1641"/>
          </w:tcPr>
          <w:p>
            <w:pPr>
              <w:spacing w:after="0"/>
              <w:jc w:val="left"/>
            </w:pPr>
          </w:p>
        </w:tc>
        <w:tc>
          <w:tcPr>
            <w:tcW w:type="dxa" w:w="1789"/>
          </w:tcPr>
          <w:p>
            <w:pPr>
              <w:spacing w:after="0"/>
              <w:jc w:val="left"/>
            </w:pPr>
            <w:r>
              <w:rPr>
                <w:sz w:val="16"/>
              </w:rPr>
              <w:t>Countywide (zone-level records).</w:t>
            </w:r>
          </w:p>
        </w:tc>
        <w:tc>
          <w:tcPr>
            <w:tcW w:type="dxa" w:w="1540"/>
          </w:tcPr>
          <w:p>
            <w:pPr>
              <w:spacing w:after="0"/>
              <w:jc w:val="left"/>
            </w:pPr>
          </w:p>
        </w:tc>
      </w:tr>
      <w:tr>
        <w:trPr>
          <w:cantSplit/>
        </w:trPr>
        <w:tc>
          <w:tcPr>
            <w:tcW w:type="dxa" w:w="1802"/>
          </w:tcPr>
          <w:p>
            <w:pPr>
              <w:spacing w:after="0"/>
              <w:jc w:val="left"/>
            </w:pPr>
            <w:r>
              <w:rPr>
                <w:sz w:val="16"/>
              </w:rPr>
              <w:t>Flash Flood, Flood, Lakeshore Flood</w:t>
            </w:r>
          </w:p>
        </w:tc>
        <w:tc>
          <w:tcPr>
            <w:tcW w:type="dxa" w:w="1929"/>
          </w:tcPr>
          <w:p>
            <w:pPr>
              <w:spacing w:after="0"/>
              <w:jc w:val="left"/>
            </w:pPr>
            <w:r>
              <w:rPr>
                <w:sz w:val="16"/>
              </w:rPr>
              <w:t>damage and flood days (flood depth: FIRM)</w:t>
            </w:r>
          </w:p>
        </w:tc>
        <w:tc>
          <w:tcPr>
            <w:tcW w:type="dxa" w:w="1585"/>
          </w:tcPr>
          <w:p>
            <w:pPr>
              <w:spacing w:after="0"/>
              <w:jc w:val="right"/>
            </w:pPr>
            <w:r>
              <w:rPr>
                <w:sz w:val="16"/>
              </w:rPr>
              <w:t>12 records, 1999 to 2025</w:t>
            </w:r>
          </w:p>
        </w:tc>
        <w:tc>
          <w:tcPr>
            <w:tcW w:type="dxa" w:w="1386"/>
          </w:tcPr>
          <w:p>
            <w:pPr>
              <w:spacing w:after="0"/>
              <w:jc w:val="left"/>
            </w:pPr>
          </w:p>
        </w:tc>
        <w:tc>
          <w:tcPr>
            <w:tcW w:type="dxa" w:w="2439"/>
          </w:tcPr>
          <w:p>
            <w:pPr>
              <w:spacing w:after="0"/>
              <w:jc w:val="left"/>
            </w:pPr>
            <w:r>
              <w:rPr>
                <w:sz w:val="16"/>
              </w:rPr>
              <w:t>Flash Flood, 1999-09-16, $195,000 property; $20,000 crops (1999 dollars)</w:t>
            </w:r>
          </w:p>
        </w:tc>
        <w:tc>
          <w:tcPr>
            <w:tcW w:type="dxa" w:w="1641"/>
          </w:tcPr>
          <w:p>
            <w:pPr>
              <w:spacing w:after="0"/>
              <w:jc w:val="left"/>
            </w:pPr>
          </w:p>
        </w:tc>
        <w:tc>
          <w:tcPr>
            <w:tcW w:type="dxa" w:w="1789"/>
          </w:tcPr>
          <w:p>
            <w:pPr>
              <w:spacing w:after="0"/>
              <w:jc w:val="left"/>
            </w:pPr>
            <w:r>
              <w:rPr>
                <w:sz w:val="16"/>
              </w:rPr>
              <w:t>Event records naming jurisdictions in the plan: Tappahannock town (3 records).</w:t>
            </w:r>
          </w:p>
        </w:tc>
        <w:tc>
          <w:tcPr>
            <w:tcW w:type="dxa" w:w="15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2"/>
          </w:tcPr>
          <w:p>
            <w:pPr>
              <w:spacing w:after="0"/>
              <w:jc w:val="left"/>
            </w:pPr>
            <w:r>
              <w:rPr>
                <w:sz w:val="16"/>
              </w:rPr>
              <w:t>Debris Flow</w:t>
            </w:r>
          </w:p>
        </w:tc>
        <w:tc>
          <w:tcPr>
            <w:tcW w:type="dxa" w:w="1929"/>
          </w:tcPr>
          <w:p>
            <w:pPr>
              <w:spacing w:after="0"/>
              <w:jc w:val="left"/>
            </w:pPr>
            <w:r>
              <w:rPr>
                <w:sz w:val="16"/>
              </w:rPr>
              <w:t>none (count and damage only)</w:t>
            </w:r>
          </w:p>
        </w:tc>
        <w:tc>
          <w:tcPr>
            <w:tcW w:type="dxa" w:w="1585"/>
          </w:tcPr>
          <w:p>
            <w:pPr>
              <w:spacing w:after="0"/>
              <w:jc w:val="right"/>
            </w:pPr>
            <w:r>
              <w:rPr>
                <w:sz w:val="16"/>
              </w:rPr>
              <w:t>0</w:t>
            </w:r>
          </w:p>
        </w:tc>
        <w:tc>
          <w:tcPr>
            <w:tcW w:type="dxa" w:w="1386"/>
          </w:tcPr>
          <w:p>
            <w:pPr>
              <w:spacing w:after="0"/>
              <w:jc w:val="left"/>
            </w:pPr>
          </w:p>
        </w:tc>
        <w:tc>
          <w:tcPr>
            <w:tcW w:type="dxa" w:w="2439"/>
          </w:tcPr>
          <w:p>
            <w:pPr>
              <w:spacing w:after="0"/>
              <w:jc w:val="left"/>
            </w:pPr>
          </w:p>
        </w:tc>
        <w:tc>
          <w:tcPr>
            <w:tcW w:type="dxa" w:w="1641"/>
          </w:tcPr>
          <w:p>
            <w:pPr>
              <w:spacing w:after="0"/>
              <w:jc w:val="left"/>
            </w:pPr>
          </w:p>
        </w:tc>
        <w:tc>
          <w:tcPr>
            <w:tcW w:type="dxa" w:w="1789"/>
          </w:tcPr>
          <w:p>
            <w:pPr>
              <w:spacing w:after="0"/>
              <w:jc w:val="left"/>
            </w:pPr>
          </w:p>
        </w:tc>
        <w:tc>
          <w:tcPr>
            <w:tcW w:type="dxa" w:w="1540"/>
          </w:tcPr>
          <w:p>
            <w:pPr>
              <w:spacing w:after="0"/>
              <w:jc w:val="left"/>
            </w:pPr>
          </w:p>
        </w:tc>
      </w:tr>
      <w:tr>
        <w:trPr>
          <w:cantSplit/>
        </w:trPr>
        <w:tc>
          <w:tcPr>
            <w:tcW w:type="dxa" w:w="1802"/>
          </w:tcPr>
          <w:p>
            <w:pPr>
              <w:spacing w:after="0"/>
              <w:jc w:val="left"/>
            </w:pPr>
            <w:r>
              <w:rPr>
                <w:sz w:val="16"/>
              </w:rPr>
              <w:t>Lightning</w:t>
            </w:r>
          </w:p>
        </w:tc>
        <w:tc>
          <w:tcPr>
            <w:tcW w:type="dxa" w:w="1929"/>
          </w:tcPr>
          <w:p>
            <w:pPr>
              <w:spacing w:after="0"/>
              <w:jc w:val="left"/>
            </w:pPr>
            <w:r>
              <w:rPr>
                <w:sz w:val="16"/>
              </w:rPr>
              <w:t>annualized frequency (the measure FEMA's Local Mitigation Planning Handbook names)</w:t>
            </w:r>
          </w:p>
        </w:tc>
        <w:tc>
          <w:tcPr>
            <w:tcW w:type="dxa" w:w="1585"/>
          </w:tcPr>
          <w:p>
            <w:pPr>
              <w:spacing w:after="0"/>
              <w:jc w:val="right"/>
            </w:pPr>
            <w:r>
              <w:rPr>
                <w:sz w:val="16"/>
              </w:rPr>
              <w:t>0</w:t>
            </w:r>
          </w:p>
        </w:tc>
        <w:tc>
          <w:tcPr>
            <w:tcW w:type="dxa" w:w="1386"/>
          </w:tcPr>
          <w:p>
            <w:pPr>
              <w:spacing w:after="0"/>
              <w:jc w:val="left"/>
            </w:pPr>
          </w:p>
        </w:tc>
        <w:tc>
          <w:tcPr>
            <w:tcW w:type="dxa" w:w="2439"/>
          </w:tcPr>
          <w:p>
            <w:pPr>
              <w:spacing w:after="0"/>
              <w:jc w:val="left"/>
            </w:pPr>
          </w:p>
        </w:tc>
        <w:tc>
          <w:tcPr>
            <w:tcW w:type="dxa" w:w="1641"/>
          </w:tcPr>
          <w:p>
            <w:pPr>
              <w:spacing w:after="0"/>
              <w:jc w:val="left"/>
            </w:pPr>
          </w:p>
        </w:tc>
        <w:tc>
          <w:tcPr>
            <w:tcW w:type="dxa" w:w="1789"/>
          </w:tcPr>
          <w:p>
            <w:pPr>
              <w:spacing w:after="0"/>
              <w:jc w:val="left"/>
            </w:pPr>
          </w:p>
        </w:tc>
        <w:tc>
          <w:tcPr>
            <w:tcW w:type="dxa" w:w="1540"/>
          </w:tcPr>
          <w:p>
            <w:pPr>
              <w:spacing w:after="0"/>
              <w:jc w:val="left"/>
            </w:pPr>
            <w:r>
              <w:rPr>
                <w:sz w:val="16"/>
              </w:rPr>
              <w:t>Storm Events lists lightning with damage or casualties.</w:t>
            </w:r>
          </w:p>
        </w:tc>
      </w:tr>
      <w:tr>
        <w:trPr>
          <w:cantSplit/>
        </w:trPr>
        <w:tc>
          <w:tcPr>
            <w:tcW w:type="dxa" w:w="1802"/>
          </w:tcPr>
          <w:p>
            <w:pPr>
              <w:spacing w:after="0"/>
              <w:jc w:val="left"/>
            </w:pPr>
            <w:r>
              <w:rPr>
                <w:sz w:val="16"/>
              </w:rPr>
              <w:t>High Wind and Strong Wind (outside NRI's Strong Wind definition)</w:t>
            </w:r>
          </w:p>
        </w:tc>
        <w:tc>
          <w:tcPr>
            <w:tcW w:type="dxa" w:w="1929"/>
          </w:tcPr>
          <w:p>
            <w:pPr>
              <w:spacing w:after="0"/>
              <w:jc w:val="left"/>
            </w:pPr>
            <w:r>
              <w:rPr>
                <w:sz w:val="16"/>
              </w:rPr>
              <w:t>wind speed (kt and mph)</w:t>
            </w:r>
          </w:p>
        </w:tc>
        <w:tc>
          <w:tcPr>
            <w:tcW w:type="dxa" w:w="1585"/>
          </w:tcPr>
          <w:p>
            <w:pPr>
              <w:spacing w:after="0"/>
              <w:jc w:val="right"/>
            </w:pPr>
            <w:r>
              <w:rPr>
                <w:sz w:val="16"/>
              </w:rPr>
              <w:t>2 records, 2018 (2 zone-level)</w:t>
            </w:r>
          </w:p>
        </w:tc>
        <w:tc>
          <w:tcPr>
            <w:tcW w:type="dxa" w:w="1386"/>
          </w:tcPr>
          <w:p>
            <w:pPr>
              <w:spacing w:after="0"/>
              <w:jc w:val="left"/>
            </w:pPr>
            <w:r>
              <w:rPr>
                <w:sz w:val="16"/>
              </w:rPr>
              <w:t>50 kt (58 mph); 2 with a recorded value</w:t>
            </w:r>
          </w:p>
        </w:tc>
        <w:tc>
          <w:tcPr>
            <w:tcW w:type="dxa" w:w="2439"/>
          </w:tcPr>
          <w:p>
            <w:pPr>
              <w:spacing w:after="0"/>
              <w:jc w:val="left"/>
            </w:pPr>
            <w:r>
              <w:rPr>
                <w:sz w:val="16"/>
              </w:rPr>
              <w:t>50 kt (58 mph) estimated gust, High Wind, 2018-10-11; same speed and measurement basis also recorded on 2018-03-02; NWS zone VAZ522</w:t>
            </w:r>
          </w:p>
        </w:tc>
        <w:tc>
          <w:tcPr>
            <w:tcW w:type="dxa" w:w="1641"/>
          </w:tcPr>
          <w:p>
            <w:pPr>
              <w:spacing w:after="0"/>
              <w:jc w:val="left"/>
            </w:pPr>
            <w:r>
              <w:rPr>
                <w:sz w:val="16"/>
              </w:rPr>
              <w:t>High Wind, 2018-03-02, $25,000 property; $0 crops (zone total, 2018 dollars)</w:t>
            </w:r>
          </w:p>
        </w:tc>
        <w:tc>
          <w:tcPr>
            <w:tcW w:type="dxa" w:w="1789"/>
          </w:tcPr>
          <w:p>
            <w:pPr>
              <w:spacing w:after="0"/>
              <w:jc w:val="left"/>
            </w:pPr>
            <w:r>
              <w:rPr>
                <w:sz w:val="16"/>
              </w:rPr>
              <w:t>Countywide (zone-level records).</w:t>
            </w:r>
          </w:p>
        </w:tc>
        <w:tc>
          <w:tcPr>
            <w:tcW w:type="dxa" w:w="1540"/>
          </w:tcPr>
          <w:p>
            <w:pPr>
              <w:spacing w:after="0"/>
              <w:jc w:val="left"/>
            </w:pPr>
          </w:p>
        </w:tc>
      </w:tr>
      <w:tr>
        <w:trPr>
          <w:cantSplit/>
        </w:trPr>
        <w:tc>
          <w:tcPr>
            <w:tcW w:type="dxa" w:w="1802"/>
          </w:tcPr>
          <w:p>
            <w:pPr>
              <w:spacing w:after="0"/>
              <w:jc w:val="left"/>
            </w:pPr>
            <w:r>
              <w:rPr>
                <w:sz w:val="16"/>
              </w:rPr>
              <w:t>Thunderstorm Wind</w:t>
            </w:r>
          </w:p>
        </w:tc>
        <w:tc>
          <w:tcPr>
            <w:tcW w:type="dxa" w:w="1929"/>
          </w:tcPr>
          <w:p>
            <w:pPr>
              <w:spacing w:after="0"/>
              <w:jc w:val="left"/>
            </w:pPr>
            <w:r>
              <w:rPr>
                <w:sz w:val="16"/>
              </w:rPr>
              <w:t>wind speed (kt and mph)</w:t>
            </w:r>
          </w:p>
        </w:tc>
        <w:tc>
          <w:tcPr>
            <w:tcW w:type="dxa" w:w="1585"/>
          </w:tcPr>
          <w:p>
            <w:pPr>
              <w:spacing w:after="0"/>
              <w:jc w:val="right"/>
            </w:pPr>
            <w:r>
              <w:rPr>
                <w:sz w:val="16"/>
              </w:rPr>
              <w:t>110 records, 1976 to 2026</w:t>
            </w:r>
          </w:p>
        </w:tc>
        <w:tc>
          <w:tcPr>
            <w:tcW w:type="dxa" w:w="1386"/>
          </w:tcPr>
          <w:p>
            <w:pPr>
              <w:spacing w:after="0"/>
              <w:jc w:val="left"/>
            </w:pPr>
            <w:r>
              <w:rPr>
                <w:sz w:val="16"/>
              </w:rPr>
              <w:t>50 kt (58 mph) to 52 kt (60 mph) (median 50 kt (58 mph)); 82 with a recorded value</w:t>
            </w:r>
          </w:p>
        </w:tc>
        <w:tc>
          <w:tcPr>
            <w:tcW w:type="dxa" w:w="2439"/>
          </w:tcPr>
          <w:p>
            <w:pPr>
              <w:spacing w:after="0"/>
              <w:jc w:val="left"/>
            </w:pPr>
            <w:r>
              <w:rPr>
                <w:sz w:val="16"/>
              </w:rPr>
              <w:t>52 kt (60 mph) estimated gust, Thunderstorm Wind, 2019-03-22</w:t>
            </w:r>
          </w:p>
        </w:tc>
        <w:tc>
          <w:tcPr>
            <w:tcW w:type="dxa" w:w="1641"/>
          </w:tcPr>
          <w:p>
            <w:pPr>
              <w:spacing w:after="0"/>
              <w:jc w:val="left"/>
            </w:pPr>
            <w:r>
              <w:rPr>
                <w:sz w:val="16"/>
              </w:rPr>
              <w:t>Thunderstorm Wind, 1996-11-08, $15,000 property; crops not reported (1996 dollars)</w:t>
            </w:r>
          </w:p>
        </w:tc>
        <w:tc>
          <w:tcPr>
            <w:tcW w:type="dxa" w:w="1789"/>
          </w:tcPr>
          <w:p>
            <w:pPr>
              <w:spacing w:after="0"/>
              <w:jc w:val="left"/>
            </w:pPr>
            <w:r>
              <w:rPr>
                <w:sz w:val="16"/>
              </w:rPr>
              <w:t>Event records naming jurisdictions in the plan: Tappahannock town (9 records).</w:t>
            </w:r>
          </w:p>
        </w:tc>
        <w:tc>
          <w:tcPr>
            <w:tcW w:type="dxa" w:w="1540"/>
          </w:tcPr>
          <w:p>
            <w:pPr>
              <w:spacing w:after="0"/>
              <w:jc w:val="left"/>
            </w:pPr>
          </w:p>
        </w:tc>
      </w:tr>
      <w:tr>
        <w:trPr>
          <w:cantSplit/>
        </w:trPr>
        <w:tc>
          <w:tcPr>
            <w:tcW w:type="dxa" w:w="1802"/>
          </w:tcPr>
          <w:p>
            <w:pPr>
              <w:spacing w:after="0"/>
              <w:jc w:val="left"/>
            </w:pPr>
            <w:r>
              <w:rPr>
                <w:sz w:val="16"/>
              </w:rPr>
              <w:t>Tornado</w:t>
            </w:r>
          </w:p>
        </w:tc>
        <w:tc>
          <w:tcPr>
            <w:tcW w:type="dxa" w:w="1929"/>
          </w:tcPr>
          <w:p>
            <w:pPr>
              <w:spacing w:after="0"/>
              <w:jc w:val="left"/>
            </w:pPr>
            <w:r>
              <w:rPr>
                <w:sz w:val="16"/>
              </w:rPr>
              <w:t>Enhanced Fujita (Fujita before Feb 2007)</w:t>
            </w:r>
          </w:p>
        </w:tc>
        <w:tc>
          <w:tcPr>
            <w:tcW w:type="dxa" w:w="1585"/>
          </w:tcPr>
          <w:p>
            <w:pPr>
              <w:spacing w:after="0"/>
              <w:jc w:val="right"/>
            </w:pPr>
            <w:r>
              <w:rPr>
                <w:sz w:val="16"/>
              </w:rPr>
              <w:t>3 records, 1954 to 2016</w:t>
            </w:r>
          </w:p>
        </w:tc>
        <w:tc>
          <w:tcPr>
            <w:tcW w:type="dxa" w:w="1386"/>
          </w:tcPr>
          <w:p>
            <w:pPr>
              <w:spacing w:after="0"/>
              <w:jc w:val="left"/>
            </w:pPr>
            <w:r>
              <w:rPr>
                <w:sz w:val="16"/>
              </w:rPr>
              <w:t>F/EF0 to F/EF3 (median between F/EF1 and F/EF2); 2 with a recorded value</w:t>
            </w:r>
          </w:p>
        </w:tc>
        <w:tc>
          <w:tcPr>
            <w:tcW w:type="dxa" w:w="2439"/>
          </w:tcPr>
          <w:p>
            <w:pPr>
              <w:spacing w:after="0"/>
              <w:jc w:val="left"/>
            </w:pPr>
            <w:r>
              <w:rPr>
                <w:sz w:val="16"/>
              </w:rPr>
              <w:t>EF3 tornado, 2016-02-24, 10.7 mi within this county, 500 yd wide, $4,500,000 property; $750,000 crops (2016 dollars), 25 direct injuries</w:t>
            </w:r>
          </w:p>
        </w:tc>
        <w:tc>
          <w:tcPr>
            <w:tcW w:type="dxa" w:w="1641"/>
          </w:tcPr>
          <w:p>
            <w:pPr>
              <w:spacing w:after="0"/>
              <w:jc w:val="left"/>
            </w:pPr>
          </w:p>
        </w:tc>
        <w:tc>
          <w:tcPr>
            <w:tcW w:type="dxa" w:w="1789"/>
          </w:tcPr>
          <w:p>
            <w:pPr>
              <w:spacing w:after="0"/>
              <w:jc w:val="left"/>
            </w:pPr>
            <w:r>
              <w:rPr>
                <w:sz w:val="16"/>
              </w:rPr>
              <w:t>Event records naming jurisdictions in the plan: Tappahannock town (2 records).</w:t>
            </w:r>
          </w:p>
        </w:tc>
        <w:tc>
          <w:tcPr>
            <w:tcW w:type="dxa" w:w="15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2"/>
          </w:tcPr>
          <w:p>
            <w:pPr>
              <w:spacing w:after="0"/>
              <w:jc w:val="left"/>
            </w:pPr>
            <w:r>
              <w:rPr>
                <w:sz w:val="16"/>
              </w:rPr>
              <w:t>Tsunami</w:t>
            </w:r>
          </w:p>
        </w:tc>
        <w:tc>
          <w:tcPr>
            <w:tcW w:type="dxa" w:w="1929"/>
          </w:tcPr>
          <w:p>
            <w:pPr>
              <w:spacing w:after="0"/>
              <w:jc w:val="left"/>
            </w:pPr>
            <w:r>
              <w:rPr>
                <w:sz w:val="16"/>
              </w:rPr>
              <w:t>none (count and damage only)</w:t>
            </w:r>
          </w:p>
        </w:tc>
        <w:tc>
          <w:tcPr>
            <w:tcW w:type="dxa" w:w="1585"/>
          </w:tcPr>
          <w:p>
            <w:pPr>
              <w:spacing w:after="0"/>
              <w:jc w:val="right"/>
            </w:pPr>
            <w:r>
              <w:rPr>
                <w:sz w:val="16"/>
              </w:rPr>
              <w:t>0</w:t>
            </w:r>
          </w:p>
        </w:tc>
        <w:tc>
          <w:tcPr>
            <w:tcW w:type="dxa" w:w="1386"/>
          </w:tcPr>
          <w:p>
            <w:pPr>
              <w:spacing w:after="0"/>
              <w:jc w:val="left"/>
            </w:pPr>
          </w:p>
        </w:tc>
        <w:tc>
          <w:tcPr>
            <w:tcW w:type="dxa" w:w="2439"/>
          </w:tcPr>
          <w:p>
            <w:pPr>
              <w:spacing w:after="0"/>
              <w:jc w:val="left"/>
            </w:pPr>
          </w:p>
        </w:tc>
        <w:tc>
          <w:tcPr>
            <w:tcW w:type="dxa" w:w="1641"/>
          </w:tcPr>
          <w:p>
            <w:pPr>
              <w:spacing w:after="0"/>
              <w:jc w:val="left"/>
            </w:pPr>
          </w:p>
        </w:tc>
        <w:tc>
          <w:tcPr>
            <w:tcW w:type="dxa" w:w="1789"/>
          </w:tcPr>
          <w:p>
            <w:pPr>
              <w:spacing w:after="0"/>
              <w:jc w:val="left"/>
            </w:pPr>
          </w:p>
        </w:tc>
        <w:tc>
          <w:tcPr>
            <w:tcW w:type="dxa" w:w="1540"/>
          </w:tcPr>
          <w:p>
            <w:pPr>
              <w:spacing w:after="0"/>
              <w:jc w:val="left"/>
            </w:pPr>
          </w:p>
        </w:tc>
      </w:tr>
      <w:tr>
        <w:trPr>
          <w:cantSplit/>
        </w:trPr>
        <w:tc>
          <w:tcPr>
            <w:tcW w:type="dxa" w:w="1802"/>
          </w:tcPr>
          <w:p>
            <w:pPr>
              <w:spacing w:after="0"/>
              <w:jc w:val="left"/>
            </w:pPr>
            <w:r>
              <w:rPr>
                <w:sz w:val="16"/>
              </w:rPr>
              <w:t>Wildfire</w:t>
            </w:r>
          </w:p>
        </w:tc>
        <w:tc>
          <w:tcPr>
            <w:tcW w:type="dxa" w:w="1929"/>
          </w:tcPr>
          <w:p>
            <w:pPr>
              <w:spacing w:after="0"/>
              <w:jc w:val="left"/>
            </w:pPr>
            <w:r>
              <w:rPr>
                <w:sz w:val="16"/>
              </w:rPr>
              <w:t>acres burned (local data)</w:t>
            </w:r>
          </w:p>
        </w:tc>
        <w:tc>
          <w:tcPr>
            <w:tcW w:type="dxa" w:w="1585"/>
          </w:tcPr>
          <w:p>
            <w:pPr>
              <w:spacing w:after="0"/>
              <w:jc w:val="right"/>
            </w:pPr>
            <w:r>
              <w:rPr>
                <w:sz w:val="16"/>
              </w:rPr>
              <w:t>0</w:t>
            </w:r>
          </w:p>
        </w:tc>
        <w:tc>
          <w:tcPr>
            <w:tcW w:type="dxa" w:w="1386"/>
          </w:tcPr>
          <w:p>
            <w:pPr>
              <w:spacing w:after="0"/>
              <w:jc w:val="left"/>
            </w:pPr>
          </w:p>
        </w:tc>
        <w:tc>
          <w:tcPr>
            <w:tcW w:type="dxa" w:w="2439"/>
          </w:tcPr>
          <w:p>
            <w:pPr>
              <w:spacing w:after="0"/>
              <w:jc w:val="left"/>
            </w:pPr>
          </w:p>
        </w:tc>
        <w:tc>
          <w:tcPr>
            <w:tcW w:type="dxa" w:w="1641"/>
          </w:tcPr>
          <w:p>
            <w:pPr>
              <w:spacing w:after="0"/>
              <w:jc w:val="left"/>
            </w:pPr>
          </w:p>
        </w:tc>
        <w:tc>
          <w:tcPr>
            <w:tcW w:type="dxa" w:w="1789"/>
          </w:tcPr>
          <w:p>
            <w:pPr>
              <w:spacing w:after="0"/>
              <w:jc w:val="left"/>
            </w:pPr>
          </w:p>
        </w:tc>
        <w:tc>
          <w:tcPr>
            <w:tcW w:type="dxa" w:w="1540"/>
          </w:tcPr>
          <w:p>
            <w:pPr>
              <w:spacing w:after="0"/>
              <w:jc w:val="left"/>
            </w:pPr>
          </w:p>
        </w:tc>
      </w:tr>
      <w:tr>
        <w:trPr>
          <w:cantSplit/>
        </w:trPr>
        <w:tc>
          <w:tcPr>
            <w:tcW w:type="dxa" w:w="1802"/>
          </w:tcPr>
          <w:p>
            <w:pPr>
              <w:spacing w:after="0"/>
              <w:jc w:val="left"/>
            </w:pPr>
            <w:r>
              <w:rPr>
                <w:sz w:val="16"/>
              </w:rPr>
              <w:t>Winter Storm, Heavy Snow, Blizzard, Lake-Effect Snow, Winter Weather, Sleet</w:t>
            </w:r>
          </w:p>
        </w:tc>
        <w:tc>
          <w:tcPr>
            <w:tcW w:type="dxa" w:w="1929"/>
          </w:tcPr>
          <w:p>
            <w:pPr>
              <w:spacing w:after="0"/>
              <w:jc w:val="left"/>
            </w:pPr>
            <w:r>
              <w:rPr>
                <w:sz w:val="16"/>
              </w:rPr>
              <w:t>none in data (snowfall: local data)</w:t>
            </w:r>
          </w:p>
        </w:tc>
        <w:tc>
          <w:tcPr>
            <w:tcW w:type="dxa" w:w="1585"/>
          </w:tcPr>
          <w:p>
            <w:pPr>
              <w:spacing w:after="0"/>
              <w:jc w:val="right"/>
            </w:pPr>
            <w:r>
              <w:rPr>
                <w:sz w:val="16"/>
              </w:rPr>
              <w:t>24 records, 2016 to 2025 (24 zone-level)</w:t>
            </w:r>
          </w:p>
        </w:tc>
        <w:tc>
          <w:tcPr>
            <w:tcW w:type="dxa" w:w="1386"/>
          </w:tcPr>
          <w:p>
            <w:pPr>
              <w:spacing w:after="0"/>
              <w:jc w:val="left"/>
            </w:pPr>
          </w:p>
        </w:tc>
        <w:tc>
          <w:tcPr>
            <w:tcW w:type="dxa" w:w="2439"/>
          </w:tcPr>
          <w:p>
            <w:pPr>
              <w:spacing w:after="0"/>
              <w:jc w:val="left"/>
            </w:pPr>
            <w:r>
              <w:rPr>
                <w:sz w:val="16"/>
              </w:rPr>
              <w:t>Winter Storm, 2021-02-18, $30,000 property; $0 crops (2021 dollars); NWS zone VAZ522</w:t>
            </w:r>
          </w:p>
        </w:tc>
        <w:tc>
          <w:tcPr>
            <w:tcW w:type="dxa" w:w="1641"/>
          </w:tcPr>
          <w:p>
            <w:pPr>
              <w:spacing w:after="0"/>
              <w:jc w:val="left"/>
            </w:pPr>
          </w:p>
        </w:tc>
        <w:tc>
          <w:tcPr>
            <w:tcW w:type="dxa" w:w="1789"/>
          </w:tcPr>
          <w:p>
            <w:pPr>
              <w:spacing w:after="0"/>
              <w:jc w:val="left"/>
            </w:pPr>
            <w:r>
              <w:rPr>
                <w:sz w:val="16"/>
              </w:rPr>
              <w:t>Countywide (zone-level records).</w:t>
            </w:r>
          </w:p>
        </w:tc>
        <w:tc>
          <w:tcPr>
            <w:tcW w:type="dxa" w:w="154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3"/>
        <w:gridCol w:w="2416"/>
        <w:gridCol w:w="2101"/>
        <w:gridCol w:w="2477"/>
        <w:gridCol w:w="1796"/>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3"/>
            <w:shd w:val="clear" w:color="auto" w:fill="E8E8E8"/>
          </w:tcPr>
          <w:p>
            <w:pPr>
              <w:spacing w:after="0"/>
              <w:jc w:val="left"/>
            </w:pPr>
            <w:r>
              <w:rPr>
                <w:b/>
                <w:sz w:val="16"/>
              </w:rPr>
              <w:t>Type</w:t>
            </w:r>
          </w:p>
        </w:tc>
        <w:tc>
          <w:tcPr>
            <w:tcW w:type="dxa" w:w="2416"/>
            <w:shd w:val="clear" w:color="auto" w:fill="E8E8E8"/>
          </w:tcPr>
          <w:p>
            <w:pPr>
              <w:spacing w:after="0"/>
              <w:jc w:val="left"/>
            </w:pPr>
            <w:r>
              <w:rPr>
                <w:b/>
                <w:sz w:val="16"/>
              </w:rPr>
              <w:t>Title</w:t>
            </w:r>
          </w:p>
        </w:tc>
        <w:tc>
          <w:tcPr>
            <w:tcW w:type="dxa" w:w="2101"/>
            <w:shd w:val="clear" w:color="auto" w:fill="E8E8E8"/>
          </w:tcPr>
          <w:p>
            <w:pPr>
              <w:spacing w:after="0"/>
              <w:jc w:val="left"/>
            </w:pPr>
            <w:r>
              <w:rPr>
                <w:b/>
                <w:sz w:val="16"/>
              </w:rPr>
              <w:t>Mapped hazard</w:t>
            </w:r>
          </w:p>
        </w:tc>
        <w:tc>
          <w:tcPr>
            <w:tcW w:type="dxa" w:w="24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96"/>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23"/>
          </w:tcPr>
          <w:p>
            <w:pPr>
              <w:spacing w:after="0"/>
              <w:jc w:val="left"/>
            </w:pPr>
            <w:r>
              <w:rPr>
                <w:sz w:val="16"/>
              </w:rPr>
              <w:t>Emergency</w:t>
            </w:r>
          </w:p>
        </w:tc>
        <w:tc>
          <w:tcPr>
            <w:tcW w:type="dxa" w:w="2416"/>
          </w:tcPr>
          <w:p>
            <w:pPr>
              <w:spacing w:after="0"/>
              <w:jc w:val="left"/>
            </w:pPr>
            <w:r>
              <w:rPr>
                <w:sz w:val="16"/>
              </w:rPr>
              <w:t>Severe Winter Storm</w:t>
            </w:r>
          </w:p>
        </w:tc>
        <w:tc>
          <w:tcPr>
            <w:tcW w:type="dxa" w:w="2101"/>
          </w:tcPr>
          <w:p>
            <w:pPr>
              <w:spacing w:after="0"/>
              <w:jc w:val="left"/>
            </w:pPr>
            <w:r>
              <w:rPr>
                <w:sz w:val="16"/>
              </w:rPr>
              <w:t>Winter Weather</w:t>
            </w:r>
          </w:p>
        </w:tc>
        <w:tc>
          <w:tcPr>
            <w:tcW w:type="dxa" w:w="2477"/>
          </w:tcPr>
          <w:p>
            <w:pPr>
              <w:spacing w:after="0"/>
              <w:jc w:val="right"/>
            </w:pPr>
            <w:r>
              <w:rPr>
                <w:sz w:val="16"/>
              </w:rPr>
              <w:t>no Public Assistance recorded</w:t>
            </w:r>
          </w:p>
        </w:tc>
        <w:tc>
          <w:tcPr>
            <w:tcW w:type="dxa" w:w="1796"/>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323"/>
          </w:tcPr>
          <w:p>
            <w:pPr>
              <w:spacing w:after="0"/>
              <w:jc w:val="left"/>
            </w:pPr>
            <w:r>
              <w:rPr>
                <w:sz w:val="16"/>
              </w:rPr>
              <w:t>Major disaster</w:t>
            </w:r>
          </w:p>
        </w:tc>
        <w:tc>
          <w:tcPr>
            <w:tcW w:type="dxa" w:w="2416"/>
          </w:tcPr>
          <w:p>
            <w:pPr>
              <w:spacing w:after="0"/>
              <w:jc w:val="left"/>
            </w:pPr>
            <w:r>
              <w:rPr>
                <w:sz w:val="16"/>
              </w:rPr>
              <w:t>Severe Winter Storm and Snowstorm</w:t>
            </w:r>
          </w:p>
        </w:tc>
        <w:tc>
          <w:tcPr>
            <w:tcW w:type="dxa" w:w="2101"/>
          </w:tcPr>
          <w:p>
            <w:pPr>
              <w:spacing w:after="0"/>
              <w:jc w:val="left"/>
            </w:pPr>
            <w:r>
              <w:rPr>
                <w:sz w:val="16"/>
              </w:rPr>
              <w:t>Winter Weather</w:t>
            </w:r>
          </w:p>
        </w:tc>
        <w:tc>
          <w:tcPr>
            <w:tcW w:type="dxa" w:w="2477"/>
          </w:tcPr>
          <w:p>
            <w:pPr>
              <w:spacing w:after="0"/>
              <w:jc w:val="right"/>
            </w:pPr>
            <w:r>
              <w:rPr>
                <w:sz w:val="16"/>
              </w:rPr>
              <w:t>no Public Assistance recorded</w:t>
            </w:r>
          </w:p>
        </w:tc>
        <w:tc>
          <w:tcPr>
            <w:tcW w:type="dxa" w:w="1796"/>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2021-05-10</w:t>
            </w:r>
          </w:p>
        </w:tc>
        <w:tc>
          <w:tcPr>
            <w:tcW w:type="dxa" w:w="1037"/>
          </w:tcPr>
          <w:p>
            <w:pPr>
              <w:spacing w:after="0"/>
              <w:jc w:val="left"/>
            </w:pPr>
            <w:r>
              <w:rPr>
                <w:sz w:val="16"/>
              </w:rPr>
              <w:t>2021-02-11</w:t>
            </w:r>
          </w:p>
        </w:tc>
        <w:tc>
          <w:tcPr>
            <w:tcW w:type="dxa" w:w="1037"/>
          </w:tcPr>
          <w:p>
            <w:pPr>
              <w:spacing w:after="0"/>
              <w:jc w:val="left"/>
            </w:pPr>
            <w:r>
              <w:rPr>
                <w:sz w:val="16"/>
              </w:rPr>
              <w:t>DR-4602-VA</w:t>
            </w:r>
          </w:p>
        </w:tc>
        <w:tc>
          <w:tcPr>
            <w:tcW w:type="dxa" w:w="1323"/>
          </w:tcPr>
          <w:p>
            <w:pPr>
              <w:spacing w:after="0"/>
              <w:jc w:val="left"/>
            </w:pPr>
            <w:r>
              <w:rPr>
                <w:sz w:val="16"/>
              </w:rPr>
              <w:t>Major disaster</w:t>
            </w:r>
          </w:p>
        </w:tc>
        <w:tc>
          <w:tcPr>
            <w:tcW w:type="dxa" w:w="2416"/>
          </w:tcPr>
          <w:p>
            <w:pPr>
              <w:spacing w:after="0"/>
              <w:jc w:val="left"/>
            </w:pPr>
            <w:r>
              <w:rPr>
                <w:sz w:val="16"/>
              </w:rPr>
              <w:t>Severe Winter Storms</w:t>
            </w:r>
          </w:p>
        </w:tc>
        <w:tc>
          <w:tcPr>
            <w:tcW w:type="dxa" w:w="2101"/>
          </w:tcPr>
          <w:p>
            <w:pPr>
              <w:spacing w:after="0"/>
              <w:jc w:val="left"/>
            </w:pPr>
            <w:r>
              <w:rPr>
                <w:sz w:val="16"/>
              </w:rPr>
              <w:t>Ice Storm</w:t>
            </w:r>
          </w:p>
        </w:tc>
        <w:tc>
          <w:tcPr>
            <w:tcW w:type="dxa" w:w="2477"/>
          </w:tcPr>
          <w:p>
            <w:pPr>
              <w:spacing w:after="0"/>
              <w:jc w:val="right"/>
            </w:pPr>
            <w:r>
              <w:rPr>
                <w:sz w:val="16"/>
              </w:rPr>
              <w:t>no Public Assistance recorded</w:t>
            </w:r>
          </w:p>
        </w:tc>
        <w:tc>
          <w:tcPr>
            <w:tcW w:type="dxa" w:w="1796"/>
          </w:tcPr>
          <w:p>
            <w:pPr>
              <w:spacing w:after="0"/>
              <w:jc w:val="left"/>
            </w:pPr>
            <w:r>
              <w:rPr>
                <w:sz w:val="16"/>
              </w:rPr>
              <w:t>in the 12 months before plan approval</w:t>
            </w:r>
          </w:p>
        </w:tc>
        <w:tc>
          <w:tcPr>
            <w:tcW w:type="dxa" w:w="88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23"/>
          </w:tcPr>
          <w:p>
            <w:pPr>
              <w:spacing w:after="0"/>
              <w:jc w:val="left"/>
            </w:pPr>
            <w:r>
              <w:rPr>
                <w:sz w:val="16"/>
              </w:rPr>
              <w:t>Major disaster</w:t>
            </w:r>
          </w:p>
        </w:tc>
        <w:tc>
          <w:tcPr>
            <w:tcW w:type="dxa" w:w="2416"/>
          </w:tcPr>
          <w:p>
            <w:pPr>
              <w:spacing w:after="0"/>
              <w:jc w:val="left"/>
            </w:pPr>
            <w:r>
              <w:rPr>
                <w:sz w:val="16"/>
              </w:rPr>
              <w:t>COVID-19 Pandemic</w:t>
            </w:r>
          </w:p>
        </w:tc>
        <w:tc>
          <w:tcPr>
            <w:tcW w:type="dxa" w:w="2101"/>
          </w:tcPr>
          <w:p>
            <w:pPr>
              <w:spacing w:after="0"/>
              <w:jc w:val="left"/>
            </w:pPr>
            <w:r>
              <w:rPr>
                <w:sz w:val="16"/>
              </w:rPr>
              <w:t>Non-natural, not counted</w:t>
            </w:r>
          </w:p>
        </w:tc>
        <w:tc>
          <w:tcPr>
            <w:tcW w:type="dxa" w:w="2477"/>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23"/>
          </w:tcPr>
          <w:p>
            <w:pPr>
              <w:spacing w:after="0"/>
              <w:jc w:val="left"/>
            </w:pPr>
            <w:r>
              <w:rPr>
                <w:sz w:val="16"/>
              </w:rPr>
              <w:t>Emergency</w:t>
            </w:r>
          </w:p>
        </w:tc>
        <w:tc>
          <w:tcPr>
            <w:tcW w:type="dxa" w:w="2416"/>
          </w:tcPr>
          <w:p>
            <w:pPr>
              <w:spacing w:after="0"/>
              <w:jc w:val="left"/>
            </w:pPr>
            <w:r>
              <w:rPr>
                <w:sz w:val="16"/>
              </w:rPr>
              <w:t>COVID-19</w:t>
            </w:r>
          </w:p>
        </w:tc>
        <w:tc>
          <w:tcPr>
            <w:tcW w:type="dxa" w:w="2101"/>
          </w:tcPr>
          <w:p>
            <w:pPr>
              <w:spacing w:after="0"/>
              <w:jc w:val="left"/>
            </w:pPr>
            <w:r>
              <w:rPr>
                <w:sz w:val="16"/>
              </w:rPr>
              <w:t>Non-natural, not counted</w:t>
            </w:r>
          </w:p>
        </w:tc>
        <w:tc>
          <w:tcPr>
            <w:tcW w:type="dxa" w:w="2477"/>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r>
              <w:rPr>
                <w:sz w:val="16"/>
              </w:rPr>
              <w:t>same incident as DR-4512</w:t>
            </w:r>
          </w:p>
        </w:tc>
      </w:tr>
      <w:tr>
        <w:trPr>
          <w:cantSplit/>
        </w:trPr>
        <w:tc>
          <w:tcPr>
            <w:tcW w:type="dxa" w:w="1037"/>
          </w:tcPr>
          <w:p>
            <w:pPr>
              <w:spacing w:after="0"/>
              <w:jc w:val="left"/>
            </w:pPr>
            <w:r>
              <w:rPr>
                <w:sz w:val="16"/>
              </w:rPr>
              <w:t>2018-12-18</w:t>
            </w:r>
          </w:p>
        </w:tc>
        <w:tc>
          <w:tcPr>
            <w:tcW w:type="dxa" w:w="1037"/>
          </w:tcPr>
          <w:p>
            <w:pPr>
              <w:spacing w:after="0"/>
              <w:jc w:val="left"/>
            </w:pPr>
            <w:r>
              <w:rPr>
                <w:sz w:val="16"/>
              </w:rPr>
              <w:t>2018-10-09</w:t>
            </w:r>
          </w:p>
        </w:tc>
        <w:tc>
          <w:tcPr>
            <w:tcW w:type="dxa" w:w="1037"/>
          </w:tcPr>
          <w:p>
            <w:pPr>
              <w:spacing w:after="0"/>
              <w:jc w:val="left"/>
            </w:pPr>
            <w:r>
              <w:rPr>
                <w:sz w:val="16"/>
              </w:rPr>
              <w:t>DR-4411-VA</w:t>
            </w:r>
          </w:p>
        </w:tc>
        <w:tc>
          <w:tcPr>
            <w:tcW w:type="dxa" w:w="1323"/>
          </w:tcPr>
          <w:p>
            <w:pPr>
              <w:spacing w:after="0"/>
              <w:jc w:val="left"/>
            </w:pPr>
            <w:r>
              <w:rPr>
                <w:sz w:val="16"/>
              </w:rPr>
              <w:t>Major disaster</w:t>
            </w:r>
          </w:p>
        </w:tc>
        <w:tc>
          <w:tcPr>
            <w:tcW w:type="dxa" w:w="2416"/>
          </w:tcPr>
          <w:p>
            <w:pPr>
              <w:spacing w:after="0"/>
              <w:jc w:val="left"/>
            </w:pPr>
            <w:r>
              <w:rPr>
                <w:sz w:val="16"/>
              </w:rPr>
              <w:t>Tropical Storm Michael</w:t>
            </w:r>
          </w:p>
        </w:tc>
        <w:tc>
          <w:tcPr>
            <w:tcW w:type="dxa" w:w="2101"/>
          </w:tcPr>
          <w:p>
            <w:pPr>
              <w:spacing w:after="0"/>
              <w:jc w:val="left"/>
            </w:pPr>
            <w:r>
              <w:rPr>
                <w:sz w:val="16"/>
              </w:rPr>
              <w:t>Hurricane</w:t>
            </w:r>
          </w:p>
        </w:tc>
        <w:tc>
          <w:tcPr>
            <w:tcW w:type="dxa" w:w="2477"/>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23"/>
          </w:tcPr>
          <w:p>
            <w:pPr>
              <w:spacing w:after="0"/>
              <w:jc w:val="left"/>
            </w:pPr>
            <w:r>
              <w:rPr>
                <w:sz w:val="16"/>
              </w:rPr>
              <w:t>Emergency</w:t>
            </w:r>
          </w:p>
        </w:tc>
        <w:tc>
          <w:tcPr>
            <w:tcW w:type="dxa" w:w="2416"/>
          </w:tcPr>
          <w:p>
            <w:pPr>
              <w:spacing w:after="0"/>
              <w:jc w:val="left"/>
            </w:pPr>
            <w:r>
              <w:rPr>
                <w:sz w:val="16"/>
              </w:rPr>
              <w:t>Hurricane Florence</w:t>
            </w:r>
          </w:p>
        </w:tc>
        <w:tc>
          <w:tcPr>
            <w:tcW w:type="dxa" w:w="2101"/>
          </w:tcPr>
          <w:p>
            <w:pPr>
              <w:spacing w:after="0"/>
              <w:jc w:val="left"/>
            </w:pPr>
            <w:r>
              <w:rPr>
                <w:sz w:val="16"/>
              </w:rPr>
              <w:t>Hurricane</w:t>
            </w:r>
          </w:p>
        </w:tc>
        <w:tc>
          <w:tcPr>
            <w:tcW w:type="dxa" w:w="2477"/>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2012-11-26</w:t>
            </w:r>
          </w:p>
        </w:tc>
        <w:tc>
          <w:tcPr>
            <w:tcW w:type="dxa" w:w="1037"/>
          </w:tcPr>
          <w:p>
            <w:pPr>
              <w:spacing w:after="0"/>
              <w:jc w:val="left"/>
            </w:pPr>
            <w:r>
              <w:rPr>
                <w:sz w:val="16"/>
              </w:rPr>
              <w:t>2012-10-26</w:t>
            </w:r>
          </w:p>
        </w:tc>
        <w:tc>
          <w:tcPr>
            <w:tcW w:type="dxa" w:w="1037"/>
          </w:tcPr>
          <w:p>
            <w:pPr>
              <w:spacing w:after="0"/>
              <w:jc w:val="left"/>
            </w:pPr>
            <w:r>
              <w:rPr>
                <w:sz w:val="16"/>
              </w:rPr>
              <w:t>DR-4092-VA</w:t>
            </w:r>
          </w:p>
        </w:tc>
        <w:tc>
          <w:tcPr>
            <w:tcW w:type="dxa" w:w="1323"/>
          </w:tcPr>
          <w:p>
            <w:pPr>
              <w:spacing w:after="0"/>
              <w:jc w:val="left"/>
            </w:pPr>
            <w:r>
              <w:rPr>
                <w:sz w:val="16"/>
              </w:rPr>
              <w:t>Major disaster</w:t>
            </w:r>
          </w:p>
        </w:tc>
        <w:tc>
          <w:tcPr>
            <w:tcW w:type="dxa" w:w="2416"/>
          </w:tcPr>
          <w:p>
            <w:pPr>
              <w:spacing w:after="0"/>
              <w:jc w:val="left"/>
            </w:pPr>
            <w:r>
              <w:rPr>
                <w:sz w:val="16"/>
              </w:rPr>
              <w:t>Hurricane Sandy</w:t>
            </w:r>
          </w:p>
        </w:tc>
        <w:tc>
          <w:tcPr>
            <w:tcW w:type="dxa" w:w="2101"/>
          </w:tcPr>
          <w:p>
            <w:pPr>
              <w:spacing w:after="0"/>
              <w:jc w:val="left"/>
            </w:pPr>
            <w:r>
              <w:rPr>
                <w:sz w:val="16"/>
              </w:rPr>
              <w:t>Hurricane</w:t>
            </w:r>
          </w:p>
        </w:tc>
        <w:tc>
          <w:tcPr>
            <w:tcW w:type="dxa" w:w="2477"/>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23"/>
          </w:tcPr>
          <w:p>
            <w:pPr>
              <w:spacing w:after="0"/>
              <w:jc w:val="left"/>
            </w:pPr>
            <w:r>
              <w:rPr>
                <w:sz w:val="16"/>
              </w:rPr>
              <w:t>Emergency</w:t>
            </w:r>
          </w:p>
        </w:tc>
        <w:tc>
          <w:tcPr>
            <w:tcW w:type="dxa" w:w="2416"/>
          </w:tcPr>
          <w:p>
            <w:pPr>
              <w:spacing w:after="0"/>
              <w:jc w:val="left"/>
            </w:pPr>
            <w:r>
              <w:rPr>
                <w:sz w:val="16"/>
              </w:rPr>
              <w:t>Hurricane Sandy</w:t>
            </w:r>
          </w:p>
        </w:tc>
        <w:tc>
          <w:tcPr>
            <w:tcW w:type="dxa" w:w="2101"/>
          </w:tcPr>
          <w:p>
            <w:pPr>
              <w:spacing w:after="0"/>
              <w:jc w:val="left"/>
            </w:pPr>
            <w:r>
              <w:rPr>
                <w:sz w:val="16"/>
              </w:rPr>
              <w:t>Hurricane</w:t>
            </w:r>
          </w:p>
        </w:tc>
        <w:tc>
          <w:tcPr>
            <w:tcW w:type="dxa" w:w="2477"/>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r>
              <w:rPr>
                <w:sz w:val="16"/>
              </w:rPr>
              <w:t>same incident as DR-4092</w:t>
            </w:r>
          </w:p>
        </w:tc>
      </w:tr>
      <w:tr>
        <w:trPr>
          <w:cantSplit/>
        </w:trPr>
        <w:tc>
          <w:tcPr>
            <w:tcW w:type="dxa" w:w="1037"/>
          </w:tcPr>
          <w:p>
            <w:pPr>
              <w:spacing w:after="0"/>
              <w:jc w:val="left"/>
            </w:pPr>
            <w:r>
              <w:rPr>
                <w:sz w:val="16"/>
              </w:rPr>
              <w:t>2011-11-17</w:t>
            </w:r>
          </w:p>
        </w:tc>
        <w:tc>
          <w:tcPr>
            <w:tcW w:type="dxa" w:w="1037"/>
          </w:tcPr>
          <w:p>
            <w:pPr>
              <w:spacing w:after="0"/>
              <w:jc w:val="left"/>
            </w:pPr>
            <w:r>
              <w:rPr>
                <w:sz w:val="16"/>
              </w:rPr>
              <w:t>2011-09-08</w:t>
            </w:r>
          </w:p>
        </w:tc>
        <w:tc>
          <w:tcPr>
            <w:tcW w:type="dxa" w:w="1037"/>
          </w:tcPr>
          <w:p>
            <w:pPr>
              <w:spacing w:after="0"/>
              <w:jc w:val="left"/>
            </w:pPr>
            <w:r>
              <w:rPr>
                <w:sz w:val="16"/>
              </w:rPr>
              <w:t>DR-4045-VA</w:t>
            </w:r>
          </w:p>
        </w:tc>
        <w:tc>
          <w:tcPr>
            <w:tcW w:type="dxa" w:w="1323"/>
          </w:tcPr>
          <w:p>
            <w:pPr>
              <w:spacing w:after="0"/>
              <w:jc w:val="left"/>
            </w:pPr>
            <w:r>
              <w:rPr>
                <w:sz w:val="16"/>
              </w:rPr>
              <w:t>Major disaster</w:t>
            </w:r>
          </w:p>
        </w:tc>
        <w:tc>
          <w:tcPr>
            <w:tcW w:type="dxa" w:w="2416"/>
          </w:tcPr>
          <w:p>
            <w:pPr>
              <w:spacing w:after="0"/>
              <w:jc w:val="left"/>
            </w:pPr>
            <w:r>
              <w:rPr>
                <w:sz w:val="16"/>
              </w:rPr>
              <w:t>The Remnants of Tropical Storm Lee</w:t>
            </w:r>
          </w:p>
        </w:tc>
        <w:tc>
          <w:tcPr>
            <w:tcW w:type="dxa" w:w="2101"/>
          </w:tcPr>
          <w:p>
            <w:pPr>
              <w:spacing w:after="0"/>
              <w:jc w:val="left"/>
            </w:pPr>
            <w:r>
              <w:rPr>
                <w:sz w:val="16"/>
              </w:rPr>
              <w:t>Hurricane</w:t>
            </w:r>
          </w:p>
        </w:tc>
        <w:tc>
          <w:tcPr>
            <w:tcW w:type="dxa" w:w="2477"/>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23"/>
          </w:tcPr>
          <w:p>
            <w:pPr>
              <w:spacing w:after="0"/>
              <w:jc w:val="left"/>
            </w:pPr>
            <w:r>
              <w:rPr>
                <w:sz w:val="16"/>
              </w:rPr>
              <w:t>Major disaster</w:t>
            </w:r>
          </w:p>
        </w:tc>
        <w:tc>
          <w:tcPr>
            <w:tcW w:type="dxa" w:w="2416"/>
          </w:tcPr>
          <w:p>
            <w:pPr>
              <w:spacing w:after="0"/>
              <w:jc w:val="left"/>
            </w:pPr>
            <w:r>
              <w:rPr>
                <w:sz w:val="16"/>
              </w:rPr>
              <w:t>Hurricane Irene</w:t>
            </w:r>
          </w:p>
        </w:tc>
        <w:tc>
          <w:tcPr>
            <w:tcW w:type="dxa" w:w="2101"/>
          </w:tcPr>
          <w:p>
            <w:pPr>
              <w:spacing w:after="0"/>
              <w:jc w:val="left"/>
            </w:pPr>
            <w:r>
              <w:rPr>
                <w:sz w:val="16"/>
              </w:rPr>
              <w:t>Hurricane</w:t>
            </w:r>
          </w:p>
        </w:tc>
        <w:tc>
          <w:tcPr>
            <w:tcW w:type="dxa" w:w="2477"/>
          </w:tcPr>
          <w:p>
            <w:pPr>
              <w:spacing w:after="0"/>
              <w:jc w:val="right"/>
            </w:pPr>
            <w:r>
              <w:rPr>
                <w:sz w:val="16"/>
              </w:rPr>
              <w:t>$84,466.92</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EM-3329-VA</w:t>
            </w:r>
          </w:p>
        </w:tc>
        <w:tc>
          <w:tcPr>
            <w:tcW w:type="dxa" w:w="1323"/>
          </w:tcPr>
          <w:p>
            <w:pPr>
              <w:spacing w:after="0"/>
              <w:jc w:val="left"/>
            </w:pPr>
            <w:r>
              <w:rPr>
                <w:sz w:val="16"/>
              </w:rPr>
              <w:t>Emergency</w:t>
            </w:r>
          </w:p>
        </w:tc>
        <w:tc>
          <w:tcPr>
            <w:tcW w:type="dxa" w:w="2416"/>
          </w:tcPr>
          <w:p>
            <w:pPr>
              <w:spacing w:after="0"/>
              <w:jc w:val="left"/>
            </w:pPr>
            <w:r>
              <w:rPr>
                <w:sz w:val="16"/>
              </w:rPr>
              <w:t>Hurricane Irene</w:t>
            </w:r>
          </w:p>
        </w:tc>
        <w:tc>
          <w:tcPr>
            <w:tcW w:type="dxa" w:w="2101"/>
          </w:tcPr>
          <w:p>
            <w:pPr>
              <w:spacing w:after="0"/>
              <w:jc w:val="left"/>
            </w:pPr>
            <w:r>
              <w:rPr>
                <w:sz w:val="16"/>
              </w:rPr>
              <w:t>Hurricane</w:t>
            </w:r>
          </w:p>
        </w:tc>
        <w:tc>
          <w:tcPr>
            <w:tcW w:type="dxa" w:w="2477"/>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r>
              <w:rPr>
                <w:sz w:val="16"/>
              </w:rPr>
              <w:t>same incident as DR-4024</w:t>
            </w: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323"/>
          </w:tcPr>
          <w:p>
            <w:pPr>
              <w:spacing w:after="0"/>
              <w:jc w:val="left"/>
            </w:pPr>
            <w:r>
              <w:rPr>
                <w:sz w:val="16"/>
              </w:rPr>
              <w:t>Major disaster</w:t>
            </w:r>
          </w:p>
        </w:tc>
        <w:tc>
          <w:tcPr>
            <w:tcW w:type="dxa" w:w="2416"/>
          </w:tcPr>
          <w:p>
            <w:pPr>
              <w:spacing w:after="0"/>
              <w:jc w:val="left"/>
            </w:pPr>
            <w:r>
              <w:rPr>
                <w:sz w:val="16"/>
              </w:rPr>
              <w:t>Severe Winter Storms and Snowstorms</w:t>
            </w:r>
          </w:p>
        </w:tc>
        <w:tc>
          <w:tcPr>
            <w:tcW w:type="dxa" w:w="2101"/>
          </w:tcPr>
          <w:p>
            <w:pPr>
              <w:spacing w:after="0"/>
              <w:jc w:val="left"/>
            </w:pPr>
            <w:r>
              <w:rPr>
                <w:sz w:val="16"/>
              </w:rPr>
              <w:t>Winter Weather</w:t>
            </w:r>
          </w:p>
        </w:tc>
        <w:tc>
          <w:tcPr>
            <w:tcW w:type="dxa" w:w="2477"/>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2006-09-22</w:t>
            </w:r>
          </w:p>
        </w:tc>
        <w:tc>
          <w:tcPr>
            <w:tcW w:type="dxa" w:w="1037"/>
          </w:tcPr>
          <w:p>
            <w:pPr>
              <w:spacing w:after="0"/>
              <w:jc w:val="left"/>
            </w:pPr>
            <w:r>
              <w:rPr>
                <w:sz w:val="16"/>
              </w:rPr>
              <w:t>2006-08-29</w:t>
            </w:r>
          </w:p>
        </w:tc>
        <w:tc>
          <w:tcPr>
            <w:tcW w:type="dxa" w:w="1037"/>
          </w:tcPr>
          <w:p>
            <w:pPr>
              <w:spacing w:after="0"/>
              <w:jc w:val="left"/>
            </w:pPr>
            <w:r>
              <w:rPr>
                <w:sz w:val="16"/>
              </w:rPr>
              <w:t>DR-1661-VA</w:t>
            </w:r>
          </w:p>
        </w:tc>
        <w:tc>
          <w:tcPr>
            <w:tcW w:type="dxa" w:w="1323"/>
          </w:tcPr>
          <w:p>
            <w:pPr>
              <w:spacing w:after="0"/>
              <w:jc w:val="left"/>
            </w:pPr>
            <w:r>
              <w:rPr>
                <w:sz w:val="16"/>
              </w:rPr>
              <w:t>Major disaster</w:t>
            </w:r>
          </w:p>
        </w:tc>
        <w:tc>
          <w:tcPr>
            <w:tcW w:type="dxa" w:w="2416"/>
          </w:tcPr>
          <w:p>
            <w:pPr>
              <w:spacing w:after="0"/>
              <w:jc w:val="left"/>
            </w:pPr>
            <w:r>
              <w:rPr>
                <w:sz w:val="16"/>
              </w:rPr>
              <w:t>Tropical Depression Ernesto, Severe Storms and Flooding</w:t>
            </w:r>
          </w:p>
        </w:tc>
        <w:tc>
          <w:tcPr>
            <w:tcW w:type="dxa" w:w="2101"/>
          </w:tcPr>
          <w:p>
            <w:pPr>
              <w:spacing w:after="0"/>
              <w:jc w:val="left"/>
            </w:pPr>
            <w:r>
              <w:rPr>
                <w:sz w:val="16"/>
              </w:rPr>
              <w:t>Hurricane; Inland Flooding</w:t>
            </w:r>
          </w:p>
        </w:tc>
        <w:tc>
          <w:tcPr>
            <w:tcW w:type="dxa" w:w="2477"/>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23"/>
          </w:tcPr>
          <w:p>
            <w:pPr>
              <w:spacing w:after="0"/>
              <w:jc w:val="left"/>
            </w:pPr>
            <w:r>
              <w:rPr>
                <w:sz w:val="16"/>
              </w:rPr>
              <w:t>Emergency</w:t>
            </w:r>
          </w:p>
        </w:tc>
        <w:tc>
          <w:tcPr>
            <w:tcW w:type="dxa" w:w="2416"/>
          </w:tcPr>
          <w:p>
            <w:pPr>
              <w:spacing w:after="0"/>
              <w:jc w:val="left"/>
            </w:pPr>
            <w:r>
              <w:rPr>
                <w:sz w:val="16"/>
              </w:rPr>
              <w:t>Hurricane Katrina Evacuation</w:t>
            </w:r>
          </w:p>
        </w:tc>
        <w:tc>
          <w:tcPr>
            <w:tcW w:type="dxa" w:w="2101"/>
          </w:tcPr>
          <w:p>
            <w:pPr>
              <w:spacing w:after="0"/>
              <w:jc w:val="left"/>
            </w:pPr>
            <w:r>
              <w:rPr>
                <w:sz w:val="16"/>
              </w:rPr>
              <w:t>Hurricane: evacuation support, not a local hazard event; not counted</w:t>
            </w:r>
          </w:p>
        </w:tc>
        <w:tc>
          <w:tcPr>
            <w:tcW w:type="dxa" w:w="2477"/>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23"/>
          </w:tcPr>
          <w:p>
            <w:pPr>
              <w:spacing w:after="0"/>
              <w:jc w:val="left"/>
            </w:pPr>
            <w:r>
              <w:rPr>
                <w:sz w:val="16"/>
              </w:rPr>
              <w:t>Major disaster</w:t>
            </w:r>
          </w:p>
        </w:tc>
        <w:tc>
          <w:tcPr>
            <w:tcW w:type="dxa" w:w="2416"/>
          </w:tcPr>
          <w:p>
            <w:pPr>
              <w:spacing w:after="0"/>
              <w:jc w:val="left"/>
            </w:pPr>
            <w:r>
              <w:rPr>
                <w:sz w:val="16"/>
              </w:rPr>
              <w:t>Hurricane Isabel</w:t>
            </w:r>
          </w:p>
        </w:tc>
        <w:tc>
          <w:tcPr>
            <w:tcW w:type="dxa" w:w="2101"/>
          </w:tcPr>
          <w:p>
            <w:pPr>
              <w:spacing w:after="0"/>
              <w:jc w:val="left"/>
            </w:pPr>
            <w:r>
              <w:rPr>
                <w:sz w:val="16"/>
              </w:rPr>
              <w:t>Hurricane</w:t>
            </w:r>
          </w:p>
        </w:tc>
        <w:tc>
          <w:tcPr>
            <w:tcW w:type="dxa" w:w="2477"/>
          </w:tcPr>
          <w:p>
            <w:pPr>
              <w:spacing w:after="0"/>
              <w:jc w:val="right"/>
            </w:pPr>
            <w:r>
              <w:rPr>
                <w:sz w:val="16"/>
              </w:rPr>
              <w:t>$100,260.09</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23"/>
          </w:tcPr>
          <w:p>
            <w:pPr>
              <w:spacing w:after="0"/>
              <w:jc w:val="left"/>
            </w:pPr>
            <w:r>
              <w:rPr>
                <w:sz w:val="16"/>
              </w:rPr>
              <w:t>Major disaster</w:t>
            </w:r>
          </w:p>
        </w:tc>
        <w:tc>
          <w:tcPr>
            <w:tcW w:type="dxa" w:w="2416"/>
          </w:tcPr>
          <w:p>
            <w:pPr>
              <w:spacing w:after="0"/>
              <w:jc w:val="left"/>
            </w:pPr>
            <w:r>
              <w:rPr>
                <w:sz w:val="16"/>
              </w:rPr>
              <w:t>Severe Winter Storms</w:t>
            </w:r>
          </w:p>
        </w:tc>
        <w:tc>
          <w:tcPr>
            <w:tcW w:type="dxa" w:w="2101"/>
          </w:tcPr>
          <w:p>
            <w:pPr>
              <w:spacing w:after="0"/>
              <w:jc w:val="left"/>
            </w:pPr>
            <w:r>
              <w:rPr>
                <w:sz w:val="16"/>
              </w:rPr>
              <w:t>Winter Weather</w:t>
            </w:r>
          </w:p>
        </w:tc>
        <w:tc>
          <w:tcPr>
            <w:tcW w:type="dxa" w:w="2477"/>
          </w:tcPr>
          <w:p>
            <w:pPr>
              <w:spacing w:after="0"/>
              <w:jc w:val="right"/>
            </w:pPr>
            <w:r>
              <w:rPr>
                <w:sz w:val="16"/>
              </w:rPr>
              <w:t>$3,278.88</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23"/>
          </w:tcPr>
          <w:p>
            <w:pPr>
              <w:spacing w:after="0"/>
              <w:jc w:val="left"/>
            </w:pPr>
            <w:r>
              <w:rPr>
                <w:sz w:val="16"/>
              </w:rPr>
              <w:t>Major disaster</w:t>
            </w:r>
          </w:p>
        </w:tc>
        <w:tc>
          <w:tcPr>
            <w:tcW w:type="dxa" w:w="2416"/>
          </w:tcPr>
          <w:p>
            <w:pPr>
              <w:spacing w:after="0"/>
              <w:jc w:val="left"/>
            </w:pPr>
            <w:r>
              <w:rPr>
                <w:sz w:val="16"/>
              </w:rPr>
              <w:t>Hurricane Floyd Major Disaster Declarations</w:t>
            </w:r>
          </w:p>
        </w:tc>
        <w:tc>
          <w:tcPr>
            <w:tcW w:type="dxa" w:w="2101"/>
          </w:tcPr>
          <w:p>
            <w:pPr>
              <w:spacing w:after="0"/>
              <w:jc w:val="left"/>
            </w:pPr>
            <w:r>
              <w:rPr>
                <w:sz w:val="16"/>
              </w:rPr>
              <w:t>Hurricane</w:t>
            </w:r>
          </w:p>
        </w:tc>
        <w:tc>
          <w:tcPr>
            <w:tcW w:type="dxa" w:w="2477"/>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23"/>
          </w:tcPr>
          <w:p>
            <w:pPr>
              <w:spacing w:after="0"/>
              <w:jc w:val="left"/>
            </w:pPr>
            <w:r>
              <w:rPr>
                <w:sz w:val="16"/>
              </w:rPr>
              <w:t>Major disaster</w:t>
            </w:r>
          </w:p>
        </w:tc>
        <w:tc>
          <w:tcPr>
            <w:tcW w:type="dxa" w:w="2416"/>
          </w:tcPr>
          <w:p>
            <w:pPr>
              <w:spacing w:after="0"/>
              <w:jc w:val="left"/>
            </w:pPr>
            <w:r>
              <w:rPr>
                <w:sz w:val="16"/>
              </w:rPr>
              <w:t>Hurricane Fran and Associated Severe Storm Cond</w:t>
            </w:r>
          </w:p>
        </w:tc>
        <w:tc>
          <w:tcPr>
            <w:tcW w:type="dxa" w:w="2101"/>
          </w:tcPr>
          <w:p>
            <w:pPr>
              <w:spacing w:after="0"/>
              <w:jc w:val="left"/>
            </w:pPr>
            <w:r>
              <w:rPr>
                <w:sz w:val="16"/>
              </w:rPr>
              <w:t>Hurricane</w:t>
            </w:r>
          </w:p>
        </w:tc>
        <w:tc>
          <w:tcPr>
            <w:tcW w:type="dxa" w:w="2477"/>
          </w:tcPr>
          <w:p>
            <w:pPr>
              <w:spacing w:after="0"/>
              <w:jc w:val="right"/>
            </w:pPr>
            <w:r>
              <w:rPr>
                <w:sz w:val="16"/>
              </w:rPr>
              <w:t>PA not declared for this county</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23"/>
          </w:tcPr>
          <w:p>
            <w:pPr>
              <w:spacing w:after="0"/>
              <w:jc w:val="left"/>
            </w:pPr>
            <w:r>
              <w:rPr>
                <w:sz w:val="16"/>
              </w:rPr>
              <w:t>Major disaster</w:t>
            </w:r>
          </w:p>
        </w:tc>
        <w:tc>
          <w:tcPr>
            <w:tcW w:type="dxa" w:w="2416"/>
          </w:tcPr>
          <w:p>
            <w:pPr>
              <w:spacing w:after="0"/>
              <w:jc w:val="left"/>
            </w:pPr>
            <w:r>
              <w:rPr>
                <w:sz w:val="16"/>
              </w:rPr>
              <w:t>Blizzard of 96 (Severe Snow Storm)</w:t>
            </w:r>
          </w:p>
        </w:tc>
        <w:tc>
          <w:tcPr>
            <w:tcW w:type="dxa" w:w="2101"/>
          </w:tcPr>
          <w:p>
            <w:pPr>
              <w:spacing w:after="0"/>
              <w:jc w:val="left"/>
            </w:pPr>
            <w:r>
              <w:rPr>
                <w:sz w:val="16"/>
              </w:rPr>
              <w:t>Winter Weather</w:t>
            </w:r>
          </w:p>
        </w:tc>
        <w:tc>
          <w:tcPr>
            <w:tcW w:type="dxa" w:w="2477"/>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23"/>
          </w:tcPr>
          <w:p>
            <w:pPr>
              <w:spacing w:after="0"/>
              <w:jc w:val="left"/>
            </w:pPr>
            <w:r>
              <w:rPr>
                <w:sz w:val="16"/>
              </w:rPr>
              <w:t>Major disaster</w:t>
            </w:r>
          </w:p>
        </w:tc>
        <w:tc>
          <w:tcPr>
            <w:tcW w:type="dxa" w:w="2416"/>
          </w:tcPr>
          <w:p>
            <w:pPr>
              <w:spacing w:after="0"/>
              <w:jc w:val="left"/>
            </w:pPr>
            <w:r>
              <w:rPr>
                <w:sz w:val="16"/>
              </w:rPr>
              <w:t>Severe Ice Storms, Flooding</w:t>
            </w:r>
          </w:p>
        </w:tc>
        <w:tc>
          <w:tcPr>
            <w:tcW w:type="dxa" w:w="2101"/>
          </w:tcPr>
          <w:p>
            <w:pPr>
              <w:spacing w:after="0"/>
              <w:jc w:val="left"/>
            </w:pPr>
            <w:r>
              <w:rPr>
                <w:sz w:val="16"/>
              </w:rPr>
              <w:t>Winter Weather (primary); also designated: Inland Flooding</w:t>
            </w:r>
          </w:p>
        </w:tc>
        <w:tc>
          <w:tcPr>
            <w:tcW w:type="dxa" w:w="2477"/>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23"/>
          </w:tcPr>
          <w:p>
            <w:pPr>
              <w:spacing w:after="0"/>
              <w:jc w:val="left"/>
            </w:pPr>
            <w:r>
              <w:rPr>
                <w:sz w:val="16"/>
              </w:rPr>
              <w:t>Emergency</w:t>
            </w:r>
          </w:p>
        </w:tc>
        <w:tc>
          <w:tcPr>
            <w:tcW w:type="dxa" w:w="2416"/>
          </w:tcPr>
          <w:p>
            <w:pPr>
              <w:spacing w:after="0"/>
              <w:jc w:val="left"/>
            </w:pPr>
            <w:r>
              <w:rPr>
                <w:sz w:val="16"/>
              </w:rPr>
              <w:t>Severe Winter Storm</w:t>
            </w:r>
          </w:p>
        </w:tc>
        <w:tc>
          <w:tcPr>
            <w:tcW w:type="dxa" w:w="2101"/>
          </w:tcPr>
          <w:p>
            <w:pPr>
              <w:spacing w:after="0"/>
              <w:jc w:val="left"/>
            </w:pPr>
            <w:r>
              <w:rPr>
                <w:sz w:val="16"/>
              </w:rPr>
              <w:t>Winter Weather</w:t>
            </w:r>
          </w:p>
        </w:tc>
        <w:tc>
          <w:tcPr>
            <w:tcW w:type="dxa" w:w="2477"/>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23"/>
          </w:tcPr>
          <w:p>
            <w:pPr>
              <w:spacing w:after="0"/>
              <w:jc w:val="left"/>
            </w:pPr>
            <w:r>
              <w:rPr>
                <w:sz w:val="16"/>
              </w:rPr>
              <w:t>Major disaster</w:t>
            </w:r>
          </w:p>
        </w:tc>
        <w:tc>
          <w:tcPr>
            <w:tcW w:type="dxa" w:w="2416"/>
          </w:tcPr>
          <w:p>
            <w:pPr>
              <w:spacing w:after="0"/>
              <w:jc w:val="left"/>
            </w:pPr>
            <w:r>
              <w:rPr>
                <w:sz w:val="16"/>
              </w:rPr>
              <w:t>Severe Storms &amp; Flooding</w:t>
            </w:r>
          </w:p>
        </w:tc>
        <w:tc>
          <w:tcPr>
            <w:tcW w:type="dxa" w:w="2101"/>
          </w:tcPr>
          <w:p>
            <w:pPr>
              <w:spacing w:after="0"/>
              <w:jc w:val="left"/>
            </w:pPr>
            <w:r>
              <w:rPr>
                <w:sz w:val="16"/>
              </w:rPr>
              <w:t>Inland Flooding</w:t>
            </w:r>
          </w:p>
        </w:tc>
        <w:tc>
          <w:tcPr>
            <w:tcW w:type="dxa" w:w="2477"/>
          </w:tcPr>
          <w:p>
            <w:pPr>
              <w:spacing w:after="0"/>
              <w:jc w:val="right"/>
            </w:pPr>
            <w:r>
              <w:rPr>
                <w:sz w:val="16"/>
              </w:rPr>
              <w:t>PA not declared for this county</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23"/>
          </w:tcPr>
          <w:p>
            <w:pPr>
              <w:spacing w:after="0"/>
              <w:jc w:val="left"/>
            </w:pPr>
            <w:r>
              <w:rPr>
                <w:sz w:val="16"/>
              </w:rPr>
              <w:t>Emergency</w:t>
            </w:r>
          </w:p>
        </w:tc>
        <w:tc>
          <w:tcPr>
            <w:tcW w:type="dxa" w:w="2416"/>
          </w:tcPr>
          <w:p>
            <w:pPr>
              <w:spacing w:after="0"/>
              <w:jc w:val="left"/>
            </w:pPr>
            <w:r>
              <w:rPr>
                <w:sz w:val="16"/>
              </w:rPr>
              <w:t>Drought</w:t>
            </w:r>
          </w:p>
        </w:tc>
        <w:tc>
          <w:tcPr>
            <w:tcW w:type="dxa" w:w="2101"/>
          </w:tcPr>
          <w:p>
            <w:pPr>
              <w:spacing w:after="0"/>
              <w:jc w:val="left"/>
            </w:pPr>
            <w:r>
              <w:rPr>
                <w:sz w:val="16"/>
              </w:rPr>
              <w:t>Drought</w:t>
            </w:r>
          </w:p>
        </w:tc>
        <w:tc>
          <w:tcPr>
            <w:tcW w:type="dxa" w:w="2477"/>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DR-525-VA</w:t>
            </w:r>
          </w:p>
        </w:tc>
        <w:tc>
          <w:tcPr>
            <w:tcW w:type="dxa" w:w="1323"/>
          </w:tcPr>
          <w:p>
            <w:pPr>
              <w:spacing w:after="0"/>
              <w:jc w:val="left"/>
            </w:pPr>
            <w:r>
              <w:rPr>
                <w:sz w:val="16"/>
              </w:rPr>
              <w:t>Major disaster</w:t>
            </w:r>
          </w:p>
        </w:tc>
        <w:tc>
          <w:tcPr>
            <w:tcW w:type="dxa" w:w="2416"/>
          </w:tcPr>
          <w:p>
            <w:pPr>
              <w:spacing w:after="0"/>
              <w:jc w:val="left"/>
            </w:pPr>
            <w:r>
              <w:rPr>
                <w:sz w:val="16"/>
              </w:rPr>
              <w:t>Ice Conditions</w:t>
            </w:r>
          </w:p>
        </w:tc>
        <w:tc>
          <w:tcPr>
            <w:tcW w:type="dxa" w:w="2101"/>
          </w:tcPr>
          <w:p>
            <w:pPr>
              <w:spacing w:after="0"/>
              <w:jc w:val="left"/>
            </w:pPr>
            <w:r>
              <w:rPr>
                <w:sz w:val="16"/>
              </w:rPr>
              <w:t>Cold Wave</w:t>
            </w:r>
          </w:p>
        </w:tc>
        <w:tc>
          <w:tcPr>
            <w:tcW w:type="dxa" w:w="2477"/>
          </w:tcPr>
          <w:p>
            <w:pPr>
              <w:spacing w:after="0"/>
              <w:jc w:val="right"/>
            </w:pPr>
            <w:r>
              <w:rPr>
                <w:sz w:val="16"/>
              </w:rPr>
              <w:t>PA not declared for this county</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23"/>
          </w:tcPr>
          <w:p>
            <w:pPr>
              <w:spacing w:after="0"/>
              <w:jc w:val="left"/>
            </w:pPr>
            <w:r>
              <w:rPr>
                <w:sz w:val="16"/>
              </w:rPr>
              <w:t>Major disaster</w:t>
            </w:r>
          </w:p>
        </w:tc>
        <w:tc>
          <w:tcPr>
            <w:tcW w:type="dxa" w:w="2416"/>
          </w:tcPr>
          <w:p>
            <w:pPr>
              <w:spacing w:after="0"/>
              <w:jc w:val="left"/>
            </w:pPr>
            <w:r>
              <w:rPr>
                <w:sz w:val="16"/>
              </w:rPr>
              <w:t>Tropical Storm Agnes</w:t>
            </w:r>
          </w:p>
        </w:tc>
        <w:tc>
          <w:tcPr>
            <w:tcW w:type="dxa" w:w="2101"/>
          </w:tcPr>
          <w:p>
            <w:pPr>
              <w:spacing w:after="0"/>
              <w:jc w:val="left"/>
            </w:pPr>
            <w:r>
              <w:rPr>
                <w:sz w:val="16"/>
              </w:rPr>
              <w:t>Inland Flooding (primary); also designated: Hurricane</w:t>
            </w:r>
          </w:p>
        </w:tc>
        <w:tc>
          <w:tcPr>
            <w:tcW w:type="dxa" w:w="2477"/>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1969-08-23</w:t>
            </w:r>
          </w:p>
        </w:tc>
        <w:tc>
          <w:tcPr>
            <w:tcW w:type="dxa" w:w="1037"/>
          </w:tcPr>
          <w:p>
            <w:pPr>
              <w:spacing w:after="0"/>
              <w:jc w:val="left"/>
            </w:pPr>
            <w:r>
              <w:rPr>
                <w:sz w:val="16"/>
              </w:rPr>
              <w:t>1969-08-23</w:t>
            </w:r>
          </w:p>
        </w:tc>
        <w:tc>
          <w:tcPr>
            <w:tcW w:type="dxa" w:w="1037"/>
          </w:tcPr>
          <w:p>
            <w:pPr>
              <w:spacing w:after="0"/>
              <w:jc w:val="left"/>
            </w:pPr>
            <w:r>
              <w:rPr>
                <w:sz w:val="16"/>
              </w:rPr>
              <w:t>DR-274-VA</w:t>
            </w:r>
          </w:p>
        </w:tc>
        <w:tc>
          <w:tcPr>
            <w:tcW w:type="dxa" w:w="1323"/>
          </w:tcPr>
          <w:p>
            <w:pPr>
              <w:spacing w:after="0"/>
              <w:jc w:val="left"/>
            </w:pPr>
            <w:r>
              <w:rPr>
                <w:sz w:val="16"/>
              </w:rPr>
              <w:t>Major disaster</w:t>
            </w:r>
          </w:p>
        </w:tc>
        <w:tc>
          <w:tcPr>
            <w:tcW w:type="dxa" w:w="2416"/>
          </w:tcPr>
          <w:p>
            <w:pPr>
              <w:spacing w:after="0"/>
              <w:jc w:val="left"/>
            </w:pPr>
            <w:r>
              <w:rPr>
                <w:sz w:val="16"/>
              </w:rPr>
              <w:t>Severe Storms &amp; Flooding</w:t>
            </w:r>
          </w:p>
        </w:tc>
        <w:tc>
          <w:tcPr>
            <w:tcW w:type="dxa" w:w="2101"/>
          </w:tcPr>
          <w:p>
            <w:pPr>
              <w:spacing w:after="0"/>
              <w:jc w:val="left"/>
            </w:pPr>
            <w:r>
              <w:rPr>
                <w:sz w:val="16"/>
              </w:rPr>
              <w:t>Hurricane (primary); also designated: Inland Flooding</w:t>
            </w:r>
          </w:p>
        </w:tc>
        <w:tc>
          <w:tcPr>
            <w:tcW w:type="dxa" w:w="2477"/>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6</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11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112</w:t>
            </w:r>
          </w:p>
        </w:tc>
        <w:tc>
          <w:tcPr>
            <w:tcW w:type="dxa" w:w="1159"/>
          </w:tcPr>
          <w:p>
            <w:pPr>
              <w:spacing w:after="0"/>
              <w:jc w:val="right"/>
            </w:pPr>
            <w:r>
              <w:rPr>
                <w:sz w:val="16"/>
              </w:rPr>
              <w:t>20</w:t>
            </w:r>
          </w:p>
        </w:tc>
        <w:tc>
          <w:tcPr>
            <w:tcW w:type="dxa" w:w="2116"/>
          </w:tcPr>
          <w:p>
            <w:pPr>
              <w:spacing w:after="0"/>
              <w:jc w:val="right"/>
            </w:pPr>
            <w:r>
              <w:rPr>
                <w:sz w:val="16"/>
              </w:rPr>
              <w:t>1</w:t>
            </w:r>
          </w:p>
        </w:tc>
        <w:tc>
          <w:tcPr>
            <w:tcW w:type="dxa" w:w="786"/>
          </w:tcPr>
          <w:p>
            <w:pPr>
              <w:spacing w:after="0"/>
              <w:jc w:val="right"/>
            </w:pPr>
            <w:r>
              <w:rPr>
                <w:sz w:val="16"/>
              </w:rPr>
              <w:t>20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24</w:t>
            </w:r>
          </w:p>
        </w:tc>
        <w:tc>
          <w:tcPr>
            <w:tcW w:type="dxa" w:w="1159"/>
          </w:tcPr>
          <w:p>
            <w:pPr>
              <w:spacing w:after="0"/>
              <w:jc w:val="right"/>
            </w:pPr>
            <w:r>
              <w:rPr>
                <w:sz w:val="16"/>
              </w:rPr>
              <w:t>3</w:t>
            </w:r>
          </w:p>
        </w:tc>
        <w:tc>
          <w:tcPr>
            <w:tcW w:type="dxa" w:w="2116"/>
          </w:tcPr>
          <w:p>
            <w:pPr>
              <w:spacing w:after="0"/>
              <w:jc w:val="right"/>
            </w:pPr>
            <w:r>
              <w:rPr>
                <w:sz w:val="16"/>
              </w:rPr>
              <w:t>4</w:t>
            </w:r>
          </w:p>
        </w:tc>
        <w:tc>
          <w:tcPr>
            <w:tcW w:type="dxa" w:w="786"/>
          </w:tcPr>
          <w:p>
            <w:pPr>
              <w:spacing w:after="0"/>
              <w:jc w:val="right"/>
            </w:pPr>
            <w:r>
              <w:rPr>
                <w:sz w:val="16"/>
              </w:rPr>
              <w:t>7</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5"/>
        <w:gridCol w:w="1788"/>
        <w:gridCol w:w="2801"/>
        <w:gridCol w:w="925"/>
        <w:gridCol w:w="2518"/>
        <w:gridCol w:w="1016"/>
        <w:gridCol w:w="2602"/>
      </w:tblGrid>
      <w:tr>
        <w:trPr>
          <w:cantSplit/>
          <w:tblHeader/>
        </w:trPr>
        <w:tc>
          <w:tcPr>
            <w:tcW w:type="dxa" w:w="1037"/>
            <w:shd w:val="clear" w:color="auto" w:fill="E8E8E8"/>
          </w:tcPr>
          <w:p>
            <w:pPr>
              <w:spacing w:after="0"/>
              <w:jc w:val="left"/>
            </w:pPr>
            <w:r>
              <w:rPr>
                <w:b/>
                <w:sz w:val="16"/>
              </w:rPr>
              <w:t>Date</w:t>
            </w:r>
          </w:p>
        </w:tc>
        <w:tc>
          <w:tcPr>
            <w:tcW w:type="dxa" w:w="1425"/>
            <w:shd w:val="clear" w:color="auto" w:fill="E8E8E8"/>
          </w:tcPr>
          <w:p>
            <w:pPr>
              <w:spacing w:after="0"/>
              <w:jc w:val="left"/>
            </w:pPr>
            <w:r>
              <w:rPr>
                <w:b/>
                <w:sz w:val="16"/>
              </w:rPr>
              <w:t>Event type</w:t>
            </w:r>
          </w:p>
        </w:tc>
        <w:tc>
          <w:tcPr>
            <w:tcW w:type="dxa" w:w="1788"/>
            <w:shd w:val="clear" w:color="auto" w:fill="E8E8E8"/>
          </w:tcPr>
          <w:p>
            <w:pPr>
              <w:spacing w:after="0"/>
              <w:jc w:val="left"/>
            </w:pPr>
            <w:r>
              <w:rPr>
                <w:b/>
                <w:sz w:val="16"/>
              </w:rPr>
              <w:t>Magnitude or extent</w:t>
            </w:r>
          </w:p>
        </w:tc>
        <w:tc>
          <w:tcPr>
            <w:tcW w:type="dxa" w:w="2801"/>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18"/>
            <w:shd w:val="clear" w:color="auto" w:fill="E8E8E8"/>
          </w:tcPr>
          <w:p>
            <w:pPr>
              <w:spacing w:after="0"/>
              <w:jc w:val="left"/>
            </w:pPr>
            <w:r>
              <w:rPr>
                <w:b/>
                <w:sz w:val="16"/>
              </w:rPr>
              <w:t>Location</w:t>
            </w:r>
          </w:p>
        </w:tc>
        <w:tc>
          <w:tcPr>
            <w:tcW w:type="dxa" w:w="1016"/>
            <w:shd w:val="clear" w:color="auto" w:fill="E8E8E8"/>
          </w:tcPr>
          <w:p>
            <w:pPr>
              <w:spacing w:after="0"/>
              <w:jc w:val="left"/>
            </w:pPr>
            <w:r>
              <w:rPr>
                <w:b/>
                <w:sz w:val="16"/>
              </w:rPr>
              <w:t>Flags</w:t>
            </w:r>
          </w:p>
        </w:tc>
        <w:tc>
          <w:tcPr>
            <w:tcW w:type="dxa" w:w="260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2025-06-23</w:t>
            </w:r>
          </w:p>
        </w:tc>
        <w:tc>
          <w:tcPr>
            <w:tcW w:type="dxa" w:w="1425"/>
          </w:tcPr>
          <w:p>
            <w:pPr>
              <w:spacing w:after="0"/>
              <w:jc w:val="left"/>
            </w:pPr>
            <w:r>
              <w:rPr>
                <w:sz w:val="16"/>
              </w:rPr>
              <w:t>Excessive Heat</w:t>
            </w:r>
          </w:p>
        </w:tc>
        <w:tc>
          <w:tcPr>
            <w:tcW w:type="dxa" w:w="1788"/>
          </w:tcPr>
          <w:p>
            <w:pPr>
              <w:spacing w:after="0"/>
              <w:jc w:val="left"/>
            </w:pPr>
          </w:p>
        </w:tc>
        <w:tc>
          <w:tcPr>
            <w:tcW w:type="dxa" w:w="2801"/>
          </w:tcPr>
          <w:p>
            <w:pPr>
              <w:spacing w:after="0"/>
              <w:jc w:val="left"/>
            </w:pPr>
            <w:r>
              <w:rPr>
                <w:sz w:val="16"/>
              </w:rPr>
              <w:t>$0 property; $0 crops (zone total, 2025 dollars)</w:t>
            </w:r>
          </w:p>
        </w:tc>
        <w:tc>
          <w:tcPr>
            <w:tcW w:type="dxa" w:w="925"/>
          </w:tcPr>
          <w:p>
            <w:pPr>
              <w:spacing w:after="0"/>
              <w:jc w:val="right"/>
            </w:pPr>
            <w:r>
              <w:rPr>
                <w:sz w:val="16"/>
              </w:rPr>
              <w:t>0, 0</w:t>
            </w:r>
          </w:p>
        </w:tc>
        <w:tc>
          <w:tcPr>
            <w:tcW w:type="dxa" w:w="2518"/>
          </w:tcPr>
          <w:p>
            <w:pPr>
              <w:spacing w:after="0"/>
              <w:jc w:val="left"/>
            </w:pPr>
            <w:r>
              <w:rPr>
                <w:sz w:val="16"/>
              </w:rPr>
              <w:t>NWS zone VAZ522 (EASTERN ESSEX), zone-level</w:t>
            </w:r>
          </w:p>
        </w:tc>
        <w:tc>
          <w:tcPr>
            <w:tcW w:type="dxa" w:w="1016"/>
          </w:tcPr>
          <w:p>
            <w:pPr>
              <w:spacing w:after="0"/>
              <w:jc w:val="left"/>
            </w:pPr>
            <w:r>
              <w:rPr>
                <w:sz w:val="16"/>
              </w:rPr>
              <w:t>new since last plan; within last 5 years</w:t>
            </w:r>
          </w:p>
        </w:tc>
        <w:tc>
          <w:tcPr>
            <w:tcW w:type="dxa" w:w="2602"/>
          </w:tcPr>
          <w:p>
            <w:pPr>
              <w:spacing w:after="0"/>
              <w:jc w:val="left"/>
            </w:pPr>
            <w:r>
              <w:rPr>
                <w:sz w:val="16"/>
              </w:rPr>
              <w:t>B1-c worst recorded: Excessive Heat, Heat</w:t>
            </w:r>
          </w:p>
        </w:tc>
      </w:tr>
      <w:tr>
        <w:trPr>
          <w:cantSplit/>
        </w:trPr>
        <w:tc>
          <w:tcPr>
            <w:tcW w:type="dxa" w:w="1037"/>
          </w:tcPr>
          <w:p>
            <w:pPr>
              <w:spacing w:after="0"/>
              <w:jc w:val="left"/>
            </w:pPr>
            <w:r>
              <w:rPr>
                <w:sz w:val="16"/>
              </w:rPr>
              <w:t>2021-02-18</w:t>
            </w:r>
          </w:p>
        </w:tc>
        <w:tc>
          <w:tcPr>
            <w:tcW w:type="dxa" w:w="1425"/>
          </w:tcPr>
          <w:p>
            <w:pPr>
              <w:spacing w:after="0"/>
              <w:jc w:val="left"/>
            </w:pPr>
            <w:r>
              <w:rPr>
                <w:sz w:val="16"/>
              </w:rPr>
              <w:t>Winter Storm</w:t>
            </w:r>
          </w:p>
        </w:tc>
        <w:tc>
          <w:tcPr>
            <w:tcW w:type="dxa" w:w="1788"/>
          </w:tcPr>
          <w:p>
            <w:pPr>
              <w:spacing w:after="0"/>
              <w:jc w:val="left"/>
            </w:pPr>
          </w:p>
        </w:tc>
        <w:tc>
          <w:tcPr>
            <w:tcW w:type="dxa" w:w="2801"/>
          </w:tcPr>
          <w:p>
            <w:pPr>
              <w:spacing w:after="0"/>
              <w:jc w:val="left"/>
            </w:pPr>
            <w:r>
              <w:rPr>
                <w:sz w:val="16"/>
              </w:rPr>
              <w:t>$30,000 property; $0 crops (zone total, 2021 dollars)</w:t>
            </w:r>
          </w:p>
        </w:tc>
        <w:tc>
          <w:tcPr>
            <w:tcW w:type="dxa" w:w="925"/>
          </w:tcPr>
          <w:p>
            <w:pPr>
              <w:spacing w:after="0"/>
              <w:jc w:val="right"/>
            </w:pPr>
            <w:r>
              <w:rPr>
                <w:sz w:val="16"/>
              </w:rPr>
              <w:t>0, 0</w:t>
            </w:r>
          </w:p>
        </w:tc>
        <w:tc>
          <w:tcPr>
            <w:tcW w:type="dxa" w:w="2518"/>
          </w:tcPr>
          <w:p>
            <w:pPr>
              <w:spacing w:after="0"/>
              <w:jc w:val="left"/>
            </w:pPr>
            <w:r>
              <w:rPr>
                <w:sz w:val="16"/>
              </w:rPr>
              <w:t>NWS zone VAZ522 (EASTERN ESSEX), zone-level</w:t>
            </w:r>
          </w:p>
        </w:tc>
        <w:tc>
          <w:tcPr>
            <w:tcW w:type="dxa" w:w="1016"/>
          </w:tcPr>
          <w:p>
            <w:pPr>
              <w:spacing w:after="0"/>
              <w:jc w:val="left"/>
            </w:pPr>
          </w:p>
        </w:tc>
        <w:tc>
          <w:tcPr>
            <w:tcW w:type="dxa" w:w="260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425"/>
          </w:tcPr>
          <w:p>
            <w:pPr>
              <w:spacing w:after="0"/>
              <w:jc w:val="left"/>
            </w:pPr>
            <w:r>
              <w:rPr>
                <w:sz w:val="16"/>
              </w:rPr>
              <w:t>Ice Storm</w:t>
            </w:r>
          </w:p>
        </w:tc>
        <w:tc>
          <w:tcPr>
            <w:tcW w:type="dxa" w:w="1788"/>
          </w:tcPr>
          <w:p>
            <w:pPr>
              <w:spacing w:after="0"/>
              <w:jc w:val="left"/>
            </w:pPr>
          </w:p>
        </w:tc>
        <w:tc>
          <w:tcPr>
            <w:tcW w:type="dxa" w:w="2801"/>
          </w:tcPr>
          <w:p>
            <w:pPr>
              <w:spacing w:after="0"/>
              <w:jc w:val="left"/>
            </w:pPr>
            <w:r>
              <w:rPr>
                <w:sz w:val="16"/>
              </w:rPr>
              <w:t>$50,000 property; $0 crops (zone total, 2021 dollars)</w:t>
            </w:r>
          </w:p>
        </w:tc>
        <w:tc>
          <w:tcPr>
            <w:tcW w:type="dxa" w:w="925"/>
          </w:tcPr>
          <w:p>
            <w:pPr>
              <w:spacing w:after="0"/>
              <w:jc w:val="right"/>
            </w:pPr>
            <w:r>
              <w:rPr>
                <w:sz w:val="16"/>
              </w:rPr>
              <w:t>0, 0</w:t>
            </w:r>
          </w:p>
        </w:tc>
        <w:tc>
          <w:tcPr>
            <w:tcW w:type="dxa" w:w="2518"/>
          </w:tcPr>
          <w:p>
            <w:pPr>
              <w:spacing w:after="0"/>
              <w:jc w:val="left"/>
            </w:pPr>
            <w:r>
              <w:rPr>
                <w:sz w:val="16"/>
              </w:rPr>
              <w:t>NWS zone VAZ522 (EASTERN ESSEX), zone-level</w:t>
            </w:r>
          </w:p>
        </w:tc>
        <w:tc>
          <w:tcPr>
            <w:tcW w:type="dxa" w:w="1016"/>
          </w:tcPr>
          <w:p>
            <w:pPr>
              <w:spacing w:after="0"/>
              <w:jc w:val="left"/>
            </w:pPr>
          </w:p>
        </w:tc>
        <w:tc>
          <w:tcPr>
            <w:tcW w:type="dxa" w:w="2602"/>
          </w:tcPr>
          <w:p>
            <w:pPr>
              <w:spacing w:after="0"/>
              <w:jc w:val="left"/>
            </w:pPr>
            <w:r>
              <w:rPr>
                <w:sz w:val="16"/>
              </w:rPr>
              <w:t>B1-c worst recorded: Ice Storm</w:t>
            </w:r>
          </w:p>
        </w:tc>
      </w:tr>
      <w:tr>
        <w:trPr>
          <w:cantSplit/>
        </w:trPr>
        <w:tc>
          <w:tcPr>
            <w:tcW w:type="dxa" w:w="1037"/>
          </w:tcPr>
          <w:p>
            <w:pPr>
              <w:spacing w:after="0"/>
              <w:jc w:val="left"/>
            </w:pPr>
            <w:r>
              <w:rPr>
                <w:sz w:val="16"/>
              </w:rPr>
              <w:t>2019-03-22</w:t>
            </w:r>
          </w:p>
        </w:tc>
        <w:tc>
          <w:tcPr>
            <w:tcW w:type="dxa" w:w="1425"/>
          </w:tcPr>
          <w:p>
            <w:pPr>
              <w:spacing w:after="0"/>
              <w:jc w:val="left"/>
            </w:pPr>
            <w:r>
              <w:rPr>
                <w:sz w:val="16"/>
              </w:rPr>
              <w:t>Thunderstorm Wind</w:t>
            </w:r>
          </w:p>
        </w:tc>
        <w:tc>
          <w:tcPr>
            <w:tcW w:type="dxa" w:w="1788"/>
          </w:tcPr>
          <w:p>
            <w:pPr>
              <w:spacing w:after="0"/>
              <w:jc w:val="left"/>
            </w:pPr>
            <w:r>
              <w:rPr>
                <w:sz w:val="16"/>
              </w:rPr>
              <w:t>52 kt (60 mph) estimated gust</w:t>
            </w:r>
          </w:p>
        </w:tc>
        <w:tc>
          <w:tcPr>
            <w:tcW w:type="dxa" w:w="2801"/>
          </w:tcPr>
          <w:p>
            <w:pPr>
              <w:spacing w:after="0"/>
              <w:jc w:val="left"/>
            </w:pPr>
            <w:r>
              <w:rPr>
                <w:sz w:val="16"/>
              </w:rPr>
              <w:t>$0 property; $0 crops (2019 dollars)</w:t>
            </w:r>
          </w:p>
        </w:tc>
        <w:tc>
          <w:tcPr>
            <w:tcW w:type="dxa" w:w="925"/>
          </w:tcPr>
          <w:p>
            <w:pPr>
              <w:spacing w:after="0"/>
              <w:jc w:val="right"/>
            </w:pPr>
            <w:r>
              <w:rPr>
                <w:sz w:val="16"/>
              </w:rPr>
              <w:t>0, 0</w:t>
            </w:r>
          </w:p>
        </w:tc>
        <w:tc>
          <w:tcPr>
            <w:tcW w:type="dxa" w:w="2518"/>
          </w:tcPr>
          <w:p>
            <w:pPr>
              <w:spacing w:after="0"/>
              <w:jc w:val="left"/>
            </w:pPr>
            <w:r>
              <w:rPr>
                <w:sz w:val="16"/>
              </w:rPr>
              <w:t>CHAMPLAIN</w:t>
            </w:r>
          </w:p>
        </w:tc>
        <w:tc>
          <w:tcPr>
            <w:tcW w:type="dxa" w:w="1016"/>
          </w:tcPr>
          <w:p>
            <w:pPr>
              <w:spacing w:after="0"/>
              <w:jc w:val="left"/>
            </w:pPr>
          </w:p>
        </w:tc>
        <w:tc>
          <w:tcPr>
            <w:tcW w:type="dxa" w:w="2602"/>
          </w:tcPr>
          <w:p>
            <w:pPr>
              <w:spacing w:after="0"/>
              <w:jc w:val="left"/>
            </w:pPr>
            <w:r>
              <w:rPr>
                <w:sz w:val="16"/>
              </w:rPr>
              <w:t>B1-c worst recorded: Thunderstorm Wind</w:t>
            </w:r>
          </w:p>
        </w:tc>
      </w:tr>
      <w:tr>
        <w:trPr>
          <w:cantSplit/>
        </w:trPr>
        <w:tc>
          <w:tcPr>
            <w:tcW w:type="dxa" w:w="1037"/>
          </w:tcPr>
          <w:p>
            <w:pPr>
              <w:spacing w:after="0"/>
              <w:jc w:val="left"/>
            </w:pPr>
            <w:r>
              <w:rPr>
                <w:sz w:val="16"/>
              </w:rPr>
              <w:t>2018-10-11</w:t>
            </w:r>
          </w:p>
        </w:tc>
        <w:tc>
          <w:tcPr>
            <w:tcW w:type="dxa" w:w="1425"/>
          </w:tcPr>
          <w:p>
            <w:pPr>
              <w:spacing w:after="0"/>
              <w:jc w:val="left"/>
            </w:pPr>
            <w:r>
              <w:rPr>
                <w:sz w:val="16"/>
              </w:rPr>
              <w:t>High Wind</w:t>
            </w:r>
          </w:p>
        </w:tc>
        <w:tc>
          <w:tcPr>
            <w:tcW w:type="dxa" w:w="1788"/>
          </w:tcPr>
          <w:p>
            <w:pPr>
              <w:spacing w:after="0"/>
              <w:jc w:val="left"/>
            </w:pPr>
            <w:r>
              <w:rPr>
                <w:sz w:val="16"/>
              </w:rPr>
              <w:t>50 kt (58 mph) estimated gust</w:t>
            </w:r>
          </w:p>
        </w:tc>
        <w:tc>
          <w:tcPr>
            <w:tcW w:type="dxa" w:w="2801"/>
          </w:tcPr>
          <w:p>
            <w:pPr>
              <w:spacing w:after="0"/>
              <w:jc w:val="left"/>
            </w:pPr>
            <w:r>
              <w:rPr>
                <w:sz w:val="16"/>
              </w:rPr>
              <w:t>$5,000 property; $0 crops (zone total, 2018 dollars)</w:t>
            </w:r>
          </w:p>
        </w:tc>
        <w:tc>
          <w:tcPr>
            <w:tcW w:type="dxa" w:w="925"/>
          </w:tcPr>
          <w:p>
            <w:pPr>
              <w:spacing w:after="0"/>
              <w:jc w:val="right"/>
            </w:pPr>
            <w:r>
              <w:rPr>
                <w:sz w:val="16"/>
              </w:rPr>
              <w:t>0, 0</w:t>
            </w:r>
          </w:p>
        </w:tc>
        <w:tc>
          <w:tcPr>
            <w:tcW w:type="dxa" w:w="2518"/>
          </w:tcPr>
          <w:p>
            <w:pPr>
              <w:spacing w:after="0"/>
              <w:jc w:val="left"/>
            </w:pPr>
            <w:r>
              <w:rPr>
                <w:sz w:val="16"/>
              </w:rPr>
              <w:t>NWS zone VAZ522 (EASTERN ESSEX), zone-level</w:t>
            </w:r>
          </w:p>
        </w:tc>
        <w:tc>
          <w:tcPr>
            <w:tcW w:type="dxa" w:w="1016"/>
          </w:tcPr>
          <w:p>
            <w:pPr>
              <w:spacing w:after="0"/>
              <w:jc w:val="left"/>
            </w:pPr>
          </w:p>
        </w:tc>
        <w:tc>
          <w:tcPr>
            <w:tcW w:type="dxa" w:w="2602"/>
          </w:tcPr>
          <w:p>
            <w:pPr>
              <w:spacing w:after="0"/>
              <w:jc w:val="left"/>
            </w:pPr>
            <w:r>
              <w:rPr>
                <w:sz w:val="16"/>
              </w:rPr>
              <w:t>B1-c worst recorded: High Wind and Strong Wind</w:t>
            </w:r>
          </w:p>
        </w:tc>
      </w:tr>
      <w:tr>
        <w:trPr>
          <w:cantSplit/>
        </w:trPr>
        <w:tc>
          <w:tcPr>
            <w:tcW w:type="dxa" w:w="1037"/>
          </w:tcPr>
          <w:p>
            <w:pPr>
              <w:spacing w:after="0"/>
              <w:jc w:val="left"/>
            </w:pPr>
            <w:r>
              <w:rPr>
                <w:sz w:val="16"/>
              </w:rPr>
              <w:t>2018-05-14</w:t>
            </w:r>
          </w:p>
        </w:tc>
        <w:tc>
          <w:tcPr>
            <w:tcW w:type="dxa" w:w="1425"/>
          </w:tcPr>
          <w:p>
            <w:pPr>
              <w:spacing w:after="0"/>
              <w:jc w:val="left"/>
            </w:pPr>
            <w:r>
              <w:rPr>
                <w:sz w:val="16"/>
              </w:rPr>
              <w:t>Thunderstorm Wind</w:t>
            </w:r>
          </w:p>
        </w:tc>
        <w:tc>
          <w:tcPr>
            <w:tcW w:type="dxa" w:w="1788"/>
          </w:tcPr>
          <w:p>
            <w:pPr>
              <w:spacing w:after="0"/>
              <w:jc w:val="left"/>
            </w:pPr>
            <w:r>
              <w:rPr>
                <w:sz w:val="16"/>
              </w:rPr>
              <w:t>50 kt (58 mph) estimated gust</w:t>
            </w:r>
          </w:p>
        </w:tc>
        <w:tc>
          <w:tcPr>
            <w:tcW w:type="dxa" w:w="2801"/>
          </w:tcPr>
          <w:p>
            <w:pPr>
              <w:spacing w:after="0"/>
              <w:jc w:val="left"/>
            </w:pPr>
            <w:r>
              <w:rPr>
                <w:sz w:val="16"/>
              </w:rPr>
              <w:t>$10,000 property; $0 crops (2018 dollars)</w:t>
            </w:r>
          </w:p>
        </w:tc>
        <w:tc>
          <w:tcPr>
            <w:tcW w:type="dxa" w:w="925"/>
          </w:tcPr>
          <w:p>
            <w:pPr>
              <w:spacing w:after="0"/>
              <w:jc w:val="right"/>
            </w:pPr>
            <w:r>
              <w:rPr>
                <w:sz w:val="16"/>
              </w:rPr>
              <w:t>0, 0</w:t>
            </w:r>
          </w:p>
        </w:tc>
        <w:tc>
          <w:tcPr>
            <w:tcW w:type="dxa" w:w="2518"/>
          </w:tcPr>
          <w:p>
            <w:pPr>
              <w:spacing w:after="0"/>
              <w:jc w:val="left"/>
            </w:pPr>
            <w:r>
              <w:rPr>
                <w:sz w:val="16"/>
              </w:rPr>
              <w:t>HOWERTONS</w:t>
            </w:r>
          </w:p>
        </w:tc>
        <w:tc>
          <w:tcPr>
            <w:tcW w:type="dxa" w:w="1016"/>
          </w:tcPr>
          <w:p>
            <w:pPr>
              <w:spacing w:after="0"/>
              <w:jc w:val="left"/>
            </w:pPr>
          </w:p>
        </w:tc>
        <w:tc>
          <w:tcPr>
            <w:tcW w:type="dxa" w:w="2602"/>
          </w:tcPr>
          <w:p>
            <w:pPr>
              <w:spacing w:after="0"/>
              <w:jc w:val="left"/>
            </w:pPr>
            <w:r>
              <w:rPr>
                <w:sz w:val="16"/>
              </w:rPr>
              <w:t>large reported damage</w:t>
            </w:r>
          </w:p>
        </w:tc>
      </w:tr>
      <w:tr>
        <w:trPr>
          <w:cantSplit/>
        </w:trPr>
        <w:tc>
          <w:tcPr>
            <w:tcW w:type="dxa" w:w="1037"/>
          </w:tcPr>
          <w:p>
            <w:pPr>
              <w:spacing w:after="0"/>
              <w:jc w:val="left"/>
            </w:pPr>
            <w:r>
              <w:rPr>
                <w:sz w:val="16"/>
              </w:rPr>
              <w:t>2018-03-02</w:t>
            </w:r>
          </w:p>
        </w:tc>
        <w:tc>
          <w:tcPr>
            <w:tcW w:type="dxa" w:w="1425"/>
          </w:tcPr>
          <w:p>
            <w:pPr>
              <w:spacing w:after="0"/>
              <w:jc w:val="left"/>
            </w:pPr>
            <w:r>
              <w:rPr>
                <w:sz w:val="16"/>
              </w:rPr>
              <w:t>High Wind</w:t>
            </w:r>
          </w:p>
        </w:tc>
        <w:tc>
          <w:tcPr>
            <w:tcW w:type="dxa" w:w="1788"/>
          </w:tcPr>
          <w:p>
            <w:pPr>
              <w:spacing w:after="0"/>
              <w:jc w:val="left"/>
            </w:pPr>
            <w:r>
              <w:rPr>
                <w:sz w:val="16"/>
              </w:rPr>
              <w:t>50 kt (58 mph) estimated gust</w:t>
            </w:r>
          </w:p>
        </w:tc>
        <w:tc>
          <w:tcPr>
            <w:tcW w:type="dxa" w:w="2801"/>
          </w:tcPr>
          <w:p>
            <w:pPr>
              <w:spacing w:after="0"/>
              <w:jc w:val="left"/>
            </w:pPr>
            <w:r>
              <w:rPr>
                <w:sz w:val="16"/>
              </w:rPr>
              <w:t>$25,000 property; $0 crops (zone total, 2018 dollars)</w:t>
            </w:r>
          </w:p>
        </w:tc>
        <w:tc>
          <w:tcPr>
            <w:tcW w:type="dxa" w:w="925"/>
          </w:tcPr>
          <w:p>
            <w:pPr>
              <w:spacing w:after="0"/>
              <w:jc w:val="right"/>
            </w:pPr>
            <w:r>
              <w:rPr>
                <w:sz w:val="16"/>
              </w:rPr>
              <w:t>0, 0</w:t>
            </w:r>
          </w:p>
        </w:tc>
        <w:tc>
          <w:tcPr>
            <w:tcW w:type="dxa" w:w="2518"/>
          </w:tcPr>
          <w:p>
            <w:pPr>
              <w:spacing w:after="0"/>
              <w:jc w:val="left"/>
            </w:pPr>
            <w:r>
              <w:rPr>
                <w:sz w:val="16"/>
              </w:rPr>
              <w:t>NWS zone VAZ522 (EASTERN ESSEX), zone-level</w:t>
            </w:r>
          </w:p>
        </w:tc>
        <w:tc>
          <w:tcPr>
            <w:tcW w:type="dxa" w:w="1016"/>
          </w:tcPr>
          <w:p>
            <w:pPr>
              <w:spacing w:after="0"/>
              <w:jc w:val="left"/>
            </w:pPr>
          </w:p>
        </w:tc>
        <w:tc>
          <w:tcPr>
            <w:tcW w:type="dxa" w:w="2602"/>
          </w:tcPr>
          <w:p>
            <w:pPr>
              <w:spacing w:after="0"/>
              <w:jc w:val="left"/>
            </w:pPr>
            <w:r>
              <w:rPr>
                <w:sz w:val="16"/>
              </w:rPr>
              <w:t>B1-c most damaging: High Wind and Strong Wind</w:t>
            </w:r>
          </w:p>
        </w:tc>
      </w:tr>
      <w:tr>
        <w:trPr>
          <w:cantSplit/>
        </w:trPr>
        <w:tc>
          <w:tcPr>
            <w:tcW w:type="dxa" w:w="1037"/>
          </w:tcPr>
          <w:p>
            <w:pPr>
              <w:spacing w:after="0"/>
              <w:jc w:val="left"/>
            </w:pPr>
            <w:r>
              <w:rPr>
                <w:sz w:val="16"/>
              </w:rPr>
              <w:t>2016-02-24</w:t>
            </w:r>
          </w:p>
        </w:tc>
        <w:tc>
          <w:tcPr>
            <w:tcW w:type="dxa" w:w="1425"/>
          </w:tcPr>
          <w:p>
            <w:pPr>
              <w:spacing w:after="0"/>
              <w:jc w:val="left"/>
            </w:pPr>
            <w:r>
              <w:rPr>
                <w:sz w:val="16"/>
              </w:rPr>
              <w:t>Tornado</w:t>
            </w:r>
          </w:p>
        </w:tc>
        <w:tc>
          <w:tcPr>
            <w:tcW w:type="dxa" w:w="1788"/>
          </w:tcPr>
          <w:p>
            <w:pPr>
              <w:spacing w:after="0"/>
              <w:jc w:val="left"/>
            </w:pPr>
            <w:r>
              <w:rPr>
                <w:sz w:val="16"/>
              </w:rPr>
              <w:t>EF3, 10.7 mi within this county, 500 yd wide</w:t>
            </w:r>
          </w:p>
        </w:tc>
        <w:tc>
          <w:tcPr>
            <w:tcW w:type="dxa" w:w="2801"/>
          </w:tcPr>
          <w:p>
            <w:pPr>
              <w:spacing w:after="0"/>
              <w:jc w:val="left"/>
            </w:pPr>
            <w:r>
              <w:rPr>
                <w:sz w:val="16"/>
              </w:rPr>
              <w:t>$4,500,000 property; $750,000 crops (2016 dollars)</w:t>
            </w:r>
          </w:p>
        </w:tc>
        <w:tc>
          <w:tcPr>
            <w:tcW w:type="dxa" w:w="925"/>
          </w:tcPr>
          <w:p>
            <w:pPr>
              <w:spacing w:after="0"/>
              <w:jc w:val="right"/>
            </w:pPr>
            <w:r>
              <w:rPr>
                <w:sz w:val="16"/>
              </w:rPr>
              <w:t>0, 25</w:t>
            </w:r>
          </w:p>
        </w:tc>
        <w:tc>
          <w:tcPr>
            <w:tcW w:type="dxa" w:w="2518"/>
          </w:tcPr>
          <w:p>
            <w:pPr>
              <w:spacing w:after="0"/>
              <w:jc w:val="left"/>
            </w:pPr>
            <w:r>
              <w:rPr>
                <w:sz w:val="16"/>
              </w:rPr>
              <w:t>HOWERTONS to TAPPAHANNOCK</w:t>
            </w:r>
          </w:p>
        </w:tc>
        <w:tc>
          <w:tcPr>
            <w:tcW w:type="dxa" w:w="1016"/>
          </w:tcPr>
          <w:p>
            <w:pPr>
              <w:spacing w:after="0"/>
              <w:jc w:val="left"/>
            </w:pPr>
          </w:p>
        </w:tc>
        <w:tc>
          <w:tcPr>
            <w:tcW w:type="dxa" w:w="2602"/>
          </w:tcPr>
          <w:p>
            <w:pPr>
              <w:spacing w:after="0"/>
              <w:jc w:val="left"/>
            </w:pPr>
            <w:r>
              <w:rPr>
                <w:sz w:val="16"/>
              </w:rPr>
              <w:t>deaths or injuries recorded</w:t>
            </w:r>
          </w:p>
        </w:tc>
      </w:tr>
      <w:tr>
        <w:trPr>
          <w:cantSplit/>
        </w:trPr>
        <w:tc>
          <w:tcPr>
            <w:tcW w:type="dxa" w:w="1037"/>
          </w:tcPr>
          <w:p>
            <w:pPr>
              <w:spacing w:after="0"/>
              <w:jc w:val="left"/>
            </w:pPr>
            <w:r>
              <w:rPr>
                <w:sz w:val="16"/>
              </w:rPr>
              <w:t>2014-02-21</w:t>
            </w:r>
          </w:p>
        </w:tc>
        <w:tc>
          <w:tcPr>
            <w:tcW w:type="dxa" w:w="1425"/>
          </w:tcPr>
          <w:p>
            <w:pPr>
              <w:spacing w:after="0"/>
              <w:jc w:val="left"/>
            </w:pPr>
            <w:r>
              <w:rPr>
                <w:sz w:val="16"/>
              </w:rPr>
              <w:t>Thunderstorm Wind</w:t>
            </w:r>
          </w:p>
        </w:tc>
        <w:tc>
          <w:tcPr>
            <w:tcW w:type="dxa" w:w="1788"/>
          </w:tcPr>
          <w:p>
            <w:pPr>
              <w:spacing w:after="0"/>
              <w:jc w:val="left"/>
            </w:pPr>
            <w:r>
              <w:rPr>
                <w:sz w:val="16"/>
              </w:rPr>
              <w:t>50 kt (58 mph) estimated gust</w:t>
            </w:r>
          </w:p>
        </w:tc>
        <w:tc>
          <w:tcPr>
            <w:tcW w:type="dxa" w:w="2801"/>
          </w:tcPr>
          <w:p>
            <w:pPr>
              <w:spacing w:after="0"/>
              <w:jc w:val="left"/>
            </w:pPr>
            <w:r>
              <w:rPr>
                <w:sz w:val="16"/>
              </w:rPr>
              <w:t>$10,000 property; $0 crops (2014 dollars)</w:t>
            </w:r>
          </w:p>
        </w:tc>
        <w:tc>
          <w:tcPr>
            <w:tcW w:type="dxa" w:w="925"/>
          </w:tcPr>
          <w:p>
            <w:pPr>
              <w:spacing w:after="0"/>
              <w:jc w:val="right"/>
            </w:pPr>
            <w:r>
              <w:rPr>
                <w:sz w:val="16"/>
              </w:rPr>
              <w:t>0, 0</w:t>
            </w:r>
          </w:p>
        </w:tc>
        <w:tc>
          <w:tcPr>
            <w:tcW w:type="dxa" w:w="2518"/>
          </w:tcPr>
          <w:p>
            <w:pPr>
              <w:spacing w:after="0"/>
              <w:jc w:val="left"/>
            </w:pPr>
            <w:r>
              <w:rPr>
                <w:sz w:val="16"/>
              </w:rPr>
              <w:t>CHANCE</w:t>
            </w:r>
          </w:p>
        </w:tc>
        <w:tc>
          <w:tcPr>
            <w:tcW w:type="dxa" w:w="1016"/>
          </w:tcPr>
          <w:p>
            <w:pPr>
              <w:spacing w:after="0"/>
              <w:jc w:val="left"/>
            </w:pPr>
          </w:p>
        </w:tc>
        <w:tc>
          <w:tcPr>
            <w:tcW w:type="dxa" w:w="2602"/>
          </w:tcPr>
          <w:p>
            <w:pPr>
              <w:spacing w:after="0"/>
              <w:jc w:val="left"/>
            </w:pPr>
            <w:r>
              <w:rPr>
                <w:sz w:val="16"/>
              </w:rPr>
              <w:t>large reported damage</w:t>
            </w:r>
          </w:p>
        </w:tc>
      </w:tr>
      <w:tr>
        <w:trPr>
          <w:cantSplit/>
        </w:trPr>
        <w:tc>
          <w:tcPr>
            <w:tcW w:type="dxa" w:w="1037"/>
          </w:tcPr>
          <w:p>
            <w:pPr>
              <w:spacing w:after="0"/>
              <w:jc w:val="left"/>
            </w:pPr>
            <w:r>
              <w:rPr>
                <w:sz w:val="16"/>
              </w:rPr>
              <w:t>2009-06-03</w:t>
            </w:r>
          </w:p>
        </w:tc>
        <w:tc>
          <w:tcPr>
            <w:tcW w:type="dxa" w:w="1425"/>
          </w:tcPr>
          <w:p>
            <w:pPr>
              <w:spacing w:after="0"/>
              <w:jc w:val="left"/>
            </w:pPr>
            <w:r>
              <w:rPr>
                <w:sz w:val="16"/>
              </w:rPr>
              <w:t>Hail</w:t>
            </w:r>
          </w:p>
        </w:tc>
        <w:tc>
          <w:tcPr>
            <w:tcW w:type="dxa" w:w="1788"/>
          </w:tcPr>
          <w:p>
            <w:pPr>
              <w:spacing w:after="0"/>
              <w:jc w:val="left"/>
            </w:pPr>
            <w:r>
              <w:rPr>
                <w:sz w:val="16"/>
              </w:rPr>
              <w:t>1.75 in</w:t>
            </w:r>
          </w:p>
        </w:tc>
        <w:tc>
          <w:tcPr>
            <w:tcW w:type="dxa" w:w="2801"/>
          </w:tcPr>
          <w:p>
            <w:pPr>
              <w:spacing w:after="0"/>
              <w:jc w:val="left"/>
            </w:pPr>
            <w:r>
              <w:rPr>
                <w:sz w:val="16"/>
              </w:rPr>
              <w:t>$0 property; $0 crops (2009 dollars)</w:t>
            </w:r>
          </w:p>
        </w:tc>
        <w:tc>
          <w:tcPr>
            <w:tcW w:type="dxa" w:w="925"/>
          </w:tcPr>
          <w:p>
            <w:pPr>
              <w:spacing w:after="0"/>
              <w:jc w:val="right"/>
            </w:pPr>
            <w:r>
              <w:rPr>
                <w:sz w:val="16"/>
              </w:rPr>
              <w:t>0, 0</w:t>
            </w:r>
          </w:p>
        </w:tc>
        <w:tc>
          <w:tcPr>
            <w:tcW w:type="dxa" w:w="2518"/>
          </w:tcPr>
          <w:p>
            <w:pPr>
              <w:spacing w:after="0"/>
              <w:jc w:val="left"/>
            </w:pPr>
            <w:r>
              <w:rPr>
                <w:sz w:val="16"/>
              </w:rPr>
              <w:t>TAPPAHANNOCK ARPT</w:t>
            </w:r>
          </w:p>
        </w:tc>
        <w:tc>
          <w:tcPr>
            <w:tcW w:type="dxa" w:w="1016"/>
          </w:tcPr>
          <w:p>
            <w:pPr>
              <w:spacing w:after="0"/>
              <w:jc w:val="left"/>
            </w:pPr>
          </w:p>
        </w:tc>
        <w:tc>
          <w:tcPr>
            <w:tcW w:type="dxa" w:w="2602"/>
          </w:tcPr>
          <w:p>
            <w:pPr>
              <w:spacing w:after="0"/>
              <w:jc w:val="left"/>
            </w:pPr>
            <w:r>
              <w:rPr>
                <w:sz w:val="16"/>
              </w:rPr>
              <w:t>B1-c worst recorded: Hail</w:t>
            </w:r>
          </w:p>
        </w:tc>
      </w:tr>
      <w:tr>
        <w:trPr>
          <w:cantSplit/>
        </w:trPr>
        <w:tc>
          <w:tcPr>
            <w:tcW w:type="dxa" w:w="1037"/>
          </w:tcPr>
          <w:p>
            <w:pPr>
              <w:spacing w:after="0"/>
              <w:jc w:val="left"/>
            </w:pPr>
            <w:r>
              <w:rPr>
                <w:sz w:val="16"/>
              </w:rPr>
              <w:t>1999-09-16</w:t>
            </w:r>
          </w:p>
        </w:tc>
        <w:tc>
          <w:tcPr>
            <w:tcW w:type="dxa" w:w="1425"/>
          </w:tcPr>
          <w:p>
            <w:pPr>
              <w:spacing w:after="0"/>
              <w:jc w:val="left"/>
            </w:pPr>
            <w:r>
              <w:rPr>
                <w:sz w:val="16"/>
              </w:rPr>
              <w:t>Flash Flood</w:t>
            </w:r>
          </w:p>
        </w:tc>
        <w:tc>
          <w:tcPr>
            <w:tcW w:type="dxa" w:w="1788"/>
          </w:tcPr>
          <w:p>
            <w:pPr>
              <w:spacing w:after="0"/>
              <w:jc w:val="left"/>
            </w:pPr>
          </w:p>
        </w:tc>
        <w:tc>
          <w:tcPr>
            <w:tcW w:type="dxa" w:w="2801"/>
          </w:tcPr>
          <w:p>
            <w:pPr>
              <w:spacing w:after="0"/>
              <w:jc w:val="left"/>
            </w:pPr>
            <w:r>
              <w:rPr>
                <w:sz w:val="16"/>
              </w:rPr>
              <w:t>$195,000 property; $20,000 crops (1999 dollars)</w:t>
            </w:r>
          </w:p>
        </w:tc>
        <w:tc>
          <w:tcPr>
            <w:tcW w:type="dxa" w:w="925"/>
          </w:tcPr>
          <w:p>
            <w:pPr>
              <w:spacing w:after="0"/>
              <w:jc w:val="right"/>
            </w:pPr>
            <w:r>
              <w:rPr>
                <w:sz w:val="16"/>
              </w:rPr>
              <w:t>0, 0</w:t>
            </w:r>
          </w:p>
        </w:tc>
        <w:tc>
          <w:tcPr>
            <w:tcW w:type="dxa" w:w="2518"/>
          </w:tcPr>
          <w:p>
            <w:pPr>
              <w:spacing w:after="0"/>
              <w:jc w:val="left"/>
            </w:pPr>
            <w:r>
              <w:rPr>
                <w:sz w:val="16"/>
              </w:rPr>
              <w:t>COUNTYWIDE</w:t>
            </w:r>
          </w:p>
        </w:tc>
        <w:tc>
          <w:tcPr>
            <w:tcW w:type="dxa" w:w="1016"/>
          </w:tcPr>
          <w:p>
            <w:pPr>
              <w:spacing w:after="0"/>
              <w:jc w:val="left"/>
            </w:pPr>
          </w:p>
        </w:tc>
        <w:tc>
          <w:tcPr>
            <w:tcW w:type="dxa" w:w="260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1996-11-08</w:t>
            </w:r>
          </w:p>
        </w:tc>
        <w:tc>
          <w:tcPr>
            <w:tcW w:type="dxa" w:w="1425"/>
          </w:tcPr>
          <w:p>
            <w:pPr>
              <w:spacing w:after="0"/>
              <w:jc w:val="left"/>
            </w:pPr>
            <w:r>
              <w:rPr>
                <w:sz w:val="16"/>
              </w:rPr>
              <w:t>Thunderstorm Wind</w:t>
            </w:r>
          </w:p>
        </w:tc>
        <w:tc>
          <w:tcPr>
            <w:tcW w:type="dxa" w:w="1788"/>
          </w:tcPr>
          <w:p>
            <w:pPr>
              <w:spacing w:after="0"/>
              <w:jc w:val="left"/>
            </w:pPr>
            <w:r>
              <w:rPr>
                <w:sz w:val="16"/>
              </w:rPr>
              <w:t>speed not recorded</w:t>
            </w:r>
          </w:p>
        </w:tc>
        <w:tc>
          <w:tcPr>
            <w:tcW w:type="dxa" w:w="2801"/>
          </w:tcPr>
          <w:p>
            <w:pPr>
              <w:spacing w:after="0"/>
              <w:jc w:val="left"/>
            </w:pPr>
            <w:r>
              <w:rPr>
                <w:sz w:val="16"/>
              </w:rPr>
              <w:t>$15,000 property; crops not reported (1996 dollars)</w:t>
            </w:r>
          </w:p>
        </w:tc>
        <w:tc>
          <w:tcPr>
            <w:tcW w:type="dxa" w:w="925"/>
          </w:tcPr>
          <w:p>
            <w:pPr>
              <w:spacing w:after="0"/>
              <w:jc w:val="right"/>
            </w:pPr>
            <w:r>
              <w:rPr>
                <w:sz w:val="16"/>
              </w:rPr>
              <w:t>0, 0</w:t>
            </w:r>
          </w:p>
        </w:tc>
        <w:tc>
          <w:tcPr>
            <w:tcW w:type="dxa" w:w="2518"/>
          </w:tcPr>
          <w:p>
            <w:pPr>
              <w:spacing w:after="0"/>
              <w:jc w:val="left"/>
            </w:pPr>
            <w:r>
              <w:rPr>
                <w:sz w:val="16"/>
              </w:rPr>
              <w:t>TAPPAHANNOCK</w:t>
            </w:r>
          </w:p>
        </w:tc>
        <w:tc>
          <w:tcPr>
            <w:tcW w:type="dxa" w:w="1016"/>
          </w:tcPr>
          <w:p>
            <w:pPr>
              <w:spacing w:after="0"/>
              <w:jc w:val="left"/>
            </w:pPr>
          </w:p>
        </w:tc>
        <w:tc>
          <w:tcPr>
            <w:tcW w:type="dxa" w:w="2602"/>
          </w:tcPr>
          <w:p>
            <w:pPr>
              <w:spacing w:after="0"/>
              <w:jc w:val="left"/>
            </w:pPr>
            <w:r>
              <w:rPr>
                <w:sz w:val="16"/>
              </w:rPr>
              <w:t>B1-c most damaging: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(183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7"/>
        <w:gridCol w:w="1425"/>
        <w:gridCol w:w="1546"/>
        <w:gridCol w:w="1037"/>
        <w:gridCol w:w="1882"/>
        <w:gridCol w:w="1511"/>
        <w:gridCol w:w="1468"/>
        <w:gridCol w:w="1037"/>
        <w:gridCol w:w="1943"/>
      </w:tblGrid>
      <w:tr>
        <w:trPr>
          <w:cantSplit/>
          <w:tblHeader/>
        </w:trPr>
        <w:tc>
          <w:tcPr>
            <w:tcW w:type="dxa" w:w="1037"/>
            <w:shd w:val="clear" w:color="auto" w:fill="E8E8E8"/>
          </w:tcPr>
          <w:p>
            <w:pPr>
              <w:spacing w:after="0"/>
              <w:jc w:val="left"/>
            </w:pPr>
            <w:r>
              <w:rPr>
                <w:b/>
                <w:sz w:val="16"/>
              </w:rPr>
              <w:t>Hazard</w:t>
            </w:r>
          </w:p>
        </w:tc>
        <w:tc>
          <w:tcPr>
            <w:tcW w:type="dxa" w:w="122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5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2"/>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7"/>
          </w:tcPr>
          <w:p>
            <w:pPr>
              <w:spacing w:after="0"/>
              <w:jc w:val="right"/>
            </w:pPr>
            <w:r>
              <w:rPr>
                <w:sz w:val="16"/>
              </w:rPr>
              <w:t>3.69</w:t>
            </w:r>
          </w:p>
        </w:tc>
        <w:tc>
          <w:tcPr>
            <w:tcW w:type="dxa" w:w="1425"/>
          </w:tcPr>
          <w:p>
            <w:pPr>
              <w:spacing w:after="0"/>
              <w:jc w:val="left"/>
            </w:pPr>
            <w:r>
              <w:rPr>
                <w:sz w:val="16"/>
              </w:rPr>
              <w:t>events per year at a location (modeled)</w:t>
            </w:r>
          </w:p>
        </w:tc>
        <w:tc>
          <w:tcPr>
            <w:tcW w:type="dxa" w:w="1546"/>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7"/>
          </w:tcPr>
          <w:p>
            <w:pPr>
              <w:spacing w:after="0"/>
              <w:jc w:val="right"/>
            </w:pPr>
            <w:r>
              <w:rPr>
                <w:sz w:val="16"/>
              </w:rPr>
              <w:t>0.7</w:t>
            </w:r>
          </w:p>
        </w:tc>
        <w:tc>
          <w:tcPr>
            <w:tcW w:type="dxa" w:w="1425"/>
          </w:tcPr>
          <w:p>
            <w:pPr>
              <w:spacing w:after="0"/>
              <w:jc w:val="left"/>
            </w:pPr>
            <w:r>
              <w:rPr>
                <w:sz w:val="16"/>
              </w:rPr>
              <w:t>event-days per year</w:t>
            </w:r>
          </w:p>
        </w:tc>
        <w:tc>
          <w:tcPr>
            <w:tcW w:type="dxa" w:w="1546"/>
          </w:tcPr>
          <w:p>
            <w:pPr>
              <w:spacing w:after="0"/>
              <w:jc w:val="left"/>
            </w:pPr>
            <w:r>
              <w:rPr>
                <w:sz w:val="16"/>
              </w:rPr>
              <w:t>about 0.7 days per year</w:t>
            </w:r>
          </w:p>
        </w:tc>
        <w:tc>
          <w:tcPr>
            <w:tcW w:type="dxa" w:w="1037"/>
          </w:tcPr>
          <w:p>
            <w:pPr>
              <w:spacing w:after="0"/>
              <w:jc w:val="left"/>
            </w:pPr>
          </w:p>
        </w:tc>
        <w:tc>
          <w:tcPr>
            <w:tcW w:type="dxa" w:w="1882"/>
          </w:tcPr>
          <w:p>
            <w:pPr>
              <w:spacing w:after="0"/>
              <w:jc w:val="left"/>
            </w:pPr>
            <w:r>
              <w:rPr>
                <w:sz w:val="16"/>
              </w:rPr>
              <w:t>Storm Events event-days in 0 of 30 years, 1996 to 2025 (0%)</w:t>
            </w:r>
          </w:p>
        </w:tc>
        <w:tc>
          <w:tcPr>
            <w:tcW w:type="dxa" w:w="1511"/>
          </w:tcPr>
          <w:p>
            <w:pPr>
              <w:spacing w:after="0"/>
              <w:jc w:val="right"/>
            </w:pPr>
            <w:r>
              <w:rPr>
                <w:sz w:val="16"/>
              </w:rPr>
              <w:t>13.3</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7"/>
          </w:tcPr>
          <w:p>
            <w:pPr>
              <w:spacing w:after="0"/>
              <w:jc w:val="right"/>
            </w:pPr>
            <w:r>
              <w:rPr>
                <w:sz w:val="16"/>
              </w:rPr>
              <w:t>3.71</w:t>
            </w:r>
          </w:p>
        </w:tc>
        <w:tc>
          <w:tcPr>
            <w:tcW w:type="dxa" w:w="1425"/>
          </w:tcPr>
          <w:p>
            <w:pPr>
              <w:spacing w:after="0"/>
              <w:jc w:val="left"/>
            </w:pPr>
            <w:r>
              <w:rPr>
                <w:sz w:val="16"/>
              </w:rPr>
              <w:t>event-days per year</w:t>
            </w:r>
          </w:p>
        </w:tc>
        <w:tc>
          <w:tcPr>
            <w:tcW w:type="dxa" w:w="1546"/>
          </w:tcPr>
          <w:p>
            <w:pPr>
              <w:spacing w:after="0"/>
              <w:jc w:val="left"/>
            </w:pPr>
            <w:r>
              <w:rPr>
                <w:sz w:val="16"/>
              </w:rPr>
              <w:t>about 3.71 days per year</w:t>
            </w:r>
          </w:p>
        </w:tc>
        <w:tc>
          <w:tcPr>
            <w:tcW w:type="dxa" w:w="1037"/>
          </w:tcPr>
          <w:p>
            <w:pPr>
              <w:spacing w:after="0"/>
              <w:jc w:val="left"/>
            </w:pPr>
          </w:p>
        </w:tc>
        <w:tc>
          <w:tcPr>
            <w:tcW w:type="dxa" w:w="1882"/>
          </w:tcPr>
          <w:p>
            <w:pPr>
              <w:spacing w:after="0"/>
              <w:jc w:val="left"/>
            </w:pPr>
            <w:r>
              <w:rPr>
                <w:sz w:val="16"/>
              </w:rPr>
              <w:t>Storm Events event-days in 0 of 30 years, 1996 to 2025 (0%)</w:t>
            </w:r>
          </w:p>
        </w:tc>
        <w:tc>
          <w:tcPr>
            <w:tcW w:type="dxa" w:w="1511"/>
          </w:tcPr>
          <w:p>
            <w:pPr>
              <w:spacing w:after="0"/>
              <w:jc w:val="right"/>
            </w:pPr>
            <w:r>
              <w:rPr>
                <w:sz w:val="16"/>
              </w:rPr>
              <w:t>105</w:t>
            </w:r>
          </w:p>
        </w:tc>
        <w:tc>
          <w:tcPr>
            <w:tcW w:type="dxa" w:w="146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7"/>
          </w:tcPr>
          <w:p>
            <w:pPr>
              <w:spacing w:after="0"/>
              <w:jc w:val="right"/>
            </w:pPr>
            <w:r>
              <w:rPr>
                <w:sz w:val="16"/>
              </w:rPr>
              <w:t>0.00165</w:t>
            </w:r>
          </w:p>
        </w:tc>
        <w:tc>
          <w:tcPr>
            <w:tcW w:type="dxa" w:w="1425"/>
          </w:tcPr>
          <w:p>
            <w:pPr>
              <w:spacing w:after="0"/>
              <w:jc w:val="left"/>
            </w:pPr>
            <w:r>
              <w:rPr>
                <w:sz w:val="16"/>
              </w:rPr>
              <w:t>annual probability at a location</w:t>
            </w:r>
          </w:p>
        </w:tc>
        <w:tc>
          <w:tcPr>
            <w:tcW w:type="dxa" w:w="1546"/>
          </w:tcPr>
          <w:p>
            <w:pPr>
              <w:spacing w:after="0"/>
              <w:jc w:val="left"/>
            </w:pPr>
            <w:r>
              <w:rPr>
                <w:sz w:val="16"/>
              </w:rPr>
              <w:t>chance a given location in the county has at least minor-damage shaking in a year: 0.165%</w:t>
            </w:r>
          </w:p>
        </w:tc>
        <w:tc>
          <w:tcPr>
            <w:tcW w:type="dxa" w:w="1037"/>
          </w:tcPr>
          <w:p>
            <w:pPr>
              <w:spacing w:after="0"/>
              <w:jc w:val="left"/>
            </w:pPr>
          </w:p>
        </w:tc>
        <w:tc>
          <w:tcPr>
            <w:tcW w:type="dxa" w:w="1882"/>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7"/>
          </w:tcPr>
          <w:p>
            <w:pPr>
              <w:spacing w:after="0"/>
              <w:jc w:val="right"/>
            </w:pPr>
            <w:r>
              <w:rPr>
                <w:sz w:val="16"/>
              </w:rPr>
              <w:t>2.79</w:t>
            </w:r>
          </w:p>
        </w:tc>
        <w:tc>
          <w:tcPr>
            <w:tcW w:type="dxa" w:w="1425"/>
          </w:tcPr>
          <w:p>
            <w:pPr>
              <w:spacing w:after="0"/>
              <w:jc w:val="left"/>
            </w:pPr>
            <w:r>
              <w:rPr>
                <w:sz w:val="16"/>
              </w:rPr>
              <w:t>events per year</w:t>
            </w:r>
          </w:p>
        </w:tc>
        <w:tc>
          <w:tcPr>
            <w:tcW w:type="dxa" w:w="1546"/>
          </w:tcPr>
          <w:p>
            <w:pPr>
              <w:spacing w:after="0"/>
              <w:jc w:val="left"/>
            </w:pPr>
            <w:r>
              <w:rPr>
                <w:sz w:val="16"/>
              </w:rPr>
              <w:t>about 2.79 per year</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115.3 (modeled)</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Heat Wave</w:t>
            </w:r>
          </w:p>
        </w:tc>
        <w:tc>
          <w:tcPr>
            <w:tcW w:type="dxa" w:w="1227"/>
          </w:tcPr>
          <w:p>
            <w:pPr>
              <w:spacing w:after="0"/>
              <w:jc w:val="right"/>
            </w:pPr>
            <w:r>
              <w:rPr>
                <w:sz w:val="16"/>
              </w:rPr>
              <w:t>4.8</w:t>
            </w:r>
          </w:p>
        </w:tc>
        <w:tc>
          <w:tcPr>
            <w:tcW w:type="dxa" w:w="1425"/>
          </w:tcPr>
          <w:p>
            <w:pPr>
              <w:spacing w:after="0"/>
              <w:jc w:val="left"/>
            </w:pPr>
            <w:r>
              <w:rPr>
                <w:sz w:val="16"/>
              </w:rPr>
              <w:t>event-days per year</w:t>
            </w:r>
          </w:p>
        </w:tc>
        <w:tc>
          <w:tcPr>
            <w:tcW w:type="dxa" w:w="1546"/>
          </w:tcPr>
          <w:p>
            <w:pPr>
              <w:spacing w:after="0"/>
              <w:jc w:val="left"/>
            </w:pPr>
            <w:r>
              <w:rPr>
                <w:sz w:val="16"/>
              </w:rPr>
              <w:t>about 4.8 days per year</w:t>
            </w:r>
          </w:p>
        </w:tc>
        <w:tc>
          <w:tcPr>
            <w:tcW w:type="dxa" w:w="1037"/>
          </w:tcPr>
          <w:p>
            <w:pPr>
              <w:spacing w:after="0"/>
              <w:jc w:val="left"/>
            </w:pPr>
            <w:r>
              <w:rPr>
                <w:sz w:val="16"/>
              </w:rPr>
              <w:t>Possible</w:t>
            </w:r>
          </w:p>
        </w:tc>
        <w:tc>
          <w:tcPr>
            <w:tcW w:type="dxa" w:w="1882"/>
          </w:tcPr>
          <w:p>
            <w:pPr>
              <w:spacing w:after="0"/>
              <w:jc w:val="left"/>
            </w:pPr>
            <w:r>
              <w:rPr>
                <w:sz w:val="16"/>
              </w:rPr>
              <w:t>Storm Events event-days in 1 of 30 years, 1996 to 2025 (3.33%)</w:t>
            </w:r>
          </w:p>
        </w:tc>
        <w:tc>
          <w:tcPr>
            <w:tcW w:type="dxa" w:w="1511"/>
          </w:tcPr>
          <w:p>
            <w:pPr>
              <w:spacing w:after="0"/>
              <w:jc w:val="right"/>
            </w:pPr>
            <w:r>
              <w:rPr>
                <w:sz w:val="16"/>
              </w:rPr>
              <w:t>72.9</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Hurricane</w:t>
            </w:r>
          </w:p>
        </w:tc>
        <w:tc>
          <w:tcPr>
            <w:tcW w:type="dxa" w:w="1227"/>
          </w:tcPr>
          <w:p>
            <w:pPr>
              <w:spacing w:after="0"/>
              <w:jc w:val="right"/>
            </w:pPr>
            <w:r>
              <w:rPr>
                <w:sz w:val="16"/>
              </w:rPr>
              <w:t>0.13</w:t>
            </w:r>
          </w:p>
        </w:tc>
        <w:tc>
          <w:tcPr>
            <w:tcW w:type="dxa" w:w="1425"/>
          </w:tcPr>
          <w:p>
            <w:pPr>
              <w:spacing w:after="0"/>
              <w:jc w:val="left"/>
            </w:pPr>
            <w:r>
              <w:rPr>
                <w:sz w:val="16"/>
              </w:rPr>
              <w:t>events per year</w:t>
            </w:r>
          </w:p>
        </w:tc>
        <w:tc>
          <w:tcPr>
            <w:tcW w:type="dxa" w:w="1546"/>
          </w:tcPr>
          <w:p>
            <w:pPr>
              <w:spacing w:after="0"/>
              <w:jc w:val="left"/>
            </w:pPr>
            <w:r>
              <w:rPr>
                <w:sz w:val="16"/>
              </w:rPr>
              <w:t>about 1 in 8 years</w:t>
            </w:r>
          </w:p>
        </w:tc>
        <w:tc>
          <w:tcPr>
            <w:tcW w:type="dxa" w:w="1037"/>
          </w:tcPr>
          <w:p>
            <w:pPr>
              <w:spacing w:after="0"/>
              <w:jc w:val="left"/>
            </w:pPr>
            <w:r>
              <w:rPr>
                <w:sz w:val="16"/>
              </w:rPr>
              <w:t>Likely</w:t>
            </w:r>
          </w:p>
        </w:tc>
        <w:tc>
          <w:tcPr>
            <w:tcW w:type="dxa" w:w="1882"/>
          </w:tcPr>
          <w:p>
            <w:pPr>
              <w:spacing w:after="0"/>
              <w:jc w:val="left"/>
            </w:pPr>
            <w:r>
              <w:rPr>
                <w:sz w:val="16"/>
              </w:rPr>
              <w:t>FEMA annualized frequency (modeled)</w:t>
            </w:r>
          </w:p>
        </w:tc>
        <w:tc>
          <w:tcPr>
            <w:tcW w:type="dxa" w:w="1511"/>
          </w:tcPr>
          <w:p>
            <w:pPr>
              <w:spacing w:after="0"/>
              <w:jc w:val="right"/>
            </w:pPr>
            <w:r>
              <w:rPr>
                <w:sz w:val="16"/>
              </w:rPr>
              <w:t>42</w:t>
            </w:r>
          </w:p>
        </w:tc>
        <w:tc>
          <w:tcPr>
            <w:tcW w:type="dxa" w:w="1468"/>
          </w:tcPr>
          <w:p>
            <w:pPr>
              <w:spacing w:after="0"/>
              <w:jc w:val="left"/>
            </w:pPr>
            <w:r>
              <w:rPr>
                <w:sz w:val="16"/>
              </w:rPr>
              <w:t>1851 to 2024 (Atlantic)</w:t>
            </w:r>
          </w:p>
        </w:tc>
        <w:tc>
          <w:tcPr>
            <w:tcW w:type="dxa" w:w="1037"/>
          </w:tcPr>
          <w:p>
            <w:pPr>
              <w:spacing w:after="0"/>
              <w:jc w:val="left"/>
            </w:pPr>
            <w:r>
              <w:rPr>
                <w:sz w:val="16"/>
              </w:rPr>
              <w:t>see B1-f</w:t>
            </w:r>
          </w:p>
        </w:tc>
        <w:tc>
          <w:tcPr>
            <w:tcW w:type="dxa" w:w="19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7"/>
          </w:tcPr>
          <w:p>
            <w:pPr>
              <w:spacing w:after="0"/>
              <w:jc w:val="right"/>
            </w:pPr>
            <w:r>
              <w:rPr>
                <w:sz w:val="16"/>
              </w:rPr>
              <w:t>0.83</w:t>
            </w:r>
          </w:p>
        </w:tc>
        <w:tc>
          <w:tcPr>
            <w:tcW w:type="dxa" w:w="1425"/>
          </w:tcPr>
          <w:p>
            <w:pPr>
              <w:spacing w:after="0"/>
              <w:jc w:val="left"/>
            </w:pPr>
            <w:r>
              <w:rPr>
                <w:sz w:val="16"/>
              </w:rPr>
              <w:t>event-days per year</w:t>
            </w:r>
          </w:p>
        </w:tc>
        <w:tc>
          <w:tcPr>
            <w:tcW w:type="dxa" w:w="1546"/>
          </w:tcPr>
          <w:p>
            <w:pPr>
              <w:spacing w:after="0"/>
              <w:jc w:val="left"/>
            </w:pPr>
            <w:r>
              <w:rPr>
                <w:sz w:val="16"/>
              </w:rPr>
              <w:t>about 0.83 days per year</w:t>
            </w:r>
          </w:p>
        </w:tc>
        <w:tc>
          <w:tcPr>
            <w:tcW w:type="dxa" w:w="1037"/>
          </w:tcPr>
          <w:p>
            <w:pPr>
              <w:spacing w:after="0"/>
              <w:jc w:val="left"/>
            </w:pPr>
            <w:r>
              <w:rPr>
                <w:sz w:val="16"/>
              </w:rPr>
              <w:t>Possible</w:t>
            </w:r>
          </w:p>
        </w:tc>
        <w:tc>
          <w:tcPr>
            <w:tcW w:type="dxa" w:w="1882"/>
          </w:tcPr>
          <w:p>
            <w:pPr>
              <w:spacing w:after="0"/>
              <w:jc w:val="left"/>
            </w:pPr>
            <w:r>
              <w:rPr>
                <w:sz w:val="16"/>
              </w:rPr>
              <w:t>Storm Events event-days in 1 of 30 years, 1996 to 2025 (3.33%)</w:t>
            </w:r>
          </w:p>
        </w:tc>
        <w:tc>
          <w:tcPr>
            <w:tcW w:type="dxa" w:w="1511"/>
          </w:tcPr>
          <w:p>
            <w:pPr>
              <w:spacing w:after="0"/>
              <w:jc w:val="right"/>
            </w:pPr>
            <w:r>
              <w:rPr>
                <w:sz w:val="16"/>
              </w:rPr>
              <w:t>56</w:t>
            </w:r>
          </w:p>
        </w:tc>
        <w:tc>
          <w:tcPr>
            <w:tcW w:type="dxa" w:w="1468"/>
          </w:tcPr>
          <w:p>
            <w:pPr>
              <w:spacing w:after="0"/>
              <w:jc w:val="left"/>
            </w:pPr>
            <w:r>
              <w:rPr>
                <w:sz w:val="16"/>
              </w:rPr>
              <w:t>1946-12-31 to 2014-02-12 (67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Inland Flooding</w:t>
            </w:r>
          </w:p>
        </w:tc>
        <w:tc>
          <w:tcPr>
            <w:tcW w:type="dxa" w:w="1227"/>
          </w:tcPr>
          <w:p>
            <w:pPr>
              <w:spacing w:after="0"/>
              <w:jc w:val="right"/>
            </w:pPr>
            <w:r>
              <w:rPr>
                <w:sz w:val="16"/>
              </w:rPr>
              <w:t>0.321</w:t>
            </w:r>
          </w:p>
        </w:tc>
        <w:tc>
          <w:tcPr>
            <w:tcW w:type="dxa" w:w="1425"/>
          </w:tcPr>
          <w:p>
            <w:pPr>
              <w:spacing w:after="0"/>
              <w:jc w:val="left"/>
            </w:pPr>
            <w:r>
              <w:rPr>
                <w:sz w:val="16"/>
              </w:rPr>
              <w:t>event-days per year</w:t>
            </w:r>
          </w:p>
        </w:tc>
        <w:tc>
          <w:tcPr>
            <w:tcW w:type="dxa" w:w="1546"/>
          </w:tcPr>
          <w:p>
            <w:pPr>
              <w:spacing w:after="0"/>
              <w:jc w:val="left"/>
            </w:pPr>
            <w:r>
              <w:rPr>
                <w:sz w:val="16"/>
              </w:rPr>
              <w:t>about 0.321 days per year</w:t>
            </w:r>
          </w:p>
        </w:tc>
        <w:tc>
          <w:tcPr>
            <w:tcW w:type="dxa" w:w="1037"/>
          </w:tcPr>
          <w:p>
            <w:pPr>
              <w:spacing w:after="0"/>
              <w:jc w:val="left"/>
            </w:pPr>
            <w:r>
              <w:rPr>
                <w:sz w:val="16"/>
              </w:rPr>
              <w:t>Likely</w:t>
            </w:r>
          </w:p>
        </w:tc>
        <w:tc>
          <w:tcPr>
            <w:tcW w:type="dxa" w:w="1882"/>
          </w:tcPr>
          <w:p>
            <w:pPr>
              <w:spacing w:after="0"/>
              <w:jc w:val="left"/>
            </w:pPr>
            <w:r>
              <w:rPr>
                <w:sz w:val="16"/>
              </w:rPr>
              <w:t>Storm Events event-days in 5 of 30 years, 1996 to 2025 (16.7%)</w:t>
            </w:r>
          </w:p>
        </w:tc>
        <w:tc>
          <w:tcPr>
            <w:tcW w:type="dxa" w:w="1511"/>
          </w:tcPr>
          <w:p>
            <w:pPr>
              <w:spacing w:after="0"/>
              <w:jc w:val="right"/>
            </w:pPr>
            <w:r>
              <w:rPr>
                <w:sz w:val="16"/>
              </w:rPr>
              <w:t>9</w:t>
            </w:r>
          </w:p>
        </w:tc>
        <w:tc>
          <w:tcPr>
            <w:tcW w:type="dxa" w:w="1468"/>
          </w:tcPr>
          <w:p>
            <w:pPr>
              <w:spacing w:after="0"/>
              <w:jc w:val="left"/>
            </w:pPr>
            <w:r>
              <w:rPr>
                <w:sz w:val="16"/>
              </w:rPr>
              <w:t>1996 to 2023 (28 years)</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Landslide</w:t>
            </w:r>
          </w:p>
        </w:tc>
        <w:tc>
          <w:tcPr>
            <w:tcW w:type="dxa" w:w="1227"/>
          </w:tcPr>
          <w:p>
            <w:pPr>
              <w:spacing w:after="0"/>
              <w:jc w:val="right"/>
            </w:pPr>
            <w:r>
              <w:rPr>
                <w:sz w:val="16"/>
              </w:rPr>
              <w:t>0.188</w:t>
            </w:r>
          </w:p>
        </w:tc>
        <w:tc>
          <w:tcPr>
            <w:tcW w:type="dxa" w:w="1425"/>
          </w:tcPr>
          <w:p>
            <w:pPr>
              <w:spacing w:after="0"/>
              <w:jc w:val="left"/>
            </w:pPr>
            <w:r>
              <w:rPr>
                <w:sz w:val="16"/>
              </w:rPr>
              <w:t>events per year (modeled)</w:t>
            </w:r>
          </w:p>
        </w:tc>
        <w:tc>
          <w:tcPr>
            <w:tcW w:type="dxa" w:w="1546"/>
          </w:tcPr>
          <w:p>
            <w:pPr>
              <w:spacing w:after="0"/>
              <w:jc w:val="left"/>
            </w:pPr>
            <w:r>
              <w:rPr>
                <w:sz w:val="16"/>
              </w:rPr>
              <w:t>about 1 in 5 years</w:t>
            </w:r>
          </w:p>
        </w:tc>
        <w:tc>
          <w:tcPr>
            <w:tcW w:type="dxa" w:w="1037"/>
          </w:tcPr>
          <w:p>
            <w:pPr>
              <w:spacing w:after="0"/>
              <w:jc w:val="left"/>
            </w:pPr>
            <w:r>
              <w:rPr>
                <w:sz w:val="16"/>
              </w:rPr>
              <w:t>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Lightning</w:t>
            </w:r>
          </w:p>
        </w:tc>
        <w:tc>
          <w:tcPr>
            <w:tcW w:type="dxa" w:w="1227"/>
          </w:tcPr>
          <w:p>
            <w:pPr>
              <w:spacing w:after="0"/>
              <w:jc w:val="right"/>
            </w:pPr>
            <w:r>
              <w:rPr>
                <w:sz w:val="16"/>
              </w:rPr>
              <w:t>40.9</w:t>
            </w:r>
          </w:p>
        </w:tc>
        <w:tc>
          <w:tcPr>
            <w:tcW w:type="dxa" w:w="1425"/>
          </w:tcPr>
          <w:p>
            <w:pPr>
              <w:spacing w:after="0"/>
              <w:jc w:val="left"/>
            </w:pPr>
            <w:r>
              <w:rPr>
                <w:sz w:val="16"/>
              </w:rPr>
              <w:t>days per year with a strike</w:t>
            </w:r>
          </w:p>
        </w:tc>
        <w:tc>
          <w:tcPr>
            <w:tcW w:type="dxa" w:w="1546"/>
          </w:tcPr>
          <w:p>
            <w:pPr>
              <w:spacing w:after="0"/>
              <w:jc w:val="left"/>
            </w:pPr>
            <w:r>
              <w:rPr>
                <w:sz w:val="16"/>
              </w:rPr>
              <w:t>about 40.9 days per year</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1995 to 2023 (29 years; CONUS)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Strong Wind</w:t>
            </w:r>
          </w:p>
        </w:tc>
        <w:tc>
          <w:tcPr>
            <w:tcW w:type="dxa" w:w="1227"/>
          </w:tcPr>
          <w:p>
            <w:pPr>
              <w:spacing w:after="0"/>
              <w:jc w:val="right"/>
            </w:pPr>
            <w:r>
              <w:rPr>
                <w:sz w:val="16"/>
              </w:rPr>
              <w:t>3.37</w:t>
            </w:r>
          </w:p>
        </w:tc>
        <w:tc>
          <w:tcPr>
            <w:tcW w:type="dxa" w:w="1425"/>
          </w:tcPr>
          <w:p>
            <w:pPr>
              <w:spacing w:after="0"/>
              <w:jc w:val="left"/>
            </w:pPr>
            <w:r>
              <w:rPr>
                <w:sz w:val="16"/>
              </w:rPr>
              <w:t>events per year</w:t>
            </w:r>
          </w:p>
        </w:tc>
        <w:tc>
          <w:tcPr>
            <w:tcW w:type="dxa" w:w="1546"/>
          </w:tcPr>
          <w:p>
            <w:pPr>
              <w:spacing w:after="0"/>
              <w:jc w:val="left"/>
            </w:pPr>
            <w:r>
              <w:rPr>
                <w:sz w:val="16"/>
              </w:rPr>
              <w:t>about 3.37 per year</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128</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Tornado</w:t>
            </w:r>
          </w:p>
        </w:tc>
        <w:tc>
          <w:tcPr>
            <w:tcW w:type="dxa" w:w="1227"/>
          </w:tcPr>
          <w:p>
            <w:pPr>
              <w:spacing w:after="0"/>
              <w:jc w:val="right"/>
            </w:pPr>
            <w:r>
              <w:rPr>
                <w:sz w:val="16"/>
              </w:rPr>
              <w:t>0.184</w:t>
            </w:r>
          </w:p>
        </w:tc>
        <w:tc>
          <w:tcPr>
            <w:tcW w:type="dxa" w:w="1425"/>
          </w:tcPr>
          <w:p>
            <w:pPr>
              <w:spacing w:after="0"/>
              <w:jc w:val="left"/>
            </w:pPr>
            <w:r>
              <w:rPr>
                <w:sz w:val="16"/>
              </w:rPr>
              <w:t>events per year</w:t>
            </w:r>
          </w:p>
        </w:tc>
        <w:tc>
          <w:tcPr>
            <w:tcW w:type="dxa" w:w="1546"/>
          </w:tcPr>
          <w:p>
            <w:pPr>
              <w:spacing w:after="0"/>
              <w:jc w:val="left"/>
            </w:pPr>
            <w:r>
              <w:rPr>
                <w:sz w:val="16"/>
              </w:rPr>
              <w:t>about 1 in 5 years</w:t>
            </w:r>
          </w:p>
        </w:tc>
        <w:tc>
          <w:tcPr>
            <w:tcW w:type="dxa" w:w="1037"/>
          </w:tcPr>
          <w:p>
            <w:pPr>
              <w:spacing w:after="0"/>
              <w:jc w:val="left"/>
            </w:pPr>
            <w:r>
              <w:rPr>
                <w:sz w:val="16"/>
              </w:rPr>
              <w:t>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1950 to 2023 (EF2+); 1986 to 2023 (EF0-1)</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Tsunami</w:t>
            </w:r>
          </w:p>
        </w:tc>
        <w:tc>
          <w:tcPr>
            <w:tcW w:type="dxa" w:w="1227"/>
          </w:tcPr>
          <w:p>
            <w:pPr>
              <w:spacing w:after="0"/>
              <w:jc w:val="right"/>
            </w:pPr>
          </w:p>
        </w:tc>
        <w:tc>
          <w:tcPr>
            <w:tcW w:type="dxa" w:w="1425"/>
          </w:tcPr>
          <w:p>
            <w:pPr>
              <w:spacing w:after="0"/>
              <w:jc w:val="left"/>
            </w:pPr>
            <w:r>
              <w:rPr>
                <w:sz w:val="16"/>
              </w:rPr>
              <w:t>annual probability at the most exposed location (used in place of a county value)</w:t>
            </w:r>
          </w:p>
        </w:tc>
        <w:tc>
          <w:tcPr>
            <w:tcW w:type="dxa" w:w="1546"/>
          </w:tcPr>
          <w:p>
            <w:pPr>
              <w:spacing w:after="0"/>
              <w:jc w:val="left"/>
            </w:pPr>
          </w:p>
        </w:tc>
        <w:tc>
          <w:tcPr>
            <w:tcW w:type="dxa" w:w="1037"/>
          </w:tcPr>
          <w:p>
            <w:pPr>
              <w:spacing w:after="0"/>
              <w:jc w:val="left"/>
            </w:pPr>
          </w:p>
        </w:tc>
        <w:tc>
          <w:tcPr>
            <w:tcW w:type="dxa" w:w="1882"/>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7"/>
          </w:tcPr>
          <w:p>
            <w:pPr>
              <w:spacing w:after="0"/>
              <w:jc w:val="right"/>
            </w:pPr>
            <w:r>
              <w:rPr>
                <w:sz w:val="16"/>
              </w:rPr>
              <w:t>0.000111</w:t>
            </w:r>
          </w:p>
        </w:tc>
        <w:tc>
          <w:tcPr>
            <w:tcW w:type="dxa" w:w="1425"/>
          </w:tcPr>
          <w:p>
            <w:pPr>
              <w:spacing w:after="0"/>
              <w:jc w:val="left"/>
            </w:pPr>
            <w:r>
              <w:rPr>
                <w:sz w:val="16"/>
              </w:rPr>
              <w:t>annual probability at a location</w:t>
            </w:r>
          </w:p>
        </w:tc>
        <w:tc>
          <w:tcPr>
            <w:tcW w:type="dxa" w:w="1546"/>
          </w:tcPr>
          <w:p>
            <w:pPr>
              <w:spacing w:after="0"/>
              <w:jc w:val="left"/>
            </w:pPr>
            <w:r>
              <w:rPr>
                <w:sz w:val="16"/>
              </w:rPr>
              <w:t>chance a given location in the county burns in a year: 0.0111%</w:t>
            </w:r>
          </w:p>
        </w:tc>
        <w:tc>
          <w:tcPr>
            <w:tcW w:type="dxa" w:w="1037"/>
          </w:tcPr>
          <w:p>
            <w:pPr>
              <w:spacing w:after="0"/>
              <w:jc w:val="left"/>
            </w:pPr>
          </w:p>
        </w:tc>
        <w:tc>
          <w:tcPr>
            <w:tcW w:type="dxa" w:w="1882"/>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7"/>
          </w:tcPr>
          <w:p>
            <w:pPr>
              <w:spacing w:after="0"/>
              <w:jc w:val="right"/>
            </w:pPr>
            <w:r>
              <w:rPr>
                <w:sz w:val="16"/>
              </w:rPr>
              <w:t>5.56</w:t>
            </w:r>
          </w:p>
        </w:tc>
        <w:tc>
          <w:tcPr>
            <w:tcW w:type="dxa" w:w="1425"/>
          </w:tcPr>
          <w:p>
            <w:pPr>
              <w:spacing w:after="0"/>
              <w:jc w:val="left"/>
            </w:pPr>
            <w:r>
              <w:rPr>
                <w:sz w:val="16"/>
              </w:rPr>
              <w:t>event-days per year</w:t>
            </w:r>
          </w:p>
        </w:tc>
        <w:tc>
          <w:tcPr>
            <w:tcW w:type="dxa" w:w="1546"/>
          </w:tcPr>
          <w:p>
            <w:pPr>
              <w:spacing w:after="0"/>
              <w:jc w:val="left"/>
            </w:pPr>
            <w:r>
              <w:rPr>
                <w:sz w:val="16"/>
              </w:rPr>
              <w:t>about 5.56 days per year</w:t>
            </w:r>
          </w:p>
        </w:tc>
        <w:tc>
          <w:tcPr>
            <w:tcW w:type="dxa" w:w="1037"/>
          </w:tcPr>
          <w:p>
            <w:pPr>
              <w:spacing w:after="0"/>
              <w:jc w:val="left"/>
            </w:pPr>
            <w:r>
              <w:rPr>
                <w:sz w:val="16"/>
              </w:rPr>
              <w:t>Likely</w:t>
            </w:r>
          </w:p>
        </w:tc>
        <w:tc>
          <w:tcPr>
            <w:tcW w:type="dxa" w:w="1882"/>
          </w:tcPr>
          <w:p>
            <w:pPr>
              <w:spacing w:after="0"/>
              <w:jc w:val="left"/>
            </w:pPr>
            <w:r>
              <w:rPr>
                <w:sz w:val="16"/>
              </w:rPr>
              <w:t>Storm Events event-days in 7 of 30 years, 1996 to 2025 (23.3%)</w:t>
            </w:r>
          </w:p>
        </w:tc>
        <w:tc>
          <w:tcPr>
            <w:tcW w:type="dxa" w:w="1511"/>
          </w:tcPr>
          <w:p>
            <w:pPr>
              <w:spacing w:after="0"/>
              <w:jc w:val="right"/>
            </w:pPr>
            <w:r>
              <w:rPr>
                <w:sz w:val="16"/>
              </w:rPr>
              <w:t>106</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3 of 3</w:t>
            </w:r>
          </w:p>
        </w:tc>
        <w:tc>
          <w:tcPr>
            <w:tcW w:type="dxa" w:w="1250"/>
          </w:tcPr>
          <w:p>
            <w:pPr>
              <w:spacing w:after="0"/>
              <w:jc w:val="right"/>
            </w:pPr>
            <w:r>
              <w:rPr>
                <w:sz w:val="16"/>
              </w:rPr>
              <w:t>90.7</w:t>
            </w:r>
          </w:p>
        </w:tc>
        <w:tc>
          <w:tcPr>
            <w:tcW w:type="dxa" w:w="1311"/>
          </w:tcPr>
          <w:p>
            <w:pPr>
              <w:spacing w:after="0"/>
              <w:jc w:val="right"/>
            </w:pPr>
            <w:r>
              <w:rPr>
                <w:sz w:val="16"/>
              </w:rPr>
              <w:t>95.5</w:t>
            </w:r>
          </w:p>
        </w:tc>
        <w:tc>
          <w:tcPr>
            <w:tcW w:type="dxa" w:w="1250"/>
          </w:tcPr>
          <w:p>
            <w:pPr>
              <w:spacing w:after="0"/>
              <w:jc w:val="right"/>
            </w:pPr>
            <w:r>
              <w:rPr>
                <w:sz w:val="16"/>
              </w:rPr>
              <w:t>96.4</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25.2</w:t>
            </w:r>
          </w:p>
        </w:tc>
        <w:tc>
          <w:tcPr>
            <w:tcW w:type="dxa" w:w="1311"/>
          </w:tcPr>
          <w:p>
            <w:pPr>
              <w:spacing w:after="0"/>
              <w:jc w:val="right"/>
            </w:pPr>
            <w:r>
              <w:rPr>
                <w:sz w:val="16"/>
              </w:rPr>
              <w:t>25.5</w:t>
            </w:r>
          </w:p>
        </w:tc>
        <w:tc>
          <w:tcPr>
            <w:tcW w:type="dxa" w:w="1250"/>
          </w:tcPr>
          <w:p>
            <w:pPr>
              <w:spacing w:after="0"/>
              <w:jc w:val="right"/>
            </w:pPr>
            <w:r>
              <w:rPr>
                <w:sz w:val="16"/>
              </w:rPr>
              <w:t>25.9</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97.1</w:t>
            </w:r>
          </w:p>
        </w:tc>
        <w:tc>
          <w:tcPr>
            <w:tcW w:type="dxa" w:w="1311"/>
          </w:tcPr>
          <w:p>
            <w:pPr>
              <w:spacing w:after="0"/>
              <w:jc w:val="right"/>
            </w:pPr>
            <w:r>
              <w:rPr>
                <w:sz w:val="16"/>
              </w:rPr>
              <w:t>98.9</w:t>
            </w:r>
          </w:p>
        </w:tc>
        <w:tc>
          <w:tcPr>
            <w:tcW w:type="dxa" w:w="1250"/>
          </w:tcPr>
          <w:p>
            <w:pPr>
              <w:spacing w:after="0"/>
              <w:jc w:val="right"/>
            </w:pPr>
            <w:r>
              <w:rPr>
                <w:sz w:val="16"/>
              </w:rPr>
              <w:t>99.6</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48.3</w:t>
            </w:r>
          </w:p>
        </w:tc>
        <w:tc>
          <w:tcPr>
            <w:tcW w:type="dxa" w:w="1311"/>
          </w:tcPr>
          <w:p>
            <w:pPr>
              <w:spacing w:after="0"/>
              <w:jc w:val="right"/>
            </w:pPr>
            <w:r>
              <w:rPr>
                <w:sz w:val="16"/>
              </w:rPr>
              <w:t>58.0</w:t>
            </w:r>
          </w:p>
        </w:tc>
        <w:tc>
          <w:tcPr>
            <w:tcW w:type="dxa" w:w="1250"/>
          </w:tcPr>
          <w:p>
            <w:pPr>
              <w:spacing w:after="0"/>
              <w:jc w:val="right"/>
            </w:pPr>
            <w:r>
              <w:rPr>
                <w:sz w:val="16"/>
              </w:rPr>
              <w:t>73.8</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60.0</w:t>
            </w:r>
          </w:p>
        </w:tc>
        <w:tc>
          <w:tcPr>
            <w:tcW w:type="dxa" w:w="1311"/>
          </w:tcPr>
          <w:p>
            <w:pPr>
              <w:spacing w:after="0"/>
              <w:jc w:val="right"/>
            </w:pPr>
            <w:r>
              <w:rPr>
                <w:sz w:val="16"/>
              </w:rPr>
              <w:t>63.0</w:t>
            </w:r>
          </w:p>
        </w:tc>
        <w:tc>
          <w:tcPr>
            <w:tcW w:type="dxa" w:w="1250"/>
          </w:tcPr>
          <w:p>
            <w:pPr>
              <w:spacing w:after="0"/>
              <w:jc w:val="right"/>
            </w:pPr>
            <w:r>
              <w:rPr>
                <w:sz w:val="16"/>
              </w:rPr>
              <w:t>75.3</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49.6</w:t>
            </w:r>
          </w:p>
        </w:tc>
        <w:tc>
          <w:tcPr>
            <w:tcW w:type="dxa" w:w="1311"/>
          </w:tcPr>
          <w:p>
            <w:pPr>
              <w:spacing w:after="0"/>
              <w:jc w:val="right"/>
            </w:pPr>
            <w:r>
              <w:rPr>
                <w:sz w:val="16"/>
              </w:rPr>
              <w:t>49.8</w:t>
            </w:r>
          </w:p>
        </w:tc>
        <w:tc>
          <w:tcPr>
            <w:tcW w:type="dxa" w:w="1250"/>
          </w:tcPr>
          <w:p>
            <w:pPr>
              <w:spacing w:after="0"/>
              <w:jc w:val="right"/>
            </w:pPr>
            <w:r>
              <w:rPr>
                <w:sz w:val="16"/>
              </w:rPr>
              <w:t>50.3</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90.5</w:t>
            </w:r>
          </w:p>
        </w:tc>
        <w:tc>
          <w:tcPr>
            <w:tcW w:type="dxa" w:w="1311"/>
          </w:tcPr>
          <w:p>
            <w:pPr>
              <w:spacing w:after="0"/>
              <w:jc w:val="right"/>
            </w:pPr>
            <w:r>
              <w:rPr>
                <w:sz w:val="16"/>
              </w:rPr>
              <w:t>91.5</w:t>
            </w:r>
          </w:p>
        </w:tc>
        <w:tc>
          <w:tcPr>
            <w:tcW w:type="dxa" w:w="1250"/>
          </w:tcPr>
          <w:p>
            <w:pPr>
              <w:spacing w:after="0"/>
              <w:jc w:val="right"/>
            </w:pPr>
            <w:r>
              <w:rPr>
                <w:sz w:val="16"/>
              </w:rPr>
              <w:t>93.2</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62.5</w:t>
            </w:r>
          </w:p>
        </w:tc>
        <w:tc>
          <w:tcPr>
            <w:tcW w:type="dxa" w:w="1311"/>
          </w:tcPr>
          <w:p>
            <w:pPr>
              <w:spacing w:after="0"/>
              <w:jc w:val="right"/>
            </w:pPr>
            <w:r>
              <w:rPr>
                <w:sz w:val="16"/>
              </w:rPr>
              <w:t>71.3</w:t>
            </w:r>
          </w:p>
        </w:tc>
        <w:tc>
          <w:tcPr>
            <w:tcW w:type="dxa" w:w="1250"/>
          </w:tcPr>
          <w:p>
            <w:pPr>
              <w:spacing w:after="0"/>
              <w:jc w:val="right"/>
            </w:pPr>
            <w:r>
              <w:rPr>
                <w:sz w:val="16"/>
              </w:rPr>
              <w:t>76.8</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32.1</w:t>
            </w:r>
          </w:p>
        </w:tc>
        <w:tc>
          <w:tcPr>
            <w:tcW w:type="dxa" w:w="1311"/>
          </w:tcPr>
          <w:p>
            <w:pPr>
              <w:spacing w:after="0"/>
              <w:jc w:val="right"/>
            </w:pPr>
            <w:r>
              <w:rPr>
                <w:sz w:val="16"/>
              </w:rPr>
              <w:t>33.3</w:t>
            </w:r>
          </w:p>
        </w:tc>
        <w:tc>
          <w:tcPr>
            <w:tcW w:type="dxa" w:w="1250"/>
          </w:tcPr>
          <w:p>
            <w:pPr>
              <w:spacing w:after="0"/>
              <w:jc w:val="right"/>
            </w:pPr>
            <w:r>
              <w:rPr>
                <w:sz w:val="16"/>
              </w:rPr>
              <w:t>41.3</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82.8</w:t>
            </w:r>
          </w:p>
        </w:tc>
        <w:tc>
          <w:tcPr>
            <w:tcW w:type="dxa" w:w="1311"/>
          </w:tcPr>
          <w:p>
            <w:pPr>
              <w:spacing w:after="0"/>
              <w:jc w:val="right"/>
            </w:pPr>
            <w:r>
              <w:rPr>
                <w:sz w:val="16"/>
              </w:rPr>
              <w:t>84.5</w:t>
            </w:r>
          </w:p>
        </w:tc>
        <w:tc>
          <w:tcPr>
            <w:tcW w:type="dxa" w:w="1250"/>
          </w:tcPr>
          <w:p>
            <w:pPr>
              <w:spacing w:after="0"/>
              <w:jc w:val="right"/>
            </w:pPr>
            <w:r>
              <w:rPr>
                <w:sz w:val="16"/>
              </w:rPr>
              <w:t>88.4</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62.0</w:t>
            </w:r>
          </w:p>
        </w:tc>
        <w:tc>
          <w:tcPr>
            <w:tcW w:type="dxa" w:w="1311"/>
          </w:tcPr>
          <w:p>
            <w:pPr>
              <w:spacing w:after="0"/>
              <w:jc w:val="right"/>
            </w:pPr>
            <w:r>
              <w:rPr>
                <w:sz w:val="16"/>
              </w:rPr>
              <w:t>62.8</w:t>
            </w:r>
          </w:p>
        </w:tc>
        <w:tc>
          <w:tcPr>
            <w:tcW w:type="dxa" w:w="1250"/>
          </w:tcPr>
          <w:p>
            <w:pPr>
              <w:spacing w:after="0"/>
              <w:jc w:val="right"/>
            </w:pPr>
            <w:r>
              <w:rPr>
                <w:sz w:val="16"/>
              </w:rPr>
              <w:t>64.3</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76.0</w:t>
            </w:r>
          </w:p>
        </w:tc>
        <w:tc>
          <w:tcPr>
            <w:tcW w:type="dxa" w:w="1311"/>
          </w:tcPr>
          <w:p>
            <w:pPr>
              <w:spacing w:after="0"/>
              <w:jc w:val="right"/>
            </w:pPr>
            <w:r>
              <w:rPr>
                <w:sz w:val="16"/>
              </w:rPr>
              <w:t>85.8</w:t>
            </w:r>
          </w:p>
        </w:tc>
        <w:tc>
          <w:tcPr>
            <w:tcW w:type="dxa" w:w="1250"/>
          </w:tcPr>
          <w:p>
            <w:pPr>
              <w:spacing w:after="0"/>
              <w:jc w:val="right"/>
            </w:pPr>
            <w:r>
              <w:rPr>
                <w:sz w:val="16"/>
              </w:rPr>
              <w:t>87.4</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55.7</w:t>
            </w:r>
          </w:p>
        </w:tc>
        <w:tc>
          <w:tcPr>
            <w:tcW w:type="dxa" w:w="1311"/>
          </w:tcPr>
          <w:p>
            <w:pPr>
              <w:spacing w:after="0"/>
              <w:jc w:val="right"/>
            </w:pPr>
            <w:r>
              <w:rPr>
                <w:sz w:val="16"/>
              </w:rPr>
              <w:t>56.7</w:t>
            </w:r>
          </w:p>
        </w:tc>
        <w:tc>
          <w:tcPr>
            <w:tcW w:type="dxa" w:w="1250"/>
          </w:tcPr>
          <w:p>
            <w:pPr>
              <w:spacing w:after="0"/>
              <w:jc w:val="right"/>
            </w:pPr>
            <w:r>
              <w:rPr>
                <w:sz w:val="16"/>
              </w:rPr>
              <w:t>62.6</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Tsunami</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Insufficient Data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64.0</w:t>
            </w:r>
          </w:p>
        </w:tc>
        <w:tc>
          <w:tcPr>
            <w:tcW w:type="dxa" w:w="1311"/>
          </w:tcPr>
          <w:p>
            <w:pPr>
              <w:spacing w:after="0"/>
              <w:jc w:val="right"/>
            </w:pPr>
            <w:r>
              <w:rPr>
                <w:sz w:val="16"/>
              </w:rPr>
              <w:t>64.7</w:t>
            </w:r>
          </w:p>
        </w:tc>
        <w:tc>
          <w:tcPr>
            <w:tcW w:type="dxa" w:w="1250"/>
          </w:tcPr>
          <w:p>
            <w:pPr>
              <w:spacing w:after="0"/>
              <w:jc w:val="right"/>
            </w:pPr>
            <w:r>
              <w:rPr>
                <w:sz w:val="16"/>
              </w:rPr>
              <w:t>71.7</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49.5</w:t>
            </w:r>
          </w:p>
        </w:tc>
        <w:tc>
          <w:tcPr>
            <w:tcW w:type="dxa" w:w="1311"/>
          </w:tcPr>
          <w:p>
            <w:pPr>
              <w:spacing w:after="0"/>
              <w:jc w:val="right"/>
            </w:pPr>
            <w:r>
              <w:rPr>
                <w:sz w:val="16"/>
              </w:rPr>
              <w:t>50.9</w:t>
            </w:r>
          </w:p>
        </w:tc>
        <w:tc>
          <w:tcPr>
            <w:tcW w:type="dxa" w:w="1250"/>
          </w:tcPr>
          <w:p>
            <w:pPr>
              <w:spacing w:after="0"/>
              <w:jc w:val="right"/>
            </w:pPr>
            <w:r>
              <w:rPr>
                <w:sz w:val="16"/>
              </w:rPr>
              <w:t>52.8</w:t>
            </w:r>
          </w:p>
        </w:tc>
        <w:tc>
          <w:tcPr>
            <w:tcW w:type="dxa" w:w="6992"/>
          </w:tcPr>
          <w:p>
            <w:pPr>
              <w:spacing w:after="0"/>
              <w:jc w:val="left"/>
            </w:pPr>
            <w:r>
              <w:rPr>
                <w:sz w:val="16"/>
              </w:rPr>
              <w:t>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60%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Essex County</w:t>
            </w:r>
          </w:p>
        </w:tc>
        <w:tc>
          <w:tcPr>
            <w:tcW w:type="dxa" w:w="856"/>
          </w:tcPr>
          <w:p>
            <w:pPr>
              <w:spacing w:after="0"/>
              <w:jc w:val="left"/>
            </w:pPr>
            <w:r>
              <w:rPr>
                <w:sz w:val="16"/>
              </w:rPr>
              <w:t>County</w:t>
            </w:r>
          </w:p>
        </w:tc>
        <w:tc>
          <w:tcPr>
            <w:tcW w:type="dxa" w:w="3330"/>
          </w:tcPr>
          <w:p>
            <w:pPr>
              <w:spacing w:after="0"/>
              <w:jc w:val="left"/>
            </w:pPr>
            <w:r>
              <w:rPr>
                <w:sz w:val="16"/>
              </w:rPr>
              <w:t>Approved, expires 2027-04-11</w:t>
            </w:r>
          </w:p>
        </w:tc>
        <w:tc>
          <w:tcPr>
            <w:tcW w:type="dxa" w:w="2656"/>
          </w:tcPr>
          <w:p>
            <w:pPr>
              <w:spacing w:after="0"/>
              <w:jc w:val="right"/>
            </w:pPr>
            <w:r>
              <w:rPr>
                <w:sz w:val="16"/>
              </w:rPr>
              <w:t>FMA RL 4, SRL 2; any 24</w:t>
            </w:r>
          </w:p>
        </w:tc>
        <w:tc>
          <w:tcPr>
            <w:tcW w:type="dxa" w:w="2746"/>
          </w:tcPr>
          <w:p>
            <w:pPr>
              <w:spacing w:after="0"/>
              <w:jc w:val="right"/>
            </w:pPr>
            <w:r>
              <w:rPr>
                <w:sz w:val="16"/>
              </w:rPr>
              <w:t>$115,616.74</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Tappahannock town</w:t>
            </w:r>
          </w:p>
        </w:tc>
        <w:tc>
          <w:tcPr>
            <w:tcW w:type="dxa" w:w="856"/>
          </w:tcPr>
          <w:p>
            <w:pPr>
              <w:spacing w:after="0"/>
              <w:jc w:val="left"/>
            </w:pPr>
            <w:r>
              <w:rPr>
                <w:sz w:val="16"/>
              </w:rPr>
              <w:t>Town</w:t>
            </w:r>
          </w:p>
        </w:tc>
        <w:tc>
          <w:tcPr>
            <w:tcW w:type="dxa" w:w="3330"/>
          </w:tcPr>
          <w:p>
            <w:pPr>
              <w:spacing w:after="0"/>
              <w:jc w:val="left"/>
            </w:pPr>
            <w:r>
              <w:rPr>
                <w:sz w:val="16"/>
              </w:rPr>
              <w:t>Approved, expires 2027-04-11</w:t>
            </w:r>
          </w:p>
        </w:tc>
        <w:tc>
          <w:tcPr>
            <w:tcW w:type="dxa" w:w="2656"/>
          </w:tcPr>
          <w:p>
            <w:pPr>
              <w:spacing w:after="0"/>
              <w:jc w:val="right"/>
            </w:pPr>
            <w:r>
              <w:rPr>
                <w:sz w:val="16"/>
              </w:rPr>
              <w:t>FMA RL 0, SRL 0; any 3</w:t>
            </w:r>
          </w:p>
        </w:tc>
        <w:tc>
          <w:tcPr>
            <w:tcW w:type="dxa" w:w="2746"/>
          </w:tcPr>
          <w:p>
            <w:pPr>
              <w:spacing w:after="0"/>
              <w:jc w:val="right"/>
            </w:pPr>
            <w:r>
              <w:rPr>
                <w:sz w:val="16"/>
              </w:rPr>
              <w:t>$72,389.15</w:t>
            </w:r>
          </w:p>
        </w:tc>
        <w:tc>
          <w:tcPr>
            <w:tcW w:type="dxa" w:w="2993"/>
          </w:tcPr>
          <w:p>
            <w:pPr>
              <w:spacing w:after="0"/>
              <w:jc w:val="right"/>
            </w:pPr>
            <w:r>
              <w:rPr>
                <w:sz w:val="16"/>
              </w:rPr>
              <w:t>19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2022-04-12</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$156,450,395</w:t>
            </w:r>
          </w:p>
        </w:tc>
        <w:tc>
          <w:tcPr>
            <w:tcW w:type="dxa" w:w="1134"/>
          </w:tcPr>
          <w:p>
            <w:pPr>
              <w:spacing w:after="0"/>
              <w:jc w:val="right"/>
            </w:pPr>
            <w:r>
              <w:rPr>
                <w:sz w:val="16"/>
              </w:rPr>
              <w:t>n/a</w:t>
            </w:r>
          </w:p>
        </w:tc>
        <w:tc>
          <w:tcPr>
            <w:tcW w:type="dxa" w:w="1043"/>
          </w:tcPr>
          <w:p>
            <w:pPr>
              <w:spacing w:after="0"/>
              <w:jc w:val="right"/>
            </w:pPr>
            <w:r>
              <w:rPr>
                <w:sz w:val="16"/>
              </w:rPr>
              <w:t>512</w:t>
            </w:r>
          </w:p>
        </w:tc>
        <w:tc>
          <w:tcPr>
            <w:tcW w:type="dxa" w:w="1037"/>
          </w:tcPr>
          <w:p>
            <w:pPr>
              <w:spacing w:after="0"/>
              <w:jc w:val="right"/>
            </w:pPr>
            <w:r>
              <w:rPr>
                <w:sz w:val="16"/>
              </w:rPr>
              <w:t>$235,490</w:t>
            </w:r>
          </w:p>
        </w:tc>
        <w:tc>
          <w:tcPr>
            <w:tcW w:type="dxa" w:w="1126"/>
          </w:tcPr>
          <w:p>
            <w:pPr>
              <w:spacing w:after="0"/>
              <w:jc w:val="right"/>
            </w:pPr>
            <w:r>
              <w:rPr>
                <w:sz w:val="16"/>
              </w:rPr>
              <w:t>n/a</w:t>
            </w:r>
          </w:p>
        </w:tc>
        <w:tc>
          <w:tcPr>
            <w:tcW w:type="dxa" w:w="970"/>
          </w:tcPr>
          <w:p>
            <w:pPr>
              <w:spacing w:after="0"/>
              <w:jc w:val="right"/>
            </w:pPr>
            <w:r>
              <w:rPr>
                <w:sz w:val="16"/>
              </w:rPr>
              <w:t>$5,733</w:t>
            </w:r>
          </w:p>
        </w:tc>
        <w:tc>
          <w:tcPr>
            <w:tcW w:type="dxa" w:w="1305"/>
          </w:tcPr>
          <w:p>
            <w:pPr>
              <w:spacing w:after="0"/>
              <w:jc w:val="right"/>
            </w:pPr>
            <w:r>
              <w:rPr>
                <w:sz w:val="16"/>
              </w:rPr>
              <w:t>0.151%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$2,383,691,369</w:t>
            </w:r>
          </w:p>
        </w:tc>
        <w:tc>
          <w:tcPr>
            <w:tcW w:type="dxa" w:w="1134"/>
          </w:tcPr>
          <w:p>
            <w:pPr>
              <w:spacing w:after="0"/>
              <w:jc w:val="right"/>
            </w:pPr>
            <w:r>
              <w:rPr>
                <w:sz w:val="16"/>
              </w:rPr>
              <w:t>$27,103,666</w:t>
            </w:r>
          </w:p>
        </w:tc>
        <w:tc>
          <w:tcPr>
            <w:tcW w:type="dxa" w:w="1043"/>
          </w:tcPr>
          <w:p>
            <w:pPr>
              <w:spacing w:after="0"/>
              <w:jc w:val="right"/>
            </w:pPr>
            <w:r>
              <w:rPr>
                <w:sz w:val="16"/>
              </w:rPr>
              <w:t>10,595</w:t>
            </w:r>
          </w:p>
        </w:tc>
        <w:tc>
          <w:tcPr>
            <w:tcW w:type="dxa" w:w="1037"/>
          </w:tcPr>
          <w:p>
            <w:pPr>
              <w:spacing w:after="0"/>
              <w:jc w:val="right"/>
            </w:pPr>
            <w:r>
              <w:rPr>
                <w:sz w:val="16"/>
              </w:rPr>
              <w:t>$1,238</w:t>
            </w:r>
          </w:p>
        </w:tc>
        <w:tc>
          <w:tcPr>
            <w:tcW w:type="dxa" w:w="1126"/>
          </w:tcPr>
          <w:p>
            <w:pPr>
              <w:spacing w:after="0"/>
              <w:jc w:val="right"/>
            </w:pPr>
            <w:r>
              <w:rPr>
                <w:sz w:val="16"/>
              </w:rPr>
              <w:t>$2,320</w:t>
            </w:r>
          </w:p>
        </w:tc>
        <w:tc>
          <w:tcPr>
            <w:tcW w:type="dxa" w:w="970"/>
          </w:tcPr>
          <w:p>
            <w:pPr>
              <w:spacing w:after="0"/>
              <w:jc w:val="right"/>
            </w:pPr>
            <w:r>
              <w:rPr>
                <w:sz w:val="16"/>
              </w:rPr>
              <w:t>$25,016</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$16,610,893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$1,798,316</w:t>
            </w:r>
          </w:p>
        </w:tc>
        <w:tc>
          <w:tcPr>
            <w:tcW w:type="dxa" w:w="970"/>
          </w:tcPr>
          <w:p>
            <w:pPr>
              <w:spacing w:after="0"/>
              <w:jc w:val="right"/>
            </w:pPr>
            <w:r>
              <w:rPr>
                <w:sz w:val="16"/>
              </w:rPr>
              <w:t>n/a</w:t>
            </w:r>
          </w:p>
        </w:tc>
        <w:tc>
          <w:tcPr>
            <w:tcW w:type="dxa" w:w="1305"/>
          </w:tcPr>
          <w:p>
            <w:pPr>
              <w:spacing w:after="0"/>
              <w:jc w:val="right"/>
            </w:pPr>
            <w:r>
              <w:rPr>
                <w:sz w:val="16"/>
              </w:rPr>
              <w:t>10.8%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$4,057,474,358</w:t>
            </w:r>
          </w:p>
        </w:tc>
        <w:tc>
          <w:tcPr>
            <w:tcW w:type="dxa" w:w="1134"/>
          </w:tcPr>
          <w:p>
            <w:pPr>
              <w:spacing w:after="0"/>
              <w:jc w:val="right"/>
            </w:pPr>
            <w:r>
              <w:rPr>
                <w:sz w:val="16"/>
              </w:rPr>
              <w:t>n/a</w:t>
            </w:r>
          </w:p>
        </w:tc>
        <w:tc>
          <w:tcPr>
            <w:tcW w:type="dxa" w:w="1043"/>
          </w:tcPr>
          <w:p>
            <w:pPr>
              <w:spacing w:after="0"/>
              <w:jc w:val="right"/>
            </w:pPr>
            <w:r>
              <w:rPr>
                <w:sz w:val="16"/>
              </w:rPr>
              <w:t>10,599</w:t>
            </w:r>
          </w:p>
        </w:tc>
        <w:tc>
          <w:tcPr>
            <w:tcW w:type="dxa" w:w="1037"/>
          </w:tcPr>
          <w:p>
            <w:pPr>
              <w:spacing w:after="0"/>
              <w:jc w:val="right"/>
            </w:pPr>
            <w:r>
              <w:rPr>
                <w:sz w:val="16"/>
              </w:rPr>
              <w:t>$109,238</w:t>
            </w:r>
          </w:p>
        </w:tc>
        <w:tc>
          <w:tcPr>
            <w:tcW w:type="dxa" w:w="1126"/>
          </w:tcPr>
          <w:p>
            <w:pPr>
              <w:spacing w:after="0"/>
              <w:jc w:val="right"/>
            </w:pPr>
            <w:r>
              <w:rPr>
                <w:sz w:val="16"/>
              </w:rPr>
              <w:t>n/a</w:t>
            </w:r>
          </w:p>
        </w:tc>
        <w:tc>
          <w:tcPr>
            <w:tcW w:type="dxa" w:w="970"/>
          </w:tcPr>
          <w:p>
            <w:pPr>
              <w:spacing w:after="0"/>
              <w:jc w:val="right"/>
            </w:pPr>
            <w:r>
              <w:rPr>
                <w:sz w:val="16"/>
              </w:rPr>
              <w:t>$34,534</w:t>
            </w:r>
          </w:p>
        </w:tc>
        <w:tc>
          <w:tcPr>
            <w:tcW w:type="dxa" w:w="1305"/>
          </w:tcPr>
          <w:p>
            <w:pPr>
              <w:spacing w:after="0"/>
              <w:jc w:val="right"/>
            </w:pPr>
            <w:r>
              <w:rPr>
                <w:sz w:val="16"/>
              </w:rPr>
              <w:t>0.00269%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$2,383,691,369</w:t>
            </w:r>
          </w:p>
        </w:tc>
        <w:tc>
          <w:tcPr>
            <w:tcW w:type="dxa" w:w="1134"/>
          </w:tcPr>
          <w:p>
            <w:pPr>
              <w:spacing w:after="0"/>
              <w:jc w:val="right"/>
            </w:pPr>
            <w:r>
              <w:rPr>
                <w:sz w:val="16"/>
              </w:rPr>
              <w:t>$27,103,666</w:t>
            </w:r>
          </w:p>
        </w:tc>
        <w:tc>
          <w:tcPr>
            <w:tcW w:type="dxa" w:w="1043"/>
          </w:tcPr>
          <w:p>
            <w:pPr>
              <w:spacing w:after="0"/>
              <w:jc w:val="right"/>
            </w:pPr>
            <w:r>
              <w:rPr>
                <w:sz w:val="16"/>
              </w:rPr>
              <w:t>10,595</w:t>
            </w:r>
          </w:p>
        </w:tc>
        <w:tc>
          <w:tcPr>
            <w:tcW w:type="dxa" w:w="1037"/>
          </w:tcPr>
          <w:p>
            <w:pPr>
              <w:spacing w:after="0"/>
              <w:jc w:val="right"/>
            </w:pPr>
            <w:r>
              <w:rPr>
                <w:sz w:val="16"/>
              </w:rPr>
              <w:t>$9,011</w:t>
            </w:r>
          </w:p>
        </w:tc>
        <w:tc>
          <w:tcPr>
            <w:tcW w:type="dxa" w:w="1126"/>
          </w:tcPr>
          <w:p>
            <w:pPr>
              <w:spacing w:after="0"/>
              <w:jc w:val="right"/>
            </w:pPr>
            <w:r>
              <w:rPr>
                <w:sz w:val="16"/>
              </w:rPr>
              <w:t>$26,364</w:t>
            </w:r>
          </w:p>
        </w:tc>
        <w:tc>
          <w:tcPr>
            <w:tcW w:type="dxa" w:w="970"/>
          </w:tcPr>
          <w:p>
            <w:pPr>
              <w:spacing w:after="0"/>
              <w:jc w:val="right"/>
            </w:pPr>
            <w:r>
              <w:rPr>
                <w:sz w:val="16"/>
              </w:rPr>
              <w:t>$8,872</w:t>
            </w:r>
          </w:p>
        </w:tc>
        <w:tc>
          <w:tcPr>
            <w:tcW w:type="dxa" w:w="1305"/>
          </w:tcPr>
          <w:p>
            <w:pPr>
              <w:spacing w:after="0"/>
              <w:jc w:val="right"/>
            </w:pPr>
            <w:r>
              <w:rPr>
                <w:sz w:val="16"/>
              </w:rPr>
              <w:t>0.000378%</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$2,383,691,369</w:t>
            </w:r>
          </w:p>
        </w:tc>
        <w:tc>
          <w:tcPr>
            <w:tcW w:type="dxa" w:w="1134"/>
          </w:tcPr>
          <w:p>
            <w:pPr>
              <w:spacing w:after="0"/>
              <w:jc w:val="right"/>
            </w:pPr>
            <w:r>
              <w:rPr>
                <w:sz w:val="16"/>
              </w:rPr>
              <w:t>$27,103,666</w:t>
            </w:r>
          </w:p>
        </w:tc>
        <w:tc>
          <w:tcPr>
            <w:tcW w:type="dxa" w:w="1043"/>
          </w:tcPr>
          <w:p>
            <w:pPr>
              <w:spacing w:after="0"/>
              <w:jc w:val="right"/>
            </w:pPr>
            <w:r>
              <w:rPr>
                <w:sz w:val="16"/>
              </w:rPr>
              <w:t>10,595</w:t>
            </w:r>
          </w:p>
        </w:tc>
        <w:tc>
          <w:tcPr>
            <w:tcW w:type="dxa" w:w="1037"/>
          </w:tcPr>
          <w:p>
            <w:pPr>
              <w:spacing w:after="0"/>
              <w:jc w:val="right"/>
            </w:pPr>
            <w:r>
              <w:rPr>
                <w:sz w:val="16"/>
              </w:rPr>
              <w:t>$8</w:t>
            </w:r>
          </w:p>
        </w:tc>
        <w:tc>
          <w:tcPr>
            <w:tcW w:type="dxa" w:w="1126"/>
          </w:tcPr>
          <w:p>
            <w:pPr>
              <w:spacing w:after="0"/>
              <w:jc w:val="right"/>
            </w:pPr>
            <w:r>
              <w:rPr>
                <w:sz w:val="16"/>
              </w:rPr>
              <w:t>$38</w:t>
            </w:r>
          </w:p>
        </w:tc>
        <w:tc>
          <w:tcPr>
            <w:tcW w:type="dxa" w:w="970"/>
          </w:tcPr>
          <w:p>
            <w:pPr>
              <w:spacing w:after="0"/>
              <w:jc w:val="right"/>
            </w:pPr>
            <w:r>
              <w:rPr>
                <w:sz w:val="16"/>
              </w:rPr>
              <w:t>$91,332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$2,383,680,593</w:t>
            </w:r>
          </w:p>
        </w:tc>
        <w:tc>
          <w:tcPr>
            <w:tcW w:type="dxa" w:w="1134"/>
          </w:tcPr>
          <w:p>
            <w:pPr>
              <w:spacing w:after="0"/>
              <w:jc w:val="right"/>
            </w:pPr>
            <w:r>
              <w:rPr>
                <w:sz w:val="16"/>
              </w:rPr>
              <w:t>$27,103,666</w:t>
            </w:r>
          </w:p>
        </w:tc>
        <w:tc>
          <w:tcPr>
            <w:tcW w:type="dxa" w:w="1043"/>
          </w:tcPr>
          <w:p>
            <w:pPr>
              <w:spacing w:after="0"/>
              <w:jc w:val="right"/>
            </w:pPr>
            <w:r>
              <w:rPr>
                <w:sz w:val="16"/>
              </w:rPr>
              <w:t>10,595</w:t>
            </w:r>
          </w:p>
        </w:tc>
        <w:tc>
          <w:tcPr>
            <w:tcW w:type="dxa" w:w="1037"/>
          </w:tcPr>
          <w:p>
            <w:pPr>
              <w:spacing w:after="0"/>
              <w:jc w:val="right"/>
            </w:pPr>
            <w:r>
              <w:rPr>
                <w:sz w:val="16"/>
              </w:rPr>
              <w:t>$1,348,038</w:t>
            </w:r>
          </w:p>
        </w:tc>
        <w:tc>
          <w:tcPr>
            <w:tcW w:type="dxa" w:w="1126"/>
          </w:tcPr>
          <w:p>
            <w:pPr>
              <w:spacing w:after="0"/>
              <w:jc w:val="right"/>
            </w:pPr>
            <w:r>
              <w:rPr>
                <w:sz w:val="16"/>
              </w:rPr>
              <w:t>$129,167</w:t>
            </w:r>
          </w:p>
        </w:tc>
        <w:tc>
          <w:tcPr>
            <w:tcW w:type="dxa" w:w="970"/>
          </w:tcPr>
          <w:p>
            <w:pPr>
              <w:spacing w:after="0"/>
              <w:jc w:val="right"/>
            </w:pPr>
            <w:r>
              <w:rPr>
                <w:sz w:val="16"/>
              </w:rPr>
              <w:t>$29,307</w:t>
            </w:r>
          </w:p>
        </w:tc>
        <w:tc>
          <w:tcPr>
            <w:tcW w:type="dxa" w:w="1305"/>
          </w:tcPr>
          <w:p>
            <w:pPr>
              <w:spacing w:after="0"/>
              <w:jc w:val="right"/>
            </w:pPr>
            <w:r>
              <w:rPr>
                <w:sz w:val="16"/>
              </w:rPr>
              <w:t>0.0566%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$2,383,691,369</w:t>
            </w:r>
          </w:p>
        </w:tc>
        <w:tc>
          <w:tcPr>
            <w:tcW w:type="dxa" w:w="1134"/>
          </w:tcPr>
          <w:p>
            <w:pPr>
              <w:spacing w:after="0"/>
              <w:jc w:val="right"/>
            </w:pPr>
            <w:r>
              <w:rPr>
                <w:sz w:val="16"/>
              </w:rPr>
              <w:t>n/a</w:t>
            </w:r>
          </w:p>
        </w:tc>
        <w:tc>
          <w:tcPr>
            <w:tcW w:type="dxa" w:w="1043"/>
          </w:tcPr>
          <w:p>
            <w:pPr>
              <w:spacing w:after="0"/>
              <w:jc w:val="right"/>
            </w:pPr>
            <w:r>
              <w:rPr>
                <w:sz w:val="16"/>
              </w:rPr>
              <w:t>10,595</w:t>
            </w:r>
          </w:p>
        </w:tc>
        <w:tc>
          <w:tcPr>
            <w:tcW w:type="dxa" w:w="1037"/>
          </w:tcPr>
          <w:p>
            <w:pPr>
              <w:spacing w:after="0"/>
              <w:jc w:val="right"/>
            </w:pPr>
            <w:r>
              <w:rPr>
                <w:sz w:val="16"/>
              </w:rPr>
              <w:t>$25,529</w:t>
            </w:r>
          </w:p>
        </w:tc>
        <w:tc>
          <w:tcPr>
            <w:tcW w:type="dxa" w:w="1126"/>
          </w:tcPr>
          <w:p>
            <w:pPr>
              <w:spacing w:after="0"/>
              <w:jc w:val="right"/>
            </w:pPr>
            <w:r>
              <w:rPr>
                <w:sz w:val="16"/>
              </w:rPr>
              <w:t>n/a</w:t>
            </w:r>
          </w:p>
        </w:tc>
        <w:tc>
          <w:tcPr>
            <w:tcW w:type="dxa" w:w="970"/>
          </w:tcPr>
          <w:p>
            <w:pPr>
              <w:spacing w:after="0"/>
              <w:jc w:val="right"/>
            </w:pPr>
            <w:r>
              <w:rPr>
                <w:sz w:val="16"/>
              </w:rPr>
              <w:t>$243</w:t>
            </w:r>
          </w:p>
        </w:tc>
        <w:tc>
          <w:tcPr>
            <w:tcW w:type="dxa" w:w="1305"/>
          </w:tcPr>
          <w:p>
            <w:pPr>
              <w:spacing w:after="0"/>
              <w:jc w:val="right"/>
            </w:pPr>
            <w:r>
              <w:rPr>
                <w:sz w:val="16"/>
              </w:rPr>
              <w:t>0.00107%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$2,378,448,520</w:t>
            </w:r>
          </w:p>
        </w:tc>
        <w:tc>
          <w:tcPr>
            <w:tcW w:type="dxa" w:w="1134"/>
          </w:tcPr>
          <w:p>
            <w:pPr>
              <w:spacing w:after="0"/>
              <w:jc w:val="right"/>
            </w:pPr>
            <w:r>
              <w:rPr>
                <w:sz w:val="16"/>
              </w:rPr>
              <w:t>$457,385</w:t>
            </w:r>
          </w:p>
        </w:tc>
        <w:tc>
          <w:tcPr>
            <w:tcW w:type="dxa" w:w="1043"/>
          </w:tcPr>
          <w:p>
            <w:pPr>
              <w:spacing w:after="0"/>
              <w:jc w:val="right"/>
            </w:pPr>
            <w:r>
              <w:rPr>
                <w:sz w:val="16"/>
              </w:rPr>
              <w:t>349</w:t>
            </w:r>
          </w:p>
        </w:tc>
        <w:tc>
          <w:tcPr>
            <w:tcW w:type="dxa" w:w="1037"/>
          </w:tcPr>
          <w:p>
            <w:pPr>
              <w:spacing w:after="0"/>
              <w:jc w:val="right"/>
            </w:pPr>
            <w:r>
              <w:rPr>
                <w:sz w:val="16"/>
              </w:rPr>
              <w:t>$1,050,601</w:t>
            </w:r>
          </w:p>
        </w:tc>
        <w:tc>
          <w:tcPr>
            <w:tcW w:type="dxa" w:w="1126"/>
          </w:tcPr>
          <w:p>
            <w:pPr>
              <w:spacing w:after="0"/>
              <w:jc w:val="right"/>
            </w:pPr>
            <w:r>
              <w:rPr>
                <w:sz w:val="16"/>
              </w:rPr>
              <w:t>$1,447</w:t>
            </w:r>
          </w:p>
        </w:tc>
        <w:tc>
          <w:tcPr>
            <w:tcW w:type="dxa" w:w="970"/>
          </w:tcPr>
          <w:p>
            <w:pPr>
              <w:spacing w:after="0"/>
              <w:jc w:val="right"/>
            </w:pPr>
            <w:r>
              <w:rPr>
                <w:sz w:val="16"/>
              </w:rPr>
              <w:t>$3,707</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$47,053,984</w:t>
            </w:r>
          </w:p>
        </w:tc>
        <w:tc>
          <w:tcPr>
            <w:tcW w:type="dxa" w:w="1134"/>
          </w:tcPr>
          <w:p>
            <w:pPr>
              <w:spacing w:after="0"/>
              <w:jc w:val="right"/>
            </w:pPr>
            <w:r>
              <w:rPr>
                <w:sz w:val="16"/>
              </w:rPr>
              <w:t>n/a</w:t>
            </w:r>
          </w:p>
        </w:tc>
        <w:tc>
          <w:tcPr>
            <w:tcW w:type="dxa" w:w="1043"/>
          </w:tcPr>
          <w:p>
            <w:pPr>
              <w:spacing w:after="0"/>
              <w:jc w:val="right"/>
            </w:pPr>
            <w:r>
              <w:rPr>
                <w:sz w:val="16"/>
              </w:rPr>
              <w:t>219</w:t>
            </w:r>
          </w:p>
        </w:tc>
        <w:tc>
          <w:tcPr>
            <w:tcW w:type="dxa" w:w="1037"/>
          </w:tcPr>
          <w:p>
            <w:pPr>
              <w:spacing w:after="0"/>
              <w:jc w:val="right"/>
            </w:pPr>
            <w:r>
              <w:rPr>
                <w:sz w:val="16"/>
              </w:rPr>
              <w:t>$484</w:t>
            </w:r>
          </w:p>
        </w:tc>
        <w:tc>
          <w:tcPr>
            <w:tcW w:type="dxa" w:w="1126"/>
          </w:tcPr>
          <w:p>
            <w:pPr>
              <w:spacing w:after="0"/>
              <w:jc w:val="right"/>
            </w:pPr>
            <w:r>
              <w:rPr>
                <w:sz w:val="16"/>
              </w:rPr>
              <w:t>n/a</w:t>
            </w:r>
          </w:p>
        </w:tc>
        <w:tc>
          <w:tcPr>
            <w:tcW w:type="dxa" w:w="970"/>
          </w:tcPr>
          <w:p>
            <w:pPr>
              <w:spacing w:after="0"/>
              <w:jc w:val="right"/>
            </w:pPr>
            <w:r>
              <w:rPr>
                <w:sz w:val="16"/>
              </w:rPr>
              <w:t>$59</w:t>
            </w:r>
          </w:p>
        </w:tc>
        <w:tc>
          <w:tcPr>
            <w:tcW w:type="dxa" w:w="1305"/>
          </w:tcPr>
          <w:p>
            <w:pPr>
              <w:spacing w:after="0"/>
              <w:jc w:val="right"/>
            </w:pPr>
            <w:r>
              <w:rPr>
                <w:sz w:val="16"/>
              </w:rPr>
              <w:t>0.00103%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$2,383,691,369</w:t>
            </w:r>
          </w:p>
        </w:tc>
        <w:tc>
          <w:tcPr>
            <w:tcW w:type="dxa" w:w="1134"/>
          </w:tcPr>
          <w:p>
            <w:pPr>
              <w:spacing w:after="0"/>
              <w:jc w:val="right"/>
            </w:pPr>
            <w:r>
              <w:rPr>
                <w:sz w:val="16"/>
              </w:rPr>
              <w:t>n/a</w:t>
            </w:r>
          </w:p>
        </w:tc>
        <w:tc>
          <w:tcPr>
            <w:tcW w:type="dxa" w:w="1043"/>
          </w:tcPr>
          <w:p>
            <w:pPr>
              <w:spacing w:after="0"/>
              <w:jc w:val="right"/>
            </w:pPr>
            <w:r>
              <w:rPr>
                <w:sz w:val="16"/>
              </w:rPr>
              <w:t>10,595</w:t>
            </w:r>
          </w:p>
        </w:tc>
        <w:tc>
          <w:tcPr>
            <w:tcW w:type="dxa" w:w="1037"/>
          </w:tcPr>
          <w:p>
            <w:pPr>
              <w:spacing w:after="0"/>
              <w:jc w:val="right"/>
            </w:pPr>
            <w:r>
              <w:rPr>
                <w:sz w:val="16"/>
              </w:rPr>
              <w:t>$2,463</w:t>
            </w:r>
          </w:p>
        </w:tc>
        <w:tc>
          <w:tcPr>
            <w:tcW w:type="dxa" w:w="1126"/>
          </w:tcPr>
          <w:p>
            <w:pPr>
              <w:spacing w:after="0"/>
              <w:jc w:val="right"/>
            </w:pPr>
            <w:r>
              <w:rPr>
                <w:sz w:val="16"/>
              </w:rPr>
              <w:t>n/a</w:t>
            </w:r>
          </w:p>
        </w:tc>
        <w:tc>
          <w:tcPr>
            <w:tcW w:type="dxa" w:w="970"/>
          </w:tcPr>
          <w:p>
            <w:pPr>
              <w:spacing w:after="0"/>
              <w:jc w:val="right"/>
            </w:pPr>
            <w:r>
              <w:rPr>
                <w:sz w:val="16"/>
              </w:rPr>
              <w:t>$38,960</w:t>
            </w:r>
          </w:p>
        </w:tc>
        <w:tc>
          <w:tcPr>
            <w:tcW w:type="dxa" w:w="1305"/>
          </w:tcPr>
          <w:p>
            <w:pPr>
              <w:spacing w:after="0"/>
              <w:jc w:val="right"/>
            </w:pPr>
            <w:r>
              <w:rPr>
                <w:sz w:val="16"/>
              </w:rPr>
              <w:t>0.000103%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$2,383,691,369</w:t>
            </w:r>
          </w:p>
        </w:tc>
        <w:tc>
          <w:tcPr>
            <w:tcW w:type="dxa" w:w="1134"/>
          </w:tcPr>
          <w:p>
            <w:pPr>
              <w:spacing w:after="0"/>
              <w:jc w:val="right"/>
            </w:pPr>
            <w:r>
              <w:rPr>
                <w:sz w:val="16"/>
              </w:rPr>
              <w:t>$27,103,666</w:t>
            </w:r>
          </w:p>
        </w:tc>
        <w:tc>
          <w:tcPr>
            <w:tcW w:type="dxa" w:w="1043"/>
          </w:tcPr>
          <w:p>
            <w:pPr>
              <w:spacing w:after="0"/>
              <w:jc w:val="right"/>
            </w:pPr>
            <w:r>
              <w:rPr>
                <w:sz w:val="16"/>
              </w:rPr>
              <w:t>10,595</w:t>
            </w:r>
          </w:p>
        </w:tc>
        <w:tc>
          <w:tcPr>
            <w:tcW w:type="dxa" w:w="1037"/>
          </w:tcPr>
          <w:p>
            <w:pPr>
              <w:spacing w:after="0"/>
              <w:jc w:val="right"/>
            </w:pPr>
            <w:r>
              <w:rPr>
                <w:sz w:val="16"/>
              </w:rPr>
              <w:t>$41,525</w:t>
            </w:r>
          </w:p>
        </w:tc>
        <w:tc>
          <w:tcPr>
            <w:tcW w:type="dxa" w:w="1126"/>
          </w:tcPr>
          <w:p>
            <w:pPr>
              <w:spacing w:after="0"/>
              <w:jc w:val="right"/>
            </w:pPr>
            <w:r>
              <w:rPr>
                <w:sz w:val="16"/>
              </w:rPr>
              <w:t>$9,487</w:t>
            </w:r>
          </w:p>
        </w:tc>
        <w:tc>
          <w:tcPr>
            <w:tcW w:type="dxa" w:w="970"/>
          </w:tcPr>
          <w:p>
            <w:pPr>
              <w:spacing w:after="0"/>
              <w:jc w:val="right"/>
            </w:pPr>
            <w:r>
              <w:rPr>
                <w:sz w:val="16"/>
              </w:rPr>
              <w:t>$105,912</w:t>
            </w:r>
          </w:p>
        </w:tc>
        <w:tc>
          <w:tcPr>
            <w:tcW w:type="dxa" w:w="1305"/>
          </w:tcPr>
          <w:p>
            <w:pPr>
              <w:spacing w:after="0"/>
              <w:jc w:val="right"/>
            </w:pPr>
            <w:r>
              <w:rPr>
                <w:sz w:val="16"/>
              </w:rPr>
              <w:t>0.00174%</w:t>
            </w:r>
          </w:p>
        </w:tc>
        <w:tc>
          <w:tcPr>
            <w:tcW w:type="dxa" w:w="1197"/>
          </w:tcPr>
          <w:p>
            <w:pPr>
              <w:spacing w:after="0"/>
              <w:jc w:val="right"/>
            </w:pPr>
            <w:r>
              <w:rPr>
                <w:sz w:val="16"/>
              </w:rPr>
              <w:t>$50,000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$2,383,691,369</w:t>
            </w:r>
          </w:p>
        </w:tc>
        <w:tc>
          <w:tcPr>
            <w:tcW w:type="dxa" w:w="1134"/>
          </w:tcPr>
          <w:p>
            <w:pPr>
              <w:spacing w:after="0"/>
              <w:jc w:val="right"/>
            </w:pPr>
            <w:r>
              <w:rPr>
                <w:sz w:val="16"/>
              </w:rPr>
              <w:t>$27,103,666</w:t>
            </w:r>
          </w:p>
        </w:tc>
        <w:tc>
          <w:tcPr>
            <w:tcW w:type="dxa" w:w="1043"/>
          </w:tcPr>
          <w:p>
            <w:pPr>
              <w:spacing w:after="0"/>
              <w:jc w:val="right"/>
            </w:pPr>
            <w:r>
              <w:rPr>
                <w:sz w:val="16"/>
              </w:rPr>
              <w:t>10,595</w:t>
            </w:r>
          </w:p>
        </w:tc>
        <w:tc>
          <w:tcPr>
            <w:tcW w:type="dxa" w:w="1037"/>
          </w:tcPr>
          <w:p>
            <w:pPr>
              <w:spacing w:after="0"/>
              <w:jc w:val="right"/>
            </w:pPr>
            <w:r>
              <w:rPr>
                <w:sz w:val="16"/>
              </w:rPr>
              <w:t>$113,107</w:t>
            </w:r>
          </w:p>
        </w:tc>
        <w:tc>
          <w:tcPr>
            <w:tcW w:type="dxa" w:w="1126"/>
          </w:tcPr>
          <w:p>
            <w:pPr>
              <w:spacing w:after="0"/>
              <w:jc w:val="right"/>
            </w:pPr>
            <w:r>
              <w:rPr>
                <w:sz w:val="16"/>
              </w:rPr>
              <w:t>$660</w:t>
            </w:r>
          </w:p>
        </w:tc>
        <w:tc>
          <w:tcPr>
            <w:tcW w:type="dxa" w:w="970"/>
          </w:tcPr>
          <w:p>
            <w:pPr>
              <w:spacing w:after="0"/>
              <w:jc w:val="right"/>
            </w:pPr>
            <w:r>
              <w:rPr>
                <w:sz w:val="16"/>
              </w:rPr>
              <w:t>$122,498</w:t>
            </w:r>
          </w:p>
        </w:tc>
        <w:tc>
          <w:tcPr>
            <w:tcW w:type="dxa" w:w="1305"/>
          </w:tcPr>
          <w:p>
            <w:pPr>
              <w:spacing w:after="0"/>
              <w:jc w:val="right"/>
            </w:pPr>
            <w:r>
              <w:rPr>
                <w:sz w:val="16"/>
              </w:rPr>
              <w:t>0.00475%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4"/>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70"/>
          </w:tcPr>
          <w:p>
            <w:pPr>
              <w:spacing w:after="0"/>
              <w:jc w:val="right"/>
            </w:pPr>
            <w:r>
              <w:rPr>
                <w:sz w:val="16"/>
              </w:rPr>
              <w:t>n/a</w:t>
            </w: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$319,464,999</w:t>
            </w:r>
          </w:p>
        </w:tc>
        <w:tc>
          <w:tcPr>
            <w:tcW w:type="dxa" w:w="1134"/>
          </w:tcPr>
          <w:p>
            <w:pPr>
              <w:spacing w:after="0"/>
              <w:jc w:val="right"/>
            </w:pPr>
            <w:r>
              <w:rPr>
                <w:sz w:val="16"/>
              </w:rPr>
              <w:t>$2,919,641</w:t>
            </w:r>
          </w:p>
        </w:tc>
        <w:tc>
          <w:tcPr>
            <w:tcW w:type="dxa" w:w="1043"/>
          </w:tcPr>
          <w:p>
            <w:pPr>
              <w:spacing w:after="0"/>
              <w:jc w:val="right"/>
            </w:pPr>
            <w:r>
              <w:rPr>
                <w:sz w:val="16"/>
              </w:rPr>
              <w:t>1,928</w:t>
            </w:r>
          </w:p>
        </w:tc>
        <w:tc>
          <w:tcPr>
            <w:tcW w:type="dxa" w:w="1037"/>
          </w:tcPr>
          <w:p>
            <w:pPr>
              <w:spacing w:after="0"/>
              <w:jc w:val="right"/>
            </w:pPr>
            <w:r>
              <w:rPr>
                <w:sz w:val="16"/>
              </w:rPr>
              <w:t>$2,221</w:t>
            </w:r>
          </w:p>
        </w:tc>
        <w:tc>
          <w:tcPr>
            <w:tcW w:type="dxa" w:w="1126"/>
          </w:tcPr>
          <w:p>
            <w:pPr>
              <w:spacing w:after="0"/>
              <w:jc w:val="right"/>
            </w:pPr>
            <w:r>
              <w:rPr>
                <w:sz w:val="16"/>
              </w:rPr>
              <w:t>$2</w:t>
            </w:r>
          </w:p>
        </w:tc>
        <w:tc>
          <w:tcPr>
            <w:tcW w:type="dxa" w:w="970"/>
          </w:tcPr>
          <w:p>
            <w:pPr>
              <w:spacing w:after="0"/>
              <w:jc w:val="right"/>
            </w:pPr>
            <w:r>
              <w:rPr>
                <w:sz w:val="16"/>
              </w:rPr>
              <w:t>$294</w:t>
            </w:r>
          </w:p>
        </w:tc>
        <w:tc>
          <w:tcPr>
            <w:tcW w:type="dxa" w:w="1305"/>
          </w:tcPr>
          <w:p>
            <w:pPr>
              <w:spacing w:after="0"/>
              <w:jc w:val="right"/>
            </w:pPr>
            <w:r>
              <w:rPr>
                <w:sz w:val="16"/>
              </w:rPr>
              <w:t>0.000695%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$2,383,691,369</w:t>
            </w:r>
          </w:p>
        </w:tc>
        <w:tc>
          <w:tcPr>
            <w:tcW w:type="dxa" w:w="1134"/>
          </w:tcPr>
          <w:p>
            <w:pPr>
              <w:spacing w:after="0"/>
              <w:jc w:val="right"/>
            </w:pPr>
            <w:r>
              <w:rPr>
                <w:sz w:val="16"/>
              </w:rPr>
              <w:t>$27,103,666</w:t>
            </w:r>
          </w:p>
        </w:tc>
        <w:tc>
          <w:tcPr>
            <w:tcW w:type="dxa" w:w="1043"/>
          </w:tcPr>
          <w:p>
            <w:pPr>
              <w:spacing w:after="0"/>
              <w:jc w:val="right"/>
            </w:pPr>
            <w:r>
              <w:rPr>
                <w:sz w:val="16"/>
              </w:rPr>
              <w:t>10,595</w:t>
            </w:r>
          </w:p>
        </w:tc>
        <w:tc>
          <w:tcPr>
            <w:tcW w:type="dxa" w:w="1037"/>
          </w:tcPr>
          <w:p>
            <w:pPr>
              <w:spacing w:after="0"/>
              <w:jc w:val="right"/>
            </w:pPr>
            <w:r>
              <w:rPr>
                <w:sz w:val="16"/>
              </w:rPr>
              <w:t>$934</w:t>
            </w:r>
          </w:p>
        </w:tc>
        <w:tc>
          <w:tcPr>
            <w:tcW w:type="dxa" w:w="1126"/>
          </w:tcPr>
          <w:p>
            <w:pPr>
              <w:spacing w:after="0"/>
              <w:jc w:val="right"/>
            </w:pPr>
            <w:r>
              <w:rPr>
                <w:sz w:val="16"/>
              </w:rPr>
              <w:t>$9</w:t>
            </w:r>
          </w:p>
        </w:tc>
        <w:tc>
          <w:tcPr>
            <w:tcW w:type="dxa" w:w="970"/>
          </w:tcPr>
          <w:p>
            <w:pPr>
              <w:spacing w:after="0"/>
              <w:jc w:val="right"/>
            </w:pPr>
            <w:r>
              <w:rPr>
                <w:sz w:val="16"/>
              </w:rPr>
              <w:t>$5,534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$1,000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2022-04-12 (Storm Events through 2026-06-30): 24 county-coded records, 24 with a damage value recorded (including $0), $50,000; 9 zone-level records, 8 with a damage value recorded (including $0), $1,000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10,595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$2,383,691,369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$27,103,666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$4,907,699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$472,000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4</w:t>
            </w:r>
          </w:p>
        </w:tc>
        <w:tc>
          <w:tcPr>
            <w:tcW w:type="dxa" w:w="1336"/>
          </w:tcPr>
          <w:p>
            <w:pPr>
              <w:spacing w:after="0"/>
              <w:jc w:val="right"/>
            </w:pPr>
            <w:r>
              <w:rPr>
                <w:sz w:val="16"/>
              </w:rPr>
              <w:t>2</w:t>
            </w:r>
          </w:p>
        </w:tc>
        <w:tc>
          <w:tcPr>
            <w:tcW w:type="dxa" w:w="1336"/>
          </w:tcPr>
          <w:p>
            <w:pPr>
              <w:spacing w:after="0"/>
              <w:jc w:val="right"/>
            </w:pPr>
            <w:r>
              <w:rPr>
                <w:sz w:val="16"/>
              </w:rPr>
              <w:t>27</w:t>
            </w:r>
          </w:p>
        </w:tc>
        <w:tc>
          <w:tcPr>
            <w:tcW w:type="dxa" w:w="1336"/>
          </w:tcPr>
          <w:p>
            <w:pPr>
              <w:spacing w:after="0"/>
              <w:jc w:val="right"/>
            </w:pPr>
            <w:r>
              <w:rPr>
                <w:sz w:val="16"/>
              </w:rPr>
              <w:t>2</w:t>
            </w:r>
          </w:p>
        </w:tc>
        <w:tc>
          <w:tcPr>
            <w:tcW w:type="dxa" w:w="1336"/>
          </w:tcPr>
          <w:p>
            <w:pPr>
              <w:spacing w:after="0"/>
              <w:jc w:val="right"/>
            </w:pPr>
            <w:r>
              <w:rPr>
                <w:sz w:val="16"/>
              </w:rPr>
              <w:t>27</w:t>
            </w:r>
          </w:p>
        </w:tc>
        <w:tc>
          <w:tcPr>
            <w:tcW w:type="dxa" w:w="1336"/>
          </w:tcPr>
          <w:p>
            <w:pPr>
              <w:spacing w:after="0"/>
              <w:jc w:val="right"/>
            </w:pPr>
            <w:r>
              <w:rPr>
                <w:sz w:val="16"/>
              </w:rPr>
              <w:t>0</w:t>
            </w:r>
          </w:p>
        </w:tc>
        <w:tc>
          <w:tcPr>
            <w:tcW w:type="dxa" w:w="1487"/>
          </w:tcPr>
          <w:p>
            <w:pPr>
              <w:spacing w:after="0"/>
              <w:jc w:val="right"/>
            </w:pPr>
            <w:r>
              <w:rPr>
                <w:sz w:val="16"/>
              </w:rPr>
              <w:t>15</w:t>
            </w:r>
          </w:p>
        </w:tc>
      </w:tr>
      <w:tr>
        <w:trPr>
          <w:cantSplit/>
        </w:trPr>
        <w:tc>
          <w:tcPr>
            <w:tcW w:type="dxa" w:w="4609"/>
          </w:tcPr>
          <w:p>
            <w:pPr>
              <w:spacing w:after="0"/>
              <w:jc w:val="left"/>
            </w:pPr>
            <w:r>
              <w:rPr>
                <w:sz w:val="16"/>
              </w:rPr>
              <w:t>of which: Essex County (unincorporated area)</w:t>
            </w:r>
          </w:p>
        </w:tc>
        <w:tc>
          <w:tcPr>
            <w:tcW w:type="dxa" w:w="1336"/>
          </w:tcPr>
          <w:p>
            <w:pPr>
              <w:spacing w:after="0"/>
              <w:jc w:val="right"/>
            </w:pPr>
            <w:r>
              <w:rPr>
                <w:sz w:val="16"/>
              </w:rPr>
              <w:t>4</w:t>
            </w:r>
          </w:p>
        </w:tc>
        <w:tc>
          <w:tcPr>
            <w:tcW w:type="dxa" w:w="1336"/>
          </w:tcPr>
          <w:p>
            <w:pPr>
              <w:spacing w:after="0"/>
              <w:jc w:val="right"/>
            </w:pPr>
            <w:r>
              <w:rPr>
                <w:sz w:val="16"/>
              </w:rPr>
              <w:t>2</w:t>
            </w:r>
          </w:p>
        </w:tc>
        <w:tc>
          <w:tcPr>
            <w:tcW w:type="dxa" w:w="1336"/>
          </w:tcPr>
          <w:p>
            <w:pPr>
              <w:spacing w:after="0"/>
              <w:jc w:val="right"/>
            </w:pPr>
            <w:r>
              <w:rPr>
                <w:sz w:val="16"/>
              </w:rPr>
              <w:t>24</w:t>
            </w:r>
          </w:p>
        </w:tc>
        <w:tc>
          <w:tcPr>
            <w:tcW w:type="dxa" w:w="1336"/>
          </w:tcPr>
          <w:p>
            <w:pPr>
              <w:spacing w:after="0"/>
              <w:jc w:val="right"/>
            </w:pPr>
            <w:r>
              <w:rPr>
                <w:sz w:val="16"/>
              </w:rPr>
              <w:t>2</w:t>
            </w:r>
          </w:p>
        </w:tc>
        <w:tc>
          <w:tcPr>
            <w:tcW w:type="dxa" w:w="1336"/>
          </w:tcPr>
          <w:p>
            <w:pPr>
              <w:spacing w:after="0"/>
              <w:jc w:val="right"/>
            </w:pPr>
            <w:r>
              <w:rPr>
                <w:sz w:val="16"/>
              </w:rPr>
              <w:t>24</w:t>
            </w:r>
          </w:p>
        </w:tc>
        <w:tc>
          <w:tcPr>
            <w:tcW w:type="dxa" w:w="1336"/>
          </w:tcPr>
          <w:p>
            <w:pPr>
              <w:spacing w:after="0"/>
              <w:jc w:val="right"/>
            </w:pPr>
            <w:r>
              <w:rPr>
                <w:sz w:val="16"/>
              </w:rPr>
              <w:t>0</w:t>
            </w:r>
          </w:p>
        </w:tc>
        <w:tc>
          <w:tcPr>
            <w:tcW w:type="dxa" w:w="1487"/>
          </w:tcPr>
          <w:p>
            <w:pPr>
              <w:spacing w:after="0"/>
              <w:jc w:val="right"/>
            </w:pPr>
            <w:r>
              <w:rPr>
                <w:sz w:val="16"/>
              </w:rPr>
              <w:t>13</w:t>
            </w:r>
          </w:p>
        </w:tc>
      </w:tr>
      <w:tr>
        <w:trPr>
          <w:cantSplit/>
        </w:trPr>
        <w:tc>
          <w:tcPr>
            <w:tcW w:type="dxa" w:w="4609"/>
          </w:tcPr>
          <w:p>
            <w:pPr>
              <w:spacing w:after="0"/>
              <w:jc w:val="left"/>
            </w:pPr>
            <w:r>
              <w:rPr>
                <w:sz w:val="16"/>
              </w:rPr>
              <w:t>of which: Tappahannock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Essex County</w:t>
            </w:r>
          </w:p>
        </w:tc>
        <w:tc>
          <w:tcPr>
            <w:tcW w:type="dxa" w:w="1652"/>
          </w:tcPr>
          <w:p>
            <w:pPr>
              <w:spacing w:after="0"/>
              <w:jc w:val="left"/>
            </w:pPr>
            <w:r>
              <w:rPr>
                <w:sz w:val="16"/>
              </w:rPr>
              <w:t>510048</w:t>
            </w:r>
          </w:p>
        </w:tc>
        <w:tc>
          <w:tcPr>
            <w:tcW w:type="dxa" w:w="1484"/>
          </w:tcPr>
          <w:p>
            <w:pPr>
              <w:spacing w:after="0"/>
              <w:jc w:val="right"/>
            </w:pPr>
            <w:r>
              <w:rPr>
                <w:sz w:val="16"/>
              </w:rPr>
              <w:t>4</w:t>
            </w:r>
          </w:p>
        </w:tc>
        <w:tc>
          <w:tcPr>
            <w:tcW w:type="dxa" w:w="1484"/>
          </w:tcPr>
          <w:p>
            <w:pPr>
              <w:spacing w:after="0"/>
              <w:jc w:val="right"/>
            </w:pPr>
            <w:r>
              <w:rPr>
                <w:sz w:val="16"/>
              </w:rPr>
              <w:t>2</w:t>
            </w:r>
          </w:p>
        </w:tc>
        <w:tc>
          <w:tcPr>
            <w:tcW w:type="dxa" w:w="1484"/>
          </w:tcPr>
          <w:p>
            <w:pPr>
              <w:spacing w:after="0"/>
              <w:jc w:val="right"/>
            </w:pPr>
            <w:r>
              <w:rPr>
                <w:sz w:val="16"/>
              </w:rPr>
              <w:t>24</w:t>
            </w:r>
          </w:p>
        </w:tc>
        <w:tc>
          <w:tcPr>
            <w:tcW w:type="dxa" w:w="1484"/>
          </w:tcPr>
          <w:p>
            <w:pPr>
              <w:spacing w:after="0"/>
              <w:jc w:val="right"/>
            </w:pPr>
            <w:r>
              <w:rPr>
                <w:sz w:val="16"/>
              </w:rPr>
              <w:t>2</w:t>
            </w:r>
          </w:p>
        </w:tc>
        <w:tc>
          <w:tcPr>
            <w:tcW w:type="dxa" w:w="1484"/>
          </w:tcPr>
          <w:p>
            <w:pPr>
              <w:spacing w:after="0"/>
              <w:jc w:val="right"/>
            </w:pPr>
            <w:r>
              <w:rPr>
                <w:sz w:val="16"/>
              </w:rPr>
              <w:t>24</w:t>
            </w:r>
          </w:p>
        </w:tc>
        <w:tc>
          <w:tcPr>
            <w:tcW w:type="dxa" w:w="1484"/>
          </w:tcPr>
          <w:p>
            <w:pPr>
              <w:spacing w:after="0"/>
              <w:jc w:val="right"/>
            </w:pPr>
            <w:r>
              <w:rPr>
                <w:sz w:val="16"/>
              </w:rPr>
              <w:t>0</w:t>
            </w:r>
          </w:p>
        </w:tc>
        <w:tc>
          <w:tcPr>
            <w:tcW w:type="dxa" w:w="1652"/>
          </w:tcPr>
          <w:p>
            <w:pPr>
              <w:spacing w:after="0"/>
              <w:jc w:val="right"/>
            </w:pPr>
            <w:r>
              <w:rPr>
                <w:sz w:val="16"/>
              </w:rPr>
              <w:t>13</w:t>
            </w:r>
          </w:p>
        </w:tc>
      </w:tr>
      <w:tr>
        <w:trPr>
          <w:cantSplit/>
        </w:trPr>
        <w:tc>
          <w:tcPr>
            <w:tcW w:type="dxa" w:w="1904"/>
          </w:tcPr>
          <w:p>
            <w:pPr>
              <w:spacing w:after="0"/>
              <w:jc w:val="left"/>
            </w:pPr>
            <w:r>
              <w:rPr>
                <w:sz w:val="16"/>
              </w:rPr>
              <w:t>Tappahannock town</w:t>
            </w:r>
          </w:p>
        </w:tc>
        <w:tc>
          <w:tcPr>
            <w:tcW w:type="dxa" w:w="1652"/>
          </w:tcPr>
          <w:p>
            <w:pPr>
              <w:spacing w:after="0"/>
              <w:jc w:val="left"/>
            </w:pPr>
            <w:r>
              <w:rPr>
                <w:sz w:val="16"/>
              </w:rPr>
              <w:t>510049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3</w:t>
            </w:r>
          </w:p>
        </w:tc>
        <w:tc>
          <w:tcPr>
            <w:tcW w:type="dxa" w:w="1484"/>
          </w:tcPr>
          <w:p>
            <w:pPr>
              <w:spacing w:after="0"/>
              <w:jc w:val="right"/>
            </w:pPr>
            <w:r>
              <w:rPr>
                <w:sz w:val="16"/>
              </w:rPr>
              <w:t>0</w:t>
            </w:r>
          </w:p>
        </w:tc>
        <w:tc>
          <w:tcPr>
            <w:tcW w:type="dxa" w:w="1484"/>
          </w:tcPr>
          <w:p>
            <w:pPr>
              <w:spacing w:after="0"/>
              <w:jc w:val="right"/>
            </w:pPr>
            <w:r>
              <w:rPr>
                <w:sz w:val="16"/>
              </w:rPr>
              <w:t>3</w:t>
            </w:r>
          </w:p>
        </w:tc>
        <w:tc>
          <w:tcPr>
            <w:tcW w:type="dxa" w:w="1484"/>
          </w:tcPr>
          <w:p>
            <w:pPr>
              <w:spacing w:after="0"/>
              <w:jc w:val="right"/>
            </w:pPr>
            <w:r>
              <w:rPr>
                <w:sz w:val="16"/>
              </w:rPr>
              <w:t>0</w:t>
            </w:r>
          </w:p>
        </w:tc>
        <w:tc>
          <w:tcPr>
            <w:tcW w:type="dxa" w:w="1652"/>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27</w:t>
            </w:r>
          </w:p>
        </w:tc>
        <w:tc>
          <w:tcPr>
            <w:tcW w:type="dxa" w:w="1496"/>
          </w:tcPr>
          <w:p>
            <w:pPr>
              <w:spacing w:after="0"/>
              <w:jc w:val="right"/>
            </w:pPr>
            <w:r>
              <w:rPr>
                <w:sz w:val="16"/>
              </w:rPr>
              <w:t>2</w:t>
            </w:r>
          </w:p>
        </w:tc>
        <w:tc>
          <w:tcPr>
            <w:tcW w:type="dxa" w:w="1496"/>
          </w:tcPr>
          <w:p>
            <w:pPr>
              <w:spacing w:after="0"/>
              <w:jc w:val="right"/>
            </w:pPr>
            <w:r>
              <w:rPr>
                <w:sz w:val="16"/>
              </w:rPr>
              <w:t>27</w:t>
            </w:r>
          </w:p>
        </w:tc>
        <w:tc>
          <w:tcPr>
            <w:tcW w:type="dxa" w:w="1496"/>
          </w:tcPr>
          <w:p>
            <w:pPr>
              <w:spacing w:after="0"/>
              <w:jc w:val="right"/>
            </w:pPr>
            <w:r>
              <w:rPr>
                <w:sz w:val="16"/>
              </w:rPr>
              <w:t>0</w:t>
            </w:r>
          </w:p>
        </w:tc>
        <w:tc>
          <w:tcPr>
            <w:tcW w:type="dxa" w:w="1665"/>
          </w:tcPr>
          <w:p>
            <w:pPr>
              <w:spacing w:after="0"/>
              <w:jc w:val="right"/>
            </w:pPr>
            <w:r>
              <w:rPr>
                <w:sz w:val="16"/>
              </w:rPr>
              <w:t>15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Essex County, VA: risk-assessment baseline packet, release 2026-10 (data as of 2026-09-30; County FIPS 51057). Automated baseline. </w:t>
      </w:r>
      <w:hyperlink r:id="rId15">
        <w:r>
          <w:rPr>
            <w:color w:val="1F4E99"/>
            <w:sz w:val="17"/>
            <w:u w:val="single"/>
          </w:rPr>
          <w:t>https://hazardplain.org/va/51057/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Essex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Essex County, VA: Risk-assessment baseline packet</dc:title>
  <dc:subject>Hazard Plain release 2026-10, as of 2026-09-30. Automated baseline</dc:subject>
  <dc:creator>Hazard Plain</dc:creator>
  <cp:keywords>Hazard Plain; hazard mitigation; risk assessment; 51057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