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Campbell County, VA</w:t>
      </w:r>
    </w:p>
    <w:p>
      <w:pPr>
        <w:spacing w:after="120" w:before="0"/>
      </w:pPr>
      <w:r>
        <w:rPr>
          <w:color w:val="555555"/>
          <w:sz w:val="24"/>
        </w:rPr>
        <w:t>Risk-assessment baseline packet</w:t>
      </w:r>
    </w:p>
    <w:p>
      <w:pPr>
        <w:spacing w:after="120" w:before="0"/>
      </w:pPr>
      <w:r>
        <w:rPr>
          <w:b/>
          <w:sz w:val="18"/>
        </w:rPr>
        <w:t xml:space="preserve">County FIPS: </w:t>
      </w:r>
      <w:r>
        <w:rPr>
          <w:sz w:val="18"/>
        </w:rPr>
        <w:t>51031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2026-02-08. Plan: PDC 11 Central Virginia Hazard Mitigation Plan (FEMA plan 107130), approved 2021-02-09.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2021-02-09: 3 new hazard declarations (3 incidents) and 162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($5,799,005 a year), Strong Wind ($676,122) and Hurricane ($626,026).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2026-02-08</w:t>
      </w:r>
    </w:p>
    <w:p>
      <w:pPr>
        <w:keepNext/>
        <w:spacing w:after="40" w:before="0"/>
      </w:pPr>
      <w:r>
        <w:rPr>
          <w:b/>
        </w:rPr>
        <w:t xml:space="preserve">Plan: </w:t>
      </w:r>
      <w:r>
        <w:rPr/>
        <w:t>PDC 11 Central Virginia Hazard Mitigation Plan (FEMA plan 107130)</w:t>
      </w:r>
    </w:p>
    <w:p>
      <w:pPr>
        <w:keepNext/>
        <w:spacing w:after="40" w:before="0"/>
      </w:pPr>
      <w:r>
        <w:rPr>
          <w:b/>
        </w:rPr>
        <w:t xml:space="preserve">Approved: </w:t>
      </w:r>
      <w:r>
        <w:rPr/>
        <w:t>2021-02-09</w:t>
      </w:r>
    </w:p>
    <w:p>
      <w:pPr>
        <w:keepNext/>
        <w:spacing w:after="40" w:before="0"/>
      </w:pPr>
      <w:r>
        <w:rPr>
          <w:b/>
        </w:rPr>
        <w:t xml:space="preserve">Days since expiry: </w:t>
      </w:r>
      <w:r>
        <w:rPr/>
        <w:t>234</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DR-4602-VA (Severe Winter Storms), DR-4863-VA (Severe Winter Storms and Flooding),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53"/>
        <w:gridCol w:w="1050"/>
        <w:gridCol w:w="3118"/>
        <w:gridCol w:w="3210"/>
        <w:gridCol w:w="1601"/>
        <w:gridCol w:w="1601"/>
        <w:gridCol w:w="1380"/>
      </w:tblGrid>
      <w:tr>
        <w:trPr>
          <w:cantSplit/>
          <w:tblHeader/>
        </w:trPr>
        <w:tc>
          <w:tcPr>
            <w:tcW w:type="dxa" w:w="2153"/>
            <w:shd w:val="clear" w:color="auto" w:fill="E8E8E8"/>
          </w:tcPr>
          <w:p>
            <w:pPr>
              <w:spacing w:after="0"/>
              <w:jc w:val="left"/>
            </w:pPr>
            <w:r>
              <w:rPr>
                <w:b/>
                <w:sz w:val="16"/>
              </w:rPr>
              <w:t>Jurisdiction</w:t>
            </w:r>
          </w:p>
        </w:tc>
        <w:tc>
          <w:tcPr>
            <w:tcW w:type="dxa" w:w="1050"/>
            <w:shd w:val="clear" w:color="auto" w:fill="E8E8E8"/>
          </w:tcPr>
          <w:p>
            <w:pPr>
              <w:spacing w:after="0"/>
              <w:jc w:val="left"/>
            </w:pPr>
            <w:r>
              <w:rPr>
                <w:b/>
                <w:sz w:val="16"/>
              </w:rPr>
              <w:t>Type</w:t>
            </w:r>
          </w:p>
        </w:tc>
        <w:tc>
          <w:tcPr>
            <w:tcW w:type="dxa" w:w="3118"/>
            <w:shd w:val="clear" w:color="auto" w:fill="E8E8E8"/>
          </w:tcPr>
          <w:p>
            <w:pPr>
              <w:spacing w:after="0"/>
              <w:jc w:val="left"/>
            </w:pPr>
            <w:r>
              <w:rPr>
                <w:b/>
                <w:sz w:val="16"/>
              </w:rPr>
              <w:t>Status</w:t>
            </w:r>
          </w:p>
        </w:tc>
        <w:tc>
          <w:tcPr>
            <w:tcW w:type="dxa" w:w="3210"/>
            <w:shd w:val="clear" w:color="auto" w:fill="E8E8E8"/>
          </w:tcPr>
          <w:p>
            <w:pPr>
              <w:spacing w:after="0"/>
              <w:jc w:val="left"/>
            </w:pPr>
            <w:r>
              <w:rPr>
                <w:b/>
                <w:sz w:val="16"/>
              </w:rPr>
              <w:t>Plan</w:t>
            </w:r>
          </w:p>
        </w:tc>
        <w:tc>
          <w:tcPr>
            <w:tcW w:type="dxa" w:w="1601"/>
            <w:shd w:val="clear" w:color="auto" w:fill="E8E8E8"/>
          </w:tcPr>
          <w:p>
            <w:pPr>
              <w:spacing w:after="0"/>
              <w:jc w:val="left"/>
            </w:pPr>
            <w:r>
              <w:rPr>
                <w:b/>
                <w:sz w:val="16"/>
              </w:rPr>
              <w:t>Approved</w:t>
            </w:r>
          </w:p>
        </w:tc>
        <w:tc>
          <w:tcPr>
            <w:tcW w:type="dxa" w:w="1601"/>
            <w:shd w:val="clear" w:color="auto" w:fill="E8E8E8"/>
          </w:tcPr>
          <w:p>
            <w:pPr>
              <w:spacing w:after="0"/>
              <w:jc w:val="left"/>
            </w:pPr>
            <w:r>
              <w:rPr>
                <w:b/>
                <w:sz w:val="16"/>
              </w:rPr>
              <w:t>Expires</w:t>
            </w:r>
          </w:p>
        </w:tc>
        <w:tc>
          <w:tcPr>
            <w:tcW w:type="dxa" w:w="138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53"/>
          </w:tcPr>
          <w:p>
            <w:pPr>
              <w:spacing w:after="0"/>
              <w:jc w:val="left"/>
            </w:pPr>
            <w:r>
              <w:rPr>
                <w:sz w:val="16"/>
              </w:rPr>
              <w:t>Campbell County</w:t>
            </w:r>
          </w:p>
        </w:tc>
        <w:tc>
          <w:tcPr>
            <w:tcW w:type="dxa" w:w="1050"/>
          </w:tcPr>
          <w:p>
            <w:pPr>
              <w:spacing w:after="0"/>
              <w:jc w:val="left"/>
            </w:pPr>
            <w:r>
              <w:rPr>
                <w:sz w:val="16"/>
              </w:rPr>
              <w:t>County</w:t>
            </w:r>
          </w:p>
        </w:tc>
        <w:tc>
          <w:tcPr>
            <w:tcW w:type="dxa" w:w="3118"/>
          </w:tcPr>
          <w:p>
            <w:pPr>
              <w:spacing w:after="0"/>
              <w:jc w:val="left"/>
            </w:pPr>
            <w:r>
              <w:rPr>
                <w:sz w:val="16"/>
              </w:rPr>
              <w:t>Expired on 2026-02-08</w:t>
            </w:r>
          </w:p>
        </w:tc>
        <w:tc>
          <w:tcPr>
            <w:tcW w:type="dxa" w:w="3210"/>
          </w:tcPr>
          <w:p>
            <w:pPr>
              <w:spacing w:after="0"/>
              <w:jc w:val="left"/>
            </w:pPr>
            <w:r>
              <w:rPr>
                <w:sz w:val="16"/>
              </w:rPr>
              <w:t>PDC 11 Central Virginia Hazard Mitigation Plan (FEMA plan 107130)</w:t>
            </w:r>
          </w:p>
        </w:tc>
        <w:tc>
          <w:tcPr>
            <w:tcW w:type="dxa" w:w="1601"/>
          </w:tcPr>
          <w:p>
            <w:pPr>
              <w:spacing w:after="0"/>
              <w:jc w:val="left"/>
            </w:pPr>
            <w:r>
              <w:rPr>
                <w:sz w:val="16"/>
              </w:rPr>
              <w:t>2021-02-09</w:t>
            </w:r>
          </w:p>
        </w:tc>
        <w:tc>
          <w:tcPr>
            <w:tcW w:type="dxa" w:w="1601"/>
          </w:tcPr>
          <w:p>
            <w:pPr>
              <w:spacing w:after="0"/>
              <w:jc w:val="left"/>
            </w:pPr>
            <w:r>
              <w:rPr>
                <w:sz w:val="16"/>
              </w:rPr>
              <w:t>2026-02-08</w:t>
            </w:r>
          </w:p>
        </w:tc>
        <w:tc>
          <w:tcPr>
            <w:tcW w:type="dxa" w:w="1380"/>
          </w:tcPr>
          <w:p>
            <w:pPr>
              <w:spacing w:after="0"/>
              <w:jc w:val="right"/>
            </w:pPr>
            <w:r>
              <w:rPr>
                <w:sz w:val="16"/>
              </w:rPr>
              <w:t>-234</w:t>
            </w:r>
          </w:p>
        </w:tc>
      </w:tr>
      <w:tr>
        <w:trPr>
          <w:cantSplit/>
        </w:trPr>
        <w:tc>
          <w:tcPr>
            <w:tcW w:type="dxa" w:w="2153"/>
          </w:tcPr>
          <w:p>
            <w:pPr>
              <w:spacing w:after="0"/>
              <w:jc w:val="left"/>
            </w:pPr>
            <w:r>
              <w:rPr>
                <w:sz w:val="16"/>
              </w:rPr>
              <w:t>Altavista town</w:t>
            </w:r>
          </w:p>
        </w:tc>
        <w:tc>
          <w:tcPr>
            <w:tcW w:type="dxa" w:w="1050"/>
          </w:tcPr>
          <w:p>
            <w:pPr>
              <w:spacing w:after="0"/>
              <w:jc w:val="left"/>
            </w:pPr>
            <w:r>
              <w:rPr>
                <w:sz w:val="16"/>
              </w:rPr>
              <w:t>Town</w:t>
            </w:r>
          </w:p>
        </w:tc>
        <w:tc>
          <w:tcPr>
            <w:tcW w:type="dxa" w:w="3118"/>
          </w:tcPr>
          <w:p>
            <w:pPr>
              <w:spacing w:after="0"/>
              <w:jc w:val="left"/>
            </w:pPr>
            <w:r>
              <w:rPr>
                <w:sz w:val="16"/>
              </w:rPr>
              <w:t>Expired on 2026-02-08</w:t>
            </w:r>
          </w:p>
        </w:tc>
        <w:tc>
          <w:tcPr>
            <w:tcW w:type="dxa" w:w="3210"/>
          </w:tcPr>
          <w:p>
            <w:pPr>
              <w:spacing w:after="0"/>
              <w:jc w:val="left"/>
            </w:pPr>
            <w:r>
              <w:rPr>
                <w:sz w:val="16"/>
              </w:rPr>
              <w:t>PDC 11 Central Virginia Hazard Mitigation Plan (FEMA plan 107130)</w:t>
            </w:r>
          </w:p>
        </w:tc>
        <w:tc>
          <w:tcPr>
            <w:tcW w:type="dxa" w:w="1601"/>
          </w:tcPr>
          <w:p>
            <w:pPr>
              <w:spacing w:after="0"/>
              <w:jc w:val="left"/>
            </w:pPr>
            <w:r>
              <w:rPr>
                <w:sz w:val="16"/>
              </w:rPr>
              <w:t>2021-02-09</w:t>
            </w:r>
          </w:p>
        </w:tc>
        <w:tc>
          <w:tcPr>
            <w:tcW w:type="dxa" w:w="1601"/>
          </w:tcPr>
          <w:p>
            <w:pPr>
              <w:spacing w:after="0"/>
              <w:jc w:val="left"/>
            </w:pPr>
            <w:r>
              <w:rPr>
                <w:sz w:val="16"/>
              </w:rPr>
              <w:t>2026-02-08</w:t>
            </w:r>
          </w:p>
        </w:tc>
        <w:tc>
          <w:tcPr>
            <w:tcW w:type="dxa" w:w="1380"/>
          </w:tcPr>
          <w:p>
            <w:pPr>
              <w:spacing w:after="0"/>
              <w:jc w:val="right"/>
            </w:pPr>
            <w:r>
              <w:rPr>
                <w:sz w:val="16"/>
              </w:rPr>
              <w:t>-234</w:t>
            </w:r>
          </w:p>
        </w:tc>
      </w:tr>
      <w:tr>
        <w:trPr>
          <w:cantSplit/>
        </w:trPr>
        <w:tc>
          <w:tcPr>
            <w:tcW w:type="dxa" w:w="2153"/>
          </w:tcPr>
          <w:p>
            <w:pPr>
              <w:spacing w:after="0"/>
              <w:jc w:val="left"/>
            </w:pPr>
            <w:r>
              <w:rPr>
                <w:sz w:val="16"/>
              </w:rPr>
              <w:t>Brookneal town</w:t>
            </w:r>
          </w:p>
        </w:tc>
        <w:tc>
          <w:tcPr>
            <w:tcW w:type="dxa" w:w="1050"/>
          </w:tcPr>
          <w:p>
            <w:pPr>
              <w:spacing w:after="0"/>
              <w:jc w:val="left"/>
            </w:pPr>
            <w:r>
              <w:rPr>
                <w:sz w:val="16"/>
              </w:rPr>
              <w:t>Town</w:t>
            </w:r>
          </w:p>
        </w:tc>
        <w:tc>
          <w:tcPr>
            <w:tcW w:type="dxa" w:w="3118"/>
          </w:tcPr>
          <w:p>
            <w:pPr>
              <w:spacing w:after="0"/>
              <w:jc w:val="left"/>
            </w:pPr>
            <w:r>
              <w:rPr>
                <w:sz w:val="16"/>
              </w:rPr>
              <w:t>Expired on 2026-02-08</w:t>
            </w:r>
          </w:p>
        </w:tc>
        <w:tc>
          <w:tcPr>
            <w:tcW w:type="dxa" w:w="3210"/>
          </w:tcPr>
          <w:p>
            <w:pPr>
              <w:spacing w:after="0"/>
              <w:jc w:val="left"/>
            </w:pPr>
            <w:r>
              <w:rPr>
                <w:sz w:val="16"/>
              </w:rPr>
              <w:t>PDC 11 Central Virginia Hazard Mitigation Plan (FEMA plan 107130)</w:t>
            </w:r>
          </w:p>
        </w:tc>
        <w:tc>
          <w:tcPr>
            <w:tcW w:type="dxa" w:w="1601"/>
          </w:tcPr>
          <w:p>
            <w:pPr>
              <w:spacing w:after="0"/>
              <w:jc w:val="left"/>
            </w:pPr>
            <w:r>
              <w:rPr>
                <w:sz w:val="16"/>
              </w:rPr>
              <w:t>2021-02-09</w:t>
            </w:r>
          </w:p>
        </w:tc>
        <w:tc>
          <w:tcPr>
            <w:tcW w:type="dxa" w:w="1601"/>
          </w:tcPr>
          <w:p>
            <w:pPr>
              <w:spacing w:after="0"/>
              <w:jc w:val="left"/>
            </w:pPr>
            <w:r>
              <w:rPr>
                <w:sz w:val="16"/>
              </w:rPr>
              <w:t>2026-02-08</w:t>
            </w:r>
          </w:p>
        </w:tc>
        <w:tc>
          <w:tcPr>
            <w:tcW w:type="dxa" w:w="1380"/>
          </w:tcPr>
          <w:p>
            <w:pPr>
              <w:spacing w:after="0"/>
              <w:jc w:val="right"/>
            </w:pPr>
            <w:r>
              <w:rPr>
                <w:sz w:val="16"/>
              </w:rPr>
              <w:t>-234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107130 lists 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$5,746,934</w:t>
            </w:r>
          </w:p>
        </w:tc>
        <w:tc>
          <w:tcPr>
            <w:tcW w:type="dxa" w:w="1126"/>
          </w:tcPr>
          <w:p>
            <w:pPr>
              <w:spacing w:after="0"/>
              <w:jc w:val="right"/>
            </w:pPr>
            <w:r>
              <w:rPr>
                <w:sz w:val="16"/>
              </w:rPr>
              <w:t>$36,622</w:t>
            </w:r>
          </w:p>
        </w:tc>
        <w:tc>
          <w:tcPr>
            <w:tcW w:type="dxa" w:w="1935"/>
          </w:tcPr>
          <w:p>
            <w:pPr>
              <w:spacing w:after="0"/>
              <w:jc w:val="right"/>
            </w:pPr>
            <w:r>
              <w:rPr>
                <w:sz w:val="16"/>
              </w:rPr>
              <w:t>$15,450</w:t>
            </w:r>
          </w:p>
        </w:tc>
        <w:tc>
          <w:tcPr>
            <w:tcW w:type="dxa" w:w="1195"/>
          </w:tcPr>
          <w:p>
            <w:pPr>
              <w:spacing w:after="0"/>
              <w:jc w:val="right"/>
            </w:pPr>
            <w:r>
              <w:rPr>
                <w:sz w:val="16"/>
              </w:rPr>
              <w:t>$5,799,005</w:t>
            </w:r>
          </w:p>
        </w:tc>
        <w:tc>
          <w:tcPr>
            <w:tcW w:type="dxa" w:w="2145"/>
          </w:tcPr>
          <w:p>
            <w:pPr>
              <w:spacing w:after="0"/>
              <w:jc w:val="right"/>
            </w:pPr>
            <w:r>
              <w:rPr>
                <w:sz w:val="16"/>
              </w:rPr>
              <w:t>108</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$175,594</w:t>
            </w:r>
          </w:p>
        </w:tc>
        <w:tc>
          <w:tcPr>
            <w:tcW w:type="dxa" w:w="1126"/>
          </w:tcPr>
          <w:p>
            <w:pPr>
              <w:spacing w:after="0"/>
              <w:jc w:val="right"/>
            </w:pPr>
            <w:r>
              <w:rPr>
                <w:sz w:val="16"/>
              </w:rPr>
              <w:t>$2,847</w:t>
            </w:r>
          </w:p>
        </w:tc>
        <w:tc>
          <w:tcPr>
            <w:tcW w:type="dxa" w:w="1935"/>
          </w:tcPr>
          <w:p>
            <w:pPr>
              <w:spacing w:after="0"/>
              <w:jc w:val="right"/>
            </w:pPr>
            <w:r>
              <w:rPr>
                <w:sz w:val="16"/>
              </w:rPr>
              <w:t>$497,681</w:t>
            </w:r>
          </w:p>
        </w:tc>
        <w:tc>
          <w:tcPr>
            <w:tcW w:type="dxa" w:w="1195"/>
          </w:tcPr>
          <w:p>
            <w:pPr>
              <w:spacing w:after="0"/>
              <w:jc w:val="right"/>
            </w:pPr>
            <w:r>
              <w:rPr>
                <w:sz w:val="16"/>
              </w:rPr>
              <w:t>$676,122</w:t>
            </w:r>
          </w:p>
        </w:tc>
        <w:tc>
          <w:tcPr>
            <w:tcW w:type="dxa" w:w="2145"/>
          </w:tcPr>
          <w:p>
            <w:pPr>
              <w:spacing w:after="0"/>
              <w:jc w:val="right"/>
            </w:pPr>
            <w:r>
              <w:rPr>
                <w:sz w:val="16"/>
              </w:rPr>
              <w:t>331</w:t>
            </w:r>
          </w:p>
        </w:tc>
        <w:tc>
          <w:tcPr>
            <w:tcW w:type="dxa" w:w="2206"/>
          </w:tcPr>
          <w:p>
            <w:pPr>
              <w:spacing w:after="0"/>
              <w:jc w:val="left"/>
            </w:pPr>
            <w:r>
              <w:rPr>
                <w:sz w:val="16"/>
              </w:rPr>
              <w:t>Includes 20 High Wind and 13 Strong Wind records (NOAA non-thunderstorm wind types, outside NRI's Strong Wind definition).</w:t>
            </w:r>
          </w:p>
        </w:tc>
      </w:tr>
      <w:tr>
        <w:trPr>
          <w:cantSplit/>
        </w:trPr>
        <w:tc>
          <w:tcPr>
            <w:tcW w:type="dxa" w:w="724"/>
          </w:tcPr>
          <w:p>
            <w:pPr>
              <w:spacing w:after="0"/>
              <w:jc w:val="right"/>
            </w:pPr>
            <w:r>
              <w:rPr>
                <w:sz w:val="16"/>
              </w:rPr>
              <w:t>3</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$534,462</w:t>
            </w:r>
          </w:p>
        </w:tc>
        <w:tc>
          <w:tcPr>
            <w:tcW w:type="dxa" w:w="1126"/>
          </w:tcPr>
          <w:p>
            <w:pPr>
              <w:spacing w:after="0"/>
              <w:jc w:val="right"/>
            </w:pPr>
            <w:r>
              <w:rPr>
                <w:sz w:val="16"/>
              </w:rPr>
              <w:t>$57,552</w:t>
            </w:r>
          </w:p>
        </w:tc>
        <w:tc>
          <w:tcPr>
            <w:tcW w:type="dxa" w:w="1935"/>
          </w:tcPr>
          <w:p>
            <w:pPr>
              <w:spacing w:after="0"/>
              <w:jc w:val="right"/>
            </w:pPr>
            <w:r>
              <w:rPr>
                <w:sz w:val="16"/>
              </w:rPr>
              <w:t>$34,012</w:t>
            </w:r>
          </w:p>
        </w:tc>
        <w:tc>
          <w:tcPr>
            <w:tcW w:type="dxa" w:w="1195"/>
          </w:tcPr>
          <w:p>
            <w:pPr>
              <w:spacing w:after="0"/>
              <w:jc w:val="right"/>
            </w:pPr>
            <w:r>
              <w:rPr>
                <w:sz w:val="16"/>
              </w:rPr>
              <w:t>$626,026</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$25,849</w:t>
            </w:r>
          </w:p>
        </w:tc>
        <w:tc>
          <w:tcPr>
            <w:tcW w:type="dxa" w:w="1126"/>
          </w:tcPr>
          <w:p>
            <w:pPr>
              <w:spacing w:after="0"/>
              <w:jc w:val="right"/>
            </w:pPr>
            <w:r>
              <w:rPr>
                <w:sz w:val="16"/>
              </w:rPr>
              <w:t>n/a</w:t>
            </w:r>
          </w:p>
        </w:tc>
        <w:tc>
          <w:tcPr>
            <w:tcW w:type="dxa" w:w="1935"/>
          </w:tcPr>
          <w:p>
            <w:pPr>
              <w:spacing w:after="0"/>
              <w:jc w:val="right"/>
            </w:pPr>
            <w:r>
              <w:rPr>
                <w:sz w:val="16"/>
              </w:rPr>
              <w:t>$538,214</w:t>
            </w:r>
          </w:p>
        </w:tc>
        <w:tc>
          <w:tcPr>
            <w:tcW w:type="dxa" w:w="1195"/>
          </w:tcPr>
          <w:p>
            <w:pPr>
              <w:spacing w:after="0"/>
              <w:jc w:val="right"/>
            </w:pPr>
            <w:r>
              <w:rPr>
                <w:sz w:val="16"/>
              </w:rPr>
              <w:t>$564,064</w:t>
            </w:r>
          </w:p>
        </w:tc>
        <w:tc>
          <w:tcPr>
            <w:tcW w:type="dxa" w:w="2145"/>
          </w:tcPr>
          <w:p>
            <w:pPr>
              <w:spacing w:after="0"/>
              <w:jc w:val="right"/>
            </w:pPr>
            <w:r>
              <w:rPr>
                <w:sz w:val="16"/>
              </w:rPr>
              <w:t>22</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$306,626</w:t>
            </w:r>
          </w:p>
        </w:tc>
        <w:tc>
          <w:tcPr>
            <w:tcW w:type="dxa" w:w="1126"/>
          </w:tcPr>
          <w:p>
            <w:pPr>
              <w:spacing w:after="0"/>
              <w:jc w:val="right"/>
            </w:pPr>
            <w:r>
              <w:rPr>
                <w:sz w:val="16"/>
              </w:rPr>
              <w:t>n/a</w:t>
            </w:r>
          </w:p>
        </w:tc>
        <w:tc>
          <w:tcPr>
            <w:tcW w:type="dxa" w:w="1935"/>
          </w:tcPr>
          <w:p>
            <w:pPr>
              <w:spacing w:after="0"/>
              <w:jc w:val="right"/>
            </w:pPr>
            <w:r>
              <w:rPr>
                <w:sz w:val="16"/>
              </w:rPr>
              <w:t>$114,088</w:t>
            </w:r>
          </w:p>
        </w:tc>
        <w:tc>
          <w:tcPr>
            <w:tcW w:type="dxa" w:w="1195"/>
          </w:tcPr>
          <w:p>
            <w:pPr>
              <w:spacing w:after="0"/>
              <w:jc w:val="right"/>
            </w:pPr>
            <w:r>
              <w:rPr>
                <w:sz w:val="16"/>
              </w:rPr>
              <w:t>$420,714</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6</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$116,817</w:t>
            </w:r>
          </w:p>
        </w:tc>
        <w:tc>
          <w:tcPr>
            <w:tcW w:type="dxa" w:w="1126"/>
          </w:tcPr>
          <w:p>
            <w:pPr>
              <w:spacing w:after="0"/>
              <w:jc w:val="right"/>
            </w:pPr>
            <w:r>
              <w:rPr>
                <w:sz w:val="16"/>
              </w:rPr>
              <w:t>$358</w:t>
            </w:r>
          </w:p>
        </w:tc>
        <w:tc>
          <w:tcPr>
            <w:tcW w:type="dxa" w:w="1935"/>
          </w:tcPr>
          <w:p>
            <w:pPr>
              <w:spacing w:after="0"/>
              <w:jc w:val="right"/>
            </w:pPr>
            <w:r>
              <w:rPr>
                <w:sz w:val="16"/>
              </w:rPr>
              <w:t>$153,618</w:t>
            </w:r>
          </w:p>
        </w:tc>
        <w:tc>
          <w:tcPr>
            <w:tcW w:type="dxa" w:w="1195"/>
          </w:tcPr>
          <w:p>
            <w:pPr>
              <w:spacing w:after="0"/>
              <w:jc w:val="right"/>
            </w:pPr>
            <w:r>
              <w:rPr>
                <w:sz w:val="16"/>
              </w:rPr>
              <w:t>$270,792</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w:t>
            </w:r>
          </w:p>
        </w:tc>
        <w:tc>
          <w:tcPr>
            <w:tcW w:type="dxa" w:w="1126"/>
          </w:tcPr>
          <w:p>
            <w:pPr>
              <w:spacing w:after="0"/>
              <w:jc w:val="right"/>
            </w:pPr>
            <w:r>
              <w:rPr>
                <w:sz w:val="16"/>
              </w:rPr>
              <w:t>$17</w:t>
            </w:r>
          </w:p>
        </w:tc>
        <w:tc>
          <w:tcPr>
            <w:tcW w:type="dxa" w:w="1935"/>
          </w:tcPr>
          <w:p>
            <w:pPr>
              <w:spacing w:after="0"/>
              <w:jc w:val="right"/>
            </w:pPr>
            <w:r>
              <w:rPr>
                <w:sz w:val="16"/>
              </w:rPr>
              <w:t>$208,540</w:t>
            </w:r>
          </w:p>
        </w:tc>
        <w:tc>
          <w:tcPr>
            <w:tcW w:type="dxa" w:w="1195"/>
          </w:tcPr>
          <w:p>
            <w:pPr>
              <w:spacing w:after="0"/>
              <w:jc w:val="right"/>
            </w:pPr>
            <w:r>
              <w:rPr>
                <w:sz w:val="16"/>
              </w:rPr>
              <w:t>$208,570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$170,810</w:t>
            </w:r>
          </w:p>
        </w:tc>
        <w:tc>
          <w:tcPr>
            <w:tcW w:type="dxa" w:w="1935"/>
          </w:tcPr>
          <w:p>
            <w:pPr>
              <w:spacing w:after="0"/>
              <w:jc w:val="right"/>
            </w:pPr>
            <w:r>
              <w:rPr>
                <w:sz w:val="16"/>
              </w:rPr>
              <w:t>n/a</w:t>
            </w:r>
          </w:p>
        </w:tc>
        <w:tc>
          <w:tcPr>
            <w:tcW w:type="dxa" w:w="1195"/>
          </w:tcPr>
          <w:p>
            <w:pPr>
              <w:spacing w:after="0"/>
              <w:jc w:val="right"/>
            </w:pPr>
            <w:r>
              <w:rPr>
                <w:sz w:val="16"/>
              </w:rPr>
              <w:t>$170,810</w:t>
            </w:r>
          </w:p>
        </w:tc>
        <w:tc>
          <w:tcPr>
            <w:tcW w:type="dxa" w:w="2145"/>
          </w:tcPr>
          <w:p>
            <w:pPr>
              <w:spacing w:after="0"/>
              <w:jc w:val="right"/>
            </w:pPr>
            <w:r>
              <w:rPr>
                <w:sz w:val="16"/>
              </w:rPr>
              <w:t>19</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$49,752</w:t>
            </w:r>
          </w:p>
        </w:tc>
        <w:tc>
          <w:tcPr>
            <w:tcW w:type="dxa" w:w="1126"/>
          </w:tcPr>
          <w:p>
            <w:pPr>
              <w:spacing w:after="0"/>
              <w:jc w:val="right"/>
            </w:pPr>
            <w:r>
              <w:rPr>
                <w:sz w:val="16"/>
              </w:rPr>
              <w:t>$9,499</w:t>
            </w:r>
          </w:p>
        </w:tc>
        <w:tc>
          <w:tcPr>
            <w:tcW w:type="dxa" w:w="1935"/>
          </w:tcPr>
          <w:p>
            <w:pPr>
              <w:spacing w:after="0"/>
              <w:jc w:val="right"/>
            </w:pPr>
            <w:r>
              <w:rPr>
                <w:sz w:val="16"/>
              </w:rPr>
              <w:t>$39,216</w:t>
            </w:r>
          </w:p>
        </w:tc>
        <w:tc>
          <w:tcPr>
            <w:tcW w:type="dxa" w:w="1195"/>
          </w:tcPr>
          <w:p>
            <w:pPr>
              <w:spacing w:after="0"/>
              <w:jc w:val="right"/>
            </w:pPr>
            <w:r>
              <w:rPr>
                <w:sz w:val="16"/>
              </w:rPr>
              <w:t>$98,467</w:t>
            </w:r>
          </w:p>
        </w:tc>
        <w:tc>
          <w:tcPr>
            <w:tcW w:type="dxa" w:w="2145"/>
          </w:tcPr>
          <w:p>
            <w:pPr>
              <w:spacing w:after="0"/>
              <w:jc w:val="right"/>
            </w:pPr>
            <w:r>
              <w:rPr>
                <w:sz w:val="16"/>
              </w:rPr>
              <w:t>111</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$4,828</w:t>
            </w:r>
          </w:p>
        </w:tc>
        <w:tc>
          <w:tcPr>
            <w:tcW w:type="dxa" w:w="1126"/>
          </w:tcPr>
          <w:p>
            <w:pPr>
              <w:spacing w:after="0"/>
              <w:jc w:val="right"/>
            </w:pPr>
            <w:r>
              <w:rPr>
                <w:sz w:val="16"/>
              </w:rPr>
              <w:t>$12,554</w:t>
            </w:r>
          </w:p>
        </w:tc>
        <w:tc>
          <w:tcPr>
            <w:tcW w:type="dxa" w:w="1935"/>
          </w:tcPr>
          <w:p>
            <w:pPr>
              <w:spacing w:after="0"/>
              <w:jc w:val="right"/>
            </w:pPr>
            <w:r>
              <w:rPr>
                <w:sz w:val="16"/>
              </w:rPr>
              <w:t>$68,586</w:t>
            </w:r>
          </w:p>
        </w:tc>
        <w:tc>
          <w:tcPr>
            <w:tcW w:type="dxa" w:w="1195"/>
          </w:tcPr>
          <w:p>
            <w:pPr>
              <w:spacing w:after="0"/>
              <w:jc w:val="right"/>
            </w:pPr>
            <w:r>
              <w:rPr>
                <w:sz w:val="16"/>
              </w:rPr>
              <w:t>$85,968</w:t>
            </w:r>
          </w:p>
        </w:tc>
        <w:tc>
          <w:tcPr>
            <w:tcW w:type="dxa" w:w="2145"/>
          </w:tcPr>
          <w:p>
            <w:pPr>
              <w:spacing w:after="0"/>
              <w:jc w:val="right"/>
            </w:pPr>
            <w:r>
              <w:rPr>
                <w:sz w:val="16"/>
              </w:rPr>
              <w:t>10</w:t>
            </w:r>
          </w:p>
        </w:tc>
        <w:tc>
          <w:tcPr>
            <w:tcW w:type="dxa" w:w="2206"/>
          </w:tcPr>
          <w:p>
            <w:pPr>
              <w:spacing w:after="0"/>
              <w:jc w:val="left"/>
            </w:pPr>
            <w:r>
              <w:rPr>
                <w:sz w:val="16"/>
              </w:rPr>
              <w:t>Includes 7 Frost/Freeze records (outside NRI's Cold Wave definition; counted in this table and in B1-d, not in the B1-e descriptor).</w:t>
            </w: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$3,590</w:t>
            </w:r>
          </w:p>
        </w:tc>
        <w:tc>
          <w:tcPr>
            <w:tcW w:type="dxa" w:w="1126"/>
          </w:tcPr>
          <w:p>
            <w:pPr>
              <w:spacing w:after="0"/>
              <w:jc w:val="right"/>
            </w:pPr>
            <w:r>
              <w:rPr>
                <w:sz w:val="16"/>
              </w:rPr>
              <w:t>$13</w:t>
            </w:r>
          </w:p>
        </w:tc>
        <w:tc>
          <w:tcPr>
            <w:tcW w:type="dxa" w:w="1935"/>
          </w:tcPr>
          <w:p>
            <w:pPr>
              <w:spacing w:after="0"/>
              <w:jc w:val="right"/>
            </w:pPr>
            <w:r>
              <w:rPr>
                <w:sz w:val="16"/>
              </w:rPr>
              <w:t>$72,947</w:t>
            </w:r>
          </w:p>
        </w:tc>
        <w:tc>
          <w:tcPr>
            <w:tcW w:type="dxa" w:w="1195"/>
          </w:tcPr>
          <w:p>
            <w:pPr>
              <w:spacing w:after="0"/>
              <w:jc w:val="right"/>
            </w:pPr>
            <w:r>
              <w:rPr>
                <w:sz w:val="16"/>
              </w:rPr>
              <w:t>$76,550</w:t>
            </w:r>
          </w:p>
        </w:tc>
        <w:tc>
          <w:tcPr>
            <w:tcW w:type="dxa" w:w="2145"/>
          </w:tcPr>
          <w:p>
            <w:pPr>
              <w:spacing w:after="0"/>
              <w:jc w:val="right"/>
            </w:pPr>
            <w:r>
              <w:rPr>
                <w:sz w:val="16"/>
              </w:rPr>
              <w:t>56</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$54,575</w:t>
            </w:r>
          </w:p>
        </w:tc>
        <w:tc>
          <w:tcPr>
            <w:tcW w:type="dxa" w:w="1126"/>
          </w:tcPr>
          <w:p>
            <w:pPr>
              <w:spacing w:after="0"/>
              <w:jc w:val="right"/>
            </w:pPr>
            <w:r>
              <w:rPr>
                <w:sz w:val="16"/>
              </w:rPr>
              <w:t>n/a</w:t>
            </w:r>
          </w:p>
        </w:tc>
        <w:tc>
          <w:tcPr>
            <w:tcW w:type="dxa" w:w="1935"/>
          </w:tcPr>
          <w:p>
            <w:pPr>
              <w:spacing w:after="0"/>
              <w:jc w:val="right"/>
            </w:pPr>
            <w:r>
              <w:rPr>
                <w:sz w:val="16"/>
              </w:rPr>
              <w:t>$1,747</w:t>
            </w:r>
          </w:p>
        </w:tc>
        <w:tc>
          <w:tcPr>
            <w:tcW w:type="dxa" w:w="1195"/>
          </w:tcPr>
          <w:p>
            <w:pPr>
              <w:spacing w:after="0"/>
              <w:jc w:val="right"/>
            </w:pPr>
            <w:r>
              <w:rPr>
                <w:sz w:val="16"/>
              </w:rPr>
              <w:t>$56,322</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$22,087</w:t>
            </w:r>
          </w:p>
        </w:tc>
        <w:tc>
          <w:tcPr>
            <w:tcW w:type="dxa" w:w="1126"/>
          </w:tcPr>
          <w:p>
            <w:pPr>
              <w:spacing w:after="0"/>
              <w:jc w:val="right"/>
            </w:pPr>
            <w:r>
              <w:rPr>
                <w:sz w:val="16"/>
              </w:rPr>
              <w:t>$23</w:t>
            </w:r>
          </w:p>
        </w:tc>
        <w:tc>
          <w:tcPr>
            <w:tcW w:type="dxa" w:w="1935"/>
          </w:tcPr>
          <w:p>
            <w:pPr>
              <w:spacing w:after="0"/>
              <w:jc w:val="right"/>
            </w:pPr>
            <w:r>
              <w:rPr>
                <w:sz w:val="16"/>
              </w:rPr>
              <w:t>$5,150</w:t>
            </w:r>
          </w:p>
        </w:tc>
        <w:tc>
          <w:tcPr>
            <w:tcW w:type="dxa" w:w="1195"/>
          </w:tcPr>
          <w:p>
            <w:pPr>
              <w:spacing w:after="0"/>
              <w:jc w:val="right"/>
            </w:pPr>
            <w:r>
              <w:rPr>
                <w:sz w:val="16"/>
              </w:rPr>
              <w:t>$27,260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$1,348</w:t>
            </w:r>
          </w:p>
        </w:tc>
        <w:tc>
          <w:tcPr>
            <w:tcW w:type="dxa" w:w="1126"/>
          </w:tcPr>
          <w:p>
            <w:pPr>
              <w:spacing w:after="0"/>
              <w:jc w:val="right"/>
            </w:pPr>
            <w:r>
              <w:rPr>
                <w:sz w:val="16"/>
              </w:rPr>
              <w:t>n/a</w:t>
            </w:r>
          </w:p>
        </w:tc>
        <w:tc>
          <w:tcPr>
            <w:tcW w:type="dxa" w:w="1935"/>
          </w:tcPr>
          <w:p>
            <w:pPr>
              <w:spacing w:after="0"/>
              <w:jc w:val="right"/>
            </w:pPr>
            <w:r>
              <w:rPr>
                <w:sz w:val="16"/>
              </w:rPr>
              <w:t>$700</w:t>
            </w:r>
          </w:p>
        </w:tc>
        <w:tc>
          <w:tcPr>
            <w:tcW w:type="dxa" w:w="1195"/>
          </w:tcPr>
          <w:p>
            <w:pPr>
              <w:spacing w:after="0"/>
              <w:jc w:val="right"/>
            </w:pPr>
            <w:r>
              <w:rPr>
                <w:sz w:val="16"/>
              </w:rPr>
              <w:t>$2,048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204.01 (Relatively Low, 65.4); tract 207 (Relatively Low, 65.2); tract 201.01 (Relatively Low, 62.3)</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205 (Relatively Low, 76.5); tract 207 (Relatively Low, 75.0); tract 209 (Relatively Low, 73.2)</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201.01 (Relatively Low, 91.5); tract 206 (Relatively Low, 90.5); tract 205 (Relatively Low, 85.6)</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205 (Relatively Low, 42.4); tract 201.01 (Relatively Low, 40.1); tract 201.02 (Relatively Low, 38.0)</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201.02 (Relatively Low, 84.6); tract 205 (Relatively Low, 79.1); tract 201.01 (Relatively Low, 78.5)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204.01 is Census Tract 204.01).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4"/>
        <w:gridCol w:w="1918"/>
        <w:gridCol w:w="1800"/>
        <w:gridCol w:w="2056"/>
        <w:gridCol w:w="1673"/>
        <w:gridCol w:w="1540"/>
        <w:gridCol w:w="1596"/>
        <w:gridCol w:w="1615"/>
      </w:tblGrid>
      <w:tr>
        <w:trPr>
          <w:cantSplit/>
          <w:tblHeader/>
        </w:trPr>
        <w:tc>
          <w:tcPr>
            <w:tcW w:type="dxa" w:w="1914"/>
            <w:shd w:val="clear" w:color="auto" w:fill="E8E8E8"/>
          </w:tcPr>
          <w:p>
            <w:pPr>
              <w:spacing w:after="0"/>
              <w:jc w:val="left"/>
            </w:pPr>
            <w:r>
              <w:rPr>
                <w:b/>
                <w:sz w:val="16"/>
              </w:rPr>
              <w:t>Hazard</w:t>
            </w:r>
          </w:p>
        </w:tc>
        <w:tc>
          <w:tcPr>
            <w:tcW w:type="dxa" w:w="1918"/>
            <w:shd w:val="clear" w:color="auto" w:fill="E8E8E8"/>
          </w:tcPr>
          <w:p>
            <w:pPr>
              <w:spacing w:after="0"/>
              <w:jc w:val="left"/>
            </w:pPr>
            <w:r>
              <w:rPr>
                <w:b/>
                <w:sz w:val="16"/>
              </w:rPr>
              <w:t>Scale</w:t>
            </w:r>
          </w:p>
        </w:tc>
        <w:tc>
          <w:tcPr>
            <w:tcW w:type="dxa" w:w="18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6"/>
            <w:shd w:val="clear" w:color="auto" w:fill="E8E8E8"/>
          </w:tcPr>
          <w:p>
            <w:pPr>
              <w:spacing w:after="0"/>
              <w:jc w:val="left"/>
            </w:pPr>
            <w:r>
              <w:rPr>
                <w:b/>
                <w:sz w:val="16"/>
              </w:rPr>
              <w:t>Observed range</w:t>
            </w:r>
          </w:p>
        </w:tc>
        <w:tc>
          <w:tcPr>
            <w:tcW w:type="dxa" w:w="1673"/>
            <w:shd w:val="clear" w:color="auto" w:fill="E8E8E8"/>
          </w:tcPr>
          <w:p>
            <w:pPr>
              <w:spacing w:after="0"/>
              <w:jc w:val="left"/>
            </w:pPr>
            <w:r>
              <w:rPr>
                <w:b/>
                <w:sz w:val="16"/>
              </w:rPr>
              <w:t>Worst recorded event</w:t>
            </w:r>
          </w:p>
        </w:tc>
        <w:tc>
          <w:tcPr>
            <w:tcW w:type="dxa" w:w="1540"/>
            <w:shd w:val="clear" w:color="auto" w:fill="E8E8E8"/>
          </w:tcPr>
          <w:p>
            <w:pPr>
              <w:spacing w:after="0"/>
              <w:jc w:val="left"/>
            </w:pPr>
            <w:r>
              <w:rPr>
                <w:b/>
                <w:sz w:val="16"/>
              </w:rPr>
              <w:t>Most damaging (when different)</w:t>
            </w:r>
          </w:p>
        </w:tc>
        <w:tc>
          <w:tcPr>
            <w:tcW w:type="dxa" w:w="1596"/>
            <w:shd w:val="clear" w:color="auto" w:fill="E8E8E8"/>
          </w:tcPr>
          <w:p>
            <w:pPr>
              <w:spacing w:after="0"/>
              <w:jc w:val="left"/>
            </w:pPr>
            <w:r>
              <w:rPr>
                <w:b/>
                <w:sz w:val="16"/>
              </w:rPr>
              <w:t>How it applies to jurisdictions</w:t>
            </w:r>
          </w:p>
        </w:tc>
        <w:tc>
          <w:tcPr>
            <w:tcW w:type="dxa" w:w="1615"/>
            <w:shd w:val="clear" w:color="auto" w:fill="E8E8E8"/>
          </w:tcPr>
          <w:p>
            <w:pPr>
              <w:spacing w:after="0"/>
              <w:jc w:val="left"/>
            </w:pPr>
            <w:r>
              <w:rPr>
                <w:b/>
                <w:sz w:val="16"/>
              </w:rPr>
              <w:t>Note</w:t>
            </w:r>
          </w:p>
        </w:tc>
      </w:tr>
      <w:tr>
        <w:trPr>
          <w:cantSplit/>
        </w:trPr>
        <w:tc>
          <w:tcPr>
            <w:tcW w:type="dxa" w:w="1914"/>
          </w:tcPr>
          <w:p>
            <w:pPr>
              <w:spacing w:after="0"/>
              <w:jc w:val="left"/>
            </w:pPr>
            <w:r>
              <w:rPr>
                <w:sz w:val="16"/>
              </w:rPr>
              <w:t>Cold/Wind Chill, Extreme Cold/Wind Chill</w:t>
            </w:r>
          </w:p>
        </w:tc>
        <w:tc>
          <w:tcPr>
            <w:tcW w:type="dxa" w:w="1918"/>
          </w:tcPr>
          <w:p>
            <w:pPr>
              <w:spacing w:after="0"/>
              <w:jc w:val="left"/>
            </w:pPr>
            <w:r>
              <w:rPr>
                <w:sz w:val="16"/>
              </w:rPr>
              <w:t>wind chill</w:t>
            </w:r>
          </w:p>
        </w:tc>
        <w:tc>
          <w:tcPr>
            <w:tcW w:type="dxa" w:w="1800"/>
          </w:tcPr>
          <w:p>
            <w:pPr>
              <w:spacing w:after="0"/>
              <w:jc w:val="right"/>
            </w:pPr>
            <w:r>
              <w:rPr>
                <w:sz w:val="16"/>
              </w:rPr>
              <w:t>3 records, 1996 to 2022 (3 zone-level)</w:t>
            </w:r>
          </w:p>
        </w:tc>
        <w:tc>
          <w:tcPr>
            <w:tcW w:type="dxa" w:w="2056"/>
          </w:tcPr>
          <w:p>
            <w:pPr>
              <w:spacing w:after="0"/>
              <w:jc w:val="left"/>
            </w:pPr>
            <w:r>
              <w:rPr>
                <w:sz w:val="16"/>
              </w:rPr>
              <w:t>1 day to 5 days (median 4 days); 3 with a recorded value</w:t>
            </w:r>
          </w:p>
        </w:tc>
        <w:tc>
          <w:tcPr>
            <w:tcW w:type="dxa" w:w="1673"/>
          </w:tcPr>
          <w:p>
            <w:pPr>
              <w:spacing w:after="0"/>
              <w:jc w:val="left"/>
            </w:pPr>
            <w:r>
              <w:rPr>
                <w:sz w:val="16"/>
              </w:rPr>
              <w:t>5 consecutive days, 1996-03-08 to 1996-03-12, zone-level</w:t>
            </w:r>
          </w:p>
        </w:tc>
        <w:tc>
          <w:tcPr>
            <w:tcW w:type="dxa" w:w="1540"/>
          </w:tcPr>
          <w:p>
            <w:pPr>
              <w:spacing w:after="0"/>
              <w:jc w:val="left"/>
            </w:pPr>
          </w:p>
        </w:tc>
        <w:tc>
          <w:tcPr>
            <w:tcW w:type="dxa" w:w="1596"/>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Frost/Freeze (outside NRI's Cold Wave definition)</w:t>
            </w:r>
          </w:p>
        </w:tc>
        <w:tc>
          <w:tcPr>
            <w:tcW w:type="dxa" w:w="1918"/>
          </w:tcPr>
          <w:p>
            <w:pPr>
              <w:spacing w:after="0"/>
              <w:jc w:val="left"/>
            </w:pPr>
            <w:r>
              <w:rPr>
                <w:sz w:val="16"/>
              </w:rPr>
              <w:t>crop damage</w:t>
            </w:r>
          </w:p>
        </w:tc>
        <w:tc>
          <w:tcPr>
            <w:tcW w:type="dxa" w:w="1800"/>
          </w:tcPr>
          <w:p>
            <w:pPr>
              <w:spacing w:after="0"/>
              <w:jc w:val="right"/>
            </w:pPr>
            <w:r>
              <w:rPr>
                <w:sz w:val="16"/>
              </w:rPr>
              <w:t>7 records, 2005 to 2016 (7 zone-level)</w:t>
            </w:r>
          </w:p>
        </w:tc>
        <w:tc>
          <w:tcPr>
            <w:tcW w:type="dxa" w:w="2056"/>
          </w:tcPr>
          <w:p>
            <w:pPr>
              <w:spacing w:after="0"/>
              <w:jc w:val="left"/>
            </w:pPr>
          </w:p>
        </w:tc>
        <w:tc>
          <w:tcPr>
            <w:tcW w:type="dxa" w:w="1673"/>
          </w:tcPr>
          <w:p>
            <w:pPr>
              <w:spacing w:after="0"/>
              <w:jc w:val="left"/>
            </w:pPr>
            <w:r>
              <w:rPr>
                <w:sz w:val="16"/>
              </w:rPr>
              <w:t>No crop damage reported in 7 records.</w:t>
            </w:r>
          </w:p>
        </w:tc>
        <w:tc>
          <w:tcPr>
            <w:tcW w:type="dxa" w:w="1540"/>
          </w:tcPr>
          <w:p>
            <w:pPr>
              <w:spacing w:after="0"/>
              <w:jc w:val="left"/>
            </w:pPr>
          </w:p>
        </w:tc>
        <w:tc>
          <w:tcPr>
            <w:tcW w:type="dxa" w:w="1596"/>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Drought</w:t>
            </w:r>
          </w:p>
        </w:tc>
        <w:tc>
          <w:tcPr>
            <w:tcW w:type="dxa" w:w="1918"/>
          </w:tcPr>
          <w:p>
            <w:pPr>
              <w:spacing w:after="0"/>
              <w:jc w:val="left"/>
            </w:pPr>
            <w:r>
              <w:rPr>
                <w:sz w:val="16"/>
              </w:rPr>
              <w:t>U.S. Drought Monitor scale (D0 to D4)</w:t>
            </w:r>
          </w:p>
        </w:tc>
        <w:tc>
          <w:tcPr>
            <w:tcW w:type="dxa" w:w="1800"/>
          </w:tcPr>
          <w:p>
            <w:pPr>
              <w:spacing w:after="0"/>
              <w:jc w:val="right"/>
            </w:pPr>
            <w:r>
              <w:rPr>
                <w:sz w:val="16"/>
              </w:rPr>
              <w:t>19 records, 1998 to 2026 (19 zone-level)</w:t>
            </w:r>
          </w:p>
        </w:tc>
        <w:tc>
          <w:tcPr>
            <w:tcW w:type="dxa" w:w="2056"/>
          </w:tcPr>
          <w:p>
            <w:pPr>
              <w:spacing w:after="0"/>
              <w:jc w:val="left"/>
            </w:pPr>
            <w:r>
              <w:rPr>
                <w:sz w:val="16"/>
              </w:rPr>
              <w:t>6 days to 97 days (median 35.5 days); 10 with a recorded value</w:t>
            </w:r>
          </w:p>
        </w:tc>
        <w:tc>
          <w:tcPr>
            <w:tcW w:type="dxa" w:w="1673"/>
          </w:tcPr>
          <w:p>
            <w:pPr>
              <w:spacing w:after="0"/>
              <w:jc w:val="left"/>
            </w:pPr>
            <w:r>
              <w:rPr>
                <w:sz w:val="16"/>
              </w:rPr>
              <w:t>97 days (about 3.2 months), 1999-06-01 to 1999-09-05, a run of 4 consecutive Storm Events drought records, zone-level</w:t>
            </w:r>
          </w:p>
        </w:tc>
        <w:tc>
          <w:tcPr>
            <w:tcW w:type="dxa" w:w="1540"/>
          </w:tcPr>
          <w:p>
            <w:pPr>
              <w:spacing w:after="0"/>
              <w:jc w:val="left"/>
            </w:pPr>
            <w:r>
              <w:rPr>
                <w:sz w:val="16"/>
              </w:rPr>
              <w:t>Drought, 2007-09-01, $0 property; $8,000,000 crops (zone total, 2007 dollars)</w:t>
            </w:r>
          </w:p>
        </w:tc>
        <w:tc>
          <w:tcPr>
            <w:tcW w:type="dxa" w:w="1596"/>
          </w:tcPr>
          <w:p>
            <w:pPr>
              <w:spacing w:after="0"/>
              <w:jc w:val="left"/>
            </w:pPr>
            <w:r>
              <w:rPr>
                <w:sz w:val="16"/>
              </w:rPr>
              <w:t>Countywide (zone-level records).</w:t>
            </w:r>
          </w:p>
        </w:tc>
        <w:tc>
          <w:tcPr>
            <w:tcW w:type="dxa" w:w="161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4"/>
          </w:tcPr>
          <w:p>
            <w:pPr>
              <w:spacing w:after="0"/>
              <w:jc w:val="left"/>
            </w:pPr>
            <w:r>
              <w:rPr>
                <w:sz w:val="16"/>
              </w:rPr>
              <w:t>Earthquake</w:t>
            </w:r>
          </w:p>
        </w:tc>
        <w:tc>
          <w:tcPr>
            <w:tcW w:type="dxa" w:w="1918"/>
          </w:tcPr>
          <w:p>
            <w:pPr>
              <w:spacing w:after="0"/>
              <w:jc w:val="left"/>
            </w:pPr>
            <w:r>
              <w:rPr>
                <w:sz w:val="16"/>
              </w:rPr>
              <w:t>Modified Mercalli (local data)</w:t>
            </w:r>
          </w:p>
        </w:tc>
        <w:tc>
          <w:tcPr>
            <w:tcW w:type="dxa" w:w="1800"/>
          </w:tcPr>
          <w:p>
            <w:pPr>
              <w:spacing w:after="0"/>
              <w:jc w:val="right"/>
            </w:pPr>
            <w:r>
              <w:rPr>
                <w:sz w:val="16"/>
              </w:rPr>
              <w:t>0</w:t>
            </w:r>
          </w:p>
        </w:tc>
        <w:tc>
          <w:tcPr>
            <w:tcW w:type="dxa" w:w="2056"/>
          </w:tcPr>
          <w:p>
            <w:pPr>
              <w:spacing w:after="0"/>
              <w:jc w:val="left"/>
            </w:pPr>
          </w:p>
        </w:tc>
        <w:tc>
          <w:tcPr>
            <w:tcW w:type="dxa" w:w="1673"/>
          </w:tcPr>
          <w:p>
            <w:pPr>
              <w:spacing w:after="0"/>
              <w:jc w:val="left"/>
            </w:pPr>
          </w:p>
        </w:tc>
        <w:tc>
          <w:tcPr>
            <w:tcW w:type="dxa" w:w="1540"/>
          </w:tcPr>
          <w:p>
            <w:pPr>
              <w:spacing w:after="0"/>
              <w:jc w:val="left"/>
            </w:pPr>
          </w:p>
        </w:tc>
        <w:tc>
          <w:tcPr>
            <w:tcW w:type="dxa" w:w="1596"/>
          </w:tcPr>
          <w:p>
            <w:pPr>
              <w:spacing w:after="0"/>
              <w:jc w:val="left"/>
            </w:pPr>
          </w:p>
        </w:tc>
        <w:tc>
          <w:tcPr>
            <w:tcW w:type="dxa" w:w="1615"/>
          </w:tcPr>
          <w:p>
            <w:pPr>
              <w:spacing w:after="0"/>
              <w:jc w:val="left"/>
            </w:pPr>
            <w:r>
              <w:rPr>
                <w:sz w:val="16"/>
              </w:rPr>
              <w:t>Storm Events does not record earthquakes; the USGS earthquake catalog is the source.</w:t>
            </w:r>
          </w:p>
        </w:tc>
      </w:tr>
      <w:tr>
        <w:trPr>
          <w:cantSplit/>
        </w:trPr>
        <w:tc>
          <w:tcPr>
            <w:tcW w:type="dxa" w:w="1914"/>
          </w:tcPr>
          <w:p>
            <w:pPr>
              <w:spacing w:after="0"/>
              <w:jc w:val="left"/>
            </w:pPr>
            <w:r>
              <w:rPr>
                <w:sz w:val="16"/>
              </w:rPr>
              <w:t>Hail</w:t>
            </w:r>
          </w:p>
        </w:tc>
        <w:tc>
          <w:tcPr>
            <w:tcW w:type="dxa" w:w="1918"/>
          </w:tcPr>
          <w:p>
            <w:pPr>
              <w:spacing w:after="0"/>
              <w:jc w:val="left"/>
            </w:pPr>
            <w:r>
              <w:rPr>
                <w:sz w:val="16"/>
              </w:rPr>
              <w:t>hail size (inches)</w:t>
            </w:r>
          </w:p>
        </w:tc>
        <w:tc>
          <w:tcPr>
            <w:tcW w:type="dxa" w:w="1800"/>
          </w:tcPr>
          <w:p>
            <w:pPr>
              <w:spacing w:after="0"/>
              <w:jc w:val="right"/>
            </w:pPr>
            <w:r>
              <w:rPr>
                <w:sz w:val="16"/>
              </w:rPr>
              <w:t>126 records, 1965 to 2024</w:t>
            </w:r>
          </w:p>
        </w:tc>
        <w:tc>
          <w:tcPr>
            <w:tcW w:type="dxa" w:w="2056"/>
          </w:tcPr>
          <w:p>
            <w:pPr>
              <w:spacing w:after="0"/>
              <w:jc w:val="left"/>
            </w:pPr>
            <w:r>
              <w:rPr>
                <w:sz w:val="16"/>
              </w:rPr>
              <w:t>0.75 in to 2.5 in (median 0.88 in); 126 with a recorded value</w:t>
            </w:r>
          </w:p>
        </w:tc>
        <w:tc>
          <w:tcPr>
            <w:tcW w:type="dxa" w:w="1673"/>
          </w:tcPr>
          <w:p>
            <w:pPr>
              <w:spacing w:after="0"/>
              <w:jc w:val="left"/>
            </w:pPr>
            <w:r>
              <w:rPr>
                <w:sz w:val="16"/>
              </w:rPr>
              <w:t>2.5 in hail, 2023-04-06</w:t>
            </w:r>
          </w:p>
        </w:tc>
        <w:tc>
          <w:tcPr>
            <w:tcW w:type="dxa" w:w="1540"/>
          </w:tcPr>
          <w:p>
            <w:pPr>
              <w:spacing w:after="0"/>
              <w:jc w:val="left"/>
            </w:pPr>
          </w:p>
        </w:tc>
        <w:tc>
          <w:tcPr>
            <w:tcW w:type="dxa" w:w="1596"/>
          </w:tcPr>
          <w:p>
            <w:pPr>
              <w:spacing w:after="0"/>
              <w:jc w:val="left"/>
            </w:pPr>
            <w:r>
              <w:rPr>
                <w:sz w:val="16"/>
              </w:rPr>
              <w:t>Event records naming jurisdictions in the plan: Altavista town (18 records), Brookneal town (7 records).</w:t>
            </w:r>
          </w:p>
        </w:tc>
        <w:tc>
          <w:tcPr>
            <w:tcW w:type="dxa" w:w="1615"/>
          </w:tcPr>
          <w:p>
            <w:pPr>
              <w:spacing w:after="0"/>
              <w:jc w:val="left"/>
            </w:pPr>
          </w:p>
        </w:tc>
      </w:tr>
      <w:tr>
        <w:trPr>
          <w:cantSplit/>
        </w:trPr>
        <w:tc>
          <w:tcPr>
            <w:tcW w:type="dxa" w:w="1914"/>
          </w:tcPr>
          <w:p>
            <w:pPr>
              <w:spacing w:after="0"/>
              <w:jc w:val="left"/>
            </w:pPr>
            <w:r>
              <w:rPr>
                <w:sz w:val="16"/>
              </w:rPr>
              <w:t>Excessive Heat, Heat</w:t>
            </w:r>
          </w:p>
        </w:tc>
        <w:tc>
          <w:tcPr>
            <w:tcW w:type="dxa" w:w="1918"/>
          </w:tcPr>
          <w:p>
            <w:pPr>
              <w:spacing w:after="0"/>
              <w:jc w:val="left"/>
            </w:pPr>
            <w:r>
              <w:rPr>
                <w:sz w:val="16"/>
              </w:rPr>
              <w:t>heat index (in event narratives)</w:t>
            </w:r>
          </w:p>
        </w:tc>
        <w:tc>
          <w:tcPr>
            <w:tcW w:type="dxa" w:w="1800"/>
          </w:tcPr>
          <w:p>
            <w:pPr>
              <w:spacing w:after="0"/>
              <w:jc w:val="right"/>
            </w:pPr>
            <w:r>
              <w:rPr>
                <w:sz w:val="16"/>
              </w:rPr>
              <w:t>0</w:t>
            </w:r>
          </w:p>
        </w:tc>
        <w:tc>
          <w:tcPr>
            <w:tcW w:type="dxa" w:w="2056"/>
          </w:tcPr>
          <w:p>
            <w:pPr>
              <w:spacing w:after="0"/>
              <w:jc w:val="left"/>
            </w:pPr>
          </w:p>
        </w:tc>
        <w:tc>
          <w:tcPr>
            <w:tcW w:type="dxa" w:w="1673"/>
          </w:tcPr>
          <w:p>
            <w:pPr>
              <w:spacing w:after="0"/>
              <w:jc w:val="left"/>
            </w:pPr>
          </w:p>
        </w:tc>
        <w:tc>
          <w:tcPr>
            <w:tcW w:type="dxa" w:w="1540"/>
          </w:tcPr>
          <w:p>
            <w:pPr>
              <w:spacing w:after="0"/>
              <w:jc w:val="left"/>
            </w:pPr>
          </w:p>
        </w:tc>
        <w:tc>
          <w:tcPr>
            <w:tcW w:type="dxa" w:w="1596"/>
          </w:tcPr>
          <w:p>
            <w:pPr>
              <w:spacing w:after="0"/>
              <w:jc w:val="left"/>
            </w:pPr>
          </w:p>
        </w:tc>
        <w:tc>
          <w:tcPr>
            <w:tcW w:type="dxa" w:w="1615"/>
          </w:tcPr>
          <w:p>
            <w:pPr>
              <w:spacing w:after="0"/>
              <w:jc w:val="left"/>
            </w:pPr>
          </w:p>
        </w:tc>
      </w:tr>
      <w:tr>
        <w:trPr>
          <w:cantSplit/>
        </w:trPr>
        <w:tc>
          <w:tcPr>
            <w:tcW w:type="dxa" w:w="1914"/>
          </w:tcPr>
          <w:p>
            <w:pPr>
              <w:spacing w:after="0"/>
              <w:jc w:val="left"/>
            </w:pPr>
            <w:r>
              <w:rPr>
                <w:sz w:val="16"/>
              </w:rPr>
              <w:t>Hurricane, Tropical Storm, Tropical Depression</w:t>
            </w:r>
          </w:p>
        </w:tc>
        <w:tc>
          <w:tcPr>
            <w:tcW w:type="dxa" w:w="1918"/>
          </w:tcPr>
          <w:p>
            <w:pPr>
              <w:spacing w:after="0"/>
              <w:jc w:val="left"/>
            </w:pPr>
            <w:r>
              <w:rPr>
                <w:sz w:val="16"/>
              </w:rPr>
              <w:t>Saffir-Simpson</w:t>
            </w:r>
          </w:p>
        </w:tc>
        <w:tc>
          <w:tcPr>
            <w:tcW w:type="dxa" w:w="1800"/>
          </w:tcPr>
          <w:p>
            <w:pPr>
              <w:spacing w:after="0"/>
              <w:jc w:val="right"/>
            </w:pPr>
            <w:r>
              <w:rPr>
                <w:sz w:val="16"/>
              </w:rPr>
              <w:t>3 records, 2003 to 2020 (3 zone-level)</w:t>
            </w:r>
          </w:p>
        </w:tc>
        <w:tc>
          <w:tcPr>
            <w:tcW w:type="dxa" w:w="2056"/>
          </w:tcPr>
          <w:p>
            <w:pPr>
              <w:spacing w:after="0"/>
              <w:jc w:val="left"/>
            </w:pPr>
          </w:p>
        </w:tc>
        <w:tc>
          <w:tcPr>
            <w:tcW w:type="dxa" w:w="1673"/>
          </w:tcPr>
          <w:p>
            <w:pPr>
              <w:spacing w:after="0"/>
              <w:jc w:val="left"/>
            </w:pPr>
            <w:r>
              <w:rPr>
                <w:sz w:val="16"/>
              </w:rPr>
              <w:t>Strongest recorded: Tropical Storm record, 2003-09-18, $100,000 property; $0 crops (2003 dollars); NWS zone VAZ045</w:t>
            </w:r>
          </w:p>
        </w:tc>
        <w:tc>
          <w:tcPr>
            <w:tcW w:type="dxa" w:w="1540"/>
          </w:tcPr>
          <w:p>
            <w:pPr>
              <w:spacing w:after="0"/>
              <w:jc w:val="left"/>
            </w:pPr>
          </w:p>
        </w:tc>
        <w:tc>
          <w:tcPr>
            <w:tcW w:type="dxa" w:w="1596"/>
          </w:tcPr>
          <w:p>
            <w:pPr>
              <w:spacing w:after="0"/>
              <w:jc w:val="left"/>
            </w:pPr>
            <w:r>
              <w:rPr>
                <w:sz w:val="16"/>
              </w:rPr>
              <w:t>Countywide (zone-level records).</w:t>
            </w:r>
          </w:p>
        </w:tc>
        <w:tc>
          <w:tcPr>
            <w:tcW w:type="dxa" w:w="161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4"/>
          </w:tcPr>
          <w:p>
            <w:pPr>
              <w:spacing w:after="0"/>
              <w:jc w:val="left"/>
            </w:pPr>
            <w:r>
              <w:rPr>
                <w:sz w:val="16"/>
              </w:rPr>
              <w:t>Ice Storm</w:t>
            </w:r>
          </w:p>
        </w:tc>
        <w:tc>
          <w:tcPr>
            <w:tcW w:type="dxa" w:w="1918"/>
          </w:tcPr>
          <w:p>
            <w:pPr>
              <w:spacing w:after="0"/>
              <w:jc w:val="left"/>
            </w:pPr>
            <w:r>
              <w:rPr>
                <w:sz w:val="16"/>
              </w:rPr>
              <w:t>Sperry-Piltz ice scale (local data)</w:t>
            </w:r>
          </w:p>
        </w:tc>
        <w:tc>
          <w:tcPr>
            <w:tcW w:type="dxa" w:w="1800"/>
          </w:tcPr>
          <w:p>
            <w:pPr>
              <w:spacing w:after="0"/>
              <w:jc w:val="right"/>
            </w:pPr>
            <w:r>
              <w:rPr>
                <w:sz w:val="16"/>
              </w:rPr>
              <w:t>9 records, 1998 to 2013 (9 zone-level)</w:t>
            </w:r>
          </w:p>
        </w:tc>
        <w:tc>
          <w:tcPr>
            <w:tcW w:type="dxa" w:w="2056"/>
          </w:tcPr>
          <w:p>
            <w:pPr>
              <w:spacing w:after="0"/>
              <w:jc w:val="left"/>
            </w:pPr>
          </w:p>
        </w:tc>
        <w:tc>
          <w:tcPr>
            <w:tcW w:type="dxa" w:w="1673"/>
          </w:tcPr>
          <w:p>
            <w:pPr>
              <w:spacing w:after="0"/>
              <w:jc w:val="left"/>
            </w:pPr>
            <w:r>
              <w:rPr>
                <w:sz w:val="16"/>
              </w:rPr>
              <w:t>Ice Storm, 2005-12-15, $12,000 property; crops not reported (2005 dollars); NWS zone VAZ045</w:t>
            </w:r>
          </w:p>
        </w:tc>
        <w:tc>
          <w:tcPr>
            <w:tcW w:type="dxa" w:w="1540"/>
          </w:tcPr>
          <w:p>
            <w:pPr>
              <w:spacing w:after="0"/>
              <w:jc w:val="left"/>
            </w:pPr>
          </w:p>
        </w:tc>
        <w:tc>
          <w:tcPr>
            <w:tcW w:type="dxa" w:w="1596"/>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Flash Flood, Flood, Lakeshore Flood</w:t>
            </w:r>
          </w:p>
        </w:tc>
        <w:tc>
          <w:tcPr>
            <w:tcW w:type="dxa" w:w="1918"/>
          </w:tcPr>
          <w:p>
            <w:pPr>
              <w:spacing w:after="0"/>
              <w:jc w:val="left"/>
            </w:pPr>
            <w:r>
              <w:rPr>
                <w:sz w:val="16"/>
              </w:rPr>
              <w:t>damage and flood days (flood depth: FIRM)</w:t>
            </w:r>
          </w:p>
        </w:tc>
        <w:tc>
          <w:tcPr>
            <w:tcW w:type="dxa" w:w="1800"/>
          </w:tcPr>
          <w:p>
            <w:pPr>
              <w:spacing w:after="0"/>
              <w:jc w:val="right"/>
            </w:pPr>
            <w:r>
              <w:rPr>
                <w:sz w:val="16"/>
              </w:rPr>
              <w:t>108 records, 1996 to 2025 (16 zone-level)</w:t>
            </w:r>
          </w:p>
        </w:tc>
        <w:tc>
          <w:tcPr>
            <w:tcW w:type="dxa" w:w="2056"/>
          </w:tcPr>
          <w:p>
            <w:pPr>
              <w:spacing w:after="0"/>
              <w:jc w:val="left"/>
            </w:pPr>
          </w:p>
        </w:tc>
        <w:tc>
          <w:tcPr>
            <w:tcW w:type="dxa" w:w="1673"/>
          </w:tcPr>
          <w:p>
            <w:pPr>
              <w:spacing w:after="0"/>
              <w:jc w:val="left"/>
            </w:pPr>
            <w:r>
              <w:rPr>
                <w:sz w:val="16"/>
              </w:rPr>
              <w:t>Flash Flood, 1996-09-06, $1,300,000 property; $500,000 crops (1996 dollars)</w:t>
            </w:r>
          </w:p>
        </w:tc>
        <w:tc>
          <w:tcPr>
            <w:tcW w:type="dxa" w:w="1540"/>
          </w:tcPr>
          <w:p>
            <w:pPr>
              <w:spacing w:after="0"/>
              <w:jc w:val="left"/>
            </w:pPr>
          </w:p>
        </w:tc>
        <w:tc>
          <w:tcPr>
            <w:tcW w:type="dxa" w:w="1596"/>
          </w:tcPr>
          <w:p>
            <w:pPr>
              <w:spacing w:after="0"/>
              <w:jc w:val="left"/>
            </w:pPr>
            <w:r>
              <w:rPr>
                <w:sz w:val="16"/>
              </w:rPr>
              <w:t>Event records naming jurisdictions in the plan: Brookneal town (11 records), Altavista town (2 records). Zone-level records (16) apply countywide.</w:t>
            </w:r>
          </w:p>
        </w:tc>
        <w:tc>
          <w:tcPr>
            <w:tcW w:type="dxa" w:w="161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4"/>
          </w:tcPr>
          <w:p>
            <w:pPr>
              <w:spacing w:after="0"/>
              <w:jc w:val="left"/>
            </w:pPr>
            <w:r>
              <w:rPr>
                <w:sz w:val="16"/>
              </w:rPr>
              <w:t>Debris Flow</w:t>
            </w:r>
          </w:p>
        </w:tc>
        <w:tc>
          <w:tcPr>
            <w:tcW w:type="dxa" w:w="1918"/>
          </w:tcPr>
          <w:p>
            <w:pPr>
              <w:spacing w:after="0"/>
              <w:jc w:val="left"/>
            </w:pPr>
            <w:r>
              <w:rPr>
                <w:sz w:val="16"/>
              </w:rPr>
              <w:t>none (count and damage only)</w:t>
            </w:r>
          </w:p>
        </w:tc>
        <w:tc>
          <w:tcPr>
            <w:tcW w:type="dxa" w:w="1800"/>
          </w:tcPr>
          <w:p>
            <w:pPr>
              <w:spacing w:after="0"/>
              <w:jc w:val="right"/>
            </w:pPr>
            <w:r>
              <w:rPr>
                <w:sz w:val="16"/>
              </w:rPr>
              <w:t>0</w:t>
            </w:r>
          </w:p>
        </w:tc>
        <w:tc>
          <w:tcPr>
            <w:tcW w:type="dxa" w:w="2056"/>
          </w:tcPr>
          <w:p>
            <w:pPr>
              <w:spacing w:after="0"/>
              <w:jc w:val="left"/>
            </w:pPr>
          </w:p>
        </w:tc>
        <w:tc>
          <w:tcPr>
            <w:tcW w:type="dxa" w:w="1673"/>
          </w:tcPr>
          <w:p>
            <w:pPr>
              <w:spacing w:after="0"/>
              <w:jc w:val="left"/>
            </w:pPr>
          </w:p>
        </w:tc>
        <w:tc>
          <w:tcPr>
            <w:tcW w:type="dxa" w:w="1540"/>
          </w:tcPr>
          <w:p>
            <w:pPr>
              <w:spacing w:after="0"/>
              <w:jc w:val="left"/>
            </w:pPr>
          </w:p>
        </w:tc>
        <w:tc>
          <w:tcPr>
            <w:tcW w:type="dxa" w:w="1596"/>
          </w:tcPr>
          <w:p>
            <w:pPr>
              <w:spacing w:after="0"/>
              <w:jc w:val="left"/>
            </w:pPr>
          </w:p>
        </w:tc>
        <w:tc>
          <w:tcPr>
            <w:tcW w:type="dxa" w:w="1615"/>
          </w:tcPr>
          <w:p>
            <w:pPr>
              <w:spacing w:after="0"/>
              <w:jc w:val="left"/>
            </w:pPr>
          </w:p>
        </w:tc>
      </w:tr>
      <w:tr>
        <w:trPr>
          <w:cantSplit/>
        </w:trPr>
        <w:tc>
          <w:tcPr>
            <w:tcW w:type="dxa" w:w="1914"/>
          </w:tcPr>
          <w:p>
            <w:pPr>
              <w:spacing w:after="0"/>
              <w:jc w:val="left"/>
            </w:pPr>
            <w:r>
              <w:rPr>
                <w:sz w:val="16"/>
              </w:rPr>
              <w:t>Lightning</w:t>
            </w:r>
          </w:p>
        </w:tc>
        <w:tc>
          <w:tcPr>
            <w:tcW w:type="dxa" w:w="1918"/>
          </w:tcPr>
          <w:p>
            <w:pPr>
              <w:spacing w:after="0"/>
              <w:jc w:val="left"/>
            </w:pPr>
            <w:r>
              <w:rPr>
                <w:sz w:val="16"/>
              </w:rPr>
              <w:t>annualized frequency (the measure FEMA's Local Mitigation Planning Handbook names)</w:t>
            </w:r>
          </w:p>
        </w:tc>
        <w:tc>
          <w:tcPr>
            <w:tcW w:type="dxa" w:w="1800"/>
          </w:tcPr>
          <w:p>
            <w:pPr>
              <w:spacing w:after="0"/>
              <w:jc w:val="right"/>
            </w:pPr>
            <w:r>
              <w:rPr>
                <w:sz w:val="16"/>
              </w:rPr>
              <w:t>22 records, 1996 to 2024</w:t>
            </w:r>
          </w:p>
        </w:tc>
        <w:tc>
          <w:tcPr>
            <w:tcW w:type="dxa" w:w="2056"/>
          </w:tcPr>
          <w:p>
            <w:pPr>
              <w:spacing w:after="0"/>
              <w:jc w:val="left"/>
            </w:pPr>
          </w:p>
        </w:tc>
        <w:tc>
          <w:tcPr>
            <w:tcW w:type="dxa" w:w="1673"/>
          </w:tcPr>
          <w:p>
            <w:pPr>
              <w:spacing w:after="0"/>
              <w:jc w:val="left"/>
            </w:pPr>
            <w:r>
              <w:rPr>
                <w:sz w:val="16"/>
              </w:rPr>
              <w:t>Lightning, 2007-06-09, $0 property; $0 crops (2007 dollars), 1 direct death</w:t>
            </w:r>
          </w:p>
        </w:tc>
        <w:tc>
          <w:tcPr>
            <w:tcW w:type="dxa" w:w="1540"/>
          </w:tcPr>
          <w:p>
            <w:pPr>
              <w:spacing w:after="0"/>
              <w:jc w:val="left"/>
            </w:pPr>
            <w:r>
              <w:rPr>
                <w:sz w:val="16"/>
              </w:rPr>
              <w:t>Lightning, 2000-07-31, $150,000 property; crops not reported (2000 dollars)</w:t>
            </w:r>
          </w:p>
        </w:tc>
        <w:tc>
          <w:tcPr>
            <w:tcW w:type="dxa" w:w="1596"/>
          </w:tcPr>
          <w:p>
            <w:pPr>
              <w:spacing w:after="0"/>
              <w:jc w:val="left"/>
            </w:pPr>
            <w:r>
              <w:rPr>
                <w:sz w:val="16"/>
              </w:rPr>
              <w:t>Event records naming jurisdictions in the plan: Altavista town (7 records), Brookneal town (1 record).</w:t>
            </w:r>
          </w:p>
        </w:tc>
        <w:tc>
          <w:tcPr>
            <w:tcW w:type="dxa" w:w="1615"/>
          </w:tcPr>
          <w:p>
            <w:pPr>
              <w:spacing w:after="0"/>
              <w:jc w:val="left"/>
            </w:pPr>
            <w:r>
              <w:rPr>
                <w:sz w:val="16"/>
              </w:rPr>
              <w:t>Storm Events lists lightning with damage or casualties.</w:t>
            </w:r>
          </w:p>
        </w:tc>
      </w:tr>
      <w:tr>
        <w:trPr>
          <w:cantSplit/>
        </w:trPr>
        <w:tc>
          <w:tcPr>
            <w:tcW w:type="dxa" w:w="1914"/>
          </w:tcPr>
          <w:p>
            <w:pPr>
              <w:spacing w:after="0"/>
              <w:jc w:val="left"/>
            </w:pPr>
            <w:r>
              <w:rPr>
                <w:sz w:val="16"/>
              </w:rPr>
              <w:t>High Wind and Strong Wind (outside NRI's Strong Wind definition)</w:t>
            </w:r>
          </w:p>
        </w:tc>
        <w:tc>
          <w:tcPr>
            <w:tcW w:type="dxa" w:w="1918"/>
          </w:tcPr>
          <w:p>
            <w:pPr>
              <w:spacing w:after="0"/>
              <w:jc w:val="left"/>
            </w:pPr>
            <w:r>
              <w:rPr>
                <w:sz w:val="16"/>
              </w:rPr>
              <w:t>wind speed (kt and mph)</w:t>
            </w:r>
          </w:p>
        </w:tc>
        <w:tc>
          <w:tcPr>
            <w:tcW w:type="dxa" w:w="1800"/>
          </w:tcPr>
          <w:p>
            <w:pPr>
              <w:spacing w:after="0"/>
              <w:jc w:val="right"/>
            </w:pPr>
            <w:r>
              <w:rPr>
                <w:sz w:val="16"/>
              </w:rPr>
              <w:t>33 records, 1996 to 2025 (33 zone-level)</w:t>
            </w:r>
          </w:p>
        </w:tc>
        <w:tc>
          <w:tcPr>
            <w:tcW w:type="dxa" w:w="2056"/>
          </w:tcPr>
          <w:p>
            <w:pPr>
              <w:spacing w:after="0"/>
              <w:jc w:val="left"/>
            </w:pPr>
            <w:r>
              <w:rPr>
                <w:sz w:val="16"/>
              </w:rPr>
              <w:t>30 kt (35 mph) to 60 kt (69 mph) (median 50 kt (58 mph)); 28 with a recorded value</w:t>
            </w:r>
          </w:p>
        </w:tc>
        <w:tc>
          <w:tcPr>
            <w:tcW w:type="dxa" w:w="1673"/>
          </w:tcPr>
          <w:p>
            <w:pPr>
              <w:spacing w:after="0"/>
              <w:jc w:val="left"/>
            </w:pPr>
            <w:r>
              <w:rPr>
                <w:sz w:val="16"/>
              </w:rPr>
              <w:t>60 kt (69 mph) estimated gust, High Wind, 2004-03-07; same speed and measurement basis also recorded on 2003-02-22; NWS zone VAZ045</w:t>
            </w:r>
          </w:p>
        </w:tc>
        <w:tc>
          <w:tcPr>
            <w:tcW w:type="dxa" w:w="1540"/>
          </w:tcPr>
          <w:p>
            <w:pPr>
              <w:spacing w:after="0"/>
              <w:jc w:val="left"/>
            </w:pPr>
            <w:r>
              <w:rPr>
                <w:sz w:val="16"/>
              </w:rPr>
              <w:t>High Wind, 1996-09-06, $200,000 property; $100,000 crops (zone total, 1996 dollars)</w:t>
            </w:r>
          </w:p>
        </w:tc>
        <w:tc>
          <w:tcPr>
            <w:tcW w:type="dxa" w:w="1596"/>
          </w:tcPr>
          <w:p>
            <w:pPr>
              <w:spacing w:after="0"/>
              <w:jc w:val="left"/>
            </w:pPr>
            <w:r>
              <w:rPr>
                <w:sz w:val="16"/>
              </w:rPr>
              <w:t>Countywide (zone-level records).</w:t>
            </w:r>
          </w:p>
        </w:tc>
        <w:tc>
          <w:tcPr>
            <w:tcW w:type="dxa" w:w="1615"/>
          </w:tcPr>
          <w:p>
            <w:pPr>
              <w:spacing w:after="0"/>
              <w:jc w:val="left"/>
            </w:pPr>
          </w:p>
        </w:tc>
      </w:tr>
      <w:tr>
        <w:trPr>
          <w:cantSplit/>
        </w:trPr>
        <w:tc>
          <w:tcPr>
            <w:tcW w:type="dxa" w:w="1914"/>
          </w:tcPr>
          <w:p>
            <w:pPr>
              <w:spacing w:after="0"/>
              <w:jc w:val="left"/>
            </w:pPr>
            <w:r>
              <w:rPr>
                <w:sz w:val="16"/>
              </w:rPr>
              <w:t>Thunderstorm Wind</w:t>
            </w:r>
          </w:p>
        </w:tc>
        <w:tc>
          <w:tcPr>
            <w:tcW w:type="dxa" w:w="1918"/>
          </w:tcPr>
          <w:p>
            <w:pPr>
              <w:spacing w:after="0"/>
              <w:jc w:val="left"/>
            </w:pPr>
            <w:r>
              <w:rPr>
                <w:sz w:val="16"/>
              </w:rPr>
              <w:t>wind speed (kt and mph)</w:t>
            </w:r>
          </w:p>
        </w:tc>
        <w:tc>
          <w:tcPr>
            <w:tcW w:type="dxa" w:w="1800"/>
          </w:tcPr>
          <w:p>
            <w:pPr>
              <w:spacing w:after="0"/>
              <w:jc w:val="right"/>
            </w:pPr>
            <w:r>
              <w:rPr>
                <w:sz w:val="16"/>
              </w:rPr>
              <w:t>333 records, 1958 to 2026</w:t>
            </w:r>
          </w:p>
        </w:tc>
        <w:tc>
          <w:tcPr>
            <w:tcW w:type="dxa" w:w="2056"/>
          </w:tcPr>
          <w:p>
            <w:pPr>
              <w:spacing w:after="0"/>
              <w:jc w:val="left"/>
            </w:pPr>
            <w:r>
              <w:rPr>
                <w:sz w:val="16"/>
              </w:rPr>
              <w:t>50 kt (58 mph) to 75 kt (86 mph) (median 50 kt (58 mph)); 278 with a recorded value</w:t>
            </w:r>
          </w:p>
        </w:tc>
        <w:tc>
          <w:tcPr>
            <w:tcW w:type="dxa" w:w="1673"/>
          </w:tcPr>
          <w:p>
            <w:pPr>
              <w:spacing w:after="0"/>
              <w:jc w:val="left"/>
            </w:pPr>
            <w:r>
              <w:rPr>
                <w:sz w:val="16"/>
              </w:rPr>
              <w:t>75 kt (86 mph) estimated gust, Thunderstorm Wind, 2002-11-11</w:t>
            </w:r>
          </w:p>
        </w:tc>
        <w:tc>
          <w:tcPr>
            <w:tcW w:type="dxa" w:w="1540"/>
          </w:tcPr>
          <w:p>
            <w:pPr>
              <w:spacing w:after="0"/>
              <w:jc w:val="left"/>
            </w:pPr>
            <w:r>
              <w:rPr>
                <w:sz w:val="16"/>
              </w:rPr>
              <w:t>Thunderstorm Wind, 2012-06-29, $250,000 property; crops not reported (2012 dollars)</w:t>
            </w:r>
          </w:p>
        </w:tc>
        <w:tc>
          <w:tcPr>
            <w:tcW w:type="dxa" w:w="1596"/>
          </w:tcPr>
          <w:p>
            <w:pPr>
              <w:spacing w:after="0"/>
              <w:jc w:val="left"/>
            </w:pPr>
            <w:r>
              <w:rPr>
                <w:sz w:val="16"/>
              </w:rPr>
              <w:t>Event records naming jurisdictions in the plan: Brookneal town (26 records), Altavista town (18 records).</w:t>
            </w:r>
          </w:p>
        </w:tc>
        <w:tc>
          <w:tcPr>
            <w:tcW w:type="dxa" w:w="1615"/>
          </w:tcPr>
          <w:p>
            <w:pPr>
              <w:spacing w:after="0"/>
              <w:jc w:val="left"/>
            </w:pPr>
          </w:p>
        </w:tc>
      </w:tr>
      <w:tr>
        <w:trPr>
          <w:cantSplit/>
        </w:trPr>
        <w:tc>
          <w:tcPr>
            <w:tcW w:type="dxa" w:w="1914"/>
          </w:tcPr>
          <w:p>
            <w:pPr>
              <w:spacing w:after="0"/>
              <w:jc w:val="left"/>
            </w:pPr>
            <w:r>
              <w:rPr>
                <w:sz w:val="16"/>
              </w:rPr>
              <w:t>Tornado</w:t>
            </w:r>
          </w:p>
        </w:tc>
        <w:tc>
          <w:tcPr>
            <w:tcW w:type="dxa" w:w="1918"/>
          </w:tcPr>
          <w:p>
            <w:pPr>
              <w:spacing w:after="0"/>
              <w:jc w:val="left"/>
            </w:pPr>
            <w:r>
              <w:rPr>
                <w:sz w:val="16"/>
              </w:rPr>
              <w:t>Enhanced Fujita (Fujita before Feb 2007)</w:t>
            </w:r>
          </w:p>
        </w:tc>
        <w:tc>
          <w:tcPr>
            <w:tcW w:type="dxa" w:w="1800"/>
          </w:tcPr>
          <w:p>
            <w:pPr>
              <w:spacing w:after="0"/>
              <w:jc w:val="right"/>
            </w:pPr>
            <w:r>
              <w:rPr>
                <w:sz w:val="16"/>
              </w:rPr>
              <w:t>11 records, 1984 to 2019</w:t>
            </w:r>
          </w:p>
        </w:tc>
        <w:tc>
          <w:tcPr>
            <w:tcW w:type="dxa" w:w="2056"/>
          </w:tcPr>
          <w:p>
            <w:pPr>
              <w:spacing w:after="0"/>
              <w:jc w:val="left"/>
            </w:pPr>
            <w:r>
              <w:rPr>
                <w:sz w:val="16"/>
              </w:rPr>
              <w:t>F/EF0 to F/EF2 (median F/EF1); 11 with a recorded value</w:t>
            </w:r>
          </w:p>
        </w:tc>
        <w:tc>
          <w:tcPr>
            <w:tcW w:type="dxa" w:w="1673"/>
          </w:tcPr>
          <w:p>
            <w:pPr>
              <w:spacing w:after="0"/>
              <w:jc w:val="left"/>
            </w:pPr>
            <w:r>
              <w:rPr>
                <w:sz w:val="16"/>
              </w:rPr>
              <w:t>F2 tornado, 2002-04-28, 5 mi within this county, 100 yd wide, $3,000,000 property; crops not reported (2002 dollars), 11 direct injuries</w:t>
            </w:r>
          </w:p>
        </w:tc>
        <w:tc>
          <w:tcPr>
            <w:tcW w:type="dxa" w:w="1540"/>
          </w:tcPr>
          <w:p>
            <w:pPr>
              <w:spacing w:after="0"/>
              <w:jc w:val="left"/>
            </w:pPr>
            <w:r>
              <w:rPr>
                <w:sz w:val="16"/>
              </w:rPr>
              <w:t>Tornado, 2018-04-15, $6,100,000 property; crops not reported (2018 dollars)</w:t>
            </w:r>
          </w:p>
        </w:tc>
        <w:tc>
          <w:tcPr>
            <w:tcW w:type="dxa" w:w="1596"/>
          </w:tcPr>
          <w:p>
            <w:pPr>
              <w:spacing w:after="0"/>
              <w:jc w:val="left"/>
            </w:pPr>
            <w:r>
              <w:rPr>
                <w:sz w:val="16"/>
              </w:rPr>
              <w:t>Event records naming jurisdictions in the plan: Brookneal town (1 record).</w:t>
            </w:r>
          </w:p>
        </w:tc>
        <w:tc>
          <w:tcPr>
            <w:tcW w:type="dxa" w:w="161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4"/>
          </w:tcPr>
          <w:p>
            <w:pPr>
              <w:spacing w:after="0"/>
              <w:jc w:val="left"/>
            </w:pPr>
            <w:r>
              <w:rPr>
                <w:sz w:val="16"/>
              </w:rPr>
              <w:t>Wildfire</w:t>
            </w:r>
          </w:p>
        </w:tc>
        <w:tc>
          <w:tcPr>
            <w:tcW w:type="dxa" w:w="1918"/>
          </w:tcPr>
          <w:p>
            <w:pPr>
              <w:spacing w:after="0"/>
              <w:jc w:val="left"/>
            </w:pPr>
            <w:r>
              <w:rPr>
                <w:sz w:val="16"/>
              </w:rPr>
              <w:t>acres burned (local data)</w:t>
            </w:r>
          </w:p>
        </w:tc>
        <w:tc>
          <w:tcPr>
            <w:tcW w:type="dxa" w:w="1800"/>
          </w:tcPr>
          <w:p>
            <w:pPr>
              <w:spacing w:after="0"/>
              <w:jc w:val="right"/>
            </w:pPr>
            <w:r>
              <w:rPr>
                <w:sz w:val="16"/>
              </w:rPr>
              <w:t>0</w:t>
            </w:r>
          </w:p>
        </w:tc>
        <w:tc>
          <w:tcPr>
            <w:tcW w:type="dxa" w:w="2056"/>
          </w:tcPr>
          <w:p>
            <w:pPr>
              <w:spacing w:after="0"/>
              <w:jc w:val="left"/>
            </w:pPr>
          </w:p>
        </w:tc>
        <w:tc>
          <w:tcPr>
            <w:tcW w:type="dxa" w:w="1673"/>
          </w:tcPr>
          <w:p>
            <w:pPr>
              <w:spacing w:after="0"/>
              <w:jc w:val="left"/>
            </w:pPr>
          </w:p>
        </w:tc>
        <w:tc>
          <w:tcPr>
            <w:tcW w:type="dxa" w:w="1540"/>
          </w:tcPr>
          <w:p>
            <w:pPr>
              <w:spacing w:after="0"/>
              <w:jc w:val="left"/>
            </w:pPr>
          </w:p>
        </w:tc>
        <w:tc>
          <w:tcPr>
            <w:tcW w:type="dxa" w:w="1596"/>
          </w:tcPr>
          <w:p>
            <w:pPr>
              <w:spacing w:after="0"/>
              <w:jc w:val="left"/>
            </w:pPr>
          </w:p>
        </w:tc>
        <w:tc>
          <w:tcPr>
            <w:tcW w:type="dxa" w:w="1615"/>
          </w:tcPr>
          <w:p>
            <w:pPr>
              <w:spacing w:after="0"/>
              <w:jc w:val="left"/>
            </w:pPr>
          </w:p>
        </w:tc>
      </w:tr>
      <w:tr>
        <w:trPr>
          <w:cantSplit/>
        </w:trPr>
        <w:tc>
          <w:tcPr>
            <w:tcW w:type="dxa" w:w="1914"/>
          </w:tcPr>
          <w:p>
            <w:pPr>
              <w:spacing w:after="0"/>
              <w:jc w:val="left"/>
            </w:pPr>
            <w:r>
              <w:rPr>
                <w:sz w:val="16"/>
              </w:rPr>
              <w:t>Winter Storm, Heavy Snow, Blizzard, Lake-Effect Snow, Winter Weather, Sleet</w:t>
            </w:r>
          </w:p>
        </w:tc>
        <w:tc>
          <w:tcPr>
            <w:tcW w:type="dxa" w:w="1918"/>
          </w:tcPr>
          <w:p>
            <w:pPr>
              <w:spacing w:after="0"/>
              <w:jc w:val="left"/>
            </w:pPr>
            <w:r>
              <w:rPr>
                <w:sz w:val="16"/>
              </w:rPr>
              <w:t>none in data (snowfall: local data)</w:t>
            </w:r>
          </w:p>
        </w:tc>
        <w:tc>
          <w:tcPr>
            <w:tcW w:type="dxa" w:w="1800"/>
          </w:tcPr>
          <w:p>
            <w:pPr>
              <w:spacing w:after="0"/>
              <w:jc w:val="right"/>
            </w:pPr>
            <w:r>
              <w:rPr>
                <w:sz w:val="16"/>
              </w:rPr>
              <w:t>56 records, 1996 to 2026 (56 zone-level)</w:t>
            </w:r>
          </w:p>
        </w:tc>
        <w:tc>
          <w:tcPr>
            <w:tcW w:type="dxa" w:w="2056"/>
          </w:tcPr>
          <w:p>
            <w:pPr>
              <w:spacing w:after="0"/>
              <w:jc w:val="left"/>
            </w:pPr>
          </w:p>
        </w:tc>
        <w:tc>
          <w:tcPr>
            <w:tcW w:type="dxa" w:w="1673"/>
          </w:tcPr>
          <w:p>
            <w:pPr>
              <w:spacing w:after="0"/>
              <w:jc w:val="left"/>
            </w:pPr>
            <w:r>
              <w:rPr>
                <w:sz w:val="16"/>
              </w:rPr>
              <w:t>Winter Storm, 2025-02-11, $60,000 property; $0 crops (2025 dollars); NWS zone VAZ045</w:t>
            </w:r>
          </w:p>
        </w:tc>
        <w:tc>
          <w:tcPr>
            <w:tcW w:type="dxa" w:w="1540"/>
          </w:tcPr>
          <w:p>
            <w:pPr>
              <w:spacing w:after="0"/>
              <w:jc w:val="left"/>
            </w:pPr>
          </w:p>
        </w:tc>
        <w:tc>
          <w:tcPr>
            <w:tcW w:type="dxa" w:w="1596"/>
          </w:tcPr>
          <w:p>
            <w:pPr>
              <w:spacing w:after="0"/>
              <w:jc w:val="left"/>
            </w:pPr>
            <w:r>
              <w:rPr>
                <w:sz w:val="16"/>
              </w:rPr>
              <w:t>Countywide (zone-level records).</w:t>
            </w:r>
          </w:p>
        </w:tc>
        <w:tc>
          <w:tcPr>
            <w:tcW w:type="dxa" w:w="161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1"/>
        <w:gridCol w:w="2491"/>
        <w:gridCol w:w="2233"/>
        <w:gridCol w:w="2647"/>
        <w:gridCol w:w="136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1"/>
            <w:shd w:val="clear" w:color="auto" w:fill="E8E8E8"/>
          </w:tcPr>
          <w:p>
            <w:pPr>
              <w:spacing w:after="0"/>
              <w:jc w:val="left"/>
            </w:pPr>
            <w:r>
              <w:rPr>
                <w:b/>
                <w:sz w:val="16"/>
              </w:rPr>
              <w:t>Type</w:t>
            </w:r>
          </w:p>
        </w:tc>
        <w:tc>
          <w:tcPr>
            <w:tcW w:type="dxa" w:w="2491"/>
            <w:shd w:val="clear" w:color="auto" w:fill="E8E8E8"/>
          </w:tcPr>
          <w:p>
            <w:pPr>
              <w:spacing w:after="0"/>
              <w:jc w:val="left"/>
            </w:pPr>
            <w:r>
              <w:rPr>
                <w:b/>
                <w:sz w:val="16"/>
              </w:rPr>
              <w:t>Title</w:t>
            </w:r>
          </w:p>
        </w:tc>
        <w:tc>
          <w:tcPr>
            <w:tcW w:type="dxa" w:w="2233"/>
            <w:shd w:val="clear" w:color="auto" w:fill="E8E8E8"/>
          </w:tcPr>
          <w:p>
            <w:pPr>
              <w:spacing w:after="0"/>
              <w:jc w:val="left"/>
            </w:pPr>
            <w:r>
              <w:rPr>
                <w:b/>
                <w:sz w:val="16"/>
              </w:rPr>
              <w:t>Mapped hazard</w:t>
            </w:r>
          </w:p>
        </w:tc>
        <w:tc>
          <w:tcPr>
            <w:tcW w:type="dxa" w:w="264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67"/>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71"/>
          </w:tcPr>
          <w:p>
            <w:pPr>
              <w:spacing w:after="0"/>
              <w:jc w:val="left"/>
            </w:pPr>
            <w:r>
              <w:rPr>
                <w:sz w:val="16"/>
              </w:rPr>
              <w:t>Emergency</w:t>
            </w:r>
          </w:p>
        </w:tc>
        <w:tc>
          <w:tcPr>
            <w:tcW w:type="dxa" w:w="2491"/>
          </w:tcPr>
          <w:p>
            <w:pPr>
              <w:spacing w:after="0"/>
              <w:jc w:val="left"/>
            </w:pPr>
            <w:r>
              <w:rPr>
                <w:sz w:val="16"/>
              </w:rPr>
              <w:t>Severe Winter Storm</w:t>
            </w:r>
          </w:p>
        </w:tc>
        <w:tc>
          <w:tcPr>
            <w:tcW w:type="dxa" w:w="2233"/>
          </w:tcPr>
          <w:p>
            <w:pPr>
              <w:spacing w:after="0"/>
              <w:jc w:val="left"/>
            </w:pPr>
            <w:r>
              <w:rPr>
                <w:sz w:val="16"/>
              </w:rPr>
              <w:t>Winter Weather</w:t>
            </w:r>
          </w:p>
        </w:tc>
        <w:tc>
          <w:tcPr>
            <w:tcW w:type="dxa" w:w="2647"/>
          </w:tcPr>
          <w:p>
            <w:pPr>
              <w:spacing w:after="0"/>
              <w:jc w:val="right"/>
            </w:pPr>
            <w:r>
              <w:rPr>
                <w:sz w:val="16"/>
              </w:rPr>
              <w:t>no Public Assistance recorded</w:t>
            </w:r>
          </w:p>
        </w:tc>
        <w:tc>
          <w:tcPr>
            <w:tcW w:type="dxa" w:w="136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371"/>
          </w:tcPr>
          <w:p>
            <w:pPr>
              <w:spacing w:after="0"/>
              <w:jc w:val="left"/>
            </w:pPr>
            <w:r>
              <w:rPr>
                <w:sz w:val="16"/>
              </w:rPr>
              <w:t>Major disaster</w:t>
            </w:r>
          </w:p>
        </w:tc>
        <w:tc>
          <w:tcPr>
            <w:tcW w:type="dxa" w:w="2491"/>
          </w:tcPr>
          <w:p>
            <w:pPr>
              <w:spacing w:after="0"/>
              <w:jc w:val="left"/>
            </w:pPr>
            <w:r>
              <w:rPr>
                <w:sz w:val="16"/>
              </w:rPr>
              <w:t>Severe Winter Storms and Flooding</w:t>
            </w:r>
          </w:p>
        </w:tc>
        <w:tc>
          <w:tcPr>
            <w:tcW w:type="dxa" w:w="2233"/>
          </w:tcPr>
          <w:p>
            <w:pPr>
              <w:spacing w:after="0"/>
              <w:jc w:val="left"/>
            </w:pPr>
            <w:r>
              <w:rPr>
                <w:sz w:val="16"/>
              </w:rPr>
              <w:t>Inland Flooding; Tornado; Winter Weather</w:t>
            </w:r>
          </w:p>
        </w:tc>
        <w:tc>
          <w:tcPr>
            <w:tcW w:type="dxa" w:w="2647"/>
          </w:tcPr>
          <w:p>
            <w:pPr>
              <w:spacing w:after="0"/>
              <w:jc w:val="right"/>
            </w:pPr>
            <w:r>
              <w:rPr>
                <w:sz w:val="16"/>
              </w:rPr>
              <w:t>no Public Assistance recorded</w:t>
            </w:r>
          </w:p>
        </w:tc>
        <w:tc>
          <w:tcPr>
            <w:tcW w:type="dxa" w:w="136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2021-05-10</w:t>
            </w:r>
          </w:p>
        </w:tc>
        <w:tc>
          <w:tcPr>
            <w:tcW w:type="dxa" w:w="1037"/>
          </w:tcPr>
          <w:p>
            <w:pPr>
              <w:spacing w:after="0"/>
              <w:jc w:val="left"/>
            </w:pPr>
            <w:r>
              <w:rPr>
                <w:sz w:val="16"/>
              </w:rPr>
              <w:t>2021-02-11</w:t>
            </w:r>
          </w:p>
        </w:tc>
        <w:tc>
          <w:tcPr>
            <w:tcW w:type="dxa" w:w="1037"/>
          </w:tcPr>
          <w:p>
            <w:pPr>
              <w:spacing w:after="0"/>
              <w:jc w:val="left"/>
            </w:pPr>
            <w:r>
              <w:rPr>
                <w:sz w:val="16"/>
              </w:rPr>
              <w:t>DR-4602-VA</w:t>
            </w:r>
          </w:p>
        </w:tc>
        <w:tc>
          <w:tcPr>
            <w:tcW w:type="dxa" w:w="1371"/>
          </w:tcPr>
          <w:p>
            <w:pPr>
              <w:spacing w:after="0"/>
              <w:jc w:val="left"/>
            </w:pPr>
            <w:r>
              <w:rPr>
                <w:sz w:val="16"/>
              </w:rPr>
              <w:t>Major disaster</w:t>
            </w:r>
          </w:p>
        </w:tc>
        <w:tc>
          <w:tcPr>
            <w:tcW w:type="dxa" w:w="2491"/>
          </w:tcPr>
          <w:p>
            <w:pPr>
              <w:spacing w:after="0"/>
              <w:jc w:val="left"/>
            </w:pPr>
            <w:r>
              <w:rPr>
                <w:sz w:val="16"/>
              </w:rPr>
              <w:t>Severe Winter Storms</w:t>
            </w:r>
          </w:p>
        </w:tc>
        <w:tc>
          <w:tcPr>
            <w:tcW w:type="dxa" w:w="2233"/>
          </w:tcPr>
          <w:p>
            <w:pPr>
              <w:spacing w:after="0"/>
              <w:jc w:val="left"/>
            </w:pPr>
            <w:r>
              <w:rPr>
                <w:sz w:val="16"/>
              </w:rPr>
              <w:t>Ice Storm</w:t>
            </w:r>
          </w:p>
        </w:tc>
        <w:tc>
          <w:tcPr>
            <w:tcW w:type="dxa" w:w="2647"/>
          </w:tcPr>
          <w:p>
            <w:pPr>
              <w:spacing w:after="0"/>
              <w:jc w:val="right"/>
            </w:pPr>
            <w:r>
              <w:rPr>
                <w:sz w:val="16"/>
              </w:rPr>
              <w:t>no Public Assistance recorded</w:t>
            </w:r>
          </w:p>
        </w:tc>
        <w:tc>
          <w:tcPr>
            <w:tcW w:type="dxa" w:w="1367"/>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71"/>
          </w:tcPr>
          <w:p>
            <w:pPr>
              <w:spacing w:after="0"/>
              <w:jc w:val="left"/>
            </w:pPr>
            <w:r>
              <w:rPr>
                <w:sz w:val="16"/>
              </w:rPr>
              <w:t>Major disaster</w:t>
            </w:r>
          </w:p>
        </w:tc>
        <w:tc>
          <w:tcPr>
            <w:tcW w:type="dxa" w:w="2491"/>
          </w:tcPr>
          <w:p>
            <w:pPr>
              <w:spacing w:after="0"/>
              <w:jc w:val="left"/>
            </w:pPr>
            <w:r>
              <w:rPr>
                <w:sz w:val="16"/>
              </w:rPr>
              <w:t>COVID-19 Pandemic</w:t>
            </w:r>
          </w:p>
        </w:tc>
        <w:tc>
          <w:tcPr>
            <w:tcW w:type="dxa" w:w="2233"/>
          </w:tcPr>
          <w:p>
            <w:pPr>
              <w:spacing w:after="0"/>
              <w:jc w:val="left"/>
            </w:pPr>
            <w:r>
              <w:rPr>
                <w:sz w:val="16"/>
              </w:rPr>
              <w:t>Non-natural, not counted</w:t>
            </w:r>
          </w:p>
        </w:tc>
        <w:tc>
          <w:tcPr>
            <w:tcW w:type="dxa" w:w="2647"/>
          </w:tcPr>
          <w:p>
            <w:pPr>
              <w:spacing w:after="0"/>
              <w:jc w:val="right"/>
            </w:pPr>
            <w:r>
              <w:rPr>
                <w:sz w:val="16"/>
              </w:rPr>
              <w:t>no Public Assistance recorded</w:t>
            </w:r>
          </w:p>
        </w:tc>
        <w:tc>
          <w:tcPr>
            <w:tcW w:type="dxa" w:w="1367"/>
          </w:tcPr>
          <w:p>
            <w:pPr>
              <w:spacing w:after="0"/>
              <w:jc w:val="left"/>
            </w:pPr>
            <w:r>
              <w:rPr>
                <w:sz w:val="16"/>
              </w:rPr>
              <w:t>in the 12 months before plan approval</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71"/>
          </w:tcPr>
          <w:p>
            <w:pPr>
              <w:spacing w:after="0"/>
              <w:jc w:val="left"/>
            </w:pPr>
            <w:r>
              <w:rPr>
                <w:sz w:val="16"/>
              </w:rPr>
              <w:t>Emergency</w:t>
            </w:r>
          </w:p>
        </w:tc>
        <w:tc>
          <w:tcPr>
            <w:tcW w:type="dxa" w:w="2491"/>
          </w:tcPr>
          <w:p>
            <w:pPr>
              <w:spacing w:after="0"/>
              <w:jc w:val="left"/>
            </w:pPr>
            <w:r>
              <w:rPr>
                <w:sz w:val="16"/>
              </w:rPr>
              <w:t>COVID-19</w:t>
            </w:r>
          </w:p>
        </w:tc>
        <w:tc>
          <w:tcPr>
            <w:tcW w:type="dxa" w:w="2233"/>
          </w:tcPr>
          <w:p>
            <w:pPr>
              <w:spacing w:after="0"/>
              <w:jc w:val="left"/>
            </w:pPr>
            <w:r>
              <w:rPr>
                <w:sz w:val="16"/>
              </w:rPr>
              <w:t>Non-natural, not counted</w:t>
            </w:r>
          </w:p>
        </w:tc>
        <w:tc>
          <w:tcPr>
            <w:tcW w:type="dxa" w:w="2647"/>
          </w:tcPr>
          <w:p>
            <w:pPr>
              <w:spacing w:after="0"/>
              <w:jc w:val="right"/>
            </w:pPr>
            <w:r>
              <w:rPr>
                <w:sz w:val="16"/>
              </w:rPr>
              <w:t>no Public Assistance recorded</w:t>
            </w:r>
          </w:p>
        </w:tc>
        <w:tc>
          <w:tcPr>
            <w:tcW w:type="dxa" w:w="1367"/>
          </w:tcPr>
          <w:p>
            <w:pPr>
              <w:spacing w:after="0"/>
              <w:jc w:val="left"/>
            </w:pPr>
            <w:r>
              <w:rPr>
                <w:sz w:val="16"/>
              </w:rPr>
              <w:t>in the 12 months before plan approval</w:t>
            </w:r>
          </w:p>
        </w:tc>
        <w:tc>
          <w:tcPr>
            <w:tcW w:type="dxa" w:w="892"/>
          </w:tcPr>
          <w:p>
            <w:pPr>
              <w:spacing w:after="0"/>
              <w:jc w:val="left"/>
            </w:pPr>
            <w:r>
              <w:rPr>
                <w:sz w:val="16"/>
              </w:rPr>
              <w:t>same incident as DR-4512</w:t>
            </w:r>
          </w:p>
        </w:tc>
      </w:tr>
      <w:tr>
        <w:trPr>
          <w:cantSplit/>
        </w:trPr>
        <w:tc>
          <w:tcPr>
            <w:tcW w:type="dxa" w:w="1037"/>
          </w:tcPr>
          <w:p>
            <w:pPr>
              <w:spacing w:after="0"/>
              <w:jc w:val="left"/>
            </w:pPr>
            <w:r>
              <w:rPr>
                <w:sz w:val="16"/>
              </w:rPr>
              <w:t>2018-12-18</w:t>
            </w:r>
          </w:p>
        </w:tc>
        <w:tc>
          <w:tcPr>
            <w:tcW w:type="dxa" w:w="1037"/>
          </w:tcPr>
          <w:p>
            <w:pPr>
              <w:spacing w:after="0"/>
              <w:jc w:val="left"/>
            </w:pPr>
            <w:r>
              <w:rPr>
                <w:sz w:val="16"/>
              </w:rPr>
              <w:t>2018-10-09</w:t>
            </w:r>
          </w:p>
        </w:tc>
        <w:tc>
          <w:tcPr>
            <w:tcW w:type="dxa" w:w="1037"/>
          </w:tcPr>
          <w:p>
            <w:pPr>
              <w:spacing w:after="0"/>
              <w:jc w:val="left"/>
            </w:pPr>
            <w:r>
              <w:rPr>
                <w:sz w:val="16"/>
              </w:rPr>
              <w:t>DR-4411-VA</w:t>
            </w:r>
          </w:p>
        </w:tc>
        <w:tc>
          <w:tcPr>
            <w:tcW w:type="dxa" w:w="1371"/>
          </w:tcPr>
          <w:p>
            <w:pPr>
              <w:spacing w:after="0"/>
              <w:jc w:val="left"/>
            </w:pPr>
            <w:r>
              <w:rPr>
                <w:sz w:val="16"/>
              </w:rPr>
              <w:t>Major disaster</w:t>
            </w:r>
          </w:p>
        </w:tc>
        <w:tc>
          <w:tcPr>
            <w:tcW w:type="dxa" w:w="2491"/>
          </w:tcPr>
          <w:p>
            <w:pPr>
              <w:spacing w:after="0"/>
              <w:jc w:val="left"/>
            </w:pPr>
            <w:r>
              <w:rPr>
                <w:sz w:val="16"/>
              </w:rPr>
              <w:t>Tropical Storm Michael</w:t>
            </w:r>
          </w:p>
        </w:tc>
        <w:tc>
          <w:tcPr>
            <w:tcW w:type="dxa" w:w="2233"/>
          </w:tcPr>
          <w:p>
            <w:pPr>
              <w:spacing w:after="0"/>
              <w:jc w:val="left"/>
            </w:pPr>
            <w:r>
              <w:rPr>
                <w:sz w:val="16"/>
              </w:rPr>
              <w:t>Hurricane</w:t>
            </w:r>
          </w:p>
        </w:tc>
        <w:tc>
          <w:tcPr>
            <w:tcW w:type="dxa" w:w="2647"/>
          </w:tcPr>
          <w:p>
            <w:pPr>
              <w:spacing w:after="0"/>
              <w:jc w:val="right"/>
            </w:pPr>
            <w:r>
              <w:rPr>
                <w:sz w:val="16"/>
              </w:rPr>
              <w:t>no Public Assistance recorded</w:t>
            </w:r>
          </w:p>
        </w:tc>
        <w:tc>
          <w:tcPr>
            <w:tcW w:type="dxa" w:w="136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71"/>
          </w:tcPr>
          <w:p>
            <w:pPr>
              <w:spacing w:after="0"/>
              <w:jc w:val="left"/>
            </w:pPr>
            <w:r>
              <w:rPr>
                <w:sz w:val="16"/>
              </w:rPr>
              <w:t>Emergency</w:t>
            </w:r>
          </w:p>
        </w:tc>
        <w:tc>
          <w:tcPr>
            <w:tcW w:type="dxa" w:w="2491"/>
          </w:tcPr>
          <w:p>
            <w:pPr>
              <w:spacing w:after="0"/>
              <w:jc w:val="left"/>
            </w:pPr>
            <w:r>
              <w:rPr>
                <w:sz w:val="16"/>
              </w:rPr>
              <w:t>Hurricane Florence</w:t>
            </w:r>
          </w:p>
        </w:tc>
        <w:tc>
          <w:tcPr>
            <w:tcW w:type="dxa" w:w="2233"/>
          </w:tcPr>
          <w:p>
            <w:pPr>
              <w:spacing w:after="0"/>
              <w:jc w:val="left"/>
            </w:pPr>
            <w:r>
              <w:rPr>
                <w:sz w:val="16"/>
              </w:rPr>
              <w:t>Hurricane</w:t>
            </w:r>
          </w:p>
        </w:tc>
        <w:tc>
          <w:tcPr>
            <w:tcW w:type="dxa" w:w="2647"/>
          </w:tcPr>
          <w:p>
            <w:pPr>
              <w:spacing w:after="0"/>
              <w:jc w:val="right"/>
            </w:pPr>
            <w:r>
              <w:rPr>
                <w:sz w:val="16"/>
              </w:rPr>
              <w:t>no Public Assistance recorded</w:t>
            </w:r>
          </w:p>
        </w:tc>
        <w:tc>
          <w:tcPr>
            <w:tcW w:type="dxa" w:w="136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71"/>
          </w:tcPr>
          <w:p>
            <w:pPr>
              <w:spacing w:after="0"/>
              <w:jc w:val="left"/>
            </w:pPr>
            <w:r>
              <w:rPr>
                <w:sz w:val="16"/>
              </w:rPr>
              <w:t>Emergency</w:t>
            </w:r>
          </w:p>
        </w:tc>
        <w:tc>
          <w:tcPr>
            <w:tcW w:type="dxa" w:w="2491"/>
          </w:tcPr>
          <w:p>
            <w:pPr>
              <w:spacing w:after="0"/>
              <w:jc w:val="left"/>
            </w:pPr>
            <w:r>
              <w:rPr>
                <w:sz w:val="16"/>
              </w:rPr>
              <w:t>Hurricane Sandy</w:t>
            </w:r>
          </w:p>
        </w:tc>
        <w:tc>
          <w:tcPr>
            <w:tcW w:type="dxa" w:w="2233"/>
          </w:tcPr>
          <w:p>
            <w:pPr>
              <w:spacing w:after="0"/>
              <w:jc w:val="left"/>
            </w:pPr>
            <w:r>
              <w:rPr>
                <w:sz w:val="16"/>
              </w:rPr>
              <w:t>Hurricane</w:t>
            </w:r>
          </w:p>
        </w:tc>
        <w:tc>
          <w:tcPr>
            <w:tcW w:type="dxa" w:w="2647"/>
          </w:tcPr>
          <w:p>
            <w:pPr>
              <w:spacing w:after="0"/>
              <w:jc w:val="right"/>
            </w:pPr>
            <w:r>
              <w:rPr>
                <w:sz w:val="16"/>
              </w:rPr>
              <w:t>no Public Assistance recorded</w:t>
            </w:r>
          </w:p>
        </w:tc>
        <w:tc>
          <w:tcPr>
            <w:tcW w:type="dxa" w:w="136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71"/>
          </w:tcPr>
          <w:p>
            <w:pPr>
              <w:spacing w:after="0"/>
              <w:jc w:val="left"/>
            </w:pPr>
            <w:r>
              <w:rPr>
                <w:sz w:val="16"/>
              </w:rPr>
              <w:t>Major disaster</w:t>
            </w:r>
          </w:p>
        </w:tc>
        <w:tc>
          <w:tcPr>
            <w:tcW w:type="dxa" w:w="2491"/>
          </w:tcPr>
          <w:p>
            <w:pPr>
              <w:spacing w:after="0"/>
              <w:jc w:val="left"/>
            </w:pPr>
            <w:r>
              <w:rPr>
                <w:sz w:val="16"/>
              </w:rPr>
              <w:t>Severe Storms and Straight-Line Winds</w:t>
            </w:r>
          </w:p>
        </w:tc>
        <w:tc>
          <w:tcPr>
            <w:tcW w:type="dxa" w:w="2233"/>
          </w:tcPr>
          <w:p>
            <w:pPr>
              <w:spacing w:after="0"/>
              <w:jc w:val="left"/>
            </w:pPr>
            <w:r>
              <w:rPr>
                <w:sz w:val="16"/>
              </w:rPr>
              <w:t>Strong Wind</w:t>
            </w:r>
          </w:p>
        </w:tc>
        <w:tc>
          <w:tcPr>
            <w:tcW w:type="dxa" w:w="2647"/>
          </w:tcPr>
          <w:p>
            <w:pPr>
              <w:spacing w:after="0"/>
              <w:jc w:val="right"/>
            </w:pPr>
            <w:r>
              <w:rPr>
                <w:sz w:val="16"/>
              </w:rPr>
              <w:t>no Public Assistance recorded</w:t>
            </w:r>
          </w:p>
        </w:tc>
        <w:tc>
          <w:tcPr>
            <w:tcW w:type="dxa" w:w="136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71"/>
          </w:tcPr>
          <w:p>
            <w:pPr>
              <w:spacing w:after="0"/>
              <w:jc w:val="left"/>
            </w:pPr>
            <w:r>
              <w:rPr>
                <w:sz w:val="16"/>
              </w:rPr>
              <w:t>Emergency</w:t>
            </w:r>
          </w:p>
        </w:tc>
        <w:tc>
          <w:tcPr>
            <w:tcW w:type="dxa" w:w="2491"/>
          </w:tcPr>
          <w:p>
            <w:pPr>
              <w:spacing w:after="0"/>
              <w:jc w:val="left"/>
            </w:pPr>
            <w:r>
              <w:rPr>
                <w:sz w:val="16"/>
              </w:rPr>
              <w:t>Hurricane Katrina Evacuation</w:t>
            </w:r>
          </w:p>
        </w:tc>
        <w:tc>
          <w:tcPr>
            <w:tcW w:type="dxa" w:w="2233"/>
          </w:tcPr>
          <w:p>
            <w:pPr>
              <w:spacing w:after="0"/>
              <w:jc w:val="left"/>
            </w:pPr>
            <w:r>
              <w:rPr>
                <w:sz w:val="16"/>
              </w:rPr>
              <w:t>Hurricane: evacuation support, not a local hazard event; not counted</w:t>
            </w:r>
          </w:p>
        </w:tc>
        <w:tc>
          <w:tcPr>
            <w:tcW w:type="dxa" w:w="2647"/>
          </w:tcPr>
          <w:p>
            <w:pPr>
              <w:spacing w:after="0"/>
              <w:jc w:val="right"/>
            </w:pPr>
            <w:r>
              <w:rPr>
                <w:sz w:val="16"/>
              </w:rPr>
              <w:t>no Public Assistance recorded</w:t>
            </w:r>
          </w:p>
        </w:tc>
        <w:tc>
          <w:tcPr>
            <w:tcW w:type="dxa" w:w="136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71"/>
          </w:tcPr>
          <w:p>
            <w:pPr>
              <w:spacing w:after="0"/>
              <w:jc w:val="left"/>
            </w:pPr>
            <w:r>
              <w:rPr>
                <w:sz w:val="16"/>
              </w:rPr>
              <w:t>Major disaster</w:t>
            </w:r>
          </w:p>
        </w:tc>
        <w:tc>
          <w:tcPr>
            <w:tcW w:type="dxa" w:w="2491"/>
          </w:tcPr>
          <w:p>
            <w:pPr>
              <w:spacing w:after="0"/>
              <w:jc w:val="left"/>
            </w:pPr>
            <w:r>
              <w:rPr>
                <w:sz w:val="16"/>
              </w:rPr>
              <w:t>Hurricane Isabel</w:t>
            </w:r>
          </w:p>
        </w:tc>
        <w:tc>
          <w:tcPr>
            <w:tcW w:type="dxa" w:w="2233"/>
          </w:tcPr>
          <w:p>
            <w:pPr>
              <w:spacing w:after="0"/>
              <w:jc w:val="left"/>
            </w:pPr>
            <w:r>
              <w:rPr>
                <w:sz w:val="16"/>
              </w:rPr>
              <w:t>Hurricane</w:t>
            </w:r>
          </w:p>
        </w:tc>
        <w:tc>
          <w:tcPr>
            <w:tcW w:type="dxa" w:w="2647"/>
          </w:tcPr>
          <w:p>
            <w:pPr>
              <w:spacing w:after="0"/>
              <w:jc w:val="right"/>
            </w:pPr>
            <w:r>
              <w:rPr>
                <w:sz w:val="16"/>
              </w:rPr>
              <w:t>$5,132.27</w:t>
            </w:r>
          </w:p>
        </w:tc>
        <w:tc>
          <w:tcPr>
            <w:tcW w:type="dxa" w:w="136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2002-05-05</w:t>
            </w:r>
          </w:p>
        </w:tc>
        <w:tc>
          <w:tcPr>
            <w:tcW w:type="dxa" w:w="1037"/>
          </w:tcPr>
          <w:p>
            <w:pPr>
              <w:spacing w:after="0"/>
              <w:jc w:val="left"/>
            </w:pPr>
            <w:r>
              <w:rPr>
                <w:sz w:val="16"/>
              </w:rPr>
              <w:t>2002-04-28</w:t>
            </w:r>
          </w:p>
        </w:tc>
        <w:tc>
          <w:tcPr>
            <w:tcW w:type="dxa" w:w="1037"/>
          </w:tcPr>
          <w:p>
            <w:pPr>
              <w:spacing w:after="0"/>
              <w:jc w:val="left"/>
            </w:pPr>
            <w:r>
              <w:rPr>
                <w:sz w:val="16"/>
              </w:rPr>
              <w:t>DR-1411-VA</w:t>
            </w:r>
          </w:p>
        </w:tc>
        <w:tc>
          <w:tcPr>
            <w:tcW w:type="dxa" w:w="1371"/>
          </w:tcPr>
          <w:p>
            <w:pPr>
              <w:spacing w:after="0"/>
              <w:jc w:val="left"/>
            </w:pPr>
            <w:r>
              <w:rPr>
                <w:sz w:val="16"/>
              </w:rPr>
              <w:t>Major disaster</w:t>
            </w:r>
          </w:p>
        </w:tc>
        <w:tc>
          <w:tcPr>
            <w:tcW w:type="dxa" w:w="2491"/>
          </w:tcPr>
          <w:p>
            <w:pPr>
              <w:spacing w:after="0"/>
              <w:jc w:val="left"/>
            </w:pPr>
            <w:r>
              <w:rPr>
                <w:sz w:val="16"/>
              </w:rPr>
              <w:t>Severe Storms, Tornadoes, and Flooding</w:t>
            </w:r>
          </w:p>
        </w:tc>
        <w:tc>
          <w:tcPr>
            <w:tcW w:type="dxa" w:w="2233"/>
          </w:tcPr>
          <w:p>
            <w:pPr>
              <w:spacing w:after="0"/>
              <w:jc w:val="left"/>
            </w:pPr>
            <w:r>
              <w:rPr>
                <w:sz w:val="16"/>
              </w:rPr>
              <w:t>Inland Flooding; Tornado</w:t>
            </w:r>
          </w:p>
        </w:tc>
        <w:tc>
          <w:tcPr>
            <w:tcW w:type="dxa" w:w="2647"/>
          </w:tcPr>
          <w:p>
            <w:pPr>
              <w:spacing w:after="0"/>
              <w:jc w:val="right"/>
            </w:pPr>
            <w:r>
              <w:rPr>
                <w:sz w:val="16"/>
              </w:rPr>
              <w:t>PA not declared for this county</w:t>
            </w:r>
          </w:p>
        </w:tc>
        <w:tc>
          <w:tcPr>
            <w:tcW w:type="dxa" w:w="136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71"/>
          </w:tcPr>
          <w:p>
            <w:pPr>
              <w:spacing w:after="0"/>
              <w:jc w:val="left"/>
            </w:pPr>
            <w:r>
              <w:rPr>
                <w:sz w:val="16"/>
              </w:rPr>
              <w:t>Major disaster</w:t>
            </w:r>
          </w:p>
        </w:tc>
        <w:tc>
          <w:tcPr>
            <w:tcW w:type="dxa" w:w="2491"/>
          </w:tcPr>
          <w:p>
            <w:pPr>
              <w:spacing w:after="0"/>
              <w:jc w:val="left"/>
            </w:pPr>
            <w:r>
              <w:rPr>
                <w:sz w:val="16"/>
              </w:rPr>
              <w:t>Severe Winter Storms</w:t>
            </w:r>
          </w:p>
        </w:tc>
        <w:tc>
          <w:tcPr>
            <w:tcW w:type="dxa" w:w="2233"/>
          </w:tcPr>
          <w:p>
            <w:pPr>
              <w:spacing w:after="0"/>
              <w:jc w:val="left"/>
            </w:pPr>
            <w:r>
              <w:rPr>
                <w:sz w:val="16"/>
              </w:rPr>
              <w:t>Winter Weather</w:t>
            </w:r>
          </w:p>
        </w:tc>
        <w:tc>
          <w:tcPr>
            <w:tcW w:type="dxa" w:w="2647"/>
          </w:tcPr>
          <w:p>
            <w:pPr>
              <w:spacing w:after="0"/>
              <w:jc w:val="right"/>
            </w:pPr>
            <w:r>
              <w:rPr>
                <w:sz w:val="16"/>
              </w:rPr>
              <w:t>$1,500.12</w:t>
            </w:r>
          </w:p>
        </w:tc>
        <w:tc>
          <w:tcPr>
            <w:tcW w:type="dxa" w:w="136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71"/>
          </w:tcPr>
          <w:p>
            <w:pPr>
              <w:spacing w:after="0"/>
              <w:jc w:val="left"/>
            </w:pPr>
            <w:r>
              <w:rPr>
                <w:sz w:val="16"/>
              </w:rPr>
              <w:t>Major disaster</w:t>
            </w:r>
          </w:p>
        </w:tc>
        <w:tc>
          <w:tcPr>
            <w:tcW w:type="dxa" w:w="2491"/>
          </w:tcPr>
          <w:p>
            <w:pPr>
              <w:spacing w:after="0"/>
              <w:jc w:val="left"/>
            </w:pPr>
            <w:r>
              <w:rPr>
                <w:sz w:val="16"/>
              </w:rPr>
              <w:t>Hurricane Fran and Associated Severe Storm Cond</w:t>
            </w:r>
          </w:p>
        </w:tc>
        <w:tc>
          <w:tcPr>
            <w:tcW w:type="dxa" w:w="2233"/>
          </w:tcPr>
          <w:p>
            <w:pPr>
              <w:spacing w:after="0"/>
              <w:jc w:val="left"/>
            </w:pPr>
            <w:r>
              <w:rPr>
                <w:sz w:val="16"/>
              </w:rPr>
              <w:t>Hurricane</w:t>
            </w:r>
          </w:p>
        </w:tc>
        <w:tc>
          <w:tcPr>
            <w:tcW w:type="dxa" w:w="2647"/>
          </w:tcPr>
          <w:p>
            <w:pPr>
              <w:spacing w:after="0"/>
              <w:jc w:val="right"/>
            </w:pPr>
            <w:r>
              <w:rPr>
                <w:sz w:val="16"/>
              </w:rPr>
              <w:t>no Public Assistance recorded</w:t>
            </w:r>
          </w:p>
        </w:tc>
        <w:tc>
          <w:tcPr>
            <w:tcW w:type="dxa" w:w="136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71"/>
          </w:tcPr>
          <w:p>
            <w:pPr>
              <w:spacing w:after="0"/>
              <w:jc w:val="left"/>
            </w:pPr>
            <w:r>
              <w:rPr>
                <w:sz w:val="16"/>
              </w:rPr>
              <w:t>Major disaster</w:t>
            </w:r>
          </w:p>
        </w:tc>
        <w:tc>
          <w:tcPr>
            <w:tcW w:type="dxa" w:w="2491"/>
          </w:tcPr>
          <w:p>
            <w:pPr>
              <w:spacing w:after="0"/>
              <w:jc w:val="left"/>
            </w:pPr>
            <w:r>
              <w:rPr>
                <w:sz w:val="16"/>
              </w:rPr>
              <w:t>Blizzard of 96 (Severe Snow Storm)</w:t>
            </w:r>
          </w:p>
        </w:tc>
        <w:tc>
          <w:tcPr>
            <w:tcW w:type="dxa" w:w="2233"/>
          </w:tcPr>
          <w:p>
            <w:pPr>
              <w:spacing w:after="0"/>
              <w:jc w:val="left"/>
            </w:pPr>
            <w:r>
              <w:rPr>
                <w:sz w:val="16"/>
              </w:rPr>
              <w:t>Winter Weather</w:t>
            </w:r>
          </w:p>
        </w:tc>
        <w:tc>
          <w:tcPr>
            <w:tcW w:type="dxa" w:w="2647"/>
          </w:tcPr>
          <w:p>
            <w:pPr>
              <w:spacing w:after="0"/>
              <w:jc w:val="right"/>
            </w:pPr>
            <w:r>
              <w:rPr>
                <w:sz w:val="16"/>
              </w:rPr>
              <w:t>no Public Assistance recorded</w:t>
            </w:r>
          </w:p>
        </w:tc>
        <w:tc>
          <w:tcPr>
            <w:tcW w:type="dxa" w:w="136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1995-07-01</w:t>
            </w:r>
          </w:p>
        </w:tc>
        <w:tc>
          <w:tcPr>
            <w:tcW w:type="dxa" w:w="1037"/>
          </w:tcPr>
          <w:p>
            <w:pPr>
              <w:spacing w:after="0"/>
              <w:jc w:val="left"/>
            </w:pPr>
            <w:r>
              <w:rPr>
                <w:sz w:val="16"/>
              </w:rPr>
              <w:t>1995-06-22</w:t>
            </w:r>
          </w:p>
        </w:tc>
        <w:tc>
          <w:tcPr>
            <w:tcW w:type="dxa" w:w="1037"/>
          </w:tcPr>
          <w:p>
            <w:pPr>
              <w:spacing w:after="0"/>
              <w:jc w:val="left"/>
            </w:pPr>
            <w:r>
              <w:rPr>
                <w:sz w:val="16"/>
              </w:rPr>
              <w:t>DR-1059-VA</w:t>
            </w:r>
          </w:p>
        </w:tc>
        <w:tc>
          <w:tcPr>
            <w:tcW w:type="dxa" w:w="1371"/>
          </w:tcPr>
          <w:p>
            <w:pPr>
              <w:spacing w:after="0"/>
              <w:jc w:val="left"/>
            </w:pPr>
            <w:r>
              <w:rPr>
                <w:sz w:val="16"/>
              </w:rPr>
              <w:t>Major disaster</w:t>
            </w:r>
          </w:p>
        </w:tc>
        <w:tc>
          <w:tcPr>
            <w:tcW w:type="dxa" w:w="2491"/>
          </w:tcPr>
          <w:p>
            <w:pPr>
              <w:spacing w:after="0"/>
              <w:jc w:val="left"/>
            </w:pPr>
            <w:r>
              <w:rPr>
                <w:sz w:val="16"/>
              </w:rPr>
              <w:t>Severe Storms and Flooding</w:t>
            </w:r>
          </w:p>
        </w:tc>
        <w:tc>
          <w:tcPr>
            <w:tcW w:type="dxa" w:w="2233"/>
          </w:tcPr>
          <w:p>
            <w:pPr>
              <w:spacing w:after="0"/>
              <w:jc w:val="left"/>
            </w:pPr>
            <w:r>
              <w:rPr>
                <w:sz w:val="16"/>
              </w:rPr>
              <w:t>Inland Flooding</w:t>
            </w:r>
          </w:p>
        </w:tc>
        <w:tc>
          <w:tcPr>
            <w:tcW w:type="dxa" w:w="2647"/>
          </w:tcPr>
          <w:p>
            <w:pPr>
              <w:spacing w:after="0"/>
              <w:jc w:val="right"/>
            </w:pPr>
            <w:r>
              <w:rPr>
                <w:sz w:val="16"/>
              </w:rPr>
              <w:t>no Public Assistance recorded</w:t>
            </w:r>
          </w:p>
        </w:tc>
        <w:tc>
          <w:tcPr>
            <w:tcW w:type="dxa" w:w="136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371"/>
          </w:tcPr>
          <w:p>
            <w:pPr>
              <w:spacing w:after="0"/>
              <w:jc w:val="left"/>
            </w:pPr>
            <w:r>
              <w:rPr>
                <w:sz w:val="16"/>
              </w:rPr>
              <w:t>Major disaster</w:t>
            </w:r>
          </w:p>
        </w:tc>
        <w:tc>
          <w:tcPr>
            <w:tcW w:type="dxa" w:w="2491"/>
          </w:tcPr>
          <w:p>
            <w:pPr>
              <w:spacing w:after="0"/>
              <w:jc w:val="left"/>
            </w:pPr>
            <w:r>
              <w:rPr>
                <w:sz w:val="16"/>
              </w:rPr>
              <w:t>Severe Winter Ice Storm</w:t>
            </w:r>
          </w:p>
        </w:tc>
        <w:tc>
          <w:tcPr>
            <w:tcW w:type="dxa" w:w="2233"/>
          </w:tcPr>
          <w:p>
            <w:pPr>
              <w:spacing w:after="0"/>
              <w:jc w:val="left"/>
            </w:pPr>
            <w:r>
              <w:rPr>
                <w:sz w:val="16"/>
              </w:rPr>
              <w:t>Ice Storm; Winter Weather</w:t>
            </w:r>
          </w:p>
        </w:tc>
        <w:tc>
          <w:tcPr>
            <w:tcW w:type="dxa" w:w="2647"/>
          </w:tcPr>
          <w:p>
            <w:pPr>
              <w:spacing w:after="0"/>
              <w:jc w:val="right"/>
            </w:pPr>
            <w:r>
              <w:rPr>
                <w:sz w:val="16"/>
              </w:rPr>
              <w:t>no Public Assistance recorded</w:t>
            </w:r>
          </w:p>
        </w:tc>
        <w:tc>
          <w:tcPr>
            <w:tcW w:type="dxa" w:w="136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71"/>
          </w:tcPr>
          <w:p>
            <w:pPr>
              <w:spacing w:after="0"/>
              <w:jc w:val="left"/>
            </w:pPr>
            <w:r>
              <w:rPr>
                <w:sz w:val="16"/>
              </w:rPr>
              <w:t>Major disaster</w:t>
            </w:r>
          </w:p>
        </w:tc>
        <w:tc>
          <w:tcPr>
            <w:tcW w:type="dxa" w:w="2491"/>
          </w:tcPr>
          <w:p>
            <w:pPr>
              <w:spacing w:after="0"/>
              <w:jc w:val="left"/>
            </w:pPr>
            <w:r>
              <w:rPr>
                <w:sz w:val="16"/>
              </w:rPr>
              <w:t>Severe Ice Storms, Flooding</w:t>
            </w:r>
          </w:p>
        </w:tc>
        <w:tc>
          <w:tcPr>
            <w:tcW w:type="dxa" w:w="2233"/>
          </w:tcPr>
          <w:p>
            <w:pPr>
              <w:spacing w:after="0"/>
              <w:jc w:val="left"/>
            </w:pPr>
            <w:r>
              <w:rPr>
                <w:sz w:val="16"/>
              </w:rPr>
              <w:t>Winter Weather (primary); also designated: Inland Flooding</w:t>
            </w:r>
          </w:p>
        </w:tc>
        <w:tc>
          <w:tcPr>
            <w:tcW w:type="dxa" w:w="2647"/>
          </w:tcPr>
          <w:p>
            <w:pPr>
              <w:spacing w:after="0"/>
              <w:jc w:val="right"/>
            </w:pPr>
            <w:r>
              <w:rPr>
                <w:sz w:val="16"/>
              </w:rPr>
              <w:t>no Public Assistance recorded</w:t>
            </w:r>
          </w:p>
        </w:tc>
        <w:tc>
          <w:tcPr>
            <w:tcW w:type="dxa" w:w="136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71"/>
          </w:tcPr>
          <w:p>
            <w:pPr>
              <w:spacing w:after="0"/>
              <w:jc w:val="left"/>
            </w:pPr>
            <w:r>
              <w:rPr>
                <w:sz w:val="16"/>
              </w:rPr>
              <w:t>Emergency</w:t>
            </w:r>
          </w:p>
        </w:tc>
        <w:tc>
          <w:tcPr>
            <w:tcW w:type="dxa" w:w="2491"/>
          </w:tcPr>
          <w:p>
            <w:pPr>
              <w:spacing w:after="0"/>
              <w:jc w:val="left"/>
            </w:pPr>
            <w:r>
              <w:rPr>
                <w:sz w:val="16"/>
              </w:rPr>
              <w:t>Severe Winter Storm</w:t>
            </w:r>
          </w:p>
        </w:tc>
        <w:tc>
          <w:tcPr>
            <w:tcW w:type="dxa" w:w="2233"/>
          </w:tcPr>
          <w:p>
            <w:pPr>
              <w:spacing w:after="0"/>
              <w:jc w:val="left"/>
            </w:pPr>
            <w:r>
              <w:rPr>
                <w:sz w:val="16"/>
              </w:rPr>
              <w:t>Winter Weather</w:t>
            </w:r>
          </w:p>
        </w:tc>
        <w:tc>
          <w:tcPr>
            <w:tcW w:type="dxa" w:w="2647"/>
          </w:tcPr>
          <w:p>
            <w:pPr>
              <w:spacing w:after="0"/>
              <w:jc w:val="right"/>
            </w:pPr>
            <w:r>
              <w:rPr>
                <w:sz w:val="16"/>
              </w:rPr>
              <w:t>no Public Assistance recorded</w:t>
            </w:r>
          </w:p>
        </w:tc>
        <w:tc>
          <w:tcPr>
            <w:tcW w:type="dxa" w:w="136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71"/>
          </w:tcPr>
          <w:p>
            <w:pPr>
              <w:spacing w:after="0"/>
              <w:jc w:val="left"/>
            </w:pPr>
            <w:r>
              <w:rPr>
                <w:sz w:val="16"/>
              </w:rPr>
              <w:t>Major disaster</w:t>
            </w:r>
          </w:p>
        </w:tc>
        <w:tc>
          <w:tcPr>
            <w:tcW w:type="dxa" w:w="2491"/>
          </w:tcPr>
          <w:p>
            <w:pPr>
              <w:spacing w:after="0"/>
              <w:jc w:val="left"/>
            </w:pPr>
            <w:r>
              <w:rPr>
                <w:sz w:val="16"/>
              </w:rPr>
              <w:t>Severe Storms &amp; Flooding</w:t>
            </w:r>
          </w:p>
        </w:tc>
        <w:tc>
          <w:tcPr>
            <w:tcW w:type="dxa" w:w="2233"/>
          </w:tcPr>
          <w:p>
            <w:pPr>
              <w:spacing w:after="0"/>
              <w:jc w:val="left"/>
            </w:pPr>
            <w:r>
              <w:rPr>
                <w:sz w:val="16"/>
              </w:rPr>
              <w:t>Inland Flooding</w:t>
            </w:r>
          </w:p>
        </w:tc>
        <w:tc>
          <w:tcPr>
            <w:tcW w:type="dxa" w:w="2647"/>
          </w:tcPr>
          <w:p>
            <w:pPr>
              <w:spacing w:after="0"/>
              <w:jc w:val="right"/>
            </w:pPr>
            <w:r>
              <w:rPr>
                <w:sz w:val="16"/>
              </w:rPr>
              <w:t>PA not declared for this county</w:t>
            </w:r>
          </w:p>
        </w:tc>
        <w:tc>
          <w:tcPr>
            <w:tcW w:type="dxa" w:w="136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71"/>
          </w:tcPr>
          <w:p>
            <w:pPr>
              <w:spacing w:after="0"/>
              <w:jc w:val="left"/>
            </w:pPr>
            <w:r>
              <w:rPr>
                <w:sz w:val="16"/>
              </w:rPr>
              <w:t>Emergency</w:t>
            </w:r>
          </w:p>
        </w:tc>
        <w:tc>
          <w:tcPr>
            <w:tcW w:type="dxa" w:w="2491"/>
          </w:tcPr>
          <w:p>
            <w:pPr>
              <w:spacing w:after="0"/>
              <w:jc w:val="left"/>
            </w:pPr>
            <w:r>
              <w:rPr>
                <w:sz w:val="16"/>
              </w:rPr>
              <w:t>Drought</w:t>
            </w:r>
          </w:p>
        </w:tc>
        <w:tc>
          <w:tcPr>
            <w:tcW w:type="dxa" w:w="2233"/>
          </w:tcPr>
          <w:p>
            <w:pPr>
              <w:spacing w:after="0"/>
              <w:jc w:val="left"/>
            </w:pPr>
            <w:r>
              <w:rPr>
                <w:sz w:val="16"/>
              </w:rPr>
              <w:t>Drought</w:t>
            </w:r>
          </w:p>
        </w:tc>
        <w:tc>
          <w:tcPr>
            <w:tcW w:type="dxa" w:w="2647"/>
          </w:tcPr>
          <w:p>
            <w:pPr>
              <w:spacing w:after="0"/>
              <w:jc w:val="right"/>
            </w:pPr>
            <w:r>
              <w:rPr>
                <w:sz w:val="16"/>
              </w:rPr>
              <w:t>no Public Assistance recorded</w:t>
            </w:r>
          </w:p>
        </w:tc>
        <w:tc>
          <w:tcPr>
            <w:tcW w:type="dxa" w:w="136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71"/>
          </w:tcPr>
          <w:p>
            <w:pPr>
              <w:spacing w:after="0"/>
              <w:jc w:val="left"/>
            </w:pPr>
            <w:r>
              <w:rPr>
                <w:sz w:val="16"/>
              </w:rPr>
              <w:t>Emergency</w:t>
            </w:r>
          </w:p>
        </w:tc>
        <w:tc>
          <w:tcPr>
            <w:tcW w:type="dxa" w:w="2491"/>
          </w:tcPr>
          <w:p>
            <w:pPr>
              <w:spacing w:after="0"/>
              <w:jc w:val="left"/>
            </w:pPr>
            <w:r>
              <w:rPr>
                <w:sz w:val="16"/>
              </w:rPr>
              <w:t>Drought</w:t>
            </w:r>
          </w:p>
        </w:tc>
        <w:tc>
          <w:tcPr>
            <w:tcW w:type="dxa" w:w="2233"/>
          </w:tcPr>
          <w:p>
            <w:pPr>
              <w:spacing w:after="0"/>
              <w:jc w:val="left"/>
            </w:pPr>
            <w:r>
              <w:rPr>
                <w:sz w:val="16"/>
              </w:rPr>
              <w:t>Drought</w:t>
            </w:r>
          </w:p>
        </w:tc>
        <w:tc>
          <w:tcPr>
            <w:tcW w:type="dxa" w:w="2647"/>
          </w:tcPr>
          <w:p>
            <w:pPr>
              <w:spacing w:after="0"/>
              <w:jc w:val="right"/>
            </w:pPr>
            <w:r>
              <w:rPr>
                <w:sz w:val="16"/>
              </w:rPr>
              <w:t>no Public Assistance recorded</w:t>
            </w:r>
          </w:p>
        </w:tc>
        <w:tc>
          <w:tcPr>
            <w:tcW w:type="dxa" w:w="136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71"/>
          </w:tcPr>
          <w:p>
            <w:pPr>
              <w:spacing w:after="0"/>
              <w:jc w:val="left"/>
            </w:pPr>
            <w:r>
              <w:rPr>
                <w:sz w:val="16"/>
              </w:rPr>
              <w:t>Major disaster</w:t>
            </w:r>
          </w:p>
        </w:tc>
        <w:tc>
          <w:tcPr>
            <w:tcW w:type="dxa" w:w="2491"/>
          </w:tcPr>
          <w:p>
            <w:pPr>
              <w:spacing w:after="0"/>
              <w:jc w:val="left"/>
            </w:pPr>
            <w:r>
              <w:rPr>
                <w:sz w:val="16"/>
              </w:rPr>
              <w:t>Tropical Storm Agnes</w:t>
            </w:r>
          </w:p>
        </w:tc>
        <w:tc>
          <w:tcPr>
            <w:tcW w:type="dxa" w:w="2233"/>
          </w:tcPr>
          <w:p>
            <w:pPr>
              <w:spacing w:after="0"/>
              <w:jc w:val="left"/>
            </w:pPr>
            <w:r>
              <w:rPr>
                <w:sz w:val="16"/>
              </w:rPr>
              <w:t>Inland Flooding (primary); also designated: Hurricane</w:t>
            </w:r>
          </w:p>
        </w:tc>
        <w:tc>
          <w:tcPr>
            <w:tcW w:type="dxa" w:w="2647"/>
          </w:tcPr>
          <w:p>
            <w:pPr>
              <w:spacing w:after="0"/>
              <w:jc w:val="right"/>
            </w:pPr>
            <w:r>
              <w:rPr>
                <w:sz w:val="16"/>
              </w:rPr>
              <w:t>no Public Assistance recorded</w:t>
            </w:r>
          </w:p>
        </w:tc>
        <w:tc>
          <w:tcPr>
            <w:tcW w:type="dxa" w:w="136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1969-08-23</w:t>
            </w:r>
          </w:p>
        </w:tc>
        <w:tc>
          <w:tcPr>
            <w:tcW w:type="dxa" w:w="1037"/>
          </w:tcPr>
          <w:p>
            <w:pPr>
              <w:spacing w:after="0"/>
              <w:jc w:val="left"/>
            </w:pPr>
            <w:r>
              <w:rPr>
                <w:sz w:val="16"/>
              </w:rPr>
              <w:t>1969-08-23</w:t>
            </w:r>
          </w:p>
        </w:tc>
        <w:tc>
          <w:tcPr>
            <w:tcW w:type="dxa" w:w="1037"/>
          </w:tcPr>
          <w:p>
            <w:pPr>
              <w:spacing w:after="0"/>
              <w:jc w:val="left"/>
            </w:pPr>
            <w:r>
              <w:rPr>
                <w:sz w:val="16"/>
              </w:rPr>
              <w:t>DR-274-VA</w:t>
            </w:r>
          </w:p>
        </w:tc>
        <w:tc>
          <w:tcPr>
            <w:tcW w:type="dxa" w:w="1371"/>
          </w:tcPr>
          <w:p>
            <w:pPr>
              <w:spacing w:after="0"/>
              <w:jc w:val="left"/>
            </w:pPr>
            <w:r>
              <w:rPr>
                <w:sz w:val="16"/>
              </w:rPr>
              <w:t>Major disaster</w:t>
            </w:r>
          </w:p>
        </w:tc>
        <w:tc>
          <w:tcPr>
            <w:tcW w:type="dxa" w:w="2491"/>
          </w:tcPr>
          <w:p>
            <w:pPr>
              <w:spacing w:after="0"/>
              <w:jc w:val="left"/>
            </w:pPr>
            <w:r>
              <w:rPr>
                <w:sz w:val="16"/>
              </w:rPr>
              <w:t>Severe Storms &amp; Flooding</w:t>
            </w:r>
          </w:p>
        </w:tc>
        <w:tc>
          <w:tcPr>
            <w:tcW w:type="dxa" w:w="2233"/>
          </w:tcPr>
          <w:p>
            <w:pPr>
              <w:spacing w:after="0"/>
              <w:jc w:val="left"/>
            </w:pPr>
            <w:r>
              <w:rPr>
                <w:sz w:val="16"/>
              </w:rPr>
              <w:t>Hurricane (primary); also designated: Inland Flooding</w:t>
            </w:r>
          </w:p>
        </w:tc>
        <w:tc>
          <w:tcPr>
            <w:tcW w:type="dxa" w:w="2647"/>
          </w:tcPr>
          <w:p>
            <w:pPr>
              <w:spacing w:after="0"/>
              <w:jc w:val="right"/>
            </w:pPr>
            <w:r>
              <w:rPr>
                <w:sz w:val="16"/>
              </w:rPr>
              <w:t>no Public Assistance recorded</w:t>
            </w:r>
          </w:p>
        </w:tc>
        <w:tc>
          <w:tcPr>
            <w:tcW w:type="dxa" w:w="1367"/>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02"/>
          </w:tcPr>
          <w:p>
            <w:pPr>
              <w:spacing w:after="0"/>
              <w:jc w:val="right"/>
            </w:pPr>
            <w:r>
              <w:rPr>
                <w:sz w:val="16"/>
              </w:rPr>
              <w:t>10</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7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19</w:t>
            </w:r>
          </w:p>
        </w:tc>
        <w:tc>
          <w:tcPr>
            <w:tcW w:type="dxa" w:w="1067"/>
          </w:tcPr>
          <w:p>
            <w:pPr>
              <w:spacing w:after="0"/>
              <w:jc w:val="right"/>
            </w:pPr>
            <w:r>
              <w:rPr>
                <w:sz w:val="16"/>
              </w:rPr>
              <w:t>7</w:t>
            </w:r>
          </w:p>
        </w:tc>
        <w:tc>
          <w:tcPr>
            <w:tcW w:type="dxa" w:w="1728"/>
          </w:tcPr>
          <w:p>
            <w:pPr>
              <w:spacing w:after="0"/>
              <w:jc w:val="right"/>
            </w:pPr>
            <w:r>
              <w:rPr>
                <w:sz w:val="16"/>
              </w:rPr>
              <w:t>0</w:t>
            </w:r>
          </w:p>
        </w:tc>
        <w:tc>
          <w:tcPr>
            <w:tcW w:type="dxa" w:w="762"/>
          </w:tcPr>
          <w:p>
            <w:pPr>
              <w:spacing w:after="0"/>
              <w:jc w:val="right"/>
            </w:pPr>
            <w:r>
              <w:rPr>
                <w:sz w:val="16"/>
              </w:rPr>
              <w:t>7</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126</w:t>
            </w:r>
          </w:p>
        </w:tc>
        <w:tc>
          <w:tcPr>
            <w:tcW w:type="dxa" w:w="1067"/>
          </w:tcPr>
          <w:p>
            <w:pPr>
              <w:spacing w:after="0"/>
              <w:jc w:val="right"/>
            </w:pPr>
            <w:r>
              <w:rPr>
                <w:sz w:val="16"/>
              </w:rPr>
              <w:t>11</w:t>
            </w:r>
          </w:p>
        </w:tc>
        <w:tc>
          <w:tcPr>
            <w:tcW w:type="dxa" w:w="1728"/>
          </w:tcPr>
          <w:p>
            <w:pPr>
              <w:spacing w:after="0"/>
              <w:jc w:val="right"/>
            </w:pPr>
            <w:r>
              <w:rPr>
                <w:sz w:val="16"/>
              </w:rPr>
              <w:t>0</w:t>
            </w:r>
          </w:p>
        </w:tc>
        <w:tc>
          <w:tcPr>
            <w:tcW w:type="dxa" w:w="762"/>
          </w:tcPr>
          <w:p>
            <w:pPr>
              <w:spacing w:after="0"/>
              <w:jc w:val="right"/>
            </w:pPr>
            <w:r>
              <w:rPr>
                <w:sz w:val="16"/>
              </w:rPr>
              <w:t>9</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0</w:t>
            </w:r>
          </w:p>
        </w:tc>
        <w:tc>
          <w:tcPr>
            <w:tcW w:type="dxa" w:w="1490"/>
          </w:tcPr>
          <w:p>
            <w:pPr>
              <w:spacing w:after="0"/>
              <w:jc w:val="right"/>
            </w:pPr>
            <w:r>
              <w:rPr>
                <w:sz w:val="16"/>
              </w:rPr>
              <w:t>7</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Ice Storm</w:t>
            </w:r>
          </w:p>
        </w:tc>
        <w:tc>
          <w:tcPr>
            <w:tcW w:type="dxa" w:w="1802"/>
          </w:tcPr>
          <w:p>
            <w:pPr>
              <w:spacing w:after="0"/>
              <w:jc w:val="right"/>
            </w:pPr>
            <w:r>
              <w:rPr>
                <w:sz w:val="16"/>
              </w:rPr>
              <w:t>9</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2</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108</w:t>
            </w:r>
          </w:p>
        </w:tc>
        <w:tc>
          <w:tcPr>
            <w:tcW w:type="dxa" w:w="1067"/>
          </w:tcPr>
          <w:p>
            <w:pPr>
              <w:spacing w:after="0"/>
              <w:jc w:val="right"/>
            </w:pPr>
            <w:r>
              <w:rPr>
                <w:sz w:val="16"/>
              </w:rPr>
              <w:t>32</w:t>
            </w:r>
          </w:p>
        </w:tc>
        <w:tc>
          <w:tcPr>
            <w:tcW w:type="dxa" w:w="1728"/>
          </w:tcPr>
          <w:p>
            <w:pPr>
              <w:spacing w:after="0"/>
              <w:jc w:val="right"/>
            </w:pPr>
            <w:r>
              <w:rPr>
                <w:sz w:val="16"/>
              </w:rPr>
              <w:t>13</w:t>
            </w:r>
          </w:p>
        </w:tc>
        <w:tc>
          <w:tcPr>
            <w:tcW w:type="dxa" w:w="762"/>
          </w:tcPr>
          <w:p>
            <w:pPr>
              <w:spacing w:after="0"/>
              <w:jc w:val="right"/>
            </w:pPr>
            <w:r>
              <w:rPr>
                <w:sz w:val="16"/>
              </w:rPr>
              <w:t>32</w:t>
            </w:r>
          </w:p>
        </w:tc>
        <w:tc>
          <w:tcPr>
            <w:tcW w:type="dxa" w:w="1490"/>
          </w:tcPr>
          <w:p>
            <w:pPr>
              <w:spacing w:after="0"/>
              <w:jc w:val="right"/>
            </w:pPr>
            <w:r>
              <w:rPr>
                <w:sz w:val="16"/>
              </w:rPr>
              <w:t>7</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22</w:t>
            </w:r>
          </w:p>
        </w:tc>
        <w:tc>
          <w:tcPr>
            <w:tcW w:type="dxa" w:w="1067"/>
          </w:tcPr>
          <w:p>
            <w:pPr>
              <w:spacing w:after="0"/>
              <w:jc w:val="right"/>
            </w:pPr>
            <w:r>
              <w:rPr>
                <w:sz w:val="16"/>
              </w:rPr>
              <w:t>5</w:t>
            </w:r>
          </w:p>
        </w:tc>
        <w:tc>
          <w:tcPr>
            <w:tcW w:type="dxa" w:w="1728"/>
          </w:tcPr>
          <w:p>
            <w:pPr>
              <w:spacing w:after="0"/>
              <w:jc w:val="right"/>
            </w:pPr>
            <w:r>
              <w:rPr>
                <w:sz w:val="16"/>
              </w:rPr>
              <w:t>0</w:t>
            </w:r>
          </w:p>
        </w:tc>
        <w:tc>
          <w:tcPr>
            <w:tcW w:type="dxa" w:w="762"/>
          </w:tcPr>
          <w:p>
            <w:pPr>
              <w:spacing w:after="0"/>
              <w:jc w:val="right"/>
            </w:pPr>
            <w:r>
              <w:rPr>
                <w:sz w:val="16"/>
              </w:rPr>
              <w:t>4</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366</w:t>
            </w:r>
          </w:p>
        </w:tc>
        <w:tc>
          <w:tcPr>
            <w:tcW w:type="dxa" w:w="1067"/>
          </w:tcPr>
          <w:p>
            <w:pPr>
              <w:spacing w:after="0"/>
              <w:jc w:val="right"/>
            </w:pPr>
            <w:r>
              <w:rPr>
                <w:sz w:val="16"/>
              </w:rPr>
              <w:t>96</w:t>
            </w:r>
          </w:p>
        </w:tc>
        <w:tc>
          <w:tcPr>
            <w:tcW w:type="dxa" w:w="1728"/>
          </w:tcPr>
          <w:p>
            <w:pPr>
              <w:spacing w:after="0"/>
              <w:jc w:val="right"/>
            </w:pPr>
            <w:r>
              <w:rPr>
                <w:sz w:val="16"/>
              </w:rPr>
              <w:t>8</w:t>
            </w:r>
          </w:p>
        </w:tc>
        <w:tc>
          <w:tcPr>
            <w:tcW w:type="dxa" w:w="762"/>
          </w:tcPr>
          <w:p>
            <w:pPr>
              <w:spacing w:after="0"/>
              <w:jc w:val="right"/>
            </w:pPr>
            <w:r>
              <w:rPr>
                <w:sz w:val="16"/>
              </w:rPr>
              <w:t>91</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20 High Wind and 13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11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2</w:t>
            </w:r>
          </w:p>
        </w:tc>
        <w:tc>
          <w:tcPr>
            <w:tcW w:type="dxa" w:w="1216"/>
          </w:tcPr>
          <w:p>
            <w:pPr>
              <w:spacing w:after="0"/>
              <w:jc w:val="right"/>
            </w:pPr>
            <w:r>
              <w:rPr>
                <w:sz w:val="16"/>
              </w:rPr>
              <w:t>1</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56</w:t>
            </w:r>
          </w:p>
        </w:tc>
        <w:tc>
          <w:tcPr>
            <w:tcW w:type="dxa" w:w="1067"/>
          </w:tcPr>
          <w:p>
            <w:pPr>
              <w:spacing w:after="0"/>
              <w:jc w:val="right"/>
            </w:pPr>
            <w:r>
              <w:rPr>
                <w:sz w:val="16"/>
              </w:rPr>
              <w:t>10</w:t>
            </w:r>
          </w:p>
        </w:tc>
        <w:tc>
          <w:tcPr>
            <w:tcW w:type="dxa" w:w="1728"/>
          </w:tcPr>
          <w:p>
            <w:pPr>
              <w:spacing w:after="0"/>
              <w:jc w:val="right"/>
            </w:pPr>
            <w:r>
              <w:rPr>
                <w:sz w:val="16"/>
              </w:rPr>
              <w:t>1</w:t>
            </w:r>
          </w:p>
        </w:tc>
        <w:tc>
          <w:tcPr>
            <w:tcW w:type="dxa" w:w="762"/>
          </w:tcPr>
          <w:p>
            <w:pPr>
              <w:spacing w:after="0"/>
              <w:jc w:val="right"/>
            </w:pPr>
            <w:r>
              <w:rPr>
                <w:sz w:val="16"/>
              </w:rPr>
              <w:t>8</w:t>
            </w:r>
          </w:p>
        </w:tc>
        <w:tc>
          <w:tcPr>
            <w:tcW w:type="dxa" w:w="1490"/>
          </w:tcPr>
          <w:p>
            <w:pPr>
              <w:spacing w:after="0"/>
              <w:jc w:val="right"/>
            </w:pPr>
            <w:r>
              <w:rPr>
                <w:sz w:val="16"/>
              </w:rPr>
              <w:t>7</w:t>
            </w:r>
          </w:p>
        </w:tc>
        <w:tc>
          <w:tcPr>
            <w:tcW w:type="dxa" w:w="1216"/>
          </w:tcPr>
          <w:p>
            <w:pPr>
              <w:spacing w:after="0"/>
              <w:jc w:val="right"/>
            </w:pPr>
            <w:r>
              <w:rPr>
                <w:sz w:val="16"/>
              </w:rPr>
              <w:t>2</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8"/>
        <w:gridCol w:w="1735"/>
        <w:gridCol w:w="2820"/>
        <w:gridCol w:w="925"/>
        <w:gridCol w:w="2246"/>
        <w:gridCol w:w="1011"/>
        <w:gridCol w:w="3040"/>
      </w:tblGrid>
      <w:tr>
        <w:trPr>
          <w:cantSplit/>
          <w:tblHeader/>
        </w:trPr>
        <w:tc>
          <w:tcPr>
            <w:tcW w:type="dxa" w:w="1037"/>
            <w:shd w:val="clear" w:color="auto" w:fill="E8E8E8"/>
          </w:tcPr>
          <w:p>
            <w:pPr>
              <w:spacing w:after="0"/>
              <w:jc w:val="left"/>
            </w:pPr>
            <w:r>
              <w:rPr>
                <w:b/>
                <w:sz w:val="16"/>
              </w:rPr>
              <w:t>Date</w:t>
            </w:r>
          </w:p>
        </w:tc>
        <w:tc>
          <w:tcPr>
            <w:tcW w:type="dxa" w:w="1298"/>
            <w:shd w:val="clear" w:color="auto" w:fill="E8E8E8"/>
          </w:tcPr>
          <w:p>
            <w:pPr>
              <w:spacing w:after="0"/>
              <w:jc w:val="left"/>
            </w:pPr>
            <w:r>
              <w:rPr>
                <w:b/>
                <w:sz w:val="16"/>
              </w:rPr>
              <w:t>Event type</w:t>
            </w:r>
          </w:p>
        </w:tc>
        <w:tc>
          <w:tcPr>
            <w:tcW w:type="dxa" w:w="1735"/>
            <w:shd w:val="clear" w:color="auto" w:fill="E8E8E8"/>
          </w:tcPr>
          <w:p>
            <w:pPr>
              <w:spacing w:after="0"/>
              <w:jc w:val="left"/>
            </w:pPr>
            <w:r>
              <w:rPr>
                <w:b/>
                <w:sz w:val="16"/>
              </w:rPr>
              <w:t>Magnitude or extent</w:t>
            </w:r>
          </w:p>
        </w:tc>
        <w:tc>
          <w:tcPr>
            <w:tcW w:type="dxa" w:w="2820"/>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6"/>
            <w:shd w:val="clear" w:color="auto" w:fill="E8E8E8"/>
          </w:tcPr>
          <w:p>
            <w:pPr>
              <w:spacing w:after="0"/>
              <w:jc w:val="left"/>
            </w:pPr>
            <w:r>
              <w:rPr>
                <w:b/>
                <w:sz w:val="16"/>
              </w:rPr>
              <w:t>Location</w:t>
            </w:r>
          </w:p>
        </w:tc>
        <w:tc>
          <w:tcPr>
            <w:tcW w:type="dxa" w:w="1011"/>
            <w:shd w:val="clear" w:color="auto" w:fill="E8E8E8"/>
          </w:tcPr>
          <w:p>
            <w:pPr>
              <w:spacing w:after="0"/>
              <w:jc w:val="left"/>
            </w:pPr>
            <w:r>
              <w:rPr>
                <w:b/>
                <w:sz w:val="16"/>
              </w:rPr>
              <w:t>Flags</w:t>
            </w:r>
          </w:p>
        </w:tc>
        <w:tc>
          <w:tcPr>
            <w:tcW w:type="dxa" w:w="30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2025-02-11</w:t>
            </w:r>
          </w:p>
        </w:tc>
        <w:tc>
          <w:tcPr>
            <w:tcW w:type="dxa" w:w="1298"/>
          </w:tcPr>
          <w:p>
            <w:pPr>
              <w:spacing w:after="0"/>
              <w:jc w:val="left"/>
            </w:pPr>
            <w:r>
              <w:rPr>
                <w:sz w:val="16"/>
              </w:rPr>
              <w:t>Winter Storm</w:t>
            </w:r>
          </w:p>
        </w:tc>
        <w:tc>
          <w:tcPr>
            <w:tcW w:type="dxa" w:w="1735"/>
          </w:tcPr>
          <w:p>
            <w:pPr>
              <w:spacing w:after="0"/>
              <w:jc w:val="left"/>
            </w:pPr>
          </w:p>
        </w:tc>
        <w:tc>
          <w:tcPr>
            <w:tcW w:type="dxa" w:w="2820"/>
          </w:tcPr>
          <w:p>
            <w:pPr>
              <w:spacing w:after="0"/>
              <w:jc w:val="left"/>
            </w:pPr>
            <w:r>
              <w:rPr>
                <w:sz w:val="16"/>
              </w:rPr>
              <w:t>$60,000 property; $0 crops (zone total, 2025 dollars)</w:t>
            </w:r>
          </w:p>
        </w:tc>
        <w:tc>
          <w:tcPr>
            <w:tcW w:type="dxa" w:w="925"/>
          </w:tcPr>
          <w:p>
            <w:pPr>
              <w:spacing w:after="0"/>
              <w:jc w:val="right"/>
            </w:pPr>
            <w:r>
              <w:rPr>
                <w:sz w:val="16"/>
              </w:rPr>
              <w:t>0, 0</w:t>
            </w:r>
          </w:p>
        </w:tc>
        <w:tc>
          <w:tcPr>
            <w:tcW w:type="dxa" w:w="2246"/>
          </w:tcPr>
          <w:p>
            <w:pPr>
              <w:spacing w:after="0"/>
              <w:jc w:val="left"/>
            </w:pPr>
            <w:r>
              <w:rPr>
                <w:sz w:val="16"/>
              </w:rPr>
              <w:t>NWS zone VAZ045 (CAMPBELL), zone-level</w:t>
            </w:r>
          </w:p>
        </w:tc>
        <w:tc>
          <w:tcPr>
            <w:tcW w:type="dxa" w:w="1011"/>
          </w:tcPr>
          <w:p>
            <w:pPr>
              <w:spacing w:after="0"/>
              <w:jc w:val="left"/>
            </w:pPr>
            <w:r>
              <w:rPr>
                <w:sz w:val="16"/>
              </w:rPr>
              <w:t>new since last plan; within last 5 years</w:t>
            </w:r>
          </w:p>
        </w:tc>
        <w:tc>
          <w:tcPr>
            <w:tcW w:type="dxa" w:w="304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2023-04-06</w:t>
            </w:r>
          </w:p>
        </w:tc>
        <w:tc>
          <w:tcPr>
            <w:tcW w:type="dxa" w:w="1298"/>
          </w:tcPr>
          <w:p>
            <w:pPr>
              <w:spacing w:after="0"/>
              <w:jc w:val="left"/>
            </w:pPr>
            <w:r>
              <w:rPr>
                <w:sz w:val="16"/>
              </w:rPr>
              <w:t>Hail</w:t>
            </w:r>
          </w:p>
        </w:tc>
        <w:tc>
          <w:tcPr>
            <w:tcW w:type="dxa" w:w="1735"/>
          </w:tcPr>
          <w:p>
            <w:pPr>
              <w:spacing w:after="0"/>
              <w:jc w:val="left"/>
            </w:pPr>
            <w:r>
              <w:rPr>
                <w:sz w:val="16"/>
              </w:rPr>
              <w:t>2.5 in</w:t>
            </w:r>
          </w:p>
        </w:tc>
        <w:tc>
          <w:tcPr>
            <w:tcW w:type="dxa" w:w="2820"/>
          </w:tcPr>
          <w:p>
            <w:pPr>
              <w:spacing w:after="0"/>
              <w:jc w:val="left"/>
            </w:pPr>
            <w:r>
              <w:rPr>
                <w:sz w:val="16"/>
              </w:rPr>
              <w:t>$10,000 property; crops not reported (2023 dollars)</w:t>
            </w:r>
          </w:p>
        </w:tc>
        <w:tc>
          <w:tcPr>
            <w:tcW w:type="dxa" w:w="925"/>
          </w:tcPr>
          <w:p>
            <w:pPr>
              <w:spacing w:after="0"/>
              <w:jc w:val="right"/>
            </w:pPr>
            <w:r>
              <w:rPr>
                <w:sz w:val="16"/>
              </w:rPr>
              <w:t>0, 0</w:t>
            </w:r>
          </w:p>
        </w:tc>
        <w:tc>
          <w:tcPr>
            <w:tcW w:type="dxa" w:w="2246"/>
          </w:tcPr>
          <w:p>
            <w:pPr>
              <w:spacing w:after="0"/>
              <w:jc w:val="left"/>
            </w:pPr>
            <w:r>
              <w:rPr>
                <w:sz w:val="16"/>
              </w:rPr>
              <w:t>WINFALL</w:t>
            </w:r>
          </w:p>
        </w:tc>
        <w:tc>
          <w:tcPr>
            <w:tcW w:type="dxa" w:w="1011"/>
          </w:tcPr>
          <w:p>
            <w:pPr>
              <w:spacing w:after="0"/>
              <w:jc w:val="left"/>
            </w:pPr>
            <w:r>
              <w:rPr>
                <w:sz w:val="16"/>
              </w:rPr>
              <w:t>new since last plan; within last 5 years</w:t>
            </w:r>
          </w:p>
        </w:tc>
        <w:tc>
          <w:tcPr>
            <w:tcW w:type="dxa" w:w="3040"/>
          </w:tcPr>
          <w:p>
            <w:pPr>
              <w:spacing w:after="0"/>
              <w:jc w:val="left"/>
            </w:pPr>
            <w:r>
              <w:rPr>
                <w:sz w:val="16"/>
              </w:rPr>
              <w:t>B1-c worst recorded: Hail</w:t>
            </w:r>
          </w:p>
        </w:tc>
      </w:tr>
      <w:tr>
        <w:trPr>
          <w:cantSplit/>
        </w:trPr>
        <w:tc>
          <w:tcPr>
            <w:tcW w:type="dxa" w:w="1037"/>
          </w:tcPr>
          <w:p>
            <w:pPr>
              <w:spacing w:after="0"/>
              <w:jc w:val="left"/>
            </w:pPr>
            <w:r>
              <w:rPr>
                <w:sz w:val="16"/>
              </w:rPr>
              <w:t>2022-09-30</w:t>
            </w:r>
          </w:p>
        </w:tc>
        <w:tc>
          <w:tcPr>
            <w:tcW w:type="dxa" w:w="1298"/>
          </w:tcPr>
          <w:p>
            <w:pPr>
              <w:spacing w:after="0"/>
              <w:jc w:val="left"/>
            </w:pPr>
            <w:r>
              <w:rPr>
                <w:sz w:val="16"/>
              </w:rPr>
              <w:t>Strong Wind</w:t>
            </w:r>
          </w:p>
        </w:tc>
        <w:tc>
          <w:tcPr>
            <w:tcW w:type="dxa" w:w="1735"/>
          </w:tcPr>
          <w:p>
            <w:pPr>
              <w:spacing w:after="0"/>
              <w:jc w:val="left"/>
            </w:pPr>
            <w:r>
              <w:rPr>
                <w:sz w:val="16"/>
              </w:rPr>
              <w:t>46 kt (53 mph) measured gust</w:t>
            </w:r>
          </w:p>
        </w:tc>
        <w:tc>
          <w:tcPr>
            <w:tcW w:type="dxa" w:w="2820"/>
          </w:tcPr>
          <w:p>
            <w:pPr>
              <w:spacing w:after="0"/>
              <w:jc w:val="left"/>
            </w:pPr>
            <w:r>
              <w:rPr>
                <w:sz w:val="16"/>
              </w:rPr>
              <w:t>$40,000 property; $0 crops (zone total, 2022 dollars)</w:t>
            </w:r>
          </w:p>
        </w:tc>
        <w:tc>
          <w:tcPr>
            <w:tcW w:type="dxa" w:w="925"/>
          </w:tcPr>
          <w:p>
            <w:pPr>
              <w:spacing w:after="0"/>
              <w:jc w:val="right"/>
            </w:pPr>
            <w:r>
              <w:rPr>
                <w:sz w:val="16"/>
              </w:rPr>
              <w:t>1, 0</w:t>
            </w:r>
          </w:p>
        </w:tc>
        <w:tc>
          <w:tcPr>
            <w:tcW w:type="dxa" w:w="2246"/>
          </w:tcPr>
          <w:p>
            <w:pPr>
              <w:spacing w:after="0"/>
              <w:jc w:val="left"/>
            </w:pPr>
            <w:r>
              <w:rPr>
                <w:sz w:val="16"/>
              </w:rPr>
              <w:t>NWS zone VAZ045 (CAMPBELL), zone-level</w:t>
            </w:r>
          </w:p>
        </w:tc>
        <w:tc>
          <w:tcPr>
            <w:tcW w:type="dxa" w:w="1011"/>
          </w:tcPr>
          <w:p>
            <w:pPr>
              <w:spacing w:after="0"/>
              <w:jc w:val="left"/>
            </w:pPr>
            <w:r>
              <w:rPr>
                <w:sz w:val="16"/>
              </w:rPr>
              <w:t>new since last plan; within last 5 years</w:t>
            </w:r>
          </w:p>
        </w:tc>
        <w:tc>
          <w:tcPr>
            <w:tcW w:type="dxa" w:w="3040"/>
          </w:tcPr>
          <w:p>
            <w:pPr>
              <w:spacing w:after="0"/>
              <w:jc w:val="left"/>
            </w:pPr>
            <w:r>
              <w:rPr>
                <w:sz w:val="16"/>
              </w:rPr>
              <w:t>deaths or injuries recorded</w:t>
            </w:r>
          </w:p>
        </w:tc>
      </w:tr>
      <w:tr>
        <w:trPr>
          <w:cantSplit/>
        </w:trPr>
        <w:tc>
          <w:tcPr>
            <w:tcW w:type="dxa" w:w="1037"/>
          </w:tcPr>
          <w:p>
            <w:pPr>
              <w:spacing w:after="0"/>
              <w:jc w:val="left"/>
            </w:pPr>
            <w:r>
              <w:rPr>
                <w:sz w:val="16"/>
              </w:rPr>
              <w:t>2014-01-05</w:t>
            </w:r>
          </w:p>
        </w:tc>
        <w:tc>
          <w:tcPr>
            <w:tcW w:type="dxa" w:w="1298"/>
          </w:tcPr>
          <w:p>
            <w:pPr>
              <w:spacing w:after="0"/>
              <w:jc w:val="left"/>
            </w:pPr>
            <w:r>
              <w:rPr>
                <w:sz w:val="16"/>
              </w:rPr>
              <w:t>Winter Weather</w:t>
            </w:r>
          </w:p>
        </w:tc>
        <w:tc>
          <w:tcPr>
            <w:tcW w:type="dxa" w:w="1735"/>
          </w:tcPr>
          <w:p>
            <w:pPr>
              <w:spacing w:after="0"/>
              <w:jc w:val="left"/>
            </w:pPr>
          </w:p>
        </w:tc>
        <w:tc>
          <w:tcPr>
            <w:tcW w:type="dxa" w:w="2820"/>
          </w:tcPr>
          <w:p>
            <w:pPr>
              <w:spacing w:after="0"/>
              <w:jc w:val="left"/>
            </w:pPr>
            <w:r>
              <w:rPr>
                <w:sz w:val="16"/>
              </w:rPr>
              <w:t>$8,000 property; $0 crops (zone total, 2014 dollars)</w:t>
            </w:r>
          </w:p>
        </w:tc>
        <w:tc>
          <w:tcPr>
            <w:tcW w:type="dxa" w:w="925"/>
          </w:tcPr>
          <w:p>
            <w:pPr>
              <w:spacing w:after="0"/>
              <w:jc w:val="right"/>
            </w:pPr>
            <w:r>
              <w:rPr>
                <w:sz w:val="16"/>
              </w:rPr>
              <w:t>1, 0</w:t>
            </w:r>
          </w:p>
        </w:tc>
        <w:tc>
          <w:tcPr>
            <w:tcW w:type="dxa" w:w="2246"/>
          </w:tcPr>
          <w:p>
            <w:pPr>
              <w:spacing w:after="0"/>
              <w:jc w:val="left"/>
            </w:pPr>
            <w:r>
              <w:rPr>
                <w:sz w:val="16"/>
              </w:rPr>
              <w:t>NWS zone VAZ045 (CAMPBELL), zone-level</w:t>
            </w:r>
          </w:p>
        </w:tc>
        <w:tc>
          <w:tcPr>
            <w:tcW w:type="dxa" w:w="1011"/>
          </w:tcPr>
          <w:p>
            <w:pPr>
              <w:spacing w:after="0"/>
              <w:jc w:val="left"/>
            </w:pPr>
          </w:p>
        </w:tc>
        <w:tc>
          <w:tcPr>
            <w:tcW w:type="dxa" w:w="3040"/>
          </w:tcPr>
          <w:p>
            <w:pPr>
              <w:spacing w:after="0"/>
              <w:jc w:val="left"/>
            </w:pPr>
            <w:r>
              <w:rPr>
                <w:sz w:val="16"/>
              </w:rPr>
              <w:t>deaths or injuries recorded</w:t>
            </w:r>
          </w:p>
        </w:tc>
      </w:tr>
      <w:tr>
        <w:trPr>
          <w:cantSplit/>
        </w:trPr>
        <w:tc>
          <w:tcPr>
            <w:tcW w:type="dxa" w:w="1037"/>
          </w:tcPr>
          <w:p>
            <w:pPr>
              <w:spacing w:after="0"/>
              <w:jc w:val="left"/>
            </w:pPr>
            <w:r>
              <w:rPr>
                <w:sz w:val="16"/>
              </w:rPr>
              <w:t>2007-06-09</w:t>
            </w:r>
          </w:p>
        </w:tc>
        <w:tc>
          <w:tcPr>
            <w:tcW w:type="dxa" w:w="1298"/>
          </w:tcPr>
          <w:p>
            <w:pPr>
              <w:spacing w:after="0"/>
              <w:jc w:val="left"/>
            </w:pPr>
            <w:r>
              <w:rPr>
                <w:sz w:val="16"/>
              </w:rPr>
              <w:t>Lightning</w:t>
            </w:r>
          </w:p>
        </w:tc>
        <w:tc>
          <w:tcPr>
            <w:tcW w:type="dxa" w:w="1735"/>
          </w:tcPr>
          <w:p>
            <w:pPr>
              <w:spacing w:after="0"/>
              <w:jc w:val="left"/>
            </w:pPr>
          </w:p>
        </w:tc>
        <w:tc>
          <w:tcPr>
            <w:tcW w:type="dxa" w:w="2820"/>
          </w:tcPr>
          <w:p>
            <w:pPr>
              <w:spacing w:after="0"/>
              <w:jc w:val="left"/>
            </w:pPr>
            <w:r>
              <w:rPr>
                <w:sz w:val="16"/>
              </w:rPr>
              <w:t>$0 property; $0 crops (2007 dollars)</w:t>
            </w:r>
          </w:p>
        </w:tc>
        <w:tc>
          <w:tcPr>
            <w:tcW w:type="dxa" w:w="925"/>
          </w:tcPr>
          <w:p>
            <w:pPr>
              <w:spacing w:after="0"/>
              <w:jc w:val="right"/>
            </w:pPr>
            <w:r>
              <w:rPr>
                <w:sz w:val="16"/>
              </w:rPr>
              <w:t>1, 0</w:t>
            </w:r>
          </w:p>
        </w:tc>
        <w:tc>
          <w:tcPr>
            <w:tcW w:type="dxa" w:w="2246"/>
          </w:tcPr>
          <w:p>
            <w:pPr>
              <w:spacing w:after="0"/>
              <w:jc w:val="left"/>
            </w:pPr>
            <w:r>
              <w:rPr>
                <w:sz w:val="16"/>
              </w:rPr>
              <w:t>GLADYS</w:t>
            </w:r>
          </w:p>
        </w:tc>
        <w:tc>
          <w:tcPr>
            <w:tcW w:type="dxa" w:w="1011"/>
          </w:tcPr>
          <w:p>
            <w:pPr>
              <w:spacing w:after="0"/>
              <w:jc w:val="left"/>
            </w:pPr>
          </w:p>
        </w:tc>
        <w:tc>
          <w:tcPr>
            <w:tcW w:type="dxa" w:w="3040"/>
          </w:tcPr>
          <w:p>
            <w:pPr>
              <w:spacing w:after="0"/>
              <w:jc w:val="left"/>
            </w:pPr>
            <w:r>
              <w:rPr>
                <w:sz w:val="16"/>
              </w:rPr>
              <w:t>deaths or injuries recorded</w:t>
            </w:r>
          </w:p>
        </w:tc>
      </w:tr>
      <w:tr>
        <w:trPr>
          <w:cantSplit/>
        </w:trPr>
        <w:tc>
          <w:tcPr>
            <w:tcW w:type="dxa" w:w="1037"/>
          </w:tcPr>
          <w:p>
            <w:pPr>
              <w:spacing w:after="0"/>
              <w:jc w:val="left"/>
            </w:pPr>
            <w:r>
              <w:rPr>
                <w:sz w:val="16"/>
              </w:rPr>
              <w:t>2004-03-07</w:t>
            </w:r>
          </w:p>
        </w:tc>
        <w:tc>
          <w:tcPr>
            <w:tcW w:type="dxa" w:w="1298"/>
          </w:tcPr>
          <w:p>
            <w:pPr>
              <w:spacing w:after="0"/>
              <w:jc w:val="left"/>
            </w:pPr>
            <w:r>
              <w:rPr>
                <w:sz w:val="16"/>
              </w:rPr>
              <w:t>High Wind</w:t>
            </w:r>
          </w:p>
        </w:tc>
        <w:tc>
          <w:tcPr>
            <w:tcW w:type="dxa" w:w="1735"/>
          </w:tcPr>
          <w:p>
            <w:pPr>
              <w:spacing w:after="0"/>
              <w:jc w:val="left"/>
            </w:pPr>
            <w:r>
              <w:rPr>
                <w:sz w:val="16"/>
              </w:rPr>
              <w:t>60 kt (69 mph) estimated gust</w:t>
            </w:r>
          </w:p>
        </w:tc>
        <w:tc>
          <w:tcPr>
            <w:tcW w:type="dxa" w:w="2820"/>
          </w:tcPr>
          <w:p>
            <w:pPr>
              <w:spacing w:after="0"/>
              <w:jc w:val="left"/>
            </w:pPr>
            <w:r>
              <w:rPr>
                <w:sz w:val="16"/>
              </w:rPr>
              <w:t>damage not reported</w:t>
            </w:r>
          </w:p>
        </w:tc>
        <w:tc>
          <w:tcPr>
            <w:tcW w:type="dxa" w:w="925"/>
          </w:tcPr>
          <w:p>
            <w:pPr>
              <w:spacing w:after="0"/>
              <w:jc w:val="right"/>
            </w:pPr>
            <w:r>
              <w:rPr>
                <w:sz w:val="16"/>
              </w:rPr>
              <w:t>0, 0</w:t>
            </w:r>
          </w:p>
        </w:tc>
        <w:tc>
          <w:tcPr>
            <w:tcW w:type="dxa" w:w="2246"/>
          </w:tcPr>
          <w:p>
            <w:pPr>
              <w:spacing w:after="0"/>
              <w:jc w:val="left"/>
            </w:pPr>
            <w:r>
              <w:rPr>
                <w:sz w:val="16"/>
              </w:rPr>
              <w:t>NWS zone VAZ045 (CAMPBELL / LYNCHBURG), zone-level</w:t>
            </w:r>
          </w:p>
        </w:tc>
        <w:tc>
          <w:tcPr>
            <w:tcW w:type="dxa" w:w="1011"/>
          </w:tcPr>
          <w:p>
            <w:pPr>
              <w:spacing w:after="0"/>
              <w:jc w:val="left"/>
            </w:pPr>
          </w:p>
        </w:tc>
        <w:tc>
          <w:tcPr>
            <w:tcW w:type="dxa" w:w="3040"/>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298"/>
          </w:tcPr>
          <w:p>
            <w:pPr>
              <w:spacing w:after="0"/>
              <w:jc w:val="left"/>
            </w:pPr>
            <w:r>
              <w:rPr>
                <w:sz w:val="16"/>
              </w:rPr>
              <w:t>Tropical Storm</w:t>
            </w:r>
          </w:p>
        </w:tc>
        <w:tc>
          <w:tcPr>
            <w:tcW w:type="dxa" w:w="1735"/>
          </w:tcPr>
          <w:p>
            <w:pPr>
              <w:spacing w:after="0"/>
              <w:jc w:val="left"/>
            </w:pPr>
          </w:p>
        </w:tc>
        <w:tc>
          <w:tcPr>
            <w:tcW w:type="dxa" w:w="2820"/>
          </w:tcPr>
          <w:p>
            <w:pPr>
              <w:spacing w:after="0"/>
              <w:jc w:val="left"/>
            </w:pPr>
            <w:r>
              <w:rPr>
                <w:sz w:val="16"/>
              </w:rPr>
              <w:t>$100,000 property; $0 crops (zone total, 2003 dollars)</w:t>
            </w:r>
          </w:p>
        </w:tc>
        <w:tc>
          <w:tcPr>
            <w:tcW w:type="dxa" w:w="925"/>
          </w:tcPr>
          <w:p>
            <w:pPr>
              <w:spacing w:after="0"/>
              <w:jc w:val="right"/>
            </w:pPr>
            <w:r>
              <w:rPr>
                <w:sz w:val="16"/>
              </w:rPr>
              <w:t>0, 0</w:t>
            </w:r>
          </w:p>
        </w:tc>
        <w:tc>
          <w:tcPr>
            <w:tcW w:type="dxa" w:w="2246"/>
          </w:tcPr>
          <w:p>
            <w:pPr>
              <w:spacing w:after="0"/>
              <w:jc w:val="left"/>
            </w:pPr>
            <w:r>
              <w:rPr>
                <w:sz w:val="16"/>
              </w:rPr>
              <w:t>NWS zone VAZ045 (CAMPBELL / LYNCHBURG), zone-level</w:t>
            </w:r>
          </w:p>
        </w:tc>
        <w:tc>
          <w:tcPr>
            <w:tcW w:type="dxa" w:w="1011"/>
          </w:tcPr>
          <w:p>
            <w:pPr>
              <w:spacing w:after="0"/>
              <w:jc w:val="left"/>
            </w:pPr>
          </w:p>
        </w:tc>
        <w:tc>
          <w:tcPr>
            <w:tcW w:type="dxa" w:w="304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2002-11-11</w:t>
            </w:r>
          </w:p>
        </w:tc>
        <w:tc>
          <w:tcPr>
            <w:tcW w:type="dxa" w:w="1298"/>
          </w:tcPr>
          <w:p>
            <w:pPr>
              <w:spacing w:after="0"/>
              <w:jc w:val="left"/>
            </w:pPr>
            <w:r>
              <w:rPr>
                <w:sz w:val="16"/>
              </w:rPr>
              <w:t>Thunderstorm Wind</w:t>
            </w:r>
          </w:p>
        </w:tc>
        <w:tc>
          <w:tcPr>
            <w:tcW w:type="dxa" w:w="1735"/>
          </w:tcPr>
          <w:p>
            <w:pPr>
              <w:spacing w:after="0"/>
              <w:jc w:val="left"/>
            </w:pPr>
            <w:r>
              <w:rPr>
                <w:sz w:val="16"/>
              </w:rPr>
              <w:t>75 kt (86 mph) estimated gust</w:t>
            </w:r>
          </w:p>
        </w:tc>
        <w:tc>
          <w:tcPr>
            <w:tcW w:type="dxa" w:w="2820"/>
          </w:tcPr>
          <w:p>
            <w:pPr>
              <w:spacing w:after="0"/>
              <w:jc w:val="left"/>
            </w:pPr>
            <w:r>
              <w:rPr>
                <w:sz w:val="16"/>
              </w:rPr>
              <w:t>$0 property; crops not reported (2002 dollars)</w:t>
            </w:r>
          </w:p>
        </w:tc>
        <w:tc>
          <w:tcPr>
            <w:tcW w:type="dxa" w:w="925"/>
          </w:tcPr>
          <w:p>
            <w:pPr>
              <w:spacing w:after="0"/>
              <w:jc w:val="right"/>
            </w:pPr>
            <w:r>
              <w:rPr>
                <w:sz w:val="16"/>
              </w:rPr>
              <w:t>0, 0</w:t>
            </w:r>
          </w:p>
        </w:tc>
        <w:tc>
          <w:tcPr>
            <w:tcW w:type="dxa" w:w="2246"/>
          </w:tcPr>
          <w:p>
            <w:pPr>
              <w:spacing w:after="0"/>
              <w:jc w:val="left"/>
            </w:pPr>
            <w:r>
              <w:rPr>
                <w:sz w:val="16"/>
              </w:rPr>
              <w:t>RUSTBURG</w:t>
            </w:r>
          </w:p>
        </w:tc>
        <w:tc>
          <w:tcPr>
            <w:tcW w:type="dxa" w:w="1011"/>
          </w:tcPr>
          <w:p>
            <w:pPr>
              <w:spacing w:after="0"/>
              <w:jc w:val="left"/>
            </w:pPr>
          </w:p>
        </w:tc>
        <w:tc>
          <w:tcPr>
            <w:tcW w:type="dxa" w:w="3040"/>
          </w:tcPr>
          <w:p>
            <w:pPr>
              <w:spacing w:after="0"/>
              <w:jc w:val="left"/>
            </w:pPr>
            <w:r>
              <w:rPr>
                <w:sz w:val="16"/>
              </w:rPr>
              <w:t>B1-c worst recorded: Thunderstorm Wind</w:t>
            </w:r>
          </w:p>
        </w:tc>
      </w:tr>
      <w:tr>
        <w:trPr>
          <w:cantSplit/>
        </w:trPr>
        <w:tc>
          <w:tcPr>
            <w:tcW w:type="dxa" w:w="1037"/>
          </w:tcPr>
          <w:p>
            <w:pPr>
              <w:spacing w:after="0"/>
              <w:jc w:val="left"/>
            </w:pPr>
            <w:r>
              <w:rPr>
                <w:sz w:val="16"/>
              </w:rPr>
              <w:t>2002-04-28</w:t>
            </w:r>
          </w:p>
        </w:tc>
        <w:tc>
          <w:tcPr>
            <w:tcW w:type="dxa" w:w="1298"/>
          </w:tcPr>
          <w:p>
            <w:pPr>
              <w:spacing w:after="0"/>
              <w:jc w:val="left"/>
            </w:pPr>
            <w:r>
              <w:rPr>
                <w:sz w:val="16"/>
              </w:rPr>
              <w:t>Tornado</w:t>
            </w:r>
          </w:p>
        </w:tc>
        <w:tc>
          <w:tcPr>
            <w:tcW w:type="dxa" w:w="1735"/>
          </w:tcPr>
          <w:p>
            <w:pPr>
              <w:spacing w:after="0"/>
              <w:jc w:val="left"/>
            </w:pPr>
            <w:r>
              <w:rPr>
                <w:sz w:val="16"/>
              </w:rPr>
              <w:t>F2, 5 mi within this county, 100 yd wide</w:t>
            </w:r>
          </w:p>
        </w:tc>
        <w:tc>
          <w:tcPr>
            <w:tcW w:type="dxa" w:w="2820"/>
          </w:tcPr>
          <w:p>
            <w:pPr>
              <w:spacing w:after="0"/>
              <w:jc w:val="left"/>
            </w:pPr>
            <w:r>
              <w:rPr>
                <w:sz w:val="16"/>
              </w:rPr>
              <w:t>$3,000,000 property; crops not reported (2002 dollars)</w:t>
            </w:r>
          </w:p>
        </w:tc>
        <w:tc>
          <w:tcPr>
            <w:tcW w:type="dxa" w:w="925"/>
          </w:tcPr>
          <w:p>
            <w:pPr>
              <w:spacing w:after="0"/>
              <w:jc w:val="right"/>
            </w:pPr>
            <w:r>
              <w:rPr>
                <w:sz w:val="16"/>
              </w:rPr>
              <w:t>0, 11</w:t>
            </w:r>
          </w:p>
        </w:tc>
        <w:tc>
          <w:tcPr>
            <w:tcW w:type="dxa" w:w="2246"/>
          </w:tcPr>
          <w:p>
            <w:pPr>
              <w:spacing w:after="0"/>
              <w:jc w:val="left"/>
            </w:pPr>
            <w:r>
              <w:rPr>
                <w:sz w:val="16"/>
              </w:rPr>
              <w:t>RUSTBURG</w:t>
            </w:r>
          </w:p>
        </w:tc>
        <w:tc>
          <w:tcPr>
            <w:tcW w:type="dxa" w:w="1011"/>
          </w:tcPr>
          <w:p>
            <w:pPr>
              <w:spacing w:after="0"/>
              <w:jc w:val="left"/>
            </w:pPr>
          </w:p>
        </w:tc>
        <w:tc>
          <w:tcPr>
            <w:tcW w:type="dxa" w:w="3040"/>
          </w:tcPr>
          <w:p>
            <w:pPr>
              <w:spacing w:after="0"/>
              <w:jc w:val="left"/>
            </w:pPr>
            <w:r>
              <w:rPr>
                <w:sz w:val="16"/>
              </w:rPr>
              <w:t>B1-c worst recorded: Tornado</w:t>
            </w:r>
          </w:p>
        </w:tc>
      </w:tr>
      <w:tr>
        <w:trPr>
          <w:cantSplit/>
        </w:trPr>
        <w:tc>
          <w:tcPr>
            <w:tcW w:type="dxa" w:w="1037"/>
          </w:tcPr>
          <w:p>
            <w:pPr>
              <w:spacing w:after="0"/>
              <w:jc w:val="left"/>
            </w:pPr>
            <w:r>
              <w:rPr>
                <w:sz w:val="16"/>
              </w:rPr>
              <w:t>1999-06-01</w:t>
            </w:r>
          </w:p>
        </w:tc>
        <w:tc>
          <w:tcPr>
            <w:tcW w:type="dxa" w:w="1298"/>
          </w:tcPr>
          <w:p>
            <w:pPr>
              <w:spacing w:after="0"/>
              <w:jc w:val="left"/>
            </w:pPr>
            <w:r>
              <w:rPr>
                <w:sz w:val="16"/>
              </w:rPr>
              <w:t>Drought</w:t>
            </w:r>
          </w:p>
        </w:tc>
        <w:tc>
          <w:tcPr>
            <w:tcW w:type="dxa" w:w="1735"/>
          </w:tcPr>
          <w:p>
            <w:pPr>
              <w:spacing w:after="0"/>
              <w:jc w:val="left"/>
            </w:pPr>
          </w:p>
        </w:tc>
        <w:tc>
          <w:tcPr>
            <w:tcW w:type="dxa" w:w="2820"/>
          </w:tcPr>
          <w:p>
            <w:pPr>
              <w:spacing w:after="0"/>
              <w:jc w:val="left"/>
            </w:pPr>
            <w:r>
              <w:rPr>
                <w:sz w:val="16"/>
              </w:rPr>
              <w:t>damage not reported</w:t>
            </w:r>
          </w:p>
        </w:tc>
        <w:tc>
          <w:tcPr>
            <w:tcW w:type="dxa" w:w="925"/>
          </w:tcPr>
          <w:p>
            <w:pPr>
              <w:spacing w:after="0"/>
              <w:jc w:val="right"/>
            </w:pPr>
            <w:r>
              <w:rPr>
                <w:sz w:val="16"/>
              </w:rPr>
              <w:t>0, 0</w:t>
            </w:r>
          </w:p>
        </w:tc>
        <w:tc>
          <w:tcPr>
            <w:tcW w:type="dxa" w:w="2246"/>
          </w:tcPr>
          <w:p>
            <w:pPr>
              <w:spacing w:after="0"/>
              <w:jc w:val="left"/>
            </w:pPr>
            <w:r>
              <w:rPr>
                <w:sz w:val="16"/>
              </w:rPr>
              <w:t>NWS zone VAZ045 (CAMPBELL), zone-level</w:t>
            </w:r>
          </w:p>
        </w:tc>
        <w:tc>
          <w:tcPr>
            <w:tcW w:type="dxa" w:w="1011"/>
          </w:tcPr>
          <w:p>
            <w:pPr>
              <w:spacing w:after="0"/>
              <w:jc w:val="left"/>
            </w:pPr>
          </w:p>
        </w:tc>
        <w:tc>
          <w:tcPr>
            <w:tcW w:type="dxa" w:w="3040"/>
          </w:tcPr>
          <w:p>
            <w:pPr>
              <w:spacing w:after="0"/>
              <w:jc w:val="left"/>
            </w:pPr>
            <w:r>
              <w:rPr>
                <w:sz w:val="16"/>
              </w:rPr>
              <w:t>B1-c worst recorded: Drought</w:t>
            </w:r>
          </w:p>
        </w:tc>
      </w:tr>
      <w:tr>
        <w:trPr>
          <w:cantSplit/>
        </w:trPr>
        <w:tc>
          <w:tcPr>
            <w:tcW w:type="dxa" w:w="1037"/>
          </w:tcPr>
          <w:p>
            <w:pPr>
              <w:spacing w:after="0"/>
              <w:jc w:val="left"/>
            </w:pPr>
            <w:r>
              <w:rPr>
                <w:sz w:val="16"/>
              </w:rPr>
              <w:t>1996-09-06</w:t>
            </w:r>
          </w:p>
        </w:tc>
        <w:tc>
          <w:tcPr>
            <w:tcW w:type="dxa" w:w="1298"/>
          </w:tcPr>
          <w:p>
            <w:pPr>
              <w:spacing w:after="0"/>
              <w:jc w:val="left"/>
            </w:pPr>
            <w:r>
              <w:rPr>
                <w:sz w:val="16"/>
              </w:rPr>
              <w:t>Flash Flood</w:t>
            </w:r>
          </w:p>
        </w:tc>
        <w:tc>
          <w:tcPr>
            <w:tcW w:type="dxa" w:w="1735"/>
          </w:tcPr>
          <w:p>
            <w:pPr>
              <w:spacing w:after="0"/>
              <w:jc w:val="left"/>
            </w:pPr>
          </w:p>
        </w:tc>
        <w:tc>
          <w:tcPr>
            <w:tcW w:type="dxa" w:w="2820"/>
          </w:tcPr>
          <w:p>
            <w:pPr>
              <w:spacing w:after="0"/>
              <w:jc w:val="left"/>
            </w:pPr>
            <w:r>
              <w:rPr>
                <w:sz w:val="16"/>
              </w:rPr>
              <w:t>$1,300,000 property; $500,000 crops (1996 dollars)</w:t>
            </w:r>
          </w:p>
        </w:tc>
        <w:tc>
          <w:tcPr>
            <w:tcW w:type="dxa" w:w="925"/>
          </w:tcPr>
          <w:p>
            <w:pPr>
              <w:spacing w:after="0"/>
              <w:jc w:val="right"/>
            </w:pPr>
            <w:r>
              <w:rPr>
                <w:sz w:val="16"/>
              </w:rPr>
              <w:t>0, 0</w:t>
            </w:r>
          </w:p>
        </w:tc>
        <w:tc>
          <w:tcPr>
            <w:tcW w:type="dxa" w:w="2246"/>
          </w:tcPr>
          <w:p>
            <w:pPr>
              <w:spacing w:after="0"/>
              <w:jc w:val="left"/>
            </w:pPr>
            <w:r>
              <w:rPr>
                <w:sz w:val="16"/>
              </w:rPr>
              <w:t>COUNTYWIDE</w:t>
            </w:r>
          </w:p>
        </w:tc>
        <w:tc>
          <w:tcPr>
            <w:tcW w:type="dxa" w:w="1011"/>
          </w:tcPr>
          <w:p>
            <w:pPr>
              <w:spacing w:after="0"/>
              <w:jc w:val="left"/>
            </w:pPr>
          </w:p>
        </w:tc>
        <w:tc>
          <w:tcPr>
            <w:tcW w:type="dxa" w:w="30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1996-03-08</w:t>
            </w:r>
          </w:p>
        </w:tc>
        <w:tc>
          <w:tcPr>
            <w:tcW w:type="dxa" w:w="1298"/>
          </w:tcPr>
          <w:p>
            <w:pPr>
              <w:spacing w:after="0"/>
              <w:jc w:val="left"/>
            </w:pPr>
            <w:r>
              <w:rPr>
                <w:sz w:val="16"/>
              </w:rPr>
              <w:t>Cold/Wind Chill</w:t>
            </w:r>
          </w:p>
        </w:tc>
        <w:tc>
          <w:tcPr>
            <w:tcW w:type="dxa" w:w="1735"/>
          </w:tcPr>
          <w:p>
            <w:pPr>
              <w:spacing w:after="0"/>
              <w:jc w:val="left"/>
            </w:pPr>
          </w:p>
        </w:tc>
        <w:tc>
          <w:tcPr>
            <w:tcW w:type="dxa" w:w="2820"/>
          </w:tcPr>
          <w:p>
            <w:pPr>
              <w:spacing w:after="0"/>
              <w:jc w:val="left"/>
            </w:pPr>
            <w:r>
              <w:rPr>
                <w:sz w:val="16"/>
              </w:rPr>
              <w:t>property not reported; $12,000 crops (zone total, 1996 dollars)</w:t>
            </w:r>
          </w:p>
        </w:tc>
        <w:tc>
          <w:tcPr>
            <w:tcW w:type="dxa" w:w="925"/>
          </w:tcPr>
          <w:p>
            <w:pPr>
              <w:spacing w:after="0"/>
              <w:jc w:val="right"/>
            </w:pPr>
            <w:r>
              <w:rPr>
                <w:sz w:val="16"/>
              </w:rPr>
              <w:t>0, 0</w:t>
            </w:r>
          </w:p>
        </w:tc>
        <w:tc>
          <w:tcPr>
            <w:tcW w:type="dxa" w:w="2246"/>
          </w:tcPr>
          <w:p>
            <w:pPr>
              <w:spacing w:after="0"/>
              <w:jc w:val="left"/>
            </w:pPr>
            <w:r>
              <w:rPr>
                <w:sz w:val="16"/>
              </w:rPr>
              <w:t>NWS zone VAZ045 (CAMPBELL), zone-level</w:t>
            </w:r>
          </w:p>
        </w:tc>
        <w:tc>
          <w:tcPr>
            <w:tcW w:type="dxa" w:w="1011"/>
          </w:tcPr>
          <w:p>
            <w:pPr>
              <w:spacing w:after="0"/>
              <w:jc w:val="left"/>
            </w:pPr>
          </w:p>
        </w:tc>
        <w:tc>
          <w:tcPr>
            <w:tcW w:type="dxa" w:w="3040"/>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(730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0.842</w:t>
            </w:r>
          </w:p>
        </w:tc>
        <w:tc>
          <w:tcPr>
            <w:tcW w:type="dxa" w:w="1280"/>
          </w:tcPr>
          <w:p>
            <w:pPr>
              <w:spacing w:after="0"/>
              <w:jc w:val="left"/>
            </w:pPr>
            <w:r>
              <w:rPr>
                <w:sz w:val="16"/>
              </w:rPr>
              <w:t>event-days per year</w:t>
            </w:r>
          </w:p>
        </w:tc>
        <w:tc>
          <w:tcPr>
            <w:tcW w:type="dxa" w:w="1583"/>
          </w:tcPr>
          <w:p>
            <w:pPr>
              <w:spacing w:after="0"/>
              <w:jc w:val="left"/>
            </w:pPr>
            <w:r>
              <w:rPr>
                <w:sz w:val="16"/>
              </w:rPr>
              <w:t>about 0.842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16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7.63</w:t>
            </w:r>
          </w:p>
        </w:tc>
        <w:tc>
          <w:tcPr>
            <w:tcW w:type="dxa" w:w="1280"/>
          </w:tcPr>
          <w:p>
            <w:pPr>
              <w:spacing w:after="0"/>
              <w:jc w:val="left"/>
            </w:pPr>
            <w:r>
              <w:rPr>
                <w:sz w:val="16"/>
              </w:rPr>
              <w:t>event-days per year</w:t>
            </w:r>
          </w:p>
        </w:tc>
        <w:tc>
          <w:tcPr>
            <w:tcW w:type="dxa" w:w="1583"/>
          </w:tcPr>
          <w:p>
            <w:pPr>
              <w:spacing w:after="0"/>
              <w:jc w:val="left"/>
            </w:pPr>
            <w:r>
              <w:rPr>
                <w:sz w:val="16"/>
              </w:rPr>
              <w:t>about 7.63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252</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0.00155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0.155%</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3.46</w:t>
            </w:r>
          </w:p>
        </w:tc>
        <w:tc>
          <w:tcPr>
            <w:tcW w:type="dxa" w:w="1280"/>
          </w:tcPr>
          <w:p>
            <w:pPr>
              <w:spacing w:after="0"/>
              <w:jc w:val="left"/>
            </w:pPr>
            <w:r>
              <w:rPr>
                <w:sz w:val="16"/>
              </w:rPr>
              <w:t>events per year</w:t>
            </w:r>
          </w:p>
        </w:tc>
        <w:tc>
          <w:tcPr>
            <w:tcW w:type="dxa" w:w="1583"/>
          </w:tcPr>
          <w:p>
            <w:pPr>
              <w:spacing w:after="0"/>
              <w:jc w:val="left"/>
            </w:pPr>
            <w:r>
              <w:rPr>
                <w:sz w:val="16"/>
              </w:rPr>
              <w:t>about 3.46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131.3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1.89</w:t>
            </w:r>
          </w:p>
        </w:tc>
        <w:tc>
          <w:tcPr>
            <w:tcW w:type="dxa" w:w="1280"/>
          </w:tcPr>
          <w:p>
            <w:pPr>
              <w:spacing w:after="0"/>
              <w:jc w:val="left"/>
            </w:pPr>
            <w:r>
              <w:rPr>
                <w:sz w:val="16"/>
              </w:rPr>
              <w:t>event-days per year</w:t>
            </w:r>
          </w:p>
        </w:tc>
        <w:tc>
          <w:tcPr>
            <w:tcW w:type="dxa" w:w="1583"/>
          </w:tcPr>
          <w:p>
            <w:pPr>
              <w:spacing w:after="0"/>
              <w:jc w:val="left"/>
            </w:pPr>
            <w:r>
              <w:rPr>
                <w:sz w:val="16"/>
              </w:rPr>
              <w:t>about 1.89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31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8"/>
          </w:tcPr>
          <w:p>
            <w:pPr>
              <w:spacing w:after="0"/>
              <w:jc w:val="right"/>
            </w:pPr>
            <w:r>
              <w:rPr>
                <w:sz w:val="16"/>
              </w:rPr>
              <w:t>0.0729</w:t>
            </w:r>
          </w:p>
        </w:tc>
        <w:tc>
          <w:tcPr>
            <w:tcW w:type="dxa" w:w="1280"/>
          </w:tcPr>
          <w:p>
            <w:pPr>
              <w:spacing w:after="0"/>
              <w:jc w:val="left"/>
            </w:pPr>
            <w:r>
              <w:rPr>
                <w:sz w:val="16"/>
              </w:rPr>
              <w:t>events per year</w:t>
            </w:r>
          </w:p>
        </w:tc>
        <w:tc>
          <w:tcPr>
            <w:tcW w:type="dxa" w:w="1583"/>
          </w:tcPr>
          <w:p>
            <w:pPr>
              <w:spacing w:after="0"/>
              <w:jc w:val="left"/>
            </w:pPr>
            <w:r>
              <w:rPr>
                <w:sz w:val="16"/>
              </w:rPr>
              <w:t>about 1 in 14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22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1.84</w:t>
            </w:r>
          </w:p>
        </w:tc>
        <w:tc>
          <w:tcPr>
            <w:tcW w:type="dxa" w:w="1280"/>
          </w:tcPr>
          <w:p>
            <w:pPr>
              <w:spacing w:after="0"/>
              <w:jc w:val="left"/>
            </w:pPr>
            <w:r>
              <w:rPr>
                <w:sz w:val="16"/>
              </w:rPr>
              <w:t>event-days per year</w:t>
            </w:r>
          </w:p>
        </w:tc>
        <w:tc>
          <w:tcPr>
            <w:tcW w:type="dxa" w:w="1583"/>
          </w:tcPr>
          <w:p>
            <w:pPr>
              <w:spacing w:after="0"/>
              <w:jc w:val="left"/>
            </w:pPr>
            <w:r>
              <w:rPr>
                <w:sz w:val="16"/>
              </w:rPr>
              <w:t>about 1.84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124</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1.82</w:t>
            </w:r>
          </w:p>
        </w:tc>
        <w:tc>
          <w:tcPr>
            <w:tcW w:type="dxa" w:w="1280"/>
          </w:tcPr>
          <w:p>
            <w:pPr>
              <w:spacing w:after="0"/>
              <w:jc w:val="left"/>
            </w:pPr>
            <w:r>
              <w:rPr>
                <w:sz w:val="16"/>
              </w:rPr>
              <w:t>event-days per year</w:t>
            </w:r>
          </w:p>
        </w:tc>
        <w:tc>
          <w:tcPr>
            <w:tcW w:type="dxa" w:w="1583"/>
          </w:tcPr>
          <w:p>
            <w:pPr>
              <w:spacing w:after="0"/>
              <w:jc w:val="left"/>
            </w:pPr>
            <w:r>
              <w:rPr>
                <w:sz w:val="16"/>
              </w:rPr>
              <w:t>about 1.82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24 of 30 years, 1996 to 2025 (80%)</w:t>
            </w:r>
          </w:p>
        </w:tc>
        <w:tc>
          <w:tcPr>
            <w:tcW w:type="dxa" w:w="1524"/>
          </w:tcPr>
          <w:p>
            <w:pPr>
              <w:spacing w:after="0"/>
              <w:jc w:val="right"/>
            </w:pPr>
            <w:r>
              <w:rPr>
                <w:sz w:val="16"/>
              </w:rPr>
              <w:t>51</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0.684</w:t>
            </w:r>
          </w:p>
        </w:tc>
        <w:tc>
          <w:tcPr>
            <w:tcW w:type="dxa" w:w="1280"/>
          </w:tcPr>
          <w:p>
            <w:pPr>
              <w:spacing w:after="0"/>
              <w:jc w:val="left"/>
            </w:pPr>
            <w:r>
              <w:rPr>
                <w:sz w:val="16"/>
              </w:rPr>
              <w:t>events per year (modeled)</w:t>
            </w:r>
          </w:p>
        </w:tc>
        <w:tc>
          <w:tcPr>
            <w:tcW w:type="dxa" w:w="1583"/>
          </w:tcPr>
          <w:p>
            <w:pPr>
              <w:spacing w:after="0"/>
              <w:jc w:val="left"/>
            </w:pPr>
            <w:r>
              <w:rPr>
                <w:sz w:val="16"/>
              </w:rPr>
              <w:t>about 0.68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42.9</w:t>
            </w:r>
          </w:p>
        </w:tc>
        <w:tc>
          <w:tcPr>
            <w:tcW w:type="dxa" w:w="1280"/>
          </w:tcPr>
          <w:p>
            <w:pPr>
              <w:spacing w:after="0"/>
              <w:jc w:val="left"/>
            </w:pPr>
            <w:r>
              <w:rPr>
                <w:sz w:val="16"/>
              </w:rPr>
              <w:t>days per year with a strike</w:t>
            </w:r>
          </w:p>
        </w:tc>
        <w:tc>
          <w:tcPr>
            <w:tcW w:type="dxa" w:w="1583"/>
          </w:tcPr>
          <w:p>
            <w:pPr>
              <w:spacing w:after="0"/>
              <w:jc w:val="left"/>
            </w:pPr>
            <w:r>
              <w:rPr>
                <w:sz w:val="16"/>
              </w:rPr>
              <w:t>about 42.9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2.91</w:t>
            </w:r>
          </w:p>
        </w:tc>
        <w:tc>
          <w:tcPr>
            <w:tcW w:type="dxa" w:w="1280"/>
          </w:tcPr>
          <w:p>
            <w:pPr>
              <w:spacing w:after="0"/>
              <w:jc w:val="left"/>
            </w:pPr>
            <w:r>
              <w:rPr>
                <w:sz w:val="16"/>
              </w:rPr>
              <w:t>events per year</w:t>
            </w:r>
          </w:p>
        </w:tc>
        <w:tc>
          <w:tcPr>
            <w:tcW w:type="dxa" w:w="1583"/>
          </w:tcPr>
          <w:p>
            <w:pPr>
              <w:spacing w:after="0"/>
              <w:jc w:val="left"/>
            </w:pPr>
            <w:r>
              <w:rPr>
                <w:sz w:val="16"/>
              </w:rPr>
              <w:t>about 2.91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111</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0.131</w:t>
            </w:r>
          </w:p>
        </w:tc>
        <w:tc>
          <w:tcPr>
            <w:tcW w:type="dxa" w:w="1280"/>
          </w:tcPr>
          <w:p>
            <w:pPr>
              <w:spacing w:after="0"/>
              <w:jc w:val="left"/>
            </w:pPr>
            <w:r>
              <w:rPr>
                <w:sz w:val="16"/>
              </w:rPr>
              <w:t>events per year</w:t>
            </w:r>
          </w:p>
        </w:tc>
        <w:tc>
          <w:tcPr>
            <w:tcW w:type="dxa" w:w="1583"/>
          </w:tcPr>
          <w:p>
            <w:pPr>
              <w:spacing w:after="0"/>
              <w:jc w:val="left"/>
            </w:pPr>
            <w:r>
              <w:rPr>
                <w:sz w:val="16"/>
              </w:rPr>
              <w:t>about 1 in 8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0.000454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0.0454%</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7.68</w:t>
            </w:r>
          </w:p>
        </w:tc>
        <w:tc>
          <w:tcPr>
            <w:tcW w:type="dxa" w:w="1280"/>
          </w:tcPr>
          <w:p>
            <w:pPr>
              <w:spacing w:after="0"/>
              <w:jc w:val="left"/>
            </w:pPr>
            <w:r>
              <w:rPr>
                <w:sz w:val="16"/>
              </w:rPr>
              <w:t>event-days per year</w:t>
            </w:r>
          </w:p>
        </w:tc>
        <w:tc>
          <w:tcPr>
            <w:tcW w:type="dxa" w:w="1583"/>
          </w:tcPr>
          <w:p>
            <w:pPr>
              <w:spacing w:after="0"/>
              <w:jc w:val="left"/>
            </w:pPr>
            <w:r>
              <w:rPr>
                <w:sz w:val="16"/>
              </w:rPr>
              <w:t>about 7.68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21 of 30 years, 1996 to 2025 (70%)</w:t>
            </w:r>
          </w:p>
        </w:tc>
        <w:tc>
          <w:tcPr>
            <w:tcW w:type="dxa" w:w="1524"/>
          </w:tcPr>
          <w:p>
            <w:pPr>
              <w:spacing w:after="0"/>
              <w:jc w:val="right"/>
            </w:pPr>
            <w:r>
              <w:rPr>
                <w:sz w:val="16"/>
              </w:rPr>
              <w:t>146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262</w:t>
            </w:r>
          </w:p>
        </w:tc>
        <w:tc>
          <w:tcPr>
            <w:tcW w:type="dxa" w:w="1381"/>
          </w:tcPr>
          <w:p>
            <w:pPr>
              <w:spacing w:after="0"/>
              <w:jc w:val="right"/>
            </w:pPr>
            <w:r>
              <w:rPr>
                <w:sz w:val="16"/>
              </w:rPr>
              <w:t>30</w:t>
            </w:r>
          </w:p>
        </w:tc>
        <w:tc>
          <w:tcPr>
            <w:tcW w:type="dxa" w:w="1381"/>
          </w:tcPr>
          <w:p>
            <w:pPr>
              <w:spacing w:after="0"/>
              <w:jc w:val="right"/>
            </w:pPr>
            <w:r>
              <w:rPr>
                <w:sz w:val="16"/>
              </w:rPr>
              <w:t>8.73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57"/>
        <w:gridCol w:w="1786"/>
        <w:gridCol w:w="1348"/>
        <w:gridCol w:w="1414"/>
        <w:gridCol w:w="1348"/>
        <w:gridCol w:w="6058"/>
      </w:tblGrid>
      <w:tr>
        <w:trPr>
          <w:cantSplit/>
          <w:tblHeader/>
        </w:trPr>
        <w:tc>
          <w:tcPr>
            <w:tcW w:type="dxa" w:w="2157"/>
            <w:vMerge w:val="restart"/>
            <w:shd w:val="clear" w:color="auto" w:fill="E8E8E8"/>
          </w:tcPr>
          <w:p>
            <w:pPr>
              <w:spacing w:after="0"/>
              <w:jc w:val="left"/>
            </w:pPr>
            <w:r>
              <w:rPr>
                <w:b/>
                <w:sz w:val="16"/>
              </w:rPr>
              <w:t>Hazard</w:t>
            </w:r>
          </w:p>
        </w:tc>
        <w:tc>
          <w:tcPr>
            <w:tcW w:type="dxa" w:w="178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05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48"/>
            <w:shd w:val="clear" w:color="auto" w:fill="E8E8E8"/>
          </w:tcPr>
          <w:p>
            <w:pPr>
              <w:spacing w:after="0"/>
              <w:jc w:val="right"/>
            </w:pPr>
            <w:r>
              <w:rPr>
                <w:b/>
                <w:sz w:val="16"/>
              </w:rPr>
              <w:t>Min</w:t>
            </w:r>
          </w:p>
        </w:tc>
        <w:tc>
          <w:tcPr>
            <w:tcW w:type="dxa" w:w="1414"/>
            <w:shd w:val="clear" w:color="auto" w:fill="E8E8E8"/>
          </w:tcPr>
          <w:p>
            <w:pPr>
              <w:spacing w:after="0"/>
              <w:jc w:val="right"/>
            </w:pPr>
            <w:r>
              <w:rPr>
                <w:b/>
                <w:sz w:val="16"/>
              </w:rPr>
              <w:t>Median</w:t>
            </w:r>
          </w:p>
        </w:tc>
        <w:tc>
          <w:tcPr>
            <w:tcW w:type="dxa" w:w="1348"/>
            <w:shd w:val="clear" w:color="auto" w:fill="E8E8E8"/>
          </w:tcPr>
          <w:p>
            <w:pPr>
              <w:spacing w:after="0"/>
              <w:jc w:val="right"/>
            </w:pPr>
            <w:r>
              <w:rPr>
                <w:b/>
                <w:sz w:val="16"/>
              </w:rPr>
              <w:t>Max</w:t>
            </w:r>
          </w:p>
        </w:tc>
        <w:tc>
          <w:tcPr>
            <w:tcW w:type="dxa" w:w="2352"/>
            <w:vMerge/>
          </w:tcPr>
          <w:p/>
        </w:tc>
      </w:tr>
      <w:tr>
        <w:trPr>
          <w:cantSplit/>
        </w:trPr>
        <w:tc>
          <w:tcPr>
            <w:tcW w:type="dxa" w:w="2157"/>
          </w:tcPr>
          <w:p>
            <w:pPr>
              <w:spacing w:after="0"/>
              <w:jc w:val="left"/>
            </w:pPr>
            <w:r>
              <w:rPr>
                <w:sz w:val="16"/>
              </w:rPr>
              <w:t>Cold Wave</w:t>
            </w:r>
          </w:p>
        </w:tc>
        <w:tc>
          <w:tcPr>
            <w:tcW w:type="dxa" w:w="1786"/>
          </w:tcPr>
          <w:p>
            <w:pPr>
              <w:spacing w:after="0"/>
              <w:jc w:val="right"/>
            </w:pPr>
            <w:r>
              <w:rPr>
                <w:sz w:val="16"/>
              </w:rPr>
              <w:t>12 of 12</w:t>
            </w:r>
          </w:p>
        </w:tc>
        <w:tc>
          <w:tcPr>
            <w:tcW w:type="dxa" w:w="1348"/>
          </w:tcPr>
          <w:p>
            <w:pPr>
              <w:spacing w:after="0"/>
              <w:jc w:val="right"/>
            </w:pPr>
            <w:r>
              <w:rPr>
                <w:sz w:val="16"/>
              </w:rPr>
              <w:t>20.5</w:t>
            </w:r>
          </w:p>
        </w:tc>
        <w:tc>
          <w:tcPr>
            <w:tcW w:type="dxa" w:w="1414"/>
          </w:tcPr>
          <w:p>
            <w:pPr>
              <w:spacing w:after="0"/>
              <w:jc w:val="right"/>
            </w:pPr>
            <w:r>
              <w:rPr>
                <w:sz w:val="16"/>
              </w:rPr>
              <w:t>23.4</w:t>
            </w:r>
          </w:p>
        </w:tc>
        <w:tc>
          <w:tcPr>
            <w:tcW w:type="dxa" w:w="1348"/>
          </w:tcPr>
          <w:p>
            <w:pPr>
              <w:spacing w:after="0"/>
              <w:jc w:val="right"/>
            </w:pPr>
            <w:r>
              <w:rPr>
                <w:sz w:val="16"/>
              </w:rPr>
              <w:t>26.3</w:t>
            </w:r>
          </w:p>
        </w:tc>
        <w:tc>
          <w:tcPr>
            <w:tcW w:type="dxa" w:w="6058"/>
          </w:tcPr>
          <w:p>
            <w:pPr>
              <w:spacing w:after="0"/>
              <w:jc w:val="left"/>
            </w:pPr>
            <w:r>
              <w:rPr>
                <w:sz w:val="16"/>
              </w:rPr>
              <w:t>Relatively Low 12</w:t>
            </w:r>
          </w:p>
        </w:tc>
      </w:tr>
      <w:tr>
        <w:trPr>
          <w:cantSplit/>
        </w:trPr>
        <w:tc>
          <w:tcPr>
            <w:tcW w:type="dxa" w:w="2157"/>
          </w:tcPr>
          <w:p>
            <w:pPr>
              <w:spacing w:after="0"/>
              <w:jc w:val="left"/>
            </w:pPr>
            <w:r>
              <w:rPr>
                <w:sz w:val="16"/>
              </w:rPr>
              <w:t>Drought</w:t>
            </w:r>
          </w:p>
        </w:tc>
        <w:tc>
          <w:tcPr>
            <w:tcW w:type="dxa" w:w="1786"/>
          </w:tcPr>
          <w:p>
            <w:pPr>
              <w:spacing w:after="0"/>
              <w:jc w:val="right"/>
            </w:pPr>
            <w:r>
              <w:rPr>
                <w:sz w:val="16"/>
              </w:rPr>
              <w:t>9 of 12</w:t>
            </w:r>
          </w:p>
        </w:tc>
        <w:tc>
          <w:tcPr>
            <w:tcW w:type="dxa" w:w="1348"/>
          </w:tcPr>
          <w:p>
            <w:pPr>
              <w:spacing w:after="0"/>
              <w:jc w:val="right"/>
            </w:pPr>
            <w:r>
              <w:rPr>
                <w:sz w:val="16"/>
              </w:rPr>
              <w:t>75.4</w:t>
            </w:r>
          </w:p>
        </w:tc>
        <w:tc>
          <w:tcPr>
            <w:tcW w:type="dxa" w:w="1414"/>
          </w:tcPr>
          <w:p>
            <w:pPr>
              <w:spacing w:after="0"/>
              <w:jc w:val="right"/>
            </w:pPr>
            <w:r>
              <w:rPr>
                <w:sz w:val="16"/>
              </w:rPr>
              <w:t>88.1</w:t>
            </w:r>
          </w:p>
        </w:tc>
        <w:tc>
          <w:tcPr>
            <w:tcW w:type="dxa" w:w="1348"/>
          </w:tcPr>
          <w:p>
            <w:pPr>
              <w:spacing w:after="0"/>
              <w:jc w:val="right"/>
            </w:pPr>
            <w:r>
              <w:rPr>
                <w:sz w:val="16"/>
              </w:rPr>
              <w:t>94.8</w:t>
            </w:r>
          </w:p>
        </w:tc>
        <w:tc>
          <w:tcPr>
            <w:tcW w:type="dxa" w:w="6058"/>
          </w:tcPr>
          <w:p>
            <w:pPr>
              <w:spacing w:after="0"/>
              <w:jc w:val="left"/>
            </w:pPr>
            <w:r>
              <w:rPr>
                <w:sz w:val="16"/>
              </w:rPr>
              <w:t>Relatively Moderate 2, Relatively Low 5, Very Low 2, No Rating 3</w:t>
            </w:r>
          </w:p>
        </w:tc>
      </w:tr>
      <w:tr>
        <w:trPr>
          <w:cantSplit/>
        </w:trPr>
        <w:tc>
          <w:tcPr>
            <w:tcW w:type="dxa" w:w="2157"/>
          </w:tcPr>
          <w:p>
            <w:pPr>
              <w:spacing w:after="0"/>
              <w:jc w:val="left"/>
            </w:pPr>
            <w:r>
              <w:rPr>
                <w:sz w:val="16"/>
              </w:rPr>
              <w:t>Earthquake</w:t>
            </w:r>
          </w:p>
        </w:tc>
        <w:tc>
          <w:tcPr>
            <w:tcW w:type="dxa" w:w="1786"/>
          </w:tcPr>
          <w:p>
            <w:pPr>
              <w:spacing w:after="0"/>
              <w:jc w:val="right"/>
            </w:pPr>
            <w:r>
              <w:rPr>
                <w:sz w:val="16"/>
              </w:rPr>
              <w:t>12 of 12</w:t>
            </w:r>
          </w:p>
        </w:tc>
        <w:tc>
          <w:tcPr>
            <w:tcW w:type="dxa" w:w="1348"/>
          </w:tcPr>
          <w:p>
            <w:pPr>
              <w:spacing w:after="0"/>
              <w:jc w:val="right"/>
            </w:pPr>
            <w:r>
              <w:rPr>
                <w:sz w:val="16"/>
              </w:rPr>
              <w:t>36.3</w:t>
            </w:r>
          </w:p>
        </w:tc>
        <w:tc>
          <w:tcPr>
            <w:tcW w:type="dxa" w:w="1414"/>
          </w:tcPr>
          <w:p>
            <w:pPr>
              <w:spacing w:after="0"/>
              <w:jc w:val="right"/>
            </w:pPr>
            <w:r>
              <w:rPr>
                <w:sz w:val="16"/>
              </w:rPr>
              <w:t>57.4</w:t>
            </w:r>
          </w:p>
        </w:tc>
        <w:tc>
          <w:tcPr>
            <w:tcW w:type="dxa" w:w="1348"/>
          </w:tcPr>
          <w:p>
            <w:pPr>
              <w:spacing w:after="0"/>
              <w:jc w:val="right"/>
            </w:pPr>
            <w:r>
              <w:rPr>
                <w:sz w:val="16"/>
              </w:rPr>
              <w:t>65.4</w:t>
            </w:r>
          </w:p>
        </w:tc>
        <w:tc>
          <w:tcPr>
            <w:tcW w:type="dxa" w:w="6058"/>
          </w:tcPr>
          <w:p>
            <w:pPr>
              <w:spacing w:after="0"/>
              <w:jc w:val="left"/>
            </w:pPr>
            <w:r>
              <w:rPr>
                <w:sz w:val="16"/>
              </w:rPr>
              <w:t>Relatively Low 11, Very Low 1</w:t>
            </w:r>
          </w:p>
        </w:tc>
      </w:tr>
      <w:tr>
        <w:trPr>
          <w:cantSplit/>
        </w:trPr>
        <w:tc>
          <w:tcPr>
            <w:tcW w:type="dxa" w:w="2157"/>
          </w:tcPr>
          <w:p>
            <w:pPr>
              <w:spacing w:after="0"/>
              <w:jc w:val="left"/>
            </w:pPr>
            <w:r>
              <w:rPr>
                <w:sz w:val="16"/>
              </w:rPr>
              <w:t>Hail</w:t>
            </w:r>
          </w:p>
        </w:tc>
        <w:tc>
          <w:tcPr>
            <w:tcW w:type="dxa" w:w="1786"/>
          </w:tcPr>
          <w:p>
            <w:pPr>
              <w:spacing w:after="0"/>
              <w:jc w:val="right"/>
            </w:pPr>
            <w:r>
              <w:rPr>
                <w:sz w:val="16"/>
              </w:rPr>
              <w:t>12 of 12</w:t>
            </w:r>
          </w:p>
        </w:tc>
        <w:tc>
          <w:tcPr>
            <w:tcW w:type="dxa" w:w="1348"/>
          </w:tcPr>
          <w:p>
            <w:pPr>
              <w:spacing w:after="0"/>
              <w:jc w:val="right"/>
            </w:pPr>
            <w:r>
              <w:rPr>
                <w:sz w:val="16"/>
              </w:rPr>
              <w:t>45.9</w:t>
            </w:r>
          </w:p>
        </w:tc>
        <w:tc>
          <w:tcPr>
            <w:tcW w:type="dxa" w:w="1414"/>
          </w:tcPr>
          <w:p>
            <w:pPr>
              <w:spacing w:after="0"/>
              <w:jc w:val="right"/>
            </w:pPr>
            <w:r>
              <w:rPr>
                <w:sz w:val="16"/>
              </w:rPr>
              <w:t>55.9</w:t>
            </w:r>
          </w:p>
        </w:tc>
        <w:tc>
          <w:tcPr>
            <w:tcW w:type="dxa" w:w="1348"/>
          </w:tcPr>
          <w:p>
            <w:pPr>
              <w:spacing w:after="0"/>
              <w:jc w:val="right"/>
            </w:pPr>
            <w:r>
              <w:rPr>
                <w:sz w:val="16"/>
              </w:rPr>
              <w:t>63.6</w:t>
            </w:r>
          </w:p>
        </w:tc>
        <w:tc>
          <w:tcPr>
            <w:tcW w:type="dxa" w:w="6058"/>
          </w:tcPr>
          <w:p>
            <w:pPr>
              <w:spacing w:after="0"/>
              <w:jc w:val="left"/>
            </w:pPr>
            <w:r>
              <w:rPr>
                <w:sz w:val="16"/>
              </w:rPr>
              <w:t>Relatively Low 12</w:t>
            </w:r>
          </w:p>
        </w:tc>
      </w:tr>
      <w:tr>
        <w:trPr>
          <w:cantSplit/>
        </w:trPr>
        <w:tc>
          <w:tcPr>
            <w:tcW w:type="dxa" w:w="2157"/>
          </w:tcPr>
          <w:p>
            <w:pPr>
              <w:spacing w:after="0"/>
              <w:jc w:val="left"/>
            </w:pPr>
            <w:r>
              <w:rPr>
                <w:sz w:val="16"/>
              </w:rPr>
              <w:t>Heat Wave</w:t>
            </w:r>
          </w:p>
        </w:tc>
        <w:tc>
          <w:tcPr>
            <w:tcW w:type="dxa" w:w="1786"/>
          </w:tcPr>
          <w:p>
            <w:pPr>
              <w:spacing w:after="0"/>
              <w:jc w:val="right"/>
            </w:pPr>
            <w:r>
              <w:rPr>
                <w:sz w:val="16"/>
              </w:rPr>
              <w:t>12 of 12</w:t>
            </w:r>
          </w:p>
        </w:tc>
        <w:tc>
          <w:tcPr>
            <w:tcW w:type="dxa" w:w="1348"/>
          </w:tcPr>
          <w:p>
            <w:pPr>
              <w:spacing w:after="0"/>
              <w:jc w:val="right"/>
            </w:pPr>
            <w:r>
              <w:rPr>
                <w:sz w:val="16"/>
              </w:rPr>
              <w:t>14.0</w:t>
            </w:r>
          </w:p>
        </w:tc>
        <w:tc>
          <w:tcPr>
            <w:tcW w:type="dxa" w:w="1414"/>
          </w:tcPr>
          <w:p>
            <w:pPr>
              <w:spacing w:after="0"/>
              <w:jc w:val="right"/>
            </w:pPr>
            <w:r>
              <w:rPr>
                <w:sz w:val="16"/>
              </w:rPr>
              <w:t>27.9</w:t>
            </w:r>
          </w:p>
        </w:tc>
        <w:tc>
          <w:tcPr>
            <w:tcW w:type="dxa" w:w="1348"/>
          </w:tcPr>
          <w:p>
            <w:pPr>
              <w:spacing w:after="0"/>
              <w:jc w:val="right"/>
            </w:pPr>
            <w:r>
              <w:rPr>
                <w:sz w:val="16"/>
              </w:rPr>
              <w:t>43.7</w:t>
            </w:r>
          </w:p>
        </w:tc>
        <w:tc>
          <w:tcPr>
            <w:tcW w:type="dxa" w:w="6058"/>
          </w:tcPr>
          <w:p>
            <w:pPr>
              <w:spacing w:after="0"/>
              <w:jc w:val="left"/>
            </w:pPr>
            <w:r>
              <w:rPr>
                <w:sz w:val="16"/>
              </w:rPr>
              <w:t>Relatively Low 11, Very Low 1</w:t>
            </w:r>
          </w:p>
        </w:tc>
      </w:tr>
      <w:tr>
        <w:trPr>
          <w:cantSplit/>
        </w:trPr>
        <w:tc>
          <w:tcPr>
            <w:tcW w:type="dxa" w:w="2157"/>
          </w:tcPr>
          <w:p>
            <w:pPr>
              <w:spacing w:after="0"/>
              <w:jc w:val="left"/>
            </w:pPr>
            <w:r>
              <w:rPr>
                <w:sz w:val="16"/>
              </w:rPr>
              <w:t>Hurricane</w:t>
            </w:r>
          </w:p>
        </w:tc>
        <w:tc>
          <w:tcPr>
            <w:tcW w:type="dxa" w:w="1786"/>
          </w:tcPr>
          <w:p>
            <w:pPr>
              <w:spacing w:after="0"/>
              <w:jc w:val="right"/>
            </w:pPr>
            <w:r>
              <w:rPr>
                <w:sz w:val="16"/>
              </w:rPr>
              <w:t>12 of 12</w:t>
            </w:r>
          </w:p>
        </w:tc>
        <w:tc>
          <w:tcPr>
            <w:tcW w:type="dxa" w:w="1348"/>
          </w:tcPr>
          <w:p>
            <w:pPr>
              <w:spacing w:after="0"/>
              <w:jc w:val="right"/>
            </w:pPr>
            <w:r>
              <w:rPr>
                <w:sz w:val="16"/>
              </w:rPr>
              <w:t>62.5</w:t>
            </w:r>
          </w:p>
        </w:tc>
        <w:tc>
          <w:tcPr>
            <w:tcW w:type="dxa" w:w="1414"/>
          </w:tcPr>
          <w:p>
            <w:pPr>
              <w:spacing w:after="0"/>
              <w:jc w:val="right"/>
            </w:pPr>
            <w:r>
              <w:rPr>
                <w:sz w:val="16"/>
              </w:rPr>
              <w:t>71.9</w:t>
            </w:r>
          </w:p>
        </w:tc>
        <w:tc>
          <w:tcPr>
            <w:tcW w:type="dxa" w:w="1348"/>
          </w:tcPr>
          <w:p>
            <w:pPr>
              <w:spacing w:after="0"/>
              <w:jc w:val="right"/>
            </w:pPr>
            <w:r>
              <w:rPr>
                <w:sz w:val="16"/>
              </w:rPr>
              <w:t>76.5</w:t>
            </w:r>
          </w:p>
        </w:tc>
        <w:tc>
          <w:tcPr>
            <w:tcW w:type="dxa" w:w="6058"/>
          </w:tcPr>
          <w:p>
            <w:pPr>
              <w:spacing w:after="0"/>
              <w:jc w:val="left"/>
            </w:pPr>
            <w:r>
              <w:rPr>
                <w:sz w:val="16"/>
              </w:rPr>
              <w:t>Relatively Low 12</w:t>
            </w:r>
          </w:p>
        </w:tc>
      </w:tr>
      <w:tr>
        <w:trPr>
          <w:cantSplit/>
        </w:trPr>
        <w:tc>
          <w:tcPr>
            <w:tcW w:type="dxa" w:w="2157"/>
          </w:tcPr>
          <w:p>
            <w:pPr>
              <w:spacing w:after="0"/>
              <w:jc w:val="left"/>
            </w:pPr>
            <w:r>
              <w:rPr>
                <w:sz w:val="16"/>
              </w:rPr>
              <w:t>Ice Storm</w:t>
            </w:r>
          </w:p>
        </w:tc>
        <w:tc>
          <w:tcPr>
            <w:tcW w:type="dxa" w:w="1786"/>
          </w:tcPr>
          <w:p>
            <w:pPr>
              <w:spacing w:after="0"/>
              <w:jc w:val="right"/>
            </w:pPr>
            <w:r>
              <w:rPr>
                <w:sz w:val="16"/>
              </w:rPr>
              <w:t>12 of 12</w:t>
            </w:r>
          </w:p>
        </w:tc>
        <w:tc>
          <w:tcPr>
            <w:tcW w:type="dxa" w:w="1348"/>
          </w:tcPr>
          <w:p>
            <w:pPr>
              <w:spacing w:after="0"/>
              <w:jc w:val="right"/>
            </w:pPr>
            <w:r>
              <w:rPr>
                <w:sz w:val="16"/>
              </w:rPr>
              <w:t>28.8</w:t>
            </w:r>
          </w:p>
        </w:tc>
        <w:tc>
          <w:tcPr>
            <w:tcW w:type="dxa" w:w="1414"/>
          </w:tcPr>
          <w:p>
            <w:pPr>
              <w:spacing w:after="0"/>
              <w:jc w:val="right"/>
            </w:pPr>
            <w:r>
              <w:rPr>
                <w:sz w:val="16"/>
              </w:rPr>
              <w:t>53.4</w:t>
            </w:r>
          </w:p>
        </w:tc>
        <w:tc>
          <w:tcPr>
            <w:tcW w:type="dxa" w:w="1348"/>
          </w:tcPr>
          <w:p>
            <w:pPr>
              <w:spacing w:after="0"/>
              <w:jc w:val="right"/>
            </w:pPr>
            <w:r>
              <w:rPr>
                <w:sz w:val="16"/>
              </w:rPr>
              <w:t>66.5</w:t>
            </w:r>
          </w:p>
        </w:tc>
        <w:tc>
          <w:tcPr>
            <w:tcW w:type="dxa" w:w="6058"/>
          </w:tcPr>
          <w:p>
            <w:pPr>
              <w:spacing w:after="0"/>
              <w:jc w:val="left"/>
            </w:pPr>
            <w:r>
              <w:rPr>
                <w:sz w:val="16"/>
              </w:rPr>
              <w:t>Relatively Low 11, Very Low 1</w:t>
            </w:r>
          </w:p>
        </w:tc>
      </w:tr>
      <w:tr>
        <w:trPr>
          <w:cantSplit/>
        </w:trPr>
        <w:tc>
          <w:tcPr>
            <w:tcW w:type="dxa" w:w="2157"/>
          </w:tcPr>
          <w:p>
            <w:pPr>
              <w:spacing w:after="0"/>
              <w:jc w:val="left"/>
            </w:pPr>
            <w:r>
              <w:rPr>
                <w:sz w:val="16"/>
              </w:rPr>
              <w:t>Inland Flooding</w:t>
            </w:r>
          </w:p>
        </w:tc>
        <w:tc>
          <w:tcPr>
            <w:tcW w:type="dxa" w:w="1786"/>
          </w:tcPr>
          <w:p>
            <w:pPr>
              <w:spacing w:after="0"/>
              <w:jc w:val="right"/>
            </w:pPr>
            <w:r>
              <w:rPr>
                <w:sz w:val="16"/>
              </w:rPr>
              <w:t>12 of 12</w:t>
            </w:r>
          </w:p>
        </w:tc>
        <w:tc>
          <w:tcPr>
            <w:tcW w:type="dxa" w:w="1348"/>
          </w:tcPr>
          <w:p>
            <w:pPr>
              <w:spacing w:after="0"/>
              <w:jc w:val="right"/>
            </w:pPr>
            <w:r>
              <w:rPr>
                <w:sz w:val="16"/>
              </w:rPr>
              <w:t>13.8</w:t>
            </w:r>
          </w:p>
        </w:tc>
        <w:tc>
          <w:tcPr>
            <w:tcW w:type="dxa" w:w="1414"/>
          </w:tcPr>
          <w:p>
            <w:pPr>
              <w:spacing w:after="0"/>
              <w:jc w:val="right"/>
            </w:pPr>
            <w:r>
              <w:rPr>
                <w:sz w:val="16"/>
              </w:rPr>
              <w:t>42.6</w:t>
            </w:r>
          </w:p>
        </w:tc>
        <w:tc>
          <w:tcPr>
            <w:tcW w:type="dxa" w:w="1348"/>
          </w:tcPr>
          <w:p>
            <w:pPr>
              <w:spacing w:after="0"/>
              <w:jc w:val="right"/>
            </w:pPr>
            <w:r>
              <w:rPr>
                <w:sz w:val="16"/>
              </w:rPr>
              <w:t>84.7</w:t>
            </w:r>
          </w:p>
        </w:tc>
        <w:tc>
          <w:tcPr>
            <w:tcW w:type="dxa" w:w="6058"/>
          </w:tcPr>
          <w:p>
            <w:pPr>
              <w:spacing w:after="0"/>
              <w:jc w:val="left"/>
            </w:pPr>
            <w:r>
              <w:rPr>
                <w:sz w:val="16"/>
              </w:rPr>
              <w:t>Relatively High 1, Relatively Moderate 4, Relatively Low 6, Very Low 1</w:t>
            </w:r>
          </w:p>
        </w:tc>
      </w:tr>
      <w:tr>
        <w:trPr>
          <w:cantSplit/>
        </w:trPr>
        <w:tc>
          <w:tcPr>
            <w:tcW w:type="dxa" w:w="2157"/>
          </w:tcPr>
          <w:p>
            <w:pPr>
              <w:spacing w:after="0"/>
              <w:jc w:val="left"/>
            </w:pPr>
            <w:r>
              <w:rPr>
                <w:sz w:val="16"/>
              </w:rPr>
              <w:t>Landslide</w:t>
            </w:r>
          </w:p>
        </w:tc>
        <w:tc>
          <w:tcPr>
            <w:tcW w:type="dxa" w:w="1786"/>
          </w:tcPr>
          <w:p>
            <w:pPr>
              <w:spacing w:after="0"/>
              <w:jc w:val="right"/>
            </w:pPr>
            <w:r>
              <w:rPr>
                <w:sz w:val="16"/>
              </w:rPr>
              <w:t>12 of 12</w:t>
            </w:r>
          </w:p>
        </w:tc>
        <w:tc>
          <w:tcPr>
            <w:tcW w:type="dxa" w:w="1348"/>
          </w:tcPr>
          <w:p>
            <w:pPr>
              <w:spacing w:after="0"/>
              <w:jc w:val="right"/>
            </w:pPr>
            <w:r>
              <w:rPr>
                <w:sz w:val="16"/>
              </w:rPr>
              <w:t>32.3</w:t>
            </w:r>
          </w:p>
        </w:tc>
        <w:tc>
          <w:tcPr>
            <w:tcW w:type="dxa" w:w="1414"/>
          </w:tcPr>
          <w:p>
            <w:pPr>
              <w:spacing w:after="0"/>
              <w:jc w:val="right"/>
            </w:pPr>
            <w:r>
              <w:rPr>
                <w:sz w:val="16"/>
              </w:rPr>
              <w:t>80.4</w:t>
            </w:r>
          </w:p>
        </w:tc>
        <w:tc>
          <w:tcPr>
            <w:tcW w:type="dxa" w:w="1348"/>
          </w:tcPr>
          <w:p>
            <w:pPr>
              <w:spacing w:after="0"/>
              <w:jc w:val="right"/>
            </w:pPr>
            <w:r>
              <w:rPr>
                <w:sz w:val="16"/>
              </w:rPr>
              <w:t>91.5</w:t>
            </w:r>
          </w:p>
        </w:tc>
        <w:tc>
          <w:tcPr>
            <w:tcW w:type="dxa" w:w="6058"/>
          </w:tcPr>
          <w:p>
            <w:pPr>
              <w:spacing w:after="0"/>
              <w:jc w:val="left"/>
            </w:pPr>
            <w:r>
              <w:rPr>
                <w:sz w:val="16"/>
              </w:rPr>
              <w:t>Relatively Low 6, Very Low 6</w:t>
            </w:r>
          </w:p>
        </w:tc>
      </w:tr>
      <w:tr>
        <w:trPr>
          <w:cantSplit/>
        </w:trPr>
        <w:tc>
          <w:tcPr>
            <w:tcW w:type="dxa" w:w="2157"/>
          </w:tcPr>
          <w:p>
            <w:pPr>
              <w:spacing w:after="0"/>
              <w:jc w:val="left"/>
            </w:pPr>
            <w:r>
              <w:rPr>
                <w:sz w:val="16"/>
              </w:rPr>
              <w:t>Lightning</w:t>
            </w:r>
          </w:p>
        </w:tc>
        <w:tc>
          <w:tcPr>
            <w:tcW w:type="dxa" w:w="1786"/>
          </w:tcPr>
          <w:p>
            <w:pPr>
              <w:spacing w:after="0"/>
              <w:jc w:val="right"/>
            </w:pPr>
            <w:r>
              <w:rPr>
                <w:sz w:val="16"/>
              </w:rPr>
              <w:t>12 of 12</w:t>
            </w:r>
          </w:p>
        </w:tc>
        <w:tc>
          <w:tcPr>
            <w:tcW w:type="dxa" w:w="1348"/>
          </w:tcPr>
          <w:p>
            <w:pPr>
              <w:spacing w:after="0"/>
              <w:jc w:val="right"/>
            </w:pPr>
            <w:r>
              <w:rPr>
                <w:sz w:val="16"/>
              </w:rPr>
              <w:t>78.1</w:t>
            </w:r>
          </w:p>
        </w:tc>
        <w:tc>
          <w:tcPr>
            <w:tcW w:type="dxa" w:w="1414"/>
          </w:tcPr>
          <w:p>
            <w:pPr>
              <w:spacing w:after="0"/>
              <w:jc w:val="right"/>
            </w:pPr>
            <w:r>
              <w:rPr>
                <w:sz w:val="16"/>
              </w:rPr>
              <w:t>92.1</w:t>
            </w:r>
          </w:p>
        </w:tc>
        <w:tc>
          <w:tcPr>
            <w:tcW w:type="dxa" w:w="1348"/>
          </w:tcPr>
          <w:p>
            <w:pPr>
              <w:spacing w:after="0"/>
              <w:jc w:val="right"/>
            </w:pPr>
            <w:r>
              <w:rPr>
                <w:sz w:val="16"/>
              </w:rPr>
              <w:t>97.5</w:t>
            </w:r>
          </w:p>
        </w:tc>
        <w:tc>
          <w:tcPr>
            <w:tcW w:type="dxa" w:w="6058"/>
          </w:tcPr>
          <w:p>
            <w:pPr>
              <w:spacing w:after="0"/>
              <w:jc w:val="left"/>
            </w:pPr>
            <w:r>
              <w:rPr>
                <w:sz w:val="16"/>
              </w:rPr>
              <w:t>Very High 2, Relatively High 10</w:t>
            </w:r>
          </w:p>
        </w:tc>
      </w:tr>
      <w:tr>
        <w:trPr>
          <w:cantSplit/>
        </w:trPr>
        <w:tc>
          <w:tcPr>
            <w:tcW w:type="dxa" w:w="2157"/>
          </w:tcPr>
          <w:p>
            <w:pPr>
              <w:spacing w:after="0"/>
              <w:jc w:val="left"/>
            </w:pPr>
            <w:r>
              <w:rPr>
                <w:sz w:val="16"/>
              </w:rPr>
              <w:t>Strong Wind</w:t>
            </w:r>
          </w:p>
        </w:tc>
        <w:tc>
          <w:tcPr>
            <w:tcW w:type="dxa" w:w="1786"/>
          </w:tcPr>
          <w:p>
            <w:pPr>
              <w:spacing w:after="0"/>
              <w:jc w:val="right"/>
            </w:pPr>
            <w:r>
              <w:rPr>
                <w:sz w:val="16"/>
              </w:rPr>
              <w:t>12 of 12</w:t>
            </w:r>
          </w:p>
        </w:tc>
        <w:tc>
          <w:tcPr>
            <w:tcW w:type="dxa" w:w="1348"/>
          </w:tcPr>
          <w:p>
            <w:pPr>
              <w:spacing w:after="0"/>
              <w:jc w:val="right"/>
            </w:pPr>
            <w:r>
              <w:rPr>
                <w:sz w:val="16"/>
              </w:rPr>
              <w:t>65.2</w:t>
            </w:r>
          </w:p>
        </w:tc>
        <w:tc>
          <w:tcPr>
            <w:tcW w:type="dxa" w:w="1414"/>
          </w:tcPr>
          <w:p>
            <w:pPr>
              <w:spacing w:after="0"/>
              <w:jc w:val="right"/>
            </w:pPr>
            <w:r>
              <w:rPr>
                <w:sz w:val="16"/>
              </w:rPr>
              <w:t>83.6</w:t>
            </w:r>
          </w:p>
        </w:tc>
        <w:tc>
          <w:tcPr>
            <w:tcW w:type="dxa" w:w="1348"/>
          </w:tcPr>
          <w:p>
            <w:pPr>
              <w:spacing w:after="0"/>
              <w:jc w:val="right"/>
            </w:pPr>
            <w:r>
              <w:rPr>
                <w:sz w:val="16"/>
              </w:rPr>
              <w:t>90.6</w:t>
            </w:r>
          </w:p>
        </w:tc>
        <w:tc>
          <w:tcPr>
            <w:tcW w:type="dxa" w:w="6058"/>
          </w:tcPr>
          <w:p>
            <w:pPr>
              <w:spacing w:after="0"/>
              <w:jc w:val="left"/>
            </w:pPr>
            <w:r>
              <w:rPr>
                <w:sz w:val="16"/>
              </w:rPr>
              <w:t>Relatively High 7, Relatively Moderate 5</w:t>
            </w:r>
          </w:p>
        </w:tc>
      </w:tr>
      <w:tr>
        <w:trPr>
          <w:cantSplit/>
        </w:trPr>
        <w:tc>
          <w:tcPr>
            <w:tcW w:type="dxa" w:w="2157"/>
          </w:tcPr>
          <w:p>
            <w:pPr>
              <w:spacing w:after="0"/>
              <w:jc w:val="left"/>
            </w:pPr>
            <w:r>
              <w:rPr>
                <w:sz w:val="16"/>
              </w:rPr>
              <w:t>Tornado</w:t>
            </w:r>
          </w:p>
        </w:tc>
        <w:tc>
          <w:tcPr>
            <w:tcW w:type="dxa" w:w="1786"/>
          </w:tcPr>
          <w:p>
            <w:pPr>
              <w:spacing w:after="0"/>
              <w:jc w:val="right"/>
            </w:pPr>
            <w:r>
              <w:rPr>
                <w:sz w:val="16"/>
              </w:rPr>
              <w:t>12 of 12</w:t>
            </w:r>
          </w:p>
        </w:tc>
        <w:tc>
          <w:tcPr>
            <w:tcW w:type="dxa" w:w="1348"/>
          </w:tcPr>
          <w:p>
            <w:pPr>
              <w:spacing w:after="0"/>
              <w:jc w:val="right"/>
            </w:pPr>
            <w:r>
              <w:rPr>
                <w:sz w:val="16"/>
              </w:rPr>
              <w:t>27.0</w:t>
            </w:r>
          </w:p>
        </w:tc>
        <w:tc>
          <w:tcPr>
            <w:tcW w:type="dxa" w:w="1414"/>
          </w:tcPr>
          <w:p>
            <w:pPr>
              <w:spacing w:after="0"/>
              <w:jc w:val="right"/>
            </w:pPr>
            <w:r>
              <w:rPr>
                <w:sz w:val="16"/>
              </w:rPr>
              <w:t>34.7</w:t>
            </w:r>
          </w:p>
        </w:tc>
        <w:tc>
          <w:tcPr>
            <w:tcW w:type="dxa" w:w="1348"/>
          </w:tcPr>
          <w:p>
            <w:pPr>
              <w:spacing w:after="0"/>
              <w:jc w:val="right"/>
            </w:pPr>
            <w:r>
              <w:rPr>
                <w:sz w:val="16"/>
              </w:rPr>
              <w:t>42.4</w:t>
            </w:r>
          </w:p>
        </w:tc>
        <w:tc>
          <w:tcPr>
            <w:tcW w:type="dxa" w:w="6058"/>
          </w:tcPr>
          <w:p>
            <w:pPr>
              <w:spacing w:after="0"/>
              <w:jc w:val="left"/>
            </w:pPr>
            <w:r>
              <w:rPr>
                <w:sz w:val="16"/>
              </w:rPr>
              <w:t>Relatively Low 10, Very Low 2</w:t>
            </w:r>
          </w:p>
        </w:tc>
      </w:tr>
      <w:tr>
        <w:trPr>
          <w:cantSplit/>
        </w:trPr>
        <w:tc>
          <w:tcPr>
            <w:tcW w:type="dxa" w:w="2157"/>
          </w:tcPr>
          <w:p>
            <w:pPr>
              <w:spacing w:after="0"/>
              <w:jc w:val="left"/>
            </w:pPr>
            <w:r>
              <w:rPr>
                <w:sz w:val="16"/>
              </w:rPr>
              <w:t>Wildfire</w:t>
            </w:r>
          </w:p>
        </w:tc>
        <w:tc>
          <w:tcPr>
            <w:tcW w:type="dxa" w:w="1786"/>
          </w:tcPr>
          <w:p>
            <w:pPr>
              <w:spacing w:after="0"/>
              <w:jc w:val="right"/>
            </w:pPr>
            <w:r>
              <w:rPr>
                <w:sz w:val="16"/>
              </w:rPr>
              <w:t>12 of 12</w:t>
            </w:r>
          </w:p>
        </w:tc>
        <w:tc>
          <w:tcPr>
            <w:tcW w:type="dxa" w:w="1348"/>
          </w:tcPr>
          <w:p>
            <w:pPr>
              <w:spacing w:after="0"/>
              <w:jc w:val="right"/>
            </w:pPr>
            <w:r>
              <w:rPr>
                <w:sz w:val="16"/>
              </w:rPr>
              <w:t>22.8</w:t>
            </w:r>
          </w:p>
        </w:tc>
        <w:tc>
          <w:tcPr>
            <w:tcW w:type="dxa" w:w="1414"/>
          </w:tcPr>
          <w:p>
            <w:pPr>
              <w:spacing w:after="0"/>
              <w:jc w:val="right"/>
            </w:pPr>
            <w:r>
              <w:rPr>
                <w:sz w:val="16"/>
              </w:rPr>
              <w:t>71.4</w:t>
            </w:r>
          </w:p>
        </w:tc>
        <w:tc>
          <w:tcPr>
            <w:tcW w:type="dxa" w:w="1348"/>
          </w:tcPr>
          <w:p>
            <w:pPr>
              <w:spacing w:after="0"/>
              <w:jc w:val="right"/>
            </w:pPr>
            <w:r>
              <w:rPr>
                <w:sz w:val="16"/>
              </w:rPr>
              <w:t>84.6</w:t>
            </w:r>
          </w:p>
        </w:tc>
        <w:tc>
          <w:tcPr>
            <w:tcW w:type="dxa" w:w="6058"/>
          </w:tcPr>
          <w:p>
            <w:pPr>
              <w:spacing w:after="0"/>
              <w:jc w:val="left"/>
            </w:pPr>
            <w:r>
              <w:rPr>
                <w:sz w:val="16"/>
              </w:rPr>
              <w:t>Relatively Low 7, Very Low 5</w:t>
            </w:r>
          </w:p>
        </w:tc>
      </w:tr>
      <w:tr>
        <w:trPr>
          <w:cantSplit/>
        </w:trPr>
        <w:tc>
          <w:tcPr>
            <w:tcW w:type="dxa" w:w="2157"/>
          </w:tcPr>
          <w:p>
            <w:pPr>
              <w:spacing w:after="0"/>
              <w:jc w:val="left"/>
            </w:pPr>
            <w:r>
              <w:rPr>
                <w:sz w:val="16"/>
              </w:rPr>
              <w:t>Winter Weather</w:t>
            </w:r>
          </w:p>
        </w:tc>
        <w:tc>
          <w:tcPr>
            <w:tcW w:type="dxa" w:w="1786"/>
          </w:tcPr>
          <w:p>
            <w:pPr>
              <w:spacing w:after="0"/>
              <w:jc w:val="right"/>
            </w:pPr>
            <w:r>
              <w:rPr>
                <w:sz w:val="16"/>
              </w:rPr>
              <w:t>12 of 12</w:t>
            </w:r>
          </w:p>
        </w:tc>
        <w:tc>
          <w:tcPr>
            <w:tcW w:type="dxa" w:w="1348"/>
          </w:tcPr>
          <w:p>
            <w:pPr>
              <w:spacing w:after="0"/>
              <w:jc w:val="right"/>
            </w:pPr>
            <w:r>
              <w:rPr>
                <w:sz w:val="16"/>
              </w:rPr>
              <w:t>59.1</w:t>
            </w:r>
          </w:p>
        </w:tc>
        <w:tc>
          <w:tcPr>
            <w:tcW w:type="dxa" w:w="1414"/>
          </w:tcPr>
          <w:p>
            <w:pPr>
              <w:spacing w:after="0"/>
              <w:jc w:val="right"/>
            </w:pPr>
            <w:r>
              <w:rPr>
                <w:sz w:val="16"/>
              </w:rPr>
              <w:t>74.2</w:t>
            </w:r>
          </w:p>
        </w:tc>
        <w:tc>
          <w:tcPr>
            <w:tcW w:type="dxa" w:w="1348"/>
          </w:tcPr>
          <w:p>
            <w:pPr>
              <w:spacing w:after="0"/>
              <w:jc w:val="right"/>
            </w:pPr>
            <w:r>
              <w:rPr>
                <w:sz w:val="16"/>
              </w:rPr>
              <w:t>84.7</w:t>
            </w:r>
          </w:p>
        </w:tc>
        <w:tc>
          <w:tcPr>
            <w:tcW w:type="dxa" w:w="6058"/>
          </w:tcPr>
          <w:p>
            <w:pPr>
              <w:spacing w:after="0"/>
              <w:jc w:val="left"/>
            </w:pPr>
            <w:r>
              <w:rPr>
                <w:sz w:val="16"/>
              </w:rPr>
              <w:t>Relatively High 4, Relatively Moderate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6"/>
        <w:gridCol w:w="841"/>
        <w:gridCol w:w="2499"/>
        <w:gridCol w:w="2610"/>
        <w:gridCol w:w="3384"/>
        <w:gridCol w:w="3052"/>
      </w:tblGrid>
      <w:tr>
        <w:trPr>
          <w:cantSplit/>
          <w:tblHeader/>
        </w:trPr>
        <w:tc>
          <w:tcPr>
            <w:tcW w:type="dxa" w:w="1726"/>
            <w:shd w:val="clear" w:color="auto" w:fill="E8E8E8"/>
          </w:tcPr>
          <w:p>
            <w:pPr>
              <w:spacing w:after="0"/>
              <w:jc w:val="left"/>
            </w:pPr>
            <w:r>
              <w:rPr>
                <w:b/>
                <w:sz w:val="16"/>
              </w:rPr>
              <w:t>Jurisdiction</w:t>
            </w:r>
          </w:p>
        </w:tc>
        <w:tc>
          <w:tcPr>
            <w:tcW w:type="dxa" w:w="841"/>
            <w:shd w:val="clear" w:color="auto" w:fill="E8E8E8"/>
          </w:tcPr>
          <w:p>
            <w:pPr>
              <w:spacing w:after="0"/>
              <w:jc w:val="left"/>
            </w:pPr>
            <w:r>
              <w:rPr>
                <w:b/>
                <w:sz w:val="16"/>
              </w:rPr>
              <w:t>Type</w:t>
            </w:r>
          </w:p>
        </w:tc>
        <w:tc>
          <w:tcPr>
            <w:tcW w:type="dxa" w:w="2499"/>
            <w:shd w:val="clear" w:color="auto" w:fill="E8E8E8"/>
          </w:tcPr>
          <w:p>
            <w:pPr>
              <w:spacing w:after="0"/>
              <w:jc w:val="left"/>
            </w:pPr>
            <w:r>
              <w:rPr>
                <w:b/>
                <w:sz w:val="16"/>
              </w:rPr>
              <w:t>Plan status</w:t>
            </w:r>
          </w:p>
        </w:tc>
        <w:tc>
          <w:tcPr>
            <w:tcW w:type="dxa" w:w="26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6"/>
          </w:tcPr>
          <w:p>
            <w:pPr>
              <w:spacing w:after="0"/>
              <w:jc w:val="left"/>
            </w:pPr>
            <w:r>
              <w:rPr>
                <w:sz w:val="16"/>
              </w:rPr>
              <w:t>Campbell County</w:t>
            </w:r>
          </w:p>
        </w:tc>
        <w:tc>
          <w:tcPr>
            <w:tcW w:type="dxa" w:w="841"/>
          </w:tcPr>
          <w:p>
            <w:pPr>
              <w:spacing w:after="0"/>
              <w:jc w:val="left"/>
            </w:pPr>
            <w:r>
              <w:rPr>
                <w:sz w:val="16"/>
              </w:rPr>
              <w:t>County</w:t>
            </w:r>
          </w:p>
        </w:tc>
        <w:tc>
          <w:tcPr>
            <w:tcW w:type="dxa" w:w="2499"/>
          </w:tcPr>
          <w:p>
            <w:pPr>
              <w:spacing w:after="0"/>
              <w:jc w:val="left"/>
            </w:pPr>
            <w:r>
              <w:rPr>
                <w:sz w:val="16"/>
              </w:rPr>
              <w:t>Expired on 2026-02-08</w:t>
            </w:r>
          </w:p>
        </w:tc>
        <w:tc>
          <w:tcPr>
            <w:tcW w:type="dxa" w:w="2610"/>
          </w:tcPr>
          <w:p>
            <w:pPr>
              <w:spacing w:after="0"/>
              <w:jc w:val="right"/>
            </w:pPr>
            <w:r>
              <w:rPr>
                <w:sz w:val="16"/>
              </w:rPr>
              <w:t>FMA RL 0, SRL 0; any 0</w:t>
            </w:r>
          </w:p>
        </w:tc>
        <w:tc>
          <w:tcPr>
            <w:tcW w:type="dxa" w:w="3384"/>
          </w:tcPr>
          <w:p>
            <w:pPr>
              <w:spacing w:after="0"/>
              <w:jc w:val="right"/>
            </w:pPr>
            <w:r>
              <w:rPr>
                <w:sz w:val="16"/>
              </w:rPr>
              <w:t>$6,632.39</w:t>
            </w:r>
          </w:p>
        </w:tc>
        <w:tc>
          <w:tcPr>
            <w:tcW w:type="dxa" w:w="3052"/>
          </w:tcPr>
          <w:p>
            <w:pPr>
              <w:spacing w:after="0"/>
              <w:jc w:val="right"/>
            </w:pPr>
            <w:r>
              <w:rPr>
                <w:sz w:val="16"/>
              </w:rPr>
              <w:t>0 total; 0 since its plan</w:t>
            </w:r>
          </w:p>
        </w:tc>
      </w:tr>
      <w:tr>
        <w:trPr>
          <w:cantSplit/>
        </w:trPr>
        <w:tc>
          <w:tcPr>
            <w:tcW w:type="dxa" w:w="1726"/>
          </w:tcPr>
          <w:p>
            <w:pPr>
              <w:spacing w:after="0"/>
              <w:jc w:val="left"/>
            </w:pPr>
            <w:r>
              <w:rPr>
                <w:sz w:val="16"/>
              </w:rPr>
              <w:t>Altavista town</w:t>
            </w:r>
          </w:p>
        </w:tc>
        <w:tc>
          <w:tcPr>
            <w:tcW w:type="dxa" w:w="841"/>
          </w:tcPr>
          <w:p>
            <w:pPr>
              <w:spacing w:after="0"/>
              <w:jc w:val="left"/>
            </w:pPr>
            <w:r>
              <w:rPr>
                <w:sz w:val="16"/>
              </w:rPr>
              <w:t>Town</w:t>
            </w:r>
          </w:p>
        </w:tc>
        <w:tc>
          <w:tcPr>
            <w:tcW w:type="dxa" w:w="2499"/>
          </w:tcPr>
          <w:p>
            <w:pPr>
              <w:spacing w:after="0"/>
              <w:jc w:val="left"/>
            </w:pPr>
            <w:r>
              <w:rPr>
                <w:sz w:val="16"/>
              </w:rPr>
              <w:t>Expired on 2026-02-08</w:t>
            </w:r>
          </w:p>
        </w:tc>
        <w:tc>
          <w:tcPr>
            <w:tcW w:type="dxa" w:w="2610"/>
          </w:tcPr>
          <w:p>
            <w:pPr>
              <w:spacing w:after="0"/>
              <w:jc w:val="right"/>
            </w:pPr>
            <w:r>
              <w:rPr>
                <w:sz w:val="16"/>
              </w:rPr>
              <w:t>FMA RL 0, SRL 0; any 1</w:t>
            </w:r>
          </w:p>
        </w:tc>
        <w:tc>
          <w:tcPr>
            <w:tcW w:type="dxa" w:w="3384"/>
          </w:tcPr>
          <w:p>
            <w:pPr>
              <w:spacing w:after="0"/>
              <w:jc w:val="right"/>
            </w:pPr>
            <w:r>
              <w:rPr>
                <w:sz w:val="16"/>
              </w:rPr>
              <w:t>no Public Assistance recorded</w:t>
            </w:r>
          </w:p>
        </w:tc>
        <w:tc>
          <w:tcPr>
            <w:tcW w:type="dxa" w:w="3052"/>
          </w:tcPr>
          <w:p>
            <w:pPr>
              <w:spacing w:after="0"/>
              <w:jc w:val="right"/>
            </w:pPr>
            <w:r>
              <w:rPr>
                <w:sz w:val="16"/>
              </w:rPr>
              <w:t>45 total; 10 since its plan</w:t>
            </w:r>
          </w:p>
        </w:tc>
      </w:tr>
      <w:tr>
        <w:trPr>
          <w:cantSplit/>
        </w:trPr>
        <w:tc>
          <w:tcPr>
            <w:tcW w:type="dxa" w:w="1726"/>
          </w:tcPr>
          <w:p>
            <w:pPr>
              <w:spacing w:after="0"/>
              <w:jc w:val="left"/>
            </w:pPr>
            <w:r>
              <w:rPr>
                <w:sz w:val="16"/>
              </w:rPr>
              <w:t>Brookneal town</w:t>
            </w:r>
          </w:p>
        </w:tc>
        <w:tc>
          <w:tcPr>
            <w:tcW w:type="dxa" w:w="841"/>
          </w:tcPr>
          <w:p>
            <w:pPr>
              <w:spacing w:after="0"/>
              <w:jc w:val="left"/>
            </w:pPr>
            <w:r>
              <w:rPr>
                <w:sz w:val="16"/>
              </w:rPr>
              <w:t>Town</w:t>
            </w:r>
          </w:p>
        </w:tc>
        <w:tc>
          <w:tcPr>
            <w:tcW w:type="dxa" w:w="2499"/>
          </w:tcPr>
          <w:p>
            <w:pPr>
              <w:spacing w:after="0"/>
              <w:jc w:val="left"/>
            </w:pPr>
            <w:r>
              <w:rPr>
                <w:sz w:val="16"/>
              </w:rPr>
              <w:t>Expired on 2026-02-08</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3052"/>
          </w:tcPr>
          <w:p>
            <w:pPr>
              <w:spacing w:after="0"/>
              <w:jc w:val="right"/>
            </w:pPr>
            <w:r>
              <w:rPr>
                <w:sz w:val="16"/>
              </w:rPr>
              <w:t>46 total; 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037"/>
        <w:gridCol w:w="1126"/>
        <w:gridCol w:w="883"/>
        <w:gridCol w:w="1305"/>
        <w:gridCol w:w="1128"/>
        <w:gridCol w:w="1049"/>
        <w:gridCol w:w="1312"/>
        <w:gridCol w:w="158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8"/>
            <w:shd w:val="clear" w:color="auto" w:fill="E8E8E8"/>
          </w:tcPr>
          <w:p>
            <w:pPr>
              <w:spacing w:after="0"/>
              <w:jc w:val="right"/>
            </w:pPr>
            <w:r>
              <w:rPr>
                <w:b/>
                <w:sz w:val="16"/>
              </w:rPr>
              <w:t>Storm Events damage since 2021-02-09</w:t>
            </w:r>
          </w:p>
          <w:p>
            <w:pPr>
              <w:spacing w:after="0"/>
              <w:jc w:val="right"/>
            </w:pPr>
            <w:r>
              <w:rPr>
                <w:i/>
                <w:color w:val="555555"/>
                <w:sz w:val="14"/>
              </w:rPr>
              <w:t>county-coded records, property plus crops, nominal dollars</w:t>
            </w:r>
          </w:p>
        </w:tc>
        <w:tc>
          <w:tcPr>
            <w:tcW w:type="dxa" w:w="10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$9,611,116,011</w:t>
            </w:r>
          </w:p>
        </w:tc>
        <w:tc>
          <w:tcPr>
            <w:tcW w:type="dxa" w:w="1128"/>
          </w:tcPr>
          <w:p>
            <w:pPr>
              <w:spacing w:after="0"/>
              <w:jc w:val="right"/>
            </w:pPr>
            <w:r>
              <w:rPr>
                <w:sz w:val="16"/>
              </w:rPr>
              <w:t>$32,686,295</w:t>
            </w:r>
          </w:p>
        </w:tc>
        <w:tc>
          <w:tcPr>
            <w:tcW w:type="dxa" w:w="1038"/>
          </w:tcPr>
          <w:p>
            <w:pPr>
              <w:spacing w:after="0"/>
              <w:jc w:val="right"/>
            </w:pPr>
            <w:r>
              <w:rPr>
                <w:sz w:val="16"/>
              </w:rPr>
              <w:t>55,667</w:t>
            </w:r>
          </w:p>
        </w:tc>
        <w:tc>
          <w:tcPr>
            <w:tcW w:type="dxa" w:w="1037"/>
          </w:tcPr>
          <w:p>
            <w:pPr>
              <w:spacing w:after="0"/>
              <w:jc w:val="right"/>
            </w:pPr>
            <w:r>
              <w:rPr>
                <w:sz w:val="16"/>
              </w:rPr>
              <w:t>$4,828</w:t>
            </w:r>
          </w:p>
        </w:tc>
        <w:tc>
          <w:tcPr>
            <w:tcW w:type="dxa" w:w="1126"/>
          </w:tcPr>
          <w:p>
            <w:pPr>
              <w:spacing w:after="0"/>
              <w:jc w:val="right"/>
            </w:pPr>
            <w:r>
              <w:rPr>
                <w:sz w:val="16"/>
              </w:rPr>
              <w:t>$12,554</w:t>
            </w:r>
          </w:p>
        </w:tc>
        <w:tc>
          <w:tcPr>
            <w:tcW w:type="dxa" w:w="883"/>
          </w:tcPr>
          <w:p>
            <w:pPr>
              <w:spacing w:after="0"/>
              <w:jc w:val="right"/>
            </w:pPr>
            <w:r>
              <w:rPr>
                <w:sz w:val="16"/>
              </w:rPr>
              <w:t>$68,586</w:t>
            </w:r>
          </w:p>
        </w:tc>
        <w:tc>
          <w:tcPr>
            <w:tcW w:type="dxa" w:w="1305"/>
          </w:tcPr>
          <w:p>
            <w:pPr>
              <w:spacing w:after="0"/>
              <w:jc w:val="right"/>
            </w:pPr>
            <w:r>
              <w:rPr>
                <w:sz w:val="16"/>
              </w:rPr>
              <w:t>under 0.0001%</w:t>
            </w:r>
          </w:p>
        </w:tc>
        <w:tc>
          <w:tcPr>
            <w:tcW w:type="dxa" w:w="1128"/>
          </w:tcPr>
          <w:p>
            <w:pPr>
              <w:spacing w:after="0"/>
              <w:jc w:val="right"/>
            </w:pPr>
          </w:p>
        </w:tc>
        <w:tc>
          <w:tcPr>
            <w:tcW w:type="dxa" w:w="1049"/>
          </w:tcPr>
          <w:p>
            <w:pPr>
              <w:spacing w:after="0"/>
              <w:jc w:val="right"/>
            </w:pPr>
          </w:p>
        </w:tc>
        <w:tc>
          <w:tcPr>
            <w:tcW w:type="dxa" w:w="1312"/>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$6,869,155</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$170,810</w:t>
            </w:r>
          </w:p>
        </w:tc>
        <w:tc>
          <w:tcPr>
            <w:tcW w:type="dxa" w:w="883"/>
          </w:tcPr>
          <w:p>
            <w:pPr>
              <w:spacing w:after="0"/>
              <w:jc w:val="right"/>
            </w:pPr>
            <w:r>
              <w:rPr>
                <w:sz w:val="16"/>
              </w:rPr>
              <w:t>n/a</w:t>
            </w:r>
          </w:p>
        </w:tc>
        <w:tc>
          <w:tcPr>
            <w:tcW w:type="dxa" w:w="1305"/>
          </w:tcPr>
          <w:p>
            <w:pPr>
              <w:spacing w:after="0"/>
              <w:jc w:val="right"/>
            </w:pPr>
            <w:r>
              <w:rPr>
                <w:sz w:val="16"/>
              </w:rPr>
              <w:t>2.49% (agriculture)</w:t>
            </w:r>
          </w:p>
        </w:tc>
        <w:tc>
          <w:tcPr>
            <w:tcW w:type="dxa" w:w="1128"/>
          </w:tcPr>
          <w:p>
            <w:pPr>
              <w:spacing w:after="0"/>
              <w:jc w:val="right"/>
            </w:pPr>
          </w:p>
        </w:tc>
        <w:tc>
          <w:tcPr>
            <w:tcW w:type="dxa" w:w="1049"/>
          </w:tcPr>
          <w:p>
            <w:pPr>
              <w:spacing w:after="0"/>
              <w:jc w:val="right"/>
            </w:pPr>
            <w:r>
              <w:rPr>
                <w:sz w:val="16"/>
              </w:rPr>
              <w:t>$0</w:t>
            </w:r>
          </w:p>
        </w:tc>
        <w:tc>
          <w:tcPr>
            <w:tcW w:type="dxa" w:w="1312"/>
          </w:tcPr>
          <w:p>
            <w:pPr>
              <w:spacing w:after="0"/>
              <w:jc w:val="right"/>
            </w:pPr>
          </w:p>
        </w:tc>
        <w:tc>
          <w:tcPr>
            <w:tcW w:type="dxa" w:w="158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$16,597,508,310</w:t>
            </w:r>
          </w:p>
        </w:tc>
        <w:tc>
          <w:tcPr>
            <w:tcW w:type="dxa" w:w="1128"/>
          </w:tcPr>
          <w:p>
            <w:pPr>
              <w:spacing w:after="0"/>
              <w:jc w:val="right"/>
            </w:pPr>
            <w:r>
              <w:rPr>
                <w:sz w:val="16"/>
              </w:rPr>
              <w:t>n/a</w:t>
            </w:r>
          </w:p>
        </w:tc>
        <w:tc>
          <w:tcPr>
            <w:tcW w:type="dxa" w:w="1038"/>
          </w:tcPr>
          <w:p>
            <w:pPr>
              <w:spacing w:after="0"/>
              <w:jc w:val="right"/>
            </w:pPr>
            <w:r>
              <w:rPr>
                <w:sz w:val="16"/>
              </w:rPr>
              <w:t>55,696</w:t>
            </w:r>
          </w:p>
        </w:tc>
        <w:tc>
          <w:tcPr>
            <w:tcW w:type="dxa" w:w="1037"/>
          </w:tcPr>
          <w:p>
            <w:pPr>
              <w:spacing w:after="0"/>
              <w:jc w:val="right"/>
            </w:pPr>
            <w:r>
              <w:rPr>
                <w:sz w:val="16"/>
              </w:rPr>
              <w:t>$306,626</w:t>
            </w:r>
          </w:p>
        </w:tc>
        <w:tc>
          <w:tcPr>
            <w:tcW w:type="dxa" w:w="1126"/>
          </w:tcPr>
          <w:p>
            <w:pPr>
              <w:spacing w:after="0"/>
              <w:jc w:val="right"/>
            </w:pPr>
            <w:r>
              <w:rPr>
                <w:sz w:val="16"/>
              </w:rPr>
              <w:t>n/a</w:t>
            </w:r>
          </w:p>
        </w:tc>
        <w:tc>
          <w:tcPr>
            <w:tcW w:type="dxa" w:w="883"/>
          </w:tcPr>
          <w:p>
            <w:pPr>
              <w:spacing w:after="0"/>
              <w:jc w:val="right"/>
            </w:pPr>
            <w:r>
              <w:rPr>
                <w:sz w:val="16"/>
              </w:rPr>
              <w:t>$114,088</w:t>
            </w:r>
          </w:p>
        </w:tc>
        <w:tc>
          <w:tcPr>
            <w:tcW w:type="dxa" w:w="1305"/>
          </w:tcPr>
          <w:p>
            <w:pPr>
              <w:spacing w:after="0"/>
              <w:jc w:val="right"/>
            </w:pPr>
            <w:r>
              <w:rPr>
                <w:sz w:val="16"/>
              </w:rPr>
              <w:t>0.00185%</w:t>
            </w:r>
          </w:p>
        </w:tc>
        <w:tc>
          <w:tcPr>
            <w:tcW w:type="dxa" w:w="1128"/>
          </w:tcPr>
          <w:p>
            <w:pPr>
              <w:spacing w:after="0"/>
              <w:jc w:val="right"/>
            </w:pPr>
          </w:p>
        </w:tc>
        <w:tc>
          <w:tcPr>
            <w:tcW w:type="dxa" w:w="1049"/>
          </w:tcPr>
          <w:p>
            <w:pPr>
              <w:spacing w:after="0"/>
              <w:jc w:val="right"/>
            </w:pPr>
          </w:p>
        </w:tc>
        <w:tc>
          <w:tcPr>
            <w:tcW w:type="dxa" w:w="1312"/>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$9,613,247,747</w:t>
            </w:r>
          </w:p>
        </w:tc>
        <w:tc>
          <w:tcPr>
            <w:tcW w:type="dxa" w:w="1128"/>
          </w:tcPr>
          <w:p>
            <w:pPr>
              <w:spacing w:after="0"/>
              <w:jc w:val="right"/>
            </w:pPr>
            <w:r>
              <w:rPr>
                <w:sz w:val="16"/>
              </w:rPr>
              <w:t>$32,686,295</w:t>
            </w:r>
          </w:p>
        </w:tc>
        <w:tc>
          <w:tcPr>
            <w:tcW w:type="dxa" w:w="1038"/>
          </w:tcPr>
          <w:p>
            <w:pPr>
              <w:spacing w:after="0"/>
              <w:jc w:val="right"/>
            </w:pPr>
            <w:r>
              <w:rPr>
                <w:sz w:val="16"/>
              </w:rPr>
              <w:t>55,696</w:t>
            </w:r>
          </w:p>
        </w:tc>
        <w:tc>
          <w:tcPr>
            <w:tcW w:type="dxa" w:w="1037"/>
          </w:tcPr>
          <w:p>
            <w:pPr>
              <w:spacing w:after="0"/>
              <w:jc w:val="right"/>
            </w:pPr>
            <w:r>
              <w:rPr>
                <w:sz w:val="16"/>
              </w:rPr>
              <w:t>$49,752</w:t>
            </w:r>
          </w:p>
        </w:tc>
        <w:tc>
          <w:tcPr>
            <w:tcW w:type="dxa" w:w="1126"/>
          </w:tcPr>
          <w:p>
            <w:pPr>
              <w:spacing w:after="0"/>
              <w:jc w:val="right"/>
            </w:pPr>
            <w:r>
              <w:rPr>
                <w:sz w:val="16"/>
              </w:rPr>
              <w:t>$9,499</w:t>
            </w:r>
          </w:p>
        </w:tc>
        <w:tc>
          <w:tcPr>
            <w:tcW w:type="dxa" w:w="883"/>
          </w:tcPr>
          <w:p>
            <w:pPr>
              <w:spacing w:after="0"/>
              <w:jc w:val="right"/>
            </w:pPr>
            <w:r>
              <w:rPr>
                <w:sz w:val="16"/>
              </w:rPr>
              <w:t>$39,216</w:t>
            </w:r>
          </w:p>
        </w:tc>
        <w:tc>
          <w:tcPr>
            <w:tcW w:type="dxa" w:w="1305"/>
          </w:tcPr>
          <w:p>
            <w:pPr>
              <w:spacing w:after="0"/>
              <w:jc w:val="right"/>
            </w:pPr>
            <w:r>
              <w:rPr>
                <w:sz w:val="16"/>
              </w:rPr>
              <w:t>0.000518%</w:t>
            </w:r>
          </w:p>
        </w:tc>
        <w:tc>
          <w:tcPr>
            <w:tcW w:type="dxa" w:w="1128"/>
          </w:tcPr>
          <w:p>
            <w:pPr>
              <w:spacing w:after="0"/>
              <w:jc w:val="right"/>
            </w:pPr>
            <w:r>
              <w:rPr>
                <w:sz w:val="16"/>
              </w:rPr>
              <w:t>$10,000</w:t>
            </w:r>
          </w:p>
        </w:tc>
        <w:tc>
          <w:tcPr>
            <w:tcW w:type="dxa" w:w="1049"/>
          </w:tcPr>
          <w:p>
            <w:pPr>
              <w:spacing w:after="0"/>
              <w:jc w:val="right"/>
            </w:pPr>
          </w:p>
        </w:tc>
        <w:tc>
          <w:tcPr>
            <w:tcW w:type="dxa" w:w="1312"/>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$9,611,116,011</w:t>
            </w:r>
          </w:p>
        </w:tc>
        <w:tc>
          <w:tcPr>
            <w:tcW w:type="dxa" w:w="1128"/>
          </w:tcPr>
          <w:p>
            <w:pPr>
              <w:spacing w:after="0"/>
              <w:jc w:val="right"/>
            </w:pPr>
            <w:r>
              <w:rPr>
                <w:sz w:val="16"/>
              </w:rPr>
              <w:t>$32,686,295</w:t>
            </w:r>
          </w:p>
        </w:tc>
        <w:tc>
          <w:tcPr>
            <w:tcW w:type="dxa" w:w="1038"/>
          </w:tcPr>
          <w:p>
            <w:pPr>
              <w:spacing w:after="0"/>
              <w:jc w:val="right"/>
            </w:pPr>
            <w:r>
              <w:rPr>
                <w:sz w:val="16"/>
              </w:rPr>
              <w:t>55,667</w:t>
            </w:r>
          </w:p>
        </w:tc>
        <w:tc>
          <w:tcPr>
            <w:tcW w:type="dxa" w:w="1037"/>
          </w:tcPr>
          <w:p>
            <w:pPr>
              <w:spacing w:after="0"/>
              <w:jc w:val="right"/>
            </w:pPr>
            <w:r>
              <w:rPr>
                <w:sz w:val="16"/>
              </w:rPr>
              <w:t>$12</w:t>
            </w:r>
          </w:p>
        </w:tc>
        <w:tc>
          <w:tcPr>
            <w:tcW w:type="dxa" w:w="1126"/>
          </w:tcPr>
          <w:p>
            <w:pPr>
              <w:spacing w:after="0"/>
              <w:jc w:val="right"/>
            </w:pPr>
            <w:r>
              <w:rPr>
                <w:sz w:val="16"/>
              </w:rPr>
              <w:t>$17</w:t>
            </w:r>
          </w:p>
        </w:tc>
        <w:tc>
          <w:tcPr>
            <w:tcW w:type="dxa" w:w="883"/>
          </w:tcPr>
          <w:p>
            <w:pPr>
              <w:spacing w:after="0"/>
              <w:jc w:val="right"/>
            </w:pPr>
            <w:r>
              <w:rPr>
                <w:sz w:val="16"/>
              </w:rPr>
              <w:t>$208,540</w:t>
            </w:r>
          </w:p>
        </w:tc>
        <w:tc>
          <w:tcPr>
            <w:tcW w:type="dxa" w:w="1305"/>
          </w:tcPr>
          <w:p>
            <w:pPr>
              <w:spacing w:after="0"/>
              <w:jc w:val="right"/>
            </w:pPr>
            <w:r>
              <w:rPr>
                <w:sz w:val="16"/>
              </w:rPr>
              <w:t>under 0.0001%</w:t>
            </w:r>
          </w:p>
        </w:tc>
        <w:tc>
          <w:tcPr>
            <w:tcW w:type="dxa" w:w="1128"/>
          </w:tcPr>
          <w:p>
            <w:pPr>
              <w:spacing w:after="0"/>
              <w:jc w:val="right"/>
            </w:pPr>
          </w:p>
        </w:tc>
        <w:tc>
          <w:tcPr>
            <w:tcW w:type="dxa" w:w="1049"/>
          </w:tcPr>
          <w:p>
            <w:pPr>
              <w:spacing w:after="0"/>
              <w:jc w:val="right"/>
            </w:pPr>
          </w:p>
        </w:tc>
        <w:tc>
          <w:tcPr>
            <w:tcW w:type="dxa" w:w="1312"/>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$9,613,221,483</w:t>
            </w:r>
          </w:p>
        </w:tc>
        <w:tc>
          <w:tcPr>
            <w:tcW w:type="dxa" w:w="1128"/>
          </w:tcPr>
          <w:p>
            <w:pPr>
              <w:spacing w:after="0"/>
              <w:jc w:val="right"/>
            </w:pPr>
            <w:r>
              <w:rPr>
                <w:sz w:val="16"/>
              </w:rPr>
              <w:t>$32,686,295</w:t>
            </w:r>
          </w:p>
        </w:tc>
        <w:tc>
          <w:tcPr>
            <w:tcW w:type="dxa" w:w="1038"/>
          </w:tcPr>
          <w:p>
            <w:pPr>
              <w:spacing w:after="0"/>
              <w:jc w:val="right"/>
            </w:pPr>
            <w:r>
              <w:rPr>
                <w:sz w:val="16"/>
              </w:rPr>
              <w:t>55,696</w:t>
            </w:r>
          </w:p>
        </w:tc>
        <w:tc>
          <w:tcPr>
            <w:tcW w:type="dxa" w:w="1037"/>
          </w:tcPr>
          <w:p>
            <w:pPr>
              <w:spacing w:after="0"/>
              <w:jc w:val="right"/>
            </w:pPr>
            <w:r>
              <w:rPr>
                <w:sz w:val="16"/>
              </w:rPr>
              <w:t>$534,462</w:t>
            </w:r>
          </w:p>
        </w:tc>
        <w:tc>
          <w:tcPr>
            <w:tcW w:type="dxa" w:w="1126"/>
          </w:tcPr>
          <w:p>
            <w:pPr>
              <w:spacing w:after="0"/>
              <w:jc w:val="right"/>
            </w:pPr>
            <w:r>
              <w:rPr>
                <w:sz w:val="16"/>
              </w:rPr>
              <w:t>$57,552</w:t>
            </w:r>
          </w:p>
        </w:tc>
        <w:tc>
          <w:tcPr>
            <w:tcW w:type="dxa" w:w="883"/>
          </w:tcPr>
          <w:p>
            <w:pPr>
              <w:spacing w:after="0"/>
              <w:jc w:val="right"/>
            </w:pPr>
            <w:r>
              <w:rPr>
                <w:sz w:val="16"/>
              </w:rPr>
              <w:t>$34,012</w:t>
            </w:r>
          </w:p>
        </w:tc>
        <w:tc>
          <w:tcPr>
            <w:tcW w:type="dxa" w:w="1305"/>
          </w:tcPr>
          <w:p>
            <w:pPr>
              <w:spacing w:after="0"/>
              <w:jc w:val="right"/>
            </w:pPr>
            <w:r>
              <w:rPr>
                <w:sz w:val="16"/>
              </w:rPr>
              <w:t>0.00556%</w:t>
            </w:r>
          </w:p>
        </w:tc>
        <w:tc>
          <w:tcPr>
            <w:tcW w:type="dxa" w:w="1128"/>
          </w:tcPr>
          <w:p>
            <w:pPr>
              <w:spacing w:after="0"/>
              <w:jc w:val="right"/>
            </w:pPr>
          </w:p>
        </w:tc>
        <w:tc>
          <w:tcPr>
            <w:tcW w:type="dxa" w:w="1049"/>
          </w:tcPr>
          <w:p>
            <w:pPr>
              <w:spacing w:after="0"/>
              <w:jc w:val="right"/>
            </w:pPr>
          </w:p>
        </w:tc>
        <w:tc>
          <w:tcPr>
            <w:tcW w:type="dxa" w:w="1312"/>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$9,613,247,747</w:t>
            </w:r>
          </w:p>
        </w:tc>
        <w:tc>
          <w:tcPr>
            <w:tcW w:type="dxa" w:w="1128"/>
          </w:tcPr>
          <w:p>
            <w:pPr>
              <w:spacing w:after="0"/>
              <w:jc w:val="right"/>
            </w:pPr>
            <w:r>
              <w:rPr>
                <w:sz w:val="16"/>
              </w:rPr>
              <w:t>n/a</w:t>
            </w:r>
          </w:p>
        </w:tc>
        <w:tc>
          <w:tcPr>
            <w:tcW w:type="dxa" w:w="1038"/>
          </w:tcPr>
          <w:p>
            <w:pPr>
              <w:spacing w:after="0"/>
              <w:jc w:val="right"/>
            </w:pPr>
            <w:r>
              <w:rPr>
                <w:sz w:val="16"/>
              </w:rPr>
              <w:t>55,696</w:t>
            </w:r>
          </w:p>
        </w:tc>
        <w:tc>
          <w:tcPr>
            <w:tcW w:type="dxa" w:w="1037"/>
          </w:tcPr>
          <w:p>
            <w:pPr>
              <w:spacing w:after="0"/>
              <w:jc w:val="right"/>
            </w:pPr>
            <w:r>
              <w:rPr>
                <w:sz w:val="16"/>
              </w:rPr>
              <w:t>$54,575</w:t>
            </w:r>
          </w:p>
        </w:tc>
        <w:tc>
          <w:tcPr>
            <w:tcW w:type="dxa" w:w="1126"/>
          </w:tcPr>
          <w:p>
            <w:pPr>
              <w:spacing w:after="0"/>
              <w:jc w:val="right"/>
            </w:pPr>
            <w:r>
              <w:rPr>
                <w:sz w:val="16"/>
              </w:rPr>
              <w:t>n/a</w:t>
            </w:r>
          </w:p>
        </w:tc>
        <w:tc>
          <w:tcPr>
            <w:tcW w:type="dxa" w:w="883"/>
          </w:tcPr>
          <w:p>
            <w:pPr>
              <w:spacing w:after="0"/>
              <w:jc w:val="right"/>
            </w:pPr>
            <w:r>
              <w:rPr>
                <w:sz w:val="16"/>
              </w:rPr>
              <w:t>$1,747</w:t>
            </w:r>
          </w:p>
        </w:tc>
        <w:tc>
          <w:tcPr>
            <w:tcW w:type="dxa" w:w="1305"/>
          </w:tcPr>
          <w:p>
            <w:pPr>
              <w:spacing w:after="0"/>
              <w:jc w:val="right"/>
            </w:pPr>
            <w:r>
              <w:rPr>
                <w:sz w:val="16"/>
              </w:rPr>
              <w:t>0.000568%</w:t>
            </w:r>
          </w:p>
        </w:tc>
        <w:tc>
          <w:tcPr>
            <w:tcW w:type="dxa" w:w="1128"/>
          </w:tcPr>
          <w:p>
            <w:pPr>
              <w:spacing w:after="0"/>
              <w:jc w:val="right"/>
            </w:pPr>
          </w:p>
        </w:tc>
        <w:tc>
          <w:tcPr>
            <w:tcW w:type="dxa" w:w="1049"/>
          </w:tcPr>
          <w:p>
            <w:pPr>
              <w:spacing w:after="0"/>
              <w:jc w:val="right"/>
            </w:pPr>
          </w:p>
        </w:tc>
        <w:tc>
          <w:tcPr>
            <w:tcW w:type="dxa" w:w="1312"/>
          </w:tcPr>
          <w:p>
            <w:pPr>
              <w:spacing w:after="0"/>
              <w:jc w:val="right"/>
            </w:pPr>
            <w:r>
              <w:rPr>
                <w:sz w:val="16"/>
              </w:rPr>
              <w:t>no Public Assistance recorded (1 declaration)</w:t>
            </w:r>
          </w:p>
        </w:tc>
        <w:tc>
          <w:tcPr>
            <w:tcW w:type="dxa" w:w="158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$9,611,511,999</w:t>
            </w:r>
          </w:p>
        </w:tc>
        <w:tc>
          <w:tcPr>
            <w:tcW w:type="dxa" w:w="1128"/>
          </w:tcPr>
          <w:p>
            <w:pPr>
              <w:spacing w:after="0"/>
              <w:jc w:val="right"/>
            </w:pPr>
            <w:r>
              <w:rPr>
                <w:sz w:val="16"/>
              </w:rPr>
              <w:t>$1,583,950</w:t>
            </w:r>
          </w:p>
        </w:tc>
        <w:tc>
          <w:tcPr>
            <w:tcW w:type="dxa" w:w="1038"/>
          </w:tcPr>
          <w:p>
            <w:pPr>
              <w:spacing w:after="0"/>
              <w:jc w:val="right"/>
            </w:pPr>
            <w:r>
              <w:rPr>
                <w:sz w:val="16"/>
              </w:rPr>
              <w:t>256</w:t>
            </w:r>
          </w:p>
        </w:tc>
        <w:tc>
          <w:tcPr>
            <w:tcW w:type="dxa" w:w="1037"/>
          </w:tcPr>
          <w:p>
            <w:pPr>
              <w:spacing w:after="0"/>
              <w:jc w:val="right"/>
            </w:pPr>
            <w:r>
              <w:rPr>
                <w:sz w:val="16"/>
              </w:rPr>
              <w:t>$5,746,934</w:t>
            </w:r>
          </w:p>
        </w:tc>
        <w:tc>
          <w:tcPr>
            <w:tcW w:type="dxa" w:w="1126"/>
          </w:tcPr>
          <w:p>
            <w:pPr>
              <w:spacing w:after="0"/>
              <w:jc w:val="right"/>
            </w:pPr>
            <w:r>
              <w:rPr>
                <w:sz w:val="16"/>
              </w:rPr>
              <w:t>$36,622</w:t>
            </w:r>
          </w:p>
        </w:tc>
        <w:tc>
          <w:tcPr>
            <w:tcW w:type="dxa" w:w="883"/>
          </w:tcPr>
          <w:p>
            <w:pPr>
              <w:spacing w:after="0"/>
              <w:jc w:val="right"/>
            </w:pPr>
            <w:r>
              <w:rPr>
                <w:sz w:val="16"/>
              </w:rPr>
              <w:t>$15,450</w:t>
            </w:r>
          </w:p>
        </w:tc>
        <w:tc>
          <w:tcPr>
            <w:tcW w:type="dxa" w:w="1305"/>
          </w:tcPr>
          <w:p>
            <w:pPr>
              <w:spacing w:after="0"/>
              <w:jc w:val="right"/>
            </w:pPr>
            <w:r>
              <w:rPr>
                <w:sz w:val="16"/>
              </w:rPr>
              <w:t>n/a (see note)</w:t>
            </w:r>
          </w:p>
        </w:tc>
        <w:tc>
          <w:tcPr>
            <w:tcW w:type="dxa" w:w="1128"/>
          </w:tcPr>
          <w:p>
            <w:pPr>
              <w:spacing w:after="0"/>
              <w:jc w:val="right"/>
            </w:pPr>
            <w:r>
              <w:rPr>
                <w:sz w:val="16"/>
              </w:rPr>
              <w:t>$55,000</w:t>
            </w:r>
          </w:p>
        </w:tc>
        <w:tc>
          <w:tcPr>
            <w:tcW w:type="dxa" w:w="1049"/>
          </w:tcPr>
          <w:p>
            <w:pPr>
              <w:spacing w:after="0"/>
              <w:jc w:val="right"/>
            </w:pPr>
          </w:p>
        </w:tc>
        <w:tc>
          <w:tcPr>
            <w:tcW w:type="dxa" w:w="1312"/>
          </w:tcPr>
          <w:p>
            <w:pPr>
              <w:spacing w:after="0"/>
              <w:jc w:val="right"/>
            </w:pPr>
            <w:r>
              <w:rPr>
                <w:sz w:val="16"/>
              </w:rPr>
              <w:t>no Public Assistance recorded (1 declaration)</w:t>
            </w:r>
          </w:p>
        </w:tc>
        <w:tc>
          <w:tcPr>
            <w:tcW w:type="dxa" w:w="158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$390,355,240</w:t>
            </w:r>
          </w:p>
        </w:tc>
        <w:tc>
          <w:tcPr>
            <w:tcW w:type="dxa" w:w="1128"/>
          </w:tcPr>
          <w:p>
            <w:pPr>
              <w:spacing w:after="0"/>
              <w:jc w:val="right"/>
            </w:pPr>
            <w:r>
              <w:rPr>
                <w:sz w:val="16"/>
              </w:rPr>
              <w:t>n/a</w:t>
            </w:r>
          </w:p>
        </w:tc>
        <w:tc>
          <w:tcPr>
            <w:tcW w:type="dxa" w:w="1038"/>
          </w:tcPr>
          <w:p>
            <w:pPr>
              <w:spacing w:after="0"/>
              <w:jc w:val="right"/>
            </w:pPr>
            <w:r>
              <w:rPr>
                <w:sz w:val="16"/>
              </w:rPr>
              <w:t>2,363</w:t>
            </w:r>
          </w:p>
        </w:tc>
        <w:tc>
          <w:tcPr>
            <w:tcW w:type="dxa" w:w="1037"/>
          </w:tcPr>
          <w:p>
            <w:pPr>
              <w:spacing w:after="0"/>
              <w:jc w:val="right"/>
            </w:pPr>
            <w:r>
              <w:rPr>
                <w:sz w:val="16"/>
              </w:rPr>
              <w:t>$1,348</w:t>
            </w:r>
          </w:p>
        </w:tc>
        <w:tc>
          <w:tcPr>
            <w:tcW w:type="dxa" w:w="1126"/>
          </w:tcPr>
          <w:p>
            <w:pPr>
              <w:spacing w:after="0"/>
              <w:jc w:val="right"/>
            </w:pPr>
            <w:r>
              <w:rPr>
                <w:sz w:val="16"/>
              </w:rPr>
              <w:t>n/a</w:t>
            </w:r>
          </w:p>
        </w:tc>
        <w:tc>
          <w:tcPr>
            <w:tcW w:type="dxa" w:w="883"/>
          </w:tcPr>
          <w:p>
            <w:pPr>
              <w:spacing w:after="0"/>
              <w:jc w:val="right"/>
            </w:pPr>
            <w:r>
              <w:rPr>
                <w:sz w:val="16"/>
              </w:rPr>
              <w:t>$700</w:t>
            </w:r>
          </w:p>
        </w:tc>
        <w:tc>
          <w:tcPr>
            <w:tcW w:type="dxa" w:w="1305"/>
          </w:tcPr>
          <w:p>
            <w:pPr>
              <w:spacing w:after="0"/>
              <w:jc w:val="right"/>
            </w:pPr>
            <w:r>
              <w:rPr>
                <w:sz w:val="16"/>
              </w:rPr>
              <w:t>0.000345%</w:t>
            </w:r>
          </w:p>
        </w:tc>
        <w:tc>
          <w:tcPr>
            <w:tcW w:type="dxa" w:w="1128"/>
          </w:tcPr>
          <w:p>
            <w:pPr>
              <w:spacing w:after="0"/>
              <w:jc w:val="right"/>
            </w:pPr>
          </w:p>
        </w:tc>
        <w:tc>
          <w:tcPr>
            <w:tcW w:type="dxa" w:w="1049"/>
          </w:tcPr>
          <w:p>
            <w:pPr>
              <w:spacing w:after="0"/>
              <w:jc w:val="right"/>
            </w:pPr>
          </w:p>
        </w:tc>
        <w:tc>
          <w:tcPr>
            <w:tcW w:type="dxa" w:w="1312"/>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$9,613,247,747</w:t>
            </w:r>
          </w:p>
        </w:tc>
        <w:tc>
          <w:tcPr>
            <w:tcW w:type="dxa" w:w="1128"/>
          </w:tcPr>
          <w:p>
            <w:pPr>
              <w:spacing w:after="0"/>
              <w:jc w:val="right"/>
            </w:pPr>
            <w:r>
              <w:rPr>
                <w:sz w:val="16"/>
              </w:rPr>
              <w:t>n/a</w:t>
            </w:r>
          </w:p>
        </w:tc>
        <w:tc>
          <w:tcPr>
            <w:tcW w:type="dxa" w:w="1038"/>
          </w:tcPr>
          <w:p>
            <w:pPr>
              <w:spacing w:after="0"/>
              <w:jc w:val="right"/>
            </w:pPr>
            <w:r>
              <w:rPr>
                <w:sz w:val="16"/>
              </w:rPr>
              <w:t>55,696</w:t>
            </w:r>
          </w:p>
        </w:tc>
        <w:tc>
          <w:tcPr>
            <w:tcW w:type="dxa" w:w="1037"/>
          </w:tcPr>
          <w:p>
            <w:pPr>
              <w:spacing w:after="0"/>
              <w:jc w:val="right"/>
            </w:pPr>
            <w:r>
              <w:rPr>
                <w:sz w:val="16"/>
              </w:rPr>
              <w:t>$25,849</w:t>
            </w:r>
          </w:p>
        </w:tc>
        <w:tc>
          <w:tcPr>
            <w:tcW w:type="dxa" w:w="1126"/>
          </w:tcPr>
          <w:p>
            <w:pPr>
              <w:spacing w:after="0"/>
              <w:jc w:val="right"/>
            </w:pPr>
            <w:r>
              <w:rPr>
                <w:sz w:val="16"/>
              </w:rPr>
              <w:t>n/a</w:t>
            </w:r>
          </w:p>
        </w:tc>
        <w:tc>
          <w:tcPr>
            <w:tcW w:type="dxa" w:w="883"/>
          </w:tcPr>
          <w:p>
            <w:pPr>
              <w:spacing w:after="0"/>
              <w:jc w:val="right"/>
            </w:pPr>
            <w:r>
              <w:rPr>
                <w:sz w:val="16"/>
              </w:rPr>
              <w:t>$538,214</w:t>
            </w:r>
          </w:p>
        </w:tc>
        <w:tc>
          <w:tcPr>
            <w:tcW w:type="dxa" w:w="1305"/>
          </w:tcPr>
          <w:p>
            <w:pPr>
              <w:spacing w:after="0"/>
              <w:jc w:val="right"/>
            </w:pPr>
            <w:r>
              <w:rPr>
                <w:sz w:val="16"/>
              </w:rPr>
              <w:t>0.000269%</w:t>
            </w:r>
          </w:p>
        </w:tc>
        <w:tc>
          <w:tcPr>
            <w:tcW w:type="dxa" w:w="1128"/>
          </w:tcPr>
          <w:p>
            <w:pPr>
              <w:spacing w:after="0"/>
              <w:jc w:val="right"/>
            </w:pPr>
            <w:r>
              <w:rPr>
                <w:sz w:val="16"/>
              </w:rPr>
              <w:t>$102,000</w:t>
            </w:r>
          </w:p>
        </w:tc>
        <w:tc>
          <w:tcPr>
            <w:tcW w:type="dxa" w:w="1049"/>
          </w:tcPr>
          <w:p>
            <w:pPr>
              <w:spacing w:after="0"/>
              <w:jc w:val="right"/>
            </w:pPr>
          </w:p>
        </w:tc>
        <w:tc>
          <w:tcPr>
            <w:tcW w:type="dxa" w:w="1312"/>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$9,613,247,747</w:t>
            </w:r>
          </w:p>
        </w:tc>
        <w:tc>
          <w:tcPr>
            <w:tcW w:type="dxa" w:w="1128"/>
          </w:tcPr>
          <w:p>
            <w:pPr>
              <w:spacing w:after="0"/>
              <w:jc w:val="right"/>
            </w:pPr>
            <w:r>
              <w:rPr>
                <w:sz w:val="16"/>
              </w:rPr>
              <w:t>$32,686,295</w:t>
            </w:r>
          </w:p>
        </w:tc>
        <w:tc>
          <w:tcPr>
            <w:tcW w:type="dxa" w:w="1038"/>
          </w:tcPr>
          <w:p>
            <w:pPr>
              <w:spacing w:after="0"/>
              <w:jc w:val="right"/>
            </w:pPr>
            <w:r>
              <w:rPr>
                <w:sz w:val="16"/>
              </w:rPr>
              <w:t>55,696</w:t>
            </w:r>
          </w:p>
        </w:tc>
        <w:tc>
          <w:tcPr>
            <w:tcW w:type="dxa" w:w="1037"/>
          </w:tcPr>
          <w:p>
            <w:pPr>
              <w:spacing w:after="0"/>
              <w:jc w:val="right"/>
            </w:pPr>
            <w:r>
              <w:rPr>
                <w:sz w:val="16"/>
              </w:rPr>
              <w:t>$175,594</w:t>
            </w:r>
          </w:p>
        </w:tc>
        <w:tc>
          <w:tcPr>
            <w:tcW w:type="dxa" w:w="1126"/>
          </w:tcPr>
          <w:p>
            <w:pPr>
              <w:spacing w:after="0"/>
              <w:jc w:val="right"/>
            </w:pPr>
            <w:r>
              <w:rPr>
                <w:sz w:val="16"/>
              </w:rPr>
              <w:t>$2,847</w:t>
            </w:r>
          </w:p>
        </w:tc>
        <w:tc>
          <w:tcPr>
            <w:tcW w:type="dxa" w:w="883"/>
          </w:tcPr>
          <w:p>
            <w:pPr>
              <w:spacing w:after="0"/>
              <w:jc w:val="right"/>
            </w:pPr>
            <w:r>
              <w:rPr>
                <w:sz w:val="16"/>
              </w:rPr>
              <w:t>$497,681</w:t>
            </w:r>
          </w:p>
        </w:tc>
        <w:tc>
          <w:tcPr>
            <w:tcW w:type="dxa" w:w="1305"/>
          </w:tcPr>
          <w:p>
            <w:pPr>
              <w:spacing w:after="0"/>
              <w:jc w:val="right"/>
            </w:pPr>
            <w:r>
              <w:rPr>
                <w:sz w:val="16"/>
              </w:rPr>
              <w:t>0.00183%</w:t>
            </w:r>
          </w:p>
        </w:tc>
        <w:tc>
          <w:tcPr>
            <w:tcW w:type="dxa" w:w="1128"/>
          </w:tcPr>
          <w:p>
            <w:pPr>
              <w:spacing w:after="0"/>
              <w:jc w:val="right"/>
            </w:pPr>
            <w:r>
              <w:rPr>
                <w:sz w:val="16"/>
              </w:rPr>
              <w:t>$258,400</w:t>
            </w:r>
          </w:p>
        </w:tc>
        <w:tc>
          <w:tcPr>
            <w:tcW w:type="dxa" w:w="1049"/>
          </w:tcPr>
          <w:p>
            <w:pPr>
              <w:spacing w:after="0"/>
              <w:jc w:val="right"/>
            </w:pPr>
            <w:r>
              <w:rPr>
                <w:sz w:val="16"/>
              </w:rPr>
              <w:t>$151,000</w:t>
            </w:r>
          </w:p>
        </w:tc>
        <w:tc>
          <w:tcPr>
            <w:tcW w:type="dxa" w:w="1312"/>
          </w:tcPr>
          <w:p>
            <w:pPr>
              <w:spacing w:after="0"/>
              <w:jc w:val="right"/>
            </w:pPr>
          </w:p>
        </w:tc>
        <w:tc>
          <w:tcPr>
            <w:tcW w:type="dxa" w:w="1587"/>
          </w:tcPr>
          <w:p>
            <w:pPr>
              <w:spacing w:after="0"/>
              <w:jc w:val="left"/>
            </w:pPr>
            <w:r>
              <w:rPr>
                <w:sz w:val="16"/>
              </w:rPr>
              <w:t>Storm Events damage since the plan includes 4 zone-level High Wind records ($23,000) and 5 zone-level Strong Wind records ($128,000):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$9,613,247,747</w:t>
            </w:r>
          </w:p>
        </w:tc>
        <w:tc>
          <w:tcPr>
            <w:tcW w:type="dxa" w:w="1128"/>
          </w:tcPr>
          <w:p>
            <w:pPr>
              <w:spacing w:after="0"/>
              <w:jc w:val="right"/>
            </w:pPr>
            <w:r>
              <w:rPr>
                <w:sz w:val="16"/>
              </w:rPr>
              <w:t>$32,686,295</w:t>
            </w:r>
          </w:p>
        </w:tc>
        <w:tc>
          <w:tcPr>
            <w:tcW w:type="dxa" w:w="1038"/>
          </w:tcPr>
          <w:p>
            <w:pPr>
              <w:spacing w:after="0"/>
              <w:jc w:val="right"/>
            </w:pPr>
            <w:r>
              <w:rPr>
                <w:sz w:val="16"/>
              </w:rPr>
              <w:t>55,696</w:t>
            </w:r>
          </w:p>
        </w:tc>
        <w:tc>
          <w:tcPr>
            <w:tcW w:type="dxa" w:w="1037"/>
          </w:tcPr>
          <w:p>
            <w:pPr>
              <w:spacing w:after="0"/>
              <w:jc w:val="right"/>
            </w:pPr>
            <w:r>
              <w:rPr>
                <w:sz w:val="16"/>
              </w:rPr>
              <w:t>$116,817</w:t>
            </w:r>
          </w:p>
        </w:tc>
        <w:tc>
          <w:tcPr>
            <w:tcW w:type="dxa" w:w="1126"/>
          </w:tcPr>
          <w:p>
            <w:pPr>
              <w:spacing w:after="0"/>
              <w:jc w:val="right"/>
            </w:pPr>
            <w:r>
              <w:rPr>
                <w:sz w:val="16"/>
              </w:rPr>
              <w:t>$358</w:t>
            </w:r>
          </w:p>
        </w:tc>
        <w:tc>
          <w:tcPr>
            <w:tcW w:type="dxa" w:w="883"/>
          </w:tcPr>
          <w:p>
            <w:pPr>
              <w:spacing w:after="0"/>
              <w:jc w:val="right"/>
            </w:pPr>
            <w:r>
              <w:rPr>
                <w:sz w:val="16"/>
              </w:rPr>
              <w:t>$153,618</w:t>
            </w:r>
          </w:p>
        </w:tc>
        <w:tc>
          <w:tcPr>
            <w:tcW w:type="dxa" w:w="1305"/>
          </w:tcPr>
          <w:p>
            <w:pPr>
              <w:spacing w:after="0"/>
              <w:jc w:val="right"/>
            </w:pPr>
            <w:r>
              <w:rPr>
                <w:sz w:val="16"/>
              </w:rPr>
              <w:t>0.00122%</w:t>
            </w:r>
          </w:p>
        </w:tc>
        <w:tc>
          <w:tcPr>
            <w:tcW w:type="dxa" w:w="1128"/>
          </w:tcPr>
          <w:p>
            <w:pPr>
              <w:spacing w:after="0"/>
              <w:jc w:val="right"/>
            </w:pPr>
          </w:p>
        </w:tc>
        <w:tc>
          <w:tcPr>
            <w:tcW w:type="dxa" w:w="1049"/>
          </w:tcPr>
          <w:p>
            <w:pPr>
              <w:spacing w:after="0"/>
              <w:jc w:val="right"/>
            </w:pPr>
          </w:p>
        </w:tc>
        <w:tc>
          <w:tcPr>
            <w:tcW w:type="dxa" w:w="1312"/>
          </w:tcPr>
          <w:p>
            <w:pPr>
              <w:spacing w:after="0"/>
              <w:jc w:val="right"/>
            </w:pPr>
            <w:r>
              <w:rPr>
                <w:sz w:val="16"/>
              </w:rPr>
              <w:t>no Public Assistance recorded (1 declaration)</w:t>
            </w:r>
          </w:p>
        </w:tc>
        <w:tc>
          <w:tcPr>
            <w:tcW w:type="dxa" w:w="158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$566,333,302</w:t>
            </w:r>
          </w:p>
        </w:tc>
        <w:tc>
          <w:tcPr>
            <w:tcW w:type="dxa" w:w="1128"/>
          </w:tcPr>
          <w:p>
            <w:pPr>
              <w:spacing w:after="0"/>
              <w:jc w:val="right"/>
            </w:pPr>
            <w:r>
              <w:rPr>
                <w:sz w:val="16"/>
              </w:rPr>
              <w:t>$6,962,735</w:t>
            </w:r>
          </w:p>
        </w:tc>
        <w:tc>
          <w:tcPr>
            <w:tcW w:type="dxa" w:w="1038"/>
          </w:tcPr>
          <w:p>
            <w:pPr>
              <w:spacing w:after="0"/>
              <w:jc w:val="right"/>
            </w:pPr>
            <w:r>
              <w:rPr>
                <w:sz w:val="16"/>
              </w:rPr>
              <w:t>8,146</w:t>
            </w:r>
          </w:p>
        </w:tc>
        <w:tc>
          <w:tcPr>
            <w:tcW w:type="dxa" w:w="1037"/>
          </w:tcPr>
          <w:p>
            <w:pPr>
              <w:spacing w:after="0"/>
              <w:jc w:val="right"/>
            </w:pPr>
            <w:r>
              <w:rPr>
                <w:sz w:val="16"/>
              </w:rPr>
              <w:t>$22,087</w:t>
            </w:r>
          </w:p>
        </w:tc>
        <w:tc>
          <w:tcPr>
            <w:tcW w:type="dxa" w:w="1126"/>
          </w:tcPr>
          <w:p>
            <w:pPr>
              <w:spacing w:after="0"/>
              <w:jc w:val="right"/>
            </w:pPr>
            <w:r>
              <w:rPr>
                <w:sz w:val="16"/>
              </w:rPr>
              <w:t>$23</w:t>
            </w:r>
          </w:p>
        </w:tc>
        <w:tc>
          <w:tcPr>
            <w:tcW w:type="dxa" w:w="883"/>
          </w:tcPr>
          <w:p>
            <w:pPr>
              <w:spacing w:after="0"/>
              <w:jc w:val="right"/>
            </w:pPr>
            <w:r>
              <w:rPr>
                <w:sz w:val="16"/>
              </w:rPr>
              <w:t>$5,150</w:t>
            </w:r>
          </w:p>
        </w:tc>
        <w:tc>
          <w:tcPr>
            <w:tcW w:type="dxa" w:w="1305"/>
          </w:tcPr>
          <w:p>
            <w:pPr>
              <w:spacing w:after="0"/>
              <w:jc w:val="right"/>
            </w:pPr>
            <w:r>
              <w:rPr>
                <w:sz w:val="16"/>
              </w:rPr>
              <w:t>0.0039%</w:t>
            </w:r>
          </w:p>
        </w:tc>
        <w:tc>
          <w:tcPr>
            <w:tcW w:type="dxa" w:w="1128"/>
          </w:tcPr>
          <w:p>
            <w:pPr>
              <w:spacing w:after="0"/>
              <w:jc w:val="right"/>
            </w:pPr>
          </w:p>
        </w:tc>
        <w:tc>
          <w:tcPr>
            <w:tcW w:type="dxa" w:w="1049"/>
          </w:tcPr>
          <w:p>
            <w:pPr>
              <w:spacing w:after="0"/>
              <w:jc w:val="right"/>
            </w:pPr>
          </w:p>
        </w:tc>
        <w:tc>
          <w:tcPr>
            <w:tcW w:type="dxa" w:w="1312"/>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$9,611,116,011</w:t>
            </w:r>
          </w:p>
        </w:tc>
        <w:tc>
          <w:tcPr>
            <w:tcW w:type="dxa" w:w="1128"/>
          </w:tcPr>
          <w:p>
            <w:pPr>
              <w:spacing w:after="0"/>
              <w:jc w:val="right"/>
            </w:pPr>
            <w:r>
              <w:rPr>
                <w:sz w:val="16"/>
              </w:rPr>
              <w:t>$32,686,295</w:t>
            </w:r>
          </w:p>
        </w:tc>
        <w:tc>
          <w:tcPr>
            <w:tcW w:type="dxa" w:w="1038"/>
          </w:tcPr>
          <w:p>
            <w:pPr>
              <w:spacing w:after="0"/>
              <w:jc w:val="right"/>
            </w:pPr>
            <w:r>
              <w:rPr>
                <w:sz w:val="16"/>
              </w:rPr>
              <w:t>55,667</w:t>
            </w:r>
          </w:p>
        </w:tc>
        <w:tc>
          <w:tcPr>
            <w:tcW w:type="dxa" w:w="1037"/>
          </w:tcPr>
          <w:p>
            <w:pPr>
              <w:spacing w:after="0"/>
              <w:jc w:val="right"/>
            </w:pPr>
            <w:r>
              <w:rPr>
                <w:sz w:val="16"/>
              </w:rPr>
              <w:t>$3,590</w:t>
            </w:r>
          </w:p>
        </w:tc>
        <w:tc>
          <w:tcPr>
            <w:tcW w:type="dxa" w:w="1126"/>
          </w:tcPr>
          <w:p>
            <w:pPr>
              <w:spacing w:after="0"/>
              <w:jc w:val="right"/>
            </w:pPr>
            <w:r>
              <w:rPr>
                <w:sz w:val="16"/>
              </w:rPr>
              <w:t>$13</w:t>
            </w:r>
          </w:p>
        </w:tc>
        <w:tc>
          <w:tcPr>
            <w:tcW w:type="dxa" w:w="883"/>
          </w:tcPr>
          <w:p>
            <w:pPr>
              <w:spacing w:after="0"/>
              <w:jc w:val="right"/>
            </w:pPr>
            <w:r>
              <w:rPr>
                <w:sz w:val="16"/>
              </w:rPr>
              <w:t>$72,947</w:t>
            </w:r>
          </w:p>
        </w:tc>
        <w:tc>
          <w:tcPr>
            <w:tcW w:type="dxa" w:w="1305"/>
          </w:tcPr>
          <w:p>
            <w:pPr>
              <w:spacing w:after="0"/>
              <w:jc w:val="right"/>
            </w:pPr>
            <w:r>
              <w:rPr>
                <w:sz w:val="16"/>
              </w:rPr>
              <w:t>under 0.0001%</w:t>
            </w:r>
          </w:p>
        </w:tc>
        <w:tc>
          <w:tcPr>
            <w:tcW w:type="dxa" w:w="1128"/>
          </w:tcPr>
          <w:p>
            <w:pPr>
              <w:spacing w:after="0"/>
              <w:jc w:val="right"/>
            </w:pPr>
          </w:p>
        </w:tc>
        <w:tc>
          <w:tcPr>
            <w:tcW w:type="dxa" w:w="1049"/>
          </w:tcPr>
          <w:p>
            <w:pPr>
              <w:spacing w:after="0"/>
              <w:jc w:val="right"/>
            </w:pPr>
            <w:r>
              <w:rPr>
                <w:sz w:val="16"/>
              </w:rPr>
              <w:t>$80,000</w:t>
            </w:r>
          </w:p>
        </w:tc>
        <w:tc>
          <w:tcPr>
            <w:tcW w:type="dxa" w:w="1312"/>
          </w:tcPr>
          <w:p>
            <w:pPr>
              <w:spacing w:after="0"/>
              <w:jc w:val="right"/>
            </w:pPr>
            <w:r>
              <w:rPr>
                <w:sz w:val="16"/>
              </w:rPr>
              <w:t>no Public Assistance recorded (2 declarations)</w:t>
            </w:r>
          </w:p>
        </w:tc>
        <w:tc>
          <w:tcPr>
            <w:tcW w:type="dxa" w:w="15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2021-02-09 (Storm Events through 2026-06-30): 135 county-coded records, 132 with a damage value recorded (including $0), $425,400; 27 zone-level records, 22 with a damage value recorded (including $0), $231,000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55,696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$9,613,247,747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$32,686,295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$7,332,769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$1,749,950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Altavista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Campbell County</w:t>
            </w:r>
          </w:p>
        </w:tc>
        <w:tc>
          <w:tcPr>
            <w:tcW w:type="dxa" w:w="1620"/>
          </w:tcPr>
          <w:p>
            <w:pPr>
              <w:spacing w:after="0"/>
              <w:jc w:val="left"/>
            </w:pPr>
            <w:r>
              <w:rPr>
                <w:sz w:val="16"/>
              </w:rPr>
              <w:t>510028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Altavista town</w:t>
            </w:r>
          </w:p>
        </w:tc>
        <w:tc>
          <w:tcPr>
            <w:tcW w:type="dxa" w:w="1620"/>
          </w:tcPr>
          <w:p>
            <w:pPr>
              <w:spacing w:after="0"/>
              <w:jc w:val="left"/>
            </w:pPr>
            <w:r>
              <w:rPr>
                <w:sz w:val="16"/>
              </w:rPr>
              <w:t>510029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Brookneal town</w:t>
            </w:r>
          </w:p>
        </w:tc>
        <w:tc>
          <w:tcPr>
            <w:tcW w:type="dxa" w:w="1620"/>
          </w:tcPr>
          <w:p>
            <w:pPr>
              <w:spacing w:after="0"/>
              <w:jc w:val="left"/>
            </w:pPr>
            <w:r>
              <w:rPr>
                <w:sz w:val="16"/>
              </w:rPr>
              <w:t>510030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Campbell County, VA: risk-assessment baseline packet, release 2026-10 (data as of 2026-09-30; County FIPS 51031). Automated baseline. </w:t>
      </w:r>
      <w:hyperlink r:id="rId15">
        <w:r>
          <w:rPr>
            <w:color w:val="1F4E99"/>
            <w:sz w:val="17"/>
            <w:u w:val="single"/>
          </w:rPr>
          <w:t>https://hazardplain.org/va/51031/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Campbell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Campbell County, VA: Risk-assessment baseline packet</dc:title>
  <dc:subject>Hazard Plain release 2026-10, as of 2026-09-30. Automated baseline</dc:subject>
  <dc:creator>Hazard Plain</dc:creator>
  <cp:keywords>Hazard Plain; hazard mitigation; risk assessment; 51031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