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Wayne County, UT</w:t>
      </w:r>
    </w:p>
    <w:p>
      <w:pPr>
        <w:spacing w:after="120" w:before="0"/>
      </w:pPr>
      <w:r>
        <w:rPr>
          <w:color w:val="555555"/>
          <w:sz w:val="24"/>
        </w:rPr>
        <w:t>Risk-assessment baseline packet</w:t>
      </w:r>
    </w:p>
    <w:p>
      <w:pPr>
        <w:spacing w:after="120" w:before="0"/>
      </w:pPr>
      <w:r>
        <w:rPr>
          <w:b/>
          <w:sz w:val="18"/>
        </w:rPr>
        <w:t xml:space="preserve">Unit: </w:t>
      </w:r>
      <w:r>
        <w:rPr>
          <w:sz w:val="18"/>
        </w:rPr>
        <w:t>County area 49055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2026-01-04</w:t>
      </w:r>
    </w:p>
    <w:p>
      <w:pPr>
        <w:keepNext/>
        <w:spacing w:after="40" w:before="0"/>
      </w:pPr>
      <w:r>
        <w:rPr>
          <w:b/>
        </w:rPr>
        <w:t xml:space="preserve">Plan: </w:t>
      </w:r>
      <w:r>
        <w:rPr/>
        <w:t>Six County AOG, UT Hazard Mitigation Plan 2021 (FEMA plan 106879)</w:t>
      </w:r>
    </w:p>
    <w:p>
      <w:pPr>
        <w:keepNext/>
        <w:spacing w:after="40" w:before="0"/>
      </w:pPr>
      <w:r>
        <w:rPr>
          <w:b/>
        </w:rPr>
        <w:t xml:space="preserve">Approved: </w:t>
      </w:r>
      <w:r>
        <w:rPr/>
        <w:t>2021-01-05</w:t>
      </w:r>
    </w:p>
    <w:p>
      <w:pPr>
        <w:keepNext/>
        <w:spacing w:after="40" w:before="0"/>
      </w:pPr>
      <w:r>
        <w:rPr>
          <w:b/>
        </w:rPr>
        <w:t xml:space="preserve">Expires: </w:t>
      </w:r>
      <w:r>
        <w:rPr/>
        <w:t>2026-01-04</w:t>
      </w:r>
    </w:p>
    <w:p>
      <w:pPr>
        <w:keepNext/>
        <w:spacing w:after="40" w:before="0"/>
      </w:pPr>
      <w:r>
        <w:rPr>
          <w:b/>
        </w:rPr>
        <w:t xml:space="preserve">As of: </w:t>
      </w:r>
      <w:r>
        <w:rPr/>
        <w:t>2026-09-28</w:t>
      </w:r>
    </w:p>
    <w:p>
      <w:pPr>
        <w:keepNext/>
        <w:spacing w:after="40" w:before="0"/>
      </w:pPr>
      <w:r>
        <w:rPr>
          <w:b/>
        </w:rPr>
        <w:t xml:space="preserve">Days: </w:t>
      </w:r>
      <w:r>
        <w:rPr/>
        <w:t>267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5"/>
        <w:gridCol w:w="909"/>
        <w:gridCol w:w="2699"/>
        <w:gridCol w:w="2779"/>
        <w:gridCol w:w="1386"/>
        <w:gridCol w:w="1386"/>
        <w:gridCol w:w="1195"/>
        <w:gridCol w:w="1267"/>
        <w:gridCol w:w="866"/>
      </w:tblGrid>
      <w:tr>
        <w:trPr>
          <w:cantSplit/>
          <w:tblHeader/>
        </w:trPr>
        <w:tc>
          <w:tcPr>
            <w:tcW w:type="dxa" w:w="1625"/>
            <w:shd w:val="clear" w:color="auto" w:fill="E8E8E8"/>
          </w:tcPr>
          <w:p>
            <w:pPr>
              <w:spacing w:after="0"/>
              <w:jc w:val="left"/>
            </w:pPr>
            <w:r>
              <w:rPr>
                <w:b/>
                <w:sz w:val="16"/>
              </w:rPr>
              <w:t>Jurisdiction</w:t>
            </w:r>
          </w:p>
        </w:tc>
        <w:tc>
          <w:tcPr>
            <w:tcW w:type="dxa" w:w="909"/>
            <w:shd w:val="clear" w:color="auto" w:fill="E8E8E8"/>
          </w:tcPr>
          <w:p>
            <w:pPr>
              <w:spacing w:after="0"/>
              <w:jc w:val="left"/>
            </w:pPr>
            <w:r>
              <w:rPr>
                <w:b/>
                <w:sz w:val="16"/>
              </w:rPr>
              <w:t>Type</w:t>
            </w:r>
          </w:p>
        </w:tc>
        <w:tc>
          <w:tcPr>
            <w:tcW w:type="dxa" w:w="2699"/>
            <w:shd w:val="clear" w:color="auto" w:fill="E8E8E8"/>
          </w:tcPr>
          <w:p>
            <w:pPr>
              <w:spacing w:after="0"/>
              <w:jc w:val="left"/>
            </w:pPr>
            <w:r>
              <w:rPr>
                <w:b/>
                <w:sz w:val="16"/>
              </w:rPr>
              <w:t>Status</w:t>
            </w:r>
          </w:p>
        </w:tc>
        <w:tc>
          <w:tcPr>
            <w:tcW w:type="dxa" w:w="2779"/>
            <w:shd w:val="clear" w:color="auto" w:fill="E8E8E8"/>
          </w:tcPr>
          <w:p>
            <w:pPr>
              <w:spacing w:after="0"/>
              <w:jc w:val="left"/>
            </w:pPr>
            <w:r>
              <w:rPr>
                <w:b/>
                <w:sz w:val="16"/>
              </w:rPr>
              <w:t>Plan</w:t>
            </w:r>
          </w:p>
        </w:tc>
        <w:tc>
          <w:tcPr>
            <w:tcW w:type="dxa" w:w="1386"/>
            <w:shd w:val="clear" w:color="auto" w:fill="E8E8E8"/>
          </w:tcPr>
          <w:p>
            <w:pPr>
              <w:spacing w:after="0"/>
              <w:jc w:val="left"/>
            </w:pPr>
            <w:r>
              <w:rPr>
                <w:b/>
                <w:sz w:val="16"/>
              </w:rPr>
              <w:t>Approved</w:t>
            </w:r>
          </w:p>
        </w:tc>
        <w:tc>
          <w:tcPr>
            <w:tcW w:type="dxa" w:w="1386"/>
            <w:shd w:val="clear" w:color="auto" w:fill="E8E8E8"/>
          </w:tcPr>
          <w:p>
            <w:pPr>
              <w:spacing w:after="0"/>
              <w:jc w:val="left"/>
            </w:pPr>
            <w:r>
              <w:rPr>
                <w:b/>
                <w:sz w:val="16"/>
              </w:rPr>
              <w:t>Expires</w:t>
            </w:r>
          </w:p>
        </w:tc>
        <w:tc>
          <w:tcPr>
            <w:tcW w:type="dxa" w:w="119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67"/>
            <w:shd w:val="clear" w:color="auto" w:fill="E8E8E8"/>
          </w:tcPr>
          <w:p>
            <w:pPr>
              <w:spacing w:after="0"/>
              <w:jc w:val="left"/>
            </w:pPr>
            <w:r>
              <w:rPr>
                <w:b/>
                <w:sz w:val="16"/>
              </w:rPr>
              <w:t>Update underway</w:t>
            </w:r>
          </w:p>
        </w:tc>
        <w:tc>
          <w:tcPr>
            <w:tcW w:type="dxa" w:w="866"/>
            <w:shd w:val="clear" w:color="auto" w:fill="E8E8E8"/>
          </w:tcPr>
          <w:p>
            <w:pPr>
              <w:spacing w:after="0"/>
              <w:jc w:val="left"/>
            </w:pPr>
            <w:r>
              <w:rPr>
                <w:b/>
                <w:sz w:val="16"/>
              </w:rPr>
              <w:t>Notes</w:t>
            </w:r>
          </w:p>
        </w:tc>
      </w:tr>
      <w:tr>
        <w:trPr>
          <w:cantSplit/>
        </w:trPr>
        <w:tc>
          <w:tcPr>
            <w:tcW w:type="dxa" w:w="1625"/>
          </w:tcPr>
          <w:p>
            <w:pPr>
              <w:spacing w:after="0"/>
              <w:jc w:val="left"/>
            </w:pPr>
            <w:r>
              <w:rPr>
                <w:sz w:val="16"/>
              </w:rPr>
              <w:t>Wayne County</w:t>
            </w:r>
          </w:p>
        </w:tc>
        <w:tc>
          <w:tcPr>
            <w:tcW w:type="dxa" w:w="909"/>
          </w:tcPr>
          <w:p>
            <w:pPr>
              <w:spacing w:after="0"/>
              <w:jc w:val="left"/>
            </w:pPr>
            <w:r>
              <w:rPr>
                <w:sz w:val="16"/>
              </w:rPr>
              <w:t>County</w:t>
            </w:r>
          </w:p>
        </w:tc>
        <w:tc>
          <w:tcPr>
            <w:tcW w:type="dxa" w:w="2699"/>
          </w:tcPr>
          <w:p>
            <w:pPr>
              <w:spacing w:after="0"/>
              <w:jc w:val="left"/>
            </w:pPr>
            <w:r>
              <w:rPr>
                <w:sz w:val="16"/>
              </w:rPr>
              <w:t>Expired on 2026-01-04</w:t>
            </w:r>
          </w:p>
        </w:tc>
        <w:tc>
          <w:tcPr>
            <w:tcW w:type="dxa" w:w="2779"/>
          </w:tcPr>
          <w:p>
            <w:pPr>
              <w:spacing w:after="0"/>
              <w:jc w:val="left"/>
            </w:pPr>
            <w:r>
              <w:rPr>
                <w:sz w:val="16"/>
              </w:rPr>
              <w:t>Six County AOG, UT Hazard Mitigation Plan 2021 (FEMA plan 106879)</w:t>
            </w:r>
          </w:p>
        </w:tc>
        <w:tc>
          <w:tcPr>
            <w:tcW w:type="dxa" w:w="1386"/>
          </w:tcPr>
          <w:p>
            <w:pPr>
              <w:spacing w:after="0"/>
              <w:jc w:val="left"/>
            </w:pPr>
            <w:r>
              <w:rPr>
                <w:sz w:val="16"/>
              </w:rPr>
              <w:t>2021-01-05</w:t>
            </w:r>
          </w:p>
        </w:tc>
        <w:tc>
          <w:tcPr>
            <w:tcW w:type="dxa" w:w="1386"/>
          </w:tcPr>
          <w:p>
            <w:pPr>
              <w:spacing w:after="0"/>
              <w:jc w:val="left"/>
            </w:pPr>
            <w:r>
              <w:rPr>
                <w:sz w:val="16"/>
              </w:rPr>
              <w:t>2026-01-04</w:t>
            </w:r>
          </w:p>
        </w:tc>
        <w:tc>
          <w:tcPr>
            <w:tcW w:type="dxa" w:w="1195"/>
          </w:tcPr>
          <w:p>
            <w:pPr>
              <w:spacing w:after="0"/>
              <w:jc w:val="right"/>
            </w:pPr>
            <w:r>
              <w:rPr>
                <w:sz w:val="16"/>
              </w:rPr>
              <w:t>-267</w:t>
            </w:r>
          </w:p>
        </w:tc>
        <w:tc>
          <w:tcPr>
            <w:tcW w:type="dxa" w:w="1267"/>
          </w:tcPr>
          <w:p>
            <w:pPr>
              <w:spacing w:after="0"/>
              <w:jc w:val="left"/>
            </w:pPr>
          </w:p>
        </w:tc>
        <w:tc>
          <w:tcPr>
            <w:tcW w:type="dxa" w:w="866"/>
          </w:tcPr>
          <w:p>
            <w:pPr>
              <w:spacing w:after="0"/>
              <w:jc w:val="left"/>
            </w:pPr>
          </w:p>
        </w:tc>
      </w:tr>
      <w:tr>
        <w:trPr>
          <w:cantSplit/>
        </w:trPr>
        <w:tc>
          <w:tcPr>
            <w:tcW w:type="dxa" w:w="1625"/>
          </w:tcPr>
          <w:p>
            <w:pPr>
              <w:spacing w:after="0"/>
              <w:jc w:val="left"/>
            </w:pPr>
            <w:r>
              <w:rPr>
                <w:sz w:val="16"/>
              </w:rPr>
              <w:t>Bicknell town</w:t>
            </w:r>
          </w:p>
        </w:tc>
        <w:tc>
          <w:tcPr>
            <w:tcW w:type="dxa" w:w="909"/>
          </w:tcPr>
          <w:p>
            <w:pPr>
              <w:spacing w:after="0"/>
              <w:jc w:val="left"/>
            </w:pPr>
            <w:r>
              <w:rPr>
                <w:sz w:val="16"/>
              </w:rPr>
              <w:t>Town</w:t>
            </w:r>
          </w:p>
        </w:tc>
        <w:tc>
          <w:tcPr>
            <w:tcW w:type="dxa" w:w="2699"/>
          </w:tcPr>
          <w:p>
            <w:pPr>
              <w:spacing w:after="0"/>
              <w:jc w:val="left"/>
            </w:pPr>
            <w:r>
              <w:rPr>
                <w:sz w:val="16"/>
              </w:rPr>
              <w:t>Expired on 2026-01-04</w:t>
            </w:r>
          </w:p>
        </w:tc>
        <w:tc>
          <w:tcPr>
            <w:tcW w:type="dxa" w:w="2779"/>
          </w:tcPr>
          <w:p>
            <w:pPr>
              <w:spacing w:after="0"/>
              <w:jc w:val="left"/>
            </w:pPr>
            <w:r>
              <w:rPr>
                <w:sz w:val="16"/>
              </w:rPr>
              <w:t>Six County AOG, UT Hazard Mitigation Plan 2021 (FEMA plan 106879)</w:t>
            </w:r>
          </w:p>
        </w:tc>
        <w:tc>
          <w:tcPr>
            <w:tcW w:type="dxa" w:w="1386"/>
          </w:tcPr>
          <w:p>
            <w:pPr>
              <w:spacing w:after="0"/>
              <w:jc w:val="left"/>
            </w:pPr>
            <w:r>
              <w:rPr>
                <w:sz w:val="16"/>
              </w:rPr>
              <w:t>2021-01-05</w:t>
            </w:r>
          </w:p>
        </w:tc>
        <w:tc>
          <w:tcPr>
            <w:tcW w:type="dxa" w:w="1386"/>
          </w:tcPr>
          <w:p>
            <w:pPr>
              <w:spacing w:after="0"/>
              <w:jc w:val="left"/>
            </w:pPr>
            <w:r>
              <w:rPr>
                <w:sz w:val="16"/>
              </w:rPr>
              <w:t>2026-01-04</w:t>
            </w:r>
          </w:p>
        </w:tc>
        <w:tc>
          <w:tcPr>
            <w:tcW w:type="dxa" w:w="1195"/>
          </w:tcPr>
          <w:p>
            <w:pPr>
              <w:spacing w:after="0"/>
              <w:jc w:val="right"/>
            </w:pPr>
            <w:r>
              <w:rPr>
                <w:sz w:val="16"/>
              </w:rPr>
              <w:t>-267</w:t>
            </w:r>
          </w:p>
        </w:tc>
        <w:tc>
          <w:tcPr>
            <w:tcW w:type="dxa" w:w="1267"/>
          </w:tcPr>
          <w:p>
            <w:pPr>
              <w:spacing w:after="0"/>
              <w:jc w:val="left"/>
            </w:pPr>
          </w:p>
        </w:tc>
        <w:tc>
          <w:tcPr>
            <w:tcW w:type="dxa" w:w="866"/>
          </w:tcPr>
          <w:p>
            <w:pPr>
              <w:spacing w:after="0"/>
              <w:jc w:val="left"/>
            </w:pPr>
          </w:p>
        </w:tc>
      </w:tr>
      <w:tr>
        <w:trPr>
          <w:cantSplit/>
        </w:trPr>
        <w:tc>
          <w:tcPr>
            <w:tcW w:type="dxa" w:w="1625"/>
          </w:tcPr>
          <w:p>
            <w:pPr>
              <w:spacing w:after="0"/>
              <w:jc w:val="left"/>
            </w:pPr>
            <w:r>
              <w:rPr>
                <w:sz w:val="16"/>
              </w:rPr>
              <w:t>Hanksville town</w:t>
            </w:r>
          </w:p>
        </w:tc>
        <w:tc>
          <w:tcPr>
            <w:tcW w:type="dxa" w:w="909"/>
          </w:tcPr>
          <w:p>
            <w:pPr>
              <w:spacing w:after="0"/>
              <w:jc w:val="left"/>
            </w:pPr>
            <w:r>
              <w:rPr>
                <w:sz w:val="16"/>
              </w:rPr>
              <w:t>Town</w:t>
            </w:r>
          </w:p>
        </w:tc>
        <w:tc>
          <w:tcPr>
            <w:tcW w:type="dxa" w:w="2699"/>
          </w:tcPr>
          <w:p>
            <w:pPr>
              <w:spacing w:after="0"/>
              <w:jc w:val="left"/>
            </w:pPr>
            <w:r>
              <w:rPr>
                <w:sz w:val="16"/>
              </w:rPr>
              <w:t>Expired on 2026-01-04</w:t>
            </w:r>
          </w:p>
        </w:tc>
        <w:tc>
          <w:tcPr>
            <w:tcW w:type="dxa" w:w="2779"/>
          </w:tcPr>
          <w:p>
            <w:pPr>
              <w:spacing w:after="0"/>
              <w:jc w:val="left"/>
            </w:pPr>
            <w:r>
              <w:rPr>
                <w:sz w:val="16"/>
              </w:rPr>
              <w:t>Six County AOG, UT Hazard Mitigation Plan 2021 (FEMA plan 106879)</w:t>
            </w:r>
          </w:p>
        </w:tc>
        <w:tc>
          <w:tcPr>
            <w:tcW w:type="dxa" w:w="1386"/>
          </w:tcPr>
          <w:p>
            <w:pPr>
              <w:spacing w:after="0"/>
              <w:jc w:val="left"/>
            </w:pPr>
            <w:r>
              <w:rPr>
                <w:sz w:val="16"/>
              </w:rPr>
              <w:t>2021-01-05</w:t>
            </w:r>
          </w:p>
        </w:tc>
        <w:tc>
          <w:tcPr>
            <w:tcW w:type="dxa" w:w="1386"/>
          </w:tcPr>
          <w:p>
            <w:pPr>
              <w:spacing w:after="0"/>
              <w:jc w:val="left"/>
            </w:pPr>
            <w:r>
              <w:rPr>
                <w:sz w:val="16"/>
              </w:rPr>
              <w:t>2026-01-04</w:t>
            </w:r>
          </w:p>
        </w:tc>
        <w:tc>
          <w:tcPr>
            <w:tcW w:type="dxa" w:w="1195"/>
          </w:tcPr>
          <w:p>
            <w:pPr>
              <w:spacing w:after="0"/>
              <w:jc w:val="right"/>
            </w:pPr>
            <w:r>
              <w:rPr>
                <w:sz w:val="16"/>
              </w:rPr>
              <w:t>-267</w:t>
            </w:r>
          </w:p>
        </w:tc>
        <w:tc>
          <w:tcPr>
            <w:tcW w:type="dxa" w:w="1267"/>
          </w:tcPr>
          <w:p>
            <w:pPr>
              <w:spacing w:after="0"/>
              <w:jc w:val="left"/>
            </w:pPr>
          </w:p>
        </w:tc>
        <w:tc>
          <w:tcPr>
            <w:tcW w:type="dxa" w:w="866"/>
          </w:tcPr>
          <w:p>
            <w:pPr>
              <w:spacing w:after="0"/>
              <w:jc w:val="left"/>
            </w:pPr>
          </w:p>
        </w:tc>
      </w:tr>
      <w:tr>
        <w:trPr>
          <w:cantSplit/>
        </w:trPr>
        <w:tc>
          <w:tcPr>
            <w:tcW w:type="dxa" w:w="1625"/>
          </w:tcPr>
          <w:p>
            <w:pPr>
              <w:spacing w:after="0"/>
              <w:jc w:val="left"/>
            </w:pPr>
            <w:r>
              <w:rPr>
                <w:sz w:val="16"/>
              </w:rPr>
              <w:t>Loa town</w:t>
            </w:r>
          </w:p>
        </w:tc>
        <w:tc>
          <w:tcPr>
            <w:tcW w:type="dxa" w:w="909"/>
          </w:tcPr>
          <w:p>
            <w:pPr>
              <w:spacing w:after="0"/>
              <w:jc w:val="left"/>
            </w:pPr>
            <w:r>
              <w:rPr>
                <w:sz w:val="16"/>
              </w:rPr>
              <w:t>Town</w:t>
            </w:r>
          </w:p>
        </w:tc>
        <w:tc>
          <w:tcPr>
            <w:tcW w:type="dxa" w:w="2699"/>
          </w:tcPr>
          <w:p>
            <w:pPr>
              <w:spacing w:after="0"/>
              <w:jc w:val="left"/>
            </w:pPr>
            <w:r>
              <w:rPr>
                <w:sz w:val="16"/>
              </w:rPr>
              <w:t>Expired on 2026-01-04</w:t>
            </w:r>
          </w:p>
        </w:tc>
        <w:tc>
          <w:tcPr>
            <w:tcW w:type="dxa" w:w="2779"/>
          </w:tcPr>
          <w:p>
            <w:pPr>
              <w:spacing w:after="0"/>
              <w:jc w:val="left"/>
            </w:pPr>
            <w:r>
              <w:rPr>
                <w:sz w:val="16"/>
              </w:rPr>
              <w:t>Six County AOG, UT Hazard Mitigation Plan 2021 (FEMA plan 106879)</w:t>
            </w:r>
          </w:p>
        </w:tc>
        <w:tc>
          <w:tcPr>
            <w:tcW w:type="dxa" w:w="1386"/>
          </w:tcPr>
          <w:p>
            <w:pPr>
              <w:spacing w:after="0"/>
              <w:jc w:val="left"/>
            </w:pPr>
            <w:r>
              <w:rPr>
                <w:sz w:val="16"/>
              </w:rPr>
              <w:t>2021-01-05</w:t>
            </w:r>
          </w:p>
        </w:tc>
        <w:tc>
          <w:tcPr>
            <w:tcW w:type="dxa" w:w="1386"/>
          </w:tcPr>
          <w:p>
            <w:pPr>
              <w:spacing w:after="0"/>
              <w:jc w:val="left"/>
            </w:pPr>
            <w:r>
              <w:rPr>
                <w:sz w:val="16"/>
              </w:rPr>
              <w:t>2026-01-04</w:t>
            </w:r>
          </w:p>
        </w:tc>
        <w:tc>
          <w:tcPr>
            <w:tcW w:type="dxa" w:w="1195"/>
          </w:tcPr>
          <w:p>
            <w:pPr>
              <w:spacing w:after="0"/>
              <w:jc w:val="right"/>
            </w:pPr>
            <w:r>
              <w:rPr>
                <w:sz w:val="16"/>
              </w:rPr>
              <w:t>-267</w:t>
            </w:r>
          </w:p>
        </w:tc>
        <w:tc>
          <w:tcPr>
            <w:tcW w:type="dxa" w:w="1267"/>
          </w:tcPr>
          <w:p>
            <w:pPr>
              <w:spacing w:after="0"/>
              <w:jc w:val="left"/>
            </w:pPr>
          </w:p>
        </w:tc>
        <w:tc>
          <w:tcPr>
            <w:tcW w:type="dxa" w:w="866"/>
          </w:tcPr>
          <w:p>
            <w:pPr>
              <w:spacing w:after="0"/>
              <w:jc w:val="left"/>
            </w:pPr>
          </w:p>
        </w:tc>
      </w:tr>
      <w:tr>
        <w:trPr>
          <w:cantSplit/>
        </w:trPr>
        <w:tc>
          <w:tcPr>
            <w:tcW w:type="dxa" w:w="1625"/>
          </w:tcPr>
          <w:p>
            <w:pPr>
              <w:spacing w:after="0"/>
              <w:jc w:val="left"/>
            </w:pPr>
            <w:r>
              <w:rPr>
                <w:sz w:val="16"/>
              </w:rPr>
              <w:t>Lyman town</w:t>
            </w:r>
          </w:p>
        </w:tc>
        <w:tc>
          <w:tcPr>
            <w:tcW w:type="dxa" w:w="909"/>
          </w:tcPr>
          <w:p>
            <w:pPr>
              <w:spacing w:after="0"/>
              <w:jc w:val="left"/>
            </w:pPr>
            <w:r>
              <w:rPr>
                <w:sz w:val="16"/>
              </w:rPr>
              <w:t>Town</w:t>
            </w:r>
          </w:p>
        </w:tc>
        <w:tc>
          <w:tcPr>
            <w:tcW w:type="dxa" w:w="2699"/>
          </w:tcPr>
          <w:p>
            <w:pPr>
              <w:spacing w:after="0"/>
              <w:jc w:val="left"/>
            </w:pPr>
            <w:r>
              <w:rPr>
                <w:sz w:val="16"/>
              </w:rPr>
              <w:t>Expired on 2026-01-04</w:t>
            </w:r>
          </w:p>
        </w:tc>
        <w:tc>
          <w:tcPr>
            <w:tcW w:type="dxa" w:w="2779"/>
          </w:tcPr>
          <w:p>
            <w:pPr>
              <w:spacing w:after="0"/>
              <w:jc w:val="left"/>
            </w:pPr>
            <w:r>
              <w:rPr>
                <w:sz w:val="16"/>
              </w:rPr>
              <w:t>Six County AOG, UT Hazard Mitigation Plan 2021 (FEMA plan 106879)</w:t>
            </w:r>
          </w:p>
        </w:tc>
        <w:tc>
          <w:tcPr>
            <w:tcW w:type="dxa" w:w="1386"/>
          </w:tcPr>
          <w:p>
            <w:pPr>
              <w:spacing w:after="0"/>
              <w:jc w:val="left"/>
            </w:pPr>
            <w:r>
              <w:rPr>
                <w:sz w:val="16"/>
              </w:rPr>
              <w:t>2021-01-05</w:t>
            </w:r>
          </w:p>
        </w:tc>
        <w:tc>
          <w:tcPr>
            <w:tcW w:type="dxa" w:w="1386"/>
          </w:tcPr>
          <w:p>
            <w:pPr>
              <w:spacing w:after="0"/>
              <w:jc w:val="left"/>
            </w:pPr>
            <w:r>
              <w:rPr>
                <w:sz w:val="16"/>
              </w:rPr>
              <w:t>2026-01-04</w:t>
            </w:r>
          </w:p>
        </w:tc>
        <w:tc>
          <w:tcPr>
            <w:tcW w:type="dxa" w:w="1195"/>
          </w:tcPr>
          <w:p>
            <w:pPr>
              <w:spacing w:after="0"/>
              <w:jc w:val="right"/>
            </w:pPr>
            <w:r>
              <w:rPr>
                <w:sz w:val="16"/>
              </w:rPr>
              <w:t>-267</w:t>
            </w:r>
          </w:p>
        </w:tc>
        <w:tc>
          <w:tcPr>
            <w:tcW w:type="dxa" w:w="1267"/>
          </w:tcPr>
          <w:p>
            <w:pPr>
              <w:spacing w:after="0"/>
              <w:jc w:val="left"/>
            </w:pPr>
          </w:p>
        </w:tc>
        <w:tc>
          <w:tcPr>
            <w:tcW w:type="dxa" w:w="866"/>
          </w:tcPr>
          <w:p>
            <w:pPr>
              <w:spacing w:after="0"/>
              <w:jc w:val="left"/>
            </w:pPr>
          </w:p>
        </w:tc>
      </w:tr>
      <w:tr>
        <w:trPr>
          <w:cantSplit/>
        </w:trPr>
        <w:tc>
          <w:tcPr>
            <w:tcW w:type="dxa" w:w="1625"/>
          </w:tcPr>
          <w:p>
            <w:pPr>
              <w:spacing w:after="0"/>
              <w:jc w:val="left"/>
            </w:pPr>
            <w:r>
              <w:rPr>
                <w:sz w:val="16"/>
              </w:rPr>
              <w:t>Torrey town</w:t>
            </w:r>
          </w:p>
        </w:tc>
        <w:tc>
          <w:tcPr>
            <w:tcW w:type="dxa" w:w="909"/>
          </w:tcPr>
          <w:p>
            <w:pPr>
              <w:spacing w:after="0"/>
              <w:jc w:val="left"/>
            </w:pPr>
            <w:r>
              <w:rPr>
                <w:sz w:val="16"/>
              </w:rPr>
              <w:t>Town</w:t>
            </w:r>
          </w:p>
        </w:tc>
        <w:tc>
          <w:tcPr>
            <w:tcW w:type="dxa" w:w="2699"/>
          </w:tcPr>
          <w:p>
            <w:pPr>
              <w:spacing w:after="0"/>
              <w:jc w:val="left"/>
            </w:pPr>
            <w:r>
              <w:rPr>
                <w:sz w:val="16"/>
              </w:rPr>
              <w:t>Expired on 2026-01-04</w:t>
            </w:r>
          </w:p>
        </w:tc>
        <w:tc>
          <w:tcPr>
            <w:tcW w:type="dxa" w:w="2779"/>
          </w:tcPr>
          <w:p>
            <w:pPr>
              <w:spacing w:after="0"/>
              <w:jc w:val="left"/>
            </w:pPr>
            <w:r>
              <w:rPr>
                <w:sz w:val="16"/>
              </w:rPr>
              <w:t>Six County AOG, UT Hazard Mitigation Plan 2021 (FEMA plan 106879)</w:t>
            </w:r>
          </w:p>
        </w:tc>
        <w:tc>
          <w:tcPr>
            <w:tcW w:type="dxa" w:w="1386"/>
          </w:tcPr>
          <w:p>
            <w:pPr>
              <w:spacing w:after="0"/>
              <w:jc w:val="left"/>
            </w:pPr>
            <w:r>
              <w:rPr>
                <w:sz w:val="16"/>
              </w:rPr>
              <w:t>2021-01-05</w:t>
            </w:r>
          </w:p>
        </w:tc>
        <w:tc>
          <w:tcPr>
            <w:tcW w:type="dxa" w:w="1386"/>
          </w:tcPr>
          <w:p>
            <w:pPr>
              <w:spacing w:after="0"/>
              <w:jc w:val="left"/>
            </w:pPr>
            <w:r>
              <w:rPr>
                <w:sz w:val="16"/>
              </w:rPr>
              <w:t>2026-01-04</w:t>
            </w:r>
          </w:p>
        </w:tc>
        <w:tc>
          <w:tcPr>
            <w:tcW w:type="dxa" w:w="1195"/>
          </w:tcPr>
          <w:p>
            <w:pPr>
              <w:spacing w:after="0"/>
              <w:jc w:val="right"/>
            </w:pPr>
            <w:r>
              <w:rPr>
                <w:sz w:val="16"/>
              </w:rPr>
              <w:t>-267</w:t>
            </w:r>
          </w:p>
        </w:tc>
        <w:tc>
          <w:tcPr>
            <w:tcW w:type="dxa" w:w="1267"/>
          </w:tcPr>
          <w:p>
            <w:pPr>
              <w:spacing w:after="0"/>
              <w:jc w:val="left"/>
            </w:pPr>
          </w:p>
        </w:tc>
        <w:tc>
          <w:tcPr>
            <w:tcW w:type="dxa" w:w="866"/>
          </w:tcPr>
          <w:p>
            <w:pPr>
              <w:spacing w:after="0"/>
              <w:jc w:val="left"/>
            </w:pPr>
          </w:p>
        </w:tc>
      </w:tr>
    </w:tbl>
    <w:p>
      <w:pPr>
        <w:spacing w:after="40" w:before="60"/>
      </w:pPr>
      <w:r>
        <w:rPr>
          <w:sz w:val="15"/>
        </w:rPr>
        <w:t>Plan 106879 also lists 27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283"/>
        <w:gridCol w:w="1283"/>
        <w:gridCol w:w="948"/>
        <w:gridCol w:w="1126"/>
        <w:gridCol w:w="1409"/>
        <w:gridCol w:w="1105"/>
        <w:gridCol w:w="1483"/>
        <w:gridCol w:w="1778"/>
        <w:gridCol w:w="1954"/>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3"/>
            <w:shd w:val="clear" w:color="auto" w:fill="E8E8E8"/>
          </w:tcPr>
          <w:p>
            <w:pPr>
              <w:spacing w:after="0"/>
              <w:jc w:val="left"/>
            </w:pPr>
            <w:r>
              <w:rPr>
                <w:b/>
                <w:sz w:val="16"/>
              </w:rPr>
              <w:t>NRI risk rating</w:t>
            </w:r>
          </w:p>
        </w:tc>
        <w:tc>
          <w:tcPr>
            <w:tcW w:type="dxa" w:w="1283"/>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8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7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54"/>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r>
              <w:rPr>
                <w:sz w:val="16"/>
              </w:rPr>
              <w:t>$838,693</w:t>
            </w:r>
          </w:p>
        </w:tc>
        <w:tc>
          <w:tcPr>
            <w:tcW w:type="dxa" w:w="1126"/>
          </w:tcPr>
          <w:p>
            <w:pPr>
              <w:spacing w:after="0"/>
              <w:jc w:val="right"/>
            </w:pPr>
            <w:r>
              <w:rPr>
                <w:sz w:val="16"/>
              </w:rPr>
              <w:t>$282</w:t>
            </w:r>
          </w:p>
        </w:tc>
        <w:tc>
          <w:tcPr>
            <w:tcW w:type="dxa" w:w="1409"/>
          </w:tcPr>
          <w:p>
            <w:pPr>
              <w:spacing w:after="0"/>
              <w:jc w:val="right"/>
            </w:pPr>
            <w:r>
              <w:rPr>
                <w:sz w:val="16"/>
              </w:rPr>
              <w:t>$64,231</w:t>
            </w:r>
          </w:p>
        </w:tc>
        <w:tc>
          <w:tcPr>
            <w:tcW w:type="dxa" w:w="1105"/>
          </w:tcPr>
          <w:p>
            <w:pPr>
              <w:spacing w:after="0"/>
              <w:jc w:val="right"/>
            </w:pPr>
            <w:r>
              <w:rPr>
                <w:sz w:val="16"/>
              </w:rPr>
              <w:t>$903,206</w:t>
            </w:r>
          </w:p>
        </w:tc>
        <w:tc>
          <w:tcPr>
            <w:tcW w:type="dxa" w:w="1483"/>
          </w:tcPr>
          <w:p>
            <w:pPr>
              <w:spacing w:after="0"/>
              <w:jc w:val="right"/>
            </w:pPr>
            <w:r>
              <w:rPr>
                <w:sz w:val="16"/>
              </w:rPr>
              <w:t>164</w:t>
            </w:r>
          </w:p>
        </w:tc>
        <w:tc>
          <w:tcPr>
            <w:tcW w:type="dxa" w:w="1778"/>
          </w:tcPr>
          <w:p>
            <w:pPr>
              <w:spacing w:after="0"/>
              <w:jc w:val="left"/>
            </w:pPr>
          </w:p>
        </w:tc>
        <w:tc>
          <w:tcPr>
            <w:tcW w:type="dxa" w:w="1954"/>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Earthquake</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r>
              <w:rPr>
                <w:sz w:val="16"/>
              </w:rPr>
              <w:t>$201,986</w:t>
            </w:r>
          </w:p>
        </w:tc>
        <w:tc>
          <w:tcPr>
            <w:tcW w:type="dxa" w:w="1126"/>
          </w:tcPr>
          <w:p>
            <w:pPr>
              <w:spacing w:after="0"/>
              <w:jc w:val="right"/>
            </w:pPr>
          </w:p>
        </w:tc>
        <w:tc>
          <w:tcPr>
            <w:tcW w:type="dxa" w:w="1409"/>
          </w:tcPr>
          <w:p>
            <w:pPr>
              <w:spacing w:after="0"/>
              <w:jc w:val="right"/>
            </w:pPr>
            <w:r>
              <w:rPr>
                <w:sz w:val="16"/>
              </w:rPr>
              <w:t>$27,522</w:t>
            </w:r>
          </w:p>
        </w:tc>
        <w:tc>
          <w:tcPr>
            <w:tcW w:type="dxa" w:w="1105"/>
          </w:tcPr>
          <w:p>
            <w:pPr>
              <w:spacing w:after="0"/>
              <w:jc w:val="right"/>
            </w:pPr>
            <w:r>
              <w:rPr>
                <w:sz w:val="16"/>
              </w:rPr>
              <w:t>$229,508</w:t>
            </w:r>
          </w:p>
        </w:tc>
        <w:tc>
          <w:tcPr>
            <w:tcW w:type="dxa" w:w="1483"/>
          </w:tcPr>
          <w:p>
            <w:pPr>
              <w:spacing w:after="0"/>
              <w:jc w:val="right"/>
            </w:pPr>
          </w:p>
        </w:tc>
        <w:tc>
          <w:tcPr>
            <w:tcW w:type="dxa" w:w="1778"/>
          </w:tcPr>
          <w:p>
            <w:pPr>
              <w:spacing w:after="0"/>
              <w:jc w:val="left"/>
            </w:pPr>
          </w:p>
        </w:tc>
        <w:tc>
          <w:tcPr>
            <w:tcW w:type="dxa" w:w="1954"/>
          </w:tcPr>
          <w:p>
            <w:pPr>
              <w:spacing w:after="0"/>
              <w:jc w:val="left"/>
            </w:pPr>
            <w:r>
              <w:rPr>
                <w:sz w:val="16"/>
              </w:rPr>
              <w:t>Not in Storm Events. Storm Events coverage of this hazard is limited; absence is not evidence of low risk.</w:t>
            </w:r>
          </w:p>
        </w:tc>
      </w:tr>
      <w:tr>
        <w:trPr>
          <w:cantSplit/>
        </w:trPr>
        <w:tc>
          <w:tcPr>
            <w:tcW w:type="dxa" w:w="707"/>
          </w:tcPr>
          <w:p>
            <w:pPr>
              <w:spacing w:after="0"/>
              <w:jc w:val="right"/>
            </w:pPr>
            <w:r>
              <w:rPr>
                <w:sz w:val="16"/>
              </w:rPr>
              <w:t>3</w:t>
            </w:r>
          </w:p>
        </w:tc>
        <w:tc>
          <w:tcPr>
            <w:tcW w:type="dxa" w:w="1037"/>
          </w:tcPr>
          <w:p>
            <w:pPr>
              <w:spacing w:after="0"/>
              <w:jc w:val="left"/>
            </w:pPr>
            <w:r>
              <w:rPr>
                <w:sz w:val="16"/>
              </w:rPr>
              <w:t>Heat Wave</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948"/>
          </w:tcPr>
          <w:p>
            <w:pPr>
              <w:spacing w:after="0"/>
              <w:jc w:val="right"/>
            </w:pPr>
            <w:r>
              <w:rPr>
                <w:sz w:val="16"/>
              </w:rPr>
              <w:t>$7</w:t>
            </w:r>
          </w:p>
        </w:tc>
        <w:tc>
          <w:tcPr>
            <w:tcW w:type="dxa" w:w="1126"/>
          </w:tcPr>
          <w:p>
            <w:pPr>
              <w:spacing w:after="0"/>
              <w:jc w:val="right"/>
            </w:pPr>
            <w:r>
              <w:rPr>
                <w:sz w:val="16"/>
              </w:rPr>
              <w:t>$683</w:t>
            </w:r>
          </w:p>
        </w:tc>
        <w:tc>
          <w:tcPr>
            <w:tcW w:type="dxa" w:w="1409"/>
          </w:tcPr>
          <w:p>
            <w:pPr>
              <w:spacing w:after="0"/>
              <w:jc w:val="right"/>
            </w:pPr>
            <w:r>
              <w:rPr>
                <w:sz w:val="16"/>
              </w:rPr>
              <w:t>$208,659</w:t>
            </w:r>
          </w:p>
        </w:tc>
        <w:tc>
          <w:tcPr>
            <w:tcW w:type="dxa" w:w="1105"/>
          </w:tcPr>
          <w:p>
            <w:pPr>
              <w:spacing w:after="0"/>
              <w:jc w:val="right"/>
            </w:pPr>
            <w:r>
              <w:rPr>
                <w:sz w:val="16"/>
              </w:rPr>
              <w:t>$209,349</w:t>
            </w:r>
          </w:p>
        </w:tc>
        <w:tc>
          <w:tcPr>
            <w:tcW w:type="dxa" w:w="1483"/>
          </w:tcPr>
          <w:p>
            <w:pPr>
              <w:spacing w:after="0"/>
              <w:jc w:val="right"/>
            </w:pPr>
            <w:r>
              <w:rPr>
                <w:sz w:val="16"/>
              </w:rPr>
              <w:t>2</w:t>
            </w:r>
          </w:p>
        </w:tc>
        <w:tc>
          <w:tcPr>
            <w:tcW w:type="dxa" w:w="1778"/>
          </w:tcPr>
          <w:p>
            <w:pPr>
              <w:spacing w:after="0"/>
              <w:jc w:val="left"/>
            </w:pPr>
          </w:p>
        </w:tc>
        <w:tc>
          <w:tcPr>
            <w:tcW w:type="dxa" w:w="1954"/>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Winter Weather</w:t>
            </w:r>
          </w:p>
        </w:tc>
        <w:tc>
          <w:tcPr>
            <w:tcW w:type="dxa" w:w="1283"/>
          </w:tcPr>
          <w:p>
            <w:pPr>
              <w:spacing w:after="0"/>
              <w:jc w:val="left"/>
            </w:pPr>
            <w:r>
              <w:rPr>
                <w:sz w:val="16"/>
              </w:rPr>
              <w:t>Relatively Moderate</w:t>
            </w:r>
          </w:p>
        </w:tc>
        <w:tc>
          <w:tcPr>
            <w:tcW w:type="dxa" w:w="1283"/>
          </w:tcPr>
          <w:p>
            <w:pPr>
              <w:spacing w:after="0"/>
              <w:jc w:val="left"/>
            </w:pPr>
            <w:r>
              <w:rPr>
                <w:sz w:val="16"/>
              </w:rPr>
              <w:t>Relatively Moderate</w:t>
            </w:r>
          </w:p>
        </w:tc>
        <w:tc>
          <w:tcPr>
            <w:tcW w:type="dxa" w:w="948"/>
          </w:tcPr>
          <w:p>
            <w:pPr>
              <w:spacing w:after="0"/>
              <w:jc w:val="right"/>
            </w:pPr>
            <w:r>
              <w:rPr>
                <w:sz w:val="16"/>
              </w:rPr>
              <w:t>$28,974</w:t>
            </w:r>
          </w:p>
        </w:tc>
        <w:tc>
          <w:tcPr>
            <w:tcW w:type="dxa" w:w="1126"/>
          </w:tcPr>
          <w:p>
            <w:pPr>
              <w:spacing w:after="0"/>
              <w:jc w:val="right"/>
            </w:pPr>
            <w:r>
              <w:rPr>
                <w:sz w:val="16"/>
              </w:rPr>
              <w:t>$58</w:t>
            </w:r>
          </w:p>
        </w:tc>
        <w:tc>
          <w:tcPr>
            <w:tcW w:type="dxa" w:w="1409"/>
          </w:tcPr>
          <w:p>
            <w:pPr>
              <w:spacing w:after="0"/>
              <w:jc w:val="right"/>
            </w:pPr>
            <w:r>
              <w:rPr>
                <w:sz w:val="16"/>
              </w:rPr>
              <w:t>$115,913</w:t>
            </w:r>
          </w:p>
        </w:tc>
        <w:tc>
          <w:tcPr>
            <w:tcW w:type="dxa" w:w="1105"/>
          </w:tcPr>
          <w:p>
            <w:pPr>
              <w:spacing w:after="0"/>
              <w:jc w:val="right"/>
            </w:pPr>
            <w:r>
              <w:rPr>
                <w:sz w:val="16"/>
              </w:rPr>
              <w:t>$144,945</w:t>
            </w:r>
          </w:p>
        </w:tc>
        <w:tc>
          <w:tcPr>
            <w:tcW w:type="dxa" w:w="1483"/>
          </w:tcPr>
          <w:p>
            <w:pPr>
              <w:spacing w:after="0"/>
              <w:jc w:val="right"/>
            </w:pPr>
            <w:r>
              <w:rPr>
                <w:sz w:val="16"/>
              </w:rPr>
              <w:t>126</w:t>
            </w:r>
          </w:p>
        </w:tc>
        <w:tc>
          <w:tcPr>
            <w:tcW w:type="dxa" w:w="1778"/>
          </w:tcPr>
          <w:p>
            <w:pPr>
              <w:spacing w:after="0"/>
              <w:jc w:val="left"/>
            </w:pPr>
          </w:p>
        </w:tc>
        <w:tc>
          <w:tcPr>
            <w:tcW w:type="dxa" w:w="1954"/>
          </w:tcPr>
          <w:p>
            <w:pPr>
              <w:spacing w:after="0"/>
              <w:jc w:val="left"/>
            </w:pPr>
          </w:p>
        </w:tc>
      </w:tr>
      <w:tr>
        <w:trPr>
          <w:cantSplit/>
        </w:trPr>
        <w:tc>
          <w:tcPr>
            <w:tcW w:type="dxa" w:w="707"/>
          </w:tcPr>
          <w:p>
            <w:pPr>
              <w:spacing w:after="0"/>
              <w:jc w:val="right"/>
            </w:pPr>
            <w:r>
              <w:rPr>
                <w:sz w:val="16"/>
              </w:rPr>
              <w:t>5</w:t>
            </w:r>
          </w:p>
        </w:tc>
        <w:tc>
          <w:tcPr>
            <w:tcW w:type="dxa" w:w="1037"/>
          </w:tcPr>
          <w:p>
            <w:pPr>
              <w:spacing w:after="0"/>
              <w:jc w:val="left"/>
            </w:pPr>
            <w:r>
              <w:rPr>
                <w:sz w:val="16"/>
              </w:rPr>
              <w:t>Lightning</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948"/>
          </w:tcPr>
          <w:p>
            <w:pPr>
              <w:spacing w:after="0"/>
              <w:jc w:val="right"/>
            </w:pPr>
            <w:r>
              <w:rPr>
                <w:sz w:val="16"/>
              </w:rPr>
              <w:t>$1,057</w:t>
            </w:r>
          </w:p>
        </w:tc>
        <w:tc>
          <w:tcPr>
            <w:tcW w:type="dxa" w:w="1126"/>
          </w:tcPr>
          <w:p>
            <w:pPr>
              <w:spacing w:after="0"/>
              <w:jc w:val="right"/>
            </w:pPr>
          </w:p>
        </w:tc>
        <w:tc>
          <w:tcPr>
            <w:tcW w:type="dxa" w:w="1409"/>
          </w:tcPr>
          <w:p>
            <w:pPr>
              <w:spacing w:after="0"/>
              <w:jc w:val="right"/>
            </w:pPr>
            <w:r>
              <w:rPr>
                <w:sz w:val="16"/>
              </w:rPr>
              <w:t>$143,823</w:t>
            </w:r>
          </w:p>
        </w:tc>
        <w:tc>
          <w:tcPr>
            <w:tcW w:type="dxa" w:w="1105"/>
          </w:tcPr>
          <w:p>
            <w:pPr>
              <w:spacing w:after="0"/>
              <w:jc w:val="right"/>
            </w:pPr>
            <w:r>
              <w:rPr>
                <w:sz w:val="16"/>
              </w:rPr>
              <w:t>$144,880</w:t>
            </w:r>
          </w:p>
        </w:tc>
        <w:tc>
          <w:tcPr>
            <w:tcW w:type="dxa" w:w="1483"/>
          </w:tcPr>
          <w:p>
            <w:pPr>
              <w:spacing w:after="0"/>
              <w:jc w:val="right"/>
            </w:pPr>
            <w:r>
              <w:rPr>
                <w:sz w:val="16"/>
              </w:rPr>
              <w:t>0</w:t>
            </w:r>
          </w:p>
        </w:tc>
        <w:tc>
          <w:tcPr>
            <w:tcW w:type="dxa" w:w="1778"/>
          </w:tcPr>
          <w:p>
            <w:pPr>
              <w:spacing w:after="0"/>
              <w:jc w:val="left"/>
            </w:pPr>
          </w:p>
        </w:tc>
        <w:tc>
          <w:tcPr>
            <w:tcW w:type="dxa" w:w="195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7"/>
          </w:tcPr>
          <w:p>
            <w:pPr>
              <w:spacing w:after="0"/>
              <w:jc w:val="right"/>
            </w:pPr>
            <w:r>
              <w:rPr>
                <w:sz w:val="16"/>
              </w:rPr>
              <w:t>6</w:t>
            </w:r>
          </w:p>
        </w:tc>
        <w:tc>
          <w:tcPr>
            <w:tcW w:type="dxa" w:w="1037"/>
          </w:tcPr>
          <w:p>
            <w:pPr>
              <w:spacing w:after="0"/>
              <w:jc w:val="left"/>
            </w:pPr>
            <w:r>
              <w:rPr>
                <w:sz w:val="16"/>
              </w:rPr>
              <w:t>Landslide</w:t>
            </w:r>
          </w:p>
        </w:tc>
        <w:tc>
          <w:tcPr>
            <w:tcW w:type="dxa" w:w="1283"/>
          </w:tcPr>
          <w:p>
            <w:pPr>
              <w:spacing w:after="0"/>
              <w:jc w:val="left"/>
            </w:pPr>
            <w:r>
              <w:rPr>
                <w:sz w:val="16"/>
              </w:rPr>
              <w:t>Relatively Moderate</w:t>
            </w:r>
          </w:p>
        </w:tc>
        <w:tc>
          <w:tcPr>
            <w:tcW w:type="dxa" w:w="1283"/>
          </w:tcPr>
          <w:p>
            <w:pPr>
              <w:spacing w:after="0"/>
              <w:jc w:val="left"/>
            </w:pPr>
            <w:r>
              <w:rPr>
                <w:sz w:val="16"/>
              </w:rPr>
              <w:t>Relatively Low</w:t>
            </w:r>
          </w:p>
        </w:tc>
        <w:tc>
          <w:tcPr>
            <w:tcW w:type="dxa" w:w="948"/>
          </w:tcPr>
          <w:p>
            <w:pPr>
              <w:spacing w:after="0"/>
              <w:jc w:val="right"/>
            </w:pPr>
            <w:r>
              <w:rPr>
                <w:sz w:val="16"/>
              </w:rPr>
              <w:t>$85,340</w:t>
            </w:r>
          </w:p>
        </w:tc>
        <w:tc>
          <w:tcPr>
            <w:tcW w:type="dxa" w:w="1126"/>
          </w:tcPr>
          <w:p>
            <w:pPr>
              <w:spacing w:after="0"/>
              <w:jc w:val="right"/>
            </w:pPr>
          </w:p>
        </w:tc>
        <w:tc>
          <w:tcPr>
            <w:tcW w:type="dxa" w:w="1409"/>
          </w:tcPr>
          <w:p>
            <w:pPr>
              <w:spacing w:after="0"/>
              <w:jc w:val="right"/>
            </w:pPr>
            <w:r>
              <w:rPr>
                <w:sz w:val="16"/>
              </w:rPr>
              <w:t>$12,821</w:t>
            </w:r>
          </w:p>
        </w:tc>
        <w:tc>
          <w:tcPr>
            <w:tcW w:type="dxa" w:w="1105"/>
          </w:tcPr>
          <w:p>
            <w:pPr>
              <w:spacing w:after="0"/>
              <w:jc w:val="right"/>
            </w:pPr>
            <w:r>
              <w:rPr>
                <w:sz w:val="16"/>
              </w:rPr>
              <w:t>$98,161</w:t>
            </w:r>
          </w:p>
        </w:tc>
        <w:tc>
          <w:tcPr>
            <w:tcW w:type="dxa" w:w="1483"/>
          </w:tcPr>
          <w:p>
            <w:pPr>
              <w:spacing w:after="0"/>
              <w:jc w:val="right"/>
            </w:pPr>
            <w:r>
              <w:rPr>
                <w:sz w:val="16"/>
              </w:rPr>
              <w:t>1</w:t>
            </w:r>
          </w:p>
        </w:tc>
        <w:tc>
          <w:tcPr>
            <w:tcW w:type="dxa" w:w="1778"/>
          </w:tcPr>
          <w:p>
            <w:pPr>
              <w:spacing w:after="0"/>
              <w:jc w:val="left"/>
            </w:pPr>
          </w:p>
        </w:tc>
        <w:tc>
          <w:tcPr>
            <w:tcW w:type="dxa" w:w="1954"/>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Wildfire</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r>
              <w:rPr>
                <w:sz w:val="16"/>
              </w:rPr>
              <w:t>$53,195</w:t>
            </w:r>
          </w:p>
        </w:tc>
        <w:tc>
          <w:tcPr>
            <w:tcW w:type="dxa" w:w="1126"/>
          </w:tcPr>
          <w:p>
            <w:pPr>
              <w:spacing w:after="0"/>
              <w:jc w:val="right"/>
            </w:pPr>
            <w:r>
              <w:rPr>
                <w:sz w:val="16"/>
              </w:rPr>
              <w:t>$12</w:t>
            </w:r>
          </w:p>
        </w:tc>
        <w:tc>
          <w:tcPr>
            <w:tcW w:type="dxa" w:w="1409"/>
          </w:tcPr>
          <w:p>
            <w:pPr>
              <w:spacing w:after="0"/>
              <w:jc w:val="right"/>
            </w:pPr>
            <w:r>
              <w:rPr>
                <w:sz w:val="16"/>
              </w:rPr>
              <w:t>$1,231</w:t>
            </w:r>
          </w:p>
        </w:tc>
        <w:tc>
          <w:tcPr>
            <w:tcW w:type="dxa" w:w="1105"/>
          </w:tcPr>
          <w:p>
            <w:pPr>
              <w:spacing w:after="0"/>
              <w:jc w:val="right"/>
            </w:pPr>
            <w:r>
              <w:rPr>
                <w:sz w:val="16"/>
              </w:rPr>
              <w:t>$54,438</w:t>
            </w:r>
          </w:p>
        </w:tc>
        <w:tc>
          <w:tcPr>
            <w:tcW w:type="dxa" w:w="1483"/>
          </w:tcPr>
          <w:p>
            <w:pPr>
              <w:spacing w:after="0"/>
              <w:jc w:val="right"/>
            </w:pPr>
            <w:r>
              <w:rPr>
                <w:sz w:val="16"/>
              </w:rPr>
              <w:t>5</w:t>
            </w:r>
          </w:p>
        </w:tc>
        <w:tc>
          <w:tcPr>
            <w:tcW w:type="dxa" w:w="1778"/>
          </w:tcPr>
          <w:p>
            <w:pPr>
              <w:spacing w:after="0"/>
              <w:jc w:val="left"/>
            </w:pPr>
          </w:p>
        </w:tc>
        <w:tc>
          <w:tcPr>
            <w:tcW w:type="dxa" w:w="1954"/>
          </w:tcPr>
          <w:p>
            <w:pPr>
              <w:spacing w:after="0"/>
              <w:jc w:val="left"/>
            </w:pPr>
          </w:p>
        </w:tc>
      </w:tr>
      <w:tr>
        <w:trPr>
          <w:cantSplit/>
        </w:trPr>
        <w:tc>
          <w:tcPr>
            <w:tcW w:type="dxa" w:w="707"/>
          </w:tcPr>
          <w:p>
            <w:pPr>
              <w:spacing w:after="0"/>
              <w:jc w:val="right"/>
            </w:pPr>
            <w:r>
              <w:rPr>
                <w:sz w:val="16"/>
              </w:rPr>
              <w:t>8</w:t>
            </w:r>
          </w:p>
        </w:tc>
        <w:tc>
          <w:tcPr>
            <w:tcW w:type="dxa" w:w="1037"/>
          </w:tcPr>
          <w:p>
            <w:pPr>
              <w:spacing w:after="0"/>
              <w:jc w:val="left"/>
            </w:pPr>
            <w:r>
              <w:rPr>
                <w:sz w:val="16"/>
              </w:rPr>
              <w:t>Drought</w:t>
            </w:r>
          </w:p>
        </w:tc>
        <w:tc>
          <w:tcPr>
            <w:tcW w:type="dxa" w:w="1283"/>
          </w:tcPr>
          <w:p>
            <w:pPr>
              <w:spacing w:after="0"/>
              <w:jc w:val="left"/>
            </w:pPr>
            <w:r>
              <w:rPr>
                <w:sz w:val="16"/>
              </w:rPr>
              <w:t>Relatively Low</w:t>
            </w:r>
          </w:p>
        </w:tc>
        <w:tc>
          <w:tcPr>
            <w:tcW w:type="dxa" w:w="1283"/>
          </w:tcPr>
          <w:p>
            <w:pPr>
              <w:spacing w:after="0"/>
              <w:jc w:val="left"/>
            </w:pPr>
            <w:r>
              <w:rPr>
                <w:sz w:val="16"/>
              </w:rPr>
              <w:t>Very Low</w:t>
            </w:r>
          </w:p>
        </w:tc>
        <w:tc>
          <w:tcPr>
            <w:tcW w:type="dxa" w:w="948"/>
          </w:tcPr>
          <w:p>
            <w:pPr>
              <w:spacing w:after="0"/>
              <w:jc w:val="right"/>
            </w:pPr>
          </w:p>
        </w:tc>
        <w:tc>
          <w:tcPr>
            <w:tcW w:type="dxa" w:w="1126"/>
          </w:tcPr>
          <w:p>
            <w:pPr>
              <w:spacing w:after="0"/>
              <w:jc w:val="right"/>
            </w:pPr>
            <w:r>
              <w:rPr>
                <w:sz w:val="16"/>
              </w:rPr>
              <w:t>$26,328</w:t>
            </w:r>
          </w:p>
        </w:tc>
        <w:tc>
          <w:tcPr>
            <w:tcW w:type="dxa" w:w="1409"/>
          </w:tcPr>
          <w:p>
            <w:pPr>
              <w:spacing w:after="0"/>
              <w:jc w:val="right"/>
            </w:pPr>
          </w:p>
        </w:tc>
        <w:tc>
          <w:tcPr>
            <w:tcW w:type="dxa" w:w="1105"/>
          </w:tcPr>
          <w:p>
            <w:pPr>
              <w:spacing w:after="0"/>
              <w:jc w:val="right"/>
            </w:pPr>
            <w:r>
              <w:rPr>
                <w:sz w:val="16"/>
              </w:rPr>
              <w:t>$26,328</w:t>
            </w:r>
          </w:p>
        </w:tc>
        <w:tc>
          <w:tcPr>
            <w:tcW w:type="dxa" w:w="1483"/>
          </w:tcPr>
          <w:p>
            <w:pPr>
              <w:spacing w:after="0"/>
              <w:jc w:val="right"/>
            </w:pPr>
            <w:r>
              <w:rPr>
                <w:sz w:val="16"/>
              </w:rPr>
              <w:t>0</w:t>
            </w:r>
          </w:p>
        </w:tc>
        <w:tc>
          <w:tcPr>
            <w:tcW w:type="dxa" w:w="1778"/>
          </w:tcPr>
          <w:p>
            <w:pPr>
              <w:spacing w:after="0"/>
              <w:jc w:val="left"/>
            </w:pPr>
          </w:p>
        </w:tc>
        <w:tc>
          <w:tcPr>
            <w:tcW w:type="dxa" w:w="1954"/>
          </w:tcPr>
          <w:p>
            <w:pPr>
              <w:spacing w:after="0"/>
              <w:jc w:val="left"/>
            </w:pPr>
            <w:r>
              <w:rPr>
                <w:sz w:val="16"/>
              </w:rPr>
              <w:t>Declared 1 time; no Storm Events record of this type.</w:t>
            </w:r>
          </w:p>
        </w:tc>
      </w:tr>
      <w:tr>
        <w:trPr>
          <w:cantSplit/>
        </w:trPr>
        <w:tc>
          <w:tcPr>
            <w:tcW w:type="dxa" w:w="707"/>
          </w:tcPr>
          <w:p>
            <w:pPr>
              <w:spacing w:after="0"/>
              <w:jc w:val="right"/>
            </w:pPr>
            <w:r>
              <w:rPr>
                <w:sz w:val="16"/>
              </w:rPr>
              <w:t>9</w:t>
            </w:r>
          </w:p>
        </w:tc>
        <w:tc>
          <w:tcPr>
            <w:tcW w:type="dxa" w:w="1037"/>
          </w:tcPr>
          <w:p>
            <w:pPr>
              <w:spacing w:after="0"/>
              <w:jc w:val="left"/>
            </w:pPr>
            <w:r>
              <w:rPr>
                <w:sz w:val="16"/>
              </w:rPr>
              <w:t>Strong Wind</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r>
              <w:rPr>
                <w:sz w:val="16"/>
              </w:rPr>
              <w:t>$2,233</w:t>
            </w:r>
          </w:p>
        </w:tc>
        <w:tc>
          <w:tcPr>
            <w:tcW w:type="dxa" w:w="1126"/>
          </w:tcPr>
          <w:p>
            <w:pPr>
              <w:spacing w:after="0"/>
              <w:jc w:val="right"/>
            </w:pPr>
            <w:r>
              <w:rPr>
                <w:sz w:val="16"/>
              </w:rPr>
              <w:t>$360</w:t>
            </w:r>
          </w:p>
        </w:tc>
        <w:tc>
          <w:tcPr>
            <w:tcW w:type="dxa" w:w="1409"/>
          </w:tcPr>
          <w:p>
            <w:pPr>
              <w:spacing w:after="0"/>
              <w:jc w:val="right"/>
            </w:pPr>
            <w:r>
              <w:rPr>
                <w:sz w:val="16"/>
              </w:rPr>
              <w:t>$7,664</w:t>
            </w:r>
          </w:p>
        </w:tc>
        <w:tc>
          <w:tcPr>
            <w:tcW w:type="dxa" w:w="1105"/>
          </w:tcPr>
          <w:p>
            <w:pPr>
              <w:spacing w:after="0"/>
              <w:jc w:val="right"/>
            </w:pPr>
            <w:r>
              <w:rPr>
                <w:sz w:val="16"/>
              </w:rPr>
              <w:t>$10,257</w:t>
            </w:r>
          </w:p>
        </w:tc>
        <w:tc>
          <w:tcPr>
            <w:tcW w:type="dxa" w:w="1483"/>
          </w:tcPr>
          <w:p>
            <w:pPr>
              <w:spacing w:after="0"/>
              <w:jc w:val="right"/>
            </w:pPr>
            <w:r>
              <w:rPr>
                <w:sz w:val="16"/>
              </w:rPr>
              <w:t>13</w:t>
            </w:r>
          </w:p>
        </w:tc>
        <w:tc>
          <w:tcPr>
            <w:tcW w:type="dxa" w:w="1778"/>
          </w:tcPr>
          <w:p>
            <w:pPr>
              <w:spacing w:after="0"/>
              <w:jc w:val="left"/>
            </w:pPr>
          </w:p>
        </w:tc>
        <w:tc>
          <w:tcPr>
            <w:tcW w:type="dxa" w:w="1954"/>
          </w:tcPr>
          <w:p>
            <w:pPr>
              <w:spacing w:after="0"/>
              <w:jc w:val="left"/>
            </w:pPr>
            <w:r>
              <w:rPr>
                <w:sz w:val="16"/>
              </w:rPr>
              <w:t>Includes 12 High Wind records, event types the NRI definition of this hazard leaves out.</w:t>
            </w:r>
          </w:p>
        </w:tc>
      </w:tr>
      <w:tr>
        <w:trPr>
          <w:cantSplit/>
        </w:trPr>
        <w:tc>
          <w:tcPr>
            <w:tcW w:type="dxa" w:w="707"/>
          </w:tcPr>
          <w:p>
            <w:pPr>
              <w:spacing w:after="0"/>
              <w:jc w:val="right"/>
            </w:pPr>
            <w:r>
              <w:rPr>
                <w:sz w:val="16"/>
              </w:rPr>
              <w:t>10</w:t>
            </w:r>
          </w:p>
        </w:tc>
        <w:tc>
          <w:tcPr>
            <w:tcW w:type="dxa" w:w="1037"/>
          </w:tcPr>
          <w:p>
            <w:pPr>
              <w:spacing w:after="0"/>
              <w:jc w:val="left"/>
            </w:pPr>
            <w:r>
              <w:rPr>
                <w:sz w:val="16"/>
              </w:rPr>
              <w:t>Cold Wave</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r>
              <w:rPr>
                <w:sz w:val="16"/>
              </w:rPr>
              <w:t>$67</w:t>
            </w:r>
          </w:p>
        </w:tc>
        <w:tc>
          <w:tcPr>
            <w:tcW w:type="dxa" w:w="1126"/>
          </w:tcPr>
          <w:p>
            <w:pPr>
              <w:spacing w:after="0"/>
              <w:jc w:val="right"/>
            </w:pPr>
            <w:r>
              <w:rPr>
                <w:sz w:val="16"/>
              </w:rPr>
              <w:t>$2,337</w:t>
            </w:r>
          </w:p>
        </w:tc>
        <w:tc>
          <w:tcPr>
            <w:tcW w:type="dxa" w:w="1409"/>
          </w:tcPr>
          <w:p>
            <w:pPr>
              <w:spacing w:after="0"/>
              <w:jc w:val="right"/>
            </w:pPr>
            <w:r>
              <w:rPr>
                <w:sz w:val="16"/>
              </w:rPr>
              <w:t>$4,975</w:t>
            </w:r>
          </w:p>
        </w:tc>
        <w:tc>
          <w:tcPr>
            <w:tcW w:type="dxa" w:w="1105"/>
          </w:tcPr>
          <w:p>
            <w:pPr>
              <w:spacing w:after="0"/>
              <w:jc w:val="right"/>
            </w:pPr>
            <w:r>
              <w:rPr>
                <w:sz w:val="16"/>
              </w:rPr>
              <w:t>$7,379</w:t>
            </w:r>
          </w:p>
        </w:tc>
        <w:tc>
          <w:tcPr>
            <w:tcW w:type="dxa" w:w="1483"/>
          </w:tcPr>
          <w:p>
            <w:pPr>
              <w:spacing w:after="0"/>
              <w:jc w:val="right"/>
            </w:pPr>
            <w:r>
              <w:rPr>
                <w:sz w:val="16"/>
              </w:rPr>
              <w:t>1</w:t>
            </w:r>
          </w:p>
        </w:tc>
        <w:tc>
          <w:tcPr>
            <w:tcW w:type="dxa" w:w="1778"/>
          </w:tcPr>
          <w:p>
            <w:pPr>
              <w:spacing w:after="0"/>
              <w:jc w:val="left"/>
            </w:pPr>
          </w:p>
        </w:tc>
        <w:tc>
          <w:tcPr>
            <w:tcW w:type="dxa" w:w="1954"/>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Tornado</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r>
              <w:rPr>
                <w:sz w:val="16"/>
              </w:rPr>
              <w:t>$2,250</w:t>
            </w:r>
          </w:p>
        </w:tc>
        <w:tc>
          <w:tcPr>
            <w:tcW w:type="dxa" w:w="1126"/>
          </w:tcPr>
          <w:p>
            <w:pPr>
              <w:spacing w:after="0"/>
              <w:jc w:val="right"/>
            </w:pPr>
            <w:r>
              <w:rPr>
                <w:sz w:val="16"/>
              </w:rPr>
              <w:t>$14</w:t>
            </w:r>
          </w:p>
        </w:tc>
        <w:tc>
          <w:tcPr>
            <w:tcW w:type="dxa" w:w="1409"/>
          </w:tcPr>
          <w:p>
            <w:pPr>
              <w:spacing w:after="0"/>
              <w:jc w:val="right"/>
            </w:pPr>
            <w:r>
              <w:rPr>
                <w:sz w:val="16"/>
              </w:rPr>
              <w:t>$1,297</w:t>
            </w:r>
          </w:p>
        </w:tc>
        <w:tc>
          <w:tcPr>
            <w:tcW w:type="dxa" w:w="1105"/>
          </w:tcPr>
          <w:p>
            <w:pPr>
              <w:spacing w:after="0"/>
              <w:jc w:val="right"/>
            </w:pPr>
            <w:r>
              <w:rPr>
                <w:sz w:val="16"/>
              </w:rPr>
              <w:t>$3,562</w:t>
            </w:r>
          </w:p>
        </w:tc>
        <w:tc>
          <w:tcPr>
            <w:tcW w:type="dxa" w:w="1483"/>
          </w:tcPr>
          <w:p>
            <w:pPr>
              <w:spacing w:after="0"/>
              <w:jc w:val="right"/>
            </w:pPr>
            <w:r>
              <w:rPr>
                <w:sz w:val="16"/>
              </w:rPr>
              <w:t>2</w:t>
            </w:r>
          </w:p>
        </w:tc>
        <w:tc>
          <w:tcPr>
            <w:tcW w:type="dxa" w:w="1778"/>
          </w:tcPr>
          <w:p>
            <w:pPr>
              <w:spacing w:after="0"/>
              <w:jc w:val="left"/>
            </w:pPr>
          </w:p>
        </w:tc>
        <w:tc>
          <w:tcPr>
            <w:tcW w:type="dxa" w:w="1954"/>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Ice Storm</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r>
              <w:rPr>
                <w:sz w:val="16"/>
              </w:rPr>
              <w:t>$9</w:t>
            </w:r>
          </w:p>
        </w:tc>
        <w:tc>
          <w:tcPr>
            <w:tcW w:type="dxa" w:w="1126"/>
          </w:tcPr>
          <w:p>
            <w:pPr>
              <w:spacing w:after="0"/>
              <w:jc w:val="right"/>
            </w:pPr>
          </w:p>
        </w:tc>
        <w:tc>
          <w:tcPr>
            <w:tcW w:type="dxa" w:w="1409"/>
          </w:tcPr>
          <w:p>
            <w:pPr>
              <w:spacing w:after="0"/>
              <w:jc w:val="right"/>
            </w:pPr>
            <w:r>
              <w:rPr>
                <w:sz w:val="16"/>
              </w:rPr>
              <w:t>$1,986</w:t>
            </w:r>
          </w:p>
        </w:tc>
        <w:tc>
          <w:tcPr>
            <w:tcW w:type="dxa" w:w="1105"/>
          </w:tcPr>
          <w:p>
            <w:pPr>
              <w:spacing w:after="0"/>
              <w:jc w:val="right"/>
            </w:pPr>
            <w:r>
              <w:rPr>
                <w:sz w:val="16"/>
              </w:rPr>
              <w:t>$1,994</w:t>
            </w:r>
          </w:p>
        </w:tc>
        <w:tc>
          <w:tcPr>
            <w:tcW w:type="dxa" w:w="1483"/>
          </w:tcPr>
          <w:p>
            <w:pPr>
              <w:spacing w:after="0"/>
              <w:jc w:val="right"/>
            </w:pPr>
            <w:r>
              <w:rPr>
                <w:sz w:val="16"/>
              </w:rPr>
              <w:t>0</w:t>
            </w:r>
          </w:p>
        </w:tc>
        <w:tc>
          <w:tcPr>
            <w:tcW w:type="dxa" w:w="1778"/>
          </w:tcPr>
          <w:p>
            <w:pPr>
              <w:spacing w:after="0"/>
              <w:jc w:val="left"/>
            </w:pPr>
          </w:p>
        </w:tc>
        <w:tc>
          <w:tcPr>
            <w:tcW w:type="dxa" w:w="1954"/>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13</w:t>
            </w:r>
          </w:p>
        </w:tc>
        <w:tc>
          <w:tcPr>
            <w:tcW w:type="dxa" w:w="1037"/>
          </w:tcPr>
          <w:p>
            <w:pPr>
              <w:spacing w:after="0"/>
              <w:jc w:val="left"/>
            </w:pPr>
            <w:r>
              <w:rPr>
                <w:sz w:val="16"/>
              </w:rPr>
              <w:t>Hail</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r>
              <w:rPr>
                <w:sz w:val="16"/>
              </w:rPr>
              <w:t>$1,604</w:t>
            </w:r>
          </w:p>
        </w:tc>
        <w:tc>
          <w:tcPr>
            <w:tcW w:type="dxa" w:w="1126"/>
          </w:tcPr>
          <w:p>
            <w:pPr>
              <w:spacing w:after="0"/>
              <w:jc w:val="right"/>
            </w:pPr>
            <w:r>
              <w:rPr>
                <w:sz w:val="16"/>
              </w:rPr>
              <w:t>$19</w:t>
            </w:r>
          </w:p>
        </w:tc>
        <w:tc>
          <w:tcPr>
            <w:tcW w:type="dxa" w:w="1409"/>
          </w:tcPr>
          <w:p>
            <w:pPr>
              <w:spacing w:after="0"/>
              <w:jc w:val="right"/>
            </w:pPr>
            <w:r>
              <w:rPr>
                <w:sz w:val="16"/>
              </w:rPr>
              <w:t>$10</w:t>
            </w:r>
          </w:p>
        </w:tc>
        <w:tc>
          <w:tcPr>
            <w:tcW w:type="dxa" w:w="1105"/>
          </w:tcPr>
          <w:p>
            <w:pPr>
              <w:spacing w:after="0"/>
              <w:jc w:val="right"/>
            </w:pPr>
            <w:r>
              <w:rPr>
                <w:sz w:val="16"/>
              </w:rPr>
              <w:t>$1,632</w:t>
            </w:r>
          </w:p>
        </w:tc>
        <w:tc>
          <w:tcPr>
            <w:tcW w:type="dxa" w:w="1483"/>
          </w:tcPr>
          <w:p>
            <w:pPr>
              <w:spacing w:after="0"/>
              <w:jc w:val="right"/>
            </w:pPr>
            <w:r>
              <w:rPr>
                <w:sz w:val="16"/>
              </w:rPr>
              <w:t>9</w:t>
            </w:r>
          </w:p>
        </w:tc>
        <w:tc>
          <w:tcPr>
            <w:tcW w:type="dxa" w:w="1778"/>
          </w:tcPr>
          <w:p>
            <w:pPr>
              <w:spacing w:after="0"/>
              <w:jc w:val="left"/>
            </w:pPr>
          </w:p>
        </w:tc>
        <w:tc>
          <w:tcPr>
            <w:tcW w:type="dxa" w:w="1954"/>
          </w:tcPr>
          <w:p>
            <w:pPr>
              <w:spacing w:after="0"/>
              <w:jc w:val="left"/>
            </w:pPr>
          </w:p>
        </w:tc>
      </w:tr>
      <w:tr>
        <w:trPr>
          <w:cantSplit/>
        </w:trPr>
        <w:tc>
          <w:tcPr>
            <w:tcW w:type="dxa" w:w="707"/>
          </w:tcPr>
          <w:p>
            <w:pPr>
              <w:spacing w:after="0"/>
              <w:jc w:val="right"/>
            </w:pPr>
            <w:r>
              <w:rPr>
                <w:sz w:val="16"/>
              </w:rPr>
              <w:t>14</w:t>
            </w:r>
          </w:p>
        </w:tc>
        <w:tc>
          <w:tcPr>
            <w:tcW w:type="dxa" w:w="1037"/>
          </w:tcPr>
          <w:p>
            <w:pPr>
              <w:spacing w:after="0"/>
              <w:jc w:val="left"/>
            </w:pPr>
            <w:r>
              <w:rPr>
                <w:sz w:val="16"/>
              </w:rPr>
              <w:t>Avalanche</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r>
              <w:rPr>
                <w:sz w:val="16"/>
              </w:rPr>
              <w:t>$2</w:t>
            </w:r>
          </w:p>
        </w:tc>
        <w:tc>
          <w:tcPr>
            <w:tcW w:type="dxa" w:w="1126"/>
          </w:tcPr>
          <w:p>
            <w:pPr>
              <w:spacing w:after="0"/>
              <w:jc w:val="right"/>
            </w:pPr>
          </w:p>
        </w:tc>
        <w:tc>
          <w:tcPr>
            <w:tcW w:type="dxa" w:w="1409"/>
          </w:tcPr>
          <w:p>
            <w:pPr>
              <w:spacing w:after="0"/>
              <w:jc w:val="right"/>
            </w:pPr>
            <w:r>
              <w:rPr>
                <w:sz w:val="16"/>
              </w:rPr>
              <w:t>$1,063</w:t>
            </w:r>
          </w:p>
        </w:tc>
        <w:tc>
          <w:tcPr>
            <w:tcW w:type="dxa" w:w="1105"/>
          </w:tcPr>
          <w:p>
            <w:pPr>
              <w:spacing w:after="0"/>
              <w:jc w:val="right"/>
            </w:pPr>
            <w:r>
              <w:rPr>
                <w:sz w:val="16"/>
              </w:rPr>
              <w:t>$1,065</w:t>
            </w:r>
          </w:p>
        </w:tc>
        <w:tc>
          <w:tcPr>
            <w:tcW w:type="dxa" w:w="1483"/>
          </w:tcPr>
          <w:p>
            <w:pPr>
              <w:spacing w:after="0"/>
              <w:jc w:val="right"/>
            </w:pPr>
            <w:r>
              <w:rPr>
                <w:sz w:val="16"/>
              </w:rPr>
              <w:t>1</w:t>
            </w:r>
          </w:p>
        </w:tc>
        <w:tc>
          <w:tcPr>
            <w:tcW w:type="dxa" w:w="1778"/>
          </w:tcPr>
          <w:p>
            <w:pPr>
              <w:spacing w:after="0"/>
              <w:jc w:val="left"/>
            </w:pPr>
          </w:p>
        </w:tc>
        <w:tc>
          <w:tcPr>
            <w:tcW w:type="dxa" w:w="1954"/>
          </w:tcPr>
          <w:p>
            <w:pPr>
              <w:spacing w:after="0"/>
              <w:jc w:val="left"/>
            </w:pPr>
          </w:p>
        </w:tc>
      </w:tr>
      <w:tr>
        <w:trPr>
          <w:cantSplit/>
        </w:trPr>
        <w:tc>
          <w:tcPr>
            <w:tcW w:type="dxa" w:w="707"/>
          </w:tcPr>
          <w:p>
            <w:pPr>
              <w:spacing w:after="0"/>
              <w:jc w:val="right"/>
            </w:pPr>
            <w:r>
              <w:rPr>
                <w:sz w:val="16"/>
              </w:rPr>
              <w:t>15</w:t>
            </w:r>
          </w:p>
        </w:tc>
        <w:tc>
          <w:tcPr>
            <w:tcW w:type="dxa" w:w="1037"/>
          </w:tcPr>
          <w:p>
            <w:pPr>
              <w:spacing w:after="0"/>
              <w:jc w:val="left"/>
            </w:pPr>
            <w:r>
              <w:rPr>
                <w:sz w:val="16"/>
              </w:rPr>
              <w:t>Volcanic Activity</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p>
        </w:tc>
        <w:tc>
          <w:tcPr>
            <w:tcW w:type="dxa" w:w="1409"/>
          </w:tcPr>
          <w:p>
            <w:pPr>
              <w:spacing w:after="0"/>
              <w:jc w:val="right"/>
            </w:pPr>
            <w:r>
              <w:rPr>
                <w:sz w:val="16"/>
              </w:rPr>
              <w:t>$1</w:t>
            </w:r>
          </w:p>
        </w:tc>
        <w:tc>
          <w:tcPr>
            <w:tcW w:type="dxa" w:w="1105"/>
          </w:tcPr>
          <w:p>
            <w:pPr>
              <w:spacing w:after="0"/>
              <w:jc w:val="right"/>
            </w:pPr>
            <w:r>
              <w:rPr>
                <w:sz w:val="16"/>
              </w:rPr>
              <w:t>$1</w:t>
            </w:r>
          </w:p>
        </w:tc>
        <w:tc>
          <w:tcPr>
            <w:tcW w:type="dxa" w:w="1483"/>
          </w:tcPr>
          <w:p>
            <w:pPr>
              <w:spacing w:after="0"/>
              <w:jc w:val="right"/>
            </w:pPr>
            <w:r>
              <w:rPr>
                <w:sz w:val="16"/>
              </w:rPr>
              <w:t>0</w:t>
            </w:r>
          </w:p>
        </w:tc>
        <w:tc>
          <w:tcPr>
            <w:tcW w:type="dxa" w:w="1778"/>
          </w:tcPr>
          <w:p>
            <w:pPr>
              <w:spacing w:after="0"/>
              <w:jc w:val="left"/>
            </w:pPr>
          </w:p>
        </w:tc>
        <w:tc>
          <w:tcPr>
            <w:tcW w:type="dxa" w:w="195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7"/>
          </w:tcPr>
          <w:p>
            <w:pPr>
              <w:spacing w:after="0"/>
              <w:jc w:val="right"/>
            </w:pPr>
          </w:p>
        </w:tc>
        <w:tc>
          <w:tcPr>
            <w:tcW w:type="dxa" w:w="1037"/>
          </w:tcPr>
          <w:p>
            <w:pPr>
              <w:spacing w:after="0"/>
              <w:jc w:val="left"/>
            </w:pPr>
            <w:r>
              <w:rPr>
                <w:sz w:val="16"/>
              </w:rPr>
              <w:t>Coastal Flooding</w:t>
            </w:r>
          </w:p>
        </w:tc>
        <w:tc>
          <w:tcPr>
            <w:tcW w:type="dxa" w:w="1283"/>
          </w:tcPr>
          <w:p>
            <w:pPr>
              <w:spacing w:after="0"/>
              <w:jc w:val="left"/>
            </w:pPr>
            <w:r>
              <w:rPr>
                <w:sz w:val="16"/>
              </w:rPr>
              <w:t>Not Applicable</w:t>
            </w:r>
          </w:p>
        </w:tc>
        <w:tc>
          <w:tcPr>
            <w:tcW w:type="dxa" w:w="1283"/>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9"/>
          </w:tcPr>
          <w:p>
            <w:pPr>
              <w:spacing w:after="0"/>
              <w:jc w:val="right"/>
            </w:pPr>
          </w:p>
        </w:tc>
        <w:tc>
          <w:tcPr>
            <w:tcW w:type="dxa" w:w="1105"/>
          </w:tcPr>
          <w:p>
            <w:pPr>
              <w:spacing w:after="0"/>
              <w:jc w:val="right"/>
            </w:pPr>
          </w:p>
        </w:tc>
        <w:tc>
          <w:tcPr>
            <w:tcW w:type="dxa" w:w="1483"/>
          </w:tcPr>
          <w:p>
            <w:pPr>
              <w:spacing w:after="0"/>
              <w:jc w:val="right"/>
            </w:pPr>
            <w:r>
              <w:rPr>
                <w:sz w:val="16"/>
              </w:rPr>
              <w:t>0</w:t>
            </w:r>
          </w:p>
        </w:tc>
        <w:tc>
          <w:tcPr>
            <w:tcW w:type="dxa" w:w="1778"/>
          </w:tcPr>
          <w:p>
            <w:pPr>
              <w:spacing w:after="0"/>
              <w:jc w:val="left"/>
            </w:pPr>
            <w:r>
              <w:rPr>
                <w:sz w:val="16"/>
              </w:rPr>
              <w:t>NRI rates coastal flooding Not Applicable for this county, and no federal declaration for this county names it.</w:t>
            </w:r>
          </w:p>
        </w:tc>
        <w:tc>
          <w:tcPr>
            <w:tcW w:type="dxa" w:w="1954"/>
          </w:tcPr>
          <w:p>
            <w:pPr>
              <w:spacing w:after="0"/>
              <w:jc w:val="left"/>
            </w:pPr>
            <w:r>
              <w:rPr>
                <w:sz w:val="16"/>
              </w:rPr>
              <w:t>No recorded events in Storm Events since 1996 (data through 2026-06-30).</w:t>
            </w:r>
          </w:p>
        </w:tc>
      </w:tr>
      <w:tr>
        <w:trPr>
          <w:cantSplit/>
        </w:trPr>
        <w:tc>
          <w:tcPr>
            <w:tcW w:type="dxa" w:w="707"/>
          </w:tcPr>
          <w:p>
            <w:pPr>
              <w:spacing w:after="0"/>
              <w:jc w:val="right"/>
            </w:pPr>
          </w:p>
        </w:tc>
        <w:tc>
          <w:tcPr>
            <w:tcW w:type="dxa" w:w="1037"/>
          </w:tcPr>
          <w:p>
            <w:pPr>
              <w:spacing w:after="0"/>
              <w:jc w:val="left"/>
            </w:pPr>
            <w:r>
              <w:rPr>
                <w:sz w:val="16"/>
              </w:rPr>
              <w:t>Hurricane</w:t>
            </w:r>
          </w:p>
        </w:tc>
        <w:tc>
          <w:tcPr>
            <w:tcW w:type="dxa" w:w="1283"/>
          </w:tcPr>
          <w:p>
            <w:pPr>
              <w:spacing w:after="0"/>
              <w:jc w:val="left"/>
            </w:pPr>
            <w:r>
              <w:rPr>
                <w:sz w:val="16"/>
              </w:rPr>
              <w:t>Not Applicable</w:t>
            </w:r>
          </w:p>
        </w:tc>
        <w:tc>
          <w:tcPr>
            <w:tcW w:type="dxa" w:w="1283"/>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9"/>
          </w:tcPr>
          <w:p>
            <w:pPr>
              <w:spacing w:after="0"/>
              <w:jc w:val="right"/>
            </w:pPr>
          </w:p>
        </w:tc>
        <w:tc>
          <w:tcPr>
            <w:tcW w:type="dxa" w:w="1105"/>
          </w:tcPr>
          <w:p>
            <w:pPr>
              <w:spacing w:after="0"/>
              <w:jc w:val="right"/>
            </w:pPr>
          </w:p>
        </w:tc>
        <w:tc>
          <w:tcPr>
            <w:tcW w:type="dxa" w:w="1483"/>
          </w:tcPr>
          <w:p>
            <w:pPr>
              <w:spacing w:after="0"/>
              <w:jc w:val="right"/>
            </w:pPr>
            <w:r>
              <w:rPr>
                <w:sz w:val="16"/>
              </w:rPr>
              <w:t>0</w:t>
            </w:r>
          </w:p>
        </w:tc>
        <w:tc>
          <w:tcPr>
            <w:tcW w:type="dxa" w:w="1778"/>
          </w:tcPr>
          <w:p>
            <w:pPr>
              <w:spacing w:after="0"/>
              <w:jc w:val="left"/>
            </w:pPr>
            <w:r>
              <w:rPr>
                <w:sz w:val="16"/>
              </w:rPr>
              <w:t>NRI rates hurricane Not Applicable for this county, and no counted federal declaration for this county names it (EM-3223-UT names it but is not counted as a local occurrence; see B1-d).</w:t>
            </w:r>
          </w:p>
        </w:tc>
        <w:tc>
          <w:tcPr>
            <w:tcW w:type="dxa" w:w="1954"/>
          </w:tcPr>
          <w:p>
            <w:pPr>
              <w:spacing w:after="0"/>
              <w:jc w:val="left"/>
            </w:pPr>
            <w:r>
              <w:rPr>
                <w:sz w:val="16"/>
              </w:rPr>
              <w:t>No recorded events in Storm Events since 1996 (data through 2026-06-30).</w:t>
            </w:r>
          </w:p>
        </w:tc>
      </w:tr>
      <w:tr>
        <w:trPr>
          <w:cantSplit/>
        </w:trPr>
        <w:tc>
          <w:tcPr>
            <w:tcW w:type="dxa" w:w="707"/>
          </w:tcPr>
          <w:p>
            <w:pPr>
              <w:spacing w:after="0"/>
              <w:jc w:val="right"/>
            </w:pPr>
          </w:p>
        </w:tc>
        <w:tc>
          <w:tcPr>
            <w:tcW w:type="dxa" w:w="1037"/>
          </w:tcPr>
          <w:p>
            <w:pPr>
              <w:spacing w:after="0"/>
              <w:jc w:val="left"/>
            </w:pPr>
            <w:r>
              <w:rPr>
                <w:sz w:val="16"/>
              </w:rPr>
              <w:t>Tsunami</w:t>
            </w:r>
          </w:p>
        </w:tc>
        <w:tc>
          <w:tcPr>
            <w:tcW w:type="dxa" w:w="1283"/>
          </w:tcPr>
          <w:p>
            <w:pPr>
              <w:spacing w:after="0"/>
              <w:jc w:val="left"/>
            </w:pPr>
            <w:r>
              <w:rPr>
                <w:sz w:val="16"/>
              </w:rPr>
              <w:t>Not Applicable</w:t>
            </w:r>
          </w:p>
        </w:tc>
        <w:tc>
          <w:tcPr>
            <w:tcW w:type="dxa" w:w="1283"/>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9"/>
          </w:tcPr>
          <w:p>
            <w:pPr>
              <w:spacing w:after="0"/>
              <w:jc w:val="right"/>
            </w:pPr>
          </w:p>
        </w:tc>
        <w:tc>
          <w:tcPr>
            <w:tcW w:type="dxa" w:w="1105"/>
          </w:tcPr>
          <w:p>
            <w:pPr>
              <w:spacing w:after="0"/>
              <w:jc w:val="right"/>
            </w:pPr>
          </w:p>
        </w:tc>
        <w:tc>
          <w:tcPr>
            <w:tcW w:type="dxa" w:w="1483"/>
          </w:tcPr>
          <w:p>
            <w:pPr>
              <w:spacing w:after="0"/>
              <w:jc w:val="right"/>
            </w:pPr>
            <w:r>
              <w:rPr>
                <w:sz w:val="16"/>
              </w:rPr>
              <w:t>0</w:t>
            </w:r>
          </w:p>
        </w:tc>
        <w:tc>
          <w:tcPr>
            <w:tcW w:type="dxa" w:w="1778"/>
          </w:tcPr>
          <w:p>
            <w:pPr>
              <w:spacing w:after="0"/>
              <w:jc w:val="left"/>
            </w:pPr>
            <w:r>
              <w:rPr>
                <w:sz w:val="16"/>
              </w:rPr>
              <w:t>NRI rates tsunami Not Applicable for this county, and no federal declaration for this county names it.</w:t>
            </w:r>
          </w:p>
        </w:tc>
        <w:tc>
          <w:tcPr>
            <w:tcW w:type="dxa" w:w="195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8"/>
        <w:gridCol w:w="1826"/>
        <w:gridCol w:w="1673"/>
        <w:gridCol w:w="1521"/>
        <w:gridCol w:w="1612"/>
        <w:gridCol w:w="1404"/>
        <w:gridCol w:w="1760"/>
        <w:gridCol w:w="2439"/>
      </w:tblGrid>
      <w:tr>
        <w:trPr>
          <w:cantSplit/>
          <w:tblHeader/>
        </w:trPr>
        <w:tc>
          <w:tcPr>
            <w:tcW w:type="dxa" w:w="1878"/>
            <w:shd w:val="clear" w:color="auto" w:fill="E8E8E8"/>
          </w:tcPr>
          <w:p>
            <w:pPr>
              <w:spacing w:after="0"/>
              <w:jc w:val="left"/>
            </w:pPr>
            <w:r>
              <w:rPr>
                <w:b/>
                <w:sz w:val="16"/>
              </w:rPr>
              <w:t>Hazard</w:t>
            </w:r>
          </w:p>
        </w:tc>
        <w:tc>
          <w:tcPr>
            <w:tcW w:type="dxa" w:w="1826"/>
            <w:shd w:val="clear" w:color="auto" w:fill="E8E8E8"/>
          </w:tcPr>
          <w:p>
            <w:pPr>
              <w:spacing w:after="0"/>
              <w:jc w:val="left"/>
            </w:pPr>
            <w:r>
              <w:rPr>
                <w:b/>
                <w:sz w:val="16"/>
              </w:rPr>
              <w:t>Scale</w:t>
            </w:r>
          </w:p>
        </w:tc>
        <w:tc>
          <w:tcPr>
            <w:tcW w:type="dxa" w:w="1673"/>
            <w:shd w:val="clear" w:color="auto" w:fill="E8E8E8"/>
          </w:tcPr>
          <w:p>
            <w:pPr>
              <w:spacing w:after="0"/>
              <w:jc w:val="right"/>
            </w:pPr>
            <w:r>
              <w:rPr>
                <w:b/>
                <w:sz w:val="16"/>
              </w:rPr>
              <w:t>Records</w:t>
            </w:r>
          </w:p>
          <w:p>
            <w:pPr>
              <w:spacing w:after="0"/>
              <w:jc w:val="right"/>
            </w:pPr>
            <w:r>
              <w:rPr>
                <w:i/>
                <w:color w:val="555555"/>
                <w:sz w:val="14"/>
              </w:rPr>
              <w:t>count, years</w:t>
            </w:r>
          </w:p>
        </w:tc>
        <w:tc>
          <w:tcPr>
            <w:tcW w:type="dxa" w:w="1521"/>
            <w:shd w:val="clear" w:color="auto" w:fill="E8E8E8"/>
          </w:tcPr>
          <w:p>
            <w:pPr>
              <w:spacing w:after="0"/>
              <w:jc w:val="left"/>
            </w:pPr>
            <w:r>
              <w:rPr>
                <w:b/>
                <w:sz w:val="16"/>
              </w:rPr>
              <w:t>Observed range</w:t>
            </w:r>
          </w:p>
        </w:tc>
        <w:tc>
          <w:tcPr>
            <w:tcW w:type="dxa" w:w="1612"/>
            <w:shd w:val="clear" w:color="auto" w:fill="E8E8E8"/>
          </w:tcPr>
          <w:p>
            <w:pPr>
              <w:spacing w:after="0"/>
              <w:jc w:val="left"/>
            </w:pPr>
            <w:r>
              <w:rPr>
                <w:b/>
                <w:sz w:val="16"/>
              </w:rPr>
              <w:t>Worst recorded event</w:t>
            </w:r>
          </w:p>
        </w:tc>
        <w:tc>
          <w:tcPr>
            <w:tcW w:type="dxa" w:w="1404"/>
            <w:shd w:val="clear" w:color="auto" w:fill="E8E8E8"/>
          </w:tcPr>
          <w:p>
            <w:pPr>
              <w:spacing w:after="0"/>
              <w:jc w:val="left"/>
            </w:pPr>
            <w:r>
              <w:rPr>
                <w:b/>
                <w:sz w:val="16"/>
              </w:rPr>
              <w:t>Most damaging (when different)</w:t>
            </w:r>
          </w:p>
        </w:tc>
        <w:tc>
          <w:tcPr>
            <w:tcW w:type="dxa" w:w="1760"/>
            <w:shd w:val="clear" w:color="auto" w:fill="E8E8E8"/>
          </w:tcPr>
          <w:p>
            <w:pPr>
              <w:spacing w:after="0"/>
              <w:jc w:val="left"/>
            </w:pPr>
            <w:r>
              <w:rPr>
                <w:b/>
                <w:sz w:val="16"/>
              </w:rPr>
              <w:t>How it applies to members</w:t>
            </w:r>
          </w:p>
        </w:tc>
        <w:tc>
          <w:tcPr>
            <w:tcW w:type="dxa" w:w="2439"/>
            <w:shd w:val="clear" w:color="auto" w:fill="E8E8E8"/>
          </w:tcPr>
          <w:p>
            <w:pPr>
              <w:spacing w:after="0"/>
              <w:jc w:val="left"/>
            </w:pPr>
            <w:r>
              <w:rPr>
                <w:b/>
                <w:sz w:val="16"/>
              </w:rPr>
              <w:t>Note</w:t>
            </w:r>
          </w:p>
        </w:tc>
      </w:tr>
      <w:tr>
        <w:trPr>
          <w:cantSplit/>
        </w:trPr>
        <w:tc>
          <w:tcPr>
            <w:tcW w:type="dxa" w:w="1878"/>
          </w:tcPr>
          <w:p>
            <w:pPr>
              <w:spacing w:after="0"/>
              <w:jc w:val="left"/>
            </w:pPr>
            <w:r>
              <w:rPr>
                <w:sz w:val="16"/>
              </w:rPr>
              <w:t>Avalanche</w:t>
            </w:r>
          </w:p>
        </w:tc>
        <w:tc>
          <w:tcPr>
            <w:tcW w:type="dxa" w:w="1826"/>
          </w:tcPr>
          <w:p>
            <w:pPr>
              <w:spacing w:after="0"/>
              <w:jc w:val="left"/>
            </w:pPr>
            <w:r>
              <w:rPr>
                <w:sz w:val="16"/>
              </w:rPr>
              <w:t>none (count and damage)</w:t>
            </w:r>
          </w:p>
        </w:tc>
        <w:tc>
          <w:tcPr>
            <w:tcW w:type="dxa" w:w="1673"/>
          </w:tcPr>
          <w:p>
            <w:pPr>
              <w:spacing w:after="0"/>
              <w:jc w:val="right"/>
            </w:pPr>
            <w:r>
              <w:rPr>
                <w:sz w:val="16"/>
              </w:rPr>
              <w:t>1, 2019 to 2019 (1 zone-level)</w:t>
            </w:r>
          </w:p>
        </w:tc>
        <w:tc>
          <w:tcPr>
            <w:tcW w:type="dxa" w:w="1521"/>
          </w:tcPr>
          <w:p>
            <w:pPr>
              <w:spacing w:after="0"/>
              <w:jc w:val="left"/>
            </w:pPr>
          </w:p>
        </w:tc>
        <w:tc>
          <w:tcPr>
            <w:tcW w:type="dxa" w:w="1612"/>
          </w:tcPr>
          <w:p>
            <w:pPr>
              <w:spacing w:after="0"/>
              <w:jc w:val="left"/>
            </w:pPr>
            <w:r>
              <w:rPr>
                <w:sz w:val="16"/>
              </w:rPr>
              <w:t>No damage reported in 1 records.</w:t>
            </w:r>
          </w:p>
        </w:tc>
        <w:tc>
          <w:tcPr>
            <w:tcW w:type="dxa" w:w="1404"/>
          </w:tcPr>
          <w:p>
            <w:pPr>
              <w:spacing w:after="0"/>
              <w:jc w:val="left"/>
            </w:pPr>
          </w:p>
        </w:tc>
        <w:tc>
          <w:tcPr>
            <w:tcW w:type="dxa" w:w="1760"/>
          </w:tcPr>
          <w:p>
            <w:pPr>
              <w:spacing w:after="0"/>
              <w:jc w:val="left"/>
            </w:pPr>
            <w:r>
              <w:rPr>
                <w:sz w:val="16"/>
              </w:rPr>
              <w:t>Zone-level records: applies countywide; national data do not locate these events within the county.</w:t>
            </w:r>
          </w:p>
        </w:tc>
        <w:tc>
          <w:tcPr>
            <w:tcW w:type="dxa" w:w="2439"/>
          </w:tcPr>
          <w:p>
            <w:pPr>
              <w:spacing w:after="0"/>
              <w:jc w:val="left"/>
            </w:pPr>
            <w:r>
              <w:rPr>
                <w:sz w:val="16"/>
              </w:rPr>
              <w:t>Physical measure: in event narratives only; local data required.</w:t>
            </w:r>
          </w:p>
        </w:tc>
      </w:tr>
      <w:tr>
        <w:trPr>
          <w:cantSplit/>
        </w:trPr>
        <w:tc>
          <w:tcPr>
            <w:tcW w:type="dxa" w:w="1878"/>
          </w:tcPr>
          <w:p>
            <w:pPr>
              <w:spacing w:after="0"/>
              <w:jc w:val="left"/>
            </w:pPr>
            <w:r>
              <w:rPr>
                <w:sz w:val="16"/>
              </w:rPr>
              <w:t>Coastal Flood, Storm Surge/Tide</w:t>
            </w:r>
          </w:p>
        </w:tc>
        <w:tc>
          <w:tcPr>
            <w:tcW w:type="dxa" w:w="1826"/>
          </w:tcPr>
          <w:p>
            <w:pPr>
              <w:spacing w:after="0"/>
              <w:jc w:val="left"/>
            </w:pPr>
            <w:r>
              <w:rPr>
                <w:sz w:val="16"/>
              </w:rPr>
              <w:t>none in data (FIRM for depth)</w:t>
            </w:r>
          </w:p>
        </w:tc>
        <w:tc>
          <w:tcPr>
            <w:tcW w:type="dxa" w:w="1673"/>
          </w:tcPr>
          <w:p>
            <w:pPr>
              <w:spacing w:after="0"/>
              <w:jc w:val="right"/>
            </w:pPr>
            <w:r>
              <w:rPr>
                <w:sz w:val="16"/>
              </w:rPr>
              <w:t>0</w:t>
            </w:r>
          </w:p>
        </w:tc>
        <w:tc>
          <w:tcPr>
            <w:tcW w:type="dxa" w:w="1521"/>
          </w:tcPr>
          <w:p>
            <w:pPr>
              <w:spacing w:after="0"/>
              <w:jc w:val="left"/>
            </w:pPr>
          </w:p>
        </w:tc>
        <w:tc>
          <w:tcPr>
            <w:tcW w:type="dxa" w:w="1612"/>
          </w:tcPr>
          <w:p>
            <w:pPr>
              <w:spacing w:after="0"/>
              <w:jc w:val="left"/>
            </w:pPr>
          </w:p>
        </w:tc>
        <w:tc>
          <w:tcPr>
            <w:tcW w:type="dxa" w:w="1404"/>
          </w:tcPr>
          <w:p>
            <w:pPr>
              <w:spacing w:after="0"/>
              <w:jc w:val="left"/>
            </w:pPr>
          </w:p>
        </w:tc>
        <w:tc>
          <w:tcPr>
            <w:tcW w:type="dxa" w:w="1760"/>
          </w:tcPr>
          <w:p>
            <w:pPr>
              <w:spacing w:after="0"/>
              <w:jc w:val="left"/>
            </w:pPr>
          </w:p>
        </w:tc>
        <w:tc>
          <w:tcPr>
            <w:tcW w:type="dxa" w:w="2439"/>
          </w:tcPr>
          <w:p>
            <w:pPr>
              <w:spacing w:after="0"/>
              <w:jc w:val="left"/>
            </w:pPr>
            <w:r>
              <w:rPr>
                <w:sz w:val="16"/>
              </w:rPr>
              <w:t>Flood depth: see the FEMA Flood Insurance Rate Map.</w:t>
            </w:r>
          </w:p>
        </w:tc>
      </w:tr>
      <w:tr>
        <w:trPr>
          <w:cantSplit/>
        </w:trPr>
        <w:tc>
          <w:tcPr>
            <w:tcW w:type="dxa" w:w="1878"/>
          </w:tcPr>
          <w:p>
            <w:pPr>
              <w:spacing w:after="0"/>
              <w:jc w:val="left"/>
            </w:pPr>
            <w:r>
              <w:rPr>
                <w:sz w:val="16"/>
              </w:rPr>
              <w:t>Cold/Wind Chill, Extreme Cold/Wind Chill</w:t>
            </w:r>
          </w:p>
        </w:tc>
        <w:tc>
          <w:tcPr>
            <w:tcW w:type="dxa" w:w="1826"/>
          </w:tcPr>
          <w:p>
            <w:pPr>
              <w:spacing w:after="0"/>
              <w:jc w:val="left"/>
            </w:pPr>
            <w:r>
              <w:rPr>
                <w:sz w:val="16"/>
              </w:rPr>
              <w:t>wind chill</w:t>
            </w:r>
          </w:p>
        </w:tc>
        <w:tc>
          <w:tcPr>
            <w:tcW w:type="dxa" w:w="1673"/>
          </w:tcPr>
          <w:p>
            <w:pPr>
              <w:spacing w:after="0"/>
              <w:jc w:val="right"/>
            </w:pPr>
            <w:r>
              <w:rPr>
                <w:sz w:val="16"/>
              </w:rPr>
              <w:t>1, 1998 to 1998 (1 zone-level)</w:t>
            </w:r>
          </w:p>
        </w:tc>
        <w:tc>
          <w:tcPr>
            <w:tcW w:type="dxa" w:w="1521"/>
          </w:tcPr>
          <w:p>
            <w:pPr>
              <w:spacing w:after="0"/>
              <w:jc w:val="left"/>
            </w:pPr>
            <w:r>
              <w:rPr>
                <w:sz w:val="16"/>
              </w:rPr>
              <w:t>4 days; 1 with a recorded value</w:t>
            </w:r>
          </w:p>
        </w:tc>
        <w:tc>
          <w:tcPr>
            <w:tcW w:type="dxa" w:w="1612"/>
          </w:tcPr>
          <w:p>
            <w:pPr>
              <w:spacing w:after="0"/>
              <w:jc w:val="left"/>
            </w:pPr>
            <w:r>
              <w:rPr>
                <w:sz w:val="16"/>
              </w:rPr>
              <w:t>4 consecutive days, 1998-12-21 to 1998-12-24, zone-level</w:t>
            </w:r>
          </w:p>
        </w:tc>
        <w:tc>
          <w:tcPr>
            <w:tcW w:type="dxa" w:w="1404"/>
          </w:tcPr>
          <w:p>
            <w:pPr>
              <w:spacing w:after="0"/>
              <w:jc w:val="left"/>
            </w:pPr>
          </w:p>
        </w:tc>
        <w:tc>
          <w:tcPr>
            <w:tcW w:type="dxa" w:w="1760"/>
          </w:tcPr>
          <w:p>
            <w:pPr>
              <w:spacing w:after="0"/>
              <w:jc w:val="left"/>
            </w:pPr>
            <w:r>
              <w:rPr>
                <w:sz w:val="16"/>
              </w:rPr>
              <w:t>Zone-level records: applies countywide; national data do not locate these events within the county.</w:t>
            </w:r>
          </w:p>
        </w:tc>
        <w:tc>
          <w:tcPr>
            <w:tcW w:type="dxa" w:w="2439"/>
          </w:tcPr>
          <w:p>
            <w:pPr>
              <w:spacing w:after="0"/>
              <w:jc w:val="left"/>
            </w:pPr>
            <w:r>
              <w:rPr>
                <w:sz w:val="16"/>
              </w:rPr>
              <w:t>Wind chill: in event narratives only; local data required.</w:t>
            </w:r>
          </w:p>
        </w:tc>
      </w:tr>
      <w:tr>
        <w:trPr>
          <w:cantSplit/>
        </w:trPr>
        <w:tc>
          <w:tcPr>
            <w:tcW w:type="dxa" w:w="1878"/>
          </w:tcPr>
          <w:p>
            <w:pPr>
              <w:spacing w:after="0"/>
              <w:jc w:val="left"/>
            </w:pPr>
            <w:r>
              <w:rPr>
                <w:sz w:val="16"/>
              </w:rPr>
              <w:t>Frost/Freeze (outside NRI Cold Wave definition)</w:t>
            </w:r>
          </w:p>
        </w:tc>
        <w:tc>
          <w:tcPr>
            <w:tcW w:type="dxa" w:w="1826"/>
          </w:tcPr>
          <w:p>
            <w:pPr>
              <w:spacing w:after="0"/>
              <w:jc w:val="left"/>
            </w:pPr>
            <w:r>
              <w:rPr>
                <w:sz w:val="16"/>
              </w:rPr>
              <w:t>crop damage</w:t>
            </w:r>
          </w:p>
        </w:tc>
        <w:tc>
          <w:tcPr>
            <w:tcW w:type="dxa" w:w="1673"/>
          </w:tcPr>
          <w:p>
            <w:pPr>
              <w:spacing w:after="0"/>
              <w:jc w:val="right"/>
            </w:pPr>
            <w:r>
              <w:rPr>
                <w:sz w:val="16"/>
              </w:rPr>
              <w:t>0</w:t>
            </w:r>
          </w:p>
        </w:tc>
        <w:tc>
          <w:tcPr>
            <w:tcW w:type="dxa" w:w="1521"/>
          </w:tcPr>
          <w:p>
            <w:pPr>
              <w:spacing w:after="0"/>
              <w:jc w:val="left"/>
            </w:pPr>
          </w:p>
        </w:tc>
        <w:tc>
          <w:tcPr>
            <w:tcW w:type="dxa" w:w="1612"/>
          </w:tcPr>
          <w:p>
            <w:pPr>
              <w:spacing w:after="0"/>
              <w:jc w:val="left"/>
            </w:pPr>
          </w:p>
        </w:tc>
        <w:tc>
          <w:tcPr>
            <w:tcW w:type="dxa" w:w="1404"/>
          </w:tcPr>
          <w:p>
            <w:pPr>
              <w:spacing w:after="0"/>
              <w:jc w:val="left"/>
            </w:pPr>
          </w:p>
        </w:tc>
        <w:tc>
          <w:tcPr>
            <w:tcW w:type="dxa" w:w="1760"/>
          </w:tcPr>
          <w:p>
            <w:pPr>
              <w:spacing w:after="0"/>
              <w:jc w:val="left"/>
            </w:pPr>
          </w:p>
        </w:tc>
        <w:tc>
          <w:tcPr>
            <w:tcW w:type="dxa" w:w="2439"/>
          </w:tcPr>
          <w:p>
            <w:pPr>
              <w:spacing w:after="0"/>
              <w:jc w:val="left"/>
            </w:pPr>
            <w:r>
              <w:rPr>
                <w:sz w:val="16"/>
              </w:rPr>
              <w:t>Temperature: in event narratives only; local data required.</w:t>
            </w:r>
          </w:p>
        </w:tc>
      </w:tr>
      <w:tr>
        <w:trPr>
          <w:cantSplit/>
        </w:trPr>
        <w:tc>
          <w:tcPr>
            <w:tcW w:type="dxa" w:w="1878"/>
          </w:tcPr>
          <w:p>
            <w:pPr>
              <w:spacing w:after="0"/>
              <w:jc w:val="left"/>
            </w:pPr>
            <w:r>
              <w:rPr>
                <w:sz w:val="16"/>
              </w:rPr>
              <w:t>Drought</w:t>
            </w:r>
          </w:p>
        </w:tc>
        <w:tc>
          <w:tcPr>
            <w:tcW w:type="dxa" w:w="1826"/>
          </w:tcPr>
          <w:p>
            <w:pPr>
              <w:spacing w:after="0"/>
              <w:jc w:val="left"/>
            </w:pPr>
            <w:r>
              <w:rPr>
                <w:sz w:val="16"/>
              </w:rPr>
              <w:t>US Drought Monitor D-scale</w:t>
            </w:r>
          </w:p>
        </w:tc>
        <w:tc>
          <w:tcPr>
            <w:tcW w:type="dxa" w:w="1673"/>
          </w:tcPr>
          <w:p>
            <w:pPr>
              <w:spacing w:after="0"/>
              <w:jc w:val="right"/>
            </w:pPr>
            <w:r>
              <w:rPr>
                <w:sz w:val="16"/>
              </w:rPr>
              <w:t>0</w:t>
            </w:r>
          </w:p>
        </w:tc>
        <w:tc>
          <w:tcPr>
            <w:tcW w:type="dxa" w:w="1521"/>
          </w:tcPr>
          <w:p>
            <w:pPr>
              <w:spacing w:after="0"/>
              <w:jc w:val="left"/>
            </w:pPr>
          </w:p>
        </w:tc>
        <w:tc>
          <w:tcPr>
            <w:tcW w:type="dxa" w:w="1612"/>
          </w:tcPr>
          <w:p>
            <w:pPr>
              <w:spacing w:after="0"/>
              <w:jc w:val="left"/>
            </w:pPr>
          </w:p>
        </w:tc>
        <w:tc>
          <w:tcPr>
            <w:tcW w:type="dxa" w:w="1404"/>
          </w:tcPr>
          <w:p>
            <w:pPr>
              <w:spacing w:after="0"/>
              <w:jc w:val="left"/>
            </w:pPr>
          </w:p>
        </w:tc>
        <w:tc>
          <w:tcPr>
            <w:tcW w:type="dxa" w:w="1760"/>
          </w:tcPr>
          <w:p>
            <w:pPr>
              <w:spacing w:after="0"/>
              <w:jc w:val="left"/>
            </w:pPr>
          </w:p>
        </w:tc>
        <w:tc>
          <w:tcPr>
            <w:tcW w:type="dxa" w:w="243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8"/>
          </w:tcPr>
          <w:p>
            <w:pPr>
              <w:spacing w:after="0"/>
              <w:jc w:val="left"/>
            </w:pPr>
            <w:r>
              <w:rPr>
                <w:sz w:val="16"/>
              </w:rPr>
              <w:t>Earthquake</w:t>
            </w:r>
          </w:p>
        </w:tc>
        <w:tc>
          <w:tcPr>
            <w:tcW w:type="dxa" w:w="1826"/>
          </w:tcPr>
          <w:p>
            <w:pPr>
              <w:spacing w:after="0"/>
              <w:jc w:val="left"/>
            </w:pPr>
            <w:r>
              <w:rPr>
                <w:sz w:val="16"/>
              </w:rPr>
              <w:t>Modified Mercalli (local data)</w:t>
            </w:r>
          </w:p>
        </w:tc>
        <w:tc>
          <w:tcPr>
            <w:tcW w:type="dxa" w:w="1673"/>
          </w:tcPr>
          <w:p>
            <w:pPr>
              <w:spacing w:after="0"/>
              <w:jc w:val="right"/>
            </w:pPr>
            <w:r>
              <w:rPr>
                <w:sz w:val="16"/>
              </w:rPr>
              <w:t>0</w:t>
            </w:r>
          </w:p>
        </w:tc>
        <w:tc>
          <w:tcPr>
            <w:tcW w:type="dxa" w:w="1521"/>
          </w:tcPr>
          <w:p>
            <w:pPr>
              <w:spacing w:after="0"/>
              <w:jc w:val="left"/>
            </w:pPr>
          </w:p>
        </w:tc>
        <w:tc>
          <w:tcPr>
            <w:tcW w:type="dxa" w:w="1612"/>
          </w:tcPr>
          <w:p>
            <w:pPr>
              <w:spacing w:after="0"/>
              <w:jc w:val="left"/>
            </w:pPr>
          </w:p>
        </w:tc>
        <w:tc>
          <w:tcPr>
            <w:tcW w:type="dxa" w:w="1404"/>
          </w:tcPr>
          <w:p>
            <w:pPr>
              <w:spacing w:after="0"/>
              <w:jc w:val="left"/>
            </w:pPr>
          </w:p>
        </w:tc>
        <w:tc>
          <w:tcPr>
            <w:tcW w:type="dxa" w:w="1760"/>
          </w:tcPr>
          <w:p>
            <w:pPr>
              <w:spacing w:after="0"/>
              <w:jc w:val="left"/>
            </w:pPr>
          </w:p>
        </w:tc>
        <w:tc>
          <w:tcPr>
            <w:tcW w:type="dxa" w:w="2439"/>
          </w:tcPr>
          <w:p>
            <w:pPr>
              <w:spacing w:after="0"/>
              <w:jc w:val="left"/>
            </w:pPr>
            <w:r>
              <w:rPr>
                <w:sz w:val="16"/>
              </w:rPr>
              <w:t>No Storm Events record; local data required (e.g., USGS).</w:t>
            </w:r>
          </w:p>
        </w:tc>
      </w:tr>
      <w:tr>
        <w:trPr>
          <w:cantSplit/>
        </w:trPr>
        <w:tc>
          <w:tcPr>
            <w:tcW w:type="dxa" w:w="1878"/>
          </w:tcPr>
          <w:p>
            <w:pPr>
              <w:spacing w:after="0"/>
              <w:jc w:val="left"/>
            </w:pPr>
            <w:r>
              <w:rPr>
                <w:sz w:val="16"/>
              </w:rPr>
              <w:t>Hail</w:t>
            </w:r>
          </w:p>
        </w:tc>
        <w:tc>
          <w:tcPr>
            <w:tcW w:type="dxa" w:w="1826"/>
          </w:tcPr>
          <w:p>
            <w:pPr>
              <w:spacing w:after="0"/>
              <w:jc w:val="left"/>
            </w:pPr>
            <w:r>
              <w:rPr>
                <w:sz w:val="16"/>
              </w:rPr>
              <w:t>hail size (inches)</w:t>
            </w:r>
          </w:p>
        </w:tc>
        <w:tc>
          <w:tcPr>
            <w:tcW w:type="dxa" w:w="1673"/>
          </w:tcPr>
          <w:p>
            <w:pPr>
              <w:spacing w:after="0"/>
              <w:jc w:val="right"/>
            </w:pPr>
            <w:r>
              <w:rPr>
                <w:sz w:val="16"/>
              </w:rPr>
              <w:t>12, 1983 to 2022</w:t>
            </w:r>
          </w:p>
        </w:tc>
        <w:tc>
          <w:tcPr>
            <w:tcW w:type="dxa" w:w="1521"/>
          </w:tcPr>
          <w:p>
            <w:pPr>
              <w:spacing w:after="0"/>
              <w:jc w:val="left"/>
            </w:pPr>
            <w:r>
              <w:rPr>
                <w:sz w:val="16"/>
              </w:rPr>
              <w:t>0.75 in to 2 in (median 1 in); 12 with a recorded value</w:t>
            </w:r>
          </w:p>
        </w:tc>
        <w:tc>
          <w:tcPr>
            <w:tcW w:type="dxa" w:w="1612"/>
          </w:tcPr>
          <w:p>
            <w:pPr>
              <w:spacing w:after="0"/>
              <w:jc w:val="left"/>
            </w:pPr>
            <w:r>
              <w:rPr>
                <w:sz w:val="16"/>
              </w:rPr>
              <w:t>2 in hail, 1997-06-10</w:t>
            </w:r>
          </w:p>
        </w:tc>
        <w:tc>
          <w:tcPr>
            <w:tcW w:type="dxa" w:w="1404"/>
          </w:tcPr>
          <w:p>
            <w:pPr>
              <w:spacing w:after="0"/>
              <w:jc w:val="left"/>
            </w:pPr>
            <w:r>
              <w:rPr>
                <w:sz w:val="16"/>
              </w:rPr>
              <w:t>Hail, 2010-08-03, $20,000 property; $0 crops (2010 dollars)</w:t>
            </w:r>
          </w:p>
        </w:tc>
        <w:tc>
          <w:tcPr>
            <w:tcW w:type="dxa" w:w="1760"/>
          </w:tcPr>
          <w:p>
            <w:pPr>
              <w:spacing w:after="0"/>
              <w:jc w:val="left"/>
            </w:pPr>
            <w:r>
              <w:rPr>
                <w:sz w:val="16"/>
              </w:rPr>
              <w:t>Event records naming member places: Hanksville town (1 record), Loa town (1 record), Lyman town (1 record), Torrey town (1 record).</w:t>
            </w:r>
          </w:p>
        </w:tc>
        <w:tc>
          <w:tcPr>
            <w:tcW w:type="dxa" w:w="2439"/>
          </w:tcPr>
          <w:p>
            <w:pPr>
              <w:spacing w:after="0"/>
              <w:jc w:val="left"/>
            </w:pPr>
          </w:p>
        </w:tc>
      </w:tr>
      <w:tr>
        <w:trPr>
          <w:cantSplit/>
        </w:trPr>
        <w:tc>
          <w:tcPr>
            <w:tcW w:type="dxa" w:w="1878"/>
          </w:tcPr>
          <w:p>
            <w:pPr>
              <w:spacing w:after="0"/>
              <w:jc w:val="left"/>
            </w:pPr>
            <w:r>
              <w:rPr>
                <w:sz w:val="16"/>
              </w:rPr>
              <w:t>Excessive Heat, Heat</w:t>
            </w:r>
          </w:p>
        </w:tc>
        <w:tc>
          <w:tcPr>
            <w:tcW w:type="dxa" w:w="1826"/>
          </w:tcPr>
          <w:p>
            <w:pPr>
              <w:spacing w:after="0"/>
              <w:jc w:val="left"/>
            </w:pPr>
            <w:r>
              <w:rPr>
                <w:sz w:val="16"/>
              </w:rPr>
              <w:t>heat index (narratives)</w:t>
            </w:r>
          </w:p>
        </w:tc>
        <w:tc>
          <w:tcPr>
            <w:tcW w:type="dxa" w:w="1673"/>
          </w:tcPr>
          <w:p>
            <w:pPr>
              <w:spacing w:after="0"/>
              <w:jc w:val="right"/>
            </w:pPr>
            <w:r>
              <w:rPr>
                <w:sz w:val="16"/>
              </w:rPr>
              <w:t>2, 2013 to 2021 (2 zone-level)</w:t>
            </w:r>
          </w:p>
        </w:tc>
        <w:tc>
          <w:tcPr>
            <w:tcW w:type="dxa" w:w="1521"/>
          </w:tcPr>
          <w:p>
            <w:pPr>
              <w:spacing w:after="0"/>
              <w:jc w:val="left"/>
            </w:pPr>
            <w:r>
              <w:rPr>
                <w:sz w:val="16"/>
              </w:rPr>
              <w:t>1 day to 5 days (median 3 days); 2 with a recorded value</w:t>
            </w:r>
          </w:p>
        </w:tc>
        <w:tc>
          <w:tcPr>
            <w:tcW w:type="dxa" w:w="1612"/>
          </w:tcPr>
          <w:p>
            <w:pPr>
              <w:spacing w:after="0"/>
              <w:jc w:val="left"/>
            </w:pPr>
            <w:r>
              <w:rPr>
                <w:sz w:val="16"/>
              </w:rPr>
              <w:t>5 consecutive days, 2021-06-14 to 2021-06-18, zone-level</w:t>
            </w:r>
          </w:p>
        </w:tc>
        <w:tc>
          <w:tcPr>
            <w:tcW w:type="dxa" w:w="1404"/>
          </w:tcPr>
          <w:p>
            <w:pPr>
              <w:spacing w:after="0"/>
              <w:jc w:val="left"/>
            </w:pPr>
          </w:p>
        </w:tc>
        <w:tc>
          <w:tcPr>
            <w:tcW w:type="dxa" w:w="1760"/>
          </w:tcPr>
          <w:p>
            <w:pPr>
              <w:spacing w:after="0"/>
              <w:jc w:val="left"/>
            </w:pPr>
            <w:r>
              <w:rPr>
                <w:sz w:val="16"/>
              </w:rPr>
              <w:t>Zone-level records: applies countywide; national data do not locate these events within the county.</w:t>
            </w:r>
          </w:p>
        </w:tc>
        <w:tc>
          <w:tcPr>
            <w:tcW w:type="dxa" w:w="2439"/>
          </w:tcPr>
          <w:p>
            <w:pPr>
              <w:spacing w:after="0"/>
              <w:jc w:val="left"/>
            </w:pPr>
            <w:r>
              <w:rPr>
                <w:sz w:val="16"/>
              </w:rPr>
              <w:t>Heat index: in event narratives only; local data required.</w:t>
            </w:r>
          </w:p>
        </w:tc>
      </w:tr>
      <w:tr>
        <w:trPr>
          <w:cantSplit/>
        </w:trPr>
        <w:tc>
          <w:tcPr>
            <w:tcW w:type="dxa" w:w="1878"/>
          </w:tcPr>
          <w:p>
            <w:pPr>
              <w:spacing w:after="0"/>
              <w:jc w:val="left"/>
            </w:pPr>
            <w:r>
              <w:rPr>
                <w:sz w:val="16"/>
              </w:rPr>
              <w:t>Hurricane, Tropical Storm, Tropical Depression</w:t>
            </w:r>
          </w:p>
        </w:tc>
        <w:tc>
          <w:tcPr>
            <w:tcW w:type="dxa" w:w="1826"/>
          </w:tcPr>
          <w:p>
            <w:pPr>
              <w:spacing w:after="0"/>
              <w:jc w:val="left"/>
            </w:pPr>
            <w:r>
              <w:rPr>
                <w:sz w:val="16"/>
              </w:rPr>
              <w:t>Saffir-Simpson</w:t>
            </w:r>
          </w:p>
        </w:tc>
        <w:tc>
          <w:tcPr>
            <w:tcW w:type="dxa" w:w="1673"/>
          </w:tcPr>
          <w:p>
            <w:pPr>
              <w:spacing w:after="0"/>
              <w:jc w:val="right"/>
            </w:pPr>
            <w:r>
              <w:rPr>
                <w:sz w:val="16"/>
              </w:rPr>
              <w:t>0</w:t>
            </w:r>
          </w:p>
        </w:tc>
        <w:tc>
          <w:tcPr>
            <w:tcW w:type="dxa" w:w="1521"/>
          </w:tcPr>
          <w:p>
            <w:pPr>
              <w:spacing w:after="0"/>
              <w:jc w:val="left"/>
            </w:pPr>
          </w:p>
        </w:tc>
        <w:tc>
          <w:tcPr>
            <w:tcW w:type="dxa" w:w="1612"/>
          </w:tcPr>
          <w:p>
            <w:pPr>
              <w:spacing w:after="0"/>
              <w:jc w:val="left"/>
            </w:pPr>
          </w:p>
        </w:tc>
        <w:tc>
          <w:tcPr>
            <w:tcW w:type="dxa" w:w="1404"/>
          </w:tcPr>
          <w:p>
            <w:pPr>
              <w:spacing w:after="0"/>
              <w:jc w:val="left"/>
            </w:pPr>
          </w:p>
        </w:tc>
        <w:tc>
          <w:tcPr>
            <w:tcW w:type="dxa" w:w="1760"/>
          </w:tcPr>
          <w:p>
            <w:pPr>
              <w:spacing w:after="0"/>
              <w:jc w:val="left"/>
            </w:pPr>
          </w:p>
        </w:tc>
        <w:tc>
          <w:tcPr>
            <w:tcW w:type="dxa" w:w="243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78"/>
          </w:tcPr>
          <w:p>
            <w:pPr>
              <w:spacing w:after="0"/>
              <w:jc w:val="left"/>
            </w:pPr>
            <w:r>
              <w:rPr>
                <w:sz w:val="16"/>
              </w:rPr>
              <w:t>Ice Storm</w:t>
            </w:r>
          </w:p>
        </w:tc>
        <w:tc>
          <w:tcPr>
            <w:tcW w:type="dxa" w:w="1826"/>
          </w:tcPr>
          <w:p>
            <w:pPr>
              <w:spacing w:after="0"/>
              <w:jc w:val="left"/>
            </w:pPr>
            <w:r>
              <w:rPr>
                <w:sz w:val="16"/>
              </w:rPr>
              <w:t>Sperry-Piltz (local data)</w:t>
            </w:r>
          </w:p>
        </w:tc>
        <w:tc>
          <w:tcPr>
            <w:tcW w:type="dxa" w:w="1673"/>
          </w:tcPr>
          <w:p>
            <w:pPr>
              <w:spacing w:after="0"/>
              <w:jc w:val="right"/>
            </w:pPr>
            <w:r>
              <w:rPr>
                <w:sz w:val="16"/>
              </w:rPr>
              <w:t>0</w:t>
            </w:r>
          </w:p>
        </w:tc>
        <w:tc>
          <w:tcPr>
            <w:tcW w:type="dxa" w:w="1521"/>
          </w:tcPr>
          <w:p>
            <w:pPr>
              <w:spacing w:after="0"/>
              <w:jc w:val="left"/>
            </w:pPr>
          </w:p>
        </w:tc>
        <w:tc>
          <w:tcPr>
            <w:tcW w:type="dxa" w:w="1612"/>
          </w:tcPr>
          <w:p>
            <w:pPr>
              <w:spacing w:after="0"/>
              <w:jc w:val="left"/>
            </w:pPr>
          </w:p>
        </w:tc>
        <w:tc>
          <w:tcPr>
            <w:tcW w:type="dxa" w:w="1404"/>
          </w:tcPr>
          <w:p>
            <w:pPr>
              <w:spacing w:after="0"/>
              <w:jc w:val="left"/>
            </w:pPr>
          </w:p>
        </w:tc>
        <w:tc>
          <w:tcPr>
            <w:tcW w:type="dxa" w:w="1760"/>
          </w:tcPr>
          <w:p>
            <w:pPr>
              <w:spacing w:after="0"/>
              <w:jc w:val="left"/>
            </w:pPr>
          </w:p>
        </w:tc>
        <w:tc>
          <w:tcPr>
            <w:tcW w:type="dxa" w:w="2439"/>
          </w:tcPr>
          <w:p>
            <w:pPr>
              <w:spacing w:after="0"/>
              <w:jc w:val="left"/>
            </w:pPr>
            <w:r>
              <w:rPr>
                <w:sz w:val="16"/>
              </w:rPr>
              <w:t>Ice thickness: in event narratives only; local data required.</w:t>
            </w:r>
          </w:p>
        </w:tc>
      </w:tr>
      <w:tr>
        <w:trPr>
          <w:cantSplit/>
        </w:trPr>
        <w:tc>
          <w:tcPr>
            <w:tcW w:type="dxa" w:w="1878"/>
          </w:tcPr>
          <w:p>
            <w:pPr>
              <w:spacing w:after="0"/>
              <w:jc w:val="left"/>
            </w:pPr>
            <w:r>
              <w:rPr>
                <w:sz w:val="16"/>
              </w:rPr>
              <w:t>Flash Flood, Flood, Lakeshore Flood</w:t>
            </w:r>
          </w:p>
        </w:tc>
        <w:tc>
          <w:tcPr>
            <w:tcW w:type="dxa" w:w="1826"/>
          </w:tcPr>
          <w:p>
            <w:pPr>
              <w:spacing w:after="0"/>
              <w:jc w:val="left"/>
            </w:pPr>
            <w:r>
              <w:rPr>
                <w:sz w:val="16"/>
              </w:rPr>
              <w:t>damage and flood days (FIRM for depth)</w:t>
            </w:r>
          </w:p>
        </w:tc>
        <w:tc>
          <w:tcPr>
            <w:tcW w:type="dxa" w:w="1673"/>
          </w:tcPr>
          <w:p>
            <w:pPr>
              <w:spacing w:after="0"/>
              <w:jc w:val="right"/>
            </w:pPr>
            <w:r>
              <w:rPr>
                <w:sz w:val="16"/>
              </w:rPr>
              <w:t>164, 1997 to 2025</w:t>
            </w:r>
          </w:p>
        </w:tc>
        <w:tc>
          <w:tcPr>
            <w:tcW w:type="dxa" w:w="1521"/>
          </w:tcPr>
          <w:p>
            <w:pPr>
              <w:spacing w:after="0"/>
              <w:jc w:val="left"/>
            </w:pPr>
          </w:p>
        </w:tc>
        <w:tc>
          <w:tcPr>
            <w:tcW w:type="dxa" w:w="1612"/>
          </w:tcPr>
          <w:p>
            <w:pPr>
              <w:spacing w:after="0"/>
              <w:jc w:val="left"/>
            </w:pPr>
            <w:r>
              <w:rPr>
                <w:sz w:val="16"/>
              </w:rPr>
              <w:t>Flash Flood, 2006-10-06, $8,000,000 property; $0 crops (2006 dollars)</w:t>
            </w:r>
          </w:p>
        </w:tc>
        <w:tc>
          <w:tcPr>
            <w:tcW w:type="dxa" w:w="1404"/>
          </w:tcPr>
          <w:p>
            <w:pPr>
              <w:spacing w:after="0"/>
              <w:jc w:val="left"/>
            </w:pPr>
          </w:p>
        </w:tc>
        <w:tc>
          <w:tcPr>
            <w:tcW w:type="dxa" w:w="1760"/>
          </w:tcPr>
          <w:p>
            <w:pPr>
              <w:spacing w:after="0"/>
              <w:jc w:val="left"/>
            </w:pPr>
            <w:r>
              <w:rPr>
                <w:sz w:val="16"/>
              </w:rPr>
              <w:t>Event records naming member places: Torrey town (21 records), Lyman town (4 records), Bicknell town (3 records), Hanksville town (2 records), Loa town (1 record).</w:t>
            </w:r>
          </w:p>
        </w:tc>
        <w:tc>
          <w:tcPr>
            <w:tcW w:type="dxa" w:w="243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78"/>
          </w:tcPr>
          <w:p>
            <w:pPr>
              <w:spacing w:after="0"/>
              <w:jc w:val="left"/>
            </w:pPr>
            <w:r>
              <w:rPr>
                <w:sz w:val="16"/>
              </w:rPr>
              <w:t>Debris Flow</w:t>
            </w:r>
          </w:p>
        </w:tc>
        <w:tc>
          <w:tcPr>
            <w:tcW w:type="dxa" w:w="1826"/>
          </w:tcPr>
          <w:p>
            <w:pPr>
              <w:spacing w:after="0"/>
              <w:jc w:val="left"/>
            </w:pPr>
            <w:r>
              <w:rPr>
                <w:sz w:val="16"/>
              </w:rPr>
              <w:t>none (count and damage)</w:t>
            </w:r>
          </w:p>
        </w:tc>
        <w:tc>
          <w:tcPr>
            <w:tcW w:type="dxa" w:w="1673"/>
          </w:tcPr>
          <w:p>
            <w:pPr>
              <w:spacing w:after="0"/>
              <w:jc w:val="right"/>
            </w:pPr>
            <w:r>
              <w:rPr>
                <w:sz w:val="16"/>
              </w:rPr>
              <w:t>1, 2011 to 2011 (1 zone-level)</w:t>
            </w:r>
          </w:p>
        </w:tc>
        <w:tc>
          <w:tcPr>
            <w:tcW w:type="dxa" w:w="1521"/>
          </w:tcPr>
          <w:p>
            <w:pPr>
              <w:spacing w:after="0"/>
              <w:jc w:val="left"/>
            </w:pPr>
          </w:p>
        </w:tc>
        <w:tc>
          <w:tcPr>
            <w:tcW w:type="dxa" w:w="1612"/>
          </w:tcPr>
          <w:p>
            <w:pPr>
              <w:spacing w:after="0"/>
              <w:jc w:val="left"/>
            </w:pPr>
            <w:r>
              <w:rPr>
                <w:sz w:val="16"/>
              </w:rPr>
              <w:t>Debris Flow, 2011-10-08, $12,000,000 property; $0 crops, reported for the zone (2011 dollars); NWS zone UTZ518 (SOUTHERN MOUNTAINS), zone-level: may include parts of neighboring counties</w:t>
            </w:r>
          </w:p>
        </w:tc>
        <w:tc>
          <w:tcPr>
            <w:tcW w:type="dxa" w:w="1404"/>
          </w:tcPr>
          <w:p>
            <w:pPr>
              <w:spacing w:after="0"/>
              <w:jc w:val="left"/>
            </w:pPr>
          </w:p>
        </w:tc>
        <w:tc>
          <w:tcPr>
            <w:tcW w:type="dxa" w:w="1760"/>
          </w:tcPr>
          <w:p>
            <w:pPr>
              <w:spacing w:after="0"/>
              <w:jc w:val="left"/>
            </w:pPr>
            <w:r>
              <w:rPr>
                <w:sz w:val="16"/>
              </w:rPr>
              <w:t>Zone-level records: applies countywide; national data do not locate these events within the county.</w:t>
            </w:r>
          </w:p>
        </w:tc>
        <w:tc>
          <w:tcPr>
            <w:tcW w:type="dxa" w:w="2439"/>
          </w:tcPr>
          <w:p>
            <w:pPr>
              <w:spacing w:after="0"/>
              <w:jc w:val="left"/>
            </w:pPr>
            <w:r>
              <w:rPr>
                <w:sz w:val="16"/>
              </w:rPr>
              <w:t>Physical measure: in event narratives only; local data required.</w:t>
            </w:r>
          </w:p>
        </w:tc>
      </w:tr>
      <w:tr>
        <w:trPr>
          <w:cantSplit/>
        </w:trPr>
        <w:tc>
          <w:tcPr>
            <w:tcW w:type="dxa" w:w="1878"/>
          </w:tcPr>
          <w:p>
            <w:pPr>
              <w:spacing w:after="0"/>
              <w:jc w:val="left"/>
            </w:pPr>
            <w:r>
              <w:rPr>
                <w:sz w:val="16"/>
              </w:rPr>
              <w:t>Lightning</w:t>
            </w:r>
          </w:p>
        </w:tc>
        <w:tc>
          <w:tcPr>
            <w:tcW w:type="dxa" w:w="1826"/>
          </w:tcPr>
          <w:p>
            <w:pPr>
              <w:spacing w:after="0"/>
              <w:jc w:val="left"/>
            </w:pPr>
            <w:r>
              <w:rPr>
                <w:sz w:val="16"/>
              </w:rPr>
              <w:t>annualized frequency (the measure FEMA's Local Mitigation Planning Handbook names)</w:t>
            </w:r>
          </w:p>
        </w:tc>
        <w:tc>
          <w:tcPr>
            <w:tcW w:type="dxa" w:w="1673"/>
          </w:tcPr>
          <w:p>
            <w:pPr>
              <w:spacing w:after="0"/>
              <w:jc w:val="right"/>
            </w:pPr>
            <w:r>
              <w:rPr>
                <w:sz w:val="16"/>
              </w:rPr>
              <w:t>0</w:t>
            </w:r>
          </w:p>
        </w:tc>
        <w:tc>
          <w:tcPr>
            <w:tcW w:type="dxa" w:w="1521"/>
          </w:tcPr>
          <w:p>
            <w:pPr>
              <w:spacing w:after="0"/>
              <w:jc w:val="left"/>
            </w:pPr>
          </w:p>
        </w:tc>
        <w:tc>
          <w:tcPr>
            <w:tcW w:type="dxa" w:w="1612"/>
          </w:tcPr>
          <w:p>
            <w:pPr>
              <w:spacing w:after="0"/>
              <w:jc w:val="left"/>
            </w:pPr>
          </w:p>
        </w:tc>
        <w:tc>
          <w:tcPr>
            <w:tcW w:type="dxa" w:w="1404"/>
          </w:tcPr>
          <w:p>
            <w:pPr>
              <w:spacing w:after="0"/>
              <w:jc w:val="left"/>
            </w:pPr>
          </w:p>
        </w:tc>
        <w:tc>
          <w:tcPr>
            <w:tcW w:type="dxa" w:w="1760"/>
          </w:tcPr>
          <w:p>
            <w:pPr>
              <w:spacing w:after="0"/>
              <w:jc w:val="left"/>
            </w:pPr>
          </w:p>
        </w:tc>
        <w:tc>
          <w:tcPr>
            <w:tcW w:type="dxa" w:w="2439"/>
          </w:tcPr>
          <w:p>
            <w:pPr>
              <w:spacing w:after="0"/>
              <w:jc w:val="left"/>
            </w:pPr>
            <w:r>
              <w:rPr>
                <w:sz w:val="16"/>
              </w:rPr>
              <w:t>Storm Events lists lightning with damage or casualties; physical measure in event narratives only; local data required.</w:t>
            </w:r>
          </w:p>
        </w:tc>
      </w:tr>
      <w:tr>
        <w:trPr>
          <w:cantSplit/>
        </w:trPr>
        <w:tc>
          <w:tcPr>
            <w:tcW w:type="dxa" w:w="1878"/>
          </w:tcPr>
          <w:p>
            <w:pPr>
              <w:spacing w:after="0"/>
              <w:jc w:val="left"/>
            </w:pPr>
            <w:r>
              <w:rPr>
                <w:sz w:val="16"/>
              </w:rPr>
              <w:t>High Wind and Strong Wind (outside NRI Strong Wind definition)</w:t>
            </w:r>
          </w:p>
        </w:tc>
        <w:tc>
          <w:tcPr>
            <w:tcW w:type="dxa" w:w="1826"/>
          </w:tcPr>
          <w:p>
            <w:pPr>
              <w:spacing w:after="0"/>
              <w:jc w:val="left"/>
            </w:pPr>
            <w:r>
              <w:rPr>
                <w:sz w:val="16"/>
              </w:rPr>
              <w:t>wind speed (kt and mph)</w:t>
            </w:r>
          </w:p>
        </w:tc>
        <w:tc>
          <w:tcPr>
            <w:tcW w:type="dxa" w:w="1673"/>
          </w:tcPr>
          <w:p>
            <w:pPr>
              <w:spacing w:after="0"/>
              <w:jc w:val="right"/>
            </w:pPr>
            <w:r>
              <w:rPr>
                <w:sz w:val="16"/>
              </w:rPr>
              <w:t>12, 1996 to 2024 (12 zone-level)</w:t>
            </w:r>
          </w:p>
        </w:tc>
        <w:tc>
          <w:tcPr>
            <w:tcW w:type="dxa" w:w="1521"/>
          </w:tcPr>
          <w:p>
            <w:pPr>
              <w:spacing w:after="0"/>
              <w:jc w:val="left"/>
            </w:pPr>
            <w:r>
              <w:rPr>
                <w:sz w:val="16"/>
              </w:rPr>
              <w:t>50 kt (58 mph) to 76 kt (87 mph) (median 57 kt (66 mph)); 11 with a recorded value</w:t>
            </w:r>
          </w:p>
        </w:tc>
        <w:tc>
          <w:tcPr>
            <w:tcW w:type="dxa" w:w="1612"/>
          </w:tcPr>
          <w:p>
            <w:pPr>
              <w:spacing w:after="0"/>
              <w:jc w:val="left"/>
            </w:pPr>
            <w:r>
              <w:rPr>
                <w:sz w:val="16"/>
              </w:rPr>
              <w:t>76 kt (87 mph) measured gust, High Wind, 2016-02-18; NWS zone UTZ518 (SOUTHERN MOUNTAINS), zone-level: may include parts of neighboring counties</w:t>
            </w:r>
          </w:p>
        </w:tc>
        <w:tc>
          <w:tcPr>
            <w:tcW w:type="dxa" w:w="1404"/>
          </w:tcPr>
          <w:p>
            <w:pPr>
              <w:spacing w:after="0"/>
              <w:jc w:val="left"/>
            </w:pPr>
          </w:p>
        </w:tc>
        <w:tc>
          <w:tcPr>
            <w:tcW w:type="dxa" w:w="1760"/>
          </w:tcPr>
          <w:p>
            <w:pPr>
              <w:spacing w:after="0"/>
              <w:jc w:val="left"/>
            </w:pPr>
            <w:r>
              <w:rPr>
                <w:sz w:val="16"/>
              </w:rPr>
              <w:t>Zone-level records: applies countywide; national data do not locate these events within the county.</w:t>
            </w:r>
          </w:p>
        </w:tc>
        <w:tc>
          <w:tcPr>
            <w:tcW w:type="dxa" w:w="2439"/>
          </w:tcPr>
          <w:p>
            <w:pPr>
              <w:spacing w:after="0"/>
              <w:jc w:val="left"/>
            </w:pPr>
          </w:p>
        </w:tc>
      </w:tr>
      <w:tr>
        <w:trPr>
          <w:cantSplit/>
        </w:trPr>
        <w:tc>
          <w:tcPr>
            <w:tcW w:type="dxa" w:w="1878"/>
          </w:tcPr>
          <w:p>
            <w:pPr>
              <w:spacing w:after="0"/>
              <w:jc w:val="left"/>
            </w:pPr>
            <w:r>
              <w:rPr>
                <w:sz w:val="16"/>
              </w:rPr>
              <w:t>Thunderstorm Wind</w:t>
            </w:r>
          </w:p>
        </w:tc>
        <w:tc>
          <w:tcPr>
            <w:tcW w:type="dxa" w:w="1826"/>
          </w:tcPr>
          <w:p>
            <w:pPr>
              <w:spacing w:after="0"/>
              <w:jc w:val="left"/>
            </w:pPr>
            <w:r>
              <w:rPr>
                <w:sz w:val="16"/>
              </w:rPr>
              <w:t>wind speed (kt and mph)</w:t>
            </w:r>
          </w:p>
        </w:tc>
        <w:tc>
          <w:tcPr>
            <w:tcW w:type="dxa" w:w="1673"/>
          </w:tcPr>
          <w:p>
            <w:pPr>
              <w:spacing w:after="0"/>
              <w:jc w:val="right"/>
            </w:pPr>
            <w:r>
              <w:rPr>
                <w:sz w:val="16"/>
              </w:rPr>
              <w:t>4, 1965 to 1996</w:t>
            </w:r>
          </w:p>
        </w:tc>
        <w:tc>
          <w:tcPr>
            <w:tcW w:type="dxa" w:w="1521"/>
          </w:tcPr>
          <w:p>
            <w:pPr>
              <w:spacing w:after="0"/>
              <w:jc w:val="left"/>
            </w:pPr>
            <w:r>
              <w:rPr>
                <w:sz w:val="16"/>
              </w:rPr>
              <w:t>50 kt (58 mph) to 56 kt (64 mph) (median 55 kt (63 mph)); 3 with a recorded value</w:t>
            </w:r>
          </w:p>
        </w:tc>
        <w:tc>
          <w:tcPr>
            <w:tcW w:type="dxa" w:w="1612"/>
          </w:tcPr>
          <w:p>
            <w:pPr>
              <w:spacing w:after="0"/>
              <w:jc w:val="left"/>
            </w:pPr>
            <w:r>
              <w:rPr>
                <w:sz w:val="16"/>
              </w:rPr>
              <w:t>56 kt (64 mph), measurement type not recorded, Thunderstorm Wind, 1965-07-12</w:t>
            </w:r>
          </w:p>
        </w:tc>
        <w:tc>
          <w:tcPr>
            <w:tcW w:type="dxa" w:w="1404"/>
          </w:tcPr>
          <w:p>
            <w:pPr>
              <w:spacing w:after="0"/>
              <w:jc w:val="left"/>
            </w:pPr>
          </w:p>
        </w:tc>
        <w:tc>
          <w:tcPr>
            <w:tcW w:type="dxa" w:w="1760"/>
          </w:tcPr>
          <w:p>
            <w:pPr>
              <w:spacing w:after="0"/>
              <w:jc w:val="left"/>
            </w:pPr>
            <w:r>
              <w:rPr>
                <w:sz w:val="16"/>
              </w:rPr>
              <w:t>No event record names a member place.</w:t>
            </w:r>
          </w:p>
        </w:tc>
        <w:tc>
          <w:tcPr>
            <w:tcW w:type="dxa" w:w="2439"/>
          </w:tcPr>
          <w:p>
            <w:pPr>
              <w:spacing w:after="0"/>
              <w:jc w:val="left"/>
            </w:pPr>
          </w:p>
        </w:tc>
      </w:tr>
      <w:tr>
        <w:trPr>
          <w:cantSplit/>
        </w:trPr>
        <w:tc>
          <w:tcPr>
            <w:tcW w:type="dxa" w:w="1878"/>
          </w:tcPr>
          <w:p>
            <w:pPr>
              <w:spacing w:after="0"/>
              <w:jc w:val="left"/>
            </w:pPr>
            <w:r>
              <w:rPr>
                <w:sz w:val="16"/>
              </w:rPr>
              <w:t>Tornado</w:t>
            </w:r>
          </w:p>
        </w:tc>
        <w:tc>
          <w:tcPr>
            <w:tcW w:type="dxa" w:w="1826"/>
          </w:tcPr>
          <w:p>
            <w:pPr>
              <w:spacing w:after="0"/>
              <w:jc w:val="left"/>
            </w:pPr>
            <w:r>
              <w:rPr>
                <w:sz w:val="16"/>
              </w:rPr>
              <w:t>Enhanced Fujita (F before Feb 2007)</w:t>
            </w:r>
          </w:p>
        </w:tc>
        <w:tc>
          <w:tcPr>
            <w:tcW w:type="dxa" w:w="1673"/>
          </w:tcPr>
          <w:p>
            <w:pPr>
              <w:spacing w:after="0"/>
              <w:jc w:val="right"/>
            </w:pPr>
            <w:r>
              <w:rPr>
                <w:sz w:val="16"/>
              </w:rPr>
              <w:t>6, 1969 to 2010</w:t>
            </w:r>
          </w:p>
        </w:tc>
        <w:tc>
          <w:tcPr>
            <w:tcW w:type="dxa" w:w="1521"/>
          </w:tcPr>
          <w:p>
            <w:pPr>
              <w:spacing w:after="0"/>
              <w:jc w:val="left"/>
            </w:pPr>
            <w:r>
              <w:rPr>
                <w:sz w:val="16"/>
              </w:rPr>
              <w:t>F/EF0 to F/EF1 (median F/EF0); 5 with a recorded value</w:t>
            </w:r>
          </w:p>
        </w:tc>
        <w:tc>
          <w:tcPr>
            <w:tcW w:type="dxa" w:w="1612"/>
          </w:tcPr>
          <w:p>
            <w:pPr>
              <w:spacing w:after="0"/>
              <w:jc w:val="left"/>
            </w:pPr>
            <w:r>
              <w:rPr>
                <w:sz w:val="16"/>
              </w:rPr>
              <w:t>F1 tornado, 1993-04-04, 0.1 mi path length (records before 1996 may include the whole path; rating and listing come from the county where the tornado began), 20 yd wide, $50,000 property; crops not recorded (1993 dollars)</w:t>
            </w:r>
          </w:p>
        </w:tc>
        <w:tc>
          <w:tcPr>
            <w:tcW w:type="dxa" w:w="1404"/>
          </w:tcPr>
          <w:p>
            <w:pPr>
              <w:spacing w:after="0"/>
              <w:jc w:val="left"/>
            </w:pPr>
          </w:p>
        </w:tc>
        <w:tc>
          <w:tcPr>
            <w:tcW w:type="dxa" w:w="1760"/>
          </w:tcPr>
          <w:p>
            <w:pPr>
              <w:spacing w:after="0"/>
              <w:jc w:val="left"/>
            </w:pPr>
            <w:r>
              <w:rPr>
                <w:sz w:val="16"/>
              </w:rPr>
              <w:t>Event records naming member places: Hanksville town (1 record).</w:t>
            </w:r>
          </w:p>
        </w:tc>
        <w:tc>
          <w:tcPr>
            <w:tcW w:type="dxa" w:w="243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78"/>
          </w:tcPr>
          <w:p>
            <w:pPr>
              <w:spacing w:after="0"/>
              <w:jc w:val="left"/>
            </w:pPr>
            <w:r>
              <w:rPr>
                <w:sz w:val="16"/>
              </w:rPr>
              <w:t>Tsunami</w:t>
            </w:r>
          </w:p>
        </w:tc>
        <w:tc>
          <w:tcPr>
            <w:tcW w:type="dxa" w:w="1826"/>
          </w:tcPr>
          <w:p>
            <w:pPr>
              <w:spacing w:after="0"/>
              <w:jc w:val="left"/>
            </w:pPr>
            <w:r>
              <w:rPr>
                <w:sz w:val="16"/>
              </w:rPr>
              <w:t>none (count and damage)</w:t>
            </w:r>
          </w:p>
        </w:tc>
        <w:tc>
          <w:tcPr>
            <w:tcW w:type="dxa" w:w="1673"/>
          </w:tcPr>
          <w:p>
            <w:pPr>
              <w:spacing w:after="0"/>
              <w:jc w:val="right"/>
            </w:pPr>
            <w:r>
              <w:rPr>
                <w:sz w:val="16"/>
              </w:rPr>
              <w:t>0</w:t>
            </w:r>
          </w:p>
        </w:tc>
        <w:tc>
          <w:tcPr>
            <w:tcW w:type="dxa" w:w="1521"/>
          </w:tcPr>
          <w:p>
            <w:pPr>
              <w:spacing w:after="0"/>
              <w:jc w:val="left"/>
            </w:pPr>
          </w:p>
        </w:tc>
        <w:tc>
          <w:tcPr>
            <w:tcW w:type="dxa" w:w="1612"/>
          </w:tcPr>
          <w:p>
            <w:pPr>
              <w:spacing w:after="0"/>
              <w:jc w:val="left"/>
            </w:pPr>
          </w:p>
        </w:tc>
        <w:tc>
          <w:tcPr>
            <w:tcW w:type="dxa" w:w="1404"/>
          </w:tcPr>
          <w:p>
            <w:pPr>
              <w:spacing w:after="0"/>
              <w:jc w:val="left"/>
            </w:pPr>
          </w:p>
        </w:tc>
        <w:tc>
          <w:tcPr>
            <w:tcW w:type="dxa" w:w="1760"/>
          </w:tcPr>
          <w:p>
            <w:pPr>
              <w:spacing w:after="0"/>
              <w:jc w:val="left"/>
            </w:pPr>
          </w:p>
        </w:tc>
        <w:tc>
          <w:tcPr>
            <w:tcW w:type="dxa" w:w="2439"/>
          </w:tcPr>
          <w:p>
            <w:pPr>
              <w:spacing w:after="0"/>
              <w:jc w:val="left"/>
            </w:pPr>
            <w:r>
              <w:rPr>
                <w:sz w:val="16"/>
              </w:rPr>
              <w:t>Physical measure: in event narratives only; local data required.</w:t>
            </w:r>
          </w:p>
        </w:tc>
      </w:tr>
      <w:tr>
        <w:trPr>
          <w:cantSplit/>
        </w:trPr>
        <w:tc>
          <w:tcPr>
            <w:tcW w:type="dxa" w:w="1878"/>
          </w:tcPr>
          <w:p>
            <w:pPr>
              <w:spacing w:after="0"/>
              <w:jc w:val="left"/>
            </w:pPr>
            <w:r>
              <w:rPr>
                <w:sz w:val="16"/>
              </w:rPr>
              <w:t>Volcanic Ash, Volcanic Ashfall</w:t>
            </w:r>
          </w:p>
        </w:tc>
        <w:tc>
          <w:tcPr>
            <w:tcW w:type="dxa" w:w="1826"/>
          </w:tcPr>
          <w:p>
            <w:pPr>
              <w:spacing w:after="0"/>
              <w:jc w:val="left"/>
            </w:pPr>
            <w:r>
              <w:rPr>
                <w:sz w:val="16"/>
              </w:rPr>
              <w:t>Volcanic Explosivity Index (local data)</w:t>
            </w:r>
          </w:p>
        </w:tc>
        <w:tc>
          <w:tcPr>
            <w:tcW w:type="dxa" w:w="1673"/>
          </w:tcPr>
          <w:p>
            <w:pPr>
              <w:spacing w:after="0"/>
              <w:jc w:val="right"/>
            </w:pPr>
            <w:r>
              <w:rPr>
                <w:sz w:val="16"/>
              </w:rPr>
              <w:t>0</w:t>
            </w:r>
          </w:p>
        </w:tc>
        <w:tc>
          <w:tcPr>
            <w:tcW w:type="dxa" w:w="1521"/>
          </w:tcPr>
          <w:p>
            <w:pPr>
              <w:spacing w:after="0"/>
              <w:jc w:val="left"/>
            </w:pPr>
          </w:p>
        </w:tc>
        <w:tc>
          <w:tcPr>
            <w:tcW w:type="dxa" w:w="1612"/>
          </w:tcPr>
          <w:p>
            <w:pPr>
              <w:spacing w:after="0"/>
              <w:jc w:val="left"/>
            </w:pPr>
          </w:p>
        </w:tc>
        <w:tc>
          <w:tcPr>
            <w:tcW w:type="dxa" w:w="1404"/>
          </w:tcPr>
          <w:p>
            <w:pPr>
              <w:spacing w:after="0"/>
              <w:jc w:val="left"/>
            </w:pPr>
          </w:p>
        </w:tc>
        <w:tc>
          <w:tcPr>
            <w:tcW w:type="dxa" w:w="1760"/>
          </w:tcPr>
          <w:p>
            <w:pPr>
              <w:spacing w:after="0"/>
              <w:jc w:val="left"/>
            </w:pPr>
          </w:p>
        </w:tc>
        <w:tc>
          <w:tcPr>
            <w:tcW w:type="dxa" w:w="2439"/>
          </w:tcPr>
          <w:p>
            <w:pPr>
              <w:spacing w:after="0"/>
              <w:jc w:val="left"/>
            </w:pPr>
            <w:r>
              <w:rPr>
                <w:sz w:val="16"/>
              </w:rPr>
              <w:t>Physical measure: in event narratives only; local data required.</w:t>
            </w:r>
          </w:p>
        </w:tc>
      </w:tr>
      <w:tr>
        <w:trPr>
          <w:cantSplit/>
        </w:trPr>
        <w:tc>
          <w:tcPr>
            <w:tcW w:type="dxa" w:w="1878"/>
          </w:tcPr>
          <w:p>
            <w:pPr>
              <w:spacing w:after="0"/>
              <w:jc w:val="left"/>
            </w:pPr>
            <w:r>
              <w:rPr>
                <w:sz w:val="16"/>
              </w:rPr>
              <w:t>Wildfire</w:t>
            </w:r>
          </w:p>
        </w:tc>
        <w:tc>
          <w:tcPr>
            <w:tcW w:type="dxa" w:w="1826"/>
          </w:tcPr>
          <w:p>
            <w:pPr>
              <w:spacing w:after="0"/>
              <w:jc w:val="left"/>
            </w:pPr>
            <w:r>
              <w:rPr>
                <w:sz w:val="16"/>
              </w:rPr>
              <w:t>acres burned (local data)</w:t>
            </w:r>
          </w:p>
        </w:tc>
        <w:tc>
          <w:tcPr>
            <w:tcW w:type="dxa" w:w="1673"/>
          </w:tcPr>
          <w:p>
            <w:pPr>
              <w:spacing w:after="0"/>
              <w:jc w:val="right"/>
            </w:pPr>
            <w:r>
              <w:rPr>
                <w:sz w:val="16"/>
              </w:rPr>
              <w:t>5, 2012 to 2026 (5 zone-level)</w:t>
            </w:r>
          </w:p>
        </w:tc>
        <w:tc>
          <w:tcPr>
            <w:tcW w:type="dxa" w:w="1521"/>
          </w:tcPr>
          <w:p>
            <w:pPr>
              <w:spacing w:after="0"/>
              <w:jc w:val="left"/>
            </w:pPr>
          </w:p>
        </w:tc>
        <w:tc>
          <w:tcPr>
            <w:tcW w:type="dxa" w:w="1612"/>
          </w:tcPr>
          <w:p>
            <w:pPr>
              <w:spacing w:after="0"/>
              <w:jc w:val="left"/>
            </w:pPr>
            <w:r>
              <w:rPr>
                <w:sz w:val="16"/>
              </w:rPr>
              <w:t>Wildfire, 2025-06-19, $35,000,000 property; $0 crops, reported for the zone (2025 dollars); NWS zone UTZ125 (SOUTHERN MOUNTAINS), zone-level: may include parts of neighboring counties</w:t>
            </w:r>
          </w:p>
        </w:tc>
        <w:tc>
          <w:tcPr>
            <w:tcW w:type="dxa" w:w="1404"/>
          </w:tcPr>
          <w:p>
            <w:pPr>
              <w:spacing w:after="0"/>
              <w:jc w:val="left"/>
            </w:pPr>
          </w:p>
        </w:tc>
        <w:tc>
          <w:tcPr>
            <w:tcW w:type="dxa" w:w="1760"/>
          </w:tcPr>
          <w:p>
            <w:pPr>
              <w:spacing w:after="0"/>
              <w:jc w:val="left"/>
            </w:pPr>
            <w:r>
              <w:rPr>
                <w:sz w:val="16"/>
              </w:rPr>
              <w:t>Zone-level records: applies countywide; national data do not locate these events within the county.</w:t>
            </w:r>
          </w:p>
        </w:tc>
        <w:tc>
          <w:tcPr>
            <w:tcW w:type="dxa" w:w="2439"/>
          </w:tcPr>
          <w:p>
            <w:pPr>
              <w:spacing w:after="0"/>
              <w:jc w:val="left"/>
            </w:pPr>
            <w:r>
              <w:rPr>
                <w:sz w:val="16"/>
              </w:rPr>
              <w:t>Acres burned: in event narratives only; local data required.</w:t>
            </w:r>
          </w:p>
        </w:tc>
      </w:tr>
      <w:tr>
        <w:trPr>
          <w:cantSplit/>
        </w:trPr>
        <w:tc>
          <w:tcPr>
            <w:tcW w:type="dxa" w:w="1878"/>
          </w:tcPr>
          <w:p>
            <w:pPr>
              <w:spacing w:after="0"/>
              <w:jc w:val="left"/>
            </w:pPr>
            <w:r>
              <w:rPr>
                <w:sz w:val="16"/>
              </w:rPr>
              <w:t>Winter Storm, Heavy Snow, Blizzard, Lake-Effect Snow, Winter Weather, Sleet</w:t>
            </w:r>
          </w:p>
        </w:tc>
        <w:tc>
          <w:tcPr>
            <w:tcW w:type="dxa" w:w="1826"/>
          </w:tcPr>
          <w:p>
            <w:pPr>
              <w:spacing w:after="0"/>
              <w:jc w:val="left"/>
            </w:pPr>
            <w:r>
              <w:rPr>
                <w:sz w:val="16"/>
              </w:rPr>
              <w:t>none in data (snowfall local)</w:t>
            </w:r>
          </w:p>
        </w:tc>
        <w:tc>
          <w:tcPr>
            <w:tcW w:type="dxa" w:w="1673"/>
          </w:tcPr>
          <w:p>
            <w:pPr>
              <w:spacing w:after="0"/>
              <w:jc w:val="right"/>
            </w:pPr>
            <w:r>
              <w:rPr>
                <w:sz w:val="16"/>
              </w:rPr>
              <w:t>126, 1996 to 2026 (126 zone-level)</w:t>
            </w:r>
          </w:p>
        </w:tc>
        <w:tc>
          <w:tcPr>
            <w:tcW w:type="dxa" w:w="1521"/>
          </w:tcPr>
          <w:p>
            <w:pPr>
              <w:spacing w:after="0"/>
              <w:jc w:val="left"/>
            </w:pPr>
          </w:p>
        </w:tc>
        <w:tc>
          <w:tcPr>
            <w:tcW w:type="dxa" w:w="1612"/>
          </w:tcPr>
          <w:p>
            <w:pPr>
              <w:spacing w:after="0"/>
              <w:jc w:val="left"/>
            </w:pPr>
            <w:r>
              <w:rPr>
                <w:sz w:val="16"/>
              </w:rPr>
              <w:t>No damage reported in 126 records.</w:t>
            </w:r>
          </w:p>
        </w:tc>
        <w:tc>
          <w:tcPr>
            <w:tcW w:type="dxa" w:w="1404"/>
          </w:tcPr>
          <w:p>
            <w:pPr>
              <w:spacing w:after="0"/>
              <w:jc w:val="left"/>
            </w:pPr>
          </w:p>
        </w:tc>
        <w:tc>
          <w:tcPr>
            <w:tcW w:type="dxa" w:w="1760"/>
          </w:tcPr>
          <w:p>
            <w:pPr>
              <w:spacing w:after="0"/>
              <w:jc w:val="left"/>
            </w:pPr>
            <w:r>
              <w:rPr>
                <w:sz w:val="16"/>
              </w:rPr>
              <w:t>Zone-level records: applies countywide; national data do not locate these events within the county.</w:t>
            </w:r>
          </w:p>
        </w:tc>
        <w:tc>
          <w:tcPr>
            <w:tcW w:type="dxa" w:w="243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w:t>
      </w:r>
    </w:p>
    <w:p>
      <w:pPr>
        <w:keepNext/>
        <w:spacing w:after="40" w:before="0"/>
      </w:pPr>
      <w:r>
        <w:rPr>
          <w:b/>
        </w:rPr>
        <w:t xml:space="preserve">Counted incidents: </w:t>
      </w:r>
      <w:r>
        <w:rPr/>
        <w:t>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948"/>
        <w:gridCol w:w="1503"/>
        <w:gridCol w:w="2015"/>
        <w:gridCol w:w="1330"/>
        <w:gridCol w:w="4322"/>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948"/>
            <w:shd w:val="clear" w:color="auto" w:fill="E8E8E8"/>
          </w:tcPr>
          <w:p>
            <w:pPr>
              <w:spacing w:after="0"/>
              <w:jc w:val="left"/>
            </w:pPr>
            <w:r>
              <w:rPr>
                <w:b/>
                <w:sz w:val="16"/>
              </w:rPr>
              <w:t>Type</w:t>
            </w:r>
          </w:p>
        </w:tc>
        <w:tc>
          <w:tcPr>
            <w:tcW w:type="dxa" w:w="1503"/>
            <w:shd w:val="clear" w:color="auto" w:fill="E8E8E8"/>
          </w:tcPr>
          <w:p>
            <w:pPr>
              <w:spacing w:after="0"/>
              <w:jc w:val="left"/>
            </w:pPr>
            <w:r>
              <w:rPr>
                <w:b/>
                <w:sz w:val="16"/>
              </w:rPr>
              <w:t>Title</w:t>
            </w:r>
          </w:p>
        </w:tc>
        <w:tc>
          <w:tcPr>
            <w:tcW w:type="dxa" w:w="2015"/>
            <w:shd w:val="clear" w:color="auto" w:fill="E8E8E8"/>
          </w:tcPr>
          <w:p>
            <w:pPr>
              <w:spacing w:after="0"/>
              <w:jc w:val="left"/>
            </w:pPr>
            <w:r>
              <w:rPr>
                <w:b/>
                <w:sz w:val="16"/>
              </w:rPr>
              <w:t>Mapped hazard</w:t>
            </w:r>
          </w:p>
        </w:tc>
        <w:tc>
          <w:tcPr>
            <w:tcW w:type="dxa" w:w="133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4322"/>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DR-4525-UT</w:t>
            </w:r>
          </w:p>
        </w:tc>
        <w:tc>
          <w:tcPr>
            <w:tcW w:type="dxa" w:w="948"/>
          </w:tcPr>
          <w:p>
            <w:pPr>
              <w:spacing w:after="0"/>
              <w:jc w:val="left"/>
            </w:pPr>
            <w:r>
              <w:rPr>
                <w:sz w:val="16"/>
              </w:rPr>
              <w:t>Major disaster</w:t>
            </w:r>
          </w:p>
        </w:tc>
        <w:tc>
          <w:tcPr>
            <w:tcW w:type="dxa" w:w="1503"/>
          </w:tcPr>
          <w:p>
            <w:pPr>
              <w:spacing w:after="0"/>
              <w:jc w:val="left"/>
            </w:pPr>
            <w:r>
              <w:rPr>
                <w:sz w:val="16"/>
              </w:rPr>
              <w:t>COVID-19 PANDEMIC</w:t>
            </w:r>
          </w:p>
        </w:tc>
        <w:tc>
          <w:tcPr>
            <w:tcW w:type="dxa" w:w="2015"/>
          </w:tcPr>
          <w:p>
            <w:pPr>
              <w:spacing w:after="0"/>
              <w:jc w:val="left"/>
            </w:pPr>
            <w:r>
              <w:rPr>
                <w:sz w:val="16"/>
              </w:rPr>
              <w:t>Non-natural, not counted</w:t>
            </w:r>
          </w:p>
        </w:tc>
        <w:tc>
          <w:tcPr>
            <w:tcW w:type="dxa" w:w="1330"/>
          </w:tcPr>
          <w:p>
            <w:pPr>
              <w:spacing w:after="0"/>
              <w:jc w:val="right"/>
            </w:pPr>
            <w:r>
              <w:rPr>
                <w:sz w:val="16"/>
              </w:rPr>
              <w:t>none found</w:t>
            </w:r>
          </w:p>
        </w:tc>
        <w:tc>
          <w:tcPr>
            <w:tcW w:type="dxa" w:w="4322"/>
          </w:tcPr>
          <w:p>
            <w:pPr>
              <w:spacing w:after="0"/>
              <w:jc w:val="left"/>
            </w:pPr>
            <w:r>
              <w:rPr>
                <w:sz w:val="16"/>
              </w:rPr>
              <w:t>during plan review, check whether your last plan included it</w:t>
            </w: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EM-3478-UT</w:t>
            </w:r>
          </w:p>
        </w:tc>
        <w:tc>
          <w:tcPr>
            <w:tcW w:type="dxa" w:w="948"/>
          </w:tcPr>
          <w:p>
            <w:pPr>
              <w:spacing w:after="0"/>
              <w:jc w:val="left"/>
            </w:pPr>
            <w:r>
              <w:rPr>
                <w:sz w:val="16"/>
              </w:rPr>
              <w:t>Emergency</w:t>
            </w:r>
          </w:p>
        </w:tc>
        <w:tc>
          <w:tcPr>
            <w:tcW w:type="dxa" w:w="1503"/>
          </w:tcPr>
          <w:p>
            <w:pPr>
              <w:spacing w:after="0"/>
              <w:jc w:val="left"/>
            </w:pPr>
            <w:r>
              <w:rPr>
                <w:sz w:val="16"/>
              </w:rPr>
              <w:t>COVID-19</w:t>
            </w:r>
          </w:p>
        </w:tc>
        <w:tc>
          <w:tcPr>
            <w:tcW w:type="dxa" w:w="2015"/>
          </w:tcPr>
          <w:p>
            <w:pPr>
              <w:spacing w:after="0"/>
              <w:jc w:val="left"/>
            </w:pPr>
            <w:r>
              <w:rPr>
                <w:sz w:val="16"/>
              </w:rPr>
              <w:t>Non-natural, not counted</w:t>
            </w:r>
          </w:p>
        </w:tc>
        <w:tc>
          <w:tcPr>
            <w:tcW w:type="dxa" w:w="1330"/>
          </w:tcPr>
          <w:p>
            <w:pPr>
              <w:spacing w:after="0"/>
              <w:jc w:val="right"/>
            </w:pPr>
            <w:r>
              <w:rPr>
                <w:sz w:val="16"/>
              </w:rPr>
              <w:t>none found</w:t>
            </w:r>
          </w:p>
        </w:tc>
        <w:tc>
          <w:tcPr>
            <w:tcW w:type="dxa" w:w="4322"/>
          </w:tcPr>
          <w:p>
            <w:pPr>
              <w:spacing w:after="0"/>
              <w:jc w:val="left"/>
            </w:pPr>
            <w:r>
              <w:rPr>
                <w:sz w:val="16"/>
              </w:rPr>
              <w:t>during plan review, check whether your last plan included it</w:t>
            </w:r>
          </w:p>
        </w:tc>
        <w:tc>
          <w:tcPr>
            <w:tcW w:type="dxa" w:w="885"/>
          </w:tcPr>
          <w:p>
            <w:pPr>
              <w:spacing w:after="0"/>
              <w:jc w:val="left"/>
            </w:pPr>
            <w:r>
              <w:rPr>
                <w:sz w:val="16"/>
              </w:rPr>
              <w:t>same incident as DR-4525</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EM-3223-UT</w:t>
            </w:r>
          </w:p>
        </w:tc>
        <w:tc>
          <w:tcPr>
            <w:tcW w:type="dxa" w:w="948"/>
          </w:tcPr>
          <w:p>
            <w:pPr>
              <w:spacing w:after="0"/>
              <w:jc w:val="left"/>
            </w:pPr>
            <w:r>
              <w:rPr>
                <w:sz w:val="16"/>
              </w:rPr>
              <w:t>Emergency</w:t>
            </w:r>
          </w:p>
        </w:tc>
        <w:tc>
          <w:tcPr>
            <w:tcW w:type="dxa" w:w="1503"/>
          </w:tcPr>
          <w:p>
            <w:pPr>
              <w:spacing w:after="0"/>
              <w:jc w:val="left"/>
            </w:pPr>
            <w:r>
              <w:rPr>
                <w:sz w:val="16"/>
              </w:rPr>
              <w:t>HURRICANE KATRINA EVACUATION</w:t>
            </w:r>
          </w:p>
        </w:tc>
        <w:tc>
          <w:tcPr>
            <w:tcW w:type="dxa" w:w="2015"/>
          </w:tcPr>
          <w:p>
            <w:pPr>
              <w:spacing w:after="0"/>
              <w:jc w:val="left"/>
            </w:pPr>
            <w:r>
              <w:rPr>
                <w:sz w:val="16"/>
              </w:rPr>
              <w:t>Hurricane: evacuation support, not a local hazard event; not counted</w:t>
            </w:r>
          </w:p>
        </w:tc>
        <w:tc>
          <w:tcPr>
            <w:tcW w:type="dxa" w:w="1330"/>
          </w:tcPr>
          <w:p>
            <w:pPr>
              <w:spacing w:after="0"/>
              <w:jc w:val="right"/>
            </w:pPr>
            <w:r>
              <w:rPr>
                <w:sz w:val="16"/>
              </w:rPr>
              <w:t>none found</w:t>
            </w:r>
          </w:p>
        </w:tc>
        <w:tc>
          <w:tcPr>
            <w:tcW w:type="dxa" w:w="43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EM-3024-UT</w:t>
            </w:r>
          </w:p>
        </w:tc>
        <w:tc>
          <w:tcPr>
            <w:tcW w:type="dxa" w:w="948"/>
          </w:tcPr>
          <w:p>
            <w:pPr>
              <w:spacing w:after="0"/>
              <w:jc w:val="left"/>
            </w:pPr>
            <w:r>
              <w:rPr>
                <w:sz w:val="16"/>
              </w:rPr>
              <w:t>Emergency</w:t>
            </w:r>
          </w:p>
        </w:tc>
        <w:tc>
          <w:tcPr>
            <w:tcW w:type="dxa" w:w="1503"/>
          </w:tcPr>
          <w:p>
            <w:pPr>
              <w:spacing w:after="0"/>
              <w:jc w:val="left"/>
            </w:pPr>
            <w:r>
              <w:rPr>
                <w:sz w:val="16"/>
              </w:rPr>
              <w:t>DROUGHT</w:t>
            </w:r>
          </w:p>
        </w:tc>
        <w:tc>
          <w:tcPr>
            <w:tcW w:type="dxa" w:w="2015"/>
          </w:tcPr>
          <w:p>
            <w:pPr>
              <w:spacing w:after="0"/>
              <w:jc w:val="left"/>
            </w:pPr>
            <w:r>
              <w:rPr>
                <w:sz w:val="16"/>
              </w:rPr>
              <w:t>Drought</w:t>
            </w:r>
          </w:p>
        </w:tc>
        <w:tc>
          <w:tcPr>
            <w:tcW w:type="dxa" w:w="1330"/>
          </w:tcPr>
          <w:p>
            <w:pPr>
              <w:spacing w:after="0"/>
              <w:jc w:val="right"/>
            </w:pPr>
            <w:r>
              <w:rPr>
                <w:sz w:val="16"/>
              </w:rPr>
              <w:t>none found</w:t>
            </w:r>
          </w:p>
        </w:tc>
        <w:tc>
          <w:tcPr>
            <w:tcW w:type="dxa" w:w="4322"/>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164</w:t>
            </w:r>
          </w:p>
        </w:tc>
        <w:tc>
          <w:tcPr>
            <w:tcW w:type="dxa" w:w="1422"/>
          </w:tcPr>
          <w:p>
            <w:pPr>
              <w:spacing w:after="0"/>
              <w:jc w:val="right"/>
            </w:pPr>
            <w:r>
              <w:rPr>
                <w:sz w:val="16"/>
              </w:rPr>
              <w:t>51</w:t>
            </w:r>
          </w:p>
        </w:tc>
        <w:tc>
          <w:tcPr>
            <w:tcW w:type="dxa" w:w="1356"/>
          </w:tcPr>
          <w:p>
            <w:pPr>
              <w:spacing w:after="0"/>
              <w:jc w:val="right"/>
            </w:pPr>
            <w:r>
              <w:rPr>
                <w:sz w:val="16"/>
              </w:rPr>
              <w:t>4</w:t>
            </w:r>
          </w:p>
        </w:tc>
        <w:tc>
          <w:tcPr>
            <w:tcW w:type="dxa" w:w="963"/>
          </w:tcPr>
          <w:p>
            <w:pPr>
              <w:spacing w:after="0"/>
              <w:jc w:val="right"/>
            </w:pPr>
            <w:r>
              <w:rPr>
                <w:sz w:val="16"/>
              </w:rPr>
              <w:t>34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16</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126</w:t>
            </w:r>
          </w:p>
        </w:tc>
        <w:tc>
          <w:tcPr>
            <w:tcW w:type="dxa" w:w="1422"/>
          </w:tcPr>
          <w:p>
            <w:pPr>
              <w:spacing w:after="0"/>
              <w:jc w:val="right"/>
            </w:pPr>
            <w:r>
              <w:rPr>
                <w:sz w:val="16"/>
              </w:rPr>
              <w:t>39</w:t>
            </w:r>
          </w:p>
        </w:tc>
        <w:tc>
          <w:tcPr>
            <w:tcW w:type="dxa" w:w="1356"/>
          </w:tcPr>
          <w:p>
            <w:pPr>
              <w:spacing w:after="0"/>
              <w:jc w:val="right"/>
            </w:pPr>
            <w:r>
              <w:rPr>
                <w:sz w:val="16"/>
              </w:rPr>
              <w:t>2</w:t>
            </w:r>
          </w:p>
        </w:tc>
        <w:tc>
          <w:tcPr>
            <w:tcW w:type="dxa" w:w="963"/>
          </w:tcPr>
          <w:p>
            <w:pPr>
              <w:spacing w:after="0"/>
              <w:jc w:val="right"/>
            </w:pPr>
            <w:r>
              <w:rPr>
                <w:sz w:val="16"/>
              </w:rPr>
              <w:t>37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190"/>
        <w:gridCol w:w="1649"/>
        <w:gridCol w:w="1152"/>
        <w:gridCol w:w="2104"/>
        <w:gridCol w:w="1084"/>
        <w:gridCol w:w="268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190"/>
            <w:shd w:val="clear" w:color="auto" w:fill="E8E8E8"/>
          </w:tcPr>
          <w:p>
            <w:pPr>
              <w:spacing w:after="0"/>
              <w:jc w:val="left"/>
            </w:pPr>
            <w:r>
              <w:rPr>
                <w:b/>
                <w:sz w:val="16"/>
              </w:rPr>
              <w:t>Magnitude or extent</w:t>
            </w:r>
          </w:p>
        </w:tc>
        <w:tc>
          <w:tcPr>
            <w:tcW w:type="dxa" w:w="1649"/>
            <w:shd w:val="clear" w:color="auto" w:fill="E8E8E8"/>
          </w:tcPr>
          <w:p>
            <w:pPr>
              <w:spacing w:after="0"/>
              <w:jc w:val="left"/>
            </w:pPr>
            <w:r>
              <w:rPr>
                <w:b/>
                <w:sz w:val="16"/>
              </w:rPr>
              <w:t>Damage</w:t>
            </w:r>
          </w:p>
          <w:p>
            <w:pPr>
              <w:spacing w:after="0"/>
              <w:jc w:val="left"/>
            </w:pPr>
            <w:r>
              <w:rPr>
                <w:i/>
                <w:color w:val="555555"/>
                <w:sz w:val="14"/>
              </w:rPr>
              <w:t>nominal dollars</w:t>
            </w:r>
          </w:p>
        </w:tc>
        <w:tc>
          <w:tcPr>
            <w:tcW w:type="dxa" w:w="115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04"/>
            <w:shd w:val="clear" w:color="auto" w:fill="E8E8E8"/>
          </w:tcPr>
          <w:p>
            <w:pPr>
              <w:spacing w:after="0"/>
              <w:jc w:val="left"/>
            </w:pPr>
            <w:r>
              <w:rPr>
                <w:b/>
                <w:sz w:val="16"/>
              </w:rPr>
              <w:t>Location</w:t>
            </w:r>
          </w:p>
        </w:tc>
        <w:tc>
          <w:tcPr>
            <w:tcW w:type="dxa" w:w="1084"/>
            <w:shd w:val="clear" w:color="auto" w:fill="E8E8E8"/>
          </w:tcPr>
          <w:p>
            <w:pPr>
              <w:spacing w:after="0"/>
              <w:jc w:val="left"/>
            </w:pPr>
            <w:r>
              <w:rPr>
                <w:b/>
                <w:sz w:val="16"/>
              </w:rPr>
              <w:t>Flags</w:t>
            </w:r>
          </w:p>
        </w:tc>
        <w:tc>
          <w:tcPr>
            <w:tcW w:type="dxa" w:w="26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2025-06-19</w:t>
            </w:r>
          </w:p>
        </w:tc>
        <w:tc>
          <w:tcPr>
            <w:tcW w:type="dxa" w:w="1215"/>
          </w:tcPr>
          <w:p>
            <w:pPr>
              <w:spacing w:after="0"/>
              <w:jc w:val="left"/>
            </w:pPr>
            <w:r>
              <w:rPr>
                <w:sz w:val="16"/>
              </w:rPr>
              <w:t>Wildfire</w:t>
            </w:r>
          </w:p>
        </w:tc>
        <w:tc>
          <w:tcPr>
            <w:tcW w:type="dxa" w:w="3190"/>
          </w:tcPr>
          <w:p>
            <w:pPr>
              <w:spacing w:after="0"/>
              <w:jc w:val="left"/>
            </w:pPr>
          </w:p>
        </w:tc>
        <w:tc>
          <w:tcPr>
            <w:tcW w:type="dxa" w:w="1649"/>
          </w:tcPr>
          <w:p>
            <w:pPr>
              <w:spacing w:after="0"/>
              <w:jc w:val="left"/>
            </w:pPr>
            <w:r>
              <w:rPr>
                <w:sz w:val="16"/>
              </w:rPr>
              <w:t>$35,000,000 property; $0 crops, reported for the zone (2025 dollars)</w:t>
            </w:r>
          </w:p>
        </w:tc>
        <w:tc>
          <w:tcPr>
            <w:tcW w:type="dxa" w:w="1152"/>
          </w:tcPr>
          <w:p>
            <w:pPr>
              <w:spacing w:after="0"/>
              <w:jc w:val="right"/>
            </w:pPr>
            <w:r>
              <w:rPr>
                <w:sz w:val="16"/>
              </w:rPr>
              <w:t>0, 0</w:t>
            </w:r>
          </w:p>
        </w:tc>
        <w:tc>
          <w:tcPr>
            <w:tcW w:type="dxa" w:w="2104"/>
          </w:tcPr>
          <w:p>
            <w:pPr>
              <w:spacing w:after="0"/>
              <w:jc w:val="left"/>
            </w:pPr>
            <w:r>
              <w:rPr>
                <w:sz w:val="16"/>
              </w:rPr>
              <w:t>NWS zone UTZ125 (SOUTHERN MOUNTAINS), zone-level: may include parts of neighboring counties</w:t>
            </w:r>
          </w:p>
        </w:tc>
        <w:tc>
          <w:tcPr>
            <w:tcW w:type="dxa" w:w="1084"/>
          </w:tcPr>
          <w:p>
            <w:pPr>
              <w:spacing w:after="0"/>
              <w:jc w:val="left"/>
            </w:pPr>
            <w:r>
              <w:rPr>
                <w:sz w:val="16"/>
              </w:rPr>
              <w:t>new since last plan; within last 5 years</w:t>
            </w:r>
          </w:p>
        </w:tc>
        <w:tc>
          <w:tcPr>
            <w:tcW w:type="dxa" w:w="2682"/>
          </w:tcPr>
          <w:p>
            <w:pPr>
              <w:spacing w:after="0"/>
              <w:jc w:val="left"/>
            </w:pPr>
            <w:r>
              <w:rPr>
                <w:sz w:val="16"/>
              </w:rPr>
              <w:t>B1-c worst recorded: Wildfire</w:t>
            </w:r>
          </w:p>
        </w:tc>
      </w:tr>
      <w:tr>
        <w:trPr>
          <w:cantSplit/>
        </w:trPr>
        <w:tc>
          <w:tcPr>
            <w:tcW w:type="dxa" w:w="1037"/>
          </w:tcPr>
          <w:p>
            <w:pPr>
              <w:spacing w:after="0"/>
              <w:jc w:val="left"/>
            </w:pPr>
            <w:r>
              <w:rPr>
                <w:sz w:val="16"/>
              </w:rPr>
              <w:t>2021-06-14</w:t>
            </w:r>
          </w:p>
        </w:tc>
        <w:tc>
          <w:tcPr>
            <w:tcW w:type="dxa" w:w="1215"/>
          </w:tcPr>
          <w:p>
            <w:pPr>
              <w:spacing w:after="0"/>
              <w:jc w:val="left"/>
            </w:pPr>
            <w:r>
              <w:rPr>
                <w:sz w:val="16"/>
              </w:rPr>
              <w:t>Excessive Heat</w:t>
            </w:r>
          </w:p>
        </w:tc>
        <w:tc>
          <w:tcPr>
            <w:tcW w:type="dxa" w:w="3190"/>
          </w:tcPr>
          <w:p>
            <w:pPr>
              <w:spacing w:after="0"/>
              <w:jc w:val="left"/>
            </w:pPr>
          </w:p>
        </w:tc>
        <w:tc>
          <w:tcPr>
            <w:tcW w:type="dxa" w:w="1649"/>
          </w:tcPr>
          <w:p>
            <w:pPr>
              <w:spacing w:after="0"/>
              <w:jc w:val="left"/>
            </w:pPr>
            <w:r>
              <w:rPr>
                <w:sz w:val="16"/>
              </w:rPr>
              <w:t>$0 property; $0 crops, reported for the zone (2021 dollars)</w:t>
            </w:r>
          </w:p>
        </w:tc>
        <w:tc>
          <w:tcPr>
            <w:tcW w:type="dxa" w:w="1152"/>
          </w:tcPr>
          <w:p>
            <w:pPr>
              <w:spacing w:after="0"/>
              <w:jc w:val="right"/>
            </w:pPr>
            <w:r>
              <w:rPr>
                <w:sz w:val="16"/>
              </w:rPr>
              <w:t>0, 0</w:t>
            </w:r>
          </w:p>
        </w:tc>
        <w:tc>
          <w:tcPr>
            <w:tcW w:type="dxa" w:w="2104"/>
          </w:tcPr>
          <w:p>
            <w:pPr>
              <w:spacing w:after="0"/>
              <w:jc w:val="left"/>
            </w:pPr>
            <w:r>
              <w:rPr>
                <w:sz w:val="16"/>
              </w:rPr>
              <w:t>NWS zone UTZ129 (CAPITOL REEF NATIONAL PARK AND VICINITY), zone-level: may include parts of neighboring counties</w:t>
            </w:r>
          </w:p>
        </w:tc>
        <w:tc>
          <w:tcPr>
            <w:tcW w:type="dxa" w:w="1084"/>
          </w:tcPr>
          <w:p>
            <w:pPr>
              <w:spacing w:after="0"/>
              <w:jc w:val="left"/>
            </w:pPr>
            <w:r>
              <w:rPr>
                <w:sz w:val="16"/>
              </w:rPr>
              <w:t>new since last plan</w:t>
            </w:r>
          </w:p>
        </w:tc>
        <w:tc>
          <w:tcPr>
            <w:tcW w:type="dxa" w:w="2682"/>
          </w:tcPr>
          <w:p>
            <w:pPr>
              <w:spacing w:after="0"/>
              <w:jc w:val="left"/>
            </w:pPr>
            <w:r>
              <w:rPr>
                <w:sz w:val="16"/>
              </w:rPr>
              <w:t>B1-c worst recorded: Excessive Heat, Heat</w:t>
            </w:r>
          </w:p>
        </w:tc>
      </w:tr>
      <w:tr>
        <w:trPr>
          <w:cantSplit/>
        </w:trPr>
        <w:tc>
          <w:tcPr>
            <w:tcW w:type="dxa" w:w="1037"/>
          </w:tcPr>
          <w:p>
            <w:pPr>
              <w:spacing w:after="0"/>
              <w:jc w:val="left"/>
            </w:pPr>
            <w:r>
              <w:rPr>
                <w:sz w:val="16"/>
              </w:rPr>
              <w:t>2016-02-18</w:t>
            </w:r>
          </w:p>
        </w:tc>
        <w:tc>
          <w:tcPr>
            <w:tcW w:type="dxa" w:w="1215"/>
          </w:tcPr>
          <w:p>
            <w:pPr>
              <w:spacing w:after="0"/>
              <w:jc w:val="left"/>
            </w:pPr>
            <w:r>
              <w:rPr>
                <w:sz w:val="16"/>
              </w:rPr>
              <w:t>High Wind</w:t>
            </w:r>
          </w:p>
        </w:tc>
        <w:tc>
          <w:tcPr>
            <w:tcW w:type="dxa" w:w="3190"/>
          </w:tcPr>
          <w:p>
            <w:pPr>
              <w:spacing w:after="0"/>
              <w:jc w:val="left"/>
            </w:pPr>
            <w:r>
              <w:rPr>
                <w:sz w:val="16"/>
              </w:rPr>
              <w:t>76 kt (87 mph) measured gust</w:t>
            </w:r>
          </w:p>
        </w:tc>
        <w:tc>
          <w:tcPr>
            <w:tcW w:type="dxa" w:w="1649"/>
          </w:tcPr>
          <w:p>
            <w:pPr>
              <w:spacing w:after="0"/>
              <w:jc w:val="left"/>
            </w:pPr>
            <w:r>
              <w:rPr>
                <w:sz w:val="16"/>
              </w:rPr>
              <w:t>$50,000 property; $0 crops, reported for the zone (2016 dollars)</w:t>
            </w:r>
          </w:p>
        </w:tc>
        <w:tc>
          <w:tcPr>
            <w:tcW w:type="dxa" w:w="1152"/>
          </w:tcPr>
          <w:p>
            <w:pPr>
              <w:spacing w:after="0"/>
              <w:jc w:val="right"/>
            </w:pPr>
            <w:r>
              <w:rPr>
                <w:sz w:val="16"/>
              </w:rPr>
              <w:t>0, 0</w:t>
            </w:r>
          </w:p>
        </w:tc>
        <w:tc>
          <w:tcPr>
            <w:tcW w:type="dxa" w:w="2104"/>
          </w:tcPr>
          <w:p>
            <w:pPr>
              <w:spacing w:after="0"/>
              <w:jc w:val="left"/>
            </w:pPr>
            <w:r>
              <w:rPr>
                <w:sz w:val="16"/>
              </w:rPr>
              <w:t>NWS zone UTZ518 (SOUTHERN MOUNTAINS), zone-level: may include parts of neighboring counties</w:t>
            </w:r>
          </w:p>
        </w:tc>
        <w:tc>
          <w:tcPr>
            <w:tcW w:type="dxa" w:w="1084"/>
          </w:tcPr>
          <w:p>
            <w:pPr>
              <w:spacing w:after="0"/>
              <w:jc w:val="left"/>
            </w:pPr>
          </w:p>
        </w:tc>
        <w:tc>
          <w:tcPr>
            <w:tcW w:type="dxa" w:w="268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2013-08-15</w:t>
            </w:r>
          </w:p>
        </w:tc>
        <w:tc>
          <w:tcPr>
            <w:tcW w:type="dxa" w:w="1215"/>
          </w:tcPr>
          <w:p>
            <w:pPr>
              <w:spacing w:after="0"/>
              <w:jc w:val="left"/>
            </w:pPr>
            <w:r>
              <w:rPr>
                <w:sz w:val="16"/>
              </w:rPr>
              <w:t>Heat</w:t>
            </w:r>
          </w:p>
        </w:tc>
        <w:tc>
          <w:tcPr>
            <w:tcW w:type="dxa" w:w="3190"/>
          </w:tcPr>
          <w:p>
            <w:pPr>
              <w:spacing w:after="0"/>
              <w:jc w:val="left"/>
            </w:pPr>
          </w:p>
        </w:tc>
        <w:tc>
          <w:tcPr>
            <w:tcW w:type="dxa" w:w="1649"/>
          </w:tcPr>
          <w:p>
            <w:pPr>
              <w:spacing w:after="0"/>
              <w:jc w:val="left"/>
            </w:pPr>
            <w:r>
              <w:rPr>
                <w:sz w:val="16"/>
              </w:rPr>
              <w:t>$0 property; $0 crops, reported for the zone (2013 dollars)</w:t>
            </w:r>
          </w:p>
        </w:tc>
        <w:tc>
          <w:tcPr>
            <w:tcW w:type="dxa" w:w="1152"/>
          </w:tcPr>
          <w:p>
            <w:pPr>
              <w:spacing w:after="0"/>
              <w:jc w:val="right"/>
            </w:pPr>
            <w:r>
              <w:rPr>
                <w:sz w:val="16"/>
              </w:rPr>
              <w:t>1, 0</w:t>
            </w:r>
          </w:p>
        </w:tc>
        <w:tc>
          <w:tcPr>
            <w:tcW w:type="dxa" w:w="2104"/>
          </w:tcPr>
          <w:p>
            <w:pPr>
              <w:spacing w:after="0"/>
              <w:jc w:val="left"/>
            </w:pPr>
            <w:r>
              <w:rPr>
                <w:sz w:val="16"/>
              </w:rPr>
              <w:t>NWS zone UTZ013 (SAN RAFAEL SWELL), zone-level: may include parts of neighboring counties</w:t>
            </w:r>
          </w:p>
        </w:tc>
        <w:tc>
          <w:tcPr>
            <w:tcW w:type="dxa" w:w="1084"/>
          </w:tcPr>
          <w:p>
            <w:pPr>
              <w:spacing w:after="0"/>
              <w:jc w:val="left"/>
            </w:pPr>
          </w:p>
        </w:tc>
        <w:tc>
          <w:tcPr>
            <w:tcW w:type="dxa" w:w="2682"/>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1215"/>
          </w:tcPr>
          <w:p>
            <w:pPr>
              <w:spacing w:after="0"/>
              <w:jc w:val="left"/>
            </w:pPr>
            <w:r>
              <w:rPr>
                <w:sz w:val="16"/>
              </w:rPr>
              <w:t>Wildfire</w:t>
            </w:r>
          </w:p>
        </w:tc>
        <w:tc>
          <w:tcPr>
            <w:tcW w:type="dxa" w:w="3190"/>
          </w:tcPr>
          <w:p>
            <w:pPr>
              <w:spacing w:after="0"/>
              <w:jc w:val="left"/>
            </w:pPr>
          </w:p>
        </w:tc>
        <w:tc>
          <w:tcPr>
            <w:tcW w:type="dxa" w:w="1649"/>
          </w:tcPr>
          <w:p>
            <w:pPr>
              <w:spacing w:after="0"/>
              <w:jc w:val="left"/>
            </w:pPr>
            <w:r>
              <w:rPr>
                <w:sz w:val="16"/>
              </w:rPr>
              <w:t>$150,000 property; $0 crops, reported for the zone (2012 dollars)</w:t>
            </w:r>
          </w:p>
        </w:tc>
        <w:tc>
          <w:tcPr>
            <w:tcW w:type="dxa" w:w="1152"/>
          </w:tcPr>
          <w:p>
            <w:pPr>
              <w:spacing w:after="0"/>
              <w:jc w:val="right"/>
            </w:pPr>
            <w:r>
              <w:rPr>
                <w:sz w:val="16"/>
              </w:rPr>
              <w:t>0, 4</w:t>
            </w:r>
          </w:p>
        </w:tc>
        <w:tc>
          <w:tcPr>
            <w:tcW w:type="dxa" w:w="2104"/>
          </w:tcPr>
          <w:p>
            <w:pPr>
              <w:spacing w:after="0"/>
              <w:jc w:val="left"/>
            </w:pPr>
            <w:r>
              <w:rPr>
                <w:sz w:val="16"/>
              </w:rPr>
              <w:t>NWS zone UTZ518 (SOUTHERN MOUNTAINS), zone-level: may include parts of neighboring counties</w:t>
            </w:r>
          </w:p>
        </w:tc>
        <w:tc>
          <w:tcPr>
            <w:tcW w:type="dxa" w:w="1084"/>
          </w:tcPr>
          <w:p>
            <w:pPr>
              <w:spacing w:after="0"/>
              <w:jc w:val="left"/>
            </w:pPr>
          </w:p>
        </w:tc>
        <w:tc>
          <w:tcPr>
            <w:tcW w:type="dxa" w:w="2682"/>
          </w:tcPr>
          <w:p>
            <w:pPr>
              <w:spacing w:after="0"/>
              <w:jc w:val="left"/>
            </w:pPr>
            <w:r>
              <w:rPr>
                <w:sz w:val="16"/>
              </w:rPr>
              <w:t>deaths or injuries recorded</w:t>
            </w:r>
          </w:p>
        </w:tc>
      </w:tr>
      <w:tr>
        <w:trPr>
          <w:cantSplit/>
        </w:trPr>
        <w:tc>
          <w:tcPr>
            <w:tcW w:type="dxa" w:w="1037"/>
          </w:tcPr>
          <w:p>
            <w:pPr>
              <w:spacing w:after="0"/>
              <w:jc w:val="left"/>
            </w:pPr>
            <w:r>
              <w:rPr>
                <w:sz w:val="16"/>
              </w:rPr>
              <w:t>2011-10-08</w:t>
            </w:r>
          </w:p>
        </w:tc>
        <w:tc>
          <w:tcPr>
            <w:tcW w:type="dxa" w:w="1215"/>
          </w:tcPr>
          <w:p>
            <w:pPr>
              <w:spacing w:after="0"/>
              <w:jc w:val="left"/>
            </w:pPr>
            <w:r>
              <w:rPr>
                <w:sz w:val="16"/>
              </w:rPr>
              <w:t>Debris Flow</w:t>
            </w:r>
          </w:p>
        </w:tc>
        <w:tc>
          <w:tcPr>
            <w:tcW w:type="dxa" w:w="3190"/>
          </w:tcPr>
          <w:p>
            <w:pPr>
              <w:spacing w:after="0"/>
              <w:jc w:val="left"/>
            </w:pPr>
          </w:p>
        </w:tc>
        <w:tc>
          <w:tcPr>
            <w:tcW w:type="dxa" w:w="1649"/>
          </w:tcPr>
          <w:p>
            <w:pPr>
              <w:spacing w:after="0"/>
              <w:jc w:val="left"/>
            </w:pPr>
            <w:r>
              <w:rPr>
                <w:sz w:val="16"/>
              </w:rPr>
              <w:t>$12,000,000 property; $0 crops, reported for the zone (2011 dollars)</w:t>
            </w:r>
          </w:p>
        </w:tc>
        <w:tc>
          <w:tcPr>
            <w:tcW w:type="dxa" w:w="1152"/>
          </w:tcPr>
          <w:p>
            <w:pPr>
              <w:spacing w:after="0"/>
              <w:jc w:val="right"/>
            </w:pPr>
            <w:r>
              <w:rPr>
                <w:sz w:val="16"/>
              </w:rPr>
              <w:t>0, 0</w:t>
            </w:r>
          </w:p>
        </w:tc>
        <w:tc>
          <w:tcPr>
            <w:tcW w:type="dxa" w:w="2104"/>
          </w:tcPr>
          <w:p>
            <w:pPr>
              <w:spacing w:after="0"/>
              <w:jc w:val="left"/>
            </w:pPr>
            <w:r>
              <w:rPr>
                <w:sz w:val="16"/>
              </w:rPr>
              <w:t>NWS zone UTZ518 (SOUTHERN MOUNTAINS), zone-level: may include parts of neighboring counties</w:t>
            </w:r>
          </w:p>
        </w:tc>
        <w:tc>
          <w:tcPr>
            <w:tcW w:type="dxa" w:w="1084"/>
          </w:tcPr>
          <w:p>
            <w:pPr>
              <w:spacing w:after="0"/>
              <w:jc w:val="left"/>
            </w:pPr>
          </w:p>
        </w:tc>
        <w:tc>
          <w:tcPr>
            <w:tcW w:type="dxa" w:w="2682"/>
          </w:tcPr>
          <w:p>
            <w:pPr>
              <w:spacing w:after="0"/>
              <w:jc w:val="left"/>
            </w:pPr>
            <w:r>
              <w:rPr>
                <w:sz w:val="16"/>
              </w:rPr>
              <w:t>B1-c worst recorded: Debris Flow</w:t>
            </w:r>
          </w:p>
        </w:tc>
      </w:tr>
      <w:tr>
        <w:trPr>
          <w:cantSplit/>
        </w:trPr>
        <w:tc>
          <w:tcPr>
            <w:tcW w:type="dxa" w:w="1037"/>
          </w:tcPr>
          <w:p>
            <w:pPr>
              <w:spacing w:after="0"/>
              <w:jc w:val="left"/>
            </w:pPr>
            <w:r>
              <w:rPr>
                <w:sz w:val="16"/>
              </w:rPr>
              <w:t>2006-10-06</w:t>
            </w:r>
          </w:p>
        </w:tc>
        <w:tc>
          <w:tcPr>
            <w:tcW w:type="dxa" w:w="1215"/>
          </w:tcPr>
          <w:p>
            <w:pPr>
              <w:spacing w:after="0"/>
              <w:jc w:val="left"/>
            </w:pPr>
            <w:r>
              <w:rPr>
                <w:sz w:val="16"/>
              </w:rPr>
              <w:t>Flash Flood</w:t>
            </w:r>
          </w:p>
        </w:tc>
        <w:tc>
          <w:tcPr>
            <w:tcW w:type="dxa" w:w="3190"/>
          </w:tcPr>
          <w:p>
            <w:pPr>
              <w:spacing w:after="0"/>
              <w:jc w:val="left"/>
            </w:pPr>
          </w:p>
        </w:tc>
        <w:tc>
          <w:tcPr>
            <w:tcW w:type="dxa" w:w="1649"/>
          </w:tcPr>
          <w:p>
            <w:pPr>
              <w:spacing w:after="0"/>
              <w:jc w:val="left"/>
            </w:pPr>
            <w:r>
              <w:rPr>
                <w:sz w:val="16"/>
              </w:rPr>
              <w:t>$8,000,000 property; $0 crops (2006 dollars)</w:t>
            </w:r>
          </w:p>
        </w:tc>
        <w:tc>
          <w:tcPr>
            <w:tcW w:type="dxa" w:w="1152"/>
          </w:tcPr>
          <w:p>
            <w:pPr>
              <w:spacing w:after="0"/>
              <w:jc w:val="right"/>
            </w:pPr>
            <w:r>
              <w:rPr>
                <w:sz w:val="16"/>
              </w:rPr>
              <w:t>0, 0</w:t>
            </w:r>
          </w:p>
        </w:tc>
        <w:tc>
          <w:tcPr>
            <w:tcW w:type="dxa" w:w="2104"/>
          </w:tcPr>
          <w:p>
            <w:pPr>
              <w:spacing w:after="0"/>
              <w:jc w:val="left"/>
            </w:pPr>
            <w:r>
              <w:rPr>
                <w:sz w:val="16"/>
              </w:rPr>
              <w:t>FRUITA</w:t>
            </w:r>
          </w:p>
        </w:tc>
        <w:tc>
          <w:tcPr>
            <w:tcW w:type="dxa" w:w="1084"/>
          </w:tcPr>
          <w:p>
            <w:pPr>
              <w:spacing w:after="0"/>
              <w:jc w:val="left"/>
            </w:pPr>
          </w:p>
        </w:tc>
        <w:tc>
          <w:tcPr>
            <w:tcW w:type="dxa" w:w="268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1998-12-21</w:t>
            </w:r>
          </w:p>
        </w:tc>
        <w:tc>
          <w:tcPr>
            <w:tcW w:type="dxa" w:w="1215"/>
          </w:tcPr>
          <w:p>
            <w:pPr>
              <w:spacing w:after="0"/>
              <w:jc w:val="left"/>
            </w:pPr>
            <w:r>
              <w:rPr>
                <w:sz w:val="16"/>
              </w:rPr>
              <w:t>Cold/Wind Chill</w:t>
            </w:r>
          </w:p>
        </w:tc>
        <w:tc>
          <w:tcPr>
            <w:tcW w:type="dxa" w:w="3190"/>
          </w:tcPr>
          <w:p>
            <w:pPr>
              <w:spacing w:after="0"/>
              <w:jc w:val="left"/>
            </w:pPr>
          </w:p>
        </w:tc>
        <w:tc>
          <w:tcPr>
            <w:tcW w:type="dxa" w:w="1649"/>
          </w:tcPr>
          <w:p>
            <w:pPr>
              <w:spacing w:after="0"/>
              <w:jc w:val="left"/>
            </w:pPr>
            <w:r>
              <w:rPr>
                <w:sz w:val="16"/>
              </w:rPr>
              <w:t>damage not reported</w:t>
            </w:r>
          </w:p>
        </w:tc>
        <w:tc>
          <w:tcPr>
            <w:tcW w:type="dxa" w:w="1152"/>
          </w:tcPr>
          <w:p>
            <w:pPr>
              <w:spacing w:after="0"/>
              <w:jc w:val="right"/>
            </w:pPr>
            <w:r>
              <w:rPr>
                <w:sz w:val="16"/>
              </w:rPr>
              <w:t>0, 0</w:t>
            </w:r>
          </w:p>
        </w:tc>
        <w:tc>
          <w:tcPr>
            <w:tcW w:type="dxa" w:w="2104"/>
          </w:tcPr>
          <w:p>
            <w:pPr>
              <w:spacing w:after="0"/>
              <w:jc w:val="left"/>
            </w:pPr>
            <w:r>
              <w:rPr>
                <w:sz w:val="16"/>
              </w:rPr>
              <w:t>Storm Events area EMERY T NW X NE/C E WAYNE/P SC CARBON (legacy zone code UTZ013), zone-level: may include parts of neighboring counties</w:t>
            </w:r>
          </w:p>
        </w:tc>
        <w:tc>
          <w:tcPr>
            <w:tcW w:type="dxa" w:w="1084"/>
          </w:tcPr>
          <w:p>
            <w:pPr>
              <w:spacing w:after="0"/>
              <w:jc w:val="left"/>
            </w:pPr>
          </w:p>
        </w:tc>
        <w:tc>
          <w:tcPr>
            <w:tcW w:type="dxa" w:w="268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1997-09-04</w:t>
            </w:r>
          </w:p>
        </w:tc>
        <w:tc>
          <w:tcPr>
            <w:tcW w:type="dxa" w:w="1215"/>
          </w:tcPr>
          <w:p>
            <w:pPr>
              <w:spacing w:after="0"/>
              <w:jc w:val="left"/>
            </w:pPr>
            <w:r>
              <w:rPr>
                <w:sz w:val="16"/>
              </w:rPr>
              <w:t>Flash Flood</w:t>
            </w:r>
          </w:p>
        </w:tc>
        <w:tc>
          <w:tcPr>
            <w:tcW w:type="dxa" w:w="3190"/>
          </w:tcPr>
          <w:p>
            <w:pPr>
              <w:spacing w:after="0"/>
              <w:jc w:val="left"/>
            </w:pPr>
          </w:p>
        </w:tc>
        <w:tc>
          <w:tcPr>
            <w:tcW w:type="dxa" w:w="1649"/>
          </w:tcPr>
          <w:p>
            <w:pPr>
              <w:spacing w:after="0"/>
              <w:jc w:val="left"/>
            </w:pPr>
            <w:r>
              <w:rPr>
                <w:sz w:val="16"/>
              </w:rPr>
              <w:t>$25,000 property; crops not reported (1997 dollars)</w:t>
            </w:r>
          </w:p>
        </w:tc>
        <w:tc>
          <w:tcPr>
            <w:tcW w:type="dxa" w:w="1152"/>
          </w:tcPr>
          <w:p>
            <w:pPr>
              <w:spacing w:after="0"/>
              <w:jc w:val="right"/>
            </w:pPr>
            <w:r>
              <w:rPr>
                <w:sz w:val="16"/>
              </w:rPr>
              <w:t>0, 1</w:t>
            </w:r>
          </w:p>
        </w:tc>
        <w:tc>
          <w:tcPr>
            <w:tcW w:type="dxa" w:w="2104"/>
          </w:tcPr>
          <w:p>
            <w:pPr>
              <w:spacing w:after="0"/>
              <w:jc w:val="left"/>
            </w:pPr>
            <w:r>
              <w:rPr>
                <w:sz w:val="16"/>
              </w:rPr>
              <w:t>FRUITA</w:t>
            </w:r>
          </w:p>
        </w:tc>
        <w:tc>
          <w:tcPr>
            <w:tcW w:type="dxa" w:w="1084"/>
          </w:tcPr>
          <w:p>
            <w:pPr>
              <w:spacing w:after="0"/>
              <w:jc w:val="left"/>
            </w:pPr>
          </w:p>
        </w:tc>
        <w:tc>
          <w:tcPr>
            <w:tcW w:type="dxa" w:w="2682"/>
          </w:tcPr>
          <w:p>
            <w:pPr>
              <w:spacing w:after="0"/>
              <w:jc w:val="left"/>
            </w:pPr>
            <w:r>
              <w:rPr>
                <w:sz w:val="16"/>
              </w:rPr>
              <w:t>deaths or injuries recorded</w:t>
            </w:r>
          </w:p>
        </w:tc>
      </w:tr>
      <w:tr>
        <w:trPr>
          <w:cantSplit/>
        </w:trPr>
        <w:tc>
          <w:tcPr>
            <w:tcW w:type="dxa" w:w="1037"/>
          </w:tcPr>
          <w:p>
            <w:pPr>
              <w:spacing w:after="0"/>
              <w:jc w:val="left"/>
            </w:pPr>
            <w:r>
              <w:rPr>
                <w:sz w:val="16"/>
              </w:rPr>
              <w:t>1997-06-10</w:t>
            </w:r>
          </w:p>
        </w:tc>
        <w:tc>
          <w:tcPr>
            <w:tcW w:type="dxa" w:w="1215"/>
          </w:tcPr>
          <w:p>
            <w:pPr>
              <w:spacing w:after="0"/>
              <w:jc w:val="left"/>
            </w:pPr>
            <w:r>
              <w:rPr>
                <w:sz w:val="16"/>
              </w:rPr>
              <w:t>Hail</w:t>
            </w:r>
          </w:p>
        </w:tc>
        <w:tc>
          <w:tcPr>
            <w:tcW w:type="dxa" w:w="3190"/>
          </w:tcPr>
          <w:p>
            <w:pPr>
              <w:spacing w:after="0"/>
              <w:jc w:val="left"/>
            </w:pPr>
            <w:r>
              <w:rPr>
                <w:sz w:val="16"/>
              </w:rPr>
              <w:t>2 in</w:t>
            </w:r>
          </w:p>
        </w:tc>
        <w:tc>
          <w:tcPr>
            <w:tcW w:type="dxa" w:w="1649"/>
          </w:tcPr>
          <w:p>
            <w:pPr>
              <w:spacing w:after="0"/>
              <w:jc w:val="left"/>
            </w:pPr>
            <w:r>
              <w:rPr>
                <w:sz w:val="16"/>
              </w:rPr>
              <w:t>$15,000 property; crops not reported (1997 dollars)</w:t>
            </w:r>
          </w:p>
        </w:tc>
        <w:tc>
          <w:tcPr>
            <w:tcW w:type="dxa" w:w="1152"/>
          </w:tcPr>
          <w:p>
            <w:pPr>
              <w:spacing w:after="0"/>
              <w:jc w:val="right"/>
            </w:pPr>
            <w:r>
              <w:rPr>
                <w:sz w:val="16"/>
              </w:rPr>
              <w:t>0, 0</w:t>
            </w:r>
          </w:p>
        </w:tc>
        <w:tc>
          <w:tcPr>
            <w:tcW w:type="dxa" w:w="2104"/>
          </w:tcPr>
          <w:p>
            <w:pPr>
              <w:spacing w:after="0"/>
              <w:jc w:val="left"/>
            </w:pPr>
            <w:r>
              <w:rPr>
                <w:sz w:val="16"/>
              </w:rPr>
              <w:t>CAINEVILLE to HANKSVILLE</w:t>
            </w:r>
          </w:p>
        </w:tc>
        <w:tc>
          <w:tcPr>
            <w:tcW w:type="dxa" w:w="1084"/>
          </w:tcPr>
          <w:p>
            <w:pPr>
              <w:spacing w:after="0"/>
              <w:jc w:val="left"/>
            </w:pPr>
          </w:p>
        </w:tc>
        <w:tc>
          <w:tcPr>
            <w:tcW w:type="dxa" w:w="2682"/>
          </w:tcPr>
          <w:p>
            <w:pPr>
              <w:spacing w:after="0"/>
              <w:jc w:val="left"/>
            </w:pPr>
            <w:r>
              <w:rPr>
                <w:sz w:val="16"/>
              </w:rPr>
              <w:t>B1-c worst recorded: Hail</w:t>
            </w:r>
          </w:p>
        </w:tc>
      </w:tr>
      <w:tr>
        <w:trPr>
          <w:cantSplit/>
        </w:trPr>
        <w:tc>
          <w:tcPr>
            <w:tcW w:type="dxa" w:w="1037"/>
          </w:tcPr>
          <w:p>
            <w:pPr>
              <w:spacing w:after="0"/>
              <w:jc w:val="left"/>
            </w:pPr>
            <w:r>
              <w:rPr>
                <w:sz w:val="16"/>
              </w:rPr>
              <w:t>1993-04-04</w:t>
            </w:r>
          </w:p>
        </w:tc>
        <w:tc>
          <w:tcPr>
            <w:tcW w:type="dxa" w:w="1215"/>
          </w:tcPr>
          <w:p>
            <w:pPr>
              <w:spacing w:after="0"/>
              <w:jc w:val="left"/>
            </w:pPr>
            <w:r>
              <w:rPr>
                <w:sz w:val="16"/>
              </w:rPr>
              <w:t>Tornado</w:t>
            </w:r>
          </w:p>
        </w:tc>
        <w:tc>
          <w:tcPr>
            <w:tcW w:type="dxa" w:w="3190"/>
          </w:tcPr>
          <w:p>
            <w:pPr>
              <w:spacing w:after="0"/>
              <w:jc w:val="left"/>
            </w:pPr>
            <w:r>
              <w:rPr>
                <w:sz w:val="16"/>
              </w:rPr>
              <w:t>F1, 0.1 mi path length (records before 1996 may include the whole path; rating and listing come from the county where the tornado began), 20 yd wide</w:t>
            </w:r>
          </w:p>
        </w:tc>
        <w:tc>
          <w:tcPr>
            <w:tcW w:type="dxa" w:w="1649"/>
          </w:tcPr>
          <w:p>
            <w:pPr>
              <w:spacing w:after="0"/>
              <w:jc w:val="left"/>
            </w:pPr>
            <w:r>
              <w:rPr>
                <w:sz w:val="16"/>
              </w:rPr>
              <w:t>$50,000 property; crops not recorded (1993 dollars)</w:t>
            </w:r>
          </w:p>
        </w:tc>
        <w:tc>
          <w:tcPr>
            <w:tcW w:type="dxa" w:w="1152"/>
          </w:tcPr>
          <w:p>
            <w:pPr>
              <w:spacing w:after="0"/>
              <w:jc w:val="right"/>
            </w:pPr>
            <w:r>
              <w:rPr>
                <w:sz w:val="16"/>
              </w:rPr>
              <w:t>0, 0</w:t>
            </w:r>
          </w:p>
        </w:tc>
        <w:tc>
          <w:tcPr>
            <w:tcW w:type="dxa" w:w="2104"/>
          </w:tcPr>
          <w:p>
            <w:pPr>
              <w:spacing w:after="0"/>
              <w:jc w:val="left"/>
            </w:pPr>
            <w:r>
              <w:rPr>
                <w:sz w:val="16"/>
              </w:rPr>
              <w:t>Caineville</w:t>
            </w:r>
          </w:p>
        </w:tc>
        <w:tc>
          <w:tcPr>
            <w:tcW w:type="dxa" w:w="1084"/>
          </w:tcPr>
          <w:p>
            <w:pPr>
              <w:spacing w:after="0"/>
              <w:jc w:val="left"/>
            </w:pPr>
          </w:p>
        </w:tc>
        <w:tc>
          <w:tcPr>
            <w:tcW w:type="dxa" w:w="2682"/>
          </w:tcPr>
          <w:p>
            <w:pPr>
              <w:spacing w:after="0"/>
              <w:jc w:val="left"/>
            </w:pPr>
            <w:r>
              <w:rPr>
                <w:sz w:val="16"/>
              </w:rPr>
              <w:t>B1-c worst recorded: Tornado</w:t>
            </w:r>
          </w:p>
        </w:tc>
      </w:tr>
      <w:tr>
        <w:trPr>
          <w:cantSplit/>
        </w:trPr>
        <w:tc>
          <w:tcPr>
            <w:tcW w:type="dxa" w:w="1037"/>
          </w:tcPr>
          <w:p>
            <w:pPr>
              <w:spacing w:after="0"/>
              <w:jc w:val="left"/>
            </w:pPr>
            <w:r>
              <w:rPr>
                <w:sz w:val="16"/>
              </w:rPr>
              <w:t>1965-07-12</w:t>
            </w:r>
          </w:p>
        </w:tc>
        <w:tc>
          <w:tcPr>
            <w:tcW w:type="dxa" w:w="1215"/>
          </w:tcPr>
          <w:p>
            <w:pPr>
              <w:spacing w:after="0"/>
              <w:jc w:val="left"/>
            </w:pPr>
            <w:r>
              <w:rPr>
                <w:sz w:val="16"/>
              </w:rPr>
              <w:t>Thunderstorm Wind</w:t>
            </w:r>
          </w:p>
        </w:tc>
        <w:tc>
          <w:tcPr>
            <w:tcW w:type="dxa" w:w="3190"/>
          </w:tcPr>
          <w:p>
            <w:pPr>
              <w:spacing w:after="0"/>
              <w:jc w:val="left"/>
            </w:pPr>
            <w:r>
              <w:rPr>
                <w:sz w:val="16"/>
              </w:rPr>
              <w:t>56 kt (64 mph), measurement type not recorded</w:t>
            </w:r>
          </w:p>
        </w:tc>
        <w:tc>
          <w:tcPr>
            <w:tcW w:type="dxa" w:w="1649"/>
          </w:tcPr>
          <w:p>
            <w:pPr>
              <w:spacing w:after="0"/>
              <w:jc w:val="left"/>
            </w:pPr>
            <w:r>
              <w:rPr>
                <w:sz w:val="16"/>
              </w:rPr>
              <w:t>damage not recorded (pre-1996 record)</w:t>
            </w:r>
          </w:p>
        </w:tc>
        <w:tc>
          <w:tcPr>
            <w:tcW w:type="dxa" w:w="1152"/>
          </w:tcPr>
          <w:p>
            <w:pPr>
              <w:spacing w:after="0"/>
              <w:jc w:val="right"/>
            </w:pPr>
            <w:r>
              <w:rPr>
                <w:sz w:val="16"/>
              </w:rPr>
              <w:t>0, 0</w:t>
            </w:r>
          </w:p>
        </w:tc>
        <w:tc>
          <w:tcPr>
            <w:tcW w:type="dxa" w:w="2104"/>
          </w:tcPr>
          <w:p>
            <w:pPr>
              <w:spacing w:after="0"/>
              <w:jc w:val="left"/>
            </w:pPr>
            <w:r>
              <w:rPr>
                <w:sz w:val="16"/>
              </w:rPr>
              <w:t>location not recorded</w:t>
            </w:r>
          </w:p>
        </w:tc>
        <w:tc>
          <w:tcPr>
            <w:tcW w:type="dxa" w:w="1084"/>
          </w:tcPr>
          <w:p>
            <w:pPr>
              <w:spacing w:after="0"/>
              <w:jc w:val="left"/>
            </w:pPr>
          </w:p>
        </w:tc>
        <w:tc>
          <w:tcPr>
            <w:tcW w:type="dxa" w:w="2682"/>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(334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2 Fire Management declarations (1994-08-06 to 1994-08-06)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9"/>
        <w:gridCol w:w="1605"/>
        <w:gridCol w:w="1037"/>
        <w:gridCol w:w="1769"/>
        <w:gridCol w:w="1532"/>
        <w:gridCol w:w="1545"/>
        <w:gridCol w:w="1037"/>
        <w:gridCol w:w="1811"/>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9"/>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9"/>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r>
              <w:rPr>
                <w:sz w:val="16"/>
              </w:rPr>
              <w:t>0.0333</w:t>
            </w:r>
          </w:p>
        </w:tc>
        <w:tc>
          <w:tcPr>
            <w:tcW w:type="dxa" w:w="1479"/>
          </w:tcPr>
          <w:p>
            <w:pPr>
              <w:spacing w:after="0"/>
              <w:jc w:val="left"/>
            </w:pPr>
            <w:r>
              <w:rPr>
                <w:sz w:val="16"/>
              </w:rPr>
              <w:t>events per year</w:t>
            </w:r>
          </w:p>
        </w:tc>
        <w:tc>
          <w:tcPr>
            <w:tcW w:type="dxa" w:w="1605"/>
          </w:tcPr>
          <w:p>
            <w:pPr>
              <w:spacing w:after="0"/>
              <w:jc w:val="left"/>
            </w:pPr>
            <w:r>
              <w:rPr>
                <w:sz w:val="16"/>
              </w:rPr>
              <w:t>about 1 in 30 years</w:t>
            </w:r>
          </w:p>
        </w:tc>
        <w:tc>
          <w:tcPr>
            <w:tcW w:type="dxa" w:w="1037"/>
          </w:tcPr>
          <w:p>
            <w:pPr>
              <w:spacing w:after="0"/>
              <w:jc w:val="left"/>
            </w:pPr>
            <w:r>
              <w:rPr>
                <w:sz w:val="16"/>
              </w:rPr>
              <w:t>Possible</w:t>
            </w:r>
          </w:p>
        </w:tc>
        <w:tc>
          <w:tcPr>
            <w:tcW w:type="dxa" w:w="1769"/>
          </w:tcPr>
          <w:p>
            <w:pPr>
              <w:spacing w:after="0"/>
              <w:jc w:val="left"/>
            </w:pPr>
            <w:r>
              <w:rPr>
                <w:sz w:val="16"/>
              </w:rPr>
              <w:t>FEMA annualized frequency (modeled)</w:t>
            </w:r>
          </w:p>
        </w:tc>
        <w:tc>
          <w:tcPr>
            <w:tcW w:type="dxa" w:w="1532"/>
          </w:tcPr>
          <w:p>
            <w:pPr>
              <w:spacing w:after="0"/>
              <w:jc w:val="right"/>
            </w:pPr>
            <w:r>
              <w:rPr>
                <w:sz w:val="16"/>
              </w:rPr>
              <w:t>1</w:t>
            </w:r>
          </w:p>
        </w:tc>
        <w:tc>
          <w:tcPr>
            <w:tcW w:type="dxa" w:w="1545"/>
          </w:tcPr>
          <w:p>
            <w:pPr>
              <w:spacing w:after="0"/>
              <w:jc w:val="left"/>
            </w:pPr>
            <w:r>
              <w:rPr>
                <w:sz w:val="16"/>
              </w:rPr>
              <w:t>1994 to 2023 (30 years)</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9"/>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69"/>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0.0197</w:t>
            </w:r>
          </w:p>
        </w:tc>
        <w:tc>
          <w:tcPr>
            <w:tcW w:type="dxa" w:w="1479"/>
          </w:tcPr>
          <w:p>
            <w:pPr>
              <w:spacing w:after="0"/>
              <w:jc w:val="left"/>
            </w:pPr>
            <w:r>
              <w:rPr>
                <w:sz w:val="16"/>
              </w:rPr>
              <w:t>event-days per year</w:t>
            </w:r>
          </w:p>
        </w:tc>
        <w:tc>
          <w:tcPr>
            <w:tcW w:type="dxa" w:w="1605"/>
          </w:tcPr>
          <w:p>
            <w:pPr>
              <w:spacing w:after="0"/>
              <w:jc w:val="left"/>
            </w:pPr>
            <w:r>
              <w:rPr>
                <w:sz w:val="16"/>
              </w:rPr>
              <w:t>about 0.0197 days per year</w:t>
            </w:r>
          </w:p>
        </w:tc>
        <w:tc>
          <w:tcPr>
            <w:tcW w:type="dxa" w:w="1037"/>
          </w:tcPr>
          <w:p>
            <w:pPr>
              <w:spacing w:after="0"/>
              <w:jc w:val="left"/>
            </w:pPr>
            <w:r>
              <w:rPr>
                <w:sz w:val="16"/>
              </w:rPr>
              <w:t>Possible</w:t>
            </w:r>
          </w:p>
        </w:tc>
        <w:tc>
          <w:tcPr>
            <w:tcW w:type="dxa" w:w="1769"/>
          </w:tcPr>
          <w:p>
            <w:pPr>
              <w:spacing w:after="0"/>
              <w:jc w:val="left"/>
            </w:pPr>
            <w:r>
              <w:rPr>
                <w:sz w:val="16"/>
              </w:rPr>
              <w:t>event-days in 1 of 30 years, 1996 to 2025 (3.33%)</w:t>
            </w:r>
          </w:p>
        </w:tc>
        <w:tc>
          <w:tcPr>
            <w:tcW w:type="dxa" w:w="1532"/>
          </w:tcPr>
          <w:p>
            <w:pPr>
              <w:spacing w:after="0"/>
              <w:jc w:val="right"/>
            </w:pPr>
            <w:r>
              <w:rPr>
                <w:sz w:val="16"/>
              </w:rPr>
              <w:t>0.374</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117</w:t>
            </w:r>
          </w:p>
        </w:tc>
        <w:tc>
          <w:tcPr>
            <w:tcW w:type="dxa" w:w="1479"/>
          </w:tcPr>
          <w:p>
            <w:pPr>
              <w:spacing w:after="0"/>
              <w:jc w:val="left"/>
            </w:pPr>
            <w:r>
              <w:rPr>
                <w:sz w:val="16"/>
              </w:rPr>
              <w:t>event-days per year</w:t>
            </w:r>
          </w:p>
        </w:tc>
        <w:tc>
          <w:tcPr>
            <w:tcW w:type="dxa" w:w="1605"/>
          </w:tcPr>
          <w:p>
            <w:pPr>
              <w:spacing w:after="0"/>
              <w:jc w:val="left"/>
            </w:pPr>
            <w:r>
              <w:rPr>
                <w:sz w:val="16"/>
              </w:rPr>
              <w:t>about 117 days per year</w:t>
            </w:r>
          </w:p>
        </w:tc>
        <w:tc>
          <w:tcPr>
            <w:tcW w:type="dxa" w:w="1037"/>
          </w:tcPr>
          <w:p>
            <w:pPr>
              <w:spacing w:after="0"/>
              <w:jc w:val="left"/>
            </w:pPr>
          </w:p>
        </w:tc>
        <w:tc>
          <w:tcPr>
            <w:tcW w:type="dxa" w:w="1769"/>
          </w:tcPr>
          <w:p>
            <w:pPr>
              <w:spacing w:after="0"/>
              <w:jc w:val="left"/>
            </w:pPr>
            <w:r>
              <w:rPr>
                <w:sz w:val="16"/>
              </w:rPr>
              <w:t>event-days in 0 of 30 years, 1996 to 2025 (0%)</w:t>
            </w:r>
          </w:p>
        </w:tc>
        <w:tc>
          <w:tcPr>
            <w:tcW w:type="dxa" w:w="1532"/>
          </w:tcPr>
          <w:p>
            <w:pPr>
              <w:spacing w:after="0"/>
              <w:jc w:val="right"/>
            </w:pPr>
            <w:r>
              <w:rPr>
                <w:sz w:val="16"/>
              </w:rPr>
              <w:t>2,961</w:t>
            </w:r>
          </w:p>
        </w:tc>
        <w:tc>
          <w:tcPr>
            <w:tcW w:type="dxa" w:w="154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0.00843</w:t>
            </w:r>
          </w:p>
        </w:tc>
        <w:tc>
          <w:tcPr>
            <w:tcW w:type="dxa" w:w="1479"/>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0.843%</w:t>
            </w:r>
          </w:p>
        </w:tc>
        <w:tc>
          <w:tcPr>
            <w:tcW w:type="dxa" w:w="1037"/>
          </w:tcPr>
          <w:p>
            <w:pPr>
              <w:spacing w:after="0"/>
              <w:jc w:val="left"/>
            </w:pPr>
          </w:p>
        </w:tc>
        <w:tc>
          <w:tcPr>
            <w:tcW w:type="dxa" w:w="1769"/>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0.0653</w:t>
            </w:r>
          </w:p>
        </w:tc>
        <w:tc>
          <w:tcPr>
            <w:tcW w:type="dxa" w:w="1479"/>
          </w:tcPr>
          <w:p>
            <w:pPr>
              <w:spacing w:after="0"/>
              <w:jc w:val="left"/>
            </w:pPr>
            <w:r>
              <w:rPr>
                <w:sz w:val="16"/>
              </w:rPr>
              <w:t>events per year</w:t>
            </w:r>
          </w:p>
        </w:tc>
        <w:tc>
          <w:tcPr>
            <w:tcW w:type="dxa" w:w="1605"/>
          </w:tcPr>
          <w:p>
            <w:pPr>
              <w:spacing w:after="0"/>
              <w:jc w:val="left"/>
            </w:pPr>
            <w:r>
              <w:rPr>
                <w:sz w:val="16"/>
              </w:rPr>
              <w:t>about 1 in 15 years</w:t>
            </w:r>
          </w:p>
        </w:tc>
        <w:tc>
          <w:tcPr>
            <w:tcW w:type="dxa" w:w="1037"/>
          </w:tcPr>
          <w:p>
            <w:pPr>
              <w:spacing w:after="0"/>
              <w:jc w:val="left"/>
            </w:pPr>
            <w:r>
              <w:rPr>
                <w:sz w:val="16"/>
              </w:rPr>
              <w:t>Possible</w:t>
            </w:r>
          </w:p>
        </w:tc>
        <w:tc>
          <w:tcPr>
            <w:tcW w:type="dxa" w:w="1769"/>
          </w:tcPr>
          <w:p>
            <w:pPr>
              <w:spacing w:after="0"/>
              <w:jc w:val="left"/>
            </w:pPr>
            <w:r>
              <w:rPr>
                <w:sz w:val="16"/>
              </w:rPr>
              <w:t>FEMA annualized frequency (modeled)</w:t>
            </w:r>
          </w:p>
        </w:tc>
        <w:tc>
          <w:tcPr>
            <w:tcW w:type="dxa" w:w="1532"/>
          </w:tcPr>
          <w:p>
            <w:pPr>
              <w:spacing w:after="0"/>
              <w:jc w:val="right"/>
            </w:pPr>
            <w:r>
              <w:rPr>
                <w:sz w:val="16"/>
              </w:rPr>
              <w:t>2.5 (modeled)</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1.88</w:t>
            </w:r>
          </w:p>
        </w:tc>
        <w:tc>
          <w:tcPr>
            <w:tcW w:type="dxa" w:w="1479"/>
          </w:tcPr>
          <w:p>
            <w:pPr>
              <w:spacing w:after="0"/>
              <w:jc w:val="left"/>
            </w:pPr>
            <w:r>
              <w:rPr>
                <w:sz w:val="16"/>
              </w:rPr>
              <w:t>event-days per year</w:t>
            </w:r>
          </w:p>
        </w:tc>
        <w:tc>
          <w:tcPr>
            <w:tcW w:type="dxa" w:w="1605"/>
          </w:tcPr>
          <w:p>
            <w:pPr>
              <w:spacing w:after="0"/>
              <w:jc w:val="left"/>
            </w:pPr>
            <w:r>
              <w:rPr>
                <w:sz w:val="16"/>
              </w:rPr>
              <w:t>about 1.88 days per year</w:t>
            </w:r>
          </w:p>
        </w:tc>
        <w:tc>
          <w:tcPr>
            <w:tcW w:type="dxa" w:w="1037"/>
          </w:tcPr>
          <w:p>
            <w:pPr>
              <w:spacing w:after="0"/>
              <w:jc w:val="left"/>
            </w:pPr>
            <w:r>
              <w:rPr>
                <w:sz w:val="16"/>
              </w:rPr>
              <w:t>Possible</w:t>
            </w:r>
          </w:p>
        </w:tc>
        <w:tc>
          <w:tcPr>
            <w:tcW w:type="dxa" w:w="1769"/>
          </w:tcPr>
          <w:p>
            <w:pPr>
              <w:spacing w:after="0"/>
              <w:jc w:val="left"/>
            </w:pPr>
            <w:r>
              <w:rPr>
                <w:sz w:val="16"/>
              </w:rPr>
              <w:t>event-days in 2 of 30 years, 1996 to 2025 (6.67%)</w:t>
            </w:r>
          </w:p>
        </w:tc>
        <w:tc>
          <w:tcPr>
            <w:tcW w:type="dxa" w:w="1532"/>
          </w:tcPr>
          <w:p>
            <w:pPr>
              <w:spacing w:after="0"/>
              <w:jc w:val="right"/>
            </w:pPr>
            <w:r>
              <w:rPr>
                <w:sz w:val="16"/>
              </w:rPr>
              <w:t>24</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NRI gives about 1.88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60"/>
          </w:tcPr>
          <w:p>
            <w:pPr>
              <w:spacing w:after="0"/>
              <w:jc w:val="right"/>
            </w:pPr>
          </w:p>
        </w:tc>
        <w:tc>
          <w:tcPr>
            <w:tcW w:type="dxa" w:w="1479"/>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69"/>
          </w:tcPr>
          <w:p>
            <w:pPr>
              <w:spacing w:after="0"/>
              <w:jc w:val="left"/>
            </w:pPr>
          </w:p>
        </w:tc>
        <w:tc>
          <w:tcPr>
            <w:tcW w:type="dxa" w:w="1532"/>
          </w:tcPr>
          <w:p>
            <w:pPr>
              <w:spacing w:after="0"/>
              <w:jc w:val="right"/>
            </w:pPr>
          </w:p>
        </w:tc>
        <w:tc>
          <w:tcPr>
            <w:tcW w:type="dxa" w:w="1545"/>
          </w:tcPr>
          <w:p>
            <w:pPr>
              <w:spacing w:after="0"/>
              <w:jc w:val="left"/>
            </w:pPr>
            <w:r>
              <w:rPr>
                <w:sz w:val="16"/>
              </w:rPr>
              <w:t>1851 to 2024 (Atlantic)</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0.0149</w:t>
            </w:r>
          </w:p>
        </w:tc>
        <w:tc>
          <w:tcPr>
            <w:tcW w:type="dxa" w:w="1479"/>
          </w:tcPr>
          <w:p>
            <w:pPr>
              <w:spacing w:after="0"/>
              <w:jc w:val="left"/>
            </w:pPr>
            <w:r>
              <w:rPr>
                <w:sz w:val="16"/>
              </w:rPr>
              <w:t>event-days per year</w:t>
            </w:r>
          </w:p>
        </w:tc>
        <w:tc>
          <w:tcPr>
            <w:tcW w:type="dxa" w:w="1605"/>
          </w:tcPr>
          <w:p>
            <w:pPr>
              <w:spacing w:after="0"/>
              <w:jc w:val="left"/>
            </w:pPr>
            <w:r>
              <w:rPr>
                <w:sz w:val="16"/>
              </w:rPr>
              <w:t>about 0.0149 days per year</w:t>
            </w:r>
          </w:p>
        </w:tc>
        <w:tc>
          <w:tcPr>
            <w:tcW w:type="dxa" w:w="1037"/>
          </w:tcPr>
          <w:p>
            <w:pPr>
              <w:spacing w:after="0"/>
              <w:jc w:val="left"/>
            </w:pPr>
          </w:p>
        </w:tc>
        <w:tc>
          <w:tcPr>
            <w:tcW w:type="dxa" w:w="1769"/>
          </w:tcPr>
          <w:p>
            <w:pPr>
              <w:spacing w:after="0"/>
              <w:jc w:val="left"/>
            </w:pPr>
            <w:r>
              <w:rPr>
                <w:sz w:val="16"/>
              </w:rPr>
              <w:t>event-days in 0 of 30 years, 1996 to 2025 (0%)</w:t>
            </w:r>
          </w:p>
        </w:tc>
        <w:tc>
          <w:tcPr>
            <w:tcW w:type="dxa" w:w="1532"/>
          </w:tcPr>
          <w:p>
            <w:pPr>
              <w:spacing w:after="0"/>
              <w:jc w:val="right"/>
            </w:pPr>
            <w:r>
              <w:rPr>
                <w:sz w:val="16"/>
              </w:rPr>
              <w:t>0</w:t>
            </w:r>
          </w:p>
        </w:tc>
        <w:tc>
          <w:tcPr>
            <w:tcW w:type="dxa" w:w="1545"/>
          </w:tcPr>
          <w:p>
            <w:pPr>
              <w:spacing w:after="0"/>
              <w:jc w:val="left"/>
            </w:pPr>
            <w:r>
              <w:rPr>
                <w:sz w:val="16"/>
              </w:rPr>
              <w:t>1946-12-31 to 2014-02-12 (67 years)</w:t>
            </w:r>
          </w:p>
        </w:tc>
        <w:tc>
          <w:tcPr>
            <w:tcW w:type="dxa" w:w="1037"/>
          </w:tcPr>
          <w:p>
            <w:pPr>
              <w:spacing w:after="0"/>
              <w:jc w:val="left"/>
            </w:pPr>
            <w:r>
              <w:rPr>
                <w:sz w:val="16"/>
              </w:rPr>
              <w:t>countywide</w:t>
            </w:r>
          </w:p>
        </w:tc>
        <w:tc>
          <w:tcPr>
            <w:tcW w:type="dxa" w:w="181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4.86</w:t>
            </w:r>
          </w:p>
        </w:tc>
        <w:tc>
          <w:tcPr>
            <w:tcW w:type="dxa" w:w="1479"/>
          </w:tcPr>
          <w:p>
            <w:pPr>
              <w:spacing w:after="0"/>
              <w:jc w:val="left"/>
            </w:pPr>
            <w:r>
              <w:rPr>
                <w:sz w:val="16"/>
              </w:rPr>
              <w:t>event-days per year</w:t>
            </w:r>
          </w:p>
        </w:tc>
        <w:tc>
          <w:tcPr>
            <w:tcW w:type="dxa" w:w="1605"/>
          </w:tcPr>
          <w:p>
            <w:pPr>
              <w:spacing w:after="0"/>
              <w:jc w:val="left"/>
            </w:pPr>
            <w:r>
              <w:rPr>
                <w:sz w:val="16"/>
              </w:rPr>
              <w:t>about 4.86 days per year</w:t>
            </w:r>
          </w:p>
        </w:tc>
        <w:tc>
          <w:tcPr>
            <w:tcW w:type="dxa" w:w="1037"/>
          </w:tcPr>
          <w:p>
            <w:pPr>
              <w:spacing w:after="0"/>
              <w:jc w:val="left"/>
            </w:pPr>
            <w:r>
              <w:rPr>
                <w:sz w:val="16"/>
              </w:rPr>
              <w:t>Highly likely</w:t>
            </w:r>
          </w:p>
        </w:tc>
        <w:tc>
          <w:tcPr>
            <w:tcW w:type="dxa" w:w="1769"/>
          </w:tcPr>
          <w:p>
            <w:pPr>
              <w:spacing w:after="0"/>
              <w:jc w:val="left"/>
            </w:pPr>
            <w:r>
              <w:rPr>
                <w:sz w:val="16"/>
              </w:rPr>
              <w:t>event-days in 28 of 30 years, 1996 to 2025 (93.3%)</w:t>
            </w:r>
          </w:p>
        </w:tc>
        <w:tc>
          <w:tcPr>
            <w:tcW w:type="dxa" w:w="1532"/>
          </w:tcPr>
          <w:p>
            <w:pPr>
              <w:spacing w:after="0"/>
              <w:jc w:val="right"/>
            </w:pPr>
            <w:r>
              <w:rPr>
                <w:sz w:val="16"/>
              </w:rPr>
              <w:t>136</w:t>
            </w:r>
          </w:p>
        </w:tc>
        <w:tc>
          <w:tcPr>
            <w:tcW w:type="dxa" w:w="1545"/>
          </w:tcPr>
          <w:p>
            <w:pPr>
              <w:spacing w:after="0"/>
              <w:jc w:val="left"/>
            </w:pPr>
            <w:r>
              <w:rPr>
                <w:sz w:val="16"/>
              </w:rPr>
              <w:t>1996 to 2023 (28 years)</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1.99</w:t>
            </w:r>
          </w:p>
        </w:tc>
        <w:tc>
          <w:tcPr>
            <w:tcW w:type="dxa" w:w="1479"/>
          </w:tcPr>
          <w:p>
            <w:pPr>
              <w:spacing w:after="0"/>
              <w:jc w:val="left"/>
            </w:pPr>
            <w:r>
              <w:rPr>
                <w:sz w:val="16"/>
              </w:rPr>
              <w:t>events per year (modeled)</w:t>
            </w:r>
          </w:p>
        </w:tc>
        <w:tc>
          <w:tcPr>
            <w:tcW w:type="dxa" w:w="1605"/>
          </w:tcPr>
          <w:p>
            <w:pPr>
              <w:spacing w:after="0"/>
              <w:jc w:val="left"/>
            </w:pPr>
            <w:r>
              <w:rPr>
                <w:sz w:val="16"/>
              </w:rPr>
              <w:t>about 1.99 per year</w:t>
            </w:r>
          </w:p>
        </w:tc>
        <w:tc>
          <w:tcPr>
            <w:tcW w:type="dxa" w:w="1037"/>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41.3</w:t>
            </w:r>
          </w:p>
        </w:tc>
        <w:tc>
          <w:tcPr>
            <w:tcW w:type="dxa" w:w="1479"/>
          </w:tcPr>
          <w:p>
            <w:pPr>
              <w:spacing w:after="0"/>
              <w:jc w:val="left"/>
            </w:pPr>
            <w:r>
              <w:rPr>
                <w:sz w:val="16"/>
              </w:rPr>
              <w:t>days per year with a strike</w:t>
            </w:r>
          </w:p>
        </w:tc>
        <w:tc>
          <w:tcPr>
            <w:tcW w:type="dxa" w:w="1605"/>
          </w:tcPr>
          <w:p>
            <w:pPr>
              <w:spacing w:after="0"/>
              <w:jc w:val="left"/>
            </w:pPr>
            <w:r>
              <w:rPr>
                <w:sz w:val="16"/>
              </w:rPr>
              <w:t>about 41.3 days per year</w:t>
            </w:r>
          </w:p>
        </w:tc>
        <w:tc>
          <w:tcPr>
            <w:tcW w:type="dxa" w:w="1037"/>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1995 to 2023 (29 years; CONUS)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0.0894</w:t>
            </w:r>
          </w:p>
        </w:tc>
        <w:tc>
          <w:tcPr>
            <w:tcW w:type="dxa" w:w="1479"/>
          </w:tcPr>
          <w:p>
            <w:pPr>
              <w:spacing w:after="0"/>
              <w:jc w:val="left"/>
            </w:pPr>
            <w:r>
              <w:rPr>
                <w:sz w:val="16"/>
              </w:rPr>
              <w:t>events per year</w:t>
            </w:r>
          </w:p>
        </w:tc>
        <w:tc>
          <w:tcPr>
            <w:tcW w:type="dxa" w:w="1605"/>
          </w:tcPr>
          <w:p>
            <w:pPr>
              <w:spacing w:after="0"/>
              <w:jc w:val="left"/>
            </w:pPr>
            <w:r>
              <w:rPr>
                <w:sz w:val="16"/>
              </w:rPr>
              <w:t>about 1 in 11 years</w:t>
            </w:r>
          </w:p>
        </w:tc>
        <w:tc>
          <w:tcPr>
            <w:tcW w:type="dxa" w:w="1037"/>
          </w:tcPr>
          <w:p>
            <w:pPr>
              <w:spacing w:after="0"/>
              <w:jc w:val="left"/>
            </w:pPr>
            <w:r>
              <w:rPr>
                <w:sz w:val="16"/>
              </w:rPr>
              <w:t>Possible</w:t>
            </w:r>
          </w:p>
        </w:tc>
        <w:tc>
          <w:tcPr>
            <w:tcW w:type="dxa" w:w="1769"/>
          </w:tcPr>
          <w:p>
            <w:pPr>
              <w:spacing w:after="0"/>
              <w:jc w:val="left"/>
            </w:pPr>
            <w:r>
              <w:rPr>
                <w:sz w:val="16"/>
              </w:rPr>
              <w:t>FEMA annualized frequency (modeled)</w:t>
            </w:r>
          </w:p>
        </w:tc>
        <w:tc>
          <w:tcPr>
            <w:tcW w:type="dxa" w:w="1532"/>
          </w:tcPr>
          <w:p>
            <w:pPr>
              <w:spacing w:after="0"/>
              <w:jc w:val="right"/>
            </w:pPr>
            <w:r>
              <w:rPr>
                <w:sz w:val="16"/>
              </w:rPr>
              <w:t>4</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0.0423</w:t>
            </w:r>
          </w:p>
        </w:tc>
        <w:tc>
          <w:tcPr>
            <w:tcW w:type="dxa" w:w="1479"/>
          </w:tcPr>
          <w:p>
            <w:pPr>
              <w:spacing w:after="0"/>
              <w:jc w:val="left"/>
            </w:pPr>
            <w:r>
              <w:rPr>
                <w:sz w:val="16"/>
              </w:rPr>
              <w:t>events per year</w:t>
            </w:r>
          </w:p>
        </w:tc>
        <w:tc>
          <w:tcPr>
            <w:tcW w:type="dxa" w:w="1605"/>
          </w:tcPr>
          <w:p>
            <w:pPr>
              <w:spacing w:after="0"/>
              <w:jc w:val="left"/>
            </w:pPr>
            <w:r>
              <w:rPr>
                <w:sz w:val="16"/>
              </w:rPr>
              <w:t>about 1 in 24 years</w:t>
            </w:r>
          </w:p>
        </w:tc>
        <w:tc>
          <w:tcPr>
            <w:tcW w:type="dxa" w:w="1037"/>
          </w:tcPr>
          <w:p>
            <w:pPr>
              <w:spacing w:after="0"/>
              <w:jc w:val="left"/>
            </w:pPr>
            <w:r>
              <w:rPr>
                <w:sz w:val="16"/>
              </w:rPr>
              <w:t>Possible</w:t>
            </w:r>
          </w:p>
        </w:tc>
        <w:tc>
          <w:tcPr>
            <w:tcW w:type="dxa" w:w="176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1950 to 2023 (EF2+); 1986 to 2023 (EF0-1)</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9"/>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69"/>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r>
              <w:rPr>
                <w:sz w:val="16"/>
              </w:rPr>
              <w:t>0.0003</w:t>
            </w:r>
          </w:p>
        </w:tc>
        <w:tc>
          <w:tcPr>
            <w:tcW w:type="dxa" w:w="1479"/>
          </w:tcPr>
          <w:p>
            <w:pPr>
              <w:spacing w:after="0"/>
              <w:jc w:val="left"/>
            </w:pPr>
            <w:r>
              <w:rPr>
                <w:sz w:val="16"/>
              </w:rPr>
              <w:t>annual probability</w:t>
            </w:r>
          </w:p>
        </w:tc>
        <w:tc>
          <w:tcPr>
            <w:tcW w:type="dxa" w:w="1605"/>
          </w:tcPr>
          <w:p>
            <w:pPr>
              <w:spacing w:after="0"/>
              <w:jc w:val="left"/>
            </w:pPr>
            <w:r>
              <w:rPr>
                <w:sz w:val="16"/>
              </w:rPr>
              <w:t>about 1 in 3,333 years</w:t>
            </w:r>
          </w:p>
        </w:tc>
        <w:tc>
          <w:tcPr>
            <w:tcW w:type="dxa" w:w="1037"/>
          </w:tcPr>
          <w:p>
            <w:pPr>
              <w:spacing w:after="0"/>
              <w:jc w:val="left"/>
            </w:pPr>
            <w:r>
              <w:rPr>
                <w:sz w:val="16"/>
              </w:rPr>
              <w:t>Unlikely</w:t>
            </w:r>
          </w:p>
        </w:tc>
        <w:tc>
          <w:tcPr>
            <w:tcW w:type="dxa" w:w="176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Wildfire</w:t>
            </w:r>
          </w:p>
        </w:tc>
        <w:tc>
          <w:tcPr>
            <w:tcW w:type="dxa" w:w="1260"/>
          </w:tcPr>
          <w:p>
            <w:pPr>
              <w:spacing w:after="0"/>
              <w:jc w:val="right"/>
            </w:pPr>
            <w:r>
              <w:rPr>
                <w:sz w:val="16"/>
              </w:rPr>
              <w:t>0.000556</w:t>
            </w:r>
          </w:p>
        </w:tc>
        <w:tc>
          <w:tcPr>
            <w:tcW w:type="dxa" w:w="1479"/>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0.0556%</w:t>
            </w:r>
          </w:p>
        </w:tc>
        <w:tc>
          <w:tcPr>
            <w:tcW w:type="dxa" w:w="1037"/>
          </w:tcPr>
          <w:p>
            <w:pPr>
              <w:spacing w:after="0"/>
              <w:jc w:val="left"/>
            </w:pPr>
            <w:r>
              <w:rPr>
                <w:sz w:val="16"/>
              </w:rPr>
              <w:t>Likely</w:t>
            </w:r>
          </w:p>
        </w:tc>
        <w:tc>
          <w:tcPr>
            <w:tcW w:type="dxa" w:w="1769"/>
          </w:tcPr>
          <w:p>
            <w:pPr>
              <w:spacing w:after="0"/>
              <w:jc w:val="left"/>
            </w:pPr>
            <w:r>
              <w:rPr>
                <w:sz w:val="16"/>
              </w:rPr>
              <w:t>Storm Events records in 3 of 30 years, 1996 to 2025 (10%)</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11.8</w:t>
            </w:r>
          </w:p>
        </w:tc>
        <w:tc>
          <w:tcPr>
            <w:tcW w:type="dxa" w:w="1479"/>
          </w:tcPr>
          <w:p>
            <w:pPr>
              <w:spacing w:after="0"/>
              <w:jc w:val="left"/>
            </w:pPr>
            <w:r>
              <w:rPr>
                <w:sz w:val="16"/>
              </w:rPr>
              <w:t>event-days per year</w:t>
            </w:r>
          </w:p>
        </w:tc>
        <w:tc>
          <w:tcPr>
            <w:tcW w:type="dxa" w:w="1605"/>
          </w:tcPr>
          <w:p>
            <w:pPr>
              <w:spacing w:after="0"/>
              <w:jc w:val="left"/>
            </w:pPr>
            <w:r>
              <w:rPr>
                <w:sz w:val="16"/>
              </w:rPr>
              <w:t>about 11.8 days per year</w:t>
            </w:r>
          </w:p>
        </w:tc>
        <w:tc>
          <w:tcPr>
            <w:tcW w:type="dxa" w:w="1037"/>
          </w:tcPr>
          <w:p>
            <w:pPr>
              <w:spacing w:after="0"/>
              <w:jc w:val="left"/>
            </w:pPr>
            <w:r>
              <w:rPr>
                <w:sz w:val="16"/>
              </w:rPr>
              <w:t>Likely</w:t>
            </w:r>
          </w:p>
        </w:tc>
        <w:tc>
          <w:tcPr>
            <w:tcW w:type="dxa" w:w="1769"/>
          </w:tcPr>
          <w:p>
            <w:pPr>
              <w:spacing w:after="0"/>
              <w:jc w:val="left"/>
            </w:pPr>
            <w:r>
              <w:rPr>
                <w:sz w:val="16"/>
              </w:rPr>
              <w:t>event-days in 26 of 30 years, 1996 to 2025 (86.7%)</w:t>
            </w:r>
          </w:p>
        </w:tc>
        <w:tc>
          <w:tcPr>
            <w:tcW w:type="dxa" w:w="1532"/>
          </w:tcPr>
          <w:p>
            <w:pPr>
              <w:spacing w:after="0"/>
              <w:jc w:val="right"/>
            </w:pPr>
            <w:r>
              <w:rPr>
                <w:sz w:val="16"/>
              </w:rPr>
              <w:t>224</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1 of 1</w:t>
            </w:r>
          </w:p>
        </w:tc>
        <w:tc>
          <w:tcPr>
            <w:tcW w:type="dxa" w:w="1007"/>
          </w:tcPr>
          <w:p>
            <w:pPr>
              <w:spacing w:after="0"/>
              <w:jc w:val="right"/>
            </w:pPr>
            <w:r>
              <w:rPr>
                <w:sz w:val="16"/>
              </w:rPr>
              <w:t>48.9</w:t>
            </w:r>
          </w:p>
        </w:tc>
        <w:tc>
          <w:tcPr>
            <w:tcW w:type="dxa" w:w="766"/>
          </w:tcPr>
          <w:p>
            <w:pPr>
              <w:spacing w:after="0"/>
              <w:jc w:val="right"/>
            </w:pPr>
            <w:r>
              <w:rPr>
                <w:sz w:val="16"/>
              </w:rPr>
              <w:t>48.9</w:t>
            </w:r>
          </w:p>
        </w:tc>
        <w:tc>
          <w:tcPr>
            <w:tcW w:type="dxa" w:w="730"/>
          </w:tcPr>
          <w:p>
            <w:pPr>
              <w:spacing w:after="0"/>
              <w:jc w:val="right"/>
            </w:pPr>
            <w:r>
              <w:rPr>
                <w:sz w:val="16"/>
              </w:rPr>
              <w:t>48.9</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23.3</w:t>
            </w:r>
          </w:p>
        </w:tc>
        <w:tc>
          <w:tcPr>
            <w:tcW w:type="dxa" w:w="766"/>
          </w:tcPr>
          <w:p>
            <w:pPr>
              <w:spacing w:after="0"/>
              <w:jc w:val="right"/>
            </w:pPr>
            <w:r>
              <w:rPr>
                <w:sz w:val="16"/>
              </w:rPr>
              <w:t>23.3</w:t>
            </w:r>
          </w:p>
        </w:tc>
        <w:tc>
          <w:tcPr>
            <w:tcW w:type="dxa" w:w="730"/>
          </w:tcPr>
          <w:p>
            <w:pPr>
              <w:spacing w:after="0"/>
              <w:jc w:val="right"/>
            </w:pPr>
            <w:r>
              <w:rPr>
                <w:sz w:val="16"/>
              </w:rPr>
              <w:t>23.3</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92.2</w:t>
            </w:r>
          </w:p>
        </w:tc>
        <w:tc>
          <w:tcPr>
            <w:tcW w:type="dxa" w:w="766"/>
          </w:tcPr>
          <w:p>
            <w:pPr>
              <w:spacing w:after="0"/>
              <w:jc w:val="right"/>
            </w:pPr>
            <w:r>
              <w:rPr>
                <w:sz w:val="16"/>
              </w:rPr>
              <w:t>92.2</w:t>
            </w:r>
          </w:p>
        </w:tc>
        <w:tc>
          <w:tcPr>
            <w:tcW w:type="dxa" w:w="730"/>
          </w:tcPr>
          <w:p>
            <w:pPr>
              <w:spacing w:after="0"/>
              <w:jc w:val="right"/>
            </w:pPr>
            <w:r>
              <w:rPr>
                <w:sz w:val="16"/>
              </w:rPr>
              <w:t>92.2</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82.4</w:t>
            </w:r>
          </w:p>
        </w:tc>
        <w:tc>
          <w:tcPr>
            <w:tcW w:type="dxa" w:w="766"/>
          </w:tcPr>
          <w:p>
            <w:pPr>
              <w:spacing w:after="0"/>
              <w:jc w:val="right"/>
            </w:pPr>
            <w:r>
              <w:rPr>
                <w:sz w:val="16"/>
              </w:rPr>
              <w:t>82.4</w:t>
            </w:r>
          </w:p>
        </w:tc>
        <w:tc>
          <w:tcPr>
            <w:tcW w:type="dxa" w:w="730"/>
          </w:tcPr>
          <w:p>
            <w:pPr>
              <w:spacing w:after="0"/>
              <w:jc w:val="right"/>
            </w:pPr>
            <w:r>
              <w:rPr>
                <w:sz w:val="16"/>
              </w:rPr>
              <w:t>82.4</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29.6</w:t>
            </w:r>
          </w:p>
        </w:tc>
        <w:tc>
          <w:tcPr>
            <w:tcW w:type="dxa" w:w="766"/>
          </w:tcPr>
          <w:p>
            <w:pPr>
              <w:spacing w:after="0"/>
              <w:jc w:val="right"/>
            </w:pPr>
            <w:r>
              <w:rPr>
                <w:sz w:val="16"/>
              </w:rPr>
              <w:t>29.6</w:t>
            </w:r>
          </w:p>
        </w:tc>
        <w:tc>
          <w:tcPr>
            <w:tcW w:type="dxa" w:w="730"/>
          </w:tcPr>
          <w:p>
            <w:pPr>
              <w:spacing w:after="0"/>
              <w:jc w:val="right"/>
            </w:pPr>
            <w:r>
              <w:rPr>
                <w:sz w:val="16"/>
              </w:rPr>
              <w:t>29.6</w:t>
            </w:r>
          </w:p>
        </w:tc>
        <w:tc>
          <w:tcPr>
            <w:tcW w:type="dxa" w:w="1872"/>
          </w:tcPr>
          <w:p>
            <w:pPr>
              <w:spacing w:after="0"/>
              <w:jc w:val="left"/>
            </w:pPr>
            <w:r>
              <w:rPr>
                <w:sz w:val="16"/>
              </w:rPr>
              <w:t>Very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93.4</w:t>
            </w:r>
          </w:p>
        </w:tc>
        <w:tc>
          <w:tcPr>
            <w:tcW w:type="dxa" w:w="766"/>
          </w:tcPr>
          <w:p>
            <w:pPr>
              <w:spacing w:after="0"/>
              <w:jc w:val="right"/>
            </w:pPr>
            <w:r>
              <w:rPr>
                <w:sz w:val="16"/>
              </w:rPr>
              <w:t>93.4</w:t>
            </w:r>
          </w:p>
        </w:tc>
        <w:tc>
          <w:tcPr>
            <w:tcW w:type="dxa" w:w="730"/>
          </w:tcPr>
          <w:p>
            <w:pPr>
              <w:spacing w:after="0"/>
              <w:jc w:val="right"/>
            </w:pPr>
            <w:r>
              <w:rPr>
                <w:sz w:val="16"/>
              </w:rPr>
              <w:t>93.4</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31.2</w:t>
            </w:r>
          </w:p>
        </w:tc>
        <w:tc>
          <w:tcPr>
            <w:tcW w:type="dxa" w:w="766"/>
          </w:tcPr>
          <w:p>
            <w:pPr>
              <w:spacing w:after="0"/>
              <w:jc w:val="right"/>
            </w:pPr>
            <w:r>
              <w:rPr>
                <w:sz w:val="16"/>
              </w:rPr>
              <w:t>31.2</w:t>
            </w:r>
          </w:p>
        </w:tc>
        <w:tc>
          <w:tcPr>
            <w:tcW w:type="dxa" w:w="730"/>
          </w:tcPr>
          <w:p>
            <w:pPr>
              <w:spacing w:after="0"/>
              <w:jc w:val="right"/>
            </w:pPr>
            <w:r>
              <w:rPr>
                <w:sz w:val="16"/>
              </w:rPr>
              <w:t>31.2</w:t>
            </w:r>
          </w:p>
        </w:tc>
        <w:tc>
          <w:tcPr>
            <w:tcW w:type="dxa" w:w="1872"/>
          </w:tcPr>
          <w:p>
            <w:pPr>
              <w:spacing w:after="0"/>
              <w:jc w:val="left"/>
            </w:pPr>
            <w:r>
              <w:rPr>
                <w:sz w:val="16"/>
              </w:rPr>
              <w:t>Very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78.8</w:t>
            </w:r>
          </w:p>
        </w:tc>
        <w:tc>
          <w:tcPr>
            <w:tcW w:type="dxa" w:w="766"/>
          </w:tcPr>
          <w:p>
            <w:pPr>
              <w:spacing w:after="0"/>
              <w:jc w:val="right"/>
            </w:pPr>
            <w:r>
              <w:rPr>
                <w:sz w:val="16"/>
              </w:rPr>
              <w:t>78.8</w:t>
            </w:r>
          </w:p>
        </w:tc>
        <w:tc>
          <w:tcPr>
            <w:tcW w:type="dxa" w:w="730"/>
          </w:tcPr>
          <w:p>
            <w:pPr>
              <w:spacing w:after="0"/>
              <w:jc w:val="right"/>
            </w:pPr>
            <w:r>
              <w:rPr>
                <w:sz w:val="16"/>
              </w:rPr>
              <w:t>78.8</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99.6</w:t>
            </w:r>
          </w:p>
        </w:tc>
        <w:tc>
          <w:tcPr>
            <w:tcW w:type="dxa" w:w="766"/>
          </w:tcPr>
          <w:p>
            <w:pPr>
              <w:spacing w:after="0"/>
              <w:jc w:val="right"/>
            </w:pPr>
            <w:r>
              <w:rPr>
                <w:sz w:val="16"/>
              </w:rPr>
              <w:t>99.6</w:t>
            </w:r>
          </w:p>
        </w:tc>
        <w:tc>
          <w:tcPr>
            <w:tcW w:type="dxa" w:w="730"/>
          </w:tcPr>
          <w:p>
            <w:pPr>
              <w:spacing w:after="0"/>
              <w:jc w:val="right"/>
            </w:pPr>
            <w:r>
              <w:rPr>
                <w:sz w:val="16"/>
              </w:rPr>
              <w:t>99.6</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99.5</w:t>
            </w:r>
          </w:p>
        </w:tc>
        <w:tc>
          <w:tcPr>
            <w:tcW w:type="dxa" w:w="766"/>
          </w:tcPr>
          <w:p>
            <w:pPr>
              <w:spacing w:after="0"/>
              <w:jc w:val="right"/>
            </w:pPr>
            <w:r>
              <w:rPr>
                <w:sz w:val="16"/>
              </w:rPr>
              <w:t>99.5</w:t>
            </w:r>
          </w:p>
        </w:tc>
        <w:tc>
          <w:tcPr>
            <w:tcW w:type="dxa" w:w="730"/>
          </w:tcPr>
          <w:p>
            <w:pPr>
              <w:spacing w:after="0"/>
              <w:jc w:val="right"/>
            </w:pPr>
            <w:r>
              <w:rPr>
                <w:sz w:val="16"/>
              </w:rPr>
              <w:t>99.5</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41.4</w:t>
            </w:r>
          </w:p>
        </w:tc>
        <w:tc>
          <w:tcPr>
            <w:tcW w:type="dxa" w:w="766"/>
          </w:tcPr>
          <w:p>
            <w:pPr>
              <w:spacing w:after="0"/>
              <w:jc w:val="right"/>
            </w:pPr>
            <w:r>
              <w:rPr>
                <w:sz w:val="16"/>
              </w:rPr>
              <w:t>41.4</w:t>
            </w:r>
          </w:p>
        </w:tc>
        <w:tc>
          <w:tcPr>
            <w:tcW w:type="dxa" w:w="730"/>
          </w:tcPr>
          <w:p>
            <w:pPr>
              <w:spacing w:after="0"/>
              <w:jc w:val="right"/>
            </w:pPr>
            <w:r>
              <w:rPr>
                <w:sz w:val="16"/>
              </w:rPr>
              <w:t>41.4</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10.1</w:t>
            </w:r>
          </w:p>
        </w:tc>
        <w:tc>
          <w:tcPr>
            <w:tcW w:type="dxa" w:w="766"/>
          </w:tcPr>
          <w:p>
            <w:pPr>
              <w:spacing w:after="0"/>
              <w:jc w:val="right"/>
            </w:pPr>
            <w:r>
              <w:rPr>
                <w:sz w:val="16"/>
              </w:rPr>
              <w:t>10.1</w:t>
            </w:r>
          </w:p>
        </w:tc>
        <w:tc>
          <w:tcPr>
            <w:tcW w:type="dxa" w:w="730"/>
          </w:tcPr>
          <w:p>
            <w:pPr>
              <w:spacing w:after="0"/>
              <w:jc w:val="right"/>
            </w:pPr>
            <w:r>
              <w:rPr>
                <w:sz w:val="16"/>
              </w:rPr>
              <w:t>10.1</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1 of 1</w:t>
            </w:r>
          </w:p>
        </w:tc>
        <w:tc>
          <w:tcPr>
            <w:tcW w:type="dxa" w:w="1007"/>
          </w:tcPr>
          <w:p>
            <w:pPr>
              <w:spacing w:after="0"/>
              <w:jc w:val="right"/>
            </w:pPr>
            <w:r>
              <w:rPr>
                <w:sz w:val="16"/>
              </w:rPr>
              <w:t>69.0</w:t>
            </w:r>
          </w:p>
        </w:tc>
        <w:tc>
          <w:tcPr>
            <w:tcW w:type="dxa" w:w="766"/>
          </w:tcPr>
          <w:p>
            <w:pPr>
              <w:spacing w:after="0"/>
              <w:jc w:val="right"/>
            </w:pPr>
            <w:r>
              <w:rPr>
                <w:sz w:val="16"/>
              </w:rPr>
              <w:t>69.0</w:t>
            </w:r>
          </w:p>
        </w:tc>
        <w:tc>
          <w:tcPr>
            <w:tcW w:type="dxa" w:w="730"/>
          </w:tcPr>
          <w:p>
            <w:pPr>
              <w:spacing w:after="0"/>
              <w:jc w:val="right"/>
            </w:pPr>
            <w:r>
              <w:rPr>
                <w:sz w:val="16"/>
              </w:rPr>
              <w:t>69.0</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93.2</w:t>
            </w:r>
          </w:p>
        </w:tc>
        <w:tc>
          <w:tcPr>
            <w:tcW w:type="dxa" w:w="766"/>
          </w:tcPr>
          <w:p>
            <w:pPr>
              <w:spacing w:after="0"/>
              <w:jc w:val="right"/>
            </w:pPr>
            <w:r>
              <w:rPr>
                <w:sz w:val="16"/>
              </w:rPr>
              <w:t>93.2</w:t>
            </w:r>
          </w:p>
        </w:tc>
        <w:tc>
          <w:tcPr>
            <w:tcW w:type="dxa" w:w="730"/>
          </w:tcPr>
          <w:p>
            <w:pPr>
              <w:spacing w:after="0"/>
              <w:jc w:val="right"/>
            </w:pPr>
            <w:r>
              <w:rPr>
                <w:sz w:val="16"/>
              </w:rPr>
              <w:t>93.2</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99.9</w:t>
            </w:r>
          </w:p>
        </w:tc>
        <w:tc>
          <w:tcPr>
            <w:tcW w:type="dxa" w:w="766"/>
          </w:tcPr>
          <w:p>
            <w:pPr>
              <w:spacing w:after="0"/>
              <w:jc w:val="right"/>
            </w:pPr>
            <w:r>
              <w:rPr>
                <w:sz w:val="16"/>
              </w:rPr>
              <w:t>99.9</w:t>
            </w:r>
          </w:p>
        </w:tc>
        <w:tc>
          <w:tcPr>
            <w:tcW w:type="dxa" w:w="730"/>
          </w:tcPr>
          <w:p>
            <w:pPr>
              <w:spacing w:after="0"/>
              <w:jc w:val="right"/>
            </w:pPr>
            <w:r>
              <w:rPr>
                <w:sz w:val="16"/>
              </w:rPr>
              <w:t>99.9</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70"/>
        <w:gridCol w:w="878"/>
        <w:gridCol w:w="2608"/>
        <w:gridCol w:w="2724"/>
        <w:gridCol w:w="1916"/>
        <w:gridCol w:w="2332"/>
        <w:gridCol w:w="2084"/>
      </w:tblGrid>
      <w:tr>
        <w:trPr>
          <w:cantSplit/>
          <w:tblHeader/>
        </w:trPr>
        <w:tc>
          <w:tcPr>
            <w:tcW w:type="dxa" w:w="1570"/>
            <w:shd w:val="clear" w:color="auto" w:fill="E8E8E8"/>
          </w:tcPr>
          <w:p>
            <w:pPr>
              <w:spacing w:after="0"/>
              <w:jc w:val="left"/>
            </w:pPr>
            <w:r>
              <w:rPr>
                <w:b/>
                <w:sz w:val="16"/>
              </w:rPr>
              <w:t>Member</w:t>
            </w:r>
          </w:p>
        </w:tc>
        <w:tc>
          <w:tcPr>
            <w:tcW w:type="dxa" w:w="878"/>
            <w:shd w:val="clear" w:color="auto" w:fill="E8E8E8"/>
          </w:tcPr>
          <w:p>
            <w:pPr>
              <w:spacing w:after="0"/>
              <w:jc w:val="left"/>
            </w:pPr>
            <w:r>
              <w:rPr>
                <w:b/>
                <w:sz w:val="16"/>
              </w:rPr>
              <w:t>Type</w:t>
            </w:r>
          </w:p>
        </w:tc>
        <w:tc>
          <w:tcPr>
            <w:tcW w:type="dxa" w:w="2608"/>
            <w:shd w:val="clear" w:color="auto" w:fill="E8E8E8"/>
          </w:tcPr>
          <w:p>
            <w:pPr>
              <w:spacing w:after="0"/>
              <w:jc w:val="left"/>
            </w:pPr>
            <w:r>
              <w:rPr>
                <w:b/>
                <w:sz w:val="16"/>
              </w:rPr>
              <w:t>Plan status</w:t>
            </w:r>
          </w:p>
        </w:tc>
        <w:tc>
          <w:tcPr>
            <w:tcW w:type="dxa" w:w="27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3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84"/>
            <w:shd w:val="clear" w:color="auto" w:fill="E8E8E8"/>
          </w:tcPr>
          <w:p>
            <w:pPr>
              <w:spacing w:after="0"/>
              <w:jc w:val="left"/>
            </w:pPr>
            <w:r>
              <w:rPr>
                <w:b/>
                <w:sz w:val="16"/>
              </w:rPr>
              <w:t>Notes</w:t>
            </w:r>
          </w:p>
        </w:tc>
      </w:tr>
      <w:tr>
        <w:trPr>
          <w:cantSplit/>
        </w:trPr>
        <w:tc>
          <w:tcPr>
            <w:tcW w:type="dxa" w:w="1570"/>
          </w:tcPr>
          <w:p>
            <w:pPr>
              <w:spacing w:after="0"/>
              <w:jc w:val="left"/>
            </w:pPr>
            <w:r>
              <w:rPr>
                <w:sz w:val="16"/>
              </w:rPr>
              <w:t>Wayne County</w:t>
            </w:r>
          </w:p>
        </w:tc>
        <w:tc>
          <w:tcPr>
            <w:tcW w:type="dxa" w:w="878"/>
          </w:tcPr>
          <w:p>
            <w:pPr>
              <w:spacing w:after="0"/>
              <w:jc w:val="left"/>
            </w:pPr>
            <w:r>
              <w:rPr>
                <w:sz w:val="16"/>
              </w:rPr>
              <w:t>County</w:t>
            </w:r>
          </w:p>
        </w:tc>
        <w:tc>
          <w:tcPr>
            <w:tcW w:type="dxa" w:w="2608"/>
          </w:tcPr>
          <w:p>
            <w:pPr>
              <w:spacing w:after="0"/>
              <w:jc w:val="left"/>
            </w:pPr>
            <w:r>
              <w:rPr>
                <w:sz w:val="16"/>
              </w:rPr>
              <w:t>Expired on 2026-01-04</w:t>
            </w:r>
          </w:p>
        </w:tc>
        <w:tc>
          <w:tcPr>
            <w:tcW w:type="dxa" w:w="2724"/>
          </w:tcPr>
          <w:p>
            <w:pPr>
              <w:spacing w:after="0"/>
              <w:jc w:val="right"/>
            </w:pPr>
            <w:r>
              <w:rPr>
                <w:sz w:val="16"/>
              </w:rPr>
              <w:t>FMA RL 0, SRL 0; any 0</w:t>
            </w:r>
          </w:p>
        </w:tc>
        <w:tc>
          <w:tcPr>
            <w:tcW w:type="dxa" w:w="1916"/>
          </w:tcPr>
          <w:p>
            <w:pPr>
              <w:spacing w:after="0"/>
              <w:jc w:val="right"/>
            </w:pPr>
            <w:r>
              <w:rPr>
                <w:sz w:val="16"/>
              </w:rPr>
              <w:t>none found</w:t>
            </w:r>
          </w:p>
        </w:tc>
        <w:tc>
          <w:tcPr>
            <w:tcW w:type="dxa" w:w="2332"/>
          </w:tcPr>
          <w:p>
            <w:pPr>
              <w:spacing w:after="0"/>
              <w:jc w:val="right"/>
            </w:pPr>
            <w:r>
              <w:rPr>
                <w:sz w:val="16"/>
              </w:rPr>
              <w:t>0; 0</w:t>
            </w:r>
          </w:p>
        </w:tc>
        <w:tc>
          <w:tcPr>
            <w:tcW w:type="dxa" w:w="2084"/>
          </w:tcPr>
          <w:p>
            <w:pPr>
              <w:spacing w:after="0"/>
              <w:jc w:val="left"/>
            </w:pPr>
          </w:p>
        </w:tc>
      </w:tr>
      <w:tr>
        <w:trPr>
          <w:cantSplit/>
        </w:trPr>
        <w:tc>
          <w:tcPr>
            <w:tcW w:type="dxa" w:w="1570"/>
          </w:tcPr>
          <w:p>
            <w:pPr>
              <w:spacing w:after="0"/>
              <w:jc w:val="left"/>
            </w:pPr>
            <w:r>
              <w:rPr>
                <w:sz w:val="16"/>
              </w:rPr>
              <w:t>Bicknell town</w:t>
            </w:r>
          </w:p>
        </w:tc>
        <w:tc>
          <w:tcPr>
            <w:tcW w:type="dxa" w:w="878"/>
          </w:tcPr>
          <w:p>
            <w:pPr>
              <w:spacing w:after="0"/>
              <w:jc w:val="left"/>
            </w:pPr>
            <w:r>
              <w:rPr>
                <w:sz w:val="16"/>
              </w:rPr>
              <w:t>Town</w:t>
            </w:r>
          </w:p>
        </w:tc>
        <w:tc>
          <w:tcPr>
            <w:tcW w:type="dxa" w:w="2608"/>
          </w:tcPr>
          <w:p>
            <w:pPr>
              <w:spacing w:after="0"/>
              <w:jc w:val="left"/>
            </w:pPr>
            <w:r>
              <w:rPr>
                <w:sz w:val="16"/>
              </w:rPr>
              <w:t>Expired on 2026-01-04</w:t>
            </w:r>
          </w:p>
        </w:tc>
        <w:tc>
          <w:tcPr>
            <w:tcW w:type="dxa" w:w="2724"/>
          </w:tcPr>
          <w:p>
            <w:pPr>
              <w:spacing w:after="0"/>
              <w:jc w:val="right"/>
            </w:pPr>
            <w:r>
              <w:rPr>
                <w:sz w:val="16"/>
              </w:rPr>
              <w:t>FMA RL 0, SRL 0; any 0</w:t>
            </w:r>
          </w:p>
        </w:tc>
        <w:tc>
          <w:tcPr>
            <w:tcW w:type="dxa" w:w="1916"/>
          </w:tcPr>
          <w:p>
            <w:pPr>
              <w:spacing w:after="0"/>
              <w:jc w:val="right"/>
            </w:pPr>
            <w:r>
              <w:rPr>
                <w:sz w:val="16"/>
              </w:rPr>
              <w:t>none found</w:t>
            </w:r>
          </w:p>
        </w:tc>
        <w:tc>
          <w:tcPr>
            <w:tcW w:type="dxa" w:w="2332"/>
          </w:tcPr>
          <w:p>
            <w:pPr>
              <w:spacing w:after="0"/>
              <w:jc w:val="right"/>
            </w:pPr>
            <w:r>
              <w:rPr>
                <w:sz w:val="16"/>
              </w:rPr>
              <w:t>3; 1</w:t>
            </w:r>
          </w:p>
        </w:tc>
        <w:tc>
          <w:tcPr>
            <w:tcW w:type="dxa" w:w="2084"/>
          </w:tcPr>
          <w:p>
            <w:pPr>
              <w:spacing w:after="0"/>
              <w:jc w:val="left"/>
            </w:pPr>
          </w:p>
        </w:tc>
      </w:tr>
      <w:tr>
        <w:trPr>
          <w:cantSplit/>
        </w:trPr>
        <w:tc>
          <w:tcPr>
            <w:tcW w:type="dxa" w:w="1570"/>
          </w:tcPr>
          <w:p>
            <w:pPr>
              <w:spacing w:after="0"/>
              <w:jc w:val="left"/>
            </w:pPr>
            <w:r>
              <w:rPr>
                <w:sz w:val="16"/>
              </w:rPr>
              <w:t>Hanksville town</w:t>
            </w:r>
          </w:p>
        </w:tc>
        <w:tc>
          <w:tcPr>
            <w:tcW w:type="dxa" w:w="878"/>
          </w:tcPr>
          <w:p>
            <w:pPr>
              <w:spacing w:after="0"/>
              <w:jc w:val="left"/>
            </w:pPr>
            <w:r>
              <w:rPr>
                <w:sz w:val="16"/>
              </w:rPr>
              <w:t>Town</w:t>
            </w:r>
          </w:p>
        </w:tc>
        <w:tc>
          <w:tcPr>
            <w:tcW w:type="dxa" w:w="2608"/>
          </w:tcPr>
          <w:p>
            <w:pPr>
              <w:spacing w:after="0"/>
              <w:jc w:val="left"/>
            </w:pPr>
            <w:r>
              <w:rPr>
                <w:sz w:val="16"/>
              </w:rPr>
              <w:t>Expired on 2026-01-04</w:t>
            </w:r>
          </w:p>
        </w:tc>
        <w:tc>
          <w:tcPr>
            <w:tcW w:type="dxa" w:w="2724"/>
          </w:tcPr>
          <w:p>
            <w:pPr>
              <w:spacing w:after="0"/>
              <w:jc w:val="right"/>
            </w:pPr>
          </w:p>
        </w:tc>
        <w:tc>
          <w:tcPr>
            <w:tcW w:type="dxa" w:w="1916"/>
          </w:tcPr>
          <w:p>
            <w:pPr>
              <w:spacing w:after="0"/>
              <w:jc w:val="right"/>
            </w:pPr>
            <w:r>
              <w:rPr>
                <w:sz w:val="16"/>
              </w:rPr>
              <w:t>none found</w:t>
            </w:r>
          </w:p>
        </w:tc>
        <w:tc>
          <w:tcPr>
            <w:tcW w:type="dxa" w:w="2332"/>
          </w:tcPr>
          <w:p>
            <w:pPr>
              <w:spacing w:after="0"/>
              <w:jc w:val="right"/>
            </w:pPr>
            <w:r>
              <w:rPr>
                <w:sz w:val="16"/>
              </w:rPr>
              <w:t>4; 0</w:t>
            </w:r>
          </w:p>
        </w:tc>
        <w:tc>
          <w:tcPr>
            <w:tcW w:type="dxa" w:w="2084"/>
          </w:tcPr>
          <w:p>
            <w:pPr>
              <w:spacing w:after="0"/>
              <w:jc w:val="left"/>
            </w:pPr>
            <w:r>
              <w:rPr>
                <w:sz w:val="16"/>
              </w:rPr>
              <w:t>No NFIP community ID on this member's plan row.</w:t>
            </w:r>
          </w:p>
        </w:tc>
      </w:tr>
      <w:tr>
        <w:trPr>
          <w:cantSplit/>
        </w:trPr>
        <w:tc>
          <w:tcPr>
            <w:tcW w:type="dxa" w:w="1570"/>
          </w:tcPr>
          <w:p>
            <w:pPr>
              <w:spacing w:after="0"/>
              <w:jc w:val="left"/>
            </w:pPr>
            <w:r>
              <w:rPr>
                <w:sz w:val="16"/>
              </w:rPr>
              <w:t>Loa town</w:t>
            </w:r>
          </w:p>
        </w:tc>
        <w:tc>
          <w:tcPr>
            <w:tcW w:type="dxa" w:w="878"/>
          </w:tcPr>
          <w:p>
            <w:pPr>
              <w:spacing w:after="0"/>
              <w:jc w:val="left"/>
            </w:pPr>
            <w:r>
              <w:rPr>
                <w:sz w:val="16"/>
              </w:rPr>
              <w:t>Town</w:t>
            </w:r>
          </w:p>
        </w:tc>
        <w:tc>
          <w:tcPr>
            <w:tcW w:type="dxa" w:w="2608"/>
          </w:tcPr>
          <w:p>
            <w:pPr>
              <w:spacing w:after="0"/>
              <w:jc w:val="left"/>
            </w:pPr>
            <w:r>
              <w:rPr>
                <w:sz w:val="16"/>
              </w:rPr>
              <w:t>Expired on 2026-01-04</w:t>
            </w:r>
          </w:p>
        </w:tc>
        <w:tc>
          <w:tcPr>
            <w:tcW w:type="dxa" w:w="2724"/>
          </w:tcPr>
          <w:p>
            <w:pPr>
              <w:spacing w:after="0"/>
              <w:jc w:val="right"/>
            </w:pPr>
            <w:r>
              <w:rPr>
                <w:sz w:val="16"/>
              </w:rPr>
              <w:t>FMA RL 0, SRL 0; any 0</w:t>
            </w:r>
          </w:p>
        </w:tc>
        <w:tc>
          <w:tcPr>
            <w:tcW w:type="dxa" w:w="1916"/>
          </w:tcPr>
          <w:p>
            <w:pPr>
              <w:spacing w:after="0"/>
              <w:jc w:val="right"/>
            </w:pPr>
            <w:r>
              <w:rPr>
                <w:sz w:val="16"/>
              </w:rPr>
              <w:t>none found</w:t>
            </w:r>
          </w:p>
        </w:tc>
        <w:tc>
          <w:tcPr>
            <w:tcW w:type="dxa" w:w="2332"/>
          </w:tcPr>
          <w:p>
            <w:pPr>
              <w:spacing w:after="0"/>
              <w:jc w:val="right"/>
            </w:pPr>
            <w:r>
              <w:rPr>
                <w:sz w:val="16"/>
              </w:rPr>
              <w:t>2; 0</w:t>
            </w:r>
          </w:p>
        </w:tc>
        <w:tc>
          <w:tcPr>
            <w:tcW w:type="dxa" w:w="2084"/>
          </w:tcPr>
          <w:p>
            <w:pPr>
              <w:spacing w:after="0"/>
              <w:jc w:val="left"/>
            </w:pPr>
          </w:p>
        </w:tc>
      </w:tr>
      <w:tr>
        <w:trPr>
          <w:cantSplit/>
        </w:trPr>
        <w:tc>
          <w:tcPr>
            <w:tcW w:type="dxa" w:w="1570"/>
          </w:tcPr>
          <w:p>
            <w:pPr>
              <w:spacing w:after="0"/>
              <w:jc w:val="left"/>
            </w:pPr>
            <w:r>
              <w:rPr>
                <w:sz w:val="16"/>
              </w:rPr>
              <w:t>Lyman town</w:t>
            </w:r>
          </w:p>
        </w:tc>
        <w:tc>
          <w:tcPr>
            <w:tcW w:type="dxa" w:w="878"/>
          </w:tcPr>
          <w:p>
            <w:pPr>
              <w:spacing w:after="0"/>
              <w:jc w:val="left"/>
            </w:pPr>
            <w:r>
              <w:rPr>
                <w:sz w:val="16"/>
              </w:rPr>
              <w:t>Town</w:t>
            </w:r>
          </w:p>
        </w:tc>
        <w:tc>
          <w:tcPr>
            <w:tcW w:type="dxa" w:w="2608"/>
          </w:tcPr>
          <w:p>
            <w:pPr>
              <w:spacing w:after="0"/>
              <w:jc w:val="left"/>
            </w:pPr>
            <w:r>
              <w:rPr>
                <w:sz w:val="16"/>
              </w:rPr>
              <w:t>Expired on 2026-01-04</w:t>
            </w:r>
          </w:p>
        </w:tc>
        <w:tc>
          <w:tcPr>
            <w:tcW w:type="dxa" w:w="2724"/>
          </w:tcPr>
          <w:p>
            <w:pPr>
              <w:spacing w:after="0"/>
              <w:jc w:val="right"/>
            </w:pPr>
          </w:p>
        </w:tc>
        <w:tc>
          <w:tcPr>
            <w:tcW w:type="dxa" w:w="1916"/>
          </w:tcPr>
          <w:p>
            <w:pPr>
              <w:spacing w:after="0"/>
              <w:jc w:val="right"/>
            </w:pPr>
            <w:r>
              <w:rPr>
                <w:sz w:val="16"/>
              </w:rPr>
              <w:t>none found</w:t>
            </w:r>
          </w:p>
        </w:tc>
        <w:tc>
          <w:tcPr>
            <w:tcW w:type="dxa" w:w="2332"/>
          </w:tcPr>
          <w:p>
            <w:pPr>
              <w:spacing w:after="0"/>
              <w:jc w:val="right"/>
            </w:pPr>
            <w:r>
              <w:rPr>
                <w:sz w:val="16"/>
              </w:rPr>
              <w:t>5; 0</w:t>
            </w:r>
          </w:p>
        </w:tc>
        <w:tc>
          <w:tcPr>
            <w:tcW w:type="dxa" w:w="2084"/>
          </w:tcPr>
          <w:p>
            <w:pPr>
              <w:spacing w:after="0"/>
              <w:jc w:val="left"/>
            </w:pPr>
            <w:r>
              <w:rPr>
                <w:sz w:val="16"/>
              </w:rPr>
              <w:t>No NFIP community ID on this member's plan row.</w:t>
            </w:r>
          </w:p>
        </w:tc>
      </w:tr>
      <w:tr>
        <w:trPr>
          <w:cantSplit/>
        </w:trPr>
        <w:tc>
          <w:tcPr>
            <w:tcW w:type="dxa" w:w="1570"/>
          </w:tcPr>
          <w:p>
            <w:pPr>
              <w:spacing w:after="0"/>
              <w:jc w:val="left"/>
            </w:pPr>
            <w:r>
              <w:rPr>
                <w:sz w:val="16"/>
              </w:rPr>
              <w:t>Torrey town</w:t>
            </w:r>
          </w:p>
        </w:tc>
        <w:tc>
          <w:tcPr>
            <w:tcW w:type="dxa" w:w="878"/>
          </w:tcPr>
          <w:p>
            <w:pPr>
              <w:spacing w:after="0"/>
              <w:jc w:val="left"/>
            </w:pPr>
            <w:r>
              <w:rPr>
                <w:sz w:val="16"/>
              </w:rPr>
              <w:t>Town</w:t>
            </w:r>
          </w:p>
        </w:tc>
        <w:tc>
          <w:tcPr>
            <w:tcW w:type="dxa" w:w="2608"/>
          </w:tcPr>
          <w:p>
            <w:pPr>
              <w:spacing w:after="0"/>
              <w:jc w:val="left"/>
            </w:pPr>
            <w:r>
              <w:rPr>
                <w:sz w:val="16"/>
              </w:rPr>
              <w:t>Expired on 2026-01-04</w:t>
            </w:r>
          </w:p>
        </w:tc>
        <w:tc>
          <w:tcPr>
            <w:tcW w:type="dxa" w:w="2724"/>
          </w:tcPr>
          <w:p>
            <w:pPr>
              <w:spacing w:after="0"/>
              <w:jc w:val="right"/>
            </w:pPr>
            <w:r>
              <w:rPr>
                <w:sz w:val="16"/>
              </w:rPr>
              <w:t>FMA RL 0, SRL 0; any 0</w:t>
            </w:r>
          </w:p>
        </w:tc>
        <w:tc>
          <w:tcPr>
            <w:tcW w:type="dxa" w:w="1916"/>
          </w:tcPr>
          <w:p>
            <w:pPr>
              <w:spacing w:after="0"/>
              <w:jc w:val="right"/>
            </w:pPr>
            <w:r>
              <w:rPr>
                <w:sz w:val="16"/>
              </w:rPr>
              <w:t>none found</w:t>
            </w:r>
          </w:p>
        </w:tc>
        <w:tc>
          <w:tcPr>
            <w:tcW w:type="dxa" w:w="2332"/>
          </w:tcPr>
          <w:p>
            <w:pPr>
              <w:spacing w:after="0"/>
              <w:jc w:val="right"/>
            </w:pPr>
            <w:r>
              <w:rPr>
                <w:sz w:val="16"/>
              </w:rPr>
              <w:t>22; 5</w:t>
            </w:r>
          </w:p>
        </w:tc>
        <w:tc>
          <w:tcPr>
            <w:tcW w:type="dxa" w:w="208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9"/>
        <w:gridCol w:w="948"/>
        <w:gridCol w:w="1126"/>
        <w:gridCol w:w="1194"/>
        <w:gridCol w:w="1305"/>
        <w:gridCol w:w="1268"/>
        <w:gridCol w:w="1212"/>
        <w:gridCol w:w="1137"/>
        <w:gridCol w:w="130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8"/>
            <w:shd w:val="clear" w:color="auto" w:fill="E8E8E8"/>
          </w:tcPr>
          <w:p>
            <w:pPr>
              <w:spacing w:after="0"/>
              <w:jc w:val="right"/>
            </w:pPr>
            <w:r>
              <w:rPr>
                <w:b/>
                <w:sz w:val="16"/>
              </w:rPr>
              <w:t>Storm Events damage since 2021-01-05</w:t>
            </w:r>
          </w:p>
          <w:p>
            <w:pPr>
              <w:spacing w:after="0"/>
              <w:jc w:val="right"/>
            </w:pPr>
            <w:r>
              <w:rPr>
                <w:i/>
                <w:color w:val="555555"/>
                <w:sz w:val="14"/>
              </w:rPr>
              <w:t>county-coded records, property plus crops, nominal dollars</w:t>
            </w:r>
          </w:p>
        </w:tc>
        <w:tc>
          <w:tcPr>
            <w:tcW w:type="dxa" w:w="12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$1,154,942</w:t>
            </w:r>
          </w:p>
        </w:tc>
        <w:tc>
          <w:tcPr>
            <w:tcW w:type="dxa" w:w="1141"/>
          </w:tcPr>
          <w:p>
            <w:pPr>
              <w:spacing w:after="0"/>
              <w:jc w:val="right"/>
            </w:pPr>
          </w:p>
        </w:tc>
        <w:tc>
          <w:tcPr>
            <w:tcW w:type="dxa" w:w="1049"/>
          </w:tcPr>
          <w:p>
            <w:pPr>
              <w:spacing w:after="0"/>
              <w:jc w:val="right"/>
            </w:pPr>
            <w:r>
              <w:rPr>
                <w:sz w:val="16"/>
              </w:rPr>
              <w:t>1</w:t>
            </w:r>
          </w:p>
        </w:tc>
        <w:tc>
          <w:tcPr>
            <w:tcW w:type="dxa" w:w="948"/>
          </w:tcPr>
          <w:p>
            <w:pPr>
              <w:spacing w:after="0"/>
              <w:jc w:val="right"/>
            </w:pPr>
            <w:r>
              <w:rPr>
                <w:sz w:val="16"/>
              </w:rPr>
              <w:t>$2</w:t>
            </w:r>
          </w:p>
        </w:tc>
        <w:tc>
          <w:tcPr>
            <w:tcW w:type="dxa" w:w="1126"/>
          </w:tcPr>
          <w:p>
            <w:pPr>
              <w:spacing w:after="0"/>
              <w:jc w:val="right"/>
            </w:pPr>
          </w:p>
        </w:tc>
        <w:tc>
          <w:tcPr>
            <w:tcW w:type="dxa" w:w="1194"/>
          </w:tcPr>
          <w:p>
            <w:pPr>
              <w:spacing w:after="0"/>
              <w:jc w:val="right"/>
            </w:pPr>
            <w:r>
              <w:rPr>
                <w:sz w:val="16"/>
              </w:rPr>
              <w:t>$1,063</w:t>
            </w:r>
          </w:p>
        </w:tc>
        <w:tc>
          <w:tcPr>
            <w:tcW w:type="dxa" w:w="1305"/>
          </w:tcPr>
          <w:p>
            <w:pPr>
              <w:spacing w:after="0"/>
              <w:jc w:val="right"/>
            </w:pPr>
            <w:r>
              <w:rPr>
                <w:sz w:val="16"/>
              </w:rPr>
              <w:t>0.000168%</w:t>
            </w:r>
          </w:p>
        </w:tc>
        <w:tc>
          <w:tcPr>
            <w:tcW w:type="dxa" w:w="1268"/>
          </w:tcPr>
          <w:p>
            <w:pPr>
              <w:spacing w:after="0"/>
              <w:jc w:val="right"/>
            </w:pPr>
          </w:p>
        </w:tc>
        <w:tc>
          <w:tcPr>
            <w:tcW w:type="dxa" w:w="1212"/>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212"/>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$1,010,870,410</w:t>
            </w:r>
          </w:p>
        </w:tc>
        <w:tc>
          <w:tcPr>
            <w:tcW w:type="dxa" w:w="1141"/>
          </w:tcPr>
          <w:p>
            <w:pPr>
              <w:spacing w:after="0"/>
              <w:jc w:val="right"/>
            </w:pPr>
            <w:r>
              <w:rPr>
                <w:sz w:val="16"/>
              </w:rPr>
              <w:t>$14,710,832</w:t>
            </w:r>
          </w:p>
        </w:tc>
        <w:tc>
          <w:tcPr>
            <w:tcW w:type="dxa" w:w="1049"/>
          </w:tcPr>
          <w:p>
            <w:pPr>
              <w:spacing w:after="0"/>
              <w:jc w:val="right"/>
            </w:pPr>
            <w:r>
              <w:rPr>
                <w:sz w:val="16"/>
              </w:rPr>
              <w:t>2,241</w:t>
            </w:r>
          </w:p>
        </w:tc>
        <w:tc>
          <w:tcPr>
            <w:tcW w:type="dxa" w:w="948"/>
          </w:tcPr>
          <w:p>
            <w:pPr>
              <w:spacing w:after="0"/>
              <w:jc w:val="right"/>
            </w:pPr>
            <w:r>
              <w:rPr>
                <w:sz w:val="16"/>
              </w:rPr>
              <w:t>$67</w:t>
            </w:r>
          </w:p>
        </w:tc>
        <w:tc>
          <w:tcPr>
            <w:tcW w:type="dxa" w:w="1126"/>
          </w:tcPr>
          <w:p>
            <w:pPr>
              <w:spacing w:after="0"/>
              <w:jc w:val="right"/>
            </w:pPr>
            <w:r>
              <w:rPr>
                <w:sz w:val="16"/>
              </w:rPr>
              <w:t>$2,337</w:t>
            </w:r>
          </w:p>
        </w:tc>
        <w:tc>
          <w:tcPr>
            <w:tcW w:type="dxa" w:w="1194"/>
          </w:tcPr>
          <w:p>
            <w:pPr>
              <w:spacing w:after="0"/>
              <w:jc w:val="right"/>
            </w:pPr>
            <w:r>
              <w:rPr>
                <w:sz w:val="16"/>
              </w:rPr>
              <w:t>$4,975</w:t>
            </w:r>
          </w:p>
        </w:tc>
        <w:tc>
          <w:tcPr>
            <w:tcW w:type="dxa" w:w="1305"/>
          </w:tcPr>
          <w:p>
            <w:pPr>
              <w:spacing w:after="0"/>
              <w:jc w:val="right"/>
            </w:pPr>
            <w:r>
              <w:rPr>
                <w:sz w:val="16"/>
              </w:rPr>
              <w:t>under 0.0001%</w:t>
            </w:r>
          </w:p>
        </w:tc>
        <w:tc>
          <w:tcPr>
            <w:tcW w:type="dxa" w:w="1268"/>
          </w:tcPr>
          <w:p>
            <w:pPr>
              <w:spacing w:after="0"/>
              <w:jc w:val="right"/>
            </w:pPr>
          </w:p>
        </w:tc>
        <w:tc>
          <w:tcPr>
            <w:tcW w:type="dxa" w:w="1212"/>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$1,449,574</w:t>
            </w:r>
          </w:p>
        </w:tc>
        <w:tc>
          <w:tcPr>
            <w:tcW w:type="dxa" w:w="1049"/>
          </w:tcPr>
          <w:p>
            <w:pPr>
              <w:spacing w:after="0"/>
              <w:jc w:val="right"/>
            </w:pPr>
          </w:p>
        </w:tc>
        <w:tc>
          <w:tcPr>
            <w:tcW w:type="dxa" w:w="948"/>
          </w:tcPr>
          <w:p>
            <w:pPr>
              <w:spacing w:after="0"/>
              <w:jc w:val="right"/>
            </w:pPr>
          </w:p>
        </w:tc>
        <w:tc>
          <w:tcPr>
            <w:tcW w:type="dxa" w:w="1126"/>
          </w:tcPr>
          <w:p>
            <w:pPr>
              <w:spacing w:after="0"/>
              <w:jc w:val="right"/>
            </w:pPr>
            <w:r>
              <w:rPr>
                <w:sz w:val="16"/>
              </w:rPr>
              <w:t>$26,328</w:t>
            </w:r>
          </w:p>
        </w:tc>
        <w:tc>
          <w:tcPr>
            <w:tcW w:type="dxa" w:w="1194"/>
          </w:tcPr>
          <w:p>
            <w:pPr>
              <w:spacing w:after="0"/>
              <w:jc w:val="right"/>
            </w:pPr>
          </w:p>
        </w:tc>
        <w:tc>
          <w:tcPr>
            <w:tcW w:type="dxa" w:w="1305"/>
          </w:tcPr>
          <w:p>
            <w:pPr>
              <w:spacing w:after="0"/>
              <w:jc w:val="right"/>
            </w:pPr>
            <w:r>
              <w:rPr>
                <w:sz w:val="16"/>
              </w:rPr>
              <w:t>1.82% (agriculture)</w:t>
            </w:r>
          </w:p>
        </w:tc>
        <w:tc>
          <w:tcPr>
            <w:tcW w:type="dxa" w:w="1268"/>
          </w:tcPr>
          <w:p>
            <w:pPr>
              <w:spacing w:after="0"/>
              <w:jc w:val="right"/>
            </w:pPr>
          </w:p>
        </w:tc>
        <w:tc>
          <w:tcPr>
            <w:tcW w:type="dxa" w:w="1212"/>
          </w:tcPr>
          <w:p>
            <w:pPr>
              <w:spacing w:after="0"/>
              <w:jc w:val="right"/>
            </w:pPr>
          </w:p>
        </w:tc>
        <w:tc>
          <w:tcPr>
            <w:tcW w:type="dxa" w:w="1137"/>
          </w:tcPr>
          <w:p>
            <w:pPr>
              <w:spacing w:after="0"/>
              <w:jc w:val="right"/>
            </w:pPr>
          </w:p>
        </w:tc>
        <w:tc>
          <w:tcPr>
            <w:tcW w:type="dxa" w:w="13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$2,155,603,658</w:t>
            </w:r>
          </w:p>
        </w:tc>
        <w:tc>
          <w:tcPr>
            <w:tcW w:type="dxa" w:w="1141"/>
          </w:tcPr>
          <w:p>
            <w:pPr>
              <w:spacing w:after="0"/>
              <w:jc w:val="right"/>
            </w:pPr>
          </w:p>
        </w:tc>
        <w:tc>
          <w:tcPr>
            <w:tcW w:type="dxa" w:w="1049"/>
          </w:tcPr>
          <w:p>
            <w:pPr>
              <w:spacing w:after="0"/>
              <w:jc w:val="right"/>
            </w:pPr>
            <w:r>
              <w:rPr>
                <w:sz w:val="16"/>
              </w:rPr>
              <w:t>2,486</w:t>
            </w:r>
          </w:p>
        </w:tc>
        <w:tc>
          <w:tcPr>
            <w:tcW w:type="dxa" w:w="948"/>
          </w:tcPr>
          <w:p>
            <w:pPr>
              <w:spacing w:after="0"/>
              <w:jc w:val="right"/>
            </w:pPr>
            <w:r>
              <w:rPr>
                <w:sz w:val="16"/>
              </w:rPr>
              <w:t>$201,986</w:t>
            </w:r>
          </w:p>
        </w:tc>
        <w:tc>
          <w:tcPr>
            <w:tcW w:type="dxa" w:w="1126"/>
          </w:tcPr>
          <w:p>
            <w:pPr>
              <w:spacing w:after="0"/>
              <w:jc w:val="right"/>
            </w:pPr>
          </w:p>
        </w:tc>
        <w:tc>
          <w:tcPr>
            <w:tcW w:type="dxa" w:w="1194"/>
          </w:tcPr>
          <w:p>
            <w:pPr>
              <w:spacing w:after="0"/>
              <w:jc w:val="right"/>
            </w:pPr>
            <w:r>
              <w:rPr>
                <w:sz w:val="16"/>
              </w:rPr>
              <w:t>$27,522</w:t>
            </w:r>
          </w:p>
        </w:tc>
        <w:tc>
          <w:tcPr>
            <w:tcW w:type="dxa" w:w="1305"/>
          </w:tcPr>
          <w:p>
            <w:pPr>
              <w:spacing w:after="0"/>
              <w:jc w:val="right"/>
            </w:pPr>
            <w:r>
              <w:rPr>
                <w:sz w:val="16"/>
              </w:rPr>
              <w:t>0.00937%</w:t>
            </w:r>
          </w:p>
        </w:tc>
        <w:tc>
          <w:tcPr>
            <w:tcW w:type="dxa" w:w="1268"/>
          </w:tcPr>
          <w:p>
            <w:pPr>
              <w:spacing w:after="0"/>
              <w:jc w:val="right"/>
            </w:pPr>
          </w:p>
        </w:tc>
        <w:tc>
          <w:tcPr>
            <w:tcW w:type="dxa" w:w="1212"/>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$1,178,779,549</w:t>
            </w:r>
          </w:p>
        </w:tc>
        <w:tc>
          <w:tcPr>
            <w:tcW w:type="dxa" w:w="1141"/>
          </w:tcPr>
          <w:p>
            <w:pPr>
              <w:spacing w:after="0"/>
              <w:jc w:val="right"/>
            </w:pPr>
            <w:r>
              <w:rPr>
                <w:sz w:val="16"/>
              </w:rPr>
              <w:t>$16,590,466</w:t>
            </w:r>
          </w:p>
        </w:tc>
        <w:tc>
          <w:tcPr>
            <w:tcW w:type="dxa" w:w="1049"/>
          </w:tcPr>
          <w:p>
            <w:pPr>
              <w:spacing w:after="0"/>
              <w:jc w:val="right"/>
            </w:pPr>
            <w:r>
              <w:rPr>
                <w:sz w:val="16"/>
              </w:rPr>
              <w:t>2,466</w:t>
            </w:r>
          </w:p>
        </w:tc>
        <w:tc>
          <w:tcPr>
            <w:tcW w:type="dxa" w:w="948"/>
          </w:tcPr>
          <w:p>
            <w:pPr>
              <w:spacing w:after="0"/>
              <w:jc w:val="right"/>
            </w:pPr>
            <w:r>
              <w:rPr>
                <w:sz w:val="16"/>
              </w:rPr>
              <w:t>$1,604</w:t>
            </w:r>
          </w:p>
        </w:tc>
        <w:tc>
          <w:tcPr>
            <w:tcW w:type="dxa" w:w="1126"/>
          </w:tcPr>
          <w:p>
            <w:pPr>
              <w:spacing w:after="0"/>
              <w:jc w:val="right"/>
            </w:pPr>
            <w:r>
              <w:rPr>
                <w:sz w:val="16"/>
              </w:rPr>
              <w:t>$19</w:t>
            </w:r>
          </w:p>
        </w:tc>
        <w:tc>
          <w:tcPr>
            <w:tcW w:type="dxa" w:w="1194"/>
          </w:tcPr>
          <w:p>
            <w:pPr>
              <w:spacing w:after="0"/>
              <w:jc w:val="right"/>
            </w:pPr>
            <w:r>
              <w:rPr>
                <w:sz w:val="16"/>
              </w:rPr>
              <w:t>$10</w:t>
            </w:r>
          </w:p>
        </w:tc>
        <w:tc>
          <w:tcPr>
            <w:tcW w:type="dxa" w:w="1305"/>
          </w:tcPr>
          <w:p>
            <w:pPr>
              <w:spacing w:after="0"/>
              <w:jc w:val="right"/>
            </w:pPr>
            <w:r>
              <w:rPr>
                <w:sz w:val="16"/>
              </w:rPr>
              <w:t>0.000136%</w:t>
            </w:r>
          </w:p>
        </w:tc>
        <w:tc>
          <w:tcPr>
            <w:tcW w:type="dxa" w:w="1268"/>
          </w:tcPr>
          <w:p>
            <w:pPr>
              <w:spacing w:after="0"/>
              <w:jc w:val="right"/>
            </w:pPr>
            <w:r>
              <w:rPr>
                <w:sz w:val="16"/>
              </w:rPr>
              <w:t>$5,000</w:t>
            </w:r>
          </w:p>
        </w:tc>
        <w:tc>
          <w:tcPr>
            <w:tcW w:type="dxa" w:w="1212"/>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$1,167,596,193</w:t>
            </w:r>
          </w:p>
        </w:tc>
        <w:tc>
          <w:tcPr>
            <w:tcW w:type="dxa" w:w="1141"/>
          </w:tcPr>
          <w:p>
            <w:pPr>
              <w:spacing w:after="0"/>
              <w:jc w:val="right"/>
            </w:pPr>
            <w:r>
              <w:rPr>
                <w:sz w:val="16"/>
              </w:rPr>
              <w:t>$16,590,466</w:t>
            </w:r>
          </w:p>
        </w:tc>
        <w:tc>
          <w:tcPr>
            <w:tcW w:type="dxa" w:w="1049"/>
          </w:tcPr>
          <w:p>
            <w:pPr>
              <w:spacing w:after="0"/>
              <w:jc w:val="right"/>
            </w:pPr>
            <w:r>
              <w:rPr>
                <w:sz w:val="16"/>
              </w:rPr>
              <w:t>2,451</w:t>
            </w:r>
          </w:p>
        </w:tc>
        <w:tc>
          <w:tcPr>
            <w:tcW w:type="dxa" w:w="948"/>
          </w:tcPr>
          <w:p>
            <w:pPr>
              <w:spacing w:after="0"/>
              <w:jc w:val="right"/>
            </w:pPr>
            <w:r>
              <w:rPr>
                <w:sz w:val="16"/>
              </w:rPr>
              <w:t>$7</w:t>
            </w:r>
          </w:p>
        </w:tc>
        <w:tc>
          <w:tcPr>
            <w:tcW w:type="dxa" w:w="1126"/>
          </w:tcPr>
          <w:p>
            <w:pPr>
              <w:spacing w:after="0"/>
              <w:jc w:val="right"/>
            </w:pPr>
            <w:r>
              <w:rPr>
                <w:sz w:val="16"/>
              </w:rPr>
              <w:t>$683</w:t>
            </w:r>
          </w:p>
        </w:tc>
        <w:tc>
          <w:tcPr>
            <w:tcW w:type="dxa" w:w="1194"/>
          </w:tcPr>
          <w:p>
            <w:pPr>
              <w:spacing w:after="0"/>
              <w:jc w:val="right"/>
            </w:pPr>
            <w:r>
              <w:rPr>
                <w:sz w:val="16"/>
              </w:rPr>
              <w:t>$208,659</w:t>
            </w:r>
          </w:p>
        </w:tc>
        <w:tc>
          <w:tcPr>
            <w:tcW w:type="dxa" w:w="1305"/>
          </w:tcPr>
          <w:p>
            <w:pPr>
              <w:spacing w:after="0"/>
              <w:jc w:val="right"/>
            </w:pPr>
            <w:r>
              <w:rPr>
                <w:sz w:val="16"/>
              </w:rPr>
              <w:t>under 0.0001%</w:t>
            </w:r>
          </w:p>
        </w:tc>
        <w:tc>
          <w:tcPr>
            <w:tcW w:type="dxa" w:w="1268"/>
          </w:tcPr>
          <w:p>
            <w:pPr>
              <w:spacing w:after="0"/>
              <w:jc w:val="right"/>
            </w:pPr>
          </w:p>
        </w:tc>
        <w:tc>
          <w:tcPr>
            <w:tcW w:type="dxa" w:w="1212"/>
          </w:tcPr>
          <w:p>
            <w:pPr>
              <w:spacing w:after="0"/>
              <w:jc w:val="right"/>
            </w:pPr>
            <w:r>
              <w:rPr>
                <w:sz w:val="16"/>
              </w:rPr>
              <w:t>$0</w:t>
            </w: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212"/>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$1,178,779,549</w:t>
            </w:r>
          </w:p>
        </w:tc>
        <w:tc>
          <w:tcPr>
            <w:tcW w:type="dxa" w:w="1141"/>
          </w:tcPr>
          <w:p>
            <w:pPr>
              <w:spacing w:after="0"/>
              <w:jc w:val="right"/>
            </w:pPr>
          </w:p>
        </w:tc>
        <w:tc>
          <w:tcPr>
            <w:tcW w:type="dxa" w:w="1049"/>
          </w:tcPr>
          <w:p>
            <w:pPr>
              <w:spacing w:after="0"/>
              <w:jc w:val="right"/>
            </w:pPr>
            <w:r>
              <w:rPr>
                <w:sz w:val="16"/>
              </w:rPr>
              <w:t>2,466</w:t>
            </w:r>
          </w:p>
        </w:tc>
        <w:tc>
          <w:tcPr>
            <w:tcW w:type="dxa" w:w="948"/>
          </w:tcPr>
          <w:p>
            <w:pPr>
              <w:spacing w:after="0"/>
              <w:jc w:val="right"/>
            </w:pPr>
            <w:r>
              <w:rPr>
                <w:sz w:val="16"/>
              </w:rPr>
              <w:t>$9</w:t>
            </w:r>
          </w:p>
        </w:tc>
        <w:tc>
          <w:tcPr>
            <w:tcW w:type="dxa" w:w="1126"/>
          </w:tcPr>
          <w:p>
            <w:pPr>
              <w:spacing w:after="0"/>
              <w:jc w:val="right"/>
            </w:pPr>
          </w:p>
        </w:tc>
        <w:tc>
          <w:tcPr>
            <w:tcW w:type="dxa" w:w="1194"/>
          </w:tcPr>
          <w:p>
            <w:pPr>
              <w:spacing w:after="0"/>
              <w:jc w:val="right"/>
            </w:pPr>
            <w:r>
              <w:rPr>
                <w:sz w:val="16"/>
              </w:rPr>
              <w:t>$1,986</w:t>
            </w:r>
          </w:p>
        </w:tc>
        <w:tc>
          <w:tcPr>
            <w:tcW w:type="dxa" w:w="1305"/>
          </w:tcPr>
          <w:p>
            <w:pPr>
              <w:spacing w:after="0"/>
              <w:jc w:val="right"/>
            </w:pPr>
            <w:r>
              <w:rPr>
                <w:sz w:val="16"/>
              </w:rPr>
              <w:t>under 0.0001%</w:t>
            </w:r>
          </w:p>
        </w:tc>
        <w:tc>
          <w:tcPr>
            <w:tcW w:type="dxa" w:w="1268"/>
          </w:tcPr>
          <w:p>
            <w:pPr>
              <w:spacing w:after="0"/>
              <w:jc w:val="right"/>
            </w:pPr>
          </w:p>
        </w:tc>
        <w:tc>
          <w:tcPr>
            <w:tcW w:type="dxa" w:w="1212"/>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$1,178,365,965</w:t>
            </w:r>
          </w:p>
        </w:tc>
        <w:tc>
          <w:tcPr>
            <w:tcW w:type="dxa" w:w="1141"/>
          </w:tcPr>
          <w:p>
            <w:pPr>
              <w:spacing w:after="0"/>
              <w:jc w:val="right"/>
            </w:pPr>
            <w:r>
              <w:rPr>
                <w:sz w:val="16"/>
              </w:rPr>
              <w:t>$4,090</w:t>
            </w:r>
          </w:p>
        </w:tc>
        <w:tc>
          <w:tcPr>
            <w:tcW w:type="dxa" w:w="1049"/>
          </w:tcPr>
          <w:p>
            <w:pPr>
              <w:spacing w:after="0"/>
              <w:jc w:val="right"/>
            </w:pPr>
            <w:r>
              <w:rPr>
                <w:sz w:val="16"/>
              </w:rPr>
              <w:t>16</w:t>
            </w:r>
          </w:p>
        </w:tc>
        <w:tc>
          <w:tcPr>
            <w:tcW w:type="dxa" w:w="948"/>
          </w:tcPr>
          <w:p>
            <w:pPr>
              <w:spacing w:after="0"/>
              <w:jc w:val="right"/>
            </w:pPr>
            <w:r>
              <w:rPr>
                <w:sz w:val="16"/>
              </w:rPr>
              <w:t>$838,693</w:t>
            </w:r>
          </w:p>
        </w:tc>
        <w:tc>
          <w:tcPr>
            <w:tcW w:type="dxa" w:w="1126"/>
          </w:tcPr>
          <w:p>
            <w:pPr>
              <w:spacing w:after="0"/>
              <w:jc w:val="right"/>
            </w:pPr>
            <w:r>
              <w:rPr>
                <w:sz w:val="16"/>
              </w:rPr>
              <w:t>$282</w:t>
            </w:r>
          </w:p>
        </w:tc>
        <w:tc>
          <w:tcPr>
            <w:tcW w:type="dxa" w:w="1194"/>
          </w:tcPr>
          <w:p>
            <w:pPr>
              <w:spacing w:after="0"/>
              <w:jc w:val="right"/>
            </w:pPr>
            <w:r>
              <w:rPr>
                <w:sz w:val="16"/>
              </w:rPr>
              <w:t>$64,231</w:t>
            </w:r>
          </w:p>
        </w:tc>
        <w:tc>
          <w:tcPr>
            <w:tcW w:type="dxa" w:w="1305"/>
          </w:tcPr>
          <w:p>
            <w:pPr>
              <w:spacing w:after="0"/>
              <w:jc w:val="right"/>
            </w:pPr>
            <w:r>
              <w:rPr>
                <w:sz w:val="16"/>
              </w:rPr>
              <w:t>n/a (see note)</w:t>
            </w:r>
          </w:p>
        </w:tc>
        <w:tc>
          <w:tcPr>
            <w:tcW w:type="dxa" w:w="1268"/>
          </w:tcPr>
          <w:p>
            <w:pPr>
              <w:spacing w:after="0"/>
              <w:jc w:val="right"/>
            </w:pPr>
            <w:r>
              <w:rPr>
                <w:sz w:val="16"/>
              </w:rPr>
              <w:t>$3,119,000</w:t>
            </w:r>
          </w:p>
        </w:tc>
        <w:tc>
          <w:tcPr>
            <w:tcW w:type="dxa" w:w="1212"/>
          </w:tcPr>
          <w:p>
            <w:pPr>
              <w:spacing w:after="0"/>
              <w:jc w:val="right"/>
            </w:pPr>
          </w:p>
        </w:tc>
        <w:tc>
          <w:tcPr>
            <w:tcW w:type="dxa" w:w="1137"/>
          </w:tcPr>
          <w:p>
            <w:pPr>
              <w:spacing w:after="0"/>
              <w:jc w:val="right"/>
            </w:pPr>
          </w:p>
        </w:tc>
        <w:tc>
          <w:tcPr>
            <w:tcW w:type="dxa" w:w="13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$47,239,779</w:t>
            </w:r>
          </w:p>
        </w:tc>
        <w:tc>
          <w:tcPr>
            <w:tcW w:type="dxa" w:w="1141"/>
          </w:tcPr>
          <w:p>
            <w:pPr>
              <w:spacing w:after="0"/>
              <w:jc w:val="right"/>
            </w:pPr>
          </w:p>
        </w:tc>
        <w:tc>
          <w:tcPr>
            <w:tcW w:type="dxa" w:w="1049"/>
          </w:tcPr>
          <w:p>
            <w:pPr>
              <w:spacing w:after="0"/>
              <w:jc w:val="right"/>
            </w:pPr>
            <w:r>
              <w:rPr>
                <w:sz w:val="16"/>
              </w:rPr>
              <w:t>35</w:t>
            </w:r>
          </w:p>
        </w:tc>
        <w:tc>
          <w:tcPr>
            <w:tcW w:type="dxa" w:w="948"/>
          </w:tcPr>
          <w:p>
            <w:pPr>
              <w:spacing w:after="0"/>
              <w:jc w:val="right"/>
            </w:pPr>
            <w:r>
              <w:rPr>
                <w:sz w:val="16"/>
              </w:rPr>
              <w:t>$85,340</w:t>
            </w:r>
          </w:p>
        </w:tc>
        <w:tc>
          <w:tcPr>
            <w:tcW w:type="dxa" w:w="1126"/>
          </w:tcPr>
          <w:p>
            <w:pPr>
              <w:spacing w:after="0"/>
              <w:jc w:val="right"/>
            </w:pPr>
          </w:p>
        </w:tc>
        <w:tc>
          <w:tcPr>
            <w:tcW w:type="dxa" w:w="1194"/>
          </w:tcPr>
          <w:p>
            <w:pPr>
              <w:spacing w:after="0"/>
              <w:jc w:val="right"/>
            </w:pPr>
            <w:r>
              <w:rPr>
                <w:sz w:val="16"/>
              </w:rPr>
              <w:t>$12,821</w:t>
            </w:r>
          </w:p>
        </w:tc>
        <w:tc>
          <w:tcPr>
            <w:tcW w:type="dxa" w:w="1305"/>
          </w:tcPr>
          <w:p>
            <w:pPr>
              <w:spacing w:after="0"/>
              <w:jc w:val="right"/>
            </w:pPr>
            <w:r>
              <w:rPr>
                <w:sz w:val="16"/>
              </w:rPr>
              <w:t>0.181%</w:t>
            </w:r>
          </w:p>
        </w:tc>
        <w:tc>
          <w:tcPr>
            <w:tcW w:type="dxa" w:w="1268"/>
          </w:tcPr>
          <w:p>
            <w:pPr>
              <w:spacing w:after="0"/>
              <w:jc w:val="right"/>
            </w:pPr>
          </w:p>
        </w:tc>
        <w:tc>
          <w:tcPr>
            <w:tcW w:type="dxa" w:w="1212"/>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$1,178,779,549</w:t>
            </w:r>
          </w:p>
        </w:tc>
        <w:tc>
          <w:tcPr>
            <w:tcW w:type="dxa" w:w="1141"/>
          </w:tcPr>
          <w:p>
            <w:pPr>
              <w:spacing w:after="0"/>
              <w:jc w:val="right"/>
            </w:pPr>
          </w:p>
        </w:tc>
        <w:tc>
          <w:tcPr>
            <w:tcW w:type="dxa" w:w="1049"/>
          </w:tcPr>
          <w:p>
            <w:pPr>
              <w:spacing w:after="0"/>
              <w:jc w:val="right"/>
            </w:pPr>
            <w:r>
              <w:rPr>
                <w:sz w:val="16"/>
              </w:rPr>
              <w:t>2,466</w:t>
            </w:r>
          </w:p>
        </w:tc>
        <w:tc>
          <w:tcPr>
            <w:tcW w:type="dxa" w:w="948"/>
          </w:tcPr>
          <w:p>
            <w:pPr>
              <w:spacing w:after="0"/>
              <w:jc w:val="right"/>
            </w:pPr>
            <w:r>
              <w:rPr>
                <w:sz w:val="16"/>
              </w:rPr>
              <w:t>$1,057</w:t>
            </w:r>
          </w:p>
        </w:tc>
        <w:tc>
          <w:tcPr>
            <w:tcW w:type="dxa" w:w="1126"/>
          </w:tcPr>
          <w:p>
            <w:pPr>
              <w:spacing w:after="0"/>
              <w:jc w:val="right"/>
            </w:pPr>
          </w:p>
        </w:tc>
        <w:tc>
          <w:tcPr>
            <w:tcW w:type="dxa" w:w="1194"/>
          </w:tcPr>
          <w:p>
            <w:pPr>
              <w:spacing w:after="0"/>
              <w:jc w:val="right"/>
            </w:pPr>
            <w:r>
              <w:rPr>
                <w:sz w:val="16"/>
              </w:rPr>
              <w:t>$143,823</w:t>
            </w:r>
          </w:p>
        </w:tc>
        <w:tc>
          <w:tcPr>
            <w:tcW w:type="dxa" w:w="1305"/>
          </w:tcPr>
          <w:p>
            <w:pPr>
              <w:spacing w:after="0"/>
              <w:jc w:val="right"/>
            </w:pPr>
            <w:r>
              <w:rPr>
                <w:sz w:val="16"/>
              </w:rPr>
              <w:t>under 0.0001%</w:t>
            </w:r>
          </w:p>
        </w:tc>
        <w:tc>
          <w:tcPr>
            <w:tcW w:type="dxa" w:w="1268"/>
          </w:tcPr>
          <w:p>
            <w:pPr>
              <w:spacing w:after="0"/>
              <w:jc w:val="right"/>
            </w:pPr>
          </w:p>
        </w:tc>
        <w:tc>
          <w:tcPr>
            <w:tcW w:type="dxa" w:w="1212"/>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$1,178,779,549</w:t>
            </w:r>
          </w:p>
        </w:tc>
        <w:tc>
          <w:tcPr>
            <w:tcW w:type="dxa" w:w="1141"/>
          </w:tcPr>
          <w:p>
            <w:pPr>
              <w:spacing w:after="0"/>
              <w:jc w:val="right"/>
            </w:pPr>
            <w:r>
              <w:rPr>
                <w:sz w:val="16"/>
              </w:rPr>
              <w:t>$16,590,466</w:t>
            </w:r>
          </w:p>
        </w:tc>
        <w:tc>
          <w:tcPr>
            <w:tcW w:type="dxa" w:w="1049"/>
          </w:tcPr>
          <w:p>
            <w:pPr>
              <w:spacing w:after="0"/>
              <w:jc w:val="right"/>
            </w:pPr>
            <w:r>
              <w:rPr>
                <w:sz w:val="16"/>
              </w:rPr>
              <w:t>2,466</w:t>
            </w:r>
          </w:p>
        </w:tc>
        <w:tc>
          <w:tcPr>
            <w:tcW w:type="dxa" w:w="948"/>
          </w:tcPr>
          <w:p>
            <w:pPr>
              <w:spacing w:after="0"/>
              <w:jc w:val="right"/>
            </w:pPr>
            <w:r>
              <w:rPr>
                <w:sz w:val="16"/>
              </w:rPr>
              <w:t>$2,233</w:t>
            </w:r>
          </w:p>
        </w:tc>
        <w:tc>
          <w:tcPr>
            <w:tcW w:type="dxa" w:w="1126"/>
          </w:tcPr>
          <w:p>
            <w:pPr>
              <w:spacing w:after="0"/>
              <w:jc w:val="right"/>
            </w:pPr>
            <w:r>
              <w:rPr>
                <w:sz w:val="16"/>
              </w:rPr>
              <w:t>$360</w:t>
            </w:r>
          </w:p>
        </w:tc>
        <w:tc>
          <w:tcPr>
            <w:tcW w:type="dxa" w:w="1194"/>
          </w:tcPr>
          <w:p>
            <w:pPr>
              <w:spacing w:after="0"/>
              <w:jc w:val="right"/>
            </w:pPr>
            <w:r>
              <w:rPr>
                <w:sz w:val="16"/>
              </w:rPr>
              <w:t>$7,664</w:t>
            </w:r>
          </w:p>
        </w:tc>
        <w:tc>
          <w:tcPr>
            <w:tcW w:type="dxa" w:w="1305"/>
          </w:tcPr>
          <w:p>
            <w:pPr>
              <w:spacing w:after="0"/>
              <w:jc w:val="right"/>
            </w:pPr>
            <w:r>
              <w:rPr>
                <w:sz w:val="16"/>
              </w:rPr>
              <w:t>0.000189%</w:t>
            </w:r>
          </w:p>
        </w:tc>
        <w:tc>
          <w:tcPr>
            <w:tcW w:type="dxa" w:w="1268"/>
          </w:tcPr>
          <w:p>
            <w:pPr>
              <w:spacing w:after="0"/>
              <w:jc w:val="right"/>
            </w:pPr>
          </w:p>
        </w:tc>
        <w:tc>
          <w:tcPr>
            <w:tcW w:type="dxa" w:w="1212"/>
          </w:tcPr>
          <w:p>
            <w:pPr>
              <w:spacing w:after="0"/>
              <w:jc w:val="right"/>
            </w:pPr>
            <w:r>
              <w:rPr>
                <w:sz w:val="16"/>
              </w:rPr>
              <w:t>$500</w:t>
            </w:r>
          </w:p>
        </w:tc>
        <w:tc>
          <w:tcPr>
            <w:tcW w:type="dxa" w:w="1137"/>
          </w:tcPr>
          <w:p>
            <w:pPr>
              <w:spacing w:after="0"/>
              <w:jc w:val="right"/>
            </w:pPr>
          </w:p>
        </w:tc>
        <w:tc>
          <w:tcPr>
            <w:tcW w:type="dxa" w:w="1302"/>
          </w:tcPr>
          <w:p>
            <w:pPr>
              <w:spacing w:after="0"/>
              <w:jc w:val="left"/>
            </w:pPr>
            <w:r>
              <w:rPr>
                <w:sz w:val="16"/>
              </w:rPr>
              <w:t>Storm Events damage since the plan includes 1 zone-level High Wind record ($500),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$1,178,779,549</w:t>
            </w:r>
          </w:p>
        </w:tc>
        <w:tc>
          <w:tcPr>
            <w:tcW w:type="dxa" w:w="1141"/>
          </w:tcPr>
          <w:p>
            <w:pPr>
              <w:spacing w:after="0"/>
              <w:jc w:val="right"/>
            </w:pPr>
            <w:r>
              <w:rPr>
                <w:sz w:val="16"/>
              </w:rPr>
              <w:t>$16,590,466</w:t>
            </w:r>
          </w:p>
        </w:tc>
        <w:tc>
          <w:tcPr>
            <w:tcW w:type="dxa" w:w="1049"/>
          </w:tcPr>
          <w:p>
            <w:pPr>
              <w:spacing w:after="0"/>
              <w:jc w:val="right"/>
            </w:pPr>
            <w:r>
              <w:rPr>
                <w:sz w:val="16"/>
              </w:rPr>
              <w:t>2,466</w:t>
            </w:r>
          </w:p>
        </w:tc>
        <w:tc>
          <w:tcPr>
            <w:tcW w:type="dxa" w:w="948"/>
          </w:tcPr>
          <w:p>
            <w:pPr>
              <w:spacing w:after="0"/>
              <w:jc w:val="right"/>
            </w:pPr>
            <w:r>
              <w:rPr>
                <w:sz w:val="16"/>
              </w:rPr>
              <w:t>$2,250</w:t>
            </w:r>
          </w:p>
        </w:tc>
        <w:tc>
          <w:tcPr>
            <w:tcW w:type="dxa" w:w="1126"/>
          </w:tcPr>
          <w:p>
            <w:pPr>
              <w:spacing w:after="0"/>
              <w:jc w:val="right"/>
            </w:pPr>
            <w:r>
              <w:rPr>
                <w:sz w:val="16"/>
              </w:rPr>
              <w:t>$14</w:t>
            </w:r>
          </w:p>
        </w:tc>
        <w:tc>
          <w:tcPr>
            <w:tcW w:type="dxa" w:w="1194"/>
          </w:tcPr>
          <w:p>
            <w:pPr>
              <w:spacing w:after="0"/>
              <w:jc w:val="right"/>
            </w:pPr>
            <w:r>
              <w:rPr>
                <w:sz w:val="16"/>
              </w:rPr>
              <w:t>$1,297</w:t>
            </w:r>
          </w:p>
        </w:tc>
        <w:tc>
          <w:tcPr>
            <w:tcW w:type="dxa" w:w="1305"/>
          </w:tcPr>
          <w:p>
            <w:pPr>
              <w:spacing w:after="0"/>
              <w:jc w:val="right"/>
            </w:pPr>
            <w:r>
              <w:rPr>
                <w:sz w:val="16"/>
              </w:rPr>
              <w:t>0.000191%</w:t>
            </w:r>
          </w:p>
        </w:tc>
        <w:tc>
          <w:tcPr>
            <w:tcW w:type="dxa" w:w="1268"/>
          </w:tcPr>
          <w:p>
            <w:pPr>
              <w:spacing w:after="0"/>
              <w:jc w:val="right"/>
            </w:pPr>
          </w:p>
        </w:tc>
        <w:tc>
          <w:tcPr>
            <w:tcW w:type="dxa" w:w="1212"/>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212"/>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$1,178,779,549</w:t>
            </w:r>
          </w:p>
        </w:tc>
        <w:tc>
          <w:tcPr>
            <w:tcW w:type="dxa" w:w="1141"/>
          </w:tcPr>
          <w:p>
            <w:pPr>
              <w:spacing w:after="0"/>
              <w:jc w:val="right"/>
            </w:pPr>
          </w:p>
        </w:tc>
        <w:tc>
          <w:tcPr>
            <w:tcW w:type="dxa" w:w="1049"/>
          </w:tcPr>
          <w:p>
            <w:pPr>
              <w:spacing w:after="0"/>
              <w:jc w:val="right"/>
            </w:pPr>
            <w:r>
              <w:rPr>
                <w:sz w:val="16"/>
              </w:rPr>
              <w:t>2,466</w:t>
            </w:r>
          </w:p>
        </w:tc>
        <w:tc>
          <w:tcPr>
            <w:tcW w:type="dxa" w:w="948"/>
          </w:tcPr>
          <w:p>
            <w:pPr>
              <w:spacing w:after="0"/>
              <w:jc w:val="right"/>
            </w:pPr>
            <w:r>
              <w:rPr>
                <w:sz w:val="16"/>
              </w:rPr>
              <w:t>under $1</w:t>
            </w:r>
          </w:p>
        </w:tc>
        <w:tc>
          <w:tcPr>
            <w:tcW w:type="dxa" w:w="1126"/>
          </w:tcPr>
          <w:p>
            <w:pPr>
              <w:spacing w:after="0"/>
              <w:jc w:val="right"/>
            </w:pPr>
          </w:p>
        </w:tc>
        <w:tc>
          <w:tcPr>
            <w:tcW w:type="dxa" w:w="1194"/>
          </w:tcPr>
          <w:p>
            <w:pPr>
              <w:spacing w:after="0"/>
              <w:jc w:val="right"/>
            </w:pPr>
            <w:r>
              <w:rPr>
                <w:sz w:val="16"/>
              </w:rPr>
              <w:t>$1</w:t>
            </w:r>
          </w:p>
        </w:tc>
        <w:tc>
          <w:tcPr>
            <w:tcW w:type="dxa" w:w="1305"/>
          </w:tcPr>
          <w:p>
            <w:pPr>
              <w:spacing w:after="0"/>
              <w:jc w:val="right"/>
            </w:pPr>
            <w:r>
              <w:rPr>
                <w:sz w:val="16"/>
              </w:rPr>
              <w:t>under 0.0001%</w:t>
            </w:r>
          </w:p>
        </w:tc>
        <w:tc>
          <w:tcPr>
            <w:tcW w:type="dxa" w:w="1268"/>
          </w:tcPr>
          <w:p>
            <w:pPr>
              <w:spacing w:after="0"/>
              <w:jc w:val="right"/>
            </w:pPr>
          </w:p>
        </w:tc>
        <w:tc>
          <w:tcPr>
            <w:tcW w:type="dxa" w:w="1212"/>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$390,680,356</w:t>
            </w:r>
          </w:p>
        </w:tc>
        <w:tc>
          <w:tcPr>
            <w:tcW w:type="dxa" w:w="1141"/>
          </w:tcPr>
          <w:p>
            <w:pPr>
              <w:spacing w:after="0"/>
              <w:jc w:val="right"/>
            </w:pPr>
            <w:r>
              <w:rPr>
                <w:sz w:val="16"/>
              </w:rPr>
              <w:t>$6,468,187</w:t>
            </w:r>
          </w:p>
        </w:tc>
        <w:tc>
          <w:tcPr>
            <w:tcW w:type="dxa" w:w="1049"/>
          </w:tcPr>
          <w:p>
            <w:pPr>
              <w:spacing w:after="0"/>
              <w:jc w:val="right"/>
            </w:pPr>
            <w:r>
              <w:rPr>
                <w:sz w:val="16"/>
              </w:rPr>
              <w:t>989</w:t>
            </w:r>
          </w:p>
        </w:tc>
        <w:tc>
          <w:tcPr>
            <w:tcW w:type="dxa" w:w="948"/>
          </w:tcPr>
          <w:p>
            <w:pPr>
              <w:spacing w:after="0"/>
              <w:jc w:val="right"/>
            </w:pPr>
            <w:r>
              <w:rPr>
                <w:sz w:val="16"/>
              </w:rPr>
              <w:t>$53,195</w:t>
            </w:r>
          </w:p>
        </w:tc>
        <w:tc>
          <w:tcPr>
            <w:tcW w:type="dxa" w:w="1126"/>
          </w:tcPr>
          <w:p>
            <w:pPr>
              <w:spacing w:after="0"/>
              <w:jc w:val="right"/>
            </w:pPr>
            <w:r>
              <w:rPr>
                <w:sz w:val="16"/>
              </w:rPr>
              <w:t>$12</w:t>
            </w:r>
          </w:p>
        </w:tc>
        <w:tc>
          <w:tcPr>
            <w:tcW w:type="dxa" w:w="1194"/>
          </w:tcPr>
          <w:p>
            <w:pPr>
              <w:spacing w:after="0"/>
              <w:jc w:val="right"/>
            </w:pPr>
            <w:r>
              <w:rPr>
                <w:sz w:val="16"/>
              </w:rPr>
              <w:t>$1,231</w:t>
            </w:r>
          </w:p>
        </w:tc>
        <w:tc>
          <w:tcPr>
            <w:tcW w:type="dxa" w:w="1305"/>
          </w:tcPr>
          <w:p>
            <w:pPr>
              <w:spacing w:after="0"/>
              <w:jc w:val="right"/>
            </w:pPr>
            <w:r>
              <w:rPr>
                <w:sz w:val="16"/>
              </w:rPr>
              <w:t>0.0136%</w:t>
            </w:r>
          </w:p>
        </w:tc>
        <w:tc>
          <w:tcPr>
            <w:tcW w:type="dxa" w:w="1268"/>
          </w:tcPr>
          <w:p>
            <w:pPr>
              <w:spacing w:after="0"/>
              <w:jc w:val="right"/>
            </w:pPr>
          </w:p>
        </w:tc>
        <w:tc>
          <w:tcPr>
            <w:tcW w:type="dxa" w:w="1212"/>
          </w:tcPr>
          <w:p>
            <w:pPr>
              <w:spacing w:after="0"/>
              <w:jc w:val="right"/>
            </w:pPr>
            <w:r>
              <w:rPr>
                <w:sz w:val="16"/>
              </w:rPr>
              <w:t>$35,000,000</w:t>
            </w: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$1,178,779,549</w:t>
            </w:r>
          </w:p>
        </w:tc>
        <w:tc>
          <w:tcPr>
            <w:tcW w:type="dxa" w:w="1141"/>
          </w:tcPr>
          <w:p>
            <w:pPr>
              <w:spacing w:after="0"/>
              <w:jc w:val="right"/>
            </w:pPr>
            <w:r>
              <w:rPr>
                <w:sz w:val="16"/>
              </w:rPr>
              <w:t>$16,590,466</w:t>
            </w:r>
          </w:p>
        </w:tc>
        <w:tc>
          <w:tcPr>
            <w:tcW w:type="dxa" w:w="1049"/>
          </w:tcPr>
          <w:p>
            <w:pPr>
              <w:spacing w:after="0"/>
              <w:jc w:val="right"/>
            </w:pPr>
            <w:r>
              <w:rPr>
                <w:sz w:val="16"/>
              </w:rPr>
              <w:t>2,466</w:t>
            </w:r>
          </w:p>
        </w:tc>
        <w:tc>
          <w:tcPr>
            <w:tcW w:type="dxa" w:w="948"/>
          </w:tcPr>
          <w:p>
            <w:pPr>
              <w:spacing w:after="0"/>
              <w:jc w:val="right"/>
            </w:pPr>
            <w:r>
              <w:rPr>
                <w:sz w:val="16"/>
              </w:rPr>
              <w:t>$28,974</w:t>
            </w:r>
          </w:p>
        </w:tc>
        <w:tc>
          <w:tcPr>
            <w:tcW w:type="dxa" w:w="1126"/>
          </w:tcPr>
          <w:p>
            <w:pPr>
              <w:spacing w:after="0"/>
              <w:jc w:val="right"/>
            </w:pPr>
            <w:r>
              <w:rPr>
                <w:sz w:val="16"/>
              </w:rPr>
              <w:t>$58</w:t>
            </w:r>
          </w:p>
        </w:tc>
        <w:tc>
          <w:tcPr>
            <w:tcW w:type="dxa" w:w="1194"/>
          </w:tcPr>
          <w:p>
            <w:pPr>
              <w:spacing w:after="0"/>
              <w:jc w:val="right"/>
            </w:pPr>
            <w:r>
              <w:rPr>
                <w:sz w:val="16"/>
              </w:rPr>
              <w:t>$115,913</w:t>
            </w:r>
          </w:p>
        </w:tc>
        <w:tc>
          <w:tcPr>
            <w:tcW w:type="dxa" w:w="1305"/>
          </w:tcPr>
          <w:p>
            <w:pPr>
              <w:spacing w:after="0"/>
              <w:jc w:val="right"/>
            </w:pPr>
            <w:r>
              <w:rPr>
                <w:sz w:val="16"/>
              </w:rPr>
              <w:t>0.00246%</w:t>
            </w:r>
          </w:p>
        </w:tc>
        <w:tc>
          <w:tcPr>
            <w:tcW w:type="dxa" w:w="1268"/>
          </w:tcPr>
          <w:p>
            <w:pPr>
              <w:spacing w:after="0"/>
              <w:jc w:val="right"/>
            </w:pPr>
          </w:p>
        </w:tc>
        <w:tc>
          <w:tcPr>
            <w:tcW w:type="dxa" w:w="1212"/>
          </w:tcPr>
          <w:p>
            <w:pPr>
              <w:spacing w:after="0"/>
              <w:jc w:val="right"/>
            </w:pPr>
            <w:r>
              <w:rPr>
                <w:sz w:val="16"/>
              </w:rPr>
              <w:t>$0</w:t>
            </w:r>
          </w:p>
        </w:tc>
        <w:tc>
          <w:tcPr>
            <w:tcW w:type="dxa" w:w="1137"/>
          </w:tcPr>
          <w:p>
            <w:pPr>
              <w:spacing w:after="0"/>
              <w:jc w:val="right"/>
            </w:pPr>
          </w:p>
        </w:tc>
        <w:tc>
          <w:tcPr>
            <w:tcW w:type="dxa" w:w="1302"/>
          </w:tcPr>
          <w:p>
            <w:pPr>
              <w:spacing w:after="0"/>
              <w:jc w:val="left"/>
            </w:pPr>
          </w:p>
        </w:tc>
      </w:tr>
    </w:tbl>
    <w:p>
      <w:pPr>
        <w:spacing w:after="40" w:before="60"/>
      </w:pPr>
      <w:r>
        <w:rPr>
          <w:sz w:val="15"/>
        </w:rPr>
        <w:t>Totals since 2021-01-05 (Storm Events through 2026-06-30): 52 county-coded records, 52 with a damage value recorded (including $0), $3,124,000; 44 zone-level records, 43 with a damage value recorded (including $0), $35,000,500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2,466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$1,178,779,549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$16,590,466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$1,245,509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$591,197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Wayne County</w:t>
            </w:r>
          </w:p>
        </w:tc>
        <w:tc>
          <w:tcPr>
            <w:tcW w:type="dxa" w:w="1541"/>
          </w:tcPr>
          <w:p>
            <w:pPr>
              <w:spacing w:after="0"/>
              <w:jc w:val="left"/>
            </w:pPr>
            <w:r>
              <w:rPr>
                <w:sz w:val="16"/>
              </w:rPr>
              <w:t>490183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Bicknell town</w:t>
            </w:r>
          </w:p>
        </w:tc>
        <w:tc>
          <w:tcPr>
            <w:tcW w:type="dxa" w:w="1541"/>
          </w:tcPr>
          <w:p>
            <w:pPr>
              <w:spacing w:after="0"/>
              <w:jc w:val="left"/>
            </w:pPr>
            <w:r>
              <w:rPr>
                <w:sz w:val="16"/>
              </w:rPr>
              <w:t>490184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Loa town</w:t>
            </w:r>
          </w:p>
        </w:tc>
        <w:tc>
          <w:tcPr>
            <w:tcW w:type="dxa" w:w="1541"/>
          </w:tcPr>
          <w:p>
            <w:pPr>
              <w:spacing w:after="0"/>
              <w:jc w:val="left"/>
            </w:pPr>
            <w:r>
              <w:rPr>
                <w:sz w:val="16"/>
              </w:rPr>
              <w:t>490185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Torrey town</w:t>
            </w:r>
          </w:p>
        </w:tc>
        <w:tc>
          <w:tcPr>
            <w:tcW w:type="dxa" w:w="1541"/>
          </w:tcPr>
          <w:p>
            <w:pPr>
              <w:spacing w:after="0"/>
              <w:jc w:val="left"/>
            </w:pPr>
            <w:r>
              <w:rPr>
                <w:sz w:val="16"/>
              </w:rPr>
              <w:t>490186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Wayne County, UT: risk-assessment baseline packet, release 2026-10 (data as of 2026-09-28; County area 49055).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hazard-plain_2026-10_UT_49055.docx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Wayne County, UT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Wayne County, UT: Risk-assessment baseline packet</dc:title>
  <dc:subject>Hazard Plain release 2026-10, as of 2026-09-28. Preview: automated baseline</dc:subject>
  <dc:creator>Hazard Plain</dc:creator>
  <cp:keywords>Hazard Plain; hazard mitigation; risk assessment; 49055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