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Uintah County, UT</w:t>
      </w:r>
    </w:p>
    <w:p>
      <w:pPr>
        <w:spacing w:after="120" w:before="0"/>
      </w:pPr>
      <w:r>
        <w:rPr>
          <w:color w:val="555555"/>
          <w:sz w:val="24"/>
        </w:rPr>
        <w:t>Risk-assessment baseline packet</w:t>
      </w:r>
    </w:p>
    <w:p>
      <w:pPr>
        <w:spacing w:after="120" w:before="0"/>
      </w:pPr>
      <w:r>
        <w:rPr>
          <w:b/>
          <w:sz w:val="18"/>
        </w:rPr>
        <w:t xml:space="preserve">County FIPS: </w:t>
      </w:r>
      <w:r>
        <w:rPr>
          <w:sz w:val="18"/>
        </w:rPr>
        <w:t>49047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2030-09-08. Plan: Uintah Basin Region 5, UT Hazard Mitigation Plan 2025 (FEMA plan 109462), approved 2025-09-09.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2025-09-09: no new hazard declaration and 23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($1,835,932 a year), Earthquake ($534,548) and Lightning ($428,577).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49047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2030-09-08</w:t>
      </w:r>
    </w:p>
    <w:p>
      <w:pPr>
        <w:keepNext/>
        <w:spacing w:after="40" w:before="0"/>
      </w:pPr>
      <w:r>
        <w:rPr>
          <w:b/>
        </w:rPr>
        <w:t xml:space="preserve">Plan: </w:t>
      </w:r>
      <w:r>
        <w:rPr/>
        <w:t>Uintah Basin Region 5, UT Hazard Mitigation Plan 2025 (FEMA plan 109462)</w:t>
      </w:r>
    </w:p>
    <w:p>
      <w:pPr>
        <w:keepNext/>
        <w:spacing w:after="40" w:before="0"/>
      </w:pPr>
      <w:r>
        <w:rPr>
          <w:b/>
        </w:rPr>
        <w:t xml:space="preserve">Approved: </w:t>
      </w:r>
      <w:r>
        <w:rPr/>
        <w:t>2025-09-09</w:t>
      </w:r>
    </w:p>
    <w:p>
      <w:pPr>
        <w:keepNext/>
        <w:spacing w:after="40" w:before="0"/>
      </w:pPr>
      <w:r>
        <w:rPr>
          <w:b/>
        </w:rPr>
        <w:t xml:space="preserve">Days to expiry: </w:t>
      </w:r>
      <w:r>
        <w:rPr/>
        <w:t>1,439</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2025-09-09)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95"/>
        <w:gridCol w:w="724"/>
        <w:gridCol w:w="2818"/>
        <w:gridCol w:w="2437"/>
        <w:gridCol w:w="1105"/>
        <w:gridCol w:w="1105"/>
        <w:gridCol w:w="953"/>
        <w:gridCol w:w="3674"/>
      </w:tblGrid>
      <w:tr>
        <w:trPr>
          <w:cantSplit/>
          <w:tblHeader/>
        </w:trPr>
        <w:tc>
          <w:tcPr>
            <w:tcW w:type="dxa" w:w="1295"/>
            <w:shd w:val="clear" w:color="auto" w:fill="E8E8E8"/>
          </w:tcPr>
          <w:p>
            <w:pPr>
              <w:spacing w:after="0"/>
              <w:jc w:val="left"/>
            </w:pPr>
            <w:r>
              <w:rPr>
                <w:b/>
                <w:sz w:val="16"/>
              </w:rPr>
              <w:t>Jurisdiction</w:t>
            </w:r>
          </w:p>
        </w:tc>
        <w:tc>
          <w:tcPr>
            <w:tcW w:type="dxa" w:w="724"/>
            <w:shd w:val="clear" w:color="auto" w:fill="E8E8E8"/>
          </w:tcPr>
          <w:p>
            <w:pPr>
              <w:spacing w:after="0"/>
              <w:jc w:val="left"/>
            </w:pPr>
            <w:r>
              <w:rPr>
                <w:b/>
                <w:sz w:val="16"/>
              </w:rPr>
              <w:t>Type</w:t>
            </w:r>
          </w:p>
        </w:tc>
        <w:tc>
          <w:tcPr>
            <w:tcW w:type="dxa" w:w="2818"/>
            <w:shd w:val="clear" w:color="auto" w:fill="E8E8E8"/>
          </w:tcPr>
          <w:p>
            <w:pPr>
              <w:spacing w:after="0"/>
              <w:jc w:val="left"/>
            </w:pPr>
            <w:r>
              <w:rPr>
                <w:b/>
                <w:sz w:val="16"/>
              </w:rPr>
              <w:t>Status</w:t>
            </w:r>
          </w:p>
        </w:tc>
        <w:tc>
          <w:tcPr>
            <w:tcW w:type="dxa" w:w="2437"/>
            <w:shd w:val="clear" w:color="auto" w:fill="E8E8E8"/>
          </w:tcPr>
          <w:p>
            <w:pPr>
              <w:spacing w:after="0"/>
              <w:jc w:val="left"/>
            </w:pPr>
            <w:r>
              <w:rPr>
                <w:b/>
                <w:sz w:val="16"/>
              </w:rPr>
              <w:t>Plan</w:t>
            </w:r>
          </w:p>
        </w:tc>
        <w:tc>
          <w:tcPr>
            <w:tcW w:type="dxa" w:w="1105"/>
            <w:shd w:val="clear" w:color="auto" w:fill="E8E8E8"/>
          </w:tcPr>
          <w:p>
            <w:pPr>
              <w:spacing w:after="0"/>
              <w:jc w:val="left"/>
            </w:pPr>
            <w:r>
              <w:rPr>
                <w:b/>
                <w:sz w:val="16"/>
              </w:rPr>
              <w:t>Approved</w:t>
            </w:r>
          </w:p>
        </w:tc>
        <w:tc>
          <w:tcPr>
            <w:tcW w:type="dxa" w:w="1105"/>
            <w:shd w:val="clear" w:color="auto" w:fill="E8E8E8"/>
          </w:tcPr>
          <w:p>
            <w:pPr>
              <w:spacing w:after="0"/>
              <w:jc w:val="left"/>
            </w:pPr>
            <w:r>
              <w:rPr>
                <w:b/>
                <w:sz w:val="16"/>
              </w:rPr>
              <w:t>Expires</w:t>
            </w:r>
          </w:p>
        </w:tc>
        <w:tc>
          <w:tcPr>
            <w:tcW w:type="dxa" w:w="95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674"/>
            <w:shd w:val="clear" w:color="auto" w:fill="E8E8E8"/>
          </w:tcPr>
          <w:p>
            <w:pPr>
              <w:spacing w:after="0"/>
              <w:jc w:val="left"/>
            </w:pPr>
            <w:r>
              <w:rPr>
                <w:b/>
                <w:sz w:val="16"/>
              </w:rPr>
              <w:t>Notes</w:t>
            </w:r>
          </w:p>
        </w:tc>
      </w:tr>
      <w:tr>
        <w:trPr>
          <w:cantSplit/>
        </w:trPr>
        <w:tc>
          <w:tcPr>
            <w:tcW w:type="dxa" w:w="1295"/>
          </w:tcPr>
          <w:p>
            <w:pPr>
              <w:spacing w:after="0"/>
              <w:jc w:val="left"/>
            </w:pPr>
            <w:r>
              <w:rPr>
                <w:sz w:val="16"/>
              </w:rPr>
              <w:t>Uintah County</w:t>
            </w:r>
          </w:p>
        </w:tc>
        <w:tc>
          <w:tcPr>
            <w:tcW w:type="dxa" w:w="724"/>
          </w:tcPr>
          <w:p>
            <w:pPr>
              <w:spacing w:after="0"/>
              <w:jc w:val="left"/>
            </w:pPr>
            <w:r>
              <w:rPr>
                <w:sz w:val="16"/>
              </w:rPr>
              <w:t>County</w:t>
            </w:r>
          </w:p>
        </w:tc>
        <w:tc>
          <w:tcPr>
            <w:tcW w:type="dxa" w:w="2818"/>
          </w:tcPr>
          <w:p>
            <w:pPr>
              <w:spacing w:after="0"/>
              <w:jc w:val="left"/>
            </w:pPr>
            <w:r>
              <w:rPr>
                <w:sz w:val="16"/>
              </w:rPr>
              <w:t>Approved, expires 2030-09-08</w:t>
            </w:r>
          </w:p>
        </w:tc>
        <w:tc>
          <w:tcPr>
            <w:tcW w:type="dxa" w:w="2437"/>
          </w:tcPr>
          <w:p>
            <w:pPr>
              <w:spacing w:after="0"/>
              <w:jc w:val="left"/>
            </w:pPr>
            <w:r>
              <w:rPr>
                <w:sz w:val="16"/>
              </w:rPr>
              <w:t>Uintah Basin Region 5, UT Hazard Mitigation Plan 2025 (FEMA plan 109462)</w:t>
            </w:r>
          </w:p>
        </w:tc>
        <w:tc>
          <w:tcPr>
            <w:tcW w:type="dxa" w:w="1105"/>
          </w:tcPr>
          <w:p>
            <w:pPr>
              <w:spacing w:after="0"/>
              <w:jc w:val="left"/>
            </w:pPr>
            <w:r>
              <w:rPr>
                <w:sz w:val="16"/>
              </w:rPr>
              <w:t>2025-09-09</w:t>
            </w:r>
          </w:p>
        </w:tc>
        <w:tc>
          <w:tcPr>
            <w:tcW w:type="dxa" w:w="1105"/>
          </w:tcPr>
          <w:p>
            <w:pPr>
              <w:spacing w:after="0"/>
              <w:jc w:val="left"/>
            </w:pPr>
            <w:r>
              <w:rPr>
                <w:sz w:val="16"/>
              </w:rPr>
              <w:t>2030-09-08</w:t>
            </w:r>
          </w:p>
        </w:tc>
        <w:tc>
          <w:tcPr>
            <w:tcW w:type="dxa" w:w="953"/>
          </w:tcPr>
          <w:p>
            <w:pPr>
              <w:spacing w:after="0"/>
              <w:jc w:val="right"/>
            </w:pPr>
            <w:r>
              <w:rPr>
                <w:sz w:val="16"/>
              </w:rPr>
              <w:t>1,439</w:t>
            </w:r>
          </w:p>
        </w:tc>
        <w:tc>
          <w:tcPr>
            <w:tcW w:type="dxa" w:w="3674"/>
          </w:tcPr>
          <w:p>
            <w:pPr>
              <w:spacing w:after="0"/>
              <w:jc w:val="left"/>
            </w:pPr>
          </w:p>
        </w:tc>
      </w:tr>
      <w:tr>
        <w:trPr>
          <w:cantSplit/>
        </w:trPr>
        <w:tc>
          <w:tcPr>
            <w:tcW w:type="dxa" w:w="1295"/>
          </w:tcPr>
          <w:p>
            <w:pPr>
              <w:spacing w:after="0"/>
              <w:jc w:val="left"/>
            </w:pPr>
            <w:r>
              <w:rPr>
                <w:sz w:val="16"/>
              </w:rPr>
              <w:t>Ballard town</w:t>
            </w:r>
          </w:p>
        </w:tc>
        <w:tc>
          <w:tcPr>
            <w:tcW w:type="dxa" w:w="724"/>
          </w:tcPr>
          <w:p>
            <w:pPr>
              <w:spacing w:after="0"/>
              <w:jc w:val="left"/>
            </w:pPr>
            <w:r>
              <w:rPr>
                <w:sz w:val="16"/>
              </w:rPr>
              <w:t>Town</w:t>
            </w:r>
          </w:p>
        </w:tc>
        <w:tc>
          <w:tcPr>
            <w:tcW w:type="dxa" w:w="2818"/>
          </w:tcPr>
          <w:p>
            <w:pPr>
              <w:spacing w:after="0"/>
              <w:jc w:val="left"/>
            </w:pPr>
            <w:r>
              <w:rPr>
                <w:sz w:val="16"/>
              </w:rPr>
              <w:t>Approved, expires 2030-09-08</w:t>
            </w:r>
          </w:p>
        </w:tc>
        <w:tc>
          <w:tcPr>
            <w:tcW w:type="dxa" w:w="2437"/>
          </w:tcPr>
          <w:p>
            <w:pPr>
              <w:spacing w:after="0"/>
              <w:jc w:val="left"/>
            </w:pPr>
            <w:r>
              <w:rPr>
                <w:sz w:val="16"/>
              </w:rPr>
              <w:t>Uintah Basin Region 5, UT Hazard Mitigation Plan 2025 (FEMA plan 109462)</w:t>
            </w:r>
          </w:p>
        </w:tc>
        <w:tc>
          <w:tcPr>
            <w:tcW w:type="dxa" w:w="1105"/>
          </w:tcPr>
          <w:p>
            <w:pPr>
              <w:spacing w:after="0"/>
              <w:jc w:val="left"/>
            </w:pPr>
            <w:r>
              <w:rPr>
                <w:sz w:val="16"/>
              </w:rPr>
              <w:t>2025-09-09</w:t>
            </w:r>
          </w:p>
        </w:tc>
        <w:tc>
          <w:tcPr>
            <w:tcW w:type="dxa" w:w="1105"/>
          </w:tcPr>
          <w:p>
            <w:pPr>
              <w:spacing w:after="0"/>
              <w:jc w:val="left"/>
            </w:pPr>
            <w:r>
              <w:rPr>
                <w:sz w:val="16"/>
              </w:rPr>
              <w:t>2030-09-08</w:t>
            </w:r>
          </w:p>
        </w:tc>
        <w:tc>
          <w:tcPr>
            <w:tcW w:type="dxa" w:w="953"/>
          </w:tcPr>
          <w:p>
            <w:pPr>
              <w:spacing w:after="0"/>
              <w:jc w:val="right"/>
            </w:pPr>
            <w:r>
              <w:rPr>
                <w:sz w:val="16"/>
              </w:rPr>
              <w:t>1,439</w:t>
            </w:r>
          </w:p>
        </w:tc>
        <w:tc>
          <w:tcPr>
            <w:tcW w:type="dxa" w:w="3674"/>
          </w:tcPr>
          <w:p>
            <w:pPr>
              <w:spacing w:after="0"/>
              <w:jc w:val="left"/>
            </w:pPr>
            <w:r>
              <w:rPr>
                <w:sz w:val="16"/>
              </w:rPr>
              <w:t>this jurisdiction approved 2026-04-29</w:t>
            </w:r>
          </w:p>
        </w:tc>
      </w:tr>
      <w:tr>
        <w:trPr>
          <w:cantSplit/>
        </w:trPr>
        <w:tc>
          <w:tcPr>
            <w:tcW w:type="dxa" w:w="1295"/>
          </w:tcPr>
          <w:p>
            <w:pPr>
              <w:spacing w:after="0"/>
              <w:jc w:val="left"/>
            </w:pPr>
            <w:r>
              <w:rPr>
                <w:sz w:val="16"/>
              </w:rPr>
              <w:t>Naples city</w:t>
            </w:r>
          </w:p>
        </w:tc>
        <w:tc>
          <w:tcPr>
            <w:tcW w:type="dxa" w:w="724"/>
          </w:tcPr>
          <w:p>
            <w:pPr>
              <w:spacing w:after="0"/>
              <w:jc w:val="left"/>
            </w:pPr>
            <w:r>
              <w:rPr>
                <w:sz w:val="16"/>
              </w:rPr>
              <w:t>City</w:t>
            </w:r>
          </w:p>
        </w:tc>
        <w:tc>
          <w:tcPr>
            <w:tcW w:type="dxa" w:w="2818"/>
          </w:tcPr>
          <w:p>
            <w:pPr>
              <w:spacing w:after="0"/>
              <w:jc w:val="left"/>
            </w:pPr>
            <w:r>
              <w:rPr>
                <w:sz w:val="16"/>
              </w:rPr>
              <w:t>Approved, expires 2030-09-08</w:t>
            </w:r>
          </w:p>
        </w:tc>
        <w:tc>
          <w:tcPr>
            <w:tcW w:type="dxa" w:w="2437"/>
          </w:tcPr>
          <w:p>
            <w:pPr>
              <w:spacing w:after="0"/>
              <w:jc w:val="left"/>
            </w:pPr>
            <w:r>
              <w:rPr>
                <w:sz w:val="16"/>
              </w:rPr>
              <w:t>Uintah Basin Region 5, UT Hazard Mitigation Plan 2025 (FEMA plan 109462)</w:t>
            </w:r>
          </w:p>
        </w:tc>
        <w:tc>
          <w:tcPr>
            <w:tcW w:type="dxa" w:w="1105"/>
          </w:tcPr>
          <w:p>
            <w:pPr>
              <w:spacing w:after="0"/>
              <w:jc w:val="left"/>
            </w:pPr>
            <w:r>
              <w:rPr>
                <w:sz w:val="16"/>
              </w:rPr>
              <w:t>2025-09-09</w:t>
            </w:r>
          </w:p>
        </w:tc>
        <w:tc>
          <w:tcPr>
            <w:tcW w:type="dxa" w:w="1105"/>
          </w:tcPr>
          <w:p>
            <w:pPr>
              <w:spacing w:after="0"/>
              <w:jc w:val="left"/>
            </w:pPr>
            <w:r>
              <w:rPr>
                <w:sz w:val="16"/>
              </w:rPr>
              <w:t>2030-09-08</w:t>
            </w:r>
          </w:p>
        </w:tc>
        <w:tc>
          <w:tcPr>
            <w:tcW w:type="dxa" w:w="953"/>
          </w:tcPr>
          <w:p>
            <w:pPr>
              <w:spacing w:after="0"/>
              <w:jc w:val="right"/>
            </w:pPr>
            <w:r>
              <w:rPr>
                <w:sz w:val="16"/>
              </w:rPr>
              <w:t>1,439</w:t>
            </w:r>
          </w:p>
        </w:tc>
        <w:tc>
          <w:tcPr>
            <w:tcW w:type="dxa" w:w="3674"/>
          </w:tcPr>
          <w:p>
            <w:pPr>
              <w:spacing w:after="0"/>
              <w:jc w:val="left"/>
            </w:pPr>
            <w:r>
              <w:rPr>
                <w:sz w:val="16"/>
              </w:rPr>
              <w:t>this jurisdiction approved 2026-04-29</w:t>
            </w:r>
          </w:p>
        </w:tc>
      </w:tr>
      <w:tr>
        <w:trPr>
          <w:cantSplit/>
        </w:trPr>
        <w:tc>
          <w:tcPr>
            <w:tcW w:type="dxa" w:w="1295"/>
          </w:tcPr>
          <w:p>
            <w:pPr>
              <w:spacing w:after="0"/>
              <w:jc w:val="left"/>
            </w:pPr>
            <w:r>
              <w:rPr>
                <w:sz w:val="16"/>
              </w:rPr>
              <w:t>Vernal city</w:t>
            </w:r>
          </w:p>
        </w:tc>
        <w:tc>
          <w:tcPr>
            <w:tcW w:type="dxa" w:w="724"/>
          </w:tcPr>
          <w:p>
            <w:pPr>
              <w:spacing w:after="0"/>
              <w:jc w:val="left"/>
            </w:pPr>
            <w:r>
              <w:rPr>
                <w:sz w:val="16"/>
              </w:rPr>
              <w:t>City</w:t>
            </w:r>
          </w:p>
        </w:tc>
        <w:tc>
          <w:tcPr>
            <w:tcW w:type="dxa" w:w="2818"/>
          </w:tcPr>
          <w:p>
            <w:pPr>
              <w:spacing w:after="0"/>
              <w:jc w:val="left"/>
            </w:pPr>
            <w:r>
              <w:rPr>
                <w:sz w:val="16"/>
              </w:rPr>
              <w:t>Approved, expires 2030-09-08</w:t>
            </w:r>
          </w:p>
        </w:tc>
        <w:tc>
          <w:tcPr>
            <w:tcW w:type="dxa" w:w="2437"/>
          </w:tcPr>
          <w:p>
            <w:pPr>
              <w:spacing w:after="0"/>
              <w:jc w:val="left"/>
            </w:pPr>
            <w:r>
              <w:rPr>
                <w:sz w:val="16"/>
              </w:rPr>
              <w:t>Uintah Basin Region 5, UT Hazard Mitigation Plan 2025 (FEMA plan 109462)</w:t>
            </w:r>
          </w:p>
        </w:tc>
        <w:tc>
          <w:tcPr>
            <w:tcW w:type="dxa" w:w="1105"/>
          </w:tcPr>
          <w:p>
            <w:pPr>
              <w:spacing w:after="0"/>
              <w:jc w:val="left"/>
            </w:pPr>
            <w:r>
              <w:rPr>
                <w:sz w:val="16"/>
              </w:rPr>
              <w:t>2025-09-09</w:t>
            </w:r>
          </w:p>
        </w:tc>
        <w:tc>
          <w:tcPr>
            <w:tcW w:type="dxa" w:w="1105"/>
          </w:tcPr>
          <w:p>
            <w:pPr>
              <w:spacing w:after="0"/>
              <w:jc w:val="left"/>
            </w:pPr>
            <w:r>
              <w:rPr>
                <w:sz w:val="16"/>
              </w:rPr>
              <w:t>2030-09-08</w:t>
            </w:r>
          </w:p>
        </w:tc>
        <w:tc>
          <w:tcPr>
            <w:tcW w:type="dxa" w:w="953"/>
          </w:tcPr>
          <w:p>
            <w:pPr>
              <w:spacing w:after="0"/>
              <w:jc w:val="right"/>
            </w:pPr>
            <w:r>
              <w:rPr>
                <w:sz w:val="16"/>
              </w:rPr>
              <w:t>1,439</w:t>
            </w:r>
          </w:p>
        </w:tc>
        <w:tc>
          <w:tcPr>
            <w:tcW w:type="dxa" w:w="3674"/>
          </w:tcPr>
          <w:p>
            <w:pPr>
              <w:spacing w:after="0"/>
              <w:jc w:val="left"/>
            </w:pPr>
            <w:r>
              <w:rPr>
                <w:sz w:val="16"/>
              </w:rPr>
              <w:t>this jurisdiction approved 2026-04-29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109462 covers 9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1"/>
        <w:gridCol w:w="1037"/>
        <w:gridCol w:w="1216"/>
        <w:gridCol w:w="1216"/>
        <w:gridCol w:w="1037"/>
        <w:gridCol w:w="1126"/>
        <w:gridCol w:w="1468"/>
        <w:gridCol w:w="1126"/>
        <w:gridCol w:w="1664"/>
        <w:gridCol w:w="1600"/>
        <w:gridCol w:w="1931"/>
      </w:tblGrid>
      <w:tr>
        <w:trPr>
          <w:cantSplit/>
          <w:tblHeader/>
        </w:trPr>
        <w:tc>
          <w:tcPr>
            <w:tcW w:type="dxa" w:w="69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6"/>
            <w:shd w:val="clear" w:color="auto" w:fill="E8E8E8"/>
          </w:tcPr>
          <w:p>
            <w:pPr>
              <w:spacing w:after="0"/>
              <w:jc w:val="left"/>
            </w:pPr>
            <w:r>
              <w:rPr>
                <w:b/>
                <w:sz w:val="16"/>
              </w:rPr>
              <w:t>NRI risk rating</w:t>
            </w:r>
          </w:p>
        </w:tc>
        <w:tc>
          <w:tcPr>
            <w:tcW w:type="dxa" w:w="121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6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6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00"/>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31"/>
            <w:shd w:val="clear" w:color="auto" w:fill="E8E8E8"/>
          </w:tcPr>
          <w:p>
            <w:pPr>
              <w:spacing w:after="0"/>
              <w:jc w:val="left"/>
            </w:pPr>
            <w:r>
              <w:rPr>
                <w:b/>
                <w:sz w:val="16"/>
              </w:rPr>
              <w:t>Storm Events coverage note</w:t>
            </w:r>
          </w:p>
        </w:tc>
      </w:tr>
      <w:tr>
        <w:trPr>
          <w:cantSplit/>
        </w:trPr>
        <w:tc>
          <w:tcPr>
            <w:tcW w:type="dxa" w:w="691"/>
          </w:tcPr>
          <w:p>
            <w:pPr>
              <w:spacing w:after="0"/>
              <w:jc w:val="right"/>
            </w:pPr>
            <w:r>
              <w:rPr>
                <w:sz w:val="16"/>
              </w:rPr>
              <w:t>1</w:t>
            </w:r>
          </w:p>
        </w:tc>
        <w:tc>
          <w:tcPr>
            <w:tcW w:type="dxa" w:w="1037"/>
          </w:tcPr>
          <w:p>
            <w:pPr>
              <w:spacing w:after="0"/>
              <w:jc w:val="left"/>
            </w:pPr>
            <w:r>
              <w:rPr>
                <w:sz w:val="16"/>
              </w:rPr>
              <w:t>Inland Flooding</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$1,794,038</w:t>
            </w:r>
          </w:p>
        </w:tc>
        <w:tc>
          <w:tcPr>
            <w:tcW w:type="dxa" w:w="1126"/>
          </w:tcPr>
          <w:p>
            <w:pPr>
              <w:spacing w:after="0"/>
              <w:jc w:val="right"/>
            </w:pPr>
            <w:r>
              <w:rPr>
                <w:sz w:val="16"/>
              </w:rPr>
              <w:t>$570</w:t>
            </w:r>
          </w:p>
        </w:tc>
        <w:tc>
          <w:tcPr>
            <w:tcW w:type="dxa" w:w="1468"/>
          </w:tcPr>
          <w:p>
            <w:pPr>
              <w:spacing w:after="0"/>
              <w:jc w:val="right"/>
            </w:pPr>
            <w:r>
              <w:rPr>
                <w:sz w:val="16"/>
              </w:rPr>
              <w:t>$41,324</w:t>
            </w:r>
          </w:p>
        </w:tc>
        <w:tc>
          <w:tcPr>
            <w:tcW w:type="dxa" w:w="1126"/>
          </w:tcPr>
          <w:p>
            <w:pPr>
              <w:spacing w:after="0"/>
              <w:jc w:val="right"/>
            </w:pPr>
            <w:r>
              <w:rPr>
                <w:sz w:val="16"/>
              </w:rPr>
              <w:t>$1,835,932</w:t>
            </w:r>
          </w:p>
        </w:tc>
        <w:tc>
          <w:tcPr>
            <w:tcW w:type="dxa" w:w="1664"/>
          </w:tcPr>
          <w:p>
            <w:pPr>
              <w:spacing w:after="0"/>
              <w:jc w:val="right"/>
            </w:pPr>
            <w:r>
              <w:rPr>
                <w:sz w:val="16"/>
              </w:rPr>
              <w:t>20</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2</w:t>
            </w:r>
          </w:p>
        </w:tc>
        <w:tc>
          <w:tcPr>
            <w:tcW w:type="dxa" w:w="1037"/>
          </w:tcPr>
          <w:p>
            <w:pPr>
              <w:spacing w:after="0"/>
              <w:jc w:val="left"/>
            </w:pPr>
            <w:r>
              <w:rPr>
                <w:sz w:val="16"/>
              </w:rPr>
              <w:t>Earthquake</w:t>
            </w:r>
          </w:p>
        </w:tc>
        <w:tc>
          <w:tcPr>
            <w:tcW w:type="dxa" w:w="1216"/>
          </w:tcPr>
          <w:p>
            <w:pPr>
              <w:spacing w:after="0"/>
              <w:jc w:val="left"/>
            </w:pPr>
            <w:r>
              <w:rPr>
                <w:sz w:val="16"/>
              </w:rPr>
              <w:t>Very Low</w:t>
            </w:r>
          </w:p>
        </w:tc>
        <w:tc>
          <w:tcPr>
            <w:tcW w:type="dxa" w:w="1216"/>
          </w:tcPr>
          <w:p>
            <w:pPr>
              <w:spacing w:after="0"/>
              <w:jc w:val="left"/>
            </w:pPr>
            <w:r>
              <w:rPr>
                <w:sz w:val="16"/>
              </w:rPr>
              <w:t>Relatively Low</w:t>
            </w:r>
          </w:p>
        </w:tc>
        <w:tc>
          <w:tcPr>
            <w:tcW w:type="dxa" w:w="1037"/>
          </w:tcPr>
          <w:p>
            <w:pPr>
              <w:spacing w:after="0"/>
              <w:jc w:val="right"/>
            </w:pPr>
            <w:r>
              <w:rPr>
                <w:sz w:val="16"/>
              </w:rPr>
              <w:t>$429,005</w:t>
            </w:r>
          </w:p>
        </w:tc>
        <w:tc>
          <w:tcPr>
            <w:tcW w:type="dxa" w:w="1126"/>
          </w:tcPr>
          <w:p>
            <w:pPr>
              <w:spacing w:after="0"/>
              <w:jc w:val="right"/>
            </w:pPr>
            <w:r>
              <w:rPr>
                <w:sz w:val="16"/>
              </w:rPr>
              <w:t>n/a</w:t>
            </w:r>
          </w:p>
        </w:tc>
        <w:tc>
          <w:tcPr>
            <w:tcW w:type="dxa" w:w="1468"/>
          </w:tcPr>
          <w:p>
            <w:pPr>
              <w:spacing w:after="0"/>
              <w:jc w:val="right"/>
            </w:pPr>
            <w:r>
              <w:rPr>
                <w:sz w:val="16"/>
              </w:rPr>
              <w:t>$105,543</w:t>
            </w:r>
          </w:p>
        </w:tc>
        <w:tc>
          <w:tcPr>
            <w:tcW w:type="dxa" w:w="1126"/>
          </w:tcPr>
          <w:p>
            <w:pPr>
              <w:spacing w:after="0"/>
              <w:jc w:val="right"/>
            </w:pPr>
            <w:r>
              <w:rPr>
                <w:sz w:val="16"/>
              </w:rPr>
              <w:t>$534,548</w:t>
            </w:r>
          </w:p>
        </w:tc>
        <w:tc>
          <w:tcPr>
            <w:tcW w:type="dxa" w:w="1664"/>
          </w:tcPr>
          <w:p>
            <w:pPr>
              <w:spacing w:after="0"/>
              <w:jc w:val="right"/>
            </w:pPr>
          </w:p>
        </w:tc>
        <w:tc>
          <w:tcPr>
            <w:tcW w:type="dxa" w:w="1600"/>
          </w:tcPr>
          <w:p>
            <w:pPr>
              <w:spacing w:after="0"/>
              <w:jc w:val="left"/>
            </w:pPr>
          </w:p>
        </w:tc>
        <w:tc>
          <w:tcPr>
            <w:tcW w:type="dxa" w:w="1931"/>
          </w:tcPr>
          <w:p>
            <w:pPr>
              <w:spacing w:after="0"/>
              <w:jc w:val="left"/>
            </w:pPr>
            <w:r>
              <w:rPr>
                <w:sz w:val="16"/>
              </w:rPr>
              <w:t>Storm Events does not record earthquakes.</w:t>
            </w:r>
          </w:p>
        </w:tc>
      </w:tr>
      <w:tr>
        <w:trPr>
          <w:cantSplit/>
        </w:trPr>
        <w:tc>
          <w:tcPr>
            <w:tcW w:type="dxa" w:w="691"/>
          </w:tcPr>
          <w:p>
            <w:pPr>
              <w:spacing w:after="0"/>
              <w:jc w:val="right"/>
            </w:pPr>
            <w:r>
              <w:rPr>
                <w:sz w:val="16"/>
              </w:rPr>
              <w:t>3</w:t>
            </w:r>
          </w:p>
        </w:tc>
        <w:tc>
          <w:tcPr>
            <w:tcW w:type="dxa" w:w="1037"/>
          </w:tcPr>
          <w:p>
            <w:pPr>
              <w:spacing w:after="0"/>
              <w:jc w:val="left"/>
            </w:pPr>
            <w:r>
              <w:rPr>
                <w:sz w:val="16"/>
              </w:rPr>
              <w:t>Lightning</w:t>
            </w:r>
          </w:p>
        </w:tc>
        <w:tc>
          <w:tcPr>
            <w:tcW w:type="dxa" w:w="1216"/>
          </w:tcPr>
          <w:p>
            <w:pPr>
              <w:spacing w:after="0"/>
              <w:jc w:val="left"/>
            </w:pPr>
            <w:r>
              <w:rPr>
                <w:sz w:val="16"/>
              </w:rPr>
              <w:t>Relatively Moderate</w:t>
            </w:r>
          </w:p>
        </w:tc>
        <w:tc>
          <w:tcPr>
            <w:tcW w:type="dxa" w:w="1216"/>
          </w:tcPr>
          <w:p>
            <w:pPr>
              <w:spacing w:after="0"/>
              <w:jc w:val="left"/>
            </w:pPr>
            <w:r>
              <w:rPr>
                <w:sz w:val="16"/>
              </w:rPr>
              <w:t>Relatively Moderate</w:t>
            </w:r>
          </w:p>
        </w:tc>
        <w:tc>
          <w:tcPr>
            <w:tcW w:type="dxa" w:w="1037"/>
          </w:tcPr>
          <w:p>
            <w:pPr>
              <w:spacing w:after="0"/>
              <w:jc w:val="right"/>
            </w:pPr>
            <w:r>
              <w:rPr>
                <w:sz w:val="16"/>
              </w:rPr>
              <w:t>$3,598</w:t>
            </w:r>
          </w:p>
        </w:tc>
        <w:tc>
          <w:tcPr>
            <w:tcW w:type="dxa" w:w="1126"/>
          </w:tcPr>
          <w:p>
            <w:pPr>
              <w:spacing w:after="0"/>
              <w:jc w:val="right"/>
            </w:pPr>
            <w:r>
              <w:rPr>
                <w:sz w:val="16"/>
              </w:rPr>
              <w:t>n/a</w:t>
            </w:r>
          </w:p>
        </w:tc>
        <w:tc>
          <w:tcPr>
            <w:tcW w:type="dxa" w:w="1468"/>
          </w:tcPr>
          <w:p>
            <w:pPr>
              <w:spacing w:after="0"/>
              <w:jc w:val="right"/>
            </w:pPr>
            <w:r>
              <w:rPr>
                <w:sz w:val="16"/>
              </w:rPr>
              <w:t>$424,979</w:t>
            </w:r>
          </w:p>
        </w:tc>
        <w:tc>
          <w:tcPr>
            <w:tcW w:type="dxa" w:w="1126"/>
          </w:tcPr>
          <w:p>
            <w:pPr>
              <w:spacing w:after="0"/>
              <w:jc w:val="right"/>
            </w:pPr>
            <w:r>
              <w:rPr>
                <w:sz w:val="16"/>
              </w:rPr>
              <w:t>$428,577</w:t>
            </w:r>
          </w:p>
        </w:tc>
        <w:tc>
          <w:tcPr>
            <w:tcW w:type="dxa" w:w="1664"/>
          </w:tcPr>
          <w:p>
            <w:pPr>
              <w:spacing w:after="0"/>
              <w:jc w:val="right"/>
            </w:pPr>
            <w:r>
              <w:rPr>
                <w:sz w:val="16"/>
              </w:rPr>
              <w:t>2</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4</w:t>
            </w:r>
          </w:p>
        </w:tc>
        <w:tc>
          <w:tcPr>
            <w:tcW w:type="dxa" w:w="1037"/>
          </w:tcPr>
          <w:p>
            <w:pPr>
              <w:spacing w:after="0"/>
              <w:jc w:val="left"/>
            </w:pPr>
            <w:r>
              <w:rPr>
                <w:sz w:val="16"/>
              </w:rPr>
              <w:t>Wildfire</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$232,504</w:t>
            </w:r>
          </w:p>
        </w:tc>
        <w:tc>
          <w:tcPr>
            <w:tcW w:type="dxa" w:w="1126"/>
          </w:tcPr>
          <w:p>
            <w:pPr>
              <w:spacing w:after="0"/>
              <w:jc w:val="right"/>
            </w:pPr>
            <w:r>
              <w:rPr>
                <w:sz w:val="16"/>
              </w:rPr>
              <w:t>$70</w:t>
            </w:r>
          </w:p>
        </w:tc>
        <w:tc>
          <w:tcPr>
            <w:tcW w:type="dxa" w:w="1468"/>
          </w:tcPr>
          <w:p>
            <w:pPr>
              <w:spacing w:after="0"/>
              <w:jc w:val="right"/>
            </w:pPr>
            <w:r>
              <w:rPr>
                <w:sz w:val="16"/>
              </w:rPr>
              <w:t>$27,797</w:t>
            </w:r>
          </w:p>
        </w:tc>
        <w:tc>
          <w:tcPr>
            <w:tcW w:type="dxa" w:w="1126"/>
          </w:tcPr>
          <w:p>
            <w:pPr>
              <w:spacing w:after="0"/>
              <w:jc w:val="right"/>
            </w:pPr>
            <w:r>
              <w:rPr>
                <w:sz w:val="16"/>
              </w:rPr>
              <w:t>$260,370</w:t>
            </w:r>
          </w:p>
        </w:tc>
        <w:tc>
          <w:tcPr>
            <w:tcW w:type="dxa" w:w="1664"/>
          </w:tcPr>
          <w:p>
            <w:pPr>
              <w:spacing w:after="0"/>
              <w:jc w:val="right"/>
            </w:pPr>
            <w:r>
              <w:rPr>
                <w:sz w:val="16"/>
              </w:rPr>
              <w:t>28</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5</w:t>
            </w:r>
          </w:p>
        </w:tc>
        <w:tc>
          <w:tcPr>
            <w:tcW w:type="dxa" w:w="1037"/>
          </w:tcPr>
          <w:p>
            <w:pPr>
              <w:spacing w:after="0"/>
              <w:jc w:val="left"/>
            </w:pPr>
            <w:r>
              <w:rPr>
                <w:sz w:val="16"/>
              </w:rPr>
              <w:t>Drought</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$218,471</w:t>
            </w:r>
          </w:p>
        </w:tc>
        <w:tc>
          <w:tcPr>
            <w:tcW w:type="dxa" w:w="1468"/>
          </w:tcPr>
          <w:p>
            <w:pPr>
              <w:spacing w:after="0"/>
              <w:jc w:val="right"/>
            </w:pPr>
            <w:r>
              <w:rPr>
                <w:sz w:val="16"/>
              </w:rPr>
              <w:t>n/a</w:t>
            </w:r>
          </w:p>
        </w:tc>
        <w:tc>
          <w:tcPr>
            <w:tcW w:type="dxa" w:w="1126"/>
          </w:tcPr>
          <w:p>
            <w:pPr>
              <w:spacing w:after="0"/>
              <w:jc w:val="right"/>
            </w:pPr>
            <w:r>
              <w:rPr>
                <w:sz w:val="16"/>
              </w:rPr>
              <w:t>$218,471</w:t>
            </w:r>
          </w:p>
        </w:tc>
        <w:tc>
          <w:tcPr>
            <w:tcW w:type="dxa" w:w="1664"/>
          </w:tcPr>
          <w:p>
            <w:pPr>
              <w:spacing w:after="0"/>
              <w:jc w:val="right"/>
            </w:pPr>
            <w:r>
              <w:rPr>
                <w:sz w:val="16"/>
              </w:rPr>
              <w:t>157</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6</w:t>
            </w:r>
          </w:p>
        </w:tc>
        <w:tc>
          <w:tcPr>
            <w:tcW w:type="dxa" w:w="1037"/>
          </w:tcPr>
          <w:p>
            <w:pPr>
              <w:spacing w:after="0"/>
              <w:jc w:val="left"/>
            </w:pPr>
            <w:r>
              <w:rPr>
                <w:sz w:val="16"/>
              </w:rPr>
              <w:t>Cold Wave</w:t>
            </w:r>
          </w:p>
        </w:tc>
        <w:tc>
          <w:tcPr>
            <w:tcW w:type="dxa" w:w="1216"/>
          </w:tcPr>
          <w:p>
            <w:pPr>
              <w:spacing w:after="0"/>
              <w:jc w:val="left"/>
            </w:pPr>
            <w:r>
              <w:rPr>
                <w:sz w:val="16"/>
              </w:rPr>
              <w:t>Very Low</w:t>
            </w:r>
          </w:p>
        </w:tc>
        <w:tc>
          <w:tcPr>
            <w:tcW w:type="dxa" w:w="1216"/>
          </w:tcPr>
          <w:p>
            <w:pPr>
              <w:spacing w:after="0"/>
              <w:jc w:val="left"/>
            </w:pPr>
            <w:r>
              <w:rPr>
                <w:sz w:val="16"/>
              </w:rPr>
              <w:t>Relatively Low</w:t>
            </w:r>
          </w:p>
        </w:tc>
        <w:tc>
          <w:tcPr>
            <w:tcW w:type="dxa" w:w="1037"/>
          </w:tcPr>
          <w:p>
            <w:pPr>
              <w:spacing w:after="0"/>
              <w:jc w:val="right"/>
            </w:pPr>
            <w:r>
              <w:rPr>
                <w:sz w:val="16"/>
              </w:rPr>
              <w:t>$357</w:t>
            </w:r>
          </w:p>
        </w:tc>
        <w:tc>
          <w:tcPr>
            <w:tcW w:type="dxa" w:w="1126"/>
          </w:tcPr>
          <w:p>
            <w:pPr>
              <w:spacing w:after="0"/>
              <w:jc w:val="right"/>
            </w:pPr>
            <w:r>
              <w:rPr>
                <w:sz w:val="16"/>
              </w:rPr>
              <w:t>$5,067</w:t>
            </w:r>
          </w:p>
        </w:tc>
        <w:tc>
          <w:tcPr>
            <w:tcW w:type="dxa" w:w="1468"/>
          </w:tcPr>
          <w:p>
            <w:pPr>
              <w:spacing w:after="0"/>
              <w:jc w:val="right"/>
            </w:pPr>
            <w:r>
              <w:rPr>
                <w:sz w:val="16"/>
              </w:rPr>
              <w:t>$180,095</w:t>
            </w:r>
          </w:p>
        </w:tc>
        <w:tc>
          <w:tcPr>
            <w:tcW w:type="dxa" w:w="1126"/>
          </w:tcPr>
          <w:p>
            <w:pPr>
              <w:spacing w:after="0"/>
              <w:jc w:val="right"/>
            </w:pPr>
            <w:r>
              <w:rPr>
                <w:sz w:val="16"/>
              </w:rPr>
              <w:t>$185,519</w:t>
            </w:r>
          </w:p>
        </w:tc>
        <w:tc>
          <w:tcPr>
            <w:tcW w:type="dxa" w:w="1664"/>
          </w:tcPr>
          <w:p>
            <w:pPr>
              <w:spacing w:after="0"/>
              <w:jc w:val="right"/>
            </w:pPr>
            <w:r>
              <w:rPr>
                <w:sz w:val="16"/>
              </w:rPr>
              <w:t>43</w:t>
            </w:r>
          </w:p>
        </w:tc>
        <w:tc>
          <w:tcPr>
            <w:tcW w:type="dxa" w:w="1600"/>
          </w:tcPr>
          <w:p>
            <w:pPr>
              <w:spacing w:after="0"/>
              <w:jc w:val="left"/>
            </w:pPr>
          </w:p>
        </w:tc>
        <w:tc>
          <w:tcPr>
            <w:tcW w:type="dxa" w:w="1931"/>
          </w:tcPr>
          <w:p>
            <w:pPr>
              <w:spacing w:after="0"/>
              <w:jc w:val="left"/>
            </w:pPr>
            <w:r>
              <w:rPr>
                <w:sz w:val="16"/>
              </w:rPr>
              <w:t>Includes 34 Frost/Freeze records (outside NRI's Cold Wave definition; counted in this table and in B1-d, not in the B1-e descriptor).</w:t>
            </w:r>
          </w:p>
        </w:tc>
      </w:tr>
      <w:tr>
        <w:trPr>
          <w:cantSplit/>
        </w:trPr>
        <w:tc>
          <w:tcPr>
            <w:tcW w:type="dxa" w:w="691"/>
          </w:tcPr>
          <w:p>
            <w:pPr>
              <w:spacing w:after="0"/>
              <w:jc w:val="right"/>
            </w:pPr>
            <w:r>
              <w:rPr>
                <w:sz w:val="16"/>
              </w:rPr>
              <w:t>7</w:t>
            </w:r>
          </w:p>
        </w:tc>
        <w:tc>
          <w:tcPr>
            <w:tcW w:type="dxa" w:w="1037"/>
          </w:tcPr>
          <w:p>
            <w:pPr>
              <w:spacing w:after="0"/>
              <w:jc w:val="left"/>
            </w:pPr>
            <w:r>
              <w:rPr>
                <w:sz w:val="16"/>
              </w:rPr>
              <w:t>Heat Wave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$14</w:t>
            </w:r>
          </w:p>
        </w:tc>
        <w:tc>
          <w:tcPr>
            <w:tcW w:type="dxa" w:w="1126"/>
          </w:tcPr>
          <w:p>
            <w:pPr>
              <w:spacing w:after="0"/>
              <w:jc w:val="right"/>
            </w:pPr>
            <w:r>
              <w:rPr>
                <w:sz w:val="16"/>
              </w:rPr>
              <w:t>$1,036</w:t>
            </w:r>
          </w:p>
        </w:tc>
        <w:tc>
          <w:tcPr>
            <w:tcW w:type="dxa" w:w="1468"/>
          </w:tcPr>
          <w:p>
            <w:pPr>
              <w:spacing w:after="0"/>
              <w:jc w:val="right"/>
            </w:pPr>
            <w:r>
              <w:rPr>
                <w:sz w:val="16"/>
              </w:rPr>
              <w:t>$146,048</w:t>
            </w:r>
          </w:p>
        </w:tc>
        <w:tc>
          <w:tcPr>
            <w:tcW w:type="dxa" w:w="1126"/>
          </w:tcPr>
          <w:p>
            <w:pPr>
              <w:spacing w:after="0"/>
              <w:jc w:val="right"/>
            </w:pPr>
            <w:r>
              <w:rPr>
                <w:sz w:val="16"/>
              </w:rPr>
              <w:t>$147,098</w:t>
            </w:r>
          </w:p>
        </w:tc>
        <w:tc>
          <w:tcPr>
            <w:tcW w:type="dxa" w:w="1664"/>
          </w:tcPr>
          <w:p>
            <w:pPr>
              <w:spacing w:after="0"/>
              <w:jc w:val="right"/>
            </w:pPr>
            <w:r>
              <w:rPr>
                <w:sz w:val="16"/>
              </w:rPr>
              <w:t>1</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8</w:t>
            </w:r>
          </w:p>
        </w:tc>
        <w:tc>
          <w:tcPr>
            <w:tcW w:type="dxa" w:w="1037"/>
          </w:tcPr>
          <w:p>
            <w:pPr>
              <w:spacing w:after="0"/>
              <w:jc w:val="left"/>
            </w:pPr>
            <w:r>
              <w:rPr>
                <w:sz w:val="16"/>
              </w:rPr>
              <w:t>Tornado</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$25,731</w:t>
            </w:r>
          </w:p>
        </w:tc>
        <w:tc>
          <w:tcPr>
            <w:tcW w:type="dxa" w:w="1126"/>
          </w:tcPr>
          <w:p>
            <w:pPr>
              <w:spacing w:after="0"/>
              <w:jc w:val="right"/>
            </w:pPr>
            <w:r>
              <w:rPr>
                <w:sz w:val="16"/>
              </w:rPr>
              <w:t>$212</w:t>
            </w:r>
          </w:p>
        </w:tc>
        <w:tc>
          <w:tcPr>
            <w:tcW w:type="dxa" w:w="1468"/>
          </w:tcPr>
          <w:p>
            <w:pPr>
              <w:spacing w:after="0"/>
              <w:jc w:val="right"/>
            </w:pPr>
            <w:r>
              <w:rPr>
                <w:sz w:val="16"/>
              </w:rPr>
              <w:t>$55,022</w:t>
            </w:r>
          </w:p>
        </w:tc>
        <w:tc>
          <w:tcPr>
            <w:tcW w:type="dxa" w:w="1126"/>
          </w:tcPr>
          <w:p>
            <w:pPr>
              <w:spacing w:after="0"/>
              <w:jc w:val="right"/>
            </w:pPr>
            <w:r>
              <w:rPr>
                <w:sz w:val="16"/>
              </w:rPr>
              <w:t>$80,965</w:t>
            </w:r>
          </w:p>
        </w:tc>
        <w:tc>
          <w:tcPr>
            <w:tcW w:type="dxa" w:w="1664"/>
          </w:tcPr>
          <w:p>
            <w:pPr>
              <w:spacing w:after="0"/>
              <w:jc w:val="right"/>
            </w:pPr>
            <w:r>
              <w:rPr>
                <w:sz w:val="16"/>
              </w:rPr>
              <w:t>4</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9</w:t>
            </w:r>
          </w:p>
        </w:tc>
        <w:tc>
          <w:tcPr>
            <w:tcW w:type="dxa" w:w="1037"/>
          </w:tcPr>
          <w:p>
            <w:pPr>
              <w:spacing w:after="0"/>
              <w:jc w:val="left"/>
            </w:pPr>
            <w:r>
              <w:rPr>
                <w:sz w:val="16"/>
              </w:rPr>
              <w:t>Strong Wind</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$6,733</w:t>
            </w:r>
          </w:p>
        </w:tc>
        <w:tc>
          <w:tcPr>
            <w:tcW w:type="dxa" w:w="1126"/>
          </w:tcPr>
          <w:p>
            <w:pPr>
              <w:spacing w:after="0"/>
              <w:jc w:val="right"/>
            </w:pPr>
            <w:r>
              <w:rPr>
                <w:sz w:val="16"/>
              </w:rPr>
              <w:t>$184</w:t>
            </w:r>
          </w:p>
        </w:tc>
        <w:tc>
          <w:tcPr>
            <w:tcW w:type="dxa" w:w="1468"/>
          </w:tcPr>
          <w:p>
            <w:pPr>
              <w:spacing w:after="0"/>
              <w:jc w:val="right"/>
            </w:pPr>
            <w:r>
              <w:rPr>
                <w:sz w:val="16"/>
              </w:rPr>
              <w:t>$40,109</w:t>
            </w:r>
          </w:p>
        </w:tc>
        <w:tc>
          <w:tcPr>
            <w:tcW w:type="dxa" w:w="1126"/>
          </w:tcPr>
          <w:p>
            <w:pPr>
              <w:spacing w:after="0"/>
              <w:jc w:val="right"/>
            </w:pPr>
            <w:r>
              <w:rPr>
                <w:sz w:val="16"/>
              </w:rPr>
              <w:t>$47,025</w:t>
            </w:r>
          </w:p>
        </w:tc>
        <w:tc>
          <w:tcPr>
            <w:tcW w:type="dxa" w:w="1664"/>
          </w:tcPr>
          <w:p>
            <w:pPr>
              <w:spacing w:after="0"/>
              <w:jc w:val="right"/>
            </w:pPr>
            <w:r>
              <w:rPr>
                <w:sz w:val="16"/>
              </w:rPr>
              <w:t>63</w:t>
            </w:r>
          </w:p>
        </w:tc>
        <w:tc>
          <w:tcPr>
            <w:tcW w:type="dxa" w:w="1600"/>
          </w:tcPr>
          <w:p>
            <w:pPr>
              <w:spacing w:after="0"/>
              <w:jc w:val="left"/>
            </w:pPr>
          </w:p>
        </w:tc>
        <w:tc>
          <w:tcPr>
            <w:tcW w:type="dxa" w:w="1931"/>
          </w:tcPr>
          <w:p>
            <w:pPr>
              <w:spacing w:after="0"/>
              <w:jc w:val="left"/>
            </w:pPr>
            <w:r>
              <w:rPr>
                <w:sz w:val="16"/>
              </w:rPr>
              <w:t>Includes 34 High Wind and 3 Strong Wind records (NOAA non-thunderstorm wind types, outside NRI's Strong Wind definition).</w:t>
            </w:r>
          </w:p>
        </w:tc>
      </w:tr>
      <w:tr>
        <w:trPr>
          <w:cantSplit/>
        </w:trPr>
        <w:tc>
          <w:tcPr>
            <w:tcW w:type="dxa" w:w="691"/>
          </w:tcPr>
          <w:p>
            <w:pPr>
              <w:spacing w:after="0"/>
              <w:jc w:val="right"/>
            </w:pPr>
            <w:r>
              <w:rPr>
                <w:sz w:val="16"/>
              </w:rPr>
              <w:t>10</w:t>
            </w:r>
          </w:p>
        </w:tc>
        <w:tc>
          <w:tcPr>
            <w:tcW w:type="dxa" w:w="1037"/>
          </w:tcPr>
          <w:p>
            <w:pPr>
              <w:spacing w:after="0"/>
              <w:jc w:val="left"/>
            </w:pPr>
            <w:r>
              <w:rPr>
                <w:sz w:val="16"/>
              </w:rPr>
              <w:t>Landslide</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$4,843</w:t>
            </w:r>
          </w:p>
        </w:tc>
        <w:tc>
          <w:tcPr>
            <w:tcW w:type="dxa" w:w="1126"/>
          </w:tcPr>
          <w:p>
            <w:pPr>
              <w:spacing w:after="0"/>
              <w:jc w:val="right"/>
            </w:pPr>
            <w:r>
              <w:rPr>
                <w:sz w:val="16"/>
              </w:rPr>
              <w:t>n/a</w:t>
            </w:r>
          </w:p>
        </w:tc>
        <w:tc>
          <w:tcPr>
            <w:tcW w:type="dxa" w:w="1468"/>
          </w:tcPr>
          <w:p>
            <w:pPr>
              <w:spacing w:after="0"/>
              <w:jc w:val="right"/>
            </w:pPr>
            <w:r>
              <w:rPr>
                <w:sz w:val="16"/>
              </w:rPr>
              <w:t>$41,730</w:t>
            </w:r>
          </w:p>
        </w:tc>
        <w:tc>
          <w:tcPr>
            <w:tcW w:type="dxa" w:w="1126"/>
          </w:tcPr>
          <w:p>
            <w:pPr>
              <w:spacing w:after="0"/>
              <w:jc w:val="right"/>
            </w:pPr>
            <w:r>
              <w:rPr>
                <w:sz w:val="16"/>
              </w:rPr>
              <w:t>$46,573</w:t>
            </w:r>
          </w:p>
        </w:tc>
        <w:tc>
          <w:tcPr>
            <w:tcW w:type="dxa" w:w="1664"/>
          </w:tcPr>
          <w:p>
            <w:pPr>
              <w:spacing w:after="0"/>
              <w:jc w:val="right"/>
            </w:pPr>
            <w:r>
              <w:rPr>
                <w:sz w:val="16"/>
              </w:rPr>
              <w:t>1</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11</w:t>
            </w:r>
          </w:p>
        </w:tc>
        <w:tc>
          <w:tcPr>
            <w:tcW w:type="dxa" w:w="1037"/>
          </w:tcPr>
          <w:p>
            <w:pPr>
              <w:spacing w:after="0"/>
              <w:jc w:val="left"/>
            </w:pPr>
            <w:r>
              <w:rPr>
                <w:sz w:val="16"/>
              </w:rPr>
              <w:t>Winter Weather</w:t>
            </w:r>
          </w:p>
        </w:tc>
        <w:tc>
          <w:tcPr>
            <w:tcW w:type="dxa" w:w="1216"/>
          </w:tcPr>
          <w:p>
            <w:pPr>
              <w:spacing w:after="0"/>
              <w:jc w:val="left"/>
            </w:pPr>
            <w:r>
              <w:rPr>
                <w:sz w:val="16"/>
              </w:rPr>
              <w:t>Very Low</w:t>
            </w:r>
          </w:p>
        </w:tc>
        <w:tc>
          <w:tcPr>
            <w:tcW w:type="dxa" w:w="1216"/>
          </w:tcPr>
          <w:p>
            <w:pPr>
              <w:spacing w:after="0"/>
              <w:jc w:val="left"/>
            </w:pPr>
            <w:r>
              <w:rPr>
                <w:sz w:val="16"/>
              </w:rPr>
              <w:t>Relatively Low</w:t>
            </w:r>
          </w:p>
        </w:tc>
        <w:tc>
          <w:tcPr>
            <w:tcW w:type="dxa" w:w="1037"/>
          </w:tcPr>
          <w:p>
            <w:pPr>
              <w:spacing w:after="0"/>
              <w:jc w:val="right"/>
            </w:pPr>
            <w:r>
              <w:rPr>
                <w:sz w:val="16"/>
              </w:rPr>
              <w:t>$10,570</w:t>
            </w:r>
          </w:p>
        </w:tc>
        <w:tc>
          <w:tcPr>
            <w:tcW w:type="dxa" w:w="1126"/>
          </w:tcPr>
          <w:p>
            <w:pPr>
              <w:spacing w:after="0"/>
              <w:jc w:val="right"/>
            </w:pPr>
            <w:r>
              <w:rPr>
                <w:sz w:val="16"/>
              </w:rPr>
              <w:t>$10</w:t>
            </w:r>
          </w:p>
        </w:tc>
        <w:tc>
          <w:tcPr>
            <w:tcW w:type="dxa" w:w="1468"/>
          </w:tcPr>
          <w:p>
            <w:pPr>
              <w:spacing w:after="0"/>
              <w:jc w:val="right"/>
            </w:pPr>
            <w:r>
              <w:rPr>
                <w:sz w:val="16"/>
              </w:rPr>
              <w:t>$18,555</w:t>
            </w:r>
          </w:p>
        </w:tc>
        <w:tc>
          <w:tcPr>
            <w:tcW w:type="dxa" w:w="1126"/>
          </w:tcPr>
          <w:p>
            <w:pPr>
              <w:spacing w:after="0"/>
              <w:jc w:val="right"/>
            </w:pPr>
            <w:r>
              <w:rPr>
                <w:sz w:val="16"/>
              </w:rPr>
              <w:t>$29,135</w:t>
            </w:r>
          </w:p>
        </w:tc>
        <w:tc>
          <w:tcPr>
            <w:tcW w:type="dxa" w:w="1664"/>
          </w:tcPr>
          <w:p>
            <w:pPr>
              <w:spacing w:after="0"/>
              <w:jc w:val="right"/>
            </w:pPr>
            <w:r>
              <w:rPr>
                <w:sz w:val="16"/>
              </w:rPr>
              <w:t>524</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12</w:t>
            </w:r>
          </w:p>
        </w:tc>
        <w:tc>
          <w:tcPr>
            <w:tcW w:type="dxa" w:w="1037"/>
          </w:tcPr>
          <w:p>
            <w:pPr>
              <w:spacing w:after="0"/>
              <w:jc w:val="left"/>
            </w:pPr>
            <w:r>
              <w:rPr>
                <w:sz w:val="16"/>
              </w:rPr>
              <w:t>Hail</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$10,143</w:t>
            </w:r>
          </w:p>
        </w:tc>
        <w:tc>
          <w:tcPr>
            <w:tcW w:type="dxa" w:w="1126"/>
          </w:tcPr>
          <w:p>
            <w:pPr>
              <w:spacing w:after="0"/>
              <w:jc w:val="right"/>
            </w:pPr>
            <w:r>
              <w:rPr>
                <w:sz w:val="16"/>
              </w:rPr>
              <w:t>$2,406</w:t>
            </w:r>
          </w:p>
        </w:tc>
        <w:tc>
          <w:tcPr>
            <w:tcW w:type="dxa" w:w="1468"/>
          </w:tcPr>
          <w:p>
            <w:pPr>
              <w:spacing w:after="0"/>
              <w:jc w:val="right"/>
            </w:pPr>
            <w:r>
              <w:rPr>
                <w:sz w:val="16"/>
              </w:rPr>
              <w:t>$3,857</w:t>
            </w:r>
          </w:p>
        </w:tc>
        <w:tc>
          <w:tcPr>
            <w:tcW w:type="dxa" w:w="1126"/>
          </w:tcPr>
          <w:p>
            <w:pPr>
              <w:spacing w:after="0"/>
              <w:jc w:val="right"/>
            </w:pPr>
            <w:r>
              <w:rPr>
                <w:sz w:val="16"/>
              </w:rPr>
              <w:t>$16,406</w:t>
            </w:r>
          </w:p>
        </w:tc>
        <w:tc>
          <w:tcPr>
            <w:tcW w:type="dxa" w:w="1664"/>
          </w:tcPr>
          <w:p>
            <w:pPr>
              <w:spacing w:after="0"/>
              <w:jc w:val="right"/>
            </w:pPr>
            <w:r>
              <w:rPr>
                <w:sz w:val="16"/>
              </w:rPr>
              <w:t>32</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13</w:t>
            </w:r>
          </w:p>
        </w:tc>
        <w:tc>
          <w:tcPr>
            <w:tcW w:type="dxa" w:w="1037"/>
          </w:tcPr>
          <w:p>
            <w:pPr>
              <w:spacing w:after="0"/>
              <w:jc w:val="left"/>
            </w:pPr>
            <w:r>
              <w:rPr>
                <w:sz w:val="16"/>
              </w:rPr>
              <w:t>Ice Storm</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$4,707</w:t>
            </w:r>
          </w:p>
        </w:tc>
        <w:tc>
          <w:tcPr>
            <w:tcW w:type="dxa" w:w="1126"/>
          </w:tcPr>
          <w:p>
            <w:pPr>
              <w:spacing w:after="0"/>
              <w:jc w:val="right"/>
            </w:pPr>
            <w:r>
              <w:rPr>
                <w:sz w:val="16"/>
              </w:rPr>
              <w:t>n/a</w:t>
            </w:r>
          </w:p>
        </w:tc>
        <w:tc>
          <w:tcPr>
            <w:tcW w:type="dxa" w:w="1468"/>
          </w:tcPr>
          <w:p>
            <w:pPr>
              <w:spacing w:after="0"/>
              <w:jc w:val="right"/>
            </w:pPr>
            <w:r>
              <w:rPr>
                <w:sz w:val="16"/>
              </w:rPr>
              <w:t>$2,428</w:t>
            </w:r>
          </w:p>
        </w:tc>
        <w:tc>
          <w:tcPr>
            <w:tcW w:type="dxa" w:w="1126"/>
          </w:tcPr>
          <w:p>
            <w:pPr>
              <w:spacing w:after="0"/>
              <w:jc w:val="right"/>
            </w:pPr>
            <w:r>
              <w:rPr>
                <w:sz w:val="16"/>
              </w:rPr>
              <w:t>$7,135</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14</w:t>
            </w:r>
          </w:p>
        </w:tc>
        <w:tc>
          <w:tcPr>
            <w:tcW w:type="dxa" w:w="1037"/>
          </w:tcPr>
          <w:p>
            <w:pPr>
              <w:spacing w:after="0"/>
              <w:jc w:val="left"/>
            </w:pPr>
            <w:r>
              <w:rPr>
                <w:sz w:val="16"/>
              </w:rPr>
              <w:t>Avalanche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468"/>
          </w:tcPr>
          <w:p>
            <w:pPr>
              <w:spacing w:after="0"/>
              <w:jc w:val="right"/>
            </w:pPr>
            <w:r>
              <w:rPr>
                <w:sz w:val="16"/>
              </w:rPr>
              <w:t>$455</w:t>
            </w:r>
          </w:p>
        </w:tc>
        <w:tc>
          <w:tcPr>
            <w:tcW w:type="dxa" w:w="1126"/>
          </w:tcPr>
          <w:p>
            <w:pPr>
              <w:spacing w:after="0"/>
              <w:jc w:val="right"/>
            </w:pPr>
            <w:r>
              <w:rPr>
                <w:sz w:val="16"/>
              </w:rPr>
              <w:t>$456</w:t>
            </w:r>
          </w:p>
        </w:tc>
        <w:tc>
          <w:tcPr>
            <w:tcW w:type="dxa" w:w="1664"/>
          </w:tcPr>
          <w:p>
            <w:pPr>
              <w:spacing w:after="0"/>
              <w:jc w:val="right"/>
            </w:pPr>
            <w:r>
              <w:rPr>
                <w:sz w:val="16"/>
              </w:rPr>
              <w:t>4</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15</w:t>
            </w:r>
          </w:p>
        </w:tc>
        <w:tc>
          <w:tcPr>
            <w:tcW w:type="dxa" w:w="1037"/>
          </w:tcPr>
          <w:p>
            <w:pPr>
              <w:spacing w:after="0"/>
              <w:jc w:val="left"/>
            </w:pPr>
            <w:r>
              <w:rPr>
                <w:sz w:val="16"/>
              </w:rPr>
              <w:t>Volcanic Activity</w:t>
            </w:r>
          </w:p>
        </w:tc>
        <w:tc>
          <w:tcPr>
            <w:tcW w:type="dxa" w:w="1216"/>
          </w:tcPr>
          <w:p>
            <w:pPr>
              <w:spacing w:after="0"/>
              <w:jc w:val="left"/>
            </w:pPr>
            <w:r>
              <w:rPr>
                <w:sz w:val="16"/>
              </w:rPr>
              <w:t>No Rating</w:t>
            </w:r>
          </w:p>
        </w:tc>
        <w:tc>
          <w:tcPr>
            <w:tcW w:type="dxa" w:w="1216"/>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468"/>
          </w:tcPr>
          <w:p>
            <w:pPr>
              <w:spacing w:after="0"/>
              <w:jc w:val="right"/>
            </w:pPr>
            <w:r>
              <w:rPr>
                <w:sz w:val="16"/>
              </w:rPr>
              <w:t>$0</w:t>
            </w:r>
          </w:p>
        </w:tc>
        <w:tc>
          <w:tcPr>
            <w:tcW w:type="dxa" w:w="1126"/>
          </w:tcPr>
          <w:p>
            <w:pPr>
              <w:spacing w:after="0"/>
              <w:jc w:val="right"/>
            </w:pPr>
            <w:r>
              <w:rPr>
                <w:sz w:val="16"/>
              </w:rPr>
              <w:t>$0</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p>
        </w:tc>
        <w:tc>
          <w:tcPr>
            <w:tcW w:type="dxa" w:w="1037"/>
          </w:tcPr>
          <w:p>
            <w:pPr>
              <w:spacing w:after="0"/>
              <w:jc w:val="left"/>
            </w:pPr>
            <w:r>
              <w:rPr>
                <w:sz w:val="16"/>
              </w:rPr>
              <w:t>Hurricane</w:t>
            </w:r>
          </w:p>
        </w:tc>
        <w:tc>
          <w:tcPr>
            <w:tcW w:type="dxa" w:w="1216"/>
          </w:tcPr>
          <w:p>
            <w:pPr>
              <w:spacing w:after="0"/>
              <w:jc w:val="left"/>
            </w:pPr>
            <w:r>
              <w:rPr>
                <w:sz w:val="16"/>
              </w:rPr>
              <w:t>Not Applicable</w:t>
            </w:r>
          </w:p>
        </w:tc>
        <w:tc>
          <w:tcPr>
            <w:tcW w:type="dxa" w:w="121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68"/>
          </w:tcPr>
          <w:p>
            <w:pPr>
              <w:spacing w:after="0"/>
              <w:jc w:val="right"/>
            </w:pPr>
          </w:p>
        </w:tc>
        <w:tc>
          <w:tcPr>
            <w:tcW w:type="dxa" w:w="1126"/>
          </w:tcPr>
          <w:p>
            <w:pPr>
              <w:spacing w:after="0"/>
              <w:jc w:val="right"/>
            </w:pPr>
          </w:p>
        </w:tc>
        <w:tc>
          <w:tcPr>
            <w:tcW w:type="dxa" w:w="1664"/>
          </w:tcPr>
          <w:p>
            <w:pPr>
              <w:spacing w:after="0"/>
              <w:jc w:val="right"/>
            </w:pPr>
            <w:r>
              <w:rPr>
                <w:sz w:val="16"/>
              </w:rPr>
              <w:t>0</w:t>
            </w:r>
          </w:p>
        </w:tc>
        <w:tc>
          <w:tcPr>
            <w:tcW w:type="dxa" w:w="1600"/>
          </w:tcPr>
          <w:p>
            <w:pPr>
              <w:spacing w:after="0"/>
              <w:jc w:val="left"/>
            </w:pPr>
            <w:r>
              <w:rPr>
                <w:sz w:val="16"/>
              </w:rPr>
              <w:t>NRI rates hurricane Not Applicable for this county, and no counted federal declaration for this county names it (EM-3223-UT names it but is not counted as a local occurrence; see B1-d).</w:t>
            </w:r>
          </w:p>
        </w:tc>
        <w:tc>
          <w:tcPr>
            <w:tcW w:type="dxa" w:w="193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volcanic activity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38"/>
        <w:gridCol w:w="10974"/>
      </w:tblGrid>
      <w:tr>
        <w:trPr>
          <w:cantSplit/>
          <w:tblHeader/>
        </w:trPr>
        <w:tc>
          <w:tcPr>
            <w:tcW w:type="dxa" w:w="3138"/>
            <w:shd w:val="clear" w:color="auto" w:fill="E8E8E8"/>
          </w:tcPr>
          <w:p>
            <w:pPr>
              <w:spacing w:after="0"/>
              <w:jc w:val="left"/>
            </w:pPr>
            <w:r>
              <w:rPr>
                <w:b/>
                <w:sz w:val="16"/>
              </w:rPr>
              <w:t>Hazard</w:t>
            </w:r>
          </w:p>
        </w:tc>
        <w:tc>
          <w:tcPr>
            <w:tcW w:type="dxa" w:w="1097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38"/>
          </w:tcPr>
          <w:p>
            <w:pPr>
              <w:spacing w:after="0"/>
              <w:jc w:val="left"/>
            </w:pPr>
            <w:r>
              <w:rPr>
                <w:sz w:val="16"/>
              </w:rPr>
              <w:t>Avalanche</w:t>
            </w:r>
          </w:p>
        </w:tc>
        <w:tc>
          <w:tcPr>
            <w:tcW w:type="dxa" w:w="10974"/>
          </w:tcPr>
          <w:p>
            <w:pPr>
              <w:spacing w:after="0"/>
              <w:jc w:val="left"/>
            </w:pPr>
            <w:r>
              <w:rPr>
                <w:sz w:val="16"/>
              </w:rPr>
              <w:t>tract 9402.01 (Very Low, 39.6); tract 9682.02 (Very Low, 33.6); tract 9682.01 (Very Low, 31.0)</w:t>
            </w:r>
          </w:p>
        </w:tc>
      </w:tr>
      <w:tr>
        <w:trPr>
          <w:cantSplit/>
        </w:trPr>
        <w:tc>
          <w:tcPr>
            <w:tcW w:type="dxa" w:w="3138"/>
          </w:tcPr>
          <w:p>
            <w:pPr>
              <w:spacing w:after="0"/>
              <w:jc w:val="left"/>
            </w:pPr>
            <w:r>
              <w:rPr>
                <w:sz w:val="16"/>
              </w:rPr>
              <w:t>Earthquake</w:t>
            </w:r>
          </w:p>
        </w:tc>
        <w:tc>
          <w:tcPr>
            <w:tcW w:type="dxa" w:w="10974"/>
          </w:tcPr>
          <w:p>
            <w:pPr>
              <w:spacing w:after="0"/>
              <w:jc w:val="left"/>
            </w:pPr>
            <w:r>
              <w:rPr>
                <w:sz w:val="16"/>
              </w:rPr>
              <w:t>tract 9684.01 (Relatively Moderate, 82.0); tract 9402.01 (Relatively Low, 74.7); tract 9684.04 (Relatively Low, 62.7)</w:t>
            </w:r>
          </w:p>
        </w:tc>
      </w:tr>
      <w:tr>
        <w:trPr>
          <w:cantSplit/>
        </w:trPr>
        <w:tc>
          <w:tcPr>
            <w:tcW w:type="dxa" w:w="3138"/>
          </w:tcPr>
          <w:p>
            <w:pPr>
              <w:spacing w:after="0"/>
              <w:jc w:val="left"/>
            </w:pPr>
            <w:r>
              <w:rPr>
                <w:sz w:val="16"/>
              </w:rPr>
              <w:t>Hurricane</w:t>
            </w:r>
          </w:p>
        </w:tc>
        <w:tc>
          <w:tcPr>
            <w:tcW w:type="dxa" w:w="10974"/>
          </w:tcPr>
          <w:p>
            <w:pPr>
              <w:spacing w:after="0"/>
              <w:jc w:val="left"/>
            </w:pPr>
            <w:r>
              <w:rPr>
                <w:sz w:val="16"/>
              </w:rPr>
              <w:t>no tract has a National Risk Index rating for this hazard</w:t>
            </w:r>
          </w:p>
        </w:tc>
      </w:tr>
      <w:tr>
        <w:trPr>
          <w:cantSplit/>
        </w:trPr>
        <w:tc>
          <w:tcPr>
            <w:tcW w:type="dxa" w:w="3138"/>
          </w:tcPr>
          <w:p>
            <w:pPr>
              <w:spacing w:after="0"/>
              <w:jc w:val="left"/>
            </w:pPr>
            <w:r>
              <w:rPr>
                <w:sz w:val="16"/>
              </w:rPr>
              <w:t>Landslide</w:t>
            </w:r>
          </w:p>
        </w:tc>
        <w:tc>
          <w:tcPr>
            <w:tcW w:type="dxa" w:w="10974"/>
          </w:tcPr>
          <w:p>
            <w:pPr>
              <w:spacing w:after="0"/>
              <w:jc w:val="left"/>
            </w:pPr>
            <w:r>
              <w:rPr>
                <w:sz w:val="16"/>
              </w:rPr>
              <w:t>tract 9402.01 (Relatively Moderate, 99.3); tract 9682.01 (Relatively Moderate, 97.0); tract 9683.02 (Relatively Moderate, 96.6)</w:t>
            </w:r>
          </w:p>
        </w:tc>
      </w:tr>
      <w:tr>
        <w:trPr>
          <w:cantSplit/>
        </w:trPr>
        <w:tc>
          <w:tcPr>
            <w:tcW w:type="dxa" w:w="3138"/>
          </w:tcPr>
          <w:p>
            <w:pPr>
              <w:spacing w:after="0"/>
              <w:jc w:val="left"/>
            </w:pPr>
            <w:r>
              <w:rPr>
                <w:sz w:val="16"/>
              </w:rPr>
              <w:t>Tornado</w:t>
            </w:r>
          </w:p>
        </w:tc>
        <w:tc>
          <w:tcPr>
            <w:tcW w:type="dxa" w:w="10974"/>
          </w:tcPr>
          <w:p>
            <w:pPr>
              <w:spacing w:after="0"/>
              <w:jc w:val="left"/>
            </w:pPr>
            <w:r>
              <w:rPr>
                <w:sz w:val="16"/>
              </w:rPr>
              <w:t>tract 9402.01 (Very Low, 29.0); tract 9684.01 (Very Low, 27.0); tract 9683.01 (Very Low, 23.2)</w:t>
            </w:r>
          </w:p>
        </w:tc>
      </w:tr>
      <w:tr>
        <w:trPr>
          <w:cantSplit/>
        </w:trPr>
        <w:tc>
          <w:tcPr>
            <w:tcW w:type="dxa" w:w="3138"/>
          </w:tcPr>
          <w:p>
            <w:pPr>
              <w:spacing w:after="0"/>
              <w:jc w:val="left"/>
            </w:pPr>
            <w:r>
              <w:rPr>
                <w:sz w:val="16"/>
              </w:rPr>
              <w:t>Volcanic Activity</w:t>
            </w:r>
          </w:p>
        </w:tc>
        <w:tc>
          <w:tcPr>
            <w:tcW w:type="dxa" w:w="10974"/>
          </w:tcPr>
          <w:p>
            <w:pPr>
              <w:spacing w:after="0"/>
              <w:jc w:val="left"/>
            </w:pPr>
            <w:r>
              <w:rPr>
                <w:sz w:val="16"/>
              </w:rPr>
              <w:t>no tract has a National Risk Index rating for this hazard</w:t>
            </w:r>
          </w:p>
        </w:tc>
      </w:tr>
      <w:tr>
        <w:trPr>
          <w:cantSplit/>
        </w:trPr>
        <w:tc>
          <w:tcPr>
            <w:tcW w:type="dxa" w:w="3138"/>
          </w:tcPr>
          <w:p>
            <w:pPr>
              <w:spacing w:after="0"/>
              <w:jc w:val="left"/>
            </w:pPr>
            <w:r>
              <w:rPr>
                <w:sz w:val="16"/>
              </w:rPr>
              <w:t>Wildfire</w:t>
            </w:r>
          </w:p>
        </w:tc>
        <w:tc>
          <w:tcPr>
            <w:tcW w:type="dxa" w:w="10974"/>
          </w:tcPr>
          <w:p>
            <w:pPr>
              <w:spacing w:after="0"/>
              <w:jc w:val="left"/>
            </w:pPr>
            <w:r>
              <w:rPr>
                <w:sz w:val="16"/>
              </w:rPr>
              <w:t>tract 9402.01 (Relatively Moderate, 95.2); tract 9683.02 (Relatively Moderate, 92.2); tract 9682.01 (Relatively Moderate, 91.9)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9402.01 is Census Tract 9402.01).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3"/>
        <w:gridCol w:w="1939"/>
        <w:gridCol w:w="1853"/>
        <w:gridCol w:w="2053"/>
        <w:gridCol w:w="1622"/>
        <w:gridCol w:w="1686"/>
        <w:gridCol w:w="1599"/>
        <w:gridCol w:w="1546"/>
      </w:tblGrid>
      <w:tr>
        <w:trPr>
          <w:cantSplit/>
          <w:tblHeader/>
        </w:trPr>
        <w:tc>
          <w:tcPr>
            <w:tcW w:type="dxa" w:w="1813"/>
            <w:shd w:val="clear" w:color="auto" w:fill="E8E8E8"/>
          </w:tcPr>
          <w:p>
            <w:pPr>
              <w:spacing w:after="0"/>
              <w:jc w:val="left"/>
            </w:pPr>
            <w:r>
              <w:rPr>
                <w:b/>
                <w:sz w:val="16"/>
              </w:rPr>
              <w:t>Hazard</w:t>
            </w:r>
          </w:p>
        </w:tc>
        <w:tc>
          <w:tcPr>
            <w:tcW w:type="dxa" w:w="1939"/>
            <w:shd w:val="clear" w:color="auto" w:fill="E8E8E8"/>
          </w:tcPr>
          <w:p>
            <w:pPr>
              <w:spacing w:after="0"/>
              <w:jc w:val="left"/>
            </w:pPr>
            <w:r>
              <w:rPr>
                <w:b/>
                <w:sz w:val="16"/>
              </w:rPr>
              <w:t>Scale</w:t>
            </w:r>
          </w:p>
        </w:tc>
        <w:tc>
          <w:tcPr>
            <w:tcW w:type="dxa" w:w="185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53"/>
            <w:shd w:val="clear" w:color="auto" w:fill="E8E8E8"/>
          </w:tcPr>
          <w:p>
            <w:pPr>
              <w:spacing w:after="0"/>
              <w:jc w:val="left"/>
            </w:pPr>
            <w:r>
              <w:rPr>
                <w:b/>
                <w:sz w:val="16"/>
              </w:rPr>
              <w:t>Observed range</w:t>
            </w:r>
          </w:p>
        </w:tc>
        <w:tc>
          <w:tcPr>
            <w:tcW w:type="dxa" w:w="1622"/>
            <w:shd w:val="clear" w:color="auto" w:fill="E8E8E8"/>
          </w:tcPr>
          <w:p>
            <w:pPr>
              <w:spacing w:after="0"/>
              <w:jc w:val="left"/>
            </w:pPr>
            <w:r>
              <w:rPr>
                <w:b/>
                <w:sz w:val="16"/>
              </w:rPr>
              <w:t>Worst recorded event</w:t>
            </w:r>
          </w:p>
        </w:tc>
        <w:tc>
          <w:tcPr>
            <w:tcW w:type="dxa" w:w="1686"/>
            <w:shd w:val="clear" w:color="auto" w:fill="E8E8E8"/>
          </w:tcPr>
          <w:p>
            <w:pPr>
              <w:spacing w:after="0"/>
              <w:jc w:val="left"/>
            </w:pPr>
            <w:r>
              <w:rPr>
                <w:b/>
                <w:sz w:val="16"/>
              </w:rPr>
              <w:t>Most damaging (when different)</w:t>
            </w:r>
          </w:p>
        </w:tc>
        <w:tc>
          <w:tcPr>
            <w:tcW w:type="dxa" w:w="1599"/>
            <w:shd w:val="clear" w:color="auto" w:fill="E8E8E8"/>
          </w:tcPr>
          <w:p>
            <w:pPr>
              <w:spacing w:after="0"/>
              <w:jc w:val="left"/>
            </w:pPr>
            <w:r>
              <w:rPr>
                <w:b/>
                <w:sz w:val="16"/>
              </w:rPr>
              <w:t>How it applies to jurisdictions</w:t>
            </w:r>
          </w:p>
        </w:tc>
        <w:tc>
          <w:tcPr>
            <w:tcW w:type="dxa" w:w="1546"/>
            <w:shd w:val="clear" w:color="auto" w:fill="E8E8E8"/>
          </w:tcPr>
          <w:p>
            <w:pPr>
              <w:spacing w:after="0"/>
              <w:jc w:val="left"/>
            </w:pPr>
            <w:r>
              <w:rPr>
                <w:b/>
                <w:sz w:val="16"/>
              </w:rPr>
              <w:t>Note</w:t>
            </w:r>
          </w:p>
        </w:tc>
      </w:tr>
      <w:tr>
        <w:trPr>
          <w:cantSplit/>
        </w:trPr>
        <w:tc>
          <w:tcPr>
            <w:tcW w:type="dxa" w:w="1813"/>
          </w:tcPr>
          <w:p>
            <w:pPr>
              <w:spacing w:after="0"/>
              <w:jc w:val="left"/>
            </w:pPr>
            <w:r>
              <w:rPr>
                <w:sz w:val="16"/>
              </w:rPr>
              <w:t>Avalanche</w:t>
            </w:r>
          </w:p>
        </w:tc>
        <w:tc>
          <w:tcPr>
            <w:tcW w:type="dxa" w:w="1939"/>
          </w:tcPr>
          <w:p>
            <w:pPr>
              <w:spacing w:after="0"/>
              <w:jc w:val="left"/>
            </w:pPr>
            <w:r>
              <w:rPr>
                <w:sz w:val="16"/>
              </w:rPr>
              <w:t>none (count and damage only)</w:t>
            </w:r>
          </w:p>
        </w:tc>
        <w:tc>
          <w:tcPr>
            <w:tcW w:type="dxa" w:w="1853"/>
          </w:tcPr>
          <w:p>
            <w:pPr>
              <w:spacing w:after="0"/>
              <w:jc w:val="right"/>
            </w:pPr>
            <w:r>
              <w:rPr>
                <w:sz w:val="16"/>
              </w:rPr>
              <w:t>4 records, 2011 to 2024 (4 zone-level)</w:t>
            </w:r>
          </w:p>
        </w:tc>
        <w:tc>
          <w:tcPr>
            <w:tcW w:type="dxa" w:w="2053"/>
          </w:tcPr>
          <w:p>
            <w:pPr>
              <w:spacing w:after="0"/>
              <w:jc w:val="left"/>
            </w:pPr>
          </w:p>
        </w:tc>
        <w:tc>
          <w:tcPr>
            <w:tcW w:type="dxa" w:w="1622"/>
          </w:tcPr>
          <w:p>
            <w:pPr>
              <w:spacing w:after="0"/>
              <w:jc w:val="left"/>
            </w:pPr>
            <w:r>
              <w:rPr>
                <w:sz w:val="16"/>
              </w:rPr>
              <w:t>No damage reported in 4 records.</w:t>
            </w:r>
          </w:p>
        </w:tc>
        <w:tc>
          <w:tcPr>
            <w:tcW w:type="dxa" w:w="1686"/>
          </w:tcPr>
          <w:p>
            <w:pPr>
              <w:spacing w:after="0"/>
              <w:jc w:val="left"/>
            </w:pPr>
          </w:p>
        </w:tc>
        <w:tc>
          <w:tcPr>
            <w:tcW w:type="dxa" w:w="1599"/>
          </w:tcPr>
          <w:p>
            <w:pPr>
              <w:spacing w:after="0"/>
              <w:jc w:val="left"/>
            </w:pPr>
            <w:r>
              <w:rPr>
                <w:sz w:val="16"/>
              </w:rPr>
              <w:t>Countywide (zone-level records).</w:t>
            </w:r>
          </w:p>
        </w:tc>
        <w:tc>
          <w:tcPr>
            <w:tcW w:type="dxa" w:w="1546"/>
          </w:tcPr>
          <w:p>
            <w:pPr>
              <w:spacing w:after="0"/>
              <w:jc w:val="left"/>
            </w:pPr>
          </w:p>
        </w:tc>
      </w:tr>
      <w:tr>
        <w:trPr>
          <w:cantSplit/>
        </w:trPr>
        <w:tc>
          <w:tcPr>
            <w:tcW w:type="dxa" w:w="1813"/>
          </w:tcPr>
          <w:p>
            <w:pPr>
              <w:spacing w:after="0"/>
              <w:jc w:val="left"/>
            </w:pPr>
            <w:r>
              <w:rPr>
                <w:sz w:val="16"/>
              </w:rPr>
              <w:t>Cold/Wind Chill, Extreme Cold/Wind Chill</w:t>
            </w:r>
          </w:p>
        </w:tc>
        <w:tc>
          <w:tcPr>
            <w:tcW w:type="dxa" w:w="1939"/>
          </w:tcPr>
          <w:p>
            <w:pPr>
              <w:spacing w:after="0"/>
              <w:jc w:val="left"/>
            </w:pPr>
            <w:r>
              <w:rPr>
                <w:sz w:val="16"/>
              </w:rPr>
              <w:t>wind chill</w:t>
            </w:r>
          </w:p>
        </w:tc>
        <w:tc>
          <w:tcPr>
            <w:tcW w:type="dxa" w:w="1853"/>
          </w:tcPr>
          <w:p>
            <w:pPr>
              <w:spacing w:after="0"/>
              <w:jc w:val="right"/>
            </w:pPr>
            <w:r>
              <w:rPr>
                <w:sz w:val="16"/>
              </w:rPr>
              <w:t>9 records, 1998 to 2025 (9 zone-level)</w:t>
            </w:r>
          </w:p>
        </w:tc>
        <w:tc>
          <w:tcPr>
            <w:tcW w:type="dxa" w:w="2053"/>
          </w:tcPr>
          <w:p>
            <w:pPr>
              <w:spacing w:after="0"/>
              <w:jc w:val="left"/>
            </w:pPr>
            <w:r>
              <w:rPr>
                <w:sz w:val="16"/>
              </w:rPr>
              <w:t>2 days to 16 days (median 5 days); 4 with a recorded value</w:t>
            </w:r>
          </w:p>
        </w:tc>
        <w:tc>
          <w:tcPr>
            <w:tcW w:type="dxa" w:w="1622"/>
          </w:tcPr>
          <w:p>
            <w:pPr>
              <w:spacing w:after="0"/>
              <w:jc w:val="left"/>
            </w:pPr>
            <w:r>
              <w:rPr>
                <w:sz w:val="16"/>
              </w:rPr>
              <w:t>16 consecutive days, 2005-12-04 to 2005-12-19, zone-level</w:t>
            </w:r>
          </w:p>
        </w:tc>
        <w:tc>
          <w:tcPr>
            <w:tcW w:type="dxa" w:w="1686"/>
          </w:tcPr>
          <w:p>
            <w:pPr>
              <w:spacing w:after="0"/>
              <w:jc w:val="left"/>
            </w:pPr>
          </w:p>
        </w:tc>
        <w:tc>
          <w:tcPr>
            <w:tcW w:type="dxa" w:w="1599"/>
          </w:tcPr>
          <w:p>
            <w:pPr>
              <w:spacing w:after="0"/>
              <w:jc w:val="left"/>
            </w:pPr>
            <w:r>
              <w:rPr>
                <w:sz w:val="16"/>
              </w:rPr>
              <w:t>Countywide (zone-level records).</w:t>
            </w:r>
          </w:p>
        </w:tc>
        <w:tc>
          <w:tcPr>
            <w:tcW w:type="dxa" w:w="1546"/>
          </w:tcPr>
          <w:p>
            <w:pPr>
              <w:spacing w:after="0"/>
              <w:jc w:val="left"/>
            </w:pPr>
          </w:p>
        </w:tc>
      </w:tr>
      <w:tr>
        <w:trPr>
          <w:cantSplit/>
        </w:trPr>
        <w:tc>
          <w:tcPr>
            <w:tcW w:type="dxa" w:w="1813"/>
          </w:tcPr>
          <w:p>
            <w:pPr>
              <w:spacing w:after="0"/>
              <w:jc w:val="left"/>
            </w:pPr>
            <w:r>
              <w:rPr>
                <w:sz w:val="16"/>
              </w:rPr>
              <w:t>Frost/Freeze (outside NRI's Cold Wave definition)</w:t>
            </w:r>
          </w:p>
        </w:tc>
        <w:tc>
          <w:tcPr>
            <w:tcW w:type="dxa" w:w="1939"/>
          </w:tcPr>
          <w:p>
            <w:pPr>
              <w:spacing w:after="0"/>
              <w:jc w:val="left"/>
            </w:pPr>
            <w:r>
              <w:rPr>
                <w:sz w:val="16"/>
              </w:rPr>
              <w:t>crop damage</w:t>
            </w:r>
          </w:p>
        </w:tc>
        <w:tc>
          <w:tcPr>
            <w:tcW w:type="dxa" w:w="1853"/>
          </w:tcPr>
          <w:p>
            <w:pPr>
              <w:spacing w:after="0"/>
              <w:jc w:val="right"/>
            </w:pPr>
            <w:r>
              <w:rPr>
                <w:sz w:val="16"/>
              </w:rPr>
              <w:t>34 records, 2003 to 2025 (34 zone-level)</w:t>
            </w:r>
          </w:p>
        </w:tc>
        <w:tc>
          <w:tcPr>
            <w:tcW w:type="dxa" w:w="2053"/>
          </w:tcPr>
          <w:p>
            <w:pPr>
              <w:spacing w:after="0"/>
              <w:jc w:val="left"/>
            </w:pPr>
          </w:p>
        </w:tc>
        <w:tc>
          <w:tcPr>
            <w:tcW w:type="dxa" w:w="1622"/>
          </w:tcPr>
          <w:p>
            <w:pPr>
              <w:spacing w:after="0"/>
              <w:jc w:val="left"/>
            </w:pPr>
            <w:r>
              <w:rPr>
                <w:sz w:val="16"/>
              </w:rPr>
              <w:t>No crop damage reported in 34 records.</w:t>
            </w:r>
          </w:p>
        </w:tc>
        <w:tc>
          <w:tcPr>
            <w:tcW w:type="dxa" w:w="1686"/>
          </w:tcPr>
          <w:p>
            <w:pPr>
              <w:spacing w:after="0"/>
              <w:jc w:val="left"/>
            </w:pPr>
          </w:p>
        </w:tc>
        <w:tc>
          <w:tcPr>
            <w:tcW w:type="dxa" w:w="1599"/>
          </w:tcPr>
          <w:p>
            <w:pPr>
              <w:spacing w:after="0"/>
              <w:jc w:val="left"/>
            </w:pPr>
            <w:r>
              <w:rPr>
                <w:sz w:val="16"/>
              </w:rPr>
              <w:t>Countywide (zone-level records).</w:t>
            </w:r>
          </w:p>
        </w:tc>
        <w:tc>
          <w:tcPr>
            <w:tcW w:type="dxa" w:w="1546"/>
          </w:tcPr>
          <w:p>
            <w:pPr>
              <w:spacing w:after="0"/>
              <w:jc w:val="left"/>
            </w:pPr>
          </w:p>
        </w:tc>
      </w:tr>
      <w:tr>
        <w:trPr>
          <w:cantSplit/>
        </w:trPr>
        <w:tc>
          <w:tcPr>
            <w:tcW w:type="dxa" w:w="1813"/>
          </w:tcPr>
          <w:p>
            <w:pPr>
              <w:spacing w:after="0"/>
              <w:jc w:val="left"/>
            </w:pPr>
            <w:r>
              <w:rPr>
                <w:sz w:val="16"/>
              </w:rPr>
              <w:t>Drought</w:t>
            </w:r>
          </w:p>
        </w:tc>
        <w:tc>
          <w:tcPr>
            <w:tcW w:type="dxa" w:w="1939"/>
          </w:tcPr>
          <w:p>
            <w:pPr>
              <w:spacing w:after="0"/>
              <w:jc w:val="left"/>
            </w:pPr>
            <w:r>
              <w:rPr>
                <w:sz w:val="16"/>
              </w:rPr>
              <w:t>U.S. Drought Monitor scale (D0 to D4)</w:t>
            </w:r>
          </w:p>
        </w:tc>
        <w:tc>
          <w:tcPr>
            <w:tcW w:type="dxa" w:w="1853"/>
          </w:tcPr>
          <w:p>
            <w:pPr>
              <w:spacing w:after="0"/>
              <w:jc w:val="right"/>
            </w:pPr>
            <w:r>
              <w:rPr>
                <w:sz w:val="16"/>
              </w:rPr>
              <w:t>157 records, 2002 to 2026 (157 zone-level)</w:t>
            </w:r>
          </w:p>
        </w:tc>
        <w:tc>
          <w:tcPr>
            <w:tcW w:type="dxa" w:w="2053"/>
          </w:tcPr>
          <w:p>
            <w:pPr>
              <w:spacing w:after="0"/>
              <w:jc w:val="left"/>
            </w:pPr>
            <w:r>
              <w:rPr>
                <w:sz w:val="16"/>
              </w:rPr>
              <w:t>7 days to 1,493 days (median 162 days); 17 with a recorded value</w:t>
            </w:r>
          </w:p>
        </w:tc>
        <w:tc>
          <w:tcPr>
            <w:tcW w:type="dxa" w:w="1622"/>
          </w:tcPr>
          <w:p>
            <w:pPr>
              <w:spacing w:after="0"/>
              <w:jc w:val="left"/>
            </w:pPr>
            <w:r>
              <w:rPr>
                <w:sz w:val="16"/>
              </w:rPr>
              <w:t>1493 days (about 49.0 months), 2002-05-01 to 2006-06-01, a run of 50 consecutive Storm Events drought records, zone-level</w:t>
            </w:r>
          </w:p>
        </w:tc>
        <w:tc>
          <w:tcPr>
            <w:tcW w:type="dxa" w:w="1686"/>
          </w:tcPr>
          <w:p>
            <w:pPr>
              <w:spacing w:after="0"/>
              <w:jc w:val="left"/>
            </w:pPr>
          </w:p>
        </w:tc>
        <w:tc>
          <w:tcPr>
            <w:tcW w:type="dxa" w:w="1599"/>
          </w:tcPr>
          <w:p>
            <w:pPr>
              <w:spacing w:after="0"/>
              <w:jc w:val="left"/>
            </w:pPr>
            <w:r>
              <w:rPr>
                <w:sz w:val="16"/>
              </w:rPr>
              <w:t>Countywide (zone-level records).</w:t>
            </w:r>
          </w:p>
        </w:tc>
        <w:tc>
          <w:tcPr>
            <w:tcW w:type="dxa" w:w="154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3"/>
          </w:tcPr>
          <w:p>
            <w:pPr>
              <w:spacing w:after="0"/>
              <w:jc w:val="left"/>
            </w:pPr>
            <w:r>
              <w:rPr>
                <w:sz w:val="16"/>
              </w:rPr>
              <w:t>Earthquake</w:t>
            </w:r>
          </w:p>
        </w:tc>
        <w:tc>
          <w:tcPr>
            <w:tcW w:type="dxa" w:w="1939"/>
          </w:tcPr>
          <w:p>
            <w:pPr>
              <w:spacing w:after="0"/>
              <w:jc w:val="left"/>
            </w:pPr>
            <w:r>
              <w:rPr>
                <w:sz w:val="16"/>
              </w:rPr>
              <w:t>Modified Mercalli (local data)</w:t>
            </w:r>
          </w:p>
        </w:tc>
        <w:tc>
          <w:tcPr>
            <w:tcW w:type="dxa" w:w="1853"/>
          </w:tcPr>
          <w:p>
            <w:pPr>
              <w:spacing w:after="0"/>
              <w:jc w:val="right"/>
            </w:pPr>
            <w:r>
              <w:rPr>
                <w:sz w:val="16"/>
              </w:rPr>
              <w:t>0</w:t>
            </w:r>
          </w:p>
        </w:tc>
        <w:tc>
          <w:tcPr>
            <w:tcW w:type="dxa" w:w="2053"/>
          </w:tcPr>
          <w:p>
            <w:pPr>
              <w:spacing w:after="0"/>
              <w:jc w:val="left"/>
            </w:pPr>
          </w:p>
        </w:tc>
        <w:tc>
          <w:tcPr>
            <w:tcW w:type="dxa" w:w="1622"/>
          </w:tcPr>
          <w:p>
            <w:pPr>
              <w:spacing w:after="0"/>
              <w:jc w:val="left"/>
            </w:pPr>
          </w:p>
        </w:tc>
        <w:tc>
          <w:tcPr>
            <w:tcW w:type="dxa" w:w="1686"/>
          </w:tcPr>
          <w:p>
            <w:pPr>
              <w:spacing w:after="0"/>
              <w:jc w:val="left"/>
            </w:pPr>
          </w:p>
        </w:tc>
        <w:tc>
          <w:tcPr>
            <w:tcW w:type="dxa" w:w="1599"/>
          </w:tcPr>
          <w:p>
            <w:pPr>
              <w:spacing w:after="0"/>
              <w:jc w:val="left"/>
            </w:pPr>
          </w:p>
        </w:tc>
        <w:tc>
          <w:tcPr>
            <w:tcW w:type="dxa" w:w="1546"/>
          </w:tcPr>
          <w:p>
            <w:pPr>
              <w:spacing w:after="0"/>
              <w:jc w:val="left"/>
            </w:pPr>
            <w:r>
              <w:rPr>
                <w:sz w:val="16"/>
              </w:rPr>
              <w:t>Storm Events does not record earthquakes; the USGS earthquake catalog is the source.</w:t>
            </w:r>
          </w:p>
        </w:tc>
      </w:tr>
      <w:tr>
        <w:trPr>
          <w:cantSplit/>
        </w:trPr>
        <w:tc>
          <w:tcPr>
            <w:tcW w:type="dxa" w:w="1813"/>
          </w:tcPr>
          <w:p>
            <w:pPr>
              <w:spacing w:after="0"/>
              <w:jc w:val="left"/>
            </w:pPr>
            <w:r>
              <w:rPr>
                <w:sz w:val="16"/>
              </w:rPr>
              <w:t>Hail</w:t>
            </w:r>
          </w:p>
        </w:tc>
        <w:tc>
          <w:tcPr>
            <w:tcW w:type="dxa" w:w="1939"/>
          </w:tcPr>
          <w:p>
            <w:pPr>
              <w:spacing w:after="0"/>
              <w:jc w:val="left"/>
            </w:pPr>
            <w:r>
              <w:rPr>
                <w:sz w:val="16"/>
              </w:rPr>
              <w:t>hail size (inches)</w:t>
            </w:r>
          </w:p>
        </w:tc>
        <w:tc>
          <w:tcPr>
            <w:tcW w:type="dxa" w:w="1853"/>
          </w:tcPr>
          <w:p>
            <w:pPr>
              <w:spacing w:after="0"/>
              <w:jc w:val="right"/>
            </w:pPr>
            <w:r>
              <w:rPr>
                <w:sz w:val="16"/>
              </w:rPr>
              <w:t>37 records, 1959 to 2025</w:t>
            </w:r>
          </w:p>
        </w:tc>
        <w:tc>
          <w:tcPr>
            <w:tcW w:type="dxa" w:w="2053"/>
          </w:tcPr>
          <w:p>
            <w:pPr>
              <w:spacing w:after="0"/>
              <w:jc w:val="left"/>
            </w:pPr>
            <w:r>
              <w:rPr>
                <w:sz w:val="16"/>
              </w:rPr>
              <w:t>0.75 in to 1.75 in (median 1 in); 37 with a recorded value</w:t>
            </w:r>
          </w:p>
        </w:tc>
        <w:tc>
          <w:tcPr>
            <w:tcW w:type="dxa" w:w="1622"/>
          </w:tcPr>
          <w:p>
            <w:pPr>
              <w:spacing w:after="0"/>
              <w:jc w:val="left"/>
            </w:pPr>
            <w:r>
              <w:rPr>
                <w:sz w:val="16"/>
              </w:rPr>
              <w:t>1.75 in hail, 2013-09-17; same size also recorded on 1983-09-03, 1999-09-03, 2009-06-21, 2009-08-06</w:t>
            </w:r>
          </w:p>
        </w:tc>
        <w:tc>
          <w:tcPr>
            <w:tcW w:type="dxa" w:w="1686"/>
          </w:tcPr>
          <w:p>
            <w:pPr>
              <w:spacing w:after="0"/>
              <w:jc w:val="left"/>
            </w:pPr>
            <w:r>
              <w:rPr>
                <w:sz w:val="16"/>
              </w:rPr>
              <w:t>Hail, 2009-08-06, $100,000 property; $40,000 crops (2009 dollars)</w:t>
            </w:r>
          </w:p>
        </w:tc>
        <w:tc>
          <w:tcPr>
            <w:tcW w:type="dxa" w:w="1599"/>
          </w:tcPr>
          <w:p>
            <w:pPr>
              <w:spacing w:after="0"/>
              <w:jc w:val="left"/>
            </w:pPr>
            <w:r>
              <w:rPr>
                <w:sz w:val="16"/>
              </w:rPr>
              <w:t>Event records naming jurisdictions in the plan: Vernal city (11 records), Naples city (3 records).</w:t>
            </w:r>
          </w:p>
        </w:tc>
        <w:tc>
          <w:tcPr>
            <w:tcW w:type="dxa" w:w="1546"/>
          </w:tcPr>
          <w:p>
            <w:pPr>
              <w:spacing w:after="0"/>
              <w:jc w:val="left"/>
            </w:pPr>
          </w:p>
        </w:tc>
      </w:tr>
      <w:tr>
        <w:trPr>
          <w:cantSplit/>
        </w:trPr>
        <w:tc>
          <w:tcPr>
            <w:tcW w:type="dxa" w:w="1813"/>
          </w:tcPr>
          <w:p>
            <w:pPr>
              <w:spacing w:after="0"/>
              <w:jc w:val="left"/>
            </w:pPr>
            <w:r>
              <w:rPr>
                <w:sz w:val="16"/>
              </w:rPr>
              <w:t>Excessive Heat, Heat</w:t>
            </w:r>
          </w:p>
        </w:tc>
        <w:tc>
          <w:tcPr>
            <w:tcW w:type="dxa" w:w="1939"/>
          </w:tcPr>
          <w:p>
            <w:pPr>
              <w:spacing w:after="0"/>
              <w:jc w:val="left"/>
            </w:pPr>
            <w:r>
              <w:rPr>
                <w:sz w:val="16"/>
              </w:rPr>
              <w:t>heat index (in event narratives)</w:t>
            </w:r>
          </w:p>
        </w:tc>
        <w:tc>
          <w:tcPr>
            <w:tcW w:type="dxa" w:w="1853"/>
          </w:tcPr>
          <w:p>
            <w:pPr>
              <w:spacing w:after="0"/>
              <w:jc w:val="right"/>
            </w:pPr>
            <w:r>
              <w:rPr>
                <w:sz w:val="16"/>
              </w:rPr>
              <w:t>1 record, 2021 (1 zone-level)</w:t>
            </w:r>
          </w:p>
        </w:tc>
        <w:tc>
          <w:tcPr>
            <w:tcW w:type="dxa" w:w="2053"/>
          </w:tcPr>
          <w:p>
            <w:pPr>
              <w:spacing w:after="0"/>
              <w:jc w:val="left"/>
            </w:pPr>
            <w:r>
              <w:rPr>
                <w:sz w:val="16"/>
              </w:rPr>
              <w:t>5 days; 1 with a recorded value</w:t>
            </w:r>
          </w:p>
        </w:tc>
        <w:tc>
          <w:tcPr>
            <w:tcW w:type="dxa" w:w="1622"/>
          </w:tcPr>
          <w:p>
            <w:pPr>
              <w:spacing w:after="0"/>
              <w:jc w:val="left"/>
            </w:pPr>
            <w:r>
              <w:rPr>
                <w:sz w:val="16"/>
              </w:rPr>
              <w:t>5 consecutive days, 2021-06-14 to 2021-06-18, zone-level</w:t>
            </w:r>
          </w:p>
        </w:tc>
        <w:tc>
          <w:tcPr>
            <w:tcW w:type="dxa" w:w="1686"/>
          </w:tcPr>
          <w:p>
            <w:pPr>
              <w:spacing w:after="0"/>
              <w:jc w:val="left"/>
            </w:pPr>
          </w:p>
        </w:tc>
        <w:tc>
          <w:tcPr>
            <w:tcW w:type="dxa" w:w="1599"/>
          </w:tcPr>
          <w:p>
            <w:pPr>
              <w:spacing w:after="0"/>
              <w:jc w:val="left"/>
            </w:pPr>
            <w:r>
              <w:rPr>
                <w:sz w:val="16"/>
              </w:rPr>
              <w:t>Countywide (zone-level records).</w:t>
            </w:r>
          </w:p>
        </w:tc>
        <w:tc>
          <w:tcPr>
            <w:tcW w:type="dxa" w:w="1546"/>
          </w:tcPr>
          <w:p>
            <w:pPr>
              <w:spacing w:after="0"/>
              <w:jc w:val="left"/>
            </w:pPr>
          </w:p>
        </w:tc>
      </w:tr>
      <w:tr>
        <w:trPr>
          <w:cantSplit/>
        </w:trPr>
        <w:tc>
          <w:tcPr>
            <w:tcW w:type="dxa" w:w="1813"/>
          </w:tcPr>
          <w:p>
            <w:pPr>
              <w:spacing w:after="0"/>
              <w:jc w:val="left"/>
            </w:pPr>
            <w:r>
              <w:rPr>
                <w:sz w:val="16"/>
              </w:rPr>
              <w:t>Hurricane, Tropical Storm, Tropical Depression</w:t>
            </w:r>
          </w:p>
        </w:tc>
        <w:tc>
          <w:tcPr>
            <w:tcW w:type="dxa" w:w="1939"/>
          </w:tcPr>
          <w:p>
            <w:pPr>
              <w:spacing w:after="0"/>
              <w:jc w:val="left"/>
            </w:pPr>
            <w:r>
              <w:rPr>
                <w:sz w:val="16"/>
              </w:rPr>
              <w:t>Saffir-Simpson</w:t>
            </w:r>
          </w:p>
        </w:tc>
        <w:tc>
          <w:tcPr>
            <w:tcW w:type="dxa" w:w="1853"/>
          </w:tcPr>
          <w:p>
            <w:pPr>
              <w:spacing w:after="0"/>
              <w:jc w:val="right"/>
            </w:pPr>
            <w:r>
              <w:rPr>
                <w:sz w:val="16"/>
              </w:rPr>
              <w:t>0</w:t>
            </w:r>
          </w:p>
        </w:tc>
        <w:tc>
          <w:tcPr>
            <w:tcW w:type="dxa" w:w="2053"/>
          </w:tcPr>
          <w:p>
            <w:pPr>
              <w:spacing w:after="0"/>
              <w:jc w:val="left"/>
            </w:pPr>
          </w:p>
        </w:tc>
        <w:tc>
          <w:tcPr>
            <w:tcW w:type="dxa" w:w="1622"/>
          </w:tcPr>
          <w:p>
            <w:pPr>
              <w:spacing w:after="0"/>
              <w:jc w:val="left"/>
            </w:pPr>
          </w:p>
        </w:tc>
        <w:tc>
          <w:tcPr>
            <w:tcW w:type="dxa" w:w="1686"/>
          </w:tcPr>
          <w:p>
            <w:pPr>
              <w:spacing w:after="0"/>
              <w:jc w:val="left"/>
            </w:pPr>
          </w:p>
        </w:tc>
        <w:tc>
          <w:tcPr>
            <w:tcW w:type="dxa" w:w="1599"/>
          </w:tcPr>
          <w:p>
            <w:pPr>
              <w:spacing w:after="0"/>
              <w:jc w:val="left"/>
            </w:pPr>
          </w:p>
        </w:tc>
        <w:tc>
          <w:tcPr>
            <w:tcW w:type="dxa" w:w="154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3"/>
          </w:tcPr>
          <w:p>
            <w:pPr>
              <w:spacing w:after="0"/>
              <w:jc w:val="left"/>
            </w:pPr>
            <w:r>
              <w:rPr>
                <w:sz w:val="16"/>
              </w:rPr>
              <w:t>Ice Storm</w:t>
            </w:r>
          </w:p>
        </w:tc>
        <w:tc>
          <w:tcPr>
            <w:tcW w:type="dxa" w:w="1939"/>
          </w:tcPr>
          <w:p>
            <w:pPr>
              <w:spacing w:after="0"/>
              <w:jc w:val="left"/>
            </w:pPr>
            <w:r>
              <w:rPr>
                <w:sz w:val="16"/>
              </w:rPr>
              <w:t>Sperry-Piltz ice scale (local data)</w:t>
            </w:r>
          </w:p>
        </w:tc>
        <w:tc>
          <w:tcPr>
            <w:tcW w:type="dxa" w:w="1853"/>
          </w:tcPr>
          <w:p>
            <w:pPr>
              <w:spacing w:after="0"/>
              <w:jc w:val="right"/>
            </w:pPr>
            <w:r>
              <w:rPr>
                <w:sz w:val="16"/>
              </w:rPr>
              <w:t>0</w:t>
            </w:r>
          </w:p>
        </w:tc>
        <w:tc>
          <w:tcPr>
            <w:tcW w:type="dxa" w:w="2053"/>
          </w:tcPr>
          <w:p>
            <w:pPr>
              <w:spacing w:after="0"/>
              <w:jc w:val="left"/>
            </w:pPr>
          </w:p>
        </w:tc>
        <w:tc>
          <w:tcPr>
            <w:tcW w:type="dxa" w:w="1622"/>
          </w:tcPr>
          <w:p>
            <w:pPr>
              <w:spacing w:after="0"/>
              <w:jc w:val="left"/>
            </w:pPr>
          </w:p>
        </w:tc>
        <w:tc>
          <w:tcPr>
            <w:tcW w:type="dxa" w:w="1686"/>
          </w:tcPr>
          <w:p>
            <w:pPr>
              <w:spacing w:after="0"/>
              <w:jc w:val="left"/>
            </w:pPr>
          </w:p>
        </w:tc>
        <w:tc>
          <w:tcPr>
            <w:tcW w:type="dxa" w:w="1599"/>
          </w:tcPr>
          <w:p>
            <w:pPr>
              <w:spacing w:after="0"/>
              <w:jc w:val="left"/>
            </w:pPr>
          </w:p>
        </w:tc>
        <w:tc>
          <w:tcPr>
            <w:tcW w:type="dxa" w:w="1546"/>
          </w:tcPr>
          <w:p>
            <w:pPr>
              <w:spacing w:after="0"/>
              <w:jc w:val="left"/>
            </w:pPr>
          </w:p>
        </w:tc>
      </w:tr>
      <w:tr>
        <w:trPr>
          <w:cantSplit/>
        </w:trPr>
        <w:tc>
          <w:tcPr>
            <w:tcW w:type="dxa" w:w="1813"/>
          </w:tcPr>
          <w:p>
            <w:pPr>
              <w:spacing w:after="0"/>
              <w:jc w:val="left"/>
            </w:pPr>
            <w:r>
              <w:rPr>
                <w:sz w:val="16"/>
              </w:rPr>
              <w:t>Flash Flood, Flood, Lakeshore Flood</w:t>
            </w:r>
          </w:p>
        </w:tc>
        <w:tc>
          <w:tcPr>
            <w:tcW w:type="dxa" w:w="1939"/>
          </w:tcPr>
          <w:p>
            <w:pPr>
              <w:spacing w:after="0"/>
              <w:jc w:val="left"/>
            </w:pPr>
            <w:r>
              <w:rPr>
                <w:sz w:val="16"/>
              </w:rPr>
              <w:t>damage and flood days (flood depth: FIRM)</w:t>
            </w:r>
          </w:p>
        </w:tc>
        <w:tc>
          <w:tcPr>
            <w:tcW w:type="dxa" w:w="1853"/>
          </w:tcPr>
          <w:p>
            <w:pPr>
              <w:spacing w:after="0"/>
              <w:jc w:val="right"/>
            </w:pPr>
            <w:r>
              <w:rPr>
                <w:sz w:val="16"/>
              </w:rPr>
              <w:t>20 records, 1997 to 2021 (5 zone-level)</w:t>
            </w:r>
          </w:p>
        </w:tc>
        <w:tc>
          <w:tcPr>
            <w:tcW w:type="dxa" w:w="2053"/>
          </w:tcPr>
          <w:p>
            <w:pPr>
              <w:spacing w:after="0"/>
              <w:jc w:val="left"/>
            </w:pPr>
          </w:p>
        </w:tc>
        <w:tc>
          <w:tcPr>
            <w:tcW w:type="dxa" w:w="1622"/>
          </w:tcPr>
          <w:p>
            <w:pPr>
              <w:spacing w:after="0"/>
              <w:jc w:val="left"/>
            </w:pPr>
            <w:r>
              <w:rPr>
                <w:sz w:val="16"/>
              </w:rPr>
              <w:t>Flash Flood, 2008-08-07, $100,000 property; $0 crops (2008 dollars)</w:t>
            </w:r>
          </w:p>
        </w:tc>
        <w:tc>
          <w:tcPr>
            <w:tcW w:type="dxa" w:w="1686"/>
          </w:tcPr>
          <w:p>
            <w:pPr>
              <w:spacing w:after="0"/>
              <w:jc w:val="left"/>
            </w:pPr>
          </w:p>
        </w:tc>
        <w:tc>
          <w:tcPr>
            <w:tcW w:type="dxa" w:w="1599"/>
          </w:tcPr>
          <w:p>
            <w:pPr>
              <w:spacing w:after="0"/>
              <w:jc w:val="left"/>
            </w:pPr>
            <w:r>
              <w:rPr>
                <w:sz w:val="16"/>
              </w:rPr>
              <w:t>Event records naming jurisdictions in the plan: Vernal city (4 records), Ballard town (1 record), Naples city (1 record). Zone-level records (5) apply countywide.</w:t>
            </w:r>
          </w:p>
        </w:tc>
        <w:tc>
          <w:tcPr>
            <w:tcW w:type="dxa" w:w="154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3"/>
          </w:tcPr>
          <w:p>
            <w:pPr>
              <w:spacing w:after="0"/>
              <w:jc w:val="left"/>
            </w:pPr>
            <w:r>
              <w:rPr>
                <w:sz w:val="16"/>
              </w:rPr>
              <w:t>Debris Flow</w:t>
            </w:r>
          </w:p>
        </w:tc>
        <w:tc>
          <w:tcPr>
            <w:tcW w:type="dxa" w:w="1939"/>
          </w:tcPr>
          <w:p>
            <w:pPr>
              <w:spacing w:after="0"/>
              <w:jc w:val="left"/>
            </w:pPr>
            <w:r>
              <w:rPr>
                <w:sz w:val="16"/>
              </w:rPr>
              <w:t>none (count and damage only)</w:t>
            </w:r>
          </w:p>
        </w:tc>
        <w:tc>
          <w:tcPr>
            <w:tcW w:type="dxa" w:w="1853"/>
          </w:tcPr>
          <w:p>
            <w:pPr>
              <w:spacing w:after="0"/>
              <w:jc w:val="right"/>
            </w:pPr>
            <w:r>
              <w:rPr>
                <w:sz w:val="16"/>
              </w:rPr>
              <w:t>1 record, 2005 (1 zone-level)</w:t>
            </w:r>
          </w:p>
        </w:tc>
        <w:tc>
          <w:tcPr>
            <w:tcW w:type="dxa" w:w="2053"/>
          </w:tcPr>
          <w:p>
            <w:pPr>
              <w:spacing w:after="0"/>
              <w:jc w:val="left"/>
            </w:pPr>
          </w:p>
        </w:tc>
        <w:tc>
          <w:tcPr>
            <w:tcW w:type="dxa" w:w="1622"/>
          </w:tcPr>
          <w:p>
            <w:pPr>
              <w:spacing w:after="0"/>
              <w:jc w:val="left"/>
            </w:pPr>
            <w:r>
              <w:rPr>
                <w:sz w:val="16"/>
              </w:rPr>
              <w:t>Debris Flow, 2005-08-09, $500 property; crops not reported (2005 dollars); NWS zone UTZ023</w:t>
            </w:r>
          </w:p>
        </w:tc>
        <w:tc>
          <w:tcPr>
            <w:tcW w:type="dxa" w:w="1686"/>
          </w:tcPr>
          <w:p>
            <w:pPr>
              <w:spacing w:after="0"/>
              <w:jc w:val="left"/>
            </w:pPr>
          </w:p>
        </w:tc>
        <w:tc>
          <w:tcPr>
            <w:tcW w:type="dxa" w:w="1599"/>
          </w:tcPr>
          <w:p>
            <w:pPr>
              <w:spacing w:after="0"/>
              <w:jc w:val="left"/>
            </w:pPr>
            <w:r>
              <w:rPr>
                <w:sz w:val="16"/>
              </w:rPr>
              <w:t>Countywide (zone-level records).</w:t>
            </w:r>
          </w:p>
        </w:tc>
        <w:tc>
          <w:tcPr>
            <w:tcW w:type="dxa" w:w="1546"/>
          </w:tcPr>
          <w:p>
            <w:pPr>
              <w:spacing w:after="0"/>
              <w:jc w:val="left"/>
            </w:pPr>
          </w:p>
        </w:tc>
      </w:tr>
      <w:tr>
        <w:trPr>
          <w:cantSplit/>
        </w:trPr>
        <w:tc>
          <w:tcPr>
            <w:tcW w:type="dxa" w:w="1813"/>
          </w:tcPr>
          <w:p>
            <w:pPr>
              <w:spacing w:after="0"/>
              <w:jc w:val="left"/>
            </w:pPr>
            <w:r>
              <w:rPr>
                <w:sz w:val="16"/>
              </w:rPr>
              <w:t>Lightning</w:t>
            </w:r>
          </w:p>
        </w:tc>
        <w:tc>
          <w:tcPr>
            <w:tcW w:type="dxa" w:w="1939"/>
          </w:tcPr>
          <w:p>
            <w:pPr>
              <w:spacing w:after="0"/>
              <w:jc w:val="left"/>
            </w:pPr>
            <w:r>
              <w:rPr>
                <w:sz w:val="16"/>
              </w:rPr>
              <w:t>annualized frequency (the measure FEMA's Local Mitigation Planning Handbook names)</w:t>
            </w:r>
          </w:p>
        </w:tc>
        <w:tc>
          <w:tcPr>
            <w:tcW w:type="dxa" w:w="1853"/>
          </w:tcPr>
          <w:p>
            <w:pPr>
              <w:spacing w:after="0"/>
              <w:jc w:val="right"/>
            </w:pPr>
            <w:r>
              <w:rPr>
                <w:sz w:val="16"/>
              </w:rPr>
              <w:t>2 records, 2000 to 2005</w:t>
            </w:r>
          </w:p>
        </w:tc>
        <w:tc>
          <w:tcPr>
            <w:tcW w:type="dxa" w:w="2053"/>
          </w:tcPr>
          <w:p>
            <w:pPr>
              <w:spacing w:after="0"/>
              <w:jc w:val="left"/>
            </w:pPr>
          </w:p>
        </w:tc>
        <w:tc>
          <w:tcPr>
            <w:tcW w:type="dxa" w:w="1622"/>
          </w:tcPr>
          <w:p>
            <w:pPr>
              <w:spacing w:after="0"/>
              <w:jc w:val="left"/>
            </w:pPr>
            <w:r>
              <w:rPr>
                <w:sz w:val="16"/>
              </w:rPr>
              <w:t>Lightning, 2000-05-29, $10,000 property; crops not reported (2000 dollars)</w:t>
            </w:r>
          </w:p>
        </w:tc>
        <w:tc>
          <w:tcPr>
            <w:tcW w:type="dxa" w:w="1686"/>
          </w:tcPr>
          <w:p>
            <w:pPr>
              <w:spacing w:after="0"/>
              <w:jc w:val="left"/>
            </w:pPr>
          </w:p>
        </w:tc>
        <w:tc>
          <w:tcPr>
            <w:tcW w:type="dxa" w:w="1599"/>
          </w:tcPr>
          <w:p>
            <w:pPr>
              <w:spacing w:after="0"/>
              <w:jc w:val="left"/>
            </w:pPr>
            <w:r>
              <w:rPr>
                <w:sz w:val="16"/>
              </w:rPr>
              <w:t>Event records naming jurisdictions in the plan: Ballard town (2 records).</w:t>
            </w:r>
          </w:p>
        </w:tc>
        <w:tc>
          <w:tcPr>
            <w:tcW w:type="dxa" w:w="1546"/>
          </w:tcPr>
          <w:p>
            <w:pPr>
              <w:spacing w:after="0"/>
              <w:jc w:val="left"/>
            </w:pPr>
            <w:r>
              <w:rPr>
                <w:sz w:val="16"/>
              </w:rPr>
              <w:t>Storm Events lists lightning with damage or casualties.</w:t>
            </w:r>
          </w:p>
        </w:tc>
      </w:tr>
      <w:tr>
        <w:trPr>
          <w:cantSplit/>
        </w:trPr>
        <w:tc>
          <w:tcPr>
            <w:tcW w:type="dxa" w:w="1813"/>
          </w:tcPr>
          <w:p>
            <w:pPr>
              <w:spacing w:after="0"/>
              <w:jc w:val="left"/>
            </w:pPr>
            <w:r>
              <w:rPr>
                <w:sz w:val="16"/>
              </w:rPr>
              <w:t>High Wind and Strong Wind (outside NRI's Strong Wind definition)</w:t>
            </w:r>
          </w:p>
        </w:tc>
        <w:tc>
          <w:tcPr>
            <w:tcW w:type="dxa" w:w="1939"/>
          </w:tcPr>
          <w:p>
            <w:pPr>
              <w:spacing w:after="0"/>
              <w:jc w:val="left"/>
            </w:pPr>
            <w:r>
              <w:rPr>
                <w:sz w:val="16"/>
              </w:rPr>
              <w:t>wind speed (kt and mph)</w:t>
            </w:r>
          </w:p>
        </w:tc>
        <w:tc>
          <w:tcPr>
            <w:tcW w:type="dxa" w:w="1853"/>
          </w:tcPr>
          <w:p>
            <w:pPr>
              <w:spacing w:after="0"/>
              <w:jc w:val="right"/>
            </w:pPr>
            <w:r>
              <w:rPr>
                <w:sz w:val="16"/>
              </w:rPr>
              <w:t>37 records, 1997 to 2026 (37 zone-level)</w:t>
            </w:r>
          </w:p>
        </w:tc>
        <w:tc>
          <w:tcPr>
            <w:tcW w:type="dxa" w:w="2053"/>
          </w:tcPr>
          <w:p>
            <w:pPr>
              <w:spacing w:after="0"/>
              <w:jc w:val="left"/>
            </w:pPr>
            <w:r>
              <w:rPr>
                <w:sz w:val="16"/>
              </w:rPr>
              <w:t>48 kt (55 mph) to 70 kt (81 mph) (median 56 kt (64 mph)); 36 with a recorded value</w:t>
            </w:r>
          </w:p>
        </w:tc>
        <w:tc>
          <w:tcPr>
            <w:tcW w:type="dxa" w:w="1622"/>
          </w:tcPr>
          <w:p>
            <w:pPr>
              <w:spacing w:after="0"/>
              <w:jc w:val="left"/>
            </w:pPr>
            <w:r>
              <w:rPr>
                <w:sz w:val="16"/>
              </w:rPr>
              <w:t>70 kt (81 mph) measured, High Wind, 2002-04-15; NWS zone UTZ025</w:t>
            </w:r>
          </w:p>
        </w:tc>
        <w:tc>
          <w:tcPr>
            <w:tcW w:type="dxa" w:w="1686"/>
          </w:tcPr>
          <w:p>
            <w:pPr>
              <w:spacing w:after="0"/>
              <w:jc w:val="left"/>
            </w:pPr>
            <w:r>
              <w:rPr>
                <w:sz w:val="16"/>
              </w:rPr>
              <w:t>High Wind, 1997-10-10, $30,000 property; crops not reported (zone total, 1997 dollars)</w:t>
            </w:r>
          </w:p>
        </w:tc>
        <w:tc>
          <w:tcPr>
            <w:tcW w:type="dxa" w:w="1599"/>
          </w:tcPr>
          <w:p>
            <w:pPr>
              <w:spacing w:after="0"/>
              <w:jc w:val="left"/>
            </w:pPr>
            <w:r>
              <w:rPr>
                <w:sz w:val="16"/>
              </w:rPr>
              <w:t>Countywide (zone-level records).</w:t>
            </w:r>
          </w:p>
        </w:tc>
        <w:tc>
          <w:tcPr>
            <w:tcW w:type="dxa" w:w="1546"/>
          </w:tcPr>
          <w:p>
            <w:pPr>
              <w:spacing w:after="0"/>
              <w:jc w:val="left"/>
            </w:pPr>
          </w:p>
        </w:tc>
      </w:tr>
      <w:tr>
        <w:trPr>
          <w:cantSplit/>
        </w:trPr>
        <w:tc>
          <w:tcPr>
            <w:tcW w:type="dxa" w:w="1813"/>
          </w:tcPr>
          <w:p>
            <w:pPr>
              <w:spacing w:after="0"/>
              <w:jc w:val="left"/>
            </w:pPr>
            <w:r>
              <w:rPr>
                <w:sz w:val="16"/>
              </w:rPr>
              <w:t>Thunderstorm Wind</w:t>
            </w:r>
          </w:p>
        </w:tc>
        <w:tc>
          <w:tcPr>
            <w:tcW w:type="dxa" w:w="1939"/>
          </w:tcPr>
          <w:p>
            <w:pPr>
              <w:spacing w:after="0"/>
              <w:jc w:val="left"/>
            </w:pPr>
            <w:r>
              <w:rPr>
                <w:sz w:val="16"/>
              </w:rPr>
              <w:t>wind speed (kt and mph)</w:t>
            </w:r>
          </w:p>
        </w:tc>
        <w:tc>
          <w:tcPr>
            <w:tcW w:type="dxa" w:w="1853"/>
          </w:tcPr>
          <w:p>
            <w:pPr>
              <w:spacing w:after="0"/>
              <w:jc w:val="right"/>
            </w:pPr>
            <w:r>
              <w:rPr>
                <w:sz w:val="16"/>
              </w:rPr>
              <w:t>34 records, 1965 to 2025</w:t>
            </w:r>
          </w:p>
        </w:tc>
        <w:tc>
          <w:tcPr>
            <w:tcW w:type="dxa" w:w="2053"/>
          </w:tcPr>
          <w:p>
            <w:pPr>
              <w:spacing w:after="0"/>
              <w:jc w:val="left"/>
            </w:pPr>
            <w:r>
              <w:rPr>
                <w:sz w:val="16"/>
              </w:rPr>
              <w:t>50 kt (58 mph) to 78 kt (90 mph) (median 52 kt (60 mph)); 31 with a recorded value</w:t>
            </w:r>
          </w:p>
        </w:tc>
        <w:tc>
          <w:tcPr>
            <w:tcW w:type="dxa" w:w="1622"/>
          </w:tcPr>
          <w:p>
            <w:pPr>
              <w:spacing w:after="0"/>
              <w:jc w:val="left"/>
            </w:pPr>
            <w:r>
              <w:rPr>
                <w:sz w:val="16"/>
              </w:rPr>
              <w:t>78 kt (90 mph) measured gust, Thunderstorm Wind, 2024-08-07</w:t>
            </w:r>
          </w:p>
        </w:tc>
        <w:tc>
          <w:tcPr>
            <w:tcW w:type="dxa" w:w="1686"/>
          </w:tcPr>
          <w:p>
            <w:pPr>
              <w:spacing w:after="0"/>
              <w:jc w:val="left"/>
            </w:pPr>
            <w:r>
              <w:rPr>
                <w:sz w:val="16"/>
              </w:rPr>
              <w:t>Thunderstorm Wind, 1999-08-30, $30,000 property; crops not reported (1999 dollars)</w:t>
            </w:r>
          </w:p>
        </w:tc>
        <w:tc>
          <w:tcPr>
            <w:tcW w:type="dxa" w:w="1599"/>
          </w:tcPr>
          <w:p>
            <w:pPr>
              <w:spacing w:after="0"/>
              <w:jc w:val="left"/>
            </w:pPr>
            <w:r>
              <w:rPr>
                <w:sz w:val="16"/>
              </w:rPr>
              <w:t>Event records naming jurisdictions in the plan: Vernal city (6 records), Naples city (3 records).</w:t>
            </w:r>
          </w:p>
        </w:tc>
        <w:tc>
          <w:tcPr>
            <w:tcW w:type="dxa" w:w="1546"/>
          </w:tcPr>
          <w:p>
            <w:pPr>
              <w:spacing w:after="0"/>
              <w:jc w:val="left"/>
            </w:pPr>
          </w:p>
        </w:tc>
      </w:tr>
      <w:tr>
        <w:trPr>
          <w:cantSplit/>
        </w:trPr>
        <w:tc>
          <w:tcPr>
            <w:tcW w:type="dxa" w:w="1813"/>
          </w:tcPr>
          <w:p>
            <w:pPr>
              <w:spacing w:after="0"/>
              <w:jc w:val="left"/>
            </w:pPr>
            <w:r>
              <w:rPr>
                <w:sz w:val="16"/>
              </w:rPr>
              <w:t>Tornado</w:t>
            </w:r>
          </w:p>
        </w:tc>
        <w:tc>
          <w:tcPr>
            <w:tcW w:type="dxa" w:w="1939"/>
          </w:tcPr>
          <w:p>
            <w:pPr>
              <w:spacing w:after="0"/>
              <w:jc w:val="left"/>
            </w:pPr>
            <w:r>
              <w:rPr>
                <w:sz w:val="16"/>
              </w:rPr>
              <w:t>Enhanced Fujita (Fujita before Feb 2007)</w:t>
            </w:r>
          </w:p>
        </w:tc>
        <w:tc>
          <w:tcPr>
            <w:tcW w:type="dxa" w:w="1853"/>
          </w:tcPr>
          <w:p>
            <w:pPr>
              <w:spacing w:after="0"/>
              <w:jc w:val="right"/>
            </w:pPr>
            <w:r>
              <w:rPr>
                <w:sz w:val="16"/>
              </w:rPr>
              <w:t>8 records, 1955 to 2015</w:t>
            </w:r>
          </w:p>
        </w:tc>
        <w:tc>
          <w:tcPr>
            <w:tcW w:type="dxa" w:w="2053"/>
          </w:tcPr>
          <w:p>
            <w:pPr>
              <w:spacing w:after="0"/>
              <w:jc w:val="left"/>
            </w:pPr>
            <w:r>
              <w:rPr>
                <w:sz w:val="16"/>
              </w:rPr>
              <w:t>F/EF0 to F/EF1 (median F/EF0); 7 with a recorded value</w:t>
            </w:r>
          </w:p>
        </w:tc>
        <w:tc>
          <w:tcPr>
            <w:tcW w:type="dxa" w:w="1622"/>
          </w:tcPr>
          <w:p>
            <w:pPr>
              <w:spacing w:after="0"/>
              <w:jc w:val="left"/>
            </w:pPr>
            <w:r>
              <w:rPr>
                <w:sz w:val="16"/>
              </w:rPr>
              <w:t>F1 tornado, 1999-09-03, 4 mi within this county, 50 yd wide, $700,000 property; crops not reported (1999 dollars), 1 direct injury</w:t>
            </w:r>
          </w:p>
        </w:tc>
        <w:tc>
          <w:tcPr>
            <w:tcW w:type="dxa" w:w="1686"/>
          </w:tcPr>
          <w:p>
            <w:pPr>
              <w:spacing w:after="0"/>
              <w:jc w:val="left"/>
            </w:pPr>
          </w:p>
        </w:tc>
        <w:tc>
          <w:tcPr>
            <w:tcW w:type="dxa" w:w="1599"/>
          </w:tcPr>
          <w:p>
            <w:pPr>
              <w:spacing w:after="0"/>
              <w:jc w:val="left"/>
            </w:pPr>
            <w:r>
              <w:rPr>
                <w:sz w:val="16"/>
              </w:rPr>
              <w:t>Event records naming jurisdictions in the plan: Vernal city (2 records), Naples city (1 record).</w:t>
            </w:r>
          </w:p>
        </w:tc>
        <w:tc>
          <w:tcPr>
            <w:tcW w:type="dxa" w:w="154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3"/>
          </w:tcPr>
          <w:p>
            <w:pPr>
              <w:spacing w:after="0"/>
              <w:jc w:val="left"/>
            </w:pPr>
            <w:r>
              <w:rPr>
                <w:sz w:val="16"/>
              </w:rPr>
              <w:t>Volcanic Ash, Volcanic Ashfall</w:t>
            </w:r>
          </w:p>
        </w:tc>
        <w:tc>
          <w:tcPr>
            <w:tcW w:type="dxa" w:w="1939"/>
          </w:tcPr>
          <w:p>
            <w:pPr>
              <w:spacing w:after="0"/>
              <w:jc w:val="left"/>
            </w:pPr>
            <w:r>
              <w:rPr>
                <w:sz w:val="16"/>
              </w:rPr>
              <w:t>Volcanic Explosivity Index (local data)</w:t>
            </w:r>
          </w:p>
        </w:tc>
        <w:tc>
          <w:tcPr>
            <w:tcW w:type="dxa" w:w="1853"/>
          </w:tcPr>
          <w:p>
            <w:pPr>
              <w:spacing w:after="0"/>
              <w:jc w:val="right"/>
            </w:pPr>
            <w:r>
              <w:rPr>
                <w:sz w:val="16"/>
              </w:rPr>
              <w:t>0</w:t>
            </w:r>
          </w:p>
        </w:tc>
        <w:tc>
          <w:tcPr>
            <w:tcW w:type="dxa" w:w="2053"/>
          </w:tcPr>
          <w:p>
            <w:pPr>
              <w:spacing w:after="0"/>
              <w:jc w:val="left"/>
            </w:pPr>
          </w:p>
        </w:tc>
        <w:tc>
          <w:tcPr>
            <w:tcW w:type="dxa" w:w="1622"/>
          </w:tcPr>
          <w:p>
            <w:pPr>
              <w:spacing w:after="0"/>
              <w:jc w:val="left"/>
            </w:pPr>
          </w:p>
        </w:tc>
        <w:tc>
          <w:tcPr>
            <w:tcW w:type="dxa" w:w="1686"/>
          </w:tcPr>
          <w:p>
            <w:pPr>
              <w:spacing w:after="0"/>
              <w:jc w:val="left"/>
            </w:pPr>
          </w:p>
        </w:tc>
        <w:tc>
          <w:tcPr>
            <w:tcW w:type="dxa" w:w="1599"/>
          </w:tcPr>
          <w:p>
            <w:pPr>
              <w:spacing w:after="0"/>
              <w:jc w:val="left"/>
            </w:pPr>
          </w:p>
        </w:tc>
        <w:tc>
          <w:tcPr>
            <w:tcW w:type="dxa" w:w="1546"/>
          </w:tcPr>
          <w:p>
            <w:pPr>
              <w:spacing w:after="0"/>
              <w:jc w:val="left"/>
            </w:pPr>
          </w:p>
        </w:tc>
      </w:tr>
      <w:tr>
        <w:trPr>
          <w:cantSplit/>
        </w:trPr>
        <w:tc>
          <w:tcPr>
            <w:tcW w:type="dxa" w:w="1813"/>
          </w:tcPr>
          <w:p>
            <w:pPr>
              <w:spacing w:after="0"/>
              <w:jc w:val="left"/>
            </w:pPr>
            <w:r>
              <w:rPr>
                <w:sz w:val="16"/>
              </w:rPr>
              <w:t>Wildfire</w:t>
            </w:r>
          </w:p>
        </w:tc>
        <w:tc>
          <w:tcPr>
            <w:tcW w:type="dxa" w:w="1939"/>
          </w:tcPr>
          <w:p>
            <w:pPr>
              <w:spacing w:after="0"/>
              <w:jc w:val="left"/>
            </w:pPr>
            <w:r>
              <w:rPr>
                <w:sz w:val="16"/>
              </w:rPr>
              <w:t>acres burned (local data)</w:t>
            </w:r>
          </w:p>
        </w:tc>
        <w:tc>
          <w:tcPr>
            <w:tcW w:type="dxa" w:w="1853"/>
          </w:tcPr>
          <w:p>
            <w:pPr>
              <w:spacing w:after="0"/>
              <w:jc w:val="right"/>
            </w:pPr>
            <w:r>
              <w:rPr>
                <w:sz w:val="16"/>
              </w:rPr>
              <w:t>28 records, 2002 to 2025 (26 zone-level)</w:t>
            </w:r>
          </w:p>
        </w:tc>
        <w:tc>
          <w:tcPr>
            <w:tcW w:type="dxa" w:w="2053"/>
          </w:tcPr>
          <w:p>
            <w:pPr>
              <w:spacing w:after="0"/>
              <w:jc w:val="left"/>
            </w:pPr>
          </w:p>
        </w:tc>
        <w:tc>
          <w:tcPr>
            <w:tcW w:type="dxa" w:w="1622"/>
          </w:tcPr>
          <w:p>
            <w:pPr>
              <w:spacing w:after="0"/>
              <w:jc w:val="left"/>
            </w:pPr>
            <w:r>
              <w:rPr>
                <w:sz w:val="16"/>
              </w:rPr>
              <w:t>Wildfire, 2024-08-01, $0 property; $9,500,000 crops (2024 dollars); NWS zone UTZ023</w:t>
            </w:r>
          </w:p>
        </w:tc>
        <w:tc>
          <w:tcPr>
            <w:tcW w:type="dxa" w:w="1686"/>
          </w:tcPr>
          <w:p>
            <w:pPr>
              <w:spacing w:after="0"/>
              <w:jc w:val="left"/>
            </w:pPr>
          </w:p>
        </w:tc>
        <w:tc>
          <w:tcPr>
            <w:tcW w:type="dxa" w:w="1599"/>
          </w:tcPr>
          <w:p>
            <w:pPr>
              <w:spacing w:after="0"/>
              <w:jc w:val="left"/>
            </w:pPr>
            <w:r>
              <w:rPr>
                <w:sz w:val="16"/>
              </w:rPr>
              <w:t>Event records naming jurisdictions in the plan: Vernal city (1 record). Zone-level records (26) apply countywide.</w:t>
            </w:r>
          </w:p>
        </w:tc>
        <w:tc>
          <w:tcPr>
            <w:tcW w:type="dxa" w:w="1546"/>
          </w:tcPr>
          <w:p>
            <w:pPr>
              <w:spacing w:after="0"/>
              <w:jc w:val="left"/>
            </w:pPr>
          </w:p>
        </w:tc>
      </w:tr>
      <w:tr>
        <w:trPr>
          <w:cantSplit/>
        </w:trPr>
        <w:tc>
          <w:tcPr>
            <w:tcW w:type="dxa" w:w="1813"/>
          </w:tcPr>
          <w:p>
            <w:pPr>
              <w:spacing w:after="0"/>
              <w:jc w:val="left"/>
            </w:pPr>
            <w:r>
              <w:rPr>
                <w:sz w:val="16"/>
              </w:rPr>
              <w:t>Winter Storm, Heavy Snow, Blizzard, Lake-Effect Snow, Winter Weather, Sleet</w:t>
            </w:r>
          </w:p>
        </w:tc>
        <w:tc>
          <w:tcPr>
            <w:tcW w:type="dxa" w:w="1939"/>
          </w:tcPr>
          <w:p>
            <w:pPr>
              <w:spacing w:after="0"/>
              <w:jc w:val="left"/>
            </w:pPr>
            <w:r>
              <w:rPr>
                <w:sz w:val="16"/>
              </w:rPr>
              <w:t>none in data (snowfall: local data)</w:t>
            </w:r>
          </w:p>
        </w:tc>
        <w:tc>
          <w:tcPr>
            <w:tcW w:type="dxa" w:w="1853"/>
          </w:tcPr>
          <w:p>
            <w:pPr>
              <w:spacing w:after="0"/>
              <w:jc w:val="right"/>
            </w:pPr>
            <w:r>
              <w:rPr>
                <w:sz w:val="16"/>
              </w:rPr>
              <w:t>524 records, 1997 to 2026 (524 zone-level)</w:t>
            </w:r>
          </w:p>
        </w:tc>
        <w:tc>
          <w:tcPr>
            <w:tcW w:type="dxa" w:w="2053"/>
          </w:tcPr>
          <w:p>
            <w:pPr>
              <w:spacing w:after="0"/>
              <w:jc w:val="left"/>
            </w:pPr>
          </w:p>
        </w:tc>
        <w:tc>
          <w:tcPr>
            <w:tcW w:type="dxa" w:w="1622"/>
          </w:tcPr>
          <w:p>
            <w:pPr>
              <w:spacing w:after="0"/>
              <w:jc w:val="left"/>
            </w:pPr>
            <w:r>
              <w:rPr>
                <w:sz w:val="16"/>
              </w:rPr>
              <w:t>Winter Weather, 2009-01-22, $20,000 property; $0 crops (2009 dollars); NWS zone UTZ024</w:t>
            </w:r>
          </w:p>
        </w:tc>
        <w:tc>
          <w:tcPr>
            <w:tcW w:type="dxa" w:w="1686"/>
          </w:tcPr>
          <w:p>
            <w:pPr>
              <w:spacing w:after="0"/>
              <w:jc w:val="left"/>
            </w:pPr>
          </w:p>
        </w:tc>
        <w:tc>
          <w:tcPr>
            <w:tcW w:type="dxa" w:w="1599"/>
          </w:tcPr>
          <w:p>
            <w:pPr>
              <w:spacing w:after="0"/>
              <w:jc w:val="left"/>
            </w:pPr>
            <w:r>
              <w:rPr>
                <w:sz w:val="16"/>
              </w:rPr>
              <w:t>Countywide (zone-level records).</w:t>
            </w:r>
          </w:p>
        </w:tc>
        <w:tc>
          <w:tcPr>
            <w:tcW w:type="dxa" w:w="154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8 declarations covering 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60"/>
        <w:gridCol w:w="1160"/>
        <w:gridCol w:w="1160"/>
        <w:gridCol w:w="1559"/>
        <w:gridCol w:w="2458"/>
        <w:gridCol w:w="2558"/>
        <w:gridCol w:w="3057"/>
        <w:gridCol w:w="1000"/>
      </w:tblGrid>
      <w:tr>
        <w:trPr>
          <w:cantSplit/>
          <w:tblHeader/>
        </w:trPr>
        <w:tc>
          <w:tcPr>
            <w:tcW w:type="dxa" w:w="1160"/>
            <w:shd w:val="clear" w:color="auto" w:fill="E8E8E8"/>
          </w:tcPr>
          <w:p>
            <w:pPr>
              <w:spacing w:after="0"/>
              <w:jc w:val="left"/>
            </w:pPr>
            <w:r>
              <w:rPr>
                <w:b/>
                <w:sz w:val="16"/>
              </w:rPr>
              <w:t>Declared</w:t>
            </w:r>
          </w:p>
        </w:tc>
        <w:tc>
          <w:tcPr>
            <w:tcW w:type="dxa" w:w="1160"/>
            <w:shd w:val="clear" w:color="auto" w:fill="E8E8E8"/>
          </w:tcPr>
          <w:p>
            <w:pPr>
              <w:spacing w:after="0"/>
              <w:jc w:val="left"/>
            </w:pPr>
            <w:r>
              <w:rPr>
                <w:b/>
                <w:sz w:val="16"/>
              </w:rPr>
              <w:t>Incident began</w:t>
            </w:r>
          </w:p>
        </w:tc>
        <w:tc>
          <w:tcPr>
            <w:tcW w:type="dxa" w:w="1160"/>
            <w:shd w:val="clear" w:color="auto" w:fill="E8E8E8"/>
          </w:tcPr>
          <w:p>
            <w:pPr>
              <w:spacing w:after="0"/>
              <w:jc w:val="left"/>
            </w:pPr>
            <w:r>
              <w:rPr>
                <w:b/>
                <w:sz w:val="16"/>
              </w:rPr>
              <w:t>FEMA number</w:t>
            </w:r>
          </w:p>
        </w:tc>
        <w:tc>
          <w:tcPr>
            <w:tcW w:type="dxa" w:w="1559"/>
            <w:shd w:val="clear" w:color="auto" w:fill="E8E8E8"/>
          </w:tcPr>
          <w:p>
            <w:pPr>
              <w:spacing w:after="0"/>
              <w:jc w:val="left"/>
            </w:pPr>
            <w:r>
              <w:rPr>
                <w:b/>
                <w:sz w:val="16"/>
              </w:rPr>
              <w:t>Type</w:t>
            </w:r>
          </w:p>
        </w:tc>
        <w:tc>
          <w:tcPr>
            <w:tcW w:type="dxa" w:w="2458"/>
            <w:shd w:val="clear" w:color="auto" w:fill="E8E8E8"/>
          </w:tcPr>
          <w:p>
            <w:pPr>
              <w:spacing w:after="0"/>
              <w:jc w:val="left"/>
            </w:pPr>
            <w:r>
              <w:rPr>
                <w:b/>
                <w:sz w:val="16"/>
              </w:rPr>
              <w:t>Title</w:t>
            </w:r>
          </w:p>
        </w:tc>
        <w:tc>
          <w:tcPr>
            <w:tcW w:type="dxa" w:w="2558"/>
            <w:shd w:val="clear" w:color="auto" w:fill="E8E8E8"/>
          </w:tcPr>
          <w:p>
            <w:pPr>
              <w:spacing w:after="0"/>
              <w:jc w:val="left"/>
            </w:pPr>
            <w:r>
              <w:rPr>
                <w:b/>
                <w:sz w:val="16"/>
              </w:rPr>
              <w:t>Mapped hazard</w:t>
            </w:r>
          </w:p>
        </w:tc>
        <w:tc>
          <w:tcPr>
            <w:tcW w:type="dxa" w:w="305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00"/>
            <w:shd w:val="clear" w:color="auto" w:fill="E8E8E8"/>
          </w:tcPr>
          <w:p>
            <w:pPr>
              <w:spacing w:after="0"/>
              <w:jc w:val="left"/>
            </w:pPr>
            <w:r>
              <w:rPr>
                <w:b/>
                <w:sz w:val="16"/>
              </w:rPr>
              <w:t>Notes</w:t>
            </w:r>
          </w:p>
        </w:tc>
      </w:tr>
      <w:tr>
        <w:trPr>
          <w:cantSplit/>
        </w:trPr>
        <w:tc>
          <w:tcPr>
            <w:tcW w:type="dxa" w:w="1160"/>
          </w:tcPr>
          <w:p>
            <w:pPr>
              <w:spacing w:after="0"/>
              <w:jc w:val="left"/>
            </w:pPr>
            <w:r>
              <w:rPr>
                <w:sz w:val="16"/>
              </w:rPr>
              <w:t>2020-04-04</w:t>
            </w:r>
          </w:p>
        </w:tc>
        <w:tc>
          <w:tcPr>
            <w:tcW w:type="dxa" w:w="1160"/>
          </w:tcPr>
          <w:p>
            <w:pPr>
              <w:spacing w:after="0"/>
              <w:jc w:val="left"/>
            </w:pPr>
            <w:r>
              <w:rPr>
                <w:sz w:val="16"/>
              </w:rPr>
              <w:t>2020-01-20</w:t>
            </w:r>
          </w:p>
        </w:tc>
        <w:tc>
          <w:tcPr>
            <w:tcW w:type="dxa" w:w="1160"/>
          </w:tcPr>
          <w:p>
            <w:pPr>
              <w:spacing w:after="0"/>
              <w:jc w:val="left"/>
            </w:pPr>
            <w:r>
              <w:rPr>
                <w:sz w:val="16"/>
              </w:rPr>
              <w:t>DR-4525-UT</w:t>
            </w:r>
          </w:p>
        </w:tc>
        <w:tc>
          <w:tcPr>
            <w:tcW w:type="dxa" w:w="1559"/>
          </w:tcPr>
          <w:p>
            <w:pPr>
              <w:spacing w:after="0"/>
              <w:jc w:val="left"/>
            </w:pPr>
            <w:r>
              <w:rPr>
                <w:sz w:val="16"/>
              </w:rPr>
              <w:t>Major disaster</w:t>
            </w:r>
          </w:p>
        </w:tc>
        <w:tc>
          <w:tcPr>
            <w:tcW w:type="dxa" w:w="2458"/>
          </w:tcPr>
          <w:p>
            <w:pPr>
              <w:spacing w:after="0"/>
              <w:jc w:val="left"/>
            </w:pPr>
            <w:r>
              <w:rPr>
                <w:sz w:val="16"/>
              </w:rPr>
              <w:t>COVID-19 Pandemic</w:t>
            </w:r>
          </w:p>
        </w:tc>
        <w:tc>
          <w:tcPr>
            <w:tcW w:type="dxa" w:w="2558"/>
          </w:tcPr>
          <w:p>
            <w:pPr>
              <w:spacing w:after="0"/>
              <w:jc w:val="left"/>
            </w:pPr>
            <w:r>
              <w:rPr>
                <w:sz w:val="16"/>
              </w:rPr>
              <w:t>Non-natural, not counted</w:t>
            </w:r>
          </w:p>
        </w:tc>
        <w:tc>
          <w:tcPr>
            <w:tcW w:type="dxa" w:w="3057"/>
          </w:tcPr>
          <w:p>
            <w:pPr>
              <w:spacing w:after="0"/>
              <w:jc w:val="right"/>
            </w:pPr>
            <w:r>
              <w:rPr>
                <w:sz w:val="16"/>
              </w:rPr>
              <w:t>no Public Assistance recorded</w:t>
            </w:r>
          </w:p>
        </w:tc>
        <w:tc>
          <w:tcPr>
            <w:tcW w:type="dxa" w:w="1000"/>
          </w:tcPr>
          <w:p>
            <w:pPr>
              <w:spacing w:after="0"/>
              <w:jc w:val="left"/>
            </w:pPr>
          </w:p>
        </w:tc>
      </w:tr>
      <w:tr>
        <w:trPr>
          <w:cantSplit/>
        </w:trPr>
        <w:tc>
          <w:tcPr>
            <w:tcW w:type="dxa" w:w="1160"/>
          </w:tcPr>
          <w:p>
            <w:pPr>
              <w:spacing w:after="0"/>
              <w:jc w:val="left"/>
            </w:pPr>
            <w:r>
              <w:rPr>
                <w:sz w:val="16"/>
              </w:rPr>
              <w:t>2020-03-13</w:t>
            </w:r>
          </w:p>
        </w:tc>
        <w:tc>
          <w:tcPr>
            <w:tcW w:type="dxa" w:w="1160"/>
          </w:tcPr>
          <w:p>
            <w:pPr>
              <w:spacing w:after="0"/>
              <w:jc w:val="left"/>
            </w:pPr>
            <w:r>
              <w:rPr>
                <w:sz w:val="16"/>
              </w:rPr>
              <w:t>2020-01-20</w:t>
            </w:r>
          </w:p>
        </w:tc>
        <w:tc>
          <w:tcPr>
            <w:tcW w:type="dxa" w:w="1160"/>
          </w:tcPr>
          <w:p>
            <w:pPr>
              <w:spacing w:after="0"/>
              <w:jc w:val="left"/>
            </w:pPr>
            <w:r>
              <w:rPr>
                <w:sz w:val="16"/>
              </w:rPr>
              <w:t>EM-3478-UT</w:t>
            </w:r>
          </w:p>
        </w:tc>
        <w:tc>
          <w:tcPr>
            <w:tcW w:type="dxa" w:w="1559"/>
          </w:tcPr>
          <w:p>
            <w:pPr>
              <w:spacing w:after="0"/>
              <w:jc w:val="left"/>
            </w:pPr>
            <w:r>
              <w:rPr>
                <w:sz w:val="16"/>
              </w:rPr>
              <w:t>Emergency</w:t>
            </w:r>
          </w:p>
        </w:tc>
        <w:tc>
          <w:tcPr>
            <w:tcW w:type="dxa" w:w="2458"/>
          </w:tcPr>
          <w:p>
            <w:pPr>
              <w:spacing w:after="0"/>
              <w:jc w:val="left"/>
            </w:pPr>
            <w:r>
              <w:rPr>
                <w:sz w:val="16"/>
              </w:rPr>
              <w:t>COVID-19</w:t>
            </w:r>
          </w:p>
        </w:tc>
        <w:tc>
          <w:tcPr>
            <w:tcW w:type="dxa" w:w="2558"/>
          </w:tcPr>
          <w:p>
            <w:pPr>
              <w:spacing w:after="0"/>
              <w:jc w:val="left"/>
            </w:pPr>
            <w:r>
              <w:rPr>
                <w:sz w:val="16"/>
              </w:rPr>
              <w:t>Non-natural, not counted</w:t>
            </w:r>
          </w:p>
        </w:tc>
        <w:tc>
          <w:tcPr>
            <w:tcW w:type="dxa" w:w="3057"/>
          </w:tcPr>
          <w:p>
            <w:pPr>
              <w:spacing w:after="0"/>
              <w:jc w:val="right"/>
            </w:pPr>
            <w:r>
              <w:rPr>
                <w:sz w:val="16"/>
              </w:rPr>
              <w:t>no Public Assistance recorded</w:t>
            </w:r>
          </w:p>
        </w:tc>
        <w:tc>
          <w:tcPr>
            <w:tcW w:type="dxa" w:w="1000"/>
          </w:tcPr>
          <w:p>
            <w:pPr>
              <w:spacing w:after="0"/>
              <w:jc w:val="left"/>
            </w:pPr>
            <w:r>
              <w:rPr>
                <w:sz w:val="16"/>
              </w:rPr>
              <w:t>same incident as DR-4525</w:t>
            </w:r>
          </w:p>
        </w:tc>
      </w:tr>
      <w:tr>
        <w:trPr>
          <w:cantSplit/>
        </w:trPr>
        <w:tc>
          <w:tcPr>
            <w:tcW w:type="dxa" w:w="1160"/>
          </w:tcPr>
          <w:p>
            <w:pPr>
              <w:spacing w:after="0"/>
              <w:jc w:val="left"/>
            </w:pPr>
            <w:r>
              <w:rPr>
                <w:sz w:val="16"/>
              </w:rPr>
              <w:t>2011-08-08</w:t>
            </w:r>
          </w:p>
        </w:tc>
        <w:tc>
          <w:tcPr>
            <w:tcW w:type="dxa" w:w="1160"/>
          </w:tcPr>
          <w:p>
            <w:pPr>
              <w:spacing w:after="0"/>
              <w:jc w:val="left"/>
            </w:pPr>
            <w:r>
              <w:rPr>
                <w:sz w:val="16"/>
              </w:rPr>
              <w:t>2011-04-18</w:t>
            </w:r>
          </w:p>
        </w:tc>
        <w:tc>
          <w:tcPr>
            <w:tcW w:type="dxa" w:w="1160"/>
          </w:tcPr>
          <w:p>
            <w:pPr>
              <w:spacing w:after="0"/>
              <w:jc w:val="left"/>
            </w:pPr>
            <w:r>
              <w:rPr>
                <w:sz w:val="16"/>
              </w:rPr>
              <w:t>DR-4011-UT</w:t>
            </w:r>
          </w:p>
        </w:tc>
        <w:tc>
          <w:tcPr>
            <w:tcW w:type="dxa" w:w="1559"/>
          </w:tcPr>
          <w:p>
            <w:pPr>
              <w:spacing w:after="0"/>
              <w:jc w:val="left"/>
            </w:pPr>
            <w:r>
              <w:rPr>
                <w:sz w:val="16"/>
              </w:rPr>
              <w:t>Major disaster</w:t>
            </w:r>
          </w:p>
        </w:tc>
        <w:tc>
          <w:tcPr>
            <w:tcW w:type="dxa" w:w="2458"/>
          </w:tcPr>
          <w:p>
            <w:pPr>
              <w:spacing w:after="0"/>
              <w:jc w:val="left"/>
            </w:pPr>
            <w:r>
              <w:rPr>
                <w:sz w:val="16"/>
              </w:rPr>
              <w:t>Flooding</w:t>
            </w:r>
          </w:p>
        </w:tc>
        <w:tc>
          <w:tcPr>
            <w:tcW w:type="dxa" w:w="2558"/>
          </w:tcPr>
          <w:p>
            <w:pPr>
              <w:spacing w:after="0"/>
              <w:jc w:val="left"/>
            </w:pPr>
            <w:r>
              <w:rPr>
                <w:sz w:val="16"/>
              </w:rPr>
              <w:t>Inland Flooding</w:t>
            </w:r>
          </w:p>
        </w:tc>
        <w:tc>
          <w:tcPr>
            <w:tcW w:type="dxa" w:w="3057"/>
          </w:tcPr>
          <w:p>
            <w:pPr>
              <w:spacing w:after="0"/>
              <w:jc w:val="right"/>
            </w:pPr>
            <w:r>
              <w:rPr>
                <w:sz w:val="16"/>
              </w:rPr>
              <w:t>$237,858.85</w:t>
            </w:r>
          </w:p>
        </w:tc>
        <w:tc>
          <w:tcPr>
            <w:tcW w:type="dxa" w:w="1000"/>
          </w:tcPr>
          <w:p>
            <w:pPr>
              <w:spacing w:after="0"/>
              <w:jc w:val="left"/>
            </w:pPr>
          </w:p>
        </w:tc>
      </w:tr>
      <w:tr>
        <w:trPr>
          <w:cantSplit/>
        </w:trPr>
        <w:tc>
          <w:tcPr>
            <w:tcW w:type="dxa" w:w="1160"/>
          </w:tcPr>
          <w:p>
            <w:pPr>
              <w:spacing w:after="0"/>
              <w:jc w:val="left"/>
            </w:pPr>
            <w:r>
              <w:rPr>
                <w:sz w:val="16"/>
              </w:rPr>
              <w:t>2007-06-30</w:t>
            </w:r>
          </w:p>
        </w:tc>
        <w:tc>
          <w:tcPr>
            <w:tcW w:type="dxa" w:w="1160"/>
          </w:tcPr>
          <w:p>
            <w:pPr>
              <w:spacing w:after="0"/>
              <w:jc w:val="left"/>
            </w:pPr>
            <w:r>
              <w:rPr>
                <w:sz w:val="16"/>
              </w:rPr>
              <w:t>2007-06-30</w:t>
            </w:r>
          </w:p>
        </w:tc>
        <w:tc>
          <w:tcPr>
            <w:tcW w:type="dxa" w:w="1160"/>
          </w:tcPr>
          <w:p>
            <w:pPr>
              <w:spacing w:after="0"/>
              <w:jc w:val="left"/>
            </w:pPr>
            <w:r>
              <w:rPr>
                <w:sz w:val="16"/>
              </w:rPr>
              <w:t>FM-2703-UT</w:t>
            </w:r>
          </w:p>
        </w:tc>
        <w:tc>
          <w:tcPr>
            <w:tcW w:type="dxa" w:w="1559"/>
          </w:tcPr>
          <w:p>
            <w:pPr>
              <w:spacing w:after="0"/>
              <w:jc w:val="left"/>
            </w:pPr>
            <w:r>
              <w:rPr>
                <w:sz w:val="16"/>
              </w:rPr>
              <w:t>Fire management</w:t>
            </w:r>
          </w:p>
        </w:tc>
        <w:tc>
          <w:tcPr>
            <w:tcW w:type="dxa" w:w="2458"/>
          </w:tcPr>
          <w:p>
            <w:pPr>
              <w:spacing w:after="0"/>
              <w:jc w:val="left"/>
            </w:pPr>
            <w:r>
              <w:rPr>
                <w:sz w:val="16"/>
              </w:rPr>
              <w:t>Neola North Fire</w:t>
            </w:r>
          </w:p>
        </w:tc>
        <w:tc>
          <w:tcPr>
            <w:tcW w:type="dxa" w:w="2558"/>
          </w:tcPr>
          <w:p>
            <w:pPr>
              <w:spacing w:after="0"/>
              <w:jc w:val="left"/>
            </w:pPr>
            <w:r>
              <w:rPr>
                <w:sz w:val="16"/>
              </w:rPr>
              <w:t>Wildfire</w:t>
            </w:r>
          </w:p>
        </w:tc>
        <w:tc>
          <w:tcPr>
            <w:tcW w:type="dxa" w:w="3057"/>
          </w:tcPr>
          <w:p>
            <w:pPr>
              <w:spacing w:after="0"/>
              <w:jc w:val="right"/>
            </w:pPr>
            <w:r>
              <w:rPr>
                <w:sz w:val="16"/>
              </w:rPr>
              <w:t>no Public Assistance recorded</w:t>
            </w:r>
          </w:p>
        </w:tc>
        <w:tc>
          <w:tcPr>
            <w:tcW w:type="dxa" w:w="1000"/>
          </w:tcPr>
          <w:p>
            <w:pPr>
              <w:spacing w:after="0"/>
              <w:jc w:val="left"/>
            </w:pPr>
          </w:p>
        </w:tc>
      </w:tr>
      <w:tr>
        <w:trPr>
          <w:cantSplit/>
        </w:trPr>
        <w:tc>
          <w:tcPr>
            <w:tcW w:type="dxa" w:w="1160"/>
          </w:tcPr>
          <w:p>
            <w:pPr>
              <w:spacing w:after="0"/>
              <w:jc w:val="left"/>
            </w:pPr>
            <w:r>
              <w:rPr>
                <w:sz w:val="16"/>
              </w:rPr>
              <w:t>2005-09-05</w:t>
            </w:r>
          </w:p>
        </w:tc>
        <w:tc>
          <w:tcPr>
            <w:tcW w:type="dxa" w:w="1160"/>
          </w:tcPr>
          <w:p>
            <w:pPr>
              <w:spacing w:after="0"/>
              <w:jc w:val="left"/>
            </w:pPr>
            <w:r>
              <w:rPr>
                <w:sz w:val="16"/>
              </w:rPr>
              <w:t>2005-08-29</w:t>
            </w:r>
          </w:p>
        </w:tc>
        <w:tc>
          <w:tcPr>
            <w:tcW w:type="dxa" w:w="1160"/>
          </w:tcPr>
          <w:p>
            <w:pPr>
              <w:spacing w:after="0"/>
              <w:jc w:val="left"/>
            </w:pPr>
            <w:r>
              <w:rPr>
                <w:sz w:val="16"/>
              </w:rPr>
              <w:t>EM-3223-UT</w:t>
            </w:r>
          </w:p>
        </w:tc>
        <w:tc>
          <w:tcPr>
            <w:tcW w:type="dxa" w:w="1559"/>
          </w:tcPr>
          <w:p>
            <w:pPr>
              <w:spacing w:after="0"/>
              <w:jc w:val="left"/>
            </w:pPr>
            <w:r>
              <w:rPr>
                <w:sz w:val="16"/>
              </w:rPr>
              <w:t>Emergency</w:t>
            </w:r>
          </w:p>
        </w:tc>
        <w:tc>
          <w:tcPr>
            <w:tcW w:type="dxa" w:w="2458"/>
          </w:tcPr>
          <w:p>
            <w:pPr>
              <w:spacing w:after="0"/>
              <w:jc w:val="left"/>
            </w:pPr>
            <w:r>
              <w:rPr>
                <w:sz w:val="16"/>
              </w:rPr>
              <w:t>Hurricane Katrina Evacuation</w:t>
            </w:r>
          </w:p>
        </w:tc>
        <w:tc>
          <w:tcPr>
            <w:tcW w:type="dxa" w:w="2558"/>
          </w:tcPr>
          <w:p>
            <w:pPr>
              <w:spacing w:after="0"/>
              <w:jc w:val="left"/>
            </w:pPr>
            <w:r>
              <w:rPr>
                <w:sz w:val="16"/>
              </w:rPr>
              <w:t>Hurricane: evacuation support, not a local hazard event; not counted</w:t>
            </w:r>
          </w:p>
        </w:tc>
        <w:tc>
          <w:tcPr>
            <w:tcW w:type="dxa" w:w="3057"/>
          </w:tcPr>
          <w:p>
            <w:pPr>
              <w:spacing w:after="0"/>
              <w:jc w:val="right"/>
            </w:pPr>
            <w:r>
              <w:rPr>
                <w:sz w:val="16"/>
              </w:rPr>
              <w:t>no Public Assistance recorded</w:t>
            </w:r>
          </w:p>
        </w:tc>
        <w:tc>
          <w:tcPr>
            <w:tcW w:type="dxa" w:w="1000"/>
          </w:tcPr>
          <w:p>
            <w:pPr>
              <w:spacing w:after="0"/>
              <w:jc w:val="left"/>
            </w:pPr>
          </w:p>
        </w:tc>
      </w:tr>
      <w:tr>
        <w:trPr>
          <w:cantSplit/>
        </w:trPr>
        <w:tc>
          <w:tcPr>
            <w:tcW w:type="dxa" w:w="1160"/>
          </w:tcPr>
          <w:p>
            <w:pPr>
              <w:spacing w:after="0"/>
              <w:jc w:val="left"/>
            </w:pPr>
            <w:r>
              <w:rPr>
                <w:sz w:val="16"/>
              </w:rPr>
              <w:t>2005-08-01</w:t>
            </w:r>
          </w:p>
        </w:tc>
        <w:tc>
          <w:tcPr>
            <w:tcW w:type="dxa" w:w="1160"/>
          </w:tcPr>
          <w:p>
            <w:pPr>
              <w:spacing w:after="0"/>
              <w:jc w:val="left"/>
            </w:pPr>
            <w:r>
              <w:rPr>
                <w:sz w:val="16"/>
              </w:rPr>
              <w:t>2005-04-28</w:t>
            </w:r>
          </w:p>
        </w:tc>
        <w:tc>
          <w:tcPr>
            <w:tcW w:type="dxa" w:w="1160"/>
          </w:tcPr>
          <w:p>
            <w:pPr>
              <w:spacing w:after="0"/>
              <w:jc w:val="left"/>
            </w:pPr>
            <w:r>
              <w:rPr>
                <w:sz w:val="16"/>
              </w:rPr>
              <w:t>DR-1598-UT</w:t>
            </w:r>
          </w:p>
        </w:tc>
        <w:tc>
          <w:tcPr>
            <w:tcW w:type="dxa" w:w="1559"/>
          </w:tcPr>
          <w:p>
            <w:pPr>
              <w:spacing w:after="0"/>
              <w:jc w:val="left"/>
            </w:pPr>
            <w:r>
              <w:rPr>
                <w:sz w:val="16"/>
              </w:rPr>
              <w:t>Major disaster</w:t>
            </w:r>
          </w:p>
        </w:tc>
        <w:tc>
          <w:tcPr>
            <w:tcW w:type="dxa" w:w="2458"/>
          </w:tcPr>
          <w:p>
            <w:pPr>
              <w:spacing w:after="0"/>
              <w:jc w:val="left"/>
            </w:pPr>
            <w:r>
              <w:rPr>
                <w:sz w:val="16"/>
              </w:rPr>
              <w:t>Flooding and Landslides</w:t>
            </w:r>
          </w:p>
        </w:tc>
        <w:tc>
          <w:tcPr>
            <w:tcW w:type="dxa" w:w="2558"/>
          </w:tcPr>
          <w:p>
            <w:pPr>
              <w:spacing w:after="0"/>
              <w:jc w:val="left"/>
            </w:pPr>
            <w:r>
              <w:rPr>
                <w:sz w:val="16"/>
              </w:rPr>
              <w:t>Inland Flooding</w:t>
            </w:r>
          </w:p>
        </w:tc>
        <w:tc>
          <w:tcPr>
            <w:tcW w:type="dxa" w:w="3057"/>
          </w:tcPr>
          <w:p>
            <w:pPr>
              <w:spacing w:after="0"/>
              <w:jc w:val="right"/>
            </w:pPr>
            <w:r>
              <w:rPr>
                <w:sz w:val="16"/>
              </w:rPr>
              <w:t>$388,823.15</w:t>
            </w:r>
          </w:p>
        </w:tc>
        <w:tc>
          <w:tcPr>
            <w:tcW w:type="dxa" w:w="1000"/>
          </w:tcPr>
          <w:p>
            <w:pPr>
              <w:spacing w:after="0"/>
              <w:jc w:val="left"/>
            </w:pPr>
          </w:p>
        </w:tc>
      </w:tr>
      <w:tr>
        <w:trPr>
          <w:cantSplit/>
        </w:trPr>
        <w:tc>
          <w:tcPr>
            <w:tcW w:type="dxa" w:w="1160"/>
          </w:tcPr>
          <w:p>
            <w:pPr>
              <w:spacing w:after="0"/>
              <w:jc w:val="left"/>
            </w:pPr>
            <w:r>
              <w:rPr>
                <w:sz w:val="16"/>
              </w:rPr>
              <w:t>1983-04-30</w:t>
            </w:r>
          </w:p>
        </w:tc>
        <w:tc>
          <w:tcPr>
            <w:tcW w:type="dxa" w:w="1160"/>
          </w:tcPr>
          <w:p>
            <w:pPr>
              <w:spacing w:after="0"/>
              <w:jc w:val="left"/>
            </w:pPr>
            <w:r>
              <w:rPr>
                <w:sz w:val="16"/>
              </w:rPr>
              <w:t>1983-04-13</w:t>
            </w:r>
          </w:p>
        </w:tc>
        <w:tc>
          <w:tcPr>
            <w:tcW w:type="dxa" w:w="1160"/>
          </w:tcPr>
          <w:p>
            <w:pPr>
              <w:spacing w:after="0"/>
              <w:jc w:val="left"/>
            </w:pPr>
            <w:r>
              <w:rPr>
                <w:sz w:val="16"/>
              </w:rPr>
              <w:t>DR-680-UT</w:t>
            </w:r>
          </w:p>
        </w:tc>
        <w:tc>
          <w:tcPr>
            <w:tcW w:type="dxa" w:w="1559"/>
          </w:tcPr>
          <w:p>
            <w:pPr>
              <w:spacing w:after="0"/>
              <w:jc w:val="left"/>
            </w:pPr>
            <w:r>
              <w:rPr>
                <w:sz w:val="16"/>
              </w:rPr>
              <w:t>Major disaster</w:t>
            </w:r>
          </w:p>
        </w:tc>
        <w:tc>
          <w:tcPr>
            <w:tcW w:type="dxa" w:w="2458"/>
          </w:tcPr>
          <w:p>
            <w:pPr>
              <w:spacing w:after="0"/>
              <w:jc w:val="left"/>
            </w:pPr>
            <w:r>
              <w:rPr>
                <w:sz w:val="16"/>
              </w:rPr>
              <w:t>Severe Storms, Landslides &amp; Flooding</w:t>
            </w:r>
          </w:p>
        </w:tc>
        <w:tc>
          <w:tcPr>
            <w:tcW w:type="dxa" w:w="2558"/>
          </w:tcPr>
          <w:p>
            <w:pPr>
              <w:spacing w:after="0"/>
              <w:jc w:val="left"/>
            </w:pPr>
            <w:r>
              <w:rPr>
                <w:sz w:val="16"/>
              </w:rPr>
              <w:t>Inland Flooding (primary); also designated: Landslide</w:t>
            </w:r>
          </w:p>
        </w:tc>
        <w:tc>
          <w:tcPr>
            <w:tcW w:type="dxa" w:w="3057"/>
          </w:tcPr>
          <w:p>
            <w:pPr>
              <w:spacing w:after="0"/>
              <w:jc w:val="right"/>
            </w:pPr>
            <w:r>
              <w:rPr>
                <w:sz w:val="16"/>
              </w:rPr>
              <w:t>no Public Assistance recorded</w:t>
            </w:r>
          </w:p>
        </w:tc>
        <w:tc>
          <w:tcPr>
            <w:tcW w:type="dxa" w:w="1000"/>
          </w:tcPr>
          <w:p>
            <w:pPr>
              <w:spacing w:after="0"/>
              <w:jc w:val="left"/>
            </w:pPr>
          </w:p>
        </w:tc>
      </w:tr>
      <w:tr>
        <w:trPr>
          <w:cantSplit/>
        </w:trPr>
        <w:tc>
          <w:tcPr>
            <w:tcW w:type="dxa" w:w="1160"/>
          </w:tcPr>
          <w:p>
            <w:pPr>
              <w:spacing w:after="0"/>
              <w:jc w:val="left"/>
            </w:pPr>
            <w:r>
              <w:rPr>
                <w:sz w:val="16"/>
              </w:rPr>
              <w:t>1977-01-20</w:t>
            </w:r>
          </w:p>
        </w:tc>
        <w:tc>
          <w:tcPr>
            <w:tcW w:type="dxa" w:w="1160"/>
          </w:tcPr>
          <w:p>
            <w:pPr>
              <w:spacing w:after="0"/>
              <w:jc w:val="left"/>
            </w:pPr>
            <w:r>
              <w:rPr>
                <w:sz w:val="16"/>
              </w:rPr>
              <w:t>1977-01-20</w:t>
            </w:r>
          </w:p>
        </w:tc>
        <w:tc>
          <w:tcPr>
            <w:tcW w:type="dxa" w:w="1160"/>
          </w:tcPr>
          <w:p>
            <w:pPr>
              <w:spacing w:after="0"/>
              <w:jc w:val="left"/>
            </w:pPr>
            <w:r>
              <w:rPr>
                <w:sz w:val="16"/>
              </w:rPr>
              <w:t>EM-3024-UT</w:t>
            </w:r>
          </w:p>
        </w:tc>
        <w:tc>
          <w:tcPr>
            <w:tcW w:type="dxa" w:w="1559"/>
          </w:tcPr>
          <w:p>
            <w:pPr>
              <w:spacing w:after="0"/>
              <w:jc w:val="left"/>
            </w:pPr>
            <w:r>
              <w:rPr>
                <w:sz w:val="16"/>
              </w:rPr>
              <w:t>Emergency</w:t>
            </w:r>
          </w:p>
        </w:tc>
        <w:tc>
          <w:tcPr>
            <w:tcW w:type="dxa" w:w="2458"/>
          </w:tcPr>
          <w:p>
            <w:pPr>
              <w:spacing w:after="0"/>
              <w:jc w:val="left"/>
            </w:pPr>
            <w:r>
              <w:rPr>
                <w:sz w:val="16"/>
              </w:rPr>
              <w:t>Drought</w:t>
            </w:r>
          </w:p>
        </w:tc>
        <w:tc>
          <w:tcPr>
            <w:tcW w:type="dxa" w:w="2558"/>
          </w:tcPr>
          <w:p>
            <w:pPr>
              <w:spacing w:after="0"/>
              <w:jc w:val="left"/>
            </w:pPr>
            <w:r>
              <w:rPr>
                <w:sz w:val="16"/>
              </w:rPr>
              <w:t>Drought</w:t>
            </w:r>
          </w:p>
        </w:tc>
        <w:tc>
          <w:tcPr>
            <w:tcW w:type="dxa" w:w="3057"/>
          </w:tcPr>
          <w:p>
            <w:pPr>
              <w:spacing w:after="0"/>
              <w:jc w:val="right"/>
            </w:pPr>
            <w:r>
              <w:rPr>
                <w:sz w:val="16"/>
              </w:rPr>
              <w:t>no Public Assistance recorded</w:t>
            </w:r>
          </w:p>
        </w:tc>
        <w:tc>
          <w:tcPr>
            <w:tcW w:type="dxa" w:w="100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1812"/>
          </w:tcPr>
          <w:p>
            <w:pPr>
              <w:spacing w:after="0"/>
              <w:jc w:val="right"/>
            </w:pPr>
            <w:r>
              <w:rPr>
                <w:sz w:val="16"/>
              </w:rPr>
              <w:t>4</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2</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Cold Wave</w:t>
            </w:r>
          </w:p>
        </w:tc>
        <w:tc>
          <w:tcPr>
            <w:tcW w:type="dxa" w:w="1812"/>
          </w:tcPr>
          <w:p>
            <w:pPr>
              <w:spacing w:after="0"/>
              <w:jc w:val="right"/>
            </w:pPr>
            <w:r>
              <w:rPr>
                <w:sz w:val="16"/>
              </w:rPr>
              <w:t>43</w:t>
            </w:r>
          </w:p>
        </w:tc>
        <w:tc>
          <w:tcPr>
            <w:tcW w:type="dxa" w:w="1069"/>
          </w:tcPr>
          <w:p>
            <w:pPr>
              <w:spacing w:after="0"/>
              <w:jc w:val="right"/>
            </w:pPr>
            <w:r>
              <w:rPr>
                <w:sz w:val="16"/>
              </w:rPr>
              <w:t>1</w:t>
            </w:r>
          </w:p>
        </w:tc>
        <w:tc>
          <w:tcPr>
            <w:tcW w:type="dxa" w:w="1738"/>
          </w:tcPr>
          <w:p>
            <w:pPr>
              <w:spacing w:after="0"/>
              <w:jc w:val="right"/>
            </w:pPr>
            <w:r>
              <w:rPr>
                <w:sz w:val="16"/>
              </w:rPr>
              <w:t>8</w:t>
            </w:r>
          </w:p>
        </w:tc>
        <w:tc>
          <w:tcPr>
            <w:tcW w:type="dxa" w:w="762"/>
          </w:tcPr>
          <w:p>
            <w:pPr>
              <w:spacing w:after="0"/>
              <w:jc w:val="right"/>
            </w:pPr>
            <w:r>
              <w:rPr>
                <w:sz w:val="16"/>
              </w:rPr>
              <w:t>17</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34 Frost/Freeze records.</w:t>
            </w:r>
          </w:p>
        </w:tc>
      </w:tr>
      <w:tr>
        <w:trPr>
          <w:cantSplit/>
        </w:trPr>
        <w:tc>
          <w:tcPr>
            <w:tcW w:type="dxa" w:w="1037"/>
          </w:tcPr>
          <w:p>
            <w:pPr>
              <w:spacing w:after="0"/>
              <w:jc w:val="left"/>
            </w:pPr>
            <w:r>
              <w:rPr>
                <w:sz w:val="16"/>
              </w:rPr>
              <w:t>Drought</w:t>
            </w:r>
          </w:p>
        </w:tc>
        <w:tc>
          <w:tcPr>
            <w:tcW w:type="dxa" w:w="1812"/>
          </w:tcPr>
          <w:p>
            <w:pPr>
              <w:spacing w:after="0"/>
              <w:jc w:val="right"/>
            </w:pPr>
            <w:r>
              <w:rPr>
                <w:sz w:val="16"/>
              </w:rPr>
              <w:t>157</w:t>
            </w:r>
          </w:p>
        </w:tc>
        <w:tc>
          <w:tcPr>
            <w:tcW w:type="dxa" w:w="1069"/>
          </w:tcPr>
          <w:p>
            <w:pPr>
              <w:spacing w:after="0"/>
              <w:jc w:val="right"/>
            </w:pPr>
            <w:r>
              <w:rPr>
                <w:sz w:val="16"/>
              </w:rPr>
              <w:t>9</w:t>
            </w:r>
          </w:p>
        </w:tc>
        <w:tc>
          <w:tcPr>
            <w:tcW w:type="dxa" w:w="1738"/>
          </w:tcPr>
          <w:p>
            <w:pPr>
              <w:spacing w:after="0"/>
              <w:jc w:val="right"/>
            </w:pPr>
            <w:r>
              <w:rPr>
                <w:sz w:val="16"/>
              </w:rPr>
              <w:t>3</w:t>
            </w:r>
          </w:p>
        </w:tc>
        <w:tc>
          <w:tcPr>
            <w:tcW w:type="dxa" w:w="762"/>
          </w:tcPr>
          <w:p>
            <w:pPr>
              <w:spacing w:after="0"/>
              <w:jc w:val="right"/>
            </w:pPr>
            <w:r>
              <w:rPr>
                <w:sz w:val="16"/>
              </w:rPr>
              <w:t>28</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37</w:t>
            </w:r>
          </w:p>
        </w:tc>
        <w:tc>
          <w:tcPr>
            <w:tcW w:type="dxa" w:w="1069"/>
          </w:tcPr>
          <w:p>
            <w:pPr>
              <w:spacing w:after="0"/>
              <w:jc w:val="right"/>
            </w:pPr>
            <w:r>
              <w:rPr>
                <w:sz w:val="16"/>
              </w:rPr>
              <w:t>1</w:t>
            </w:r>
          </w:p>
        </w:tc>
        <w:tc>
          <w:tcPr>
            <w:tcW w:type="dxa" w:w="1738"/>
          </w:tcPr>
          <w:p>
            <w:pPr>
              <w:spacing w:after="0"/>
              <w:jc w:val="right"/>
            </w:pPr>
            <w:r>
              <w:rPr>
                <w:sz w:val="16"/>
              </w:rPr>
              <w:t>0</w:t>
            </w:r>
          </w:p>
        </w:tc>
        <w:tc>
          <w:tcPr>
            <w:tcW w:type="dxa" w:w="762"/>
          </w:tcPr>
          <w:p>
            <w:pPr>
              <w:spacing w:after="0"/>
              <w:jc w:val="right"/>
            </w:pPr>
            <w:r>
              <w:rPr>
                <w:sz w:val="16"/>
              </w:rPr>
              <w:t>3</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1</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20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3</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1</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Lightning</w:t>
            </w:r>
          </w:p>
        </w:tc>
        <w:tc>
          <w:tcPr>
            <w:tcW w:type="dxa" w:w="1812"/>
          </w:tcPr>
          <w:p>
            <w:pPr>
              <w:spacing w:after="0"/>
              <w:jc w:val="right"/>
            </w:pPr>
            <w:r>
              <w:rPr>
                <w:sz w:val="16"/>
              </w:rPr>
              <w:t>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71</w:t>
            </w:r>
          </w:p>
        </w:tc>
        <w:tc>
          <w:tcPr>
            <w:tcW w:type="dxa" w:w="1069"/>
          </w:tcPr>
          <w:p>
            <w:pPr>
              <w:spacing w:after="0"/>
              <w:jc w:val="right"/>
            </w:pPr>
            <w:r>
              <w:rPr>
                <w:sz w:val="16"/>
              </w:rPr>
              <w:t>3</w:t>
            </w:r>
          </w:p>
        </w:tc>
        <w:tc>
          <w:tcPr>
            <w:tcW w:type="dxa" w:w="1738"/>
          </w:tcPr>
          <w:p>
            <w:pPr>
              <w:spacing w:after="0"/>
              <w:jc w:val="right"/>
            </w:pPr>
            <w:r>
              <w:rPr>
                <w:sz w:val="16"/>
              </w:rPr>
              <w:t>5</w:t>
            </w:r>
          </w:p>
        </w:tc>
        <w:tc>
          <w:tcPr>
            <w:tcW w:type="dxa" w:w="762"/>
          </w:tcPr>
          <w:p>
            <w:pPr>
              <w:spacing w:after="0"/>
              <w:jc w:val="right"/>
            </w:pPr>
            <w:r>
              <w:rPr>
                <w:sz w:val="16"/>
              </w:rPr>
              <w:t>28</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34 High Wind and 3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8</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Volcanic Activity</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1812"/>
          </w:tcPr>
          <w:p>
            <w:pPr>
              <w:spacing w:after="0"/>
              <w:jc w:val="right"/>
            </w:pPr>
            <w:r>
              <w:rPr>
                <w:sz w:val="16"/>
              </w:rPr>
              <w:t>28</w:t>
            </w:r>
          </w:p>
        </w:tc>
        <w:tc>
          <w:tcPr>
            <w:tcW w:type="dxa" w:w="1069"/>
          </w:tcPr>
          <w:p>
            <w:pPr>
              <w:spacing w:after="0"/>
              <w:jc w:val="right"/>
            </w:pPr>
            <w:r>
              <w:rPr>
                <w:sz w:val="16"/>
              </w:rPr>
              <w:t>0</w:t>
            </w:r>
          </w:p>
        </w:tc>
        <w:tc>
          <w:tcPr>
            <w:tcW w:type="dxa" w:w="1738"/>
          </w:tcPr>
          <w:p>
            <w:pPr>
              <w:spacing w:after="0"/>
              <w:jc w:val="right"/>
            </w:pPr>
            <w:r>
              <w:rPr>
                <w:sz w:val="16"/>
              </w:rPr>
              <w:t>1</w:t>
            </w:r>
          </w:p>
        </w:tc>
        <w:tc>
          <w:tcPr>
            <w:tcW w:type="dxa" w:w="762"/>
          </w:tcPr>
          <w:p>
            <w:pPr>
              <w:spacing w:after="0"/>
              <w:jc w:val="right"/>
            </w:pPr>
            <w:r>
              <w:rPr>
                <w:sz w:val="16"/>
              </w:rPr>
              <w:t>5</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524</w:t>
            </w:r>
          </w:p>
        </w:tc>
        <w:tc>
          <w:tcPr>
            <w:tcW w:type="dxa" w:w="1069"/>
          </w:tcPr>
          <w:p>
            <w:pPr>
              <w:spacing w:after="0"/>
              <w:jc w:val="right"/>
            </w:pPr>
            <w:r>
              <w:rPr>
                <w:sz w:val="16"/>
              </w:rPr>
              <w:t>9</w:t>
            </w:r>
          </w:p>
        </w:tc>
        <w:tc>
          <w:tcPr>
            <w:tcW w:type="dxa" w:w="1738"/>
          </w:tcPr>
          <w:p>
            <w:pPr>
              <w:spacing w:after="0"/>
              <w:jc w:val="right"/>
            </w:pPr>
            <w:r>
              <w:rPr>
                <w:sz w:val="16"/>
              </w:rPr>
              <w:t>12</w:t>
            </w:r>
          </w:p>
        </w:tc>
        <w:tc>
          <w:tcPr>
            <w:tcW w:type="dxa" w:w="762"/>
          </w:tcPr>
          <w:p>
            <w:pPr>
              <w:spacing w:after="0"/>
              <w:jc w:val="right"/>
            </w:pPr>
            <w:r>
              <w:rPr>
                <w:sz w:val="16"/>
              </w:rPr>
              <w:t>82</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184"/>
        <w:gridCol w:w="3275"/>
        <w:gridCol w:w="940"/>
        <w:gridCol w:w="3059"/>
        <w:gridCol w:w="713"/>
        <w:gridCol w:w="269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184"/>
            <w:shd w:val="clear" w:color="auto" w:fill="E8E8E8"/>
          </w:tcPr>
          <w:p>
            <w:pPr>
              <w:spacing w:after="0"/>
              <w:jc w:val="left"/>
            </w:pPr>
            <w:r>
              <w:rPr>
                <w:b/>
                <w:sz w:val="16"/>
              </w:rPr>
              <w:t>Magnitude or extent</w:t>
            </w:r>
          </w:p>
        </w:tc>
        <w:tc>
          <w:tcPr>
            <w:tcW w:type="dxa" w:w="3275"/>
            <w:shd w:val="clear" w:color="auto" w:fill="E8E8E8"/>
          </w:tcPr>
          <w:p>
            <w:pPr>
              <w:spacing w:after="0"/>
              <w:jc w:val="left"/>
            </w:pPr>
            <w:r>
              <w:rPr>
                <w:b/>
                <w:sz w:val="16"/>
              </w:rPr>
              <w:t>Damage</w:t>
            </w:r>
          </w:p>
          <w:p>
            <w:pPr>
              <w:spacing w:after="0"/>
              <w:jc w:val="left"/>
            </w:pPr>
            <w:r>
              <w:rPr>
                <w:i/>
                <w:color w:val="555555"/>
                <w:sz w:val="14"/>
              </w:rPr>
              <w:t>nominal dollars</w:t>
            </w:r>
          </w:p>
        </w:tc>
        <w:tc>
          <w:tcPr>
            <w:tcW w:type="dxa" w:w="94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059"/>
            <w:shd w:val="clear" w:color="auto" w:fill="E8E8E8"/>
          </w:tcPr>
          <w:p>
            <w:pPr>
              <w:spacing w:after="0"/>
              <w:jc w:val="left"/>
            </w:pPr>
            <w:r>
              <w:rPr>
                <w:b/>
                <w:sz w:val="16"/>
              </w:rPr>
              <w:t>Location</w:t>
            </w:r>
          </w:p>
        </w:tc>
        <w:tc>
          <w:tcPr>
            <w:tcW w:type="dxa" w:w="713"/>
            <w:shd w:val="clear" w:color="auto" w:fill="E8E8E8"/>
          </w:tcPr>
          <w:p>
            <w:pPr>
              <w:spacing w:after="0"/>
              <w:jc w:val="left"/>
            </w:pPr>
            <w:r>
              <w:rPr>
                <w:b/>
                <w:sz w:val="16"/>
              </w:rPr>
              <w:t>Flags</w:t>
            </w:r>
          </w:p>
        </w:tc>
        <w:tc>
          <w:tcPr>
            <w:tcW w:type="dxa" w:w="269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2024-08-07</w:t>
            </w:r>
          </w:p>
        </w:tc>
        <w:tc>
          <w:tcPr>
            <w:tcW w:type="dxa" w:w="1215"/>
          </w:tcPr>
          <w:p>
            <w:pPr>
              <w:spacing w:after="0"/>
              <w:jc w:val="left"/>
            </w:pPr>
            <w:r>
              <w:rPr>
                <w:sz w:val="16"/>
              </w:rPr>
              <w:t>Thunderstorm Wind</w:t>
            </w:r>
          </w:p>
        </w:tc>
        <w:tc>
          <w:tcPr>
            <w:tcW w:type="dxa" w:w="1184"/>
          </w:tcPr>
          <w:p>
            <w:pPr>
              <w:spacing w:after="0"/>
              <w:jc w:val="left"/>
            </w:pPr>
            <w:r>
              <w:rPr>
                <w:sz w:val="16"/>
              </w:rPr>
              <w:t>78 kt (90 mph) measured gust</w:t>
            </w:r>
          </w:p>
        </w:tc>
        <w:tc>
          <w:tcPr>
            <w:tcW w:type="dxa" w:w="3275"/>
          </w:tcPr>
          <w:p>
            <w:pPr>
              <w:spacing w:after="0"/>
              <w:jc w:val="left"/>
            </w:pPr>
            <w:r>
              <w:rPr>
                <w:sz w:val="16"/>
              </w:rPr>
              <w:t>$0 property; $0 crops (2024 dollars)</w:t>
            </w:r>
          </w:p>
        </w:tc>
        <w:tc>
          <w:tcPr>
            <w:tcW w:type="dxa" w:w="940"/>
          </w:tcPr>
          <w:p>
            <w:pPr>
              <w:spacing w:after="0"/>
              <w:jc w:val="right"/>
            </w:pPr>
            <w:r>
              <w:rPr>
                <w:sz w:val="16"/>
              </w:rPr>
              <w:t>0, 0</w:t>
            </w:r>
          </w:p>
        </w:tc>
        <w:tc>
          <w:tcPr>
            <w:tcW w:type="dxa" w:w="3059"/>
          </w:tcPr>
          <w:p>
            <w:pPr>
              <w:spacing w:after="0"/>
              <w:jc w:val="left"/>
            </w:pPr>
            <w:r>
              <w:rPr>
                <w:sz w:val="16"/>
              </w:rPr>
              <w:t>RAINBOW</w:t>
            </w:r>
          </w:p>
        </w:tc>
        <w:tc>
          <w:tcPr>
            <w:tcW w:type="dxa" w:w="713"/>
          </w:tcPr>
          <w:p>
            <w:pPr>
              <w:spacing w:after="0"/>
              <w:jc w:val="left"/>
            </w:pPr>
            <w:r>
              <w:rPr>
                <w:sz w:val="16"/>
              </w:rPr>
              <w:t>within last 5 years</w:t>
            </w:r>
          </w:p>
        </w:tc>
        <w:tc>
          <w:tcPr>
            <w:tcW w:type="dxa" w:w="2690"/>
          </w:tcPr>
          <w:p>
            <w:pPr>
              <w:spacing w:after="0"/>
              <w:jc w:val="left"/>
            </w:pPr>
            <w:r>
              <w:rPr>
                <w:sz w:val="16"/>
              </w:rPr>
              <w:t>B1-c worst recorded: Thunderstorm Wind</w:t>
            </w:r>
          </w:p>
        </w:tc>
      </w:tr>
      <w:tr>
        <w:trPr>
          <w:cantSplit/>
        </w:trPr>
        <w:tc>
          <w:tcPr>
            <w:tcW w:type="dxa" w:w="1037"/>
          </w:tcPr>
          <w:p>
            <w:pPr>
              <w:spacing w:after="0"/>
              <w:jc w:val="left"/>
            </w:pPr>
            <w:r>
              <w:rPr>
                <w:sz w:val="16"/>
              </w:rPr>
              <w:t>2024-08-01</w:t>
            </w:r>
          </w:p>
        </w:tc>
        <w:tc>
          <w:tcPr>
            <w:tcW w:type="dxa" w:w="1215"/>
          </w:tcPr>
          <w:p>
            <w:pPr>
              <w:spacing w:after="0"/>
              <w:jc w:val="left"/>
            </w:pPr>
            <w:r>
              <w:rPr>
                <w:sz w:val="16"/>
              </w:rPr>
              <w:t>Wildfire</w:t>
            </w:r>
          </w:p>
        </w:tc>
        <w:tc>
          <w:tcPr>
            <w:tcW w:type="dxa" w:w="1184"/>
          </w:tcPr>
          <w:p>
            <w:pPr>
              <w:spacing w:after="0"/>
              <w:jc w:val="left"/>
            </w:pPr>
          </w:p>
        </w:tc>
        <w:tc>
          <w:tcPr>
            <w:tcW w:type="dxa" w:w="3275"/>
          </w:tcPr>
          <w:p>
            <w:pPr>
              <w:spacing w:after="0"/>
              <w:jc w:val="left"/>
            </w:pPr>
            <w:r>
              <w:rPr>
                <w:sz w:val="16"/>
              </w:rPr>
              <w:t>$0 property; $9,500,000 crops (zone total, 2024 dollars)</w:t>
            </w:r>
          </w:p>
        </w:tc>
        <w:tc>
          <w:tcPr>
            <w:tcW w:type="dxa" w:w="940"/>
          </w:tcPr>
          <w:p>
            <w:pPr>
              <w:spacing w:after="0"/>
              <w:jc w:val="right"/>
            </w:pPr>
            <w:r>
              <w:rPr>
                <w:sz w:val="16"/>
              </w:rPr>
              <w:t>0, 0</w:t>
            </w:r>
          </w:p>
        </w:tc>
        <w:tc>
          <w:tcPr>
            <w:tcW w:type="dxa" w:w="3059"/>
          </w:tcPr>
          <w:p>
            <w:pPr>
              <w:spacing w:after="0"/>
              <w:jc w:val="left"/>
            </w:pPr>
            <w:r>
              <w:rPr>
                <w:sz w:val="16"/>
              </w:rPr>
              <w:t>NWS zone UTZ023 (EASTERN UINTA MOUNTAINS), zone-level</w:t>
            </w:r>
          </w:p>
        </w:tc>
        <w:tc>
          <w:tcPr>
            <w:tcW w:type="dxa" w:w="713"/>
          </w:tcPr>
          <w:p>
            <w:pPr>
              <w:spacing w:after="0"/>
              <w:jc w:val="left"/>
            </w:pPr>
            <w:r>
              <w:rPr>
                <w:sz w:val="16"/>
              </w:rPr>
              <w:t>within last 5 years</w:t>
            </w:r>
          </w:p>
        </w:tc>
        <w:tc>
          <w:tcPr>
            <w:tcW w:type="dxa" w:w="2690"/>
          </w:tcPr>
          <w:p>
            <w:pPr>
              <w:spacing w:after="0"/>
              <w:jc w:val="left"/>
            </w:pPr>
            <w:r>
              <w:rPr>
                <w:sz w:val="16"/>
              </w:rPr>
              <w:t>B1-c worst recorded: Wildfire</w:t>
            </w:r>
          </w:p>
        </w:tc>
      </w:tr>
      <w:tr>
        <w:trPr>
          <w:cantSplit/>
        </w:trPr>
        <w:tc>
          <w:tcPr>
            <w:tcW w:type="dxa" w:w="1037"/>
          </w:tcPr>
          <w:p>
            <w:pPr>
              <w:spacing w:after="0"/>
              <w:jc w:val="left"/>
            </w:pPr>
            <w:r>
              <w:rPr>
                <w:sz w:val="16"/>
              </w:rPr>
              <w:t>2021-06-14</w:t>
            </w:r>
          </w:p>
        </w:tc>
        <w:tc>
          <w:tcPr>
            <w:tcW w:type="dxa" w:w="1215"/>
          </w:tcPr>
          <w:p>
            <w:pPr>
              <w:spacing w:after="0"/>
              <w:jc w:val="left"/>
            </w:pPr>
            <w:r>
              <w:rPr>
                <w:sz w:val="16"/>
              </w:rPr>
              <w:t>Excessive Heat</w:t>
            </w:r>
          </w:p>
        </w:tc>
        <w:tc>
          <w:tcPr>
            <w:tcW w:type="dxa" w:w="1184"/>
          </w:tcPr>
          <w:p>
            <w:pPr>
              <w:spacing w:after="0"/>
              <w:jc w:val="left"/>
            </w:pPr>
          </w:p>
        </w:tc>
        <w:tc>
          <w:tcPr>
            <w:tcW w:type="dxa" w:w="3275"/>
          </w:tcPr>
          <w:p>
            <w:pPr>
              <w:spacing w:after="0"/>
              <w:jc w:val="left"/>
            </w:pPr>
            <w:r>
              <w:rPr>
                <w:sz w:val="16"/>
              </w:rPr>
              <w:t>$0 property; $0 crops (zone total, 2021 dollars)</w:t>
            </w:r>
          </w:p>
        </w:tc>
        <w:tc>
          <w:tcPr>
            <w:tcW w:type="dxa" w:w="940"/>
          </w:tcPr>
          <w:p>
            <w:pPr>
              <w:spacing w:after="0"/>
              <w:jc w:val="right"/>
            </w:pPr>
            <w:r>
              <w:rPr>
                <w:sz w:val="16"/>
              </w:rPr>
              <w:t>0, 0</w:t>
            </w:r>
          </w:p>
        </w:tc>
        <w:tc>
          <w:tcPr>
            <w:tcW w:type="dxa" w:w="3059"/>
          </w:tcPr>
          <w:p>
            <w:pPr>
              <w:spacing w:after="0"/>
              <w:jc w:val="left"/>
            </w:pPr>
            <w:r>
              <w:rPr>
                <w:sz w:val="16"/>
              </w:rPr>
              <w:t>NWS zone UTZ024 (EASTERN UINTA BASIN), zone-level</w:t>
            </w:r>
          </w:p>
        </w:tc>
        <w:tc>
          <w:tcPr>
            <w:tcW w:type="dxa" w:w="713"/>
          </w:tcPr>
          <w:p>
            <w:pPr>
              <w:spacing w:after="0"/>
              <w:jc w:val="left"/>
            </w:pPr>
          </w:p>
        </w:tc>
        <w:tc>
          <w:tcPr>
            <w:tcW w:type="dxa" w:w="2690"/>
          </w:tcPr>
          <w:p>
            <w:pPr>
              <w:spacing w:after="0"/>
              <w:jc w:val="left"/>
            </w:pPr>
            <w:r>
              <w:rPr>
                <w:sz w:val="16"/>
              </w:rPr>
              <w:t>B1-c worst recorded: Excessive Heat, Heat</w:t>
            </w:r>
          </w:p>
        </w:tc>
      </w:tr>
      <w:tr>
        <w:trPr>
          <w:cantSplit/>
        </w:trPr>
        <w:tc>
          <w:tcPr>
            <w:tcW w:type="dxa" w:w="1037"/>
          </w:tcPr>
          <w:p>
            <w:pPr>
              <w:spacing w:after="0"/>
              <w:jc w:val="left"/>
            </w:pPr>
            <w:r>
              <w:rPr>
                <w:sz w:val="16"/>
              </w:rPr>
              <w:t>2008-08-07</w:t>
            </w:r>
          </w:p>
        </w:tc>
        <w:tc>
          <w:tcPr>
            <w:tcW w:type="dxa" w:w="1215"/>
          </w:tcPr>
          <w:p>
            <w:pPr>
              <w:spacing w:after="0"/>
              <w:jc w:val="left"/>
            </w:pPr>
            <w:r>
              <w:rPr>
                <w:sz w:val="16"/>
              </w:rPr>
              <w:t>Flash Flood</w:t>
            </w:r>
          </w:p>
        </w:tc>
        <w:tc>
          <w:tcPr>
            <w:tcW w:type="dxa" w:w="1184"/>
          </w:tcPr>
          <w:p>
            <w:pPr>
              <w:spacing w:after="0"/>
              <w:jc w:val="left"/>
            </w:pPr>
          </w:p>
        </w:tc>
        <w:tc>
          <w:tcPr>
            <w:tcW w:type="dxa" w:w="3275"/>
          </w:tcPr>
          <w:p>
            <w:pPr>
              <w:spacing w:after="0"/>
              <w:jc w:val="left"/>
            </w:pPr>
            <w:r>
              <w:rPr>
                <w:sz w:val="16"/>
              </w:rPr>
              <w:t>$100,000 property; $0 crops (2008 dollars)</w:t>
            </w:r>
          </w:p>
        </w:tc>
        <w:tc>
          <w:tcPr>
            <w:tcW w:type="dxa" w:w="940"/>
          </w:tcPr>
          <w:p>
            <w:pPr>
              <w:spacing w:after="0"/>
              <w:jc w:val="right"/>
            </w:pPr>
            <w:r>
              <w:rPr>
                <w:sz w:val="16"/>
              </w:rPr>
              <w:t>0, 0</w:t>
            </w:r>
          </w:p>
        </w:tc>
        <w:tc>
          <w:tcPr>
            <w:tcW w:type="dxa" w:w="3059"/>
          </w:tcPr>
          <w:p>
            <w:pPr>
              <w:spacing w:after="0"/>
              <w:jc w:val="left"/>
            </w:pPr>
            <w:r>
              <w:rPr>
                <w:sz w:val="16"/>
              </w:rPr>
              <w:t>FT DUCHESNE to NAPLES</w:t>
            </w:r>
          </w:p>
        </w:tc>
        <w:tc>
          <w:tcPr>
            <w:tcW w:type="dxa" w:w="713"/>
          </w:tcPr>
          <w:p>
            <w:pPr>
              <w:spacing w:after="0"/>
              <w:jc w:val="left"/>
            </w:pPr>
          </w:p>
        </w:tc>
        <w:tc>
          <w:tcPr>
            <w:tcW w:type="dxa" w:w="269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2007-07-01</w:t>
            </w:r>
          </w:p>
        </w:tc>
        <w:tc>
          <w:tcPr>
            <w:tcW w:type="dxa" w:w="1215"/>
          </w:tcPr>
          <w:p>
            <w:pPr>
              <w:spacing w:after="0"/>
              <w:jc w:val="left"/>
            </w:pPr>
            <w:r>
              <w:rPr>
                <w:sz w:val="16"/>
              </w:rPr>
              <w:t>Wildfire</w:t>
            </w:r>
          </w:p>
        </w:tc>
        <w:tc>
          <w:tcPr>
            <w:tcW w:type="dxa" w:w="1184"/>
          </w:tcPr>
          <w:p>
            <w:pPr>
              <w:spacing w:after="0"/>
              <w:jc w:val="left"/>
            </w:pPr>
          </w:p>
        </w:tc>
        <w:tc>
          <w:tcPr>
            <w:tcW w:type="dxa" w:w="3275"/>
          </w:tcPr>
          <w:p>
            <w:pPr>
              <w:spacing w:after="0"/>
              <w:jc w:val="left"/>
            </w:pPr>
            <w:r>
              <w:rPr>
                <w:sz w:val="16"/>
              </w:rPr>
              <w:t>$200,000 property; $0 crops (zone total, 2007 dollars)</w:t>
            </w:r>
          </w:p>
        </w:tc>
        <w:tc>
          <w:tcPr>
            <w:tcW w:type="dxa" w:w="940"/>
          </w:tcPr>
          <w:p>
            <w:pPr>
              <w:spacing w:after="0"/>
              <w:jc w:val="right"/>
            </w:pPr>
            <w:r>
              <w:rPr>
                <w:sz w:val="16"/>
              </w:rPr>
              <w:t>3, 0</w:t>
            </w:r>
          </w:p>
        </w:tc>
        <w:tc>
          <w:tcPr>
            <w:tcW w:type="dxa" w:w="3059"/>
          </w:tcPr>
          <w:p>
            <w:pPr>
              <w:spacing w:after="0"/>
              <w:jc w:val="left"/>
            </w:pPr>
            <w:r>
              <w:rPr>
                <w:sz w:val="16"/>
              </w:rPr>
              <w:t>NWS zone UTZ024 (EASTERN UINTA BASIN), zone-level</w:t>
            </w:r>
          </w:p>
        </w:tc>
        <w:tc>
          <w:tcPr>
            <w:tcW w:type="dxa" w:w="713"/>
          </w:tcPr>
          <w:p>
            <w:pPr>
              <w:spacing w:after="0"/>
              <w:jc w:val="left"/>
            </w:pPr>
          </w:p>
        </w:tc>
        <w:tc>
          <w:tcPr>
            <w:tcW w:type="dxa" w:w="2690"/>
          </w:tcPr>
          <w:p>
            <w:pPr>
              <w:spacing w:after="0"/>
              <w:jc w:val="left"/>
            </w:pPr>
            <w:r>
              <w:rPr>
                <w:sz w:val="16"/>
              </w:rPr>
              <w:t>deaths or injuries recorded</w:t>
            </w:r>
          </w:p>
        </w:tc>
      </w:tr>
      <w:tr>
        <w:trPr>
          <w:cantSplit/>
        </w:trPr>
        <w:tc>
          <w:tcPr>
            <w:tcW w:type="dxa" w:w="1037"/>
          </w:tcPr>
          <w:p>
            <w:pPr>
              <w:spacing w:after="0"/>
              <w:jc w:val="left"/>
            </w:pPr>
            <w:r>
              <w:rPr>
                <w:sz w:val="16"/>
              </w:rPr>
              <w:t>2007-06-29</w:t>
            </w:r>
          </w:p>
        </w:tc>
        <w:tc>
          <w:tcPr>
            <w:tcW w:type="dxa" w:w="1215"/>
          </w:tcPr>
          <w:p>
            <w:pPr>
              <w:spacing w:after="0"/>
              <w:jc w:val="left"/>
            </w:pPr>
            <w:r>
              <w:rPr>
                <w:sz w:val="16"/>
              </w:rPr>
              <w:t>Wildfire</w:t>
            </w:r>
          </w:p>
        </w:tc>
        <w:tc>
          <w:tcPr>
            <w:tcW w:type="dxa" w:w="1184"/>
          </w:tcPr>
          <w:p>
            <w:pPr>
              <w:spacing w:after="0"/>
              <w:jc w:val="left"/>
            </w:pPr>
          </w:p>
        </w:tc>
        <w:tc>
          <w:tcPr>
            <w:tcW w:type="dxa" w:w="3275"/>
          </w:tcPr>
          <w:p>
            <w:pPr>
              <w:spacing w:after="0"/>
              <w:jc w:val="left"/>
            </w:pPr>
            <w:r>
              <w:rPr>
                <w:sz w:val="16"/>
              </w:rPr>
              <w:t>$500,000 property; $0 crops (zone total, 2007 dollars)</w:t>
            </w:r>
          </w:p>
        </w:tc>
        <w:tc>
          <w:tcPr>
            <w:tcW w:type="dxa" w:w="940"/>
          </w:tcPr>
          <w:p>
            <w:pPr>
              <w:spacing w:after="0"/>
              <w:jc w:val="right"/>
            </w:pPr>
            <w:r>
              <w:rPr>
                <w:sz w:val="16"/>
              </w:rPr>
              <w:t>3, 0</w:t>
            </w:r>
          </w:p>
        </w:tc>
        <w:tc>
          <w:tcPr>
            <w:tcW w:type="dxa" w:w="3059"/>
          </w:tcPr>
          <w:p>
            <w:pPr>
              <w:spacing w:after="0"/>
              <w:jc w:val="left"/>
            </w:pPr>
            <w:r>
              <w:rPr>
                <w:sz w:val="16"/>
              </w:rPr>
              <w:t>NWS zone UTZ024 (EASTERN UINTA BASIN), zone-level</w:t>
            </w:r>
          </w:p>
        </w:tc>
        <w:tc>
          <w:tcPr>
            <w:tcW w:type="dxa" w:w="713"/>
          </w:tcPr>
          <w:p>
            <w:pPr>
              <w:spacing w:after="0"/>
              <w:jc w:val="left"/>
            </w:pPr>
          </w:p>
        </w:tc>
        <w:tc>
          <w:tcPr>
            <w:tcW w:type="dxa" w:w="2690"/>
          </w:tcPr>
          <w:p>
            <w:pPr>
              <w:spacing w:after="0"/>
              <w:jc w:val="left"/>
            </w:pPr>
            <w:r>
              <w:rPr>
                <w:sz w:val="16"/>
              </w:rPr>
              <w:t>deaths or injuries recorded</w:t>
            </w:r>
          </w:p>
        </w:tc>
      </w:tr>
      <w:tr>
        <w:trPr>
          <w:cantSplit/>
        </w:trPr>
        <w:tc>
          <w:tcPr>
            <w:tcW w:type="dxa" w:w="1037"/>
          </w:tcPr>
          <w:p>
            <w:pPr>
              <w:spacing w:after="0"/>
              <w:jc w:val="left"/>
            </w:pPr>
            <w:r>
              <w:rPr>
                <w:sz w:val="16"/>
              </w:rPr>
              <w:t>2005-12-04</w:t>
            </w:r>
          </w:p>
        </w:tc>
        <w:tc>
          <w:tcPr>
            <w:tcW w:type="dxa" w:w="1215"/>
          </w:tcPr>
          <w:p>
            <w:pPr>
              <w:spacing w:after="0"/>
              <w:jc w:val="left"/>
            </w:pPr>
            <w:r>
              <w:rPr>
                <w:sz w:val="16"/>
              </w:rPr>
              <w:t>Cold/Wind Chill</w:t>
            </w:r>
          </w:p>
        </w:tc>
        <w:tc>
          <w:tcPr>
            <w:tcW w:type="dxa" w:w="1184"/>
          </w:tcPr>
          <w:p>
            <w:pPr>
              <w:spacing w:after="0"/>
              <w:jc w:val="left"/>
            </w:pPr>
          </w:p>
        </w:tc>
        <w:tc>
          <w:tcPr>
            <w:tcW w:type="dxa" w:w="3275"/>
          </w:tcPr>
          <w:p>
            <w:pPr>
              <w:spacing w:after="0"/>
              <w:jc w:val="left"/>
            </w:pPr>
            <w:r>
              <w:rPr>
                <w:sz w:val="16"/>
              </w:rPr>
              <w:t>damage not reported</w:t>
            </w:r>
          </w:p>
        </w:tc>
        <w:tc>
          <w:tcPr>
            <w:tcW w:type="dxa" w:w="940"/>
          </w:tcPr>
          <w:p>
            <w:pPr>
              <w:spacing w:after="0"/>
              <w:jc w:val="right"/>
            </w:pPr>
            <w:r>
              <w:rPr>
                <w:sz w:val="16"/>
              </w:rPr>
              <w:t>0, 0</w:t>
            </w:r>
          </w:p>
        </w:tc>
        <w:tc>
          <w:tcPr>
            <w:tcW w:type="dxa" w:w="3059"/>
          </w:tcPr>
          <w:p>
            <w:pPr>
              <w:spacing w:after="0"/>
              <w:jc w:val="left"/>
            </w:pPr>
            <w:r>
              <w:rPr>
                <w:sz w:val="16"/>
              </w:rPr>
              <w:t>NWS zone UTZ024 (EASTERN UINTA BASIN), zone-level</w:t>
            </w:r>
          </w:p>
        </w:tc>
        <w:tc>
          <w:tcPr>
            <w:tcW w:type="dxa" w:w="713"/>
          </w:tcPr>
          <w:p>
            <w:pPr>
              <w:spacing w:after="0"/>
              <w:jc w:val="left"/>
            </w:pPr>
          </w:p>
        </w:tc>
        <w:tc>
          <w:tcPr>
            <w:tcW w:type="dxa" w:w="269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2005-08-09</w:t>
            </w:r>
          </w:p>
        </w:tc>
        <w:tc>
          <w:tcPr>
            <w:tcW w:type="dxa" w:w="1215"/>
          </w:tcPr>
          <w:p>
            <w:pPr>
              <w:spacing w:after="0"/>
              <w:jc w:val="left"/>
            </w:pPr>
            <w:r>
              <w:rPr>
                <w:sz w:val="16"/>
              </w:rPr>
              <w:t>Debris Flow</w:t>
            </w:r>
          </w:p>
        </w:tc>
        <w:tc>
          <w:tcPr>
            <w:tcW w:type="dxa" w:w="1184"/>
          </w:tcPr>
          <w:p>
            <w:pPr>
              <w:spacing w:after="0"/>
              <w:jc w:val="left"/>
            </w:pPr>
          </w:p>
        </w:tc>
        <w:tc>
          <w:tcPr>
            <w:tcW w:type="dxa" w:w="3275"/>
          </w:tcPr>
          <w:p>
            <w:pPr>
              <w:spacing w:after="0"/>
              <w:jc w:val="left"/>
            </w:pPr>
            <w:r>
              <w:rPr>
                <w:sz w:val="16"/>
              </w:rPr>
              <w:t>$500 property; crops not reported (zone total, 2005 dollars)</w:t>
            </w:r>
          </w:p>
        </w:tc>
        <w:tc>
          <w:tcPr>
            <w:tcW w:type="dxa" w:w="940"/>
          </w:tcPr>
          <w:p>
            <w:pPr>
              <w:spacing w:after="0"/>
              <w:jc w:val="right"/>
            </w:pPr>
            <w:r>
              <w:rPr>
                <w:sz w:val="16"/>
              </w:rPr>
              <w:t>0, 0</w:t>
            </w:r>
          </w:p>
        </w:tc>
        <w:tc>
          <w:tcPr>
            <w:tcW w:type="dxa" w:w="3059"/>
          </w:tcPr>
          <w:p>
            <w:pPr>
              <w:spacing w:after="0"/>
              <w:jc w:val="left"/>
            </w:pPr>
            <w:r>
              <w:rPr>
                <w:sz w:val="16"/>
              </w:rPr>
              <w:t>NWS zone UTZ023 (EASTERN UINTA MOUNTAINS), zone-level</w:t>
            </w:r>
          </w:p>
        </w:tc>
        <w:tc>
          <w:tcPr>
            <w:tcW w:type="dxa" w:w="713"/>
          </w:tcPr>
          <w:p>
            <w:pPr>
              <w:spacing w:after="0"/>
              <w:jc w:val="left"/>
            </w:pPr>
          </w:p>
        </w:tc>
        <w:tc>
          <w:tcPr>
            <w:tcW w:type="dxa" w:w="2690"/>
          </w:tcPr>
          <w:p>
            <w:pPr>
              <w:spacing w:after="0"/>
              <w:jc w:val="left"/>
            </w:pPr>
            <w:r>
              <w:rPr>
                <w:sz w:val="16"/>
              </w:rPr>
              <w:t>B1-c worst recorded: Debris Flow</w:t>
            </w:r>
          </w:p>
        </w:tc>
      </w:tr>
      <w:tr>
        <w:trPr>
          <w:cantSplit/>
        </w:trPr>
        <w:tc>
          <w:tcPr>
            <w:tcW w:type="dxa" w:w="1037"/>
          </w:tcPr>
          <w:p>
            <w:pPr>
              <w:spacing w:after="0"/>
              <w:jc w:val="left"/>
            </w:pPr>
            <w:r>
              <w:rPr>
                <w:sz w:val="16"/>
              </w:rPr>
              <w:t>2002-05-01</w:t>
            </w:r>
          </w:p>
        </w:tc>
        <w:tc>
          <w:tcPr>
            <w:tcW w:type="dxa" w:w="1215"/>
          </w:tcPr>
          <w:p>
            <w:pPr>
              <w:spacing w:after="0"/>
              <w:jc w:val="left"/>
            </w:pPr>
            <w:r>
              <w:rPr>
                <w:sz w:val="16"/>
              </w:rPr>
              <w:t>Drought</w:t>
            </w:r>
          </w:p>
        </w:tc>
        <w:tc>
          <w:tcPr>
            <w:tcW w:type="dxa" w:w="1184"/>
          </w:tcPr>
          <w:p>
            <w:pPr>
              <w:spacing w:after="0"/>
              <w:jc w:val="left"/>
            </w:pPr>
          </w:p>
        </w:tc>
        <w:tc>
          <w:tcPr>
            <w:tcW w:type="dxa" w:w="3275"/>
          </w:tcPr>
          <w:p>
            <w:pPr>
              <w:spacing w:after="0"/>
              <w:jc w:val="left"/>
            </w:pPr>
            <w:r>
              <w:rPr>
                <w:sz w:val="16"/>
              </w:rPr>
              <w:t>damage not reported</w:t>
            </w:r>
          </w:p>
        </w:tc>
        <w:tc>
          <w:tcPr>
            <w:tcW w:type="dxa" w:w="940"/>
          </w:tcPr>
          <w:p>
            <w:pPr>
              <w:spacing w:after="0"/>
              <w:jc w:val="right"/>
            </w:pPr>
            <w:r>
              <w:rPr>
                <w:sz w:val="16"/>
              </w:rPr>
              <w:t>0, 0</w:t>
            </w:r>
          </w:p>
        </w:tc>
        <w:tc>
          <w:tcPr>
            <w:tcW w:type="dxa" w:w="3059"/>
          </w:tcPr>
          <w:p>
            <w:pPr>
              <w:spacing w:after="0"/>
              <w:jc w:val="left"/>
            </w:pPr>
            <w:r>
              <w:rPr>
                <w:sz w:val="16"/>
              </w:rPr>
              <w:t>NWS zone UTZ024 (EASTERN UINTA BASIN), zone-level</w:t>
            </w:r>
          </w:p>
        </w:tc>
        <w:tc>
          <w:tcPr>
            <w:tcW w:type="dxa" w:w="713"/>
          </w:tcPr>
          <w:p>
            <w:pPr>
              <w:spacing w:after="0"/>
              <w:jc w:val="left"/>
            </w:pPr>
          </w:p>
        </w:tc>
        <w:tc>
          <w:tcPr>
            <w:tcW w:type="dxa" w:w="2690"/>
          </w:tcPr>
          <w:p>
            <w:pPr>
              <w:spacing w:after="0"/>
              <w:jc w:val="left"/>
            </w:pPr>
            <w:r>
              <w:rPr>
                <w:sz w:val="16"/>
              </w:rPr>
              <w:t>B1-c worst recorded: Drought</w:t>
            </w:r>
          </w:p>
        </w:tc>
      </w:tr>
      <w:tr>
        <w:trPr>
          <w:cantSplit/>
        </w:trPr>
        <w:tc>
          <w:tcPr>
            <w:tcW w:type="dxa" w:w="1037"/>
          </w:tcPr>
          <w:p>
            <w:pPr>
              <w:spacing w:after="0"/>
              <w:jc w:val="left"/>
            </w:pPr>
            <w:r>
              <w:rPr>
                <w:sz w:val="16"/>
              </w:rPr>
              <w:t>2002-04-15</w:t>
            </w:r>
          </w:p>
        </w:tc>
        <w:tc>
          <w:tcPr>
            <w:tcW w:type="dxa" w:w="1215"/>
          </w:tcPr>
          <w:p>
            <w:pPr>
              <w:spacing w:after="0"/>
              <w:jc w:val="left"/>
            </w:pPr>
            <w:r>
              <w:rPr>
                <w:sz w:val="16"/>
              </w:rPr>
              <w:t>High Wind</w:t>
            </w:r>
          </w:p>
        </w:tc>
        <w:tc>
          <w:tcPr>
            <w:tcW w:type="dxa" w:w="1184"/>
          </w:tcPr>
          <w:p>
            <w:pPr>
              <w:spacing w:after="0"/>
              <w:jc w:val="left"/>
            </w:pPr>
            <w:r>
              <w:rPr>
                <w:sz w:val="16"/>
              </w:rPr>
              <w:t>70 kt (81 mph) measured</w:t>
            </w:r>
          </w:p>
        </w:tc>
        <w:tc>
          <w:tcPr>
            <w:tcW w:type="dxa" w:w="3275"/>
          </w:tcPr>
          <w:p>
            <w:pPr>
              <w:spacing w:after="0"/>
              <w:jc w:val="left"/>
            </w:pPr>
            <w:r>
              <w:rPr>
                <w:sz w:val="16"/>
              </w:rPr>
              <w:t>damage not reported</w:t>
            </w:r>
          </w:p>
        </w:tc>
        <w:tc>
          <w:tcPr>
            <w:tcW w:type="dxa" w:w="940"/>
          </w:tcPr>
          <w:p>
            <w:pPr>
              <w:spacing w:after="0"/>
              <w:jc w:val="right"/>
            </w:pPr>
            <w:r>
              <w:rPr>
                <w:sz w:val="16"/>
              </w:rPr>
              <w:t>0, 0</w:t>
            </w:r>
          </w:p>
        </w:tc>
        <w:tc>
          <w:tcPr>
            <w:tcW w:type="dxa" w:w="3059"/>
          </w:tcPr>
          <w:p>
            <w:pPr>
              <w:spacing w:after="0"/>
              <w:jc w:val="left"/>
            </w:pPr>
            <w:r>
              <w:rPr>
                <w:sz w:val="16"/>
              </w:rPr>
              <w:t>NWS zone UTZ025 (TAVAPUTS PLATEAU), zone-level</w:t>
            </w:r>
          </w:p>
        </w:tc>
        <w:tc>
          <w:tcPr>
            <w:tcW w:type="dxa" w:w="713"/>
          </w:tcPr>
          <w:p>
            <w:pPr>
              <w:spacing w:after="0"/>
              <w:jc w:val="left"/>
            </w:pPr>
          </w:p>
        </w:tc>
        <w:tc>
          <w:tcPr>
            <w:tcW w:type="dxa" w:w="2690"/>
          </w:tcPr>
          <w:p>
            <w:pPr>
              <w:spacing w:after="0"/>
              <w:jc w:val="left"/>
            </w:pPr>
            <w:r>
              <w:rPr>
                <w:sz w:val="16"/>
              </w:rPr>
              <w:t>B1-c worst recorded: High Wind and Strong Wind</w:t>
            </w:r>
          </w:p>
        </w:tc>
      </w:tr>
      <w:tr>
        <w:trPr>
          <w:cantSplit/>
        </w:trPr>
        <w:tc>
          <w:tcPr>
            <w:tcW w:type="dxa" w:w="1037"/>
          </w:tcPr>
          <w:p>
            <w:pPr>
              <w:spacing w:after="0"/>
              <w:jc w:val="left"/>
            </w:pPr>
            <w:r>
              <w:rPr>
                <w:sz w:val="16"/>
              </w:rPr>
              <w:t>2000-05-29</w:t>
            </w:r>
          </w:p>
        </w:tc>
        <w:tc>
          <w:tcPr>
            <w:tcW w:type="dxa" w:w="1215"/>
          </w:tcPr>
          <w:p>
            <w:pPr>
              <w:spacing w:after="0"/>
              <w:jc w:val="left"/>
            </w:pPr>
            <w:r>
              <w:rPr>
                <w:sz w:val="16"/>
              </w:rPr>
              <w:t>Lightning</w:t>
            </w:r>
          </w:p>
        </w:tc>
        <w:tc>
          <w:tcPr>
            <w:tcW w:type="dxa" w:w="1184"/>
          </w:tcPr>
          <w:p>
            <w:pPr>
              <w:spacing w:after="0"/>
              <w:jc w:val="left"/>
            </w:pPr>
          </w:p>
        </w:tc>
        <w:tc>
          <w:tcPr>
            <w:tcW w:type="dxa" w:w="3275"/>
          </w:tcPr>
          <w:p>
            <w:pPr>
              <w:spacing w:after="0"/>
              <w:jc w:val="left"/>
            </w:pPr>
            <w:r>
              <w:rPr>
                <w:sz w:val="16"/>
              </w:rPr>
              <w:t>$10,000 property; crops not reported (2000 dollars)</w:t>
            </w:r>
          </w:p>
        </w:tc>
        <w:tc>
          <w:tcPr>
            <w:tcW w:type="dxa" w:w="940"/>
          </w:tcPr>
          <w:p>
            <w:pPr>
              <w:spacing w:after="0"/>
              <w:jc w:val="right"/>
            </w:pPr>
            <w:r>
              <w:rPr>
                <w:sz w:val="16"/>
              </w:rPr>
              <w:t>0, 0</w:t>
            </w:r>
          </w:p>
        </w:tc>
        <w:tc>
          <w:tcPr>
            <w:tcW w:type="dxa" w:w="3059"/>
          </w:tcPr>
          <w:p>
            <w:pPr>
              <w:spacing w:after="0"/>
              <w:jc w:val="left"/>
            </w:pPr>
            <w:r>
              <w:rPr>
                <w:sz w:val="16"/>
              </w:rPr>
              <w:t>BALLARD</w:t>
            </w:r>
          </w:p>
        </w:tc>
        <w:tc>
          <w:tcPr>
            <w:tcW w:type="dxa" w:w="713"/>
          </w:tcPr>
          <w:p>
            <w:pPr>
              <w:spacing w:after="0"/>
              <w:jc w:val="left"/>
            </w:pPr>
          </w:p>
        </w:tc>
        <w:tc>
          <w:tcPr>
            <w:tcW w:type="dxa" w:w="2690"/>
          </w:tcPr>
          <w:p>
            <w:pPr>
              <w:spacing w:after="0"/>
              <w:jc w:val="left"/>
            </w:pPr>
            <w:r>
              <w:rPr>
                <w:sz w:val="16"/>
              </w:rPr>
              <w:t>B1-c worst recorded: Lightning</w:t>
            </w:r>
          </w:p>
        </w:tc>
      </w:tr>
      <w:tr>
        <w:trPr>
          <w:cantSplit/>
        </w:trPr>
        <w:tc>
          <w:tcPr>
            <w:tcW w:type="dxa" w:w="1037"/>
          </w:tcPr>
          <w:p>
            <w:pPr>
              <w:spacing w:after="0"/>
              <w:jc w:val="left"/>
            </w:pPr>
            <w:r>
              <w:rPr>
                <w:sz w:val="16"/>
              </w:rPr>
              <w:t>1999-09-03</w:t>
            </w:r>
          </w:p>
        </w:tc>
        <w:tc>
          <w:tcPr>
            <w:tcW w:type="dxa" w:w="1215"/>
          </w:tcPr>
          <w:p>
            <w:pPr>
              <w:spacing w:after="0"/>
              <w:jc w:val="left"/>
            </w:pPr>
            <w:r>
              <w:rPr>
                <w:sz w:val="16"/>
              </w:rPr>
              <w:t>Tornado</w:t>
            </w:r>
          </w:p>
        </w:tc>
        <w:tc>
          <w:tcPr>
            <w:tcW w:type="dxa" w:w="1184"/>
          </w:tcPr>
          <w:p>
            <w:pPr>
              <w:spacing w:after="0"/>
              <w:jc w:val="left"/>
            </w:pPr>
            <w:r>
              <w:rPr>
                <w:sz w:val="16"/>
              </w:rPr>
              <w:t>F1, 4 mi within this county, 50 yd wide</w:t>
            </w:r>
          </w:p>
        </w:tc>
        <w:tc>
          <w:tcPr>
            <w:tcW w:type="dxa" w:w="3275"/>
          </w:tcPr>
          <w:p>
            <w:pPr>
              <w:spacing w:after="0"/>
              <w:jc w:val="left"/>
            </w:pPr>
            <w:r>
              <w:rPr>
                <w:sz w:val="16"/>
              </w:rPr>
              <w:t>$700,000 property; crops not reported (1999 dollars)</w:t>
            </w:r>
          </w:p>
        </w:tc>
        <w:tc>
          <w:tcPr>
            <w:tcW w:type="dxa" w:w="940"/>
          </w:tcPr>
          <w:p>
            <w:pPr>
              <w:spacing w:after="0"/>
              <w:jc w:val="right"/>
            </w:pPr>
            <w:r>
              <w:rPr>
                <w:sz w:val="16"/>
              </w:rPr>
              <w:t>0, 1</w:t>
            </w:r>
          </w:p>
        </w:tc>
        <w:tc>
          <w:tcPr>
            <w:tcW w:type="dxa" w:w="3059"/>
          </w:tcPr>
          <w:p>
            <w:pPr>
              <w:spacing w:after="0"/>
              <w:jc w:val="left"/>
            </w:pPr>
            <w:r>
              <w:rPr>
                <w:sz w:val="16"/>
              </w:rPr>
              <w:t>NAPLES</w:t>
            </w:r>
          </w:p>
        </w:tc>
        <w:tc>
          <w:tcPr>
            <w:tcW w:type="dxa" w:w="713"/>
          </w:tcPr>
          <w:p>
            <w:pPr>
              <w:spacing w:after="0"/>
              <w:jc w:val="left"/>
            </w:pPr>
          </w:p>
        </w:tc>
        <w:tc>
          <w:tcPr>
            <w:tcW w:type="dxa" w:w="2690"/>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(896 rows).</w:t>
      </w:r>
    </w:p>
    <w:p>
      <w:pPr>
        <w:spacing w:after="80" w:before="0"/>
      </w:pPr>
    </w:p>
    <w:p>
      <w:pPr>
        <w:spacing w:after="60" w:before="0"/>
      </w:pPr>
      <w:r>
        <w:rPr>
          <w:color w:val="555555"/>
          <w:sz w:val="17"/>
        </w:rPr>
        <w:t>2 Fire Management declarations (1994-08-06 to 1994-08-06) FEMA filed as Statewide with no county; each names one local fire. Listed on the state page.</w:t>
      </w: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84"/>
        <w:gridCol w:w="1379"/>
        <w:gridCol w:w="1821"/>
        <w:gridCol w:w="1037"/>
        <w:gridCol w:w="1374"/>
        <w:gridCol w:w="1609"/>
        <w:gridCol w:w="1827"/>
        <w:gridCol w:w="1037"/>
        <w:gridCol w:w="1608"/>
      </w:tblGrid>
      <w:tr>
        <w:trPr>
          <w:cantSplit/>
          <w:tblHeader/>
        </w:trPr>
        <w:tc>
          <w:tcPr>
            <w:tcW w:type="dxa" w:w="1037"/>
            <w:shd w:val="clear" w:color="auto" w:fill="E8E8E8"/>
          </w:tcPr>
          <w:p>
            <w:pPr>
              <w:spacing w:after="0"/>
              <w:jc w:val="left"/>
            </w:pPr>
            <w:r>
              <w:rPr>
                <w:b/>
                <w:sz w:val="16"/>
              </w:rPr>
              <w:t>Hazard</w:t>
            </w:r>
          </w:p>
        </w:tc>
        <w:tc>
          <w:tcPr>
            <w:tcW w:type="dxa" w:w="138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9"/>
            <w:shd w:val="clear" w:color="auto" w:fill="E8E8E8"/>
          </w:tcPr>
          <w:p>
            <w:pPr>
              <w:spacing w:after="0"/>
              <w:jc w:val="left"/>
            </w:pPr>
            <w:r>
              <w:rPr>
                <w:b/>
                <w:sz w:val="16"/>
              </w:rPr>
              <w:t>Unit</w:t>
            </w:r>
          </w:p>
        </w:tc>
        <w:tc>
          <w:tcPr>
            <w:tcW w:type="dxa" w:w="182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74"/>
            <w:shd w:val="clear" w:color="auto" w:fill="E8E8E8"/>
          </w:tcPr>
          <w:p>
            <w:pPr>
              <w:spacing w:after="0"/>
              <w:jc w:val="left"/>
            </w:pPr>
            <w:r>
              <w:rPr>
                <w:b/>
                <w:sz w:val="16"/>
              </w:rPr>
              <w:t>Descriptor basis</w:t>
            </w:r>
          </w:p>
        </w:tc>
        <w:tc>
          <w:tcPr>
            <w:tcW w:type="dxa" w:w="1609"/>
            <w:shd w:val="clear" w:color="auto" w:fill="E8E8E8"/>
          </w:tcPr>
          <w:p>
            <w:pPr>
              <w:spacing w:after="0"/>
              <w:jc w:val="right"/>
            </w:pPr>
            <w:r>
              <w:rPr>
                <w:b/>
                <w:sz w:val="16"/>
              </w:rPr>
              <w:t>NRI events or days in its record period (hail, wind and tornado are area-weighted, so can be fractional)</w:t>
            </w:r>
          </w:p>
        </w:tc>
        <w:tc>
          <w:tcPr>
            <w:tcW w:type="dxa" w:w="182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84"/>
          </w:tcPr>
          <w:p>
            <w:pPr>
              <w:spacing w:after="0"/>
              <w:jc w:val="right"/>
            </w:pPr>
            <w:r>
              <w:rPr>
                <w:sz w:val="16"/>
              </w:rPr>
              <w:t>0.01</w:t>
            </w:r>
          </w:p>
        </w:tc>
        <w:tc>
          <w:tcPr>
            <w:tcW w:type="dxa" w:w="1379"/>
          </w:tcPr>
          <w:p>
            <w:pPr>
              <w:spacing w:after="0"/>
              <w:jc w:val="left"/>
            </w:pPr>
            <w:r>
              <w:rPr>
                <w:sz w:val="16"/>
              </w:rPr>
              <w:t>events per year</w:t>
            </w:r>
          </w:p>
        </w:tc>
        <w:tc>
          <w:tcPr>
            <w:tcW w:type="dxa" w:w="1821"/>
          </w:tcPr>
          <w:p>
            <w:pPr>
              <w:spacing w:after="0"/>
              <w:jc w:val="left"/>
            </w:pPr>
            <w:r>
              <w:rPr>
                <w:sz w:val="16"/>
              </w:rPr>
              <w:t>about 1 in 100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0</w:t>
            </w:r>
          </w:p>
        </w:tc>
        <w:tc>
          <w:tcPr>
            <w:tcW w:type="dxa" w:w="1827"/>
          </w:tcPr>
          <w:p>
            <w:pPr>
              <w:spacing w:after="0"/>
              <w:jc w:val="left"/>
            </w:pPr>
            <w:r>
              <w:rPr>
                <w:sz w:val="16"/>
              </w:rPr>
              <w:t>1994 to 2023 (30 years)</w:t>
            </w:r>
          </w:p>
        </w:tc>
        <w:tc>
          <w:tcPr>
            <w:tcW w:type="dxa" w:w="1037"/>
          </w:tcPr>
          <w:p>
            <w:pPr>
              <w:spacing w:after="0"/>
              <w:jc w:val="left"/>
            </w:pPr>
            <w:r>
              <w:rPr>
                <w:sz w:val="16"/>
              </w:rPr>
              <w:t>see B1-f</w:t>
            </w:r>
          </w:p>
        </w:tc>
        <w:tc>
          <w:tcPr>
            <w:tcW w:type="dxa" w:w="160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84"/>
          </w:tcPr>
          <w:p>
            <w:pPr>
              <w:spacing w:after="0"/>
              <w:jc w:val="right"/>
            </w:pPr>
            <w:r>
              <w:rPr>
                <w:sz w:val="16"/>
              </w:rPr>
              <w:t>0.124</w:t>
            </w:r>
          </w:p>
        </w:tc>
        <w:tc>
          <w:tcPr>
            <w:tcW w:type="dxa" w:w="1379"/>
          </w:tcPr>
          <w:p>
            <w:pPr>
              <w:spacing w:after="0"/>
              <w:jc w:val="left"/>
            </w:pPr>
            <w:r>
              <w:rPr>
                <w:sz w:val="16"/>
              </w:rPr>
              <w:t>event-days per year</w:t>
            </w:r>
          </w:p>
        </w:tc>
        <w:tc>
          <w:tcPr>
            <w:tcW w:type="dxa" w:w="1821"/>
          </w:tcPr>
          <w:p>
            <w:pPr>
              <w:spacing w:after="0"/>
              <w:jc w:val="left"/>
            </w:pPr>
            <w:r>
              <w:rPr>
                <w:sz w:val="16"/>
              </w:rPr>
              <w:t>about 0.124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4 of 30 years, 1996 to 2025 (13.3%)</w:t>
            </w:r>
          </w:p>
        </w:tc>
        <w:tc>
          <w:tcPr>
            <w:tcW w:type="dxa" w:w="1609"/>
          </w:tcPr>
          <w:p>
            <w:pPr>
              <w:spacing w:after="0"/>
              <w:jc w:val="right"/>
            </w:pPr>
            <w:r>
              <w:rPr>
                <w:sz w:val="16"/>
              </w:rPr>
              <w:t>2.36</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Drought</w:t>
            </w:r>
          </w:p>
        </w:tc>
        <w:tc>
          <w:tcPr>
            <w:tcW w:type="dxa" w:w="1384"/>
          </w:tcPr>
          <w:p>
            <w:pPr>
              <w:spacing w:after="0"/>
              <w:jc w:val="right"/>
            </w:pPr>
            <w:r>
              <w:rPr>
                <w:sz w:val="16"/>
              </w:rPr>
              <w:t>97.4</w:t>
            </w:r>
          </w:p>
        </w:tc>
        <w:tc>
          <w:tcPr>
            <w:tcW w:type="dxa" w:w="1379"/>
          </w:tcPr>
          <w:p>
            <w:pPr>
              <w:spacing w:after="0"/>
              <w:jc w:val="left"/>
            </w:pPr>
            <w:r>
              <w:rPr>
                <w:sz w:val="16"/>
              </w:rPr>
              <w:t>event-days per year</w:t>
            </w:r>
          </w:p>
        </w:tc>
        <w:tc>
          <w:tcPr>
            <w:tcW w:type="dxa" w:w="1821"/>
          </w:tcPr>
          <w:p>
            <w:pPr>
              <w:spacing w:after="0"/>
              <w:jc w:val="left"/>
            </w:pPr>
            <w:r>
              <w:rPr>
                <w:sz w:val="16"/>
              </w:rPr>
              <w:t>about 97.4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20 of 30 years, 1996 to 2025 (66.7%)</w:t>
            </w:r>
          </w:p>
        </w:tc>
        <w:tc>
          <w:tcPr>
            <w:tcW w:type="dxa" w:w="1609"/>
          </w:tcPr>
          <w:p>
            <w:pPr>
              <w:spacing w:after="0"/>
              <w:jc w:val="right"/>
            </w:pPr>
            <w:r>
              <w:rPr>
                <w:sz w:val="16"/>
              </w:rPr>
              <w:t>2,639</w:t>
            </w:r>
          </w:p>
        </w:tc>
        <w:tc>
          <w:tcPr>
            <w:tcW w:type="dxa" w:w="182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Earthquake</w:t>
            </w:r>
          </w:p>
        </w:tc>
        <w:tc>
          <w:tcPr>
            <w:tcW w:type="dxa" w:w="1384"/>
          </w:tcPr>
          <w:p>
            <w:pPr>
              <w:spacing w:after="0"/>
              <w:jc w:val="right"/>
            </w:pPr>
            <w:r>
              <w:rPr>
                <w:sz w:val="16"/>
              </w:rPr>
              <w:t>0.00345</w:t>
            </w:r>
          </w:p>
        </w:tc>
        <w:tc>
          <w:tcPr>
            <w:tcW w:type="dxa" w:w="1379"/>
          </w:tcPr>
          <w:p>
            <w:pPr>
              <w:spacing w:after="0"/>
              <w:jc w:val="left"/>
            </w:pPr>
            <w:r>
              <w:rPr>
                <w:sz w:val="16"/>
              </w:rPr>
              <w:t>annual probability at a location</w:t>
            </w:r>
          </w:p>
        </w:tc>
        <w:tc>
          <w:tcPr>
            <w:tcW w:type="dxa" w:w="1821"/>
          </w:tcPr>
          <w:p>
            <w:pPr>
              <w:spacing w:after="0"/>
              <w:jc w:val="left"/>
            </w:pPr>
            <w:r>
              <w:rPr>
                <w:sz w:val="16"/>
              </w:rPr>
              <w:t>chance a given location in the county has at least minor-damage shaking in a year: 0.345%</w:t>
            </w:r>
          </w:p>
        </w:tc>
        <w:tc>
          <w:tcPr>
            <w:tcW w:type="dxa" w:w="1037"/>
          </w:tcPr>
          <w:p>
            <w:pPr>
              <w:spacing w:after="0"/>
              <w:jc w:val="left"/>
            </w:pPr>
          </w:p>
        </w:tc>
        <w:tc>
          <w:tcPr>
            <w:tcW w:type="dxa" w:w="1374"/>
          </w:tcPr>
          <w:p>
            <w:pPr>
              <w:spacing w:after="0"/>
              <w:jc w:val="left"/>
            </w:pP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84"/>
          </w:tcPr>
          <w:p>
            <w:pPr>
              <w:spacing w:after="0"/>
              <w:jc w:val="right"/>
            </w:pPr>
            <w:r>
              <w:rPr>
                <w:sz w:val="16"/>
              </w:rPr>
              <w:t>0.124</w:t>
            </w:r>
          </w:p>
        </w:tc>
        <w:tc>
          <w:tcPr>
            <w:tcW w:type="dxa" w:w="1379"/>
          </w:tcPr>
          <w:p>
            <w:pPr>
              <w:spacing w:after="0"/>
              <w:jc w:val="left"/>
            </w:pPr>
            <w:r>
              <w:rPr>
                <w:sz w:val="16"/>
              </w:rPr>
              <w:t>events per year</w:t>
            </w:r>
          </w:p>
        </w:tc>
        <w:tc>
          <w:tcPr>
            <w:tcW w:type="dxa" w:w="1821"/>
          </w:tcPr>
          <w:p>
            <w:pPr>
              <w:spacing w:after="0"/>
              <w:jc w:val="left"/>
            </w:pPr>
            <w:r>
              <w:rPr>
                <w:sz w:val="16"/>
              </w:rPr>
              <w:t>about 1 in 8 years</w:t>
            </w:r>
          </w:p>
        </w:tc>
        <w:tc>
          <w:tcPr>
            <w:tcW w:type="dxa" w:w="1037"/>
          </w:tcPr>
          <w:p>
            <w:pPr>
              <w:spacing w:after="0"/>
              <w:jc w:val="left"/>
            </w:pPr>
            <w:r>
              <w:rPr>
                <w:sz w:val="16"/>
              </w:rPr>
              <w:t>Likely</w:t>
            </w:r>
          </w:p>
        </w:tc>
        <w:tc>
          <w:tcPr>
            <w:tcW w:type="dxa" w:w="1374"/>
          </w:tcPr>
          <w:p>
            <w:pPr>
              <w:spacing w:after="0"/>
              <w:jc w:val="left"/>
            </w:pPr>
            <w:r>
              <w:rPr>
                <w:sz w:val="16"/>
              </w:rPr>
              <w:t>FEMA annualized frequency (modeled)</w:t>
            </w:r>
          </w:p>
        </w:tc>
        <w:tc>
          <w:tcPr>
            <w:tcW w:type="dxa" w:w="1609"/>
          </w:tcPr>
          <w:p>
            <w:pPr>
              <w:spacing w:after="0"/>
              <w:jc w:val="right"/>
            </w:pPr>
            <w:r>
              <w:rPr>
                <w:sz w:val="16"/>
              </w:rPr>
              <w:t>4.7 (modeled)</w:t>
            </w:r>
          </w:p>
        </w:tc>
        <w:tc>
          <w:tcPr>
            <w:tcW w:type="dxa" w:w="1827"/>
          </w:tcPr>
          <w:p>
            <w:pPr>
              <w:spacing w:after="0"/>
              <w:jc w:val="left"/>
            </w:pPr>
            <w:r>
              <w:rPr>
                <w:sz w:val="16"/>
              </w:rPr>
              <w:t>1986 to 2023 (38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Heat Wave</w:t>
            </w:r>
          </w:p>
        </w:tc>
        <w:tc>
          <w:tcPr>
            <w:tcW w:type="dxa" w:w="1384"/>
          </w:tcPr>
          <w:p>
            <w:pPr>
              <w:spacing w:after="0"/>
              <w:jc w:val="right"/>
            </w:pPr>
            <w:r>
              <w:rPr>
                <w:sz w:val="16"/>
              </w:rPr>
              <w:t>0.343</w:t>
            </w:r>
          </w:p>
        </w:tc>
        <w:tc>
          <w:tcPr>
            <w:tcW w:type="dxa" w:w="1379"/>
          </w:tcPr>
          <w:p>
            <w:pPr>
              <w:spacing w:after="0"/>
              <w:jc w:val="left"/>
            </w:pPr>
            <w:r>
              <w:rPr>
                <w:sz w:val="16"/>
              </w:rPr>
              <w:t>event-days per year</w:t>
            </w:r>
          </w:p>
        </w:tc>
        <w:tc>
          <w:tcPr>
            <w:tcW w:type="dxa" w:w="1821"/>
          </w:tcPr>
          <w:p>
            <w:pPr>
              <w:spacing w:after="0"/>
              <w:jc w:val="left"/>
            </w:pPr>
            <w:r>
              <w:rPr>
                <w:sz w:val="16"/>
              </w:rPr>
              <w:t>about 0.343 days per year</w:t>
            </w:r>
          </w:p>
        </w:tc>
        <w:tc>
          <w:tcPr>
            <w:tcW w:type="dxa" w:w="1037"/>
          </w:tcPr>
          <w:p>
            <w:pPr>
              <w:spacing w:after="0"/>
              <w:jc w:val="left"/>
            </w:pPr>
            <w:r>
              <w:rPr>
                <w:sz w:val="16"/>
              </w:rPr>
              <w:t>Possible</w:t>
            </w:r>
          </w:p>
        </w:tc>
        <w:tc>
          <w:tcPr>
            <w:tcW w:type="dxa" w:w="1374"/>
          </w:tcPr>
          <w:p>
            <w:pPr>
              <w:spacing w:after="0"/>
              <w:jc w:val="left"/>
            </w:pPr>
            <w:r>
              <w:rPr>
                <w:sz w:val="16"/>
              </w:rPr>
              <w:t>Storm Events event-days in 1 of 30 years, 1996 to 2025 (3.33%)</w:t>
            </w:r>
          </w:p>
        </w:tc>
        <w:tc>
          <w:tcPr>
            <w:tcW w:type="dxa" w:w="1609"/>
          </w:tcPr>
          <w:p>
            <w:pPr>
              <w:spacing w:after="0"/>
              <w:jc w:val="right"/>
            </w:pPr>
            <w:r>
              <w:rPr>
                <w:sz w:val="16"/>
              </w:rPr>
              <w:t>3.02</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Hurricane</w:t>
            </w:r>
          </w:p>
        </w:tc>
        <w:tc>
          <w:tcPr>
            <w:tcW w:type="dxa" w:w="1384"/>
          </w:tcPr>
          <w:p>
            <w:pPr>
              <w:spacing w:after="0"/>
              <w:jc w:val="right"/>
            </w:pPr>
          </w:p>
        </w:tc>
        <w:tc>
          <w:tcPr>
            <w:tcW w:type="dxa" w:w="1379"/>
          </w:tcPr>
          <w:p>
            <w:pPr>
              <w:spacing w:after="0"/>
              <w:jc w:val="left"/>
            </w:pPr>
            <w:r>
              <w:rPr>
                <w:sz w:val="16"/>
              </w:rPr>
              <w:t>events per year</w:t>
            </w:r>
          </w:p>
        </w:tc>
        <w:tc>
          <w:tcPr>
            <w:tcW w:type="dxa" w:w="1821"/>
          </w:tcPr>
          <w:p>
            <w:pPr>
              <w:spacing w:after="0"/>
              <w:jc w:val="left"/>
            </w:pPr>
          </w:p>
        </w:tc>
        <w:tc>
          <w:tcPr>
            <w:tcW w:type="dxa" w:w="1037"/>
          </w:tcPr>
          <w:p>
            <w:pPr>
              <w:spacing w:after="0"/>
              <w:jc w:val="left"/>
            </w:pPr>
          </w:p>
        </w:tc>
        <w:tc>
          <w:tcPr>
            <w:tcW w:type="dxa" w:w="1374"/>
          </w:tcPr>
          <w:p>
            <w:pPr>
              <w:spacing w:after="0"/>
              <w:jc w:val="left"/>
            </w:pPr>
          </w:p>
        </w:tc>
        <w:tc>
          <w:tcPr>
            <w:tcW w:type="dxa" w:w="1609"/>
          </w:tcPr>
          <w:p>
            <w:pPr>
              <w:spacing w:after="0"/>
              <w:jc w:val="right"/>
            </w:pPr>
          </w:p>
        </w:tc>
        <w:tc>
          <w:tcPr>
            <w:tcW w:type="dxa" w:w="1827"/>
          </w:tcPr>
          <w:p>
            <w:pPr>
              <w:spacing w:after="0"/>
              <w:jc w:val="left"/>
            </w:pPr>
            <w:r>
              <w:rPr>
                <w:sz w:val="16"/>
              </w:rPr>
              <w:t>1851 to 2024 (Atlantic)</w:t>
            </w:r>
          </w:p>
        </w:tc>
        <w:tc>
          <w:tcPr>
            <w:tcW w:type="dxa" w:w="1037"/>
          </w:tcPr>
          <w:p>
            <w:pPr>
              <w:spacing w:after="0"/>
              <w:jc w:val="left"/>
            </w:pPr>
            <w:r>
              <w:rPr>
                <w:sz w:val="16"/>
              </w:rPr>
              <w:t>see B1-f</w:t>
            </w:r>
          </w:p>
        </w:tc>
        <w:tc>
          <w:tcPr>
            <w:tcW w:type="dxa" w:w="1608"/>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84"/>
          </w:tcPr>
          <w:p>
            <w:pPr>
              <w:spacing w:after="0"/>
              <w:jc w:val="right"/>
            </w:pPr>
            <w:r>
              <w:rPr>
                <w:sz w:val="16"/>
              </w:rPr>
              <w:t>0.0149</w:t>
            </w:r>
          </w:p>
        </w:tc>
        <w:tc>
          <w:tcPr>
            <w:tcW w:type="dxa" w:w="1379"/>
          </w:tcPr>
          <w:p>
            <w:pPr>
              <w:spacing w:after="0"/>
              <w:jc w:val="left"/>
            </w:pPr>
            <w:r>
              <w:rPr>
                <w:sz w:val="16"/>
              </w:rPr>
              <w:t>event-days per year</w:t>
            </w:r>
          </w:p>
        </w:tc>
        <w:tc>
          <w:tcPr>
            <w:tcW w:type="dxa" w:w="1821"/>
          </w:tcPr>
          <w:p>
            <w:pPr>
              <w:spacing w:after="0"/>
              <w:jc w:val="left"/>
            </w:pPr>
            <w:r>
              <w:rPr>
                <w:sz w:val="16"/>
              </w:rPr>
              <w:t>about 0.0149 days per year</w:t>
            </w:r>
          </w:p>
        </w:tc>
        <w:tc>
          <w:tcPr>
            <w:tcW w:type="dxa" w:w="1037"/>
          </w:tcPr>
          <w:p>
            <w:pPr>
              <w:spacing w:after="0"/>
              <w:jc w:val="left"/>
            </w:pPr>
          </w:p>
        </w:tc>
        <w:tc>
          <w:tcPr>
            <w:tcW w:type="dxa" w:w="1374"/>
          </w:tcPr>
          <w:p>
            <w:pPr>
              <w:spacing w:after="0"/>
              <w:jc w:val="left"/>
            </w:pPr>
            <w:r>
              <w:rPr>
                <w:sz w:val="16"/>
              </w:rPr>
              <w:t>Storm Events event-days in 0 of 30 years, 1996 to 2025 (0%)</w:t>
            </w:r>
          </w:p>
        </w:tc>
        <w:tc>
          <w:tcPr>
            <w:tcW w:type="dxa" w:w="1609"/>
          </w:tcPr>
          <w:p>
            <w:pPr>
              <w:spacing w:after="0"/>
              <w:jc w:val="right"/>
            </w:pPr>
            <w:r>
              <w:rPr>
                <w:sz w:val="16"/>
              </w:rPr>
              <w:t>0</w:t>
            </w:r>
          </w:p>
        </w:tc>
        <w:tc>
          <w:tcPr>
            <w:tcW w:type="dxa" w:w="1827"/>
          </w:tcPr>
          <w:p>
            <w:pPr>
              <w:spacing w:after="0"/>
              <w:jc w:val="left"/>
            </w:pPr>
            <w:r>
              <w:rPr>
                <w:sz w:val="16"/>
              </w:rPr>
              <w:t>1946-12-31 to 2014-02-12 (67 years)</w:t>
            </w:r>
          </w:p>
        </w:tc>
        <w:tc>
          <w:tcPr>
            <w:tcW w:type="dxa" w:w="1037"/>
          </w:tcPr>
          <w:p>
            <w:pPr>
              <w:spacing w:after="0"/>
              <w:jc w:val="left"/>
            </w:pPr>
            <w:r>
              <w:rPr>
                <w:sz w:val="16"/>
              </w:rPr>
              <w:t>countywide</w:t>
            </w:r>
          </w:p>
        </w:tc>
        <w:tc>
          <w:tcPr>
            <w:tcW w:type="dxa" w:w="1608"/>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384"/>
          </w:tcPr>
          <w:p>
            <w:pPr>
              <w:spacing w:after="0"/>
              <w:jc w:val="right"/>
            </w:pPr>
            <w:r>
              <w:rPr>
                <w:sz w:val="16"/>
              </w:rPr>
              <w:t>0.643</w:t>
            </w:r>
          </w:p>
        </w:tc>
        <w:tc>
          <w:tcPr>
            <w:tcW w:type="dxa" w:w="1379"/>
          </w:tcPr>
          <w:p>
            <w:pPr>
              <w:spacing w:after="0"/>
              <w:jc w:val="left"/>
            </w:pPr>
            <w:r>
              <w:rPr>
                <w:sz w:val="16"/>
              </w:rPr>
              <w:t>event-days per year</w:t>
            </w:r>
          </w:p>
        </w:tc>
        <w:tc>
          <w:tcPr>
            <w:tcW w:type="dxa" w:w="1821"/>
          </w:tcPr>
          <w:p>
            <w:pPr>
              <w:spacing w:after="0"/>
              <w:jc w:val="left"/>
            </w:pPr>
            <w:r>
              <w:rPr>
                <w:sz w:val="16"/>
              </w:rPr>
              <w:t>about 0.643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11 of 30 years, 1996 to 2025 (36.7%)</w:t>
            </w:r>
          </w:p>
        </w:tc>
        <w:tc>
          <w:tcPr>
            <w:tcW w:type="dxa" w:w="1609"/>
          </w:tcPr>
          <w:p>
            <w:pPr>
              <w:spacing w:after="0"/>
              <w:jc w:val="right"/>
            </w:pPr>
            <w:r>
              <w:rPr>
                <w:sz w:val="16"/>
              </w:rPr>
              <w:t>18</w:t>
            </w:r>
          </w:p>
        </w:tc>
        <w:tc>
          <w:tcPr>
            <w:tcW w:type="dxa" w:w="1827"/>
          </w:tcPr>
          <w:p>
            <w:pPr>
              <w:spacing w:after="0"/>
              <w:jc w:val="left"/>
            </w:pPr>
            <w:r>
              <w:rPr>
                <w:sz w:val="16"/>
              </w:rPr>
              <w:t>1996 to 2023 (28 years)</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Landslide</w:t>
            </w:r>
          </w:p>
        </w:tc>
        <w:tc>
          <w:tcPr>
            <w:tcW w:type="dxa" w:w="1384"/>
          </w:tcPr>
          <w:p>
            <w:pPr>
              <w:spacing w:after="0"/>
              <w:jc w:val="right"/>
            </w:pPr>
            <w:r>
              <w:rPr>
                <w:sz w:val="16"/>
              </w:rPr>
              <w:t>3.08</w:t>
            </w:r>
          </w:p>
        </w:tc>
        <w:tc>
          <w:tcPr>
            <w:tcW w:type="dxa" w:w="1379"/>
          </w:tcPr>
          <w:p>
            <w:pPr>
              <w:spacing w:after="0"/>
              <w:jc w:val="left"/>
            </w:pPr>
            <w:r>
              <w:rPr>
                <w:sz w:val="16"/>
              </w:rPr>
              <w:t>events per year (modeled)</w:t>
            </w:r>
          </w:p>
        </w:tc>
        <w:tc>
          <w:tcPr>
            <w:tcW w:type="dxa" w:w="1821"/>
          </w:tcPr>
          <w:p>
            <w:pPr>
              <w:spacing w:after="0"/>
              <w:jc w:val="left"/>
            </w:pPr>
            <w:r>
              <w:rPr>
                <w:sz w:val="16"/>
              </w:rPr>
              <w:t>about 3.08 per year</w:t>
            </w:r>
          </w:p>
        </w:tc>
        <w:tc>
          <w:tcPr>
            <w:tcW w:type="dxa" w:w="1037"/>
          </w:tcPr>
          <w:p>
            <w:pPr>
              <w:spacing w:after="0"/>
              <w:jc w:val="left"/>
            </w:pPr>
            <w:r>
              <w:rPr>
                <w:sz w:val="16"/>
              </w:rPr>
              <w:t>Highly 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Lightning</w:t>
            </w:r>
          </w:p>
        </w:tc>
        <w:tc>
          <w:tcPr>
            <w:tcW w:type="dxa" w:w="1384"/>
          </w:tcPr>
          <w:p>
            <w:pPr>
              <w:spacing w:after="0"/>
              <w:jc w:val="right"/>
            </w:pPr>
            <w:r>
              <w:rPr>
                <w:sz w:val="16"/>
              </w:rPr>
              <w:t>44.9</w:t>
            </w:r>
          </w:p>
        </w:tc>
        <w:tc>
          <w:tcPr>
            <w:tcW w:type="dxa" w:w="1379"/>
          </w:tcPr>
          <w:p>
            <w:pPr>
              <w:spacing w:after="0"/>
              <w:jc w:val="left"/>
            </w:pPr>
            <w:r>
              <w:rPr>
                <w:sz w:val="16"/>
              </w:rPr>
              <w:t>days per year with a strike</w:t>
            </w:r>
          </w:p>
        </w:tc>
        <w:tc>
          <w:tcPr>
            <w:tcW w:type="dxa" w:w="1821"/>
          </w:tcPr>
          <w:p>
            <w:pPr>
              <w:spacing w:after="0"/>
              <w:jc w:val="left"/>
            </w:pPr>
            <w:r>
              <w:rPr>
                <w:sz w:val="16"/>
              </w:rPr>
              <w:t>about 44.9 days per year</w:t>
            </w:r>
          </w:p>
        </w:tc>
        <w:tc>
          <w:tcPr>
            <w:tcW w:type="dxa" w:w="1037"/>
          </w:tcPr>
          <w:p>
            <w:pPr>
              <w:spacing w:after="0"/>
              <w:jc w:val="left"/>
            </w:pPr>
            <w:r>
              <w:rPr>
                <w:sz w:val="16"/>
              </w:rPr>
              <w:t>Highly 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1995 to 2023 (29 years; CONUS)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Strong Wind</w:t>
            </w:r>
          </w:p>
        </w:tc>
        <w:tc>
          <w:tcPr>
            <w:tcW w:type="dxa" w:w="1384"/>
          </w:tcPr>
          <w:p>
            <w:pPr>
              <w:spacing w:after="0"/>
              <w:jc w:val="right"/>
            </w:pPr>
            <w:r>
              <w:rPr>
                <w:sz w:val="16"/>
              </w:rPr>
              <w:t>0.168</w:t>
            </w:r>
          </w:p>
        </w:tc>
        <w:tc>
          <w:tcPr>
            <w:tcW w:type="dxa" w:w="1379"/>
          </w:tcPr>
          <w:p>
            <w:pPr>
              <w:spacing w:after="0"/>
              <w:jc w:val="left"/>
            </w:pPr>
            <w:r>
              <w:rPr>
                <w:sz w:val="16"/>
              </w:rPr>
              <w:t>events per year</w:t>
            </w:r>
          </w:p>
        </w:tc>
        <w:tc>
          <w:tcPr>
            <w:tcW w:type="dxa" w:w="1821"/>
          </w:tcPr>
          <w:p>
            <w:pPr>
              <w:spacing w:after="0"/>
              <w:jc w:val="left"/>
            </w:pPr>
            <w:r>
              <w:rPr>
                <w:sz w:val="16"/>
              </w:rPr>
              <w:t>about 1 in 6 years</w:t>
            </w:r>
          </w:p>
        </w:tc>
        <w:tc>
          <w:tcPr>
            <w:tcW w:type="dxa" w:w="1037"/>
          </w:tcPr>
          <w:p>
            <w:pPr>
              <w:spacing w:after="0"/>
              <w:jc w:val="left"/>
            </w:pPr>
            <w:r>
              <w:rPr>
                <w:sz w:val="16"/>
              </w:rPr>
              <w:t>Likely</w:t>
            </w:r>
          </w:p>
        </w:tc>
        <w:tc>
          <w:tcPr>
            <w:tcW w:type="dxa" w:w="1374"/>
          </w:tcPr>
          <w:p>
            <w:pPr>
              <w:spacing w:after="0"/>
              <w:jc w:val="left"/>
            </w:pPr>
            <w:r>
              <w:rPr>
                <w:sz w:val="16"/>
              </w:rPr>
              <w:t>FEMA annualized frequency (modeled)</w:t>
            </w:r>
          </w:p>
        </w:tc>
        <w:tc>
          <w:tcPr>
            <w:tcW w:type="dxa" w:w="1609"/>
          </w:tcPr>
          <w:p>
            <w:pPr>
              <w:spacing w:after="0"/>
              <w:jc w:val="right"/>
            </w:pPr>
            <w:r>
              <w:rPr>
                <w:sz w:val="16"/>
              </w:rPr>
              <w:t>7</w:t>
            </w:r>
          </w:p>
        </w:tc>
        <w:tc>
          <w:tcPr>
            <w:tcW w:type="dxa" w:w="1827"/>
          </w:tcPr>
          <w:p>
            <w:pPr>
              <w:spacing w:after="0"/>
              <w:jc w:val="left"/>
            </w:pPr>
            <w:r>
              <w:rPr>
                <w:sz w:val="16"/>
              </w:rPr>
              <w:t>1986 to 2023 (38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Tornado</w:t>
            </w:r>
          </w:p>
        </w:tc>
        <w:tc>
          <w:tcPr>
            <w:tcW w:type="dxa" w:w="1384"/>
          </w:tcPr>
          <w:p>
            <w:pPr>
              <w:spacing w:after="0"/>
              <w:jc w:val="right"/>
            </w:pPr>
            <w:r>
              <w:rPr>
                <w:sz w:val="16"/>
              </w:rPr>
              <w:t>0.161</w:t>
            </w:r>
          </w:p>
        </w:tc>
        <w:tc>
          <w:tcPr>
            <w:tcW w:type="dxa" w:w="1379"/>
          </w:tcPr>
          <w:p>
            <w:pPr>
              <w:spacing w:after="0"/>
              <w:jc w:val="left"/>
            </w:pPr>
            <w:r>
              <w:rPr>
                <w:sz w:val="16"/>
              </w:rPr>
              <w:t>events per year</w:t>
            </w:r>
          </w:p>
        </w:tc>
        <w:tc>
          <w:tcPr>
            <w:tcW w:type="dxa" w:w="1821"/>
          </w:tcPr>
          <w:p>
            <w:pPr>
              <w:spacing w:after="0"/>
              <w:jc w:val="left"/>
            </w:pPr>
            <w:r>
              <w:rPr>
                <w:sz w:val="16"/>
              </w:rPr>
              <w:t>about 1 in 6 years</w:t>
            </w:r>
          </w:p>
        </w:tc>
        <w:tc>
          <w:tcPr>
            <w:tcW w:type="dxa" w:w="1037"/>
          </w:tcPr>
          <w:p>
            <w:pPr>
              <w:spacing w:after="0"/>
              <w:jc w:val="left"/>
            </w:pPr>
            <w:r>
              <w:rPr>
                <w:sz w:val="16"/>
              </w:rPr>
              <w:t>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1950 to 2023 (EF2+); 1986 to 2023 (EF0-1)</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Volcanic Activity</w:t>
            </w:r>
          </w:p>
        </w:tc>
        <w:tc>
          <w:tcPr>
            <w:tcW w:type="dxa" w:w="1384"/>
          </w:tcPr>
          <w:p>
            <w:pPr>
              <w:spacing w:after="0"/>
              <w:jc w:val="right"/>
            </w:pPr>
            <w:r>
              <w:rPr>
                <w:sz w:val="16"/>
              </w:rPr>
              <w:t>0.0001</w:t>
            </w:r>
          </w:p>
        </w:tc>
        <w:tc>
          <w:tcPr>
            <w:tcW w:type="dxa" w:w="1379"/>
          </w:tcPr>
          <w:p>
            <w:pPr>
              <w:spacing w:after="0"/>
              <w:jc w:val="left"/>
            </w:pPr>
            <w:r>
              <w:rPr>
                <w:sz w:val="16"/>
              </w:rPr>
              <w:t>annual probability</w:t>
            </w:r>
          </w:p>
        </w:tc>
        <w:tc>
          <w:tcPr>
            <w:tcW w:type="dxa" w:w="1821"/>
          </w:tcPr>
          <w:p>
            <w:pPr>
              <w:spacing w:after="0"/>
              <w:jc w:val="left"/>
            </w:pPr>
            <w:r>
              <w:rPr>
                <w:sz w:val="16"/>
              </w:rPr>
              <w:t>about 1 in 10,000 years</w:t>
            </w:r>
          </w:p>
        </w:tc>
        <w:tc>
          <w:tcPr>
            <w:tcW w:type="dxa" w:w="1037"/>
          </w:tcPr>
          <w:p>
            <w:pPr>
              <w:spacing w:after="0"/>
              <w:jc w:val="left"/>
            </w:pPr>
            <w:r>
              <w:rPr>
                <w:sz w:val="16"/>
              </w:rPr>
              <w:t>Unlikely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Wildfire</w:t>
            </w:r>
          </w:p>
        </w:tc>
        <w:tc>
          <w:tcPr>
            <w:tcW w:type="dxa" w:w="1384"/>
          </w:tcPr>
          <w:p>
            <w:pPr>
              <w:spacing w:after="0"/>
              <w:jc w:val="right"/>
            </w:pPr>
            <w:r>
              <w:rPr>
                <w:sz w:val="16"/>
              </w:rPr>
              <w:t>0.000997</w:t>
            </w:r>
          </w:p>
        </w:tc>
        <w:tc>
          <w:tcPr>
            <w:tcW w:type="dxa" w:w="1379"/>
          </w:tcPr>
          <w:p>
            <w:pPr>
              <w:spacing w:after="0"/>
              <w:jc w:val="left"/>
            </w:pPr>
            <w:r>
              <w:rPr>
                <w:sz w:val="16"/>
              </w:rPr>
              <w:t>annual probability at a location</w:t>
            </w:r>
          </w:p>
        </w:tc>
        <w:tc>
          <w:tcPr>
            <w:tcW w:type="dxa" w:w="1821"/>
          </w:tcPr>
          <w:p>
            <w:pPr>
              <w:spacing w:after="0"/>
              <w:jc w:val="left"/>
            </w:pPr>
            <w:r>
              <w:rPr>
                <w:sz w:val="16"/>
              </w:rPr>
              <w:t>chance a given location in the county burns in a year: 0.0997%</w:t>
            </w:r>
          </w:p>
        </w:tc>
        <w:tc>
          <w:tcPr>
            <w:tcW w:type="dxa" w:w="1037"/>
          </w:tcPr>
          <w:p>
            <w:pPr>
              <w:spacing w:after="0"/>
              <w:jc w:val="left"/>
            </w:pPr>
            <w:r>
              <w:rPr>
                <w:sz w:val="16"/>
              </w:rPr>
              <w:t>Likely</w:t>
            </w:r>
          </w:p>
        </w:tc>
        <w:tc>
          <w:tcPr>
            <w:tcW w:type="dxa" w:w="1374"/>
          </w:tcPr>
          <w:p>
            <w:pPr>
              <w:spacing w:after="0"/>
              <w:jc w:val="left"/>
            </w:pPr>
            <w:r>
              <w:rPr>
                <w:sz w:val="16"/>
              </w:rPr>
              <w:t>Storm Events records in 12 of 30 years, 1996 to 2025 (40%)</w:t>
            </w: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Winter Weather</w:t>
            </w:r>
          </w:p>
        </w:tc>
        <w:tc>
          <w:tcPr>
            <w:tcW w:type="dxa" w:w="1384"/>
          </w:tcPr>
          <w:p>
            <w:pPr>
              <w:spacing w:after="0"/>
              <w:jc w:val="right"/>
            </w:pPr>
            <w:r>
              <w:rPr>
                <w:sz w:val="16"/>
              </w:rPr>
              <w:t>13</w:t>
            </w:r>
          </w:p>
        </w:tc>
        <w:tc>
          <w:tcPr>
            <w:tcW w:type="dxa" w:w="1379"/>
          </w:tcPr>
          <w:p>
            <w:pPr>
              <w:spacing w:after="0"/>
              <w:jc w:val="left"/>
            </w:pPr>
            <w:r>
              <w:rPr>
                <w:sz w:val="16"/>
              </w:rPr>
              <w:t>event-days per year</w:t>
            </w:r>
          </w:p>
        </w:tc>
        <w:tc>
          <w:tcPr>
            <w:tcW w:type="dxa" w:w="1821"/>
          </w:tcPr>
          <w:p>
            <w:pPr>
              <w:spacing w:after="0"/>
              <w:jc w:val="left"/>
            </w:pPr>
            <w:r>
              <w:rPr>
                <w:sz w:val="16"/>
              </w:rPr>
              <w:t>about 13 days per year</w:t>
            </w:r>
          </w:p>
        </w:tc>
        <w:tc>
          <w:tcPr>
            <w:tcW w:type="dxa" w:w="1037"/>
          </w:tcPr>
          <w:p>
            <w:pPr>
              <w:spacing w:after="0"/>
              <w:jc w:val="left"/>
            </w:pPr>
            <w:r>
              <w:rPr>
                <w:sz w:val="16"/>
              </w:rPr>
              <w:t>Highly likely</w:t>
            </w:r>
          </w:p>
        </w:tc>
        <w:tc>
          <w:tcPr>
            <w:tcW w:type="dxa" w:w="1374"/>
          </w:tcPr>
          <w:p>
            <w:pPr>
              <w:spacing w:after="0"/>
              <w:jc w:val="left"/>
            </w:pPr>
            <w:r>
              <w:rPr>
                <w:sz w:val="16"/>
              </w:rPr>
              <w:t>Storm Events event-days in 29 of 30 years, 1996 to 2025 (96.7%)</w:t>
            </w:r>
          </w:p>
        </w:tc>
        <w:tc>
          <w:tcPr>
            <w:tcW w:type="dxa" w:w="1609"/>
          </w:tcPr>
          <w:p>
            <w:pPr>
              <w:spacing w:after="0"/>
              <w:jc w:val="right"/>
            </w:pPr>
            <w:r>
              <w:rPr>
                <w:sz w:val="16"/>
              </w:rPr>
              <w:t>247</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Avalanche</w:t>
            </w:r>
          </w:p>
        </w:tc>
        <w:tc>
          <w:tcPr>
            <w:tcW w:type="dxa" w:w="1311"/>
          </w:tcPr>
          <w:p>
            <w:pPr>
              <w:spacing w:after="0"/>
              <w:jc w:val="right"/>
            </w:pPr>
            <w:r>
              <w:rPr>
                <w:sz w:val="16"/>
              </w:rPr>
              <w:t>5 of 8</w:t>
            </w:r>
          </w:p>
        </w:tc>
        <w:tc>
          <w:tcPr>
            <w:tcW w:type="dxa" w:w="1250"/>
          </w:tcPr>
          <w:p>
            <w:pPr>
              <w:spacing w:after="0"/>
              <w:jc w:val="right"/>
            </w:pPr>
            <w:r>
              <w:rPr>
                <w:sz w:val="16"/>
              </w:rPr>
              <w:t>30.3</w:t>
            </w:r>
          </w:p>
        </w:tc>
        <w:tc>
          <w:tcPr>
            <w:tcW w:type="dxa" w:w="1311"/>
          </w:tcPr>
          <w:p>
            <w:pPr>
              <w:spacing w:after="0"/>
              <w:jc w:val="right"/>
            </w:pPr>
            <w:r>
              <w:rPr>
                <w:sz w:val="16"/>
              </w:rPr>
              <w:t>31.0</w:t>
            </w:r>
          </w:p>
        </w:tc>
        <w:tc>
          <w:tcPr>
            <w:tcW w:type="dxa" w:w="1250"/>
          </w:tcPr>
          <w:p>
            <w:pPr>
              <w:spacing w:after="0"/>
              <w:jc w:val="right"/>
            </w:pPr>
            <w:r>
              <w:rPr>
                <w:sz w:val="16"/>
              </w:rPr>
              <w:t>39.6</w:t>
            </w:r>
          </w:p>
        </w:tc>
        <w:tc>
          <w:tcPr>
            <w:tcW w:type="dxa" w:w="6992"/>
          </w:tcPr>
          <w:p>
            <w:pPr>
              <w:spacing w:after="0"/>
              <w:jc w:val="left"/>
            </w:pPr>
            <w:r>
              <w:rPr>
                <w:sz w:val="16"/>
              </w:rPr>
              <w:t>Very Low 5, Not Applicable 3</w:t>
            </w:r>
          </w:p>
        </w:tc>
      </w:tr>
      <w:tr>
        <w:trPr>
          <w:cantSplit/>
        </w:trPr>
        <w:tc>
          <w:tcPr>
            <w:tcW w:type="dxa" w:w="1999"/>
          </w:tcPr>
          <w:p>
            <w:pPr>
              <w:spacing w:after="0"/>
              <w:jc w:val="left"/>
            </w:pPr>
            <w:r>
              <w:rPr>
                <w:sz w:val="16"/>
              </w:rPr>
              <w:t>Cold Wave</w:t>
            </w:r>
          </w:p>
        </w:tc>
        <w:tc>
          <w:tcPr>
            <w:tcW w:type="dxa" w:w="1311"/>
          </w:tcPr>
          <w:p>
            <w:pPr>
              <w:spacing w:after="0"/>
              <w:jc w:val="right"/>
            </w:pPr>
            <w:r>
              <w:rPr>
                <w:sz w:val="16"/>
              </w:rPr>
              <w:t>8 of 8</w:t>
            </w:r>
          </w:p>
        </w:tc>
        <w:tc>
          <w:tcPr>
            <w:tcW w:type="dxa" w:w="1250"/>
          </w:tcPr>
          <w:p>
            <w:pPr>
              <w:spacing w:after="0"/>
              <w:jc w:val="right"/>
            </w:pPr>
            <w:r>
              <w:rPr>
                <w:sz w:val="16"/>
              </w:rPr>
              <w:t>26.8</w:t>
            </w:r>
          </w:p>
        </w:tc>
        <w:tc>
          <w:tcPr>
            <w:tcW w:type="dxa" w:w="1311"/>
          </w:tcPr>
          <w:p>
            <w:pPr>
              <w:spacing w:after="0"/>
              <w:jc w:val="right"/>
            </w:pPr>
            <w:r>
              <w:rPr>
                <w:sz w:val="16"/>
              </w:rPr>
              <w:t>30.9</w:t>
            </w:r>
          </w:p>
        </w:tc>
        <w:tc>
          <w:tcPr>
            <w:tcW w:type="dxa" w:w="1250"/>
          </w:tcPr>
          <w:p>
            <w:pPr>
              <w:spacing w:after="0"/>
              <w:jc w:val="right"/>
            </w:pPr>
            <w:r>
              <w:rPr>
                <w:sz w:val="16"/>
              </w:rPr>
              <w:t>46.2</w:t>
            </w:r>
          </w:p>
        </w:tc>
        <w:tc>
          <w:tcPr>
            <w:tcW w:type="dxa" w:w="6992"/>
          </w:tcPr>
          <w:p>
            <w:pPr>
              <w:spacing w:after="0"/>
              <w:jc w:val="left"/>
            </w:pPr>
            <w:r>
              <w:rPr>
                <w:sz w:val="16"/>
              </w:rPr>
              <w:t>Relatively Low 8</w:t>
            </w:r>
          </w:p>
        </w:tc>
      </w:tr>
      <w:tr>
        <w:trPr>
          <w:cantSplit/>
        </w:trPr>
        <w:tc>
          <w:tcPr>
            <w:tcW w:type="dxa" w:w="1999"/>
          </w:tcPr>
          <w:p>
            <w:pPr>
              <w:spacing w:after="0"/>
              <w:jc w:val="left"/>
            </w:pPr>
            <w:r>
              <w:rPr>
                <w:sz w:val="16"/>
              </w:rPr>
              <w:t>Drought</w:t>
            </w:r>
          </w:p>
        </w:tc>
        <w:tc>
          <w:tcPr>
            <w:tcW w:type="dxa" w:w="1311"/>
          </w:tcPr>
          <w:p>
            <w:pPr>
              <w:spacing w:after="0"/>
              <w:jc w:val="right"/>
            </w:pPr>
            <w:r>
              <w:rPr>
                <w:sz w:val="16"/>
              </w:rPr>
              <w:t>8 of 8</w:t>
            </w:r>
          </w:p>
        </w:tc>
        <w:tc>
          <w:tcPr>
            <w:tcW w:type="dxa" w:w="1250"/>
          </w:tcPr>
          <w:p>
            <w:pPr>
              <w:spacing w:after="0"/>
              <w:jc w:val="right"/>
            </w:pPr>
            <w:r>
              <w:rPr>
                <w:sz w:val="16"/>
              </w:rPr>
              <w:t>74.7</w:t>
            </w:r>
          </w:p>
        </w:tc>
        <w:tc>
          <w:tcPr>
            <w:tcW w:type="dxa" w:w="1311"/>
          </w:tcPr>
          <w:p>
            <w:pPr>
              <w:spacing w:after="0"/>
              <w:jc w:val="right"/>
            </w:pPr>
            <w:r>
              <w:rPr>
                <w:sz w:val="16"/>
              </w:rPr>
              <w:t>85.0</w:t>
            </w:r>
          </w:p>
        </w:tc>
        <w:tc>
          <w:tcPr>
            <w:tcW w:type="dxa" w:w="1250"/>
          </w:tcPr>
          <w:p>
            <w:pPr>
              <w:spacing w:after="0"/>
              <w:jc w:val="right"/>
            </w:pPr>
            <w:r>
              <w:rPr>
                <w:sz w:val="16"/>
              </w:rPr>
              <w:t>97.0</w:t>
            </w:r>
          </w:p>
        </w:tc>
        <w:tc>
          <w:tcPr>
            <w:tcW w:type="dxa" w:w="6992"/>
          </w:tcPr>
          <w:p>
            <w:pPr>
              <w:spacing w:after="0"/>
              <w:jc w:val="left"/>
            </w:pPr>
            <w:r>
              <w:rPr>
                <w:sz w:val="16"/>
              </w:rPr>
              <w:t>Relatively Moderate 2, Relatively Low 5, Very Low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8 of 8</w:t>
            </w:r>
          </w:p>
        </w:tc>
        <w:tc>
          <w:tcPr>
            <w:tcW w:type="dxa" w:w="1250"/>
          </w:tcPr>
          <w:p>
            <w:pPr>
              <w:spacing w:after="0"/>
              <w:jc w:val="right"/>
            </w:pPr>
            <w:r>
              <w:rPr>
                <w:sz w:val="16"/>
              </w:rPr>
              <w:t>40.6</w:t>
            </w:r>
          </w:p>
        </w:tc>
        <w:tc>
          <w:tcPr>
            <w:tcW w:type="dxa" w:w="1311"/>
          </w:tcPr>
          <w:p>
            <w:pPr>
              <w:spacing w:after="0"/>
              <w:jc w:val="right"/>
            </w:pPr>
            <w:r>
              <w:rPr>
                <w:sz w:val="16"/>
              </w:rPr>
              <w:t>57.2</w:t>
            </w:r>
          </w:p>
        </w:tc>
        <w:tc>
          <w:tcPr>
            <w:tcW w:type="dxa" w:w="1250"/>
          </w:tcPr>
          <w:p>
            <w:pPr>
              <w:spacing w:after="0"/>
              <w:jc w:val="right"/>
            </w:pPr>
            <w:r>
              <w:rPr>
                <w:sz w:val="16"/>
              </w:rPr>
              <w:t>82.0</w:t>
            </w:r>
          </w:p>
        </w:tc>
        <w:tc>
          <w:tcPr>
            <w:tcW w:type="dxa" w:w="6992"/>
          </w:tcPr>
          <w:p>
            <w:pPr>
              <w:spacing w:after="0"/>
              <w:jc w:val="left"/>
            </w:pPr>
            <w:r>
              <w:rPr>
                <w:sz w:val="16"/>
              </w:rPr>
              <w:t>Relatively Moderate 1, Relatively Low 6, Very Low 1</w:t>
            </w:r>
          </w:p>
        </w:tc>
      </w:tr>
      <w:tr>
        <w:trPr>
          <w:cantSplit/>
        </w:trPr>
        <w:tc>
          <w:tcPr>
            <w:tcW w:type="dxa" w:w="1999"/>
          </w:tcPr>
          <w:p>
            <w:pPr>
              <w:spacing w:after="0"/>
              <w:jc w:val="left"/>
            </w:pPr>
            <w:r>
              <w:rPr>
                <w:sz w:val="16"/>
              </w:rPr>
              <w:t>Hail</w:t>
            </w:r>
          </w:p>
        </w:tc>
        <w:tc>
          <w:tcPr>
            <w:tcW w:type="dxa" w:w="1311"/>
          </w:tcPr>
          <w:p>
            <w:pPr>
              <w:spacing w:after="0"/>
              <w:jc w:val="right"/>
            </w:pPr>
            <w:r>
              <w:rPr>
                <w:sz w:val="16"/>
              </w:rPr>
              <w:t>8 of 8</w:t>
            </w:r>
          </w:p>
        </w:tc>
        <w:tc>
          <w:tcPr>
            <w:tcW w:type="dxa" w:w="1250"/>
          </w:tcPr>
          <w:p>
            <w:pPr>
              <w:spacing w:after="0"/>
              <w:jc w:val="right"/>
            </w:pPr>
            <w:r>
              <w:rPr>
                <w:sz w:val="16"/>
              </w:rPr>
              <w:t>22.0</w:t>
            </w:r>
          </w:p>
        </w:tc>
        <w:tc>
          <w:tcPr>
            <w:tcW w:type="dxa" w:w="1311"/>
          </w:tcPr>
          <w:p>
            <w:pPr>
              <w:spacing w:after="0"/>
              <w:jc w:val="right"/>
            </w:pPr>
            <w:r>
              <w:rPr>
                <w:sz w:val="16"/>
              </w:rPr>
              <w:t>26.8</w:t>
            </w:r>
          </w:p>
        </w:tc>
        <w:tc>
          <w:tcPr>
            <w:tcW w:type="dxa" w:w="1250"/>
          </w:tcPr>
          <w:p>
            <w:pPr>
              <w:spacing w:after="0"/>
              <w:jc w:val="right"/>
            </w:pPr>
            <w:r>
              <w:rPr>
                <w:sz w:val="16"/>
              </w:rPr>
              <w:t>45.3</w:t>
            </w:r>
          </w:p>
        </w:tc>
        <w:tc>
          <w:tcPr>
            <w:tcW w:type="dxa" w:w="6992"/>
          </w:tcPr>
          <w:p>
            <w:pPr>
              <w:spacing w:after="0"/>
              <w:jc w:val="left"/>
            </w:pPr>
            <w:r>
              <w:rPr>
                <w:sz w:val="16"/>
              </w:rPr>
              <w:t>Relatively Low 1, Very Low 7</w:t>
            </w:r>
          </w:p>
        </w:tc>
      </w:tr>
      <w:tr>
        <w:trPr>
          <w:cantSplit/>
        </w:trPr>
        <w:tc>
          <w:tcPr>
            <w:tcW w:type="dxa" w:w="1999"/>
          </w:tcPr>
          <w:p>
            <w:pPr>
              <w:spacing w:after="0"/>
              <w:jc w:val="left"/>
            </w:pPr>
            <w:r>
              <w:rPr>
                <w:sz w:val="16"/>
              </w:rPr>
              <w:t>Heat Wave</w:t>
            </w:r>
          </w:p>
        </w:tc>
        <w:tc>
          <w:tcPr>
            <w:tcW w:type="dxa" w:w="1311"/>
          </w:tcPr>
          <w:p>
            <w:pPr>
              <w:spacing w:after="0"/>
              <w:jc w:val="right"/>
            </w:pPr>
            <w:r>
              <w:rPr>
                <w:sz w:val="16"/>
              </w:rPr>
              <w:t>8 of 8</w:t>
            </w:r>
          </w:p>
        </w:tc>
        <w:tc>
          <w:tcPr>
            <w:tcW w:type="dxa" w:w="1250"/>
          </w:tcPr>
          <w:p>
            <w:pPr>
              <w:spacing w:after="0"/>
              <w:jc w:val="right"/>
            </w:pPr>
            <w:r>
              <w:rPr>
                <w:sz w:val="16"/>
              </w:rPr>
              <w:t>15.2</w:t>
            </w:r>
          </w:p>
        </w:tc>
        <w:tc>
          <w:tcPr>
            <w:tcW w:type="dxa" w:w="1311"/>
          </w:tcPr>
          <w:p>
            <w:pPr>
              <w:spacing w:after="0"/>
              <w:jc w:val="right"/>
            </w:pPr>
            <w:r>
              <w:rPr>
                <w:sz w:val="16"/>
              </w:rPr>
              <w:t>21.3</w:t>
            </w:r>
          </w:p>
        </w:tc>
        <w:tc>
          <w:tcPr>
            <w:tcW w:type="dxa" w:w="1250"/>
          </w:tcPr>
          <w:p>
            <w:pPr>
              <w:spacing w:after="0"/>
              <w:jc w:val="right"/>
            </w:pPr>
            <w:r>
              <w:rPr>
                <w:sz w:val="16"/>
              </w:rPr>
              <w:t>45.9</w:t>
            </w:r>
          </w:p>
        </w:tc>
        <w:tc>
          <w:tcPr>
            <w:tcW w:type="dxa" w:w="6992"/>
          </w:tcPr>
          <w:p>
            <w:pPr>
              <w:spacing w:after="0"/>
              <w:jc w:val="left"/>
            </w:pPr>
            <w:r>
              <w:rPr>
                <w:sz w:val="16"/>
              </w:rPr>
              <w:t>Relatively Low 6, Very Low 2</w:t>
            </w:r>
          </w:p>
        </w:tc>
      </w:tr>
      <w:tr>
        <w:trPr>
          <w:cantSplit/>
        </w:trPr>
        <w:tc>
          <w:tcPr>
            <w:tcW w:type="dxa" w:w="1999"/>
          </w:tcPr>
          <w:p>
            <w:pPr>
              <w:spacing w:after="0"/>
              <w:jc w:val="left"/>
            </w:pPr>
            <w:r>
              <w:rPr>
                <w:sz w:val="16"/>
              </w:rPr>
              <w:t>Hurricane</w:t>
            </w:r>
          </w:p>
        </w:tc>
        <w:tc>
          <w:tcPr>
            <w:tcW w:type="dxa" w:w="1311"/>
          </w:tcPr>
          <w:p>
            <w:pPr>
              <w:spacing w:after="0"/>
              <w:jc w:val="right"/>
            </w:pPr>
            <w:r>
              <w:rPr>
                <w:sz w:val="16"/>
              </w:rPr>
              <w:t>0 of 8</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Not Applicable 8</w:t>
            </w:r>
          </w:p>
        </w:tc>
      </w:tr>
      <w:tr>
        <w:trPr>
          <w:cantSplit/>
        </w:trPr>
        <w:tc>
          <w:tcPr>
            <w:tcW w:type="dxa" w:w="1999"/>
          </w:tcPr>
          <w:p>
            <w:pPr>
              <w:spacing w:after="0"/>
              <w:jc w:val="left"/>
            </w:pPr>
            <w:r>
              <w:rPr>
                <w:sz w:val="16"/>
              </w:rPr>
              <w:t>Ice Storm</w:t>
            </w:r>
          </w:p>
        </w:tc>
        <w:tc>
          <w:tcPr>
            <w:tcW w:type="dxa" w:w="1311"/>
          </w:tcPr>
          <w:p>
            <w:pPr>
              <w:spacing w:after="0"/>
              <w:jc w:val="right"/>
            </w:pPr>
            <w:r>
              <w:rPr>
                <w:sz w:val="16"/>
              </w:rPr>
              <w:t>8 of 8</w:t>
            </w:r>
          </w:p>
        </w:tc>
        <w:tc>
          <w:tcPr>
            <w:tcW w:type="dxa" w:w="1250"/>
          </w:tcPr>
          <w:p>
            <w:pPr>
              <w:spacing w:after="0"/>
              <w:jc w:val="right"/>
            </w:pPr>
            <w:r>
              <w:rPr>
                <w:sz w:val="16"/>
              </w:rPr>
              <w:t>5.5</w:t>
            </w:r>
          </w:p>
        </w:tc>
        <w:tc>
          <w:tcPr>
            <w:tcW w:type="dxa" w:w="1311"/>
          </w:tcPr>
          <w:p>
            <w:pPr>
              <w:spacing w:after="0"/>
              <w:jc w:val="right"/>
            </w:pPr>
            <w:r>
              <w:rPr>
                <w:sz w:val="16"/>
              </w:rPr>
              <w:t>8.4</w:t>
            </w:r>
          </w:p>
        </w:tc>
        <w:tc>
          <w:tcPr>
            <w:tcW w:type="dxa" w:w="1250"/>
          </w:tcPr>
          <w:p>
            <w:pPr>
              <w:spacing w:after="0"/>
              <w:jc w:val="right"/>
            </w:pPr>
            <w:r>
              <w:rPr>
                <w:sz w:val="16"/>
              </w:rPr>
              <w:t>22.9</w:t>
            </w:r>
          </w:p>
        </w:tc>
        <w:tc>
          <w:tcPr>
            <w:tcW w:type="dxa" w:w="6992"/>
          </w:tcPr>
          <w:p>
            <w:pPr>
              <w:spacing w:after="0"/>
              <w:jc w:val="left"/>
            </w:pPr>
            <w:r>
              <w:rPr>
                <w:sz w:val="16"/>
              </w:rPr>
              <w:t>Very Low 8</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8 of 8</w:t>
            </w:r>
          </w:p>
        </w:tc>
        <w:tc>
          <w:tcPr>
            <w:tcW w:type="dxa" w:w="1250"/>
          </w:tcPr>
          <w:p>
            <w:pPr>
              <w:spacing w:after="0"/>
              <w:jc w:val="right"/>
            </w:pPr>
            <w:r>
              <w:rPr>
                <w:sz w:val="16"/>
              </w:rPr>
              <w:t>2.4</w:t>
            </w:r>
          </w:p>
        </w:tc>
        <w:tc>
          <w:tcPr>
            <w:tcW w:type="dxa" w:w="1311"/>
          </w:tcPr>
          <w:p>
            <w:pPr>
              <w:spacing w:after="0"/>
              <w:jc w:val="right"/>
            </w:pPr>
            <w:r>
              <w:rPr>
                <w:sz w:val="16"/>
              </w:rPr>
              <w:t>8.5</w:t>
            </w:r>
          </w:p>
        </w:tc>
        <w:tc>
          <w:tcPr>
            <w:tcW w:type="dxa" w:w="1250"/>
          </w:tcPr>
          <w:p>
            <w:pPr>
              <w:spacing w:after="0"/>
              <w:jc w:val="right"/>
            </w:pPr>
            <w:r>
              <w:rPr>
                <w:sz w:val="16"/>
              </w:rPr>
              <w:t>43.7</w:t>
            </w:r>
          </w:p>
        </w:tc>
        <w:tc>
          <w:tcPr>
            <w:tcW w:type="dxa" w:w="6992"/>
          </w:tcPr>
          <w:p>
            <w:pPr>
              <w:spacing w:after="0"/>
              <w:jc w:val="left"/>
            </w:pPr>
            <w:r>
              <w:rPr>
                <w:sz w:val="16"/>
              </w:rPr>
              <w:t>Relatively Low 2, Very Low 6</w:t>
            </w:r>
          </w:p>
        </w:tc>
      </w:tr>
      <w:tr>
        <w:trPr>
          <w:cantSplit/>
        </w:trPr>
        <w:tc>
          <w:tcPr>
            <w:tcW w:type="dxa" w:w="1999"/>
          </w:tcPr>
          <w:p>
            <w:pPr>
              <w:spacing w:after="0"/>
              <w:jc w:val="left"/>
            </w:pPr>
            <w:r>
              <w:rPr>
                <w:sz w:val="16"/>
              </w:rPr>
              <w:t>Landslide</w:t>
            </w:r>
          </w:p>
        </w:tc>
        <w:tc>
          <w:tcPr>
            <w:tcW w:type="dxa" w:w="1311"/>
          </w:tcPr>
          <w:p>
            <w:pPr>
              <w:spacing w:after="0"/>
              <w:jc w:val="right"/>
            </w:pPr>
            <w:r>
              <w:rPr>
                <w:sz w:val="16"/>
              </w:rPr>
              <w:t>8 of 8</w:t>
            </w:r>
          </w:p>
        </w:tc>
        <w:tc>
          <w:tcPr>
            <w:tcW w:type="dxa" w:w="1250"/>
          </w:tcPr>
          <w:p>
            <w:pPr>
              <w:spacing w:after="0"/>
              <w:jc w:val="right"/>
            </w:pPr>
            <w:r>
              <w:rPr>
                <w:sz w:val="16"/>
              </w:rPr>
              <w:t>11.5</w:t>
            </w:r>
          </w:p>
        </w:tc>
        <w:tc>
          <w:tcPr>
            <w:tcW w:type="dxa" w:w="1311"/>
          </w:tcPr>
          <w:p>
            <w:pPr>
              <w:spacing w:after="0"/>
              <w:jc w:val="right"/>
            </w:pPr>
            <w:r>
              <w:rPr>
                <w:sz w:val="16"/>
              </w:rPr>
              <w:t>82.2</w:t>
            </w:r>
          </w:p>
        </w:tc>
        <w:tc>
          <w:tcPr>
            <w:tcW w:type="dxa" w:w="1250"/>
          </w:tcPr>
          <w:p>
            <w:pPr>
              <w:spacing w:after="0"/>
              <w:jc w:val="right"/>
            </w:pPr>
            <w:r>
              <w:rPr>
                <w:sz w:val="16"/>
              </w:rPr>
              <w:t>99.3</w:t>
            </w:r>
          </w:p>
        </w:tc>
        <w:tc>
          <w:tcPr>
            <w:tcW w:type="dxa" w:w="6992"/>
          </w:tcPr>
          <w:p>
            <w:pPr>
              <w:spacing w:after="0"/>
              <w:jc w:val="left"/>
            </w:pPr>
            <w:r>
              <w:rPr>
                <w:sz w:val="16"/>
              </w:rPr>
              <w:t>Relatively Moderate 3, Relatively Low 2, Very Low 3</w:t>
            </w:r>
          </w:p>
        </w:tc>
      </w:tr>
      <w:tr>
        <w:trPr>
          <w:cantSplit/>
        </w:trPr>
        <w:tc>
          <w:tcPr>
            <w:tcW w:type="dxa" w:w="1999"/>
          </w:tcPr>
          <w:p>
            <w:pPr>
              <w:spacing w:after="0"/>
              <w:jc w:val="left"/>
            </w:pPr>
            <w:r>
              <w:rPr>
                <w:sz w:val="16"/>
              </w:rPr>
              <w:t>Lightning</w:t>
            </w:r>
          </w:p>
        </w:tc>
        <w:tc>
          <w:tcPr>
            <w:tcW w:type="dxa" w:w="1311"/>
          </w:tcPr>
          <w:p>
            <w:pPr>
              <w:spacing w:after="0"/>
              <w:jc w:val="right"/>
            </w:pPr>
            <w:r>
              <w:rPr>
                <w:sz w:val="16"/>
              </w:rPr>
              <w:t>8 of 8</w:t>
            </w:r>
          </w:p>
        </w:tc>
        <w:tc>
          <w:tcPr>
            <w:tcW w:type="dxa" w:w="1250"/>
          </w:tcPr>
          <w:p>
            <w:pPr>
              <w:spacing w:after="0"/>
              <w:jc w:val="right"/>
            </w:pPr>
            <w:r>
              <w:rPr>
                <w:sz w:val="16"/>
              </w:rPr>
              <w:t>81.3</w:t>
            </w:r>
          </w:p>
        </w:tc>
        <w:tc>
          <w:tcPr>
            <w:tcW w:type="dxa" w:w="1311"/>
          </w:tcPr>
          <w:p>
            <w:pPr>
              <w:spacing w:after="0"/>
              <w:jc w:val="right"/>
            </w:pPr>
            <w:r>
              <w:rPr>
                <w:sz w:val="16"/>
              </w:rPr>
              <w:t>89.8</w:t>
            </w:r>
          </w:p>
        </w:tc>
        <w:tc>
          <w:tcPr>
            <w:tcW w:type="dxa" w:w="1250"/>
          </w:tcPr>
          <w:p>
            <w:pPr>
              <w:spacing w:after="0"/>
              <w:jc w:val="right"/>
            </w:pPr>
            <w:r>
              <w:rPr>
                <w:sz w:val="16"/>
              </w:rPr>
              <w:t>98.4</w:t>
            </w:r>
          </w:p>
        </w:tc>
        <w:tc>
          <w:tcPr>
            <w:tcW w:type="dxa" w:w="6992"/>
          </w:tcPr>
          <w:p>
            <w:pPr>
              <w:spacing w:after="0"/>
              <w:jc w:val="left"/>
            </w:pPr>
            <w:r>
              <w:rPr>
                <w:sz w:val="16"/>
              </w:rPr>
              <w:t>Very High 1, Relatively High 7</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8 of 8</w:t>
            </w:r>
          </w:p>
        </w:tc>
        <w:tc>
          <w:tcPr>
            <w:tcW w:type="dxa" w:w="1250"/>
          </w:tcPr>
          <w:p>
            <w:pPr>
              <w:spacing w:after="0"/>
              <w:jc w:val="right"/>
            </w:pPr>
            <w:r>
              <w:rPr>
                <w:sz w:val="16"/>
              </w:rPr>
              <w:t>18.7</w:t>
            </w:r>
          </w:p>
        </w:tc>
        <w:tc>
          <w:tcPr>
            <w:tcW w:type="dxa" w:w="1311"/>
          </w:tcPr>
          <w:p>
            <w:pPr>
              <w:spacing w:after="0"/>
              <w:jc w:val="right"/>
            </w:pPr>
            <w:r>
              <w:rPr>
                <w:sz w:val="16"/>
              </w:rPr>
              <w:t>22.5</w:t>
            </w:r>
          </w:p>
        </w:tc>
        <w:tc>
          <w:tcPr>
            <w:tcW w:type="dxa" w:w="1250"/>
          </w:tcPr>
          <w:p>
            <w:pPr>
              <w:spacing w:after="0"/>
              <w:jc w:val="right"/>
            </w:pPr>
            <w:r>
              <w:rPr>
                <w:sz w:val="16"/>
              </w:rPr>
              <w:t>38.0</w:t>
            </w:r>
          </w:p>
        </w:tc>
        <w:tc>
          <w:tcPr>
            <w:tcW w:type="dxa" w:w="6992"/>
          </w:tcPr>
          <w:p>
            <w:pPr>
              <w:spacing w:after="0"/>
              <w:jc w:val="left"/>
            </w:pPr>
            <w:r>
              <w:rPr>
                <w:sz w:val="16"/>
              </w:rPr>
              <w:t>Relatively Low 6, Very Low 2</w:t>
            </w:r>
          </w:p>
        </w:tc>
      </w:tr>
      <w:tr>
        <w:trPr>
          <w:cantSplit/>
        </w:trPr>
        <w:tc>
          <w:tcPr>
            <w:tcW w:type="dxa" w:w="1999"/>
          </w:tcPr>
          <w:p>
            <w:pPr>
              <w:spacing w:after="0"/>
              <w:jc w:val="left"/>
            </w:pPr>
            <w:r>
              <w:rPr>
                <w:sz w:val="16"/>
              </w:rPr>
              <w:t>Tornado</w:t>
            </w:r>
          </w:p>
        </w:tc>
        <w:tc>
          <w:tcPr>
            <w:tcW w:type="dxa" w:w="1311"/>
          </w:tcPr>
          <w:p>
            <w:pPr>
              <w:spacing w:after="0"/>
              <w:jc w:val="right"/>
            </w:pPr>
            <w:r>
              <w:rPr>
                <w:sz w:val="16"/>
              </w:rPr>
              <w:t>8 of 8</w:t>
            </w:r>
          </w:p>
        </w:tc>
        <w:tc>
          <w:tcPr>
            <w:tcW w:type="dxa" w:w="1250"/>
          </w:tcPr>
          <w:p>
            <w:pPr>
              <w:spacing w:after="0"/>
              <w:jc w:val="right"/>
            </w:pPr>
            <w:r>
              <w:rPr>
                <w:sz w:val="16"/>
              </w:rPr>
              <w:t>15.8</w:t>
            </w:r>
          </w:p>
        </w:tc>
        <w:tc>
          <w:tcPr>
            <w:tcW w:type="dxa" w:w="1311"/>
          </w:tcPr>
          <w:p>
            <w:pPr>
              <w:spacing w:after="0"/>
              <w:jc w:val="right"/>
            </w:pPr>
            <w:r>
              <w:rPr>
                <w:sz w:val="16"/>
              </w:rPr>
              <w:t>19.4</w:t>
            </w:r>
          </w:p>
        </w:tc>
        <w:tc>
          <w:tcPr>
            <w:tcW w:type="dxa" w:w="1250"/>
          </w:tcPr>
          <w:p>
            <w:pPr>
              <w:spacing w:after="0"/>
              <w:jc w:val="right"/>
            </w:pPr>
            <w:r>
              <w:rPr>
                <w:sz w:val="16"/>
              </w:rPr>
              <w:t>29.0</w:t>
            </w:r>
          </w:p>
        </w:tc>
        <w:tc>
          <w:tcPr>
            <w:tcW w:type="dxa" w:w="6992"/>
          </w:tcPr>
          <w:p>
            <w:pPr>
              <w:spacing w:after="0"/>
              <w:jc w:val="left"/>
            </w:pPr>
            <w:r>
              <w:rPr>
                <w:sz w:val="16"/>
              </w:rPr>
              <w:t>Very Low 8</w:t>
            </w:r>
          </w:p>
        </w:tc>
      </w:tr>
      <w:tr>
        <w:trPr>
          <w:cantSplit/>
        </w:trPr>
        <w:tc>
          <w:tcPr>
            <w:tcW w:type="dxa" w:w="1999"/>
          </w:tcPr>
          <w:p>
            <w:pPr>
              <w:spacing w:after="0"/>
              <w:jc w:val="left"/>
            </w:pPr>
            <w:r>
              <w:rPr>
                <w:sz w:val="16"/>
              </w:rPr>
              <w:t>Volcanic Activity</w:t>
            </w:r>
          </w:p>
        </w:tc>
        <w:tc>
          <w:tcPr>
            <w:tcW w:type="dxa" w:w="1311"/>
          </w:tcPr>
          <w:p>
            <w:pPr>
              <w:spacing w:after="0"/>
              <w:jc w:val="right"/>
            </w:pPr>
            <w:r>
              <w:rPr>
                <w:sz w:val="16"/>
              </w:rPr>
              <w:t>0 of 8</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 Rating 8</w:t>
            </w:r>
          </w:p>
        </w:tc>
      </w:tr>
      <w:tr>
        <w:trPr>
          <w:cantSplit/>
        </w:trPr>
        <w:tc>
          <w:tcPr>
            <w:tcW w:type="dxa" w:w="1999"/>
          </w:tcPr>
          <w:p>
            <w:pPr>
              <w:spacing w:after="0"/>
              <w:jc w:val="left"/>
            </w:pPr>
            <w:r>
              <w:rPr>
                <w:sz w:val="16"/>
              </w:rPr>
              <w:t>Wildfire</w:t>
            </w:r>
          </w:p>
        </w:tc>
        <w:tc>
          <w:tcPr>
            <w:tcW w:type="dxa" w:w="1311"/>
          </w:tcPr>
          <w:p>
            <w:pPr>
              <w:spacing w:after="0"/>
              <w:jc w:val="right"/>
            </w:pPr>
            <w:r>
              <w:rPr>
                <w:sz w:val="16"/>
              </w:rPr>
              <w:t>8 of 8</w:t>
            </w:r>
          </w:p>
        </w:tc>
        <w:tc>
          <w:tcPr>
            <w:tcW w:type="dxa" w:w="1250"/>
          </w:tcPr>
          <w:p>
            <w:pPr>
              <w:spacing w:after="0"/>
              <w:jc w:val="right"/>
            </w:pPr>
            <w:r>
              <w:rPr>
                <w:sz w:val="16"/>
              </w:rPr>
              <w:t>73.0</w:t>
            </w:r>
          </w:p>
        </w:tc>
        <w:tc>
          <w:tcPr>
            <w:tcW w:type="dxa" w:w="1311"/>
          </w:tcPr>
          <w:p>
            <w:pPr>
              <w:spacing w:after="0"/>
              <w:jc w:val="right"/>
            </w:pPr>
            <w:r>
              <w:rPr>
                <w:sz w:val="16"/>
              </w:rPr>
              <w:t>86.0</w:t>
            </w:r>
          </w:p>
        </w:tc>
        <w:tc>
          <w:tcPr>
            <w:tcW w:type="dxa" w:w="1250"/>
          </w:tcPr>
          <w:p>
            <w:pPr>
              <w:spacing w:after="0"/>
              <w:jc w:val="right"/>
            </w:pPr>
            <w:r>
              <w:rPr>
                <w:sz w:val="16"/>
              </w:rPr>
              <w:t>95.2</w:t>
            </w:r>
          </w:p>
        </w:tc>
        <w:tc>
          <w:tcPr>
            <w:tcW w:type="dxa" w:w="6992"/>
          </w:tcPr>
          <w:p>
            <w:pPr>
              <w:spacing w:after="0"/>
              <w:jc w:val="left"/>
            </w:pPr>
            <w:r>
              <w:rPr>
                <w:sz w:val="16"/>
              </w:rPr>
              <w:t>Relatively Moderate 3, Relatively Low 5</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8 of 8</w:t>
            </w:r>
          </w:p>
        </w:tc>
        <w:tc>
          <w:tcPr>
            <w:tcW w:type="dxa" w:w="1250"/>
          </w:tcPr>
          <w:p>
            <w:pPr>
              <w:spacing w:after="0"/>
              <w:jc w:val="right"/>
            </w:pPr>
            <w:r>
              <w:rPr>
                <w:sz w:val="16"/>
              </w:rPr>
              <w:t>44.7</w:t>
            </w:r>
          </w:p>
        </w:tc>
        <w:tc>
          <w:tcPr>
            <w:tcW w:type="dxa" w:w="1311"/>
          </w:tcPr>
          <w:p>
            <w:pPr>
              <w:spacing w:after="0"/>
              <w:jc w:val="right"/>
            </w:pPr>
            <w:r>
              <w:rPr>
                <w:sz w:val="16"/>
              </w:rPr>
              <w:t>55.3</w:t>
            </w:r>
          </w:p>
        </w:tc>
        <w:tc>
          <w:tcPr>
            <w:tcW w:type="dxa" w:w="1250"/>
          </w:tcPr>
          <w:p>
            <w:pPr>
              <w:spacing w:after="0"/>
              <w:jc w:val="right"/>
            </w:pPr>
            <w:r>
              <w:rPr>
                <w:sz w:val="16"/>
              </w:rPr>
              <w:t>74.6</w:t>
            </w:r>
          </w:p>
        </w:tc>
        <w:tc>
          <w:tcPr>
            <w:tcW w:type="dxa" w:w="6992"/>
          </w:tcPr>
          <w:p>
            <w:pPr>
              <w:spacing w:after="0"/>
              <w:jc w:val="left"/>
            </w:pPr>
            <w:r>
              <w:rPr>
                <w:sz w:val="16"/>
              </w:rPr>
              <w:t>Relatively Moderate 5, Relatively Low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59"/>
        <w:gridCol w:w="816"/>
        <w:gridCol w:w="3174"/>
        <w:gridCol w:w="2531"/>
        <w:gridCol w:w="3281"/>
        <w:gridCol w:w="2852"/>
      </w:tblGrid>
      <w:tr>
        <w:trPr>
          <w:cantSplit/>
          <w:tblHeader/>
        </w:trPr>
        <w:tc>
          <w:tcPr>
            <w:tcW w:type="dxa" w:w="1459"/>
            <w:shd w:val="clear" w:color="auto" w:fill="E8E8E8"/>
          </w:tcPr>
          <w:p>
            <w:pPr>
              <w:spacing w:after="0"/>
              <w:jc w:val="left"/>
            </w:pPr>
            <w:r>
              <w:rPr>
                <w:b/>
                <w:sz w:val="16"/>
              </w:rPr>
              <w:t>Jurisdiction</w:t>
            </w:r>
          </w:p>
        </w:tc>
        <w:tc>
          <w:tcPr>
            <w:tcW w:type="dxa" w:w="816"/>
            <w:shd w:val="clear" w:color="auto" w:fill="E8E8E8"/>
          </w:tcPr>
          <w:p>
            <w:pPr>
              <w:spacing w:after="0"/>
              <w:jc w:val="left"/>
            </w:pPr>
            <w:r>
              <w:rPr>
                <w:b/>
                <w:sz w:val="16"/>
              </w:rPr>
              <w:t>Type</w:t>
            </w:r>
          </w:p>
        </w:tc>
        <w:tc>
          <w:tcPr>
            <w:tcW w:type="dxa" w:w="3174"/>
            <w:shd w:val="clear" w:color="auto" w:fill="E8E8E8"/>
          </w:tcPr>
          <w:p>
            <w:pPr>
              <w:spacing w:after="0"/>
              <w:jc w:val="left"/>
            </w:pPr>
            <w:r>
              <w:rPr>
                <w:b/>
                <w:sz w:val="16"/>
              </w:rPr>
              <w:t>Plan status</w:t>
            </w:r>
          </w:p>
        </w:tc>
        <w:tc>
          <w:tcPr>
            <w:tcW w:type="dxa" w:w="253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28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5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459"/>
          </w:tcPr>
          <w:p>
            <w:pPr>
              <w:spacing w:after="0"/>
              <w:jc w:val="left"/>
            </w:pPr>
            <w:r>
              <w:rPr>
                <w:sz w:val="16"/>
              </w:rPr>
              <w:t>Uintah County</w:t>
            </w:r>
          </w:p>
        </w:tc>
        <w:tc>
          <w:tcPr>
            <w:tcW w:type="dxa" w:w="816"/>
          </w:tcPr>
          <w:p>
            <w:pPr>
              <w:spacing w:after="0"/>
              <w:jc w:val="left"/>
            </w:pPr>
            <w:r>
              <w:rPr>
                <w:sz w:val="16"/>
              </w:rPr>
              <w:t>County</w:t>
            </w:r>
          </w:p>
        </w:tc>
        <w:tc>
          <w:tcPr>
            <w:tcW w:type="dxa" w:w="3174"/>
          </w:tcPr>
          <w:p>
            <w:pPr>
              <w:spacing w:after="0"/>
              <w:jc w:val="left"/>
            </w:pPr>
            <w:r>
              <w:rPr>
                <w:sz w:val="16"/>
              </w:rPr>
              <w:t>Approved, expires 2030-09-08</w:t>
            </w:r>
          </w:p>
        </w:tc>
        <w:tc>
          <w:tcPr>
            <w:tcW w:type="dxa" w:w="2531"/>
          </w:tcPr>
          <w:p>
            <w:pPr>
              <w:spacing w:after="0"/>
              <w:jc w:val="right"/>
            </w:pPr>
            <w:r>
              <w:rPr>
                <w:sz w:val="16"/>
              </w:rPr>
              <w:t>FMA RL 0, SRL 0; any 0</w:t>
            </w:r>
          </w:p>
        </w:tc>
        <w:tc>
          <w:tcPr>
            <w:tcW w:type="dxa" w:w="3281"/>
          </w:tcPr>
          <w:p>
            <w:pPr>
              <w:spacing w:after="0"/>
              <w:jc w:val="right"/>
            </w:pPr>
            <w:r>
              <w:rPr>
                <w:sz w:val="16"/>
              </w:rPr>
              <w:t>$247,235.98</w:t>
            </w:r>
          </w:p>
        </w:tc>
        <w:tc>
          <w:tcPr>
            <w:tcW w:type="dxa" w:w="2852"/>
          </w:tcPr>
          <w:p>
            <w:pPr>
              <w:spacing w:after="0"/>
              <w:jc w:val="right"/>
            </w:pPr>
            <w:r>
              <w:rPr>
                <w:sz w:val="16"/>
              </w:rPr>
              <w:t>0 total; 0 since its plan</w:t>
            </w:r>
          </w:p>
        </w:tc>
      </w:tr>
      <w:tr>
        <w:trPr>
          <w:cantSplit/>
        </w:trPr>
        <w:tc>
          <w:tcPr>
            <w:tcW w:type="dxa" w:w="1459"/>
          </w:tcPr>
          <w:p>
            <w:pPr>
              <w:spacing w:after="0"/>
              <w:jc w:val="left"/>
            </w:pPr>
            <w:r>
              <w:rPr>
                <w:sz w:val="16"/>
              </w:rPr>
              <w:t>Ballard town</w:t>
            </w:r>
          </w:p>
        </w:tc>
        <w:tc>
          <w:tcPr>
            <w:tcW w:type="dxa" w:w="816"/>
          </w:tcPr>
          <w:p>
            <w:pPr>
              <w:spacing w:after="0"/>
              <w:jc w:val="left"/>
            </w:pPr>
            <w:r>
              <w:rPr>
                <w:sz w:val="16"/>
              </w:rPr>
              <w:t>Town</w:t>
            </w:r>
          </w:p>
        </w:tc>
        <w:tc>
          <w:tcPr>
            <w:tcW w:type="dxa" w:w="3174"/>
          </w:tcPr>
          <w:p>
            <w:pPr>
              <w:spacing w:after="0"/>
              <w:jc w:val="left"/>
            </w:pPr>
            <w:r>
              <w:rPr>
                <w:sz w:val="16"/>
              </w:rPr>
              <w:t>Approved, expires 2030-09-08</w:t>
            </w:r>
          </w:p>
        </w:tc>
        <w:tc>
          <w:tcPr>
            <w:tcW w:type="dxa" w:w="2531"/>
          </w:tcPr>
          <w:p>
            <w:pPr>
              <w:spacing w:after="0"/>
              <w:jc w:val="right"/>
            </w:pPr>
            <w:r>
              <w:rPr>
                <w:sz w:val="16"/>
              </w:rPr>
              <w:t>FMA RL 0, SRL 0; any 0</w:t>
            </w:r>
          </w:p>
        </w:tc>
        <w:tc>
          <w:tcPr>
            <w:tcW w:type="dxa" w:w="3281"/>
          </w:tcPr>
          <w:p>
            <w:pPr>
              <w:spacing w:after="0"/>
              <w:jc w:val="right"/>
            </w:pPr>
            <w:r>
              <w:rPr>
                <w:sz w:val="16"/>
              </w:rPr>
              <w:t>no Public Assistance recorded</w:t>
            </w:r>
          </w:p>
        </w:tc>
        <w:tc>
          <w:tcPr>
            <w:tcW w:type="dxa" w:w="2852"/>
          </w:tcPr>
          <w:p>
            <w:pPr>
              <w:spacing w:after="0"/>
              <w:jc w:val="right"/>
            </w:pPr>
            <w:r>
              <w:rPr>
                <w:sz w:val="16"/>
              </w:rPr>
              <w:t>3 total; 0 since its plan</w:t>
            </w:r>
          </w:p>
        </w:tc>
      </w:tr>
      <w:tr>
        <w:trPr>
          <w:cantSplit/>
        </w:trPr>
        <w:tc>
          <w:tcPr>
            <w:tcW w:type="dxa" w:w="1459"/>
          </w:tcPr>
          <w:p>
            <w:pPr>
              <w:spacing w:after="0"/>
              <w:jc w:val="left"/>
            </w:pPr>
            <w:r>
              <w:rPr>
                <w:sz w:val="16"/>
              </w:rPr>
              <w:t>Naples city</w:t>
            </w:r>
          </w:p>
        </w:tc>
        <w:tc>
          <w:tcPr>
            <w:tcW w:type="dxa" w:w="816"/>
          </w:tcPr>
          <w:p>
            <w:pPr>
              <w:spacing w:after="0"/>
              <w:jc w:val="left"/>
            </w:pPr>
            <w:r>
              <w:rPr>
                <w:sz w:val="16"/>
              </w:rPr>
              <w:t>City</w:t>
            </w:r>
          </w:p>
        </w:tc>
        <w:tc>
          <w:tcPr>
            <w:tcW w:type="dxa" w:w="3174"/>
          </w:tcPr>
          <w:p>
            <w:pPr>
              <w:spacing w:after="0"/>
              <w:jc w:val="left"/>
            </w:pPr>
            <w:r>
              <w:rPr>
                <w:sz w:val="16"/>
              </w:rPr>
              <w:t>Approved, expires 2030-09-08</w:t>
            </w:r>
          </w:p>
        </w:tc>
        <w:tc>
          <w:tcPr>
            <w:tcW w:type="dxa" w:w="2531"/>
          </w:tcPr>
          <w:p>
            <w:pPr>
              <w:spacing w:after="0"/>
              <w:jc w:val="right"/>
            </w:pPr>
            <w:r>
              <w:rPr>
                <w:sz w:val="16"/>
              </w:rPr>
              <w:t>FMA RL 0, SRL 0; any 0</w:t>
            </w:r>
          </w:p>
        </w:tc>
        <w:tc>
          <w:tcPr>
            <w:tcW w:type="dxa" w:w="3281"/>
          </w:tcPr>
          <w:p>
            <w:pPr>
              <w:spacing w:after="0"/>
              <w:jc w:val="right"/>
            </w:pPr>
            <w:r>
              <w:rPr>
                <w:sz w:val="16"/>
              </w:rPr>
              <w:t>no Public Assistance recorded</w:t>
            </w:r>
          </w:p>
        </w:tc>
        <w:tc>
          <w:tcPr>
            <w:tcW w:type="dxa" w:w="2852"/>
          </w:tcPr>
          <w:p>
            <w:pPr>
              <w:spacing w:after="0"/>
              <w:jc w:val="right"/>
            </w:pPr>
            <w:r>
              <w:rPr>
                <w:sz w:val="16"/>
              </w:rPr>
              <w:t>8 total; 0 since its plan</w:t>
            </w:r>
          </w:p>
        </w:tc>
      </w:tr>
      <w:tr>
        <w:trPr>
          <w:cantSplit/>
        </w:trPr>
        <w:tc>
          <w:tcPr>
            <w:tcW w:type="dxa" w:w="1459"/>
          </w:tcPr>
          <w:p>
            <w:pPr>
              <w:spacing w:after="0"/>
              <w:jc w:val="left"/>
            </w:pPr>
            <w:r>
              <w:rPr>
                <w:sz w:val="16"/>
              </w:rPr>
              <w:t>Vernal city</w:t>
            </w:r>
          </w:p>
        </w:tc>
        <w:tc>
          <w:tcPr>
            <w:tcW w:type="dxa" w:w="816"/>
          </w:tcPr>
          <w:p>
            <w:pPr>
              <w:spacing w:after="0"/>
              <w:jc w:val="left"/>
            </w:pPr>
            <w:r>
              <w:rPr>
                <w:sz w:val="16"/>
              </w:rPr>
              <w:t>City</w:t>
            </w:r>
          </w:p>
        </w:tc>
        <w:tc>
          <w:tcPr>
            <w:tcW w:type="dxa" w:w="3174"/>
          </w:tcPr>
          <w:p>
            <w:pPr>
              <w:spacing w:after="0"/>
              <w:jc w:val="left"/>
            </w:pPr>
            <w:r>
              <w:rPr>
                <w:sz w:val="16"/>
              </w:rPr>
              <w:t>Approved, expires 2030-09-08</w:t>
            </w:r>
          </w:p>
        </w:tc>
        <w:tc>
          <w:tcPr>
            <w:tcW w:type="dxa" w:w="2531"/>
          </w:tcPr>
          <w:p>
            <w:pPr>
              <w:spacing w:after="0"/>
              <w:jc w:val="right"/>
            </w:pPr>
            <w:r>
              <w:rPr>
                <w:sz w:val="16"/>
              </w:rPr>
              <w:t>FMA RL 0, SRL 0; any 0</w:t>
            </w:r>
          </w:p>
        </w:tc>
        <w:tc>
          <w:tcPr>
            <w:tcW w:type="dxa" w:w="3281"/>
          </w:tcPr>
          <w:p>
            <w:pPr>
              <w:spacing w:after="0"/>
              <w:jc w:val="right"/>
            </w:pPr>
            <w:r>
              <w:rPr>
                <w:sz w:val="16"/>
              </w:rPr>
              <w:t>no Public Assistance recorded</w:t>
            </w:r>
          </w:p>
        </w:tc>
        <w:tc>
          <w:tcPr>
            <w:tcW w:type="dxa" w:w="2852"/>
          </w:tcPr>
          <w:p>
            <w:pPr>
              <w:spacing w:after="0"/>
              <w:jc w:val="right"/>
            </w:pPr>
            <w:r>
              <w:rPr>
                <w:sz w:val="16"/>
              </w:rPr>
              <w:t>24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6"/>
        <w:gridCol w:w="1045"/>
        <w:gridCol w:w="1037"/>
        <w:gridCol w:w="1126"/>
        <w:gridCol w:w="995"/>
        <w:gridCol w:w="1305"/>
        <w:gridCol w:w="1217"/>
        <w:gridCol w:w="1105"/>
        <w:gridCol w:w="1105"/>
        <w:gridCol w:w="161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9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7"/>
            <w:shd w:val="clear" w:color="auto" w:fill="E8E8E8"/>
          </w:tcPr>
          <w:p>
            <w:pPr>
              <w:spacing w:after="0"/>
              <w:jc w:val="right"/>
            </w:pPr>
            <w:r>
              <w:rPr>
                <w:b/>
                <w:sz w:val="16"/>
              </w:rPr>
              <w:t>Storm Events damage since 2025-09-09</w:t>
            </w:r>
          </w:p>
          <w:p>
            <w:pPr>
              <w:spacing w:after="0"/>
              <w:jc w:val="right"/>
            </w:pPr>
            <w:r>
              <w:rPr>
                <w:i/>
                <w:color w:val="555555"/>
                <w:sz w:val="14"/>
              </w:rPr>
              <w:t>county-coded records, property plus crops, nominal dollars</w:t>
            </w:r>
          </w:p>
        </w:tc>
        <w:tc>
          <w:tcPr>
            <w:tcW w:type="dxa" w:w="110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$619,661</w:t>
            </w:r>
          </w:p>
        </w:tc>
        <w:tc>
          <w:tcPr>
            <w:tcW w:type="dxa" w:w="1136"/>
          </w:tcPr>
          <w:p>
            <w:pPr>
              <w:spacing w:after="0"/>
              <w:jc w:val="right"/>
            </w:pPr>
            <w:r>
              <w:rPr>
                <w:sz w:val="16"/>
              </w:rPr>
              <w:t>n/a</w:t>
            </w:r>
          </w:p>
        </w:tc>
        <w:tc>
          <w:tcPr>
            <w:tcW w:type="dxa" w:w="1045"/>
          </w:tcPr>
          <w:p>
            <w:pPr>
              <w:spacing w:after="0"/>
              <w:jc w:val="right"/>
            </w:pPr>
            <w:r>
              <w:rPr>
                <w:sz w:val="16"/>
              </w:rPr>
              <w:t>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995"/>
          </w:tcPr>
          <w:p>
            <w:pPr>
              <w:spacing w:after="0"/>
              <w:jc w:val="right"/>
            </w:pPr>
            <w:r>
              <w:rPr>
                <w:sz w:val="16"/>
              </w:rPr>
              <w:t>$455</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$5,222,271,825</w:t>
            </w:r>
          </w:p>
        </w:tc>
        <w:tc>
          <w:tcPr>
            <w:tcW w:type="dxa" w:w="1136"/>
          </w:tcPr>
          <w:p>
            <w:pPr>
              <w:spacing w:after="0"/>
              <w:jc w:val="right"/>
            </w:pPr>
            <w:r>
              <w:rPr>
                <w:sz w:val="16"/>
              </w:rPr>
              <w:t>$54,408,220</w:t>
            </w:r>
          </w:p>
        </w:tc>
        <w:tc>
          <w:tcPr>
            <w:tcW w:type="dxa" w:w="1045"/>
          </w:tcPr>
          <w:p>
            <w:pPr>
              <w:spacing w:after="0"/>
              <w:jc w:val="right"/>
            </w:pPr>
            <w:r>
              <w:rPr>
                <w:sz w:val="16"/>
              </w:rPr>
              <w:t>35,592</w:t>
            </w:r>
          </w:p>
        </w:tc>
        <w:tc>
          <w:tcPr>
            <w:tcW w:type="dxa" w:w="1037"/>
          </w:tcPr>
          <w:p>
            <w:pPr>
              <w:spacing w:after="0"/>
              <w:jc w:val="right"/>
            </w:pPr>
            <w:r>
              <w:rPr>
                <w:sz w:val="16"/>
              </w:rPr>
              <w:t>$357</w:t>
            </w:r>
          </w:p>
        </w:tc>
        <w:tc>
          <w:tcPr>
            <w:tcW w:type="dxa" w:w="1126"/>
          </w:tcPr>
          <w:p>
            <w:pPr>
              <w:spacing w:after="0"/>
              <w:jc w:val="right"/>
            </w:pPr>
            <w:r>
              <w:rPr>
                <w:sz w:val="16"/>
              </w:rPr>
              <w:t>$5,067</w:t>
            </w:r>
          </w:p>
        </w:tc>
        <w:tc>
          <w:tcPr>
            <w:tcW w:type="dxa" w:w="995"/>
          </w:tcPr>
          <w:p>
            <w:pPr>
              <w:spacing w:after="0"/>
              <w:jc w:val="right"/>
            </w:pPr>
            <w:r>
              <w:rPr>
                <w:sz w:val="16"/>
              </w:rPr>
              <w:t>$180,095</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r>
              <w:rPr>
                <w:sz w:val="16"/>
              </w:rPr>
              <w:t>$0</w:t>
            </w: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6"/>
          </w:tcPr>
          <w:p>
            <w:pPr>
              <w:spacing w:after="0"/>
              <w:jc w:val="right"/>
            </w:pPr>
            <w:r>
              <w:rPr>
                <w:sz w:val="16"/>
              </w:rPr>
              <w:t>$14,842,473</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$218,471</w:t>
            </w:r>
          </w:p>
        </w:tc>
        <w:tc>
          <w:tcPr>
            <w:tcW w:type="dxa" w:w="995"/>
          </w:tcPr>
          <w:p>
            <w:pPr>
              <w:spacing w:after="0"/>
              <w:jc w:val="right"/>
            </w:pPr>
            <w:r>
              <w:rPr>
                <w:sz w:val="16"/>
              </w:rPr>
              <w:t>n/a</w:t>
            </w:r>
          </w:p>
        </w:tc>
        <w:tc>
          <w:tcPr>
            <w:tcW w:type="dxa" w:w="1305"/>
          </w:tcPr>
          <w:p>
            <w:pPr>
              <w:spacing w:after="0"/>
              <w:jc w:val="right"/>
            </w:pPr>
            <w:r>
              <w:rPr>
                <w:sz w:val="16"/>
              </w:rPr>
              <w:t>1.47% (agriculture)</w:t>
            </w:r>
          </w:p>
        </w:tc>
        <w:tc>
          <w:tcPr>
            <w:tcW w:type="dxa" w:w="1217"/>
          </w:tcPr>
          <w:p>
            <w:pPr>
              <w:spacing w:after="0"/>
              <w:jc w:val="right"/>
            </w:pPr>
          </w:p>
        </w:tc>
        <w:tc>
          <w:tcPr>
            <w:tcW w:type="dxa" w:w="1105"/>
          </w:tcPr>
          <w:p>
            <w:pPr>
              <w:spacing w:after="0"/>
              <w:jc w:val="right"/>
            </w:pPr>
            <w:r>
              <w:rPr>
                <w:sz w:val="16"/>
              </w:rPr>
              <w:t>$0</w:t>
            </w:r>
          </w:p>
        </w:tc>
        <w:tc>
          <w:tcPr>
            <w:tcW w:type="dxa" w:w="1105"/>
          </w:tcPr>
          <w:p>
            <w:pPr>
              <w:spacing w:after="0"/>
              <w:jc w:val="right"/>
            </w:pPr>
          </w:p>
        </w:tc>
        <w:tc>
          <w:tcPr>
            <w:tcW w:type="dxa" w:w="161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$9,414,477,124</w:t>
            </w:r>
          </w:p>
        </w:tc>
        <w:tc>
          <w:tcPr>
            <w:tcW w:type="dxa" w:w="1136"/>
          </w:tcPr>
          <w:p>
            <w:pPr>
              <w:spacing w:after="0"/>
              <w:jc w:val="right"/>
            </w:pPr>
            <w:r>
              <w:rPr>
                <w:sz w:val="16"/>
              </w:rPr>
              <w:t>n/a</w:t>
            </w:r>
          </w:p>
        </w:tc>
        <w:tc>
          <w:tcPr>
            <w:tcW w:type="dxa" w:w="1045"/>
          </w:tcPr>
          <w:p>
            <w:pPr>
              <w:spacing w:after="0"/>
              <w:jc w:val="right"/>
            </w:pPr>
            <w:r>
              <w:rPr>
                <w:sz w:val="16"/>
              </w:rPr>
              <w:t>35,620</w:t>
            </w:r>
          </w:p>
        </w:tc>
        <w:tc>
          <w:tcPr>
            <w:tcW w:type="dxa" w:w="1037"/>
          </w:tcPr>
          <w:p>
            <w:pPr>
              <w:spacing w:after="0"/>
              <w:jc w:val="right"/>
            </w:pPr>
            <w:r>
              <w:rPr>
                <w:sz w:val="16"/>
              </w:rPr>
              <w:t>$429,005</w:t>
            </w:r>
          </w:p>
        </w:tc>
        <w:tc>
          <w:tcPr>
            <w:tcW w:type="dxa" w:w="1126"/>
          </w:tcPr>
          <w:p>
            <w:pPr>
              <w:spacing w:after="0"/>
              <w:jc w:val="right"/>
            </w:pPr>
            <w:r>
              <w:rPr>
                <w:sz w:val="16"/>
              </w:rPr>
              <w:t>n/a</w:t>
            </w:r>
          </w:p>
        </w:tc>
        <w:tc>
          <w:tcPr>
            <w:tcW w:type="dxa" w:w="995"/>
          </w:tcPr>
          <w:p>
            <w:pPr>
              <w:spacing w:after="0"/>
              <w:jc w:val="right"/>
            </w:pPr>
            <w:r>
              <w:rPr>
                <w:sz w:val="16"/>
              </w:rPr>
              <w:t>$105,543</w:t>
            </w:r>
          </w:p>
        </w:tc>
        <w:tc>
          <w:tcPr>
            <w:tcW w:type="dxa" w:w="1305"/>
          </w:tcPr>
          <w:p>
            <w:pPr>
              <w:spacing w:after="0"/>
              <w:jc w:val="right"/>
            </w:pPr>
            <w:r>
              <w:rPr>
                <w:sz w:val="16"/>
              </w:rPr>
              <w:t>0.00456%</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$5,222,271,825</w:t>
            </w:r>
          </w:p>
        </w:tc>
        <w:tc>
          <w:tcPr>
            <w:tcW w:type="dxa" w:w="1136"/>
          </w:tcPr>
          <w:p>
            <w:pPr>
              <w:spacing w:after="0"/>
              <w:jc w:val="right"/>
            </w:pPr>
            <w:r>
              <w:rPr>
                <w:sz w:val="16"/>
              </w:rPr>
              <w:t>$54,408,220</w:t>
            </w:r>
          </w:p>
        </w:tc>
        <w:tc>
          <w:tcPr>
            <w:tcW w:type="dxa" w:w="1045"/>
          </w:tcPr>
          <w:p>
            <w:pPr>
              <w:spacing w:after="0"/>
              <w:jc w:val="right"/>
            </w:pPr>
            <w:r>
              <w:rPr>
                <w:sz w:val="16"/>
              </w:rPr>
              <w:t>35,592</w:t>
            </w:r>
          </w:p>
        </w:tc>
        <w:tc>
          <w:tcPr>
            <w:tcW w:type="dxa" w:w="1037"/>
          </w:tcPr>
          <w:p>
            <w:pPr>
              <w:spacing w:after="0"/>
              <w:jc w:val="right"/>
            </w:pPr>
            <w:r>
              <w:rPr>
                <w:sz w:val="16"/>
              </w:rPr>
              <w:t>$10,143</w:t>
            </w:r>
          </w:p>
        </w:tc>
        <w:tc>
          <w:tcPr>
            <w:tcW w:type="dxa" w:w="1126"/>
          </w:tcPr>
          <w:p>
            <w:pPr>
              <w:spacing w:after="0"/>
              <w:jc w:val="right"/>
            </w:pPr>
            <w:r>
              <w:rPr>
                <w:sz w:val="16"/>
              </w:rPr>
              <w:t>$2,406</w:t>
            </w:r>
          </w:p>
        </w:tc>
        <w:tc>
          <w:tcPr>
            <w:tcW w:type="dxa" w:w="995"/>
          </w:tcPr>
          <w:p>
            <w:pPr>
              <w:spacing w:after="0"/>
              <w:jc w:val="right"/>
            </w:pPr>
            <w:r>
              <w:rPr>
                <w:sz w:val="16"/>
              </w:rPr>
              <w:t>$3,857</w:t>
            </w:r>
          </w:p>
        </w:tc>
        <w:tc>
          <w:tcPr>
            <w:tcW w:type="dxa" w:w="1305"/>
          </w:tcPr>
          <w:p>
            <w:pPr>
              <w:spacing w:after="0"/>
              <w:jc w:val="right"/>
            </w:pPr>
            <w:r>
              <w:rPr>
                <w:sz w:val="16"/>
              </w:rPr>
              <w:t>0.000194%</w:t>
            </w:r>
          </w:p>
        </w:tc>
        <w:tc>
          <w:tcPr>
            <w:tcW w:type="dxa" w:w="1217"/>
          </w:tcPr>
          <w:p>
            <w:pPr>
              <w:spacing w:after="0"/>
              <w:jc w:val="right"/>
            </w:pPr>
            <w:r>
              <w:rPr>
                <w:sz w:val="16"/>
              </w:rPr>
              <w:t>$0</w:t>
            </w: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$5,143,657,529</w:t>
            </w:r>
          </w:p>
        </w:tc>
        <w:tc>
          <w:tcPr>
            <w:tcW w:type="dxa" w:w="1136"/>
          </w:tcPr>
          <w:p>
            <w:pPr>
              <w:spacing w:after="0"/>
              <w:jc w:val="right"/>
            </w:pPr>
            <w:r>
              <w:rPr>
                <w:sz w:val="16"/>
              </w:rPr>
              <w:t>$53,024,442</w:t>
            </w:r>
          </w:p>
        </w:tc>
        <w:tc>
          <w:tcPr>
            <w:tcW w:type="dxa" w:w="1045"/>
          </w:tcPr>
          <w:p>
            <w:pPr>
              <w:spacing w:after="0"/>
              <w:jc w:val="right"/>
            </w:pPr>
            <w:r>
              <w:rPr>
                <w:sz w:val="16"/>
              </w:rPr>
              <w:t>35,211</w:t>
            </w:r>
          </w:p>
        </w:tc>
        <w:tc>
          <w:tcPr>
            <w:tcW w:type="dxa" w:w="1037"/>
          </w:tcPr>
          <w:p>
            <w:pPr>
              <w:spacing w:after="0"/>
              <w:jc w:val="right"/>
            </w:pPr>
            <w:r>
              <w:rPr>
                <w:sz w:val="16"/>
              </w:rPr>
              <w:t>$14</w:t>
            </w:r>
          </w:p>
        </w:tc>
        <w:tc>
          <w:tcPr>
            <w:tcW w:type="dxa" w:w="1126"/>
          </w:tcPr>
          <w:p>
            <w:pPr>
              <w:spacing w:after="0"/>
              <w:jc w:val="right"/>
            </w:pPr>
            <w:r>
              <w:rPr>
                <w:sz w:val="16"/>
              </w:rPr>
              <w:t>$1,036</w:t>
            </w:r>
          </w:p>
        </w:tc>
        <w:tc>
          <w:tcPr>
            <w:tcW w:type="dxa" w:w="995"/>
          </w:tcPr>
          <w:p>
            <w:pPr>
              <w:spacing w:after="0"/>
              <w:jc w:val="right"/>
            </w:pPr>
            <w:r>
              <w:rPr>
                <w:sz w:val="16"/>
              </w:rPr>
              <w:t>$146,048</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6"/>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995"/>
          </w:tcPr>
          <w:p>
            <w:pPr>
              <w:spacing w:after="0"/>
              <w:jc w:val="right"/>
            </w:pPr>
          </w:p>
        </w:tc>
        <w:tc>
          <w:tcPr>
            <w:tcW w:type="dxa" w:w="1305"/>
          </w:tcPr>
          <w:p>
            <w:pPr>
              <w:spacing w:after="0"/>
              <w:jc w:val="right"/>
            </w:pP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$5,222,271,825</w:t>
            </w:r>
          </w:p>
        </w:tc>
        <w:tc>
          <w:tcPr>
            <w:tcW w:type="dxa" w:w="1136"/>
          </w:tcPr>
          <w:p>
            <w:pPr>
              <w:spacing w:after="0"/>
              <w:jc w:val="right"/>
            </w:pPr>
            <w:r>
              <w:rPr>
                <w:sz w:val="16"/>
              </w:rPr>
              <w:t>n/a</w:t>
            </w:r>
          </w:p>
        </w:tc>
        <w:tc>
          <w:tcPr>
            <w:tcW w:type="dxa" w:w="1045"/>
          </w:tcPr>
          <w:p>
            <w:pPr>
              <w:spacing w:after="0"/>
              <w:jc w:val="right"/>
            </w:pPr>
            <w:r>
              <w:rPr>
                <w:sz w:val="16"/>
              </w:rPr>
              <w:t>35,592</w:t>
            </w:r>
          </w:p>
        </w:tc>
        <w:tc>
          <w:tcPr>
            <w:tcW w:type="dxa" w:w="1037"/>
          </w:tcPr>
          <w:p>
            <w:pPr>
              <w:spacing w:after="0"/>
              <w:jc w:val="right"/>
            </w:pPr>
            <w:r>
              <w:rPr>
                <w:sz w:val="16"/>
              </w:rPr>
              <w:t>$4,707</w:t>
            </w:r>
          </w:p>
        </w:tc>
        <w:tc>
          <w:tcPr>
            <w:tcW w:type="dxa" w:w="1126"/>
          </w:tcPr>
          <w:p>
            <w:pPr>
              <w:spacing w:after="0"/>
              <w:jc w:val="right"/>
            </w:pPr>
            <w:r>
              <w:rPr>
                <w:sz w:val="16"/>
              </w:rPr>
              <w:t>n/a</w:t>
            </w:r>
          </w:p>
        </w:tc>
        <w:tc>
          <w:tcPr>
            <w:tcW w:type="dxa" w:w="995"/>
          </w:tcPr>
          <w:p>
            <w:pPr>
              <w:spacing w:after="0"/>
              <w:jc w:val="right"/>
            </w:pPr>
            <w:r>
              <w:rPr>
                <w:sz w:val="16"/>
              </w:rPr>
              <w:t>$2,428</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$5,215,347,706</w:t>
            </w:r>
          </w:p>
        </w:tc>
        <w:tc>
          <w:tcPr>
            <w:tcW w:type="dxa" w:w="1136"/>
          </w:tcPr>
          <w:p>
            <w:pPr>
              <w:spacing w:after="0"/>
              <w:jc w:val="right"/>
            </w:pPr>
            <w:r>
              <w:rPr>
                <w:sz w:val="16"/>
              </w:rPr>
              <w:t>$6,178,143</w:t>
            </w:r>
          </w:p>
        </w:tc>
        <w:tc>
          <w:tcPr>
            <w:tcW w:type="dxa" w:w="1045"/>
          </w:tcPr>
          <w:p>
            <w:pPr>
              <w:spacing w:after="0"/>
              <w:jc w:val="right"/>
            </w:pPr>
            <w:r>
              <w:rPr>
                <w:sz w:val="16"/>
              </w:rPr>
              <w:t>965</w:t>
            </w:r>
          </w:p>
        </w:tc>
        <w:tc>
          <w:tcPr>
            <w:tcW w:type="dxa" w:w="1037"/>
          </w:tcPr>
          <w:p>
            <w:pPr>
              <w:spacing w:after="0"/>
              <w:jc w:val="right"/>
            </w:pPr>
            <w:r>
              <w:rPr>
                <w:sz w:val="16"/>
              </w:rPr>
              <w:t>$1,794,038</w:t>
            </w:r>
          </w:p>
        </w:tc>
        <w:tc>
          <w:tcPr>
            <w:tcW w:type="dxa" w:w="1126"/>
          </w:tcPr>
          <w:p>
            <w:pPr>
              <w:spacing w:after="0"/>
              <w:jc w:val="right"/>
            </w:pPr>
            <w:r>
              <w:rPr>
                <w:sz w:val="16"/>
              </w:rPr>
              <w:t>$570</w:t>
            </w:r>
          </w:p>
        </w:tc>
        <w:tc>
          <w:tcPr>
            <w:tcW w:type="dxa" w:w="995"/>
          </w:tcPr>
          <w:p>
            <w:pPr>
              <w:spacing w:after="0"/>
              <w:jc w:val="right"/>
            </w:pPr>
            <w:r>
              <w:rPr>
                <w:sz w:val="16"/>
              </w:rPr>
              <w:t>$41,324</w:t>
            </w:r>
          </w:p>
        </w:tc>
        <w:tc>
          <w:tcPr>
            <w:tcW w:type="dxa" w:w="1305"/>
          </w:tcPr>
          <w:p>
            <w:pPr>
              <w:spacing w:after="0"/>
              <w:jc w:val="right"/>
            </w:pPr>
            <w:r>
              <w:rPr>
                <w:sz w:val="16"/>
              </w:rPr>
              <w:t>n/a (see note)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$41,408,819</w:t>
            </w:r>
          </w:p>
        </w:tc>
        <w:tc>
          <w:tcPr>
            <w:tcW w:type="dxa" w:w="1136"/>
          </w:tcPr>
          <w:p>
            <w:pPr>
              <w:spacing w:after="0"/>
              <w:jc w:val="right"/>
            </w:pPr>
            <w:r>
              <w:rPr>
                <w:sz w:val="16"/>
              </w:rPr>
              <w:t>n/a</w:t>
            </w:r>
          </w:p>
        </w:tc>
        <w:tc>
          <w:tcPr>
            <w:tcW w:type="dxa" w:w="1045"/>
          </w:tcPr>
          <w:p>
            <w:pPr>
              <w:spacing w:after="0"/>
              <w:jc w:val="right"/>
            </w:pPr>
            <w:r>
              <w:rPr>
                <w:sz w:val="16"/>
              </w:rPr>
              <w:t>287</w:t>
            </w:r>
          </w:p>
        </w:tc>
        <w:tc>
          <w:tcPr>
            <w:tcW w:type="dxa" w:w="1037"/>
          </w:tcPr>
          <w:p>
            <w:pPr>
              <w:spacing w:after="0"/>
              <w:jc w:val="right"/>
            </w:pPr>
            <w:r>
              <w:rPr>
                <w:sz w:val="16"/>
              </w:rPr>
              <w:t>$4,843</w:t>
            </w:r>
          </w:p>
        </w:tc>
        <w:tc>
          <w:tcPr>
            <w:tcW w:type="dxa" w:w="1126"/>
          </w:tcPr>
          <w:p>
            <w:pPr>
              <w:spacing w:after="0"/>
              <w:jc w:val="right"/>
            </w:pPr>
            <w:r>
              <w:rPr>
                <w:sz w:val="16"/>
              </w:rPr>
              <w:t>n/a</w:t>
            </w:r>
          </w:p>
        </w:tc>
        <w:tc>
          <w:tcPr>
            <w:tcW w:type="dxa" w:w="995"/>
          </w:tcPr>
          <w:p>
            <w:pPr>
              <w:spacing w:after="0"/>
              <w:jc w:val="right"/>
            </w:pPr>
            <w:r>
              <w:rPr>
                <w:sz w:val="16"/>
              </w:rPr>
              <w:t>$41,730</w:t>
            </w:r>
          </w:p>
        </w:tc>
        <w:tc>
          <w:tcPr>
            <w:tcW w:type="dxa" w:w="1305"/>
          </w:tcPr>
          <w:p>
            <w:pPr>
              <w:spacing w:after="0"/>
              <w:jc w:val="right"/>
            </w:pPr>
            <w:r>
              <w:rPr>
                <w:sz w:val="16"/>
              </w:rPr>
              <w:t>0.0117%</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$5,222,271,825</w:t>
            </w:r>
          </w:p>
        </w:tc>
        <w:tc>
          <w:tcPr>
            <w:tcW w:type="dxa" w:w="1136"/>
          </w:tcPr>
          <w:p>
            <w:pPr>
              <w:spacing w:after="0"/>
              <w:jc w:val="right"/>
            </w:pPr>
            <w:r>
              <w:rPr>
                <w:sz w:val="16"/>
              </w:rPr>
              <w:t>n/a</w:t>
            </w:r>
          </w:p>
        </w:tc>
        <w:tc>
          <w:tcPr>
            <w:tcW w:type="dxa" w:w="1045"/>
          </w:tcPr>
          <w:p>
            <w:pPr>
              <w:spacing w:after="0"/>
              <w:jc w:val="right"/>
            </w:pPr>
            <w:r>
              <w:rPr>
                <w:sz w:val="16"/>
              </w:rPr>
              <w:t>35,592</w:t>
            </w:r>
          </w:p>
        </w:tc>
        <w:tc>
          <w:tcPr>
            <w:tcW w:type="dxa" w:w="1037"/>
          </w:tcPr>
          <w:p>
            <w:pPr>
              <w:spacing w:after="0"/>
              <w:jc w:val="right"/>
            </w:pPr>
            <w:r>
              <w:rPr>
                <w:sz w:val="16"/>
              </w:rPr>
              <w:t>$3,598</w:t>
            </w:r>
          </w:p>
        </w:tc>
        <w:tc>
          <w:tcPr>
            <w:tcW w:type="dxa" w:w="1126"/>
          </w:tcPr>
          <w:p>
            <w:pPr>
              <w:spacing w:after="0"/>
              <w:jc w:val="right"/>
            </w:pPr>
            <w:r>
              <w:rPr>
                <w:sz w:val="16"/>
              </w:rPr>
              <w:t>n/a</w:t>
            </w:r>
          </w:p>
        </w:tc>
        <w:tc>
          <w:tcPr>
            <w:tcW w:type="dxa" w:w="995"/>
          </w:tcPr>
          <w:p>
            <w:pPr>
              <w:spacing w:after="0"/>
              <w:jc w:val="right"/>
            </w:pPr>
            <w:r>
              <w:rPr>
                <w:sz w:val="16"/>
              </w:rPr>
              <w:t>$424,979</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$5,222,271,825</w:t>
            </w:r>
          </w:p>
        </w:tc>
        <w:tc>
          <w:tcPr>
            <w:tcW w:type="dxa" w:w="1136"/>
          </w:tcPr>
          <w:p>
            <w:pPr>
              <w:spacing w:after="0"/>
              <w:jc w:val="right"/>
            </w:pPr>
            <w:r>
              <w:rPr>
                <w:sz w:val="16"/>
              </w:rPr>
              <w:t>$54,408,220</w:t>
            </w:r>
          </w:p>
        </w:tc>
        <w:tc>
          <w:tcPr>
            <w:tcW w:type="dxa" w:w="1045"/>
          </w:tcPr>
          <w:p>
            <w:pPr>
              <w:spacing w:after="0"/>
              <w:jc w:val="right"/>
            </w:pPr>
            <w:r>
              <w:rPr>
                <w:sz w:val="16"/>
              </w:rPr>
              <w:t>35,592</w:t>
            </w:r>
          </w:p>
        </w:tc>
        <w:tc>
          <w:tcPr>
            <w:tcW w:type="dxa" w:w="1037"/>
          </w:tcPr>
          <w:p>
            <w:pPr>
              <w:spacing w:after="0"/>
              <w:jc w:val="right"/>
            </w:pPr>
            <w:r>
              <w:rPr>
                <w:sz w:val="16"/>
              </w:rPr>
              <w:t>$6,733</w:t>
            </w:r>
          </w:p>
        </w:tc>
        <w:tc>
          <w:tcPr>
            <w:tcW w:type="dxa" w:w="1126"/>
          </w:tcPr>
          <w:p>
            <w:pPr>
              <w:spacing w:after="0"/>
              <w:jc w:val="right"/>
            </w:pPr>
            <w:r>
              <w:rPr>
                <w:sz w:val="16"/>
              </w:rPr>
              <w:t>$184</w:t>
            </w:r>
          </w:p>
        </w:tc>
        <w:tc>
          <w:tcPr>
            <w:tcW w:type="dxa" w:w="995"/>
          </w:tcPr>
          <w:p>
            <w:pPr>
              <w:spacing w:after="0"/>
              <w:jc w:val="right"/>
            </w:pPr>
            <w:r>
              <w:rPr>
                <w:sz w:val="16"/>
              </w:rPr>
              <w:t>$40,109</w:t>
            </w:r>
          </w:p>
        </w:tc>
        <w:tc>
          <w:tcPr>
            <w:tcW w:type="dxa" w:w="1305"/>
          </w:tcPr>
          <w:p>
            <w:pPr>
              <w:spacing w:after="0"/>
              <w:jc w:val="right"/>
            </w:pPr>
            <w:r>
              <w:rPr>
                <w:sz w:val="16"/>
              </w:rPr>
              <w:t>0.000129%</w:t>
            </w:r>
          </w:p>
        </w:tc>
        <w:tc>
          <w:tcPr>
            <w:tcW w:type="dxa" w:w="1217"/>
          </w:tcPr>
          <w:p>
            <w:pPr>
              <w:spacing w:after="0"/>
              <w:jc w:val="right"/>
            </w:pPr>
            <w:r>
              <w:rPr>
                <w:sz w:val="16"/>
              </w:rPr>
              <w:t>$0</w:t>
            </w:r>
          </w:p>
        </w:tc>
        <w:tc>
          <w:tcPr>
            <w:tcW w:type="dxa" w:w="1105"/>
          </w:tcPr>
          <w:p>
            <w:pPr>
              <w:spacing w:after="0"/>
              <w:jc w:val="right"/>
            </w:pPr>
            <w:r>
              <w:rPr>
                <w:sz w:val="16"/>
              </w:rPr>
              <w:t>$0</w:t>
            </w: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$5,222,271,825</w:t>
            </w:r>
          </w:p>
        </w:tc>
        <w:tc>
          <w:tcPr>
            <w:tcW w:type="dxa" w:w="1136"/>
          </w:tcPr>
          <w:p>
            <w:pPr>
              <w:spacing w:after="0"/>
              <w:jc w:val="right"/>
            </w:pPr>
            <w:r>
              <w:rPr>
                <w:sz w:val="16"/>
              </w:rPr>
              <w:t>$54,408,220</w:t>
            </w:r>
          </w:p>
        </w:tc>
        <w:tc>
          <w:tcPr>
            <w:tcW w:type="dxa" w:w="1045"/>
          </w:tcPr>
          <w:p>
            <w:pPr>
              <w:spacing w:after="0"/>
              <w:jc w:val="right"/>
            </w:pPr>
            <w:r>
              <w:rPr>
                <w:sz w:val="16"/>
              </w:rPr>
              <w:t>35,592</w:t>
            </w:r>
          </w:p>
        </w:tc>
        <w:tc>
          <w:tcPr>
            <w:tcW w:type="dxa" w:w="1037"/>
          </w:tcPr>
          <w:p>
            <w:pPr>
              <w:spacing w:after="0"/>
              <w:jc w:val="right"/>
            </w:pPr>
            <w:r>
              <w:rPr>
                <w:sz w:val="16"/>
              </w:rPr>
              <w:t>$25,731</w:t>
            </w:r>
          </w:p>
        </w:tc>
        <w:tc>
          <w:tcPr>
            <w:tcW w:type="dxa" w:w="1126"/>
          </w:tcPr>
          <w:p>
            <w:pPr>
              <w:spacing w:after="0"/>
              <w:jc w:val="right"/>
            </w:pPr>
            <w:r>
              <w:rPr>
                <w:sz w:val="16"/>
              </w:rPr>
              <w:t>$212</w:t>
            </w:r>
          </w:p>
        </w:tc>
        <w:tc>
          <w:tcPr>
            <w:tcW w:type="dxa" w:w="995"/>
          </w:tcPr>
          <w:p>
            <w:pPr>
              <w:spacing w:after="0"/>
              <w:jc w:val="right"/>
            </w:pPr>
            <w:r>
              <w:rPr>
                <w:sz w:val="16"/>
              </w:rPr>
              <w:t>$55,022</w:t>
            </w:r>
          </w:p>
        </w:tc>
        <w:tc>
          <w:tcPr>
            <w:tcW w:type="dxa" w:w="1305"/>
          </w:tcPr>
          <w:p>
            <w:pPr>
              <w:spacing w:after="0"/>
              <w:jc w:val="right"/>
            </w:pPr>
            <w:r>
              <w:rPr>
                <w:sz w:val="16"/>
              </w:rPr>
              <w:t>0.000493%</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$358,166,621</w:t>
            </w:r>
          </w:p>
        </w:tc>
        <w:tc>
          <w:tcPr>
            <w:tcW w:type="dxa" w:w="1136"/>
          </w:tcPr>
          <w:p>
            <w:pPr>
              <w:spacing w:after="0"/>
              <w:jc w:val="right"/>
            </w:pPr>
            <w:r>
              <w:rPr>
                <w:sz w:val="16"/>
              </w:rPr>
              <w:t>n/a</w:t>
            </w:r>
          </w:p>
        </w:tc>
        <w:tc>
          <w:tcPr>
            <w:tcW w:type="dxa" w:w="1045"/>
          </w:tcPr>
          <w:p>
            <w:pPr>
              <w:spacing w:after="0"/>
              <w:jc w:val="right"/>
            </w:pPr>
            <w:r>
              <w:rPr>
                <w:sz w:val="16"/>
              </w:rPr>
              <w:t>2,728</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995"/>
          </w:tcPr>
          <w:p>
            <w:pPr>
              <w:spacing w:after="0"/>
              <w:jc w:val="right"/>
            </w:pPr>
            <w:r>
              <w:rPr>
                <w:sz w:val="16"/>
              </w:rPr>
              <w:t>$0</w:t>
            </w:r>
          </w:p>
        </w:tc>
        <w:tc>
          <w:tcPr>
            <w:tcW w:type="dxa" w:w="1305"/>
          </w:tcPr>
          <w:p>
            <w:pPr>
              <w:spacing w:after="0"/>
              <w:jc w:val="right"/>
            </w:pPr>
            <w:r>
              <w:rPr>
                <w:sz w:val="16"/>
              </w:rPr>
              <w:t>0%</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$846,705,131</w:t>
            </w:r>
          </w:p>
        </w:tc>
        <w:tc>
          <w:tcPr>
            <w:tcW w:type="dxa" w:w="1136"/>
          </w:tcPr>
          <w:p>
            <w:pPr>
              <w:spacing w:after="0"/>
              <w:jc w:val="right"/>
            </w:pPr>
            <w:r>
              <w:rPr>
                <w:sz w:val="16"/>
              </w:rPr>
              <w:t>$25,265,080</w:t>
            </w:r>
          </w:p>
        </w:tc>
        <w:tc>
          <w:tcPr>
            <w:tcW w:type="dxa" w:w="1045"/>
          </w:tcPr>
          <w:p>
            <w:pPr>
              <w:spacing w:after="0"/>
              <w:jc w:val="right"/>
            </w:pPr>
            <w:r>
              <w:rPr>
                <w:sz w:val="16"/>
              </w:rPr>
              <w:t>12,838</w:t>
            </w:r>
          </w:p>
        </w:tc>
        <w:tc>
          <w:tcPr>
            <w:tcW w:type="dxa" w:w="1037"/>
          </w:tcPr>
          <w:p>
            <w:pPr>
              <w:spacing w:after="0"/>
              <w:jc w:val="right"/>
            </w:pPr>
            <w:r>
              <w:rPr>
                <w:sz w:val="16"/>
              </w:rPr>
              <w:t>$232,504</w:t>
            </w:r>
          </w:p>
        </w:tc>
        <w:tc>
          <w:tcPr>
            <w:tcW w:type="dxa" w:w="1126"/>
          </w:tcPr>
          <w:p>
            <w:pPr>
              <w:spacing w:after="0"/>
              <w:jc w:val="right"/>
            </w:pPr>
            <w:r>
              <w:rPr>
                <w:sz w:val="16"/>
              </w:rPr>
              <w:t>$70</w:t>
            </w:r>
          </w:p>
        </w:tc>
        <w:tc>
          <w:tcPr>
            <w:tcW w:type="dxa" w:w="995"/>
          </w:tcPr>
          <w:p>
            <w:pPr>
              <w:spacing w:after="0"/>
              <w:jc w:val="right"/>
            </w:pPr>
            <w:r>
              <w:rPr>
                <w:sz w:val="16"/>
              </w:rPr>
              <w:t>$27,797</w:t>
            </w:r>
          </w:p>
        </w:tc>
        <w:tc>
          <w:tcPr>
            <w:tcW w:type="dxa" w:w="1305"/>
          </w:tcPr>
          <w:p>
            <w:pPr>
              <w:spacing w:after="0"/>
              <w:jc w:val="right"/>
            </w:pPr>
            <w:r>
              <w:rPr>
                <w:sz w:val="16"/>
              </w:rPr>
              <w:t>0.0275%</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$5,222,271,825</w:t>
            </w:r>
          </w:p>
        </w:tc>
        <w:tc>
          <w:tcPr>
            <w:tcW w:type="dxa" w:w="1136"/>
          </w:tcPr>
          <w:p>
            <w:pPr>
              <w:spacing w:after="0"/>
              <w:jc w:val="right"/>
            </w:pPr>
            <w:r>
              <w:rPr>
                <w:sz w:val="16"/>
              </w:rPr>
              <w:t>$54,408,220</w:t>
            </w:r>
          </w:p>
        </w:tc>
        <w:tc>
          <w:tcPr>
            <w:tcW w:type="dxa" w:w="1045"/>
          </w:tcPr>
          <w:p>
            <w:pPr>
              <w:spacing w:after="0"/>
              <w:jc w:val="right"/>
            </w:pPr>
            <w:r>
              <w:rPr>
                <w:sz w:val="16"/>
              </w:rPr>
              <w:t>35,592</w:t>
            </w:r>
          </w:p>
        </w:tc>
        <w:tc>
          <w:tcPr>
            <w:tcW w:type="dxa" w:w="1037"/>
          </w:tcPr>
          <w:p>
            <w:pPr>
              <w:spacing w:after="0"/>
              <w:jc w:val="right"/>
            </w:pPr>
            <w:r>
              <w:rPr>
                <w:sz w:val="16"/>
              </w:rPr>
              <w:t>$10,570</w:t>
            </w:r>
          </w:p>
        </w:tc>
        <w:tc>
          <w:tcPr>
            <w:tcW w:type="dxa" w:w="1126"/>
          </w:tcPr>
          <w:p>
            <w:pPr>
              <w:spacing w:after="0"/>
              <w:jc w:val="right"/>
            </w:pPr>
            <w:r>
              <w:rPr>
                <w:sz w:val="16"/>
              </w:rPr>
              <w:t>$10</w:t>
            </w:r>
          </w:p>
        </w:tc>
        <w:tc>
          <w:tcPr>
            <w:tcW w:type="dxa" w:w="995"/>
          </w:tcPr>
          <w:p>
            <w:pPr>
              <w:spacing w:after="0"/>
              <w:jc w:val="right"/>
            </w:pPr>
            <w:r>
              <w:rPr>
                <w:sz w:val="16"/>
              </w:rPr>
              <w:t>$18,555</w:t>
            </w:r>
          </w:p>
        </w:tc>
        <w:tc>
          <w:tcPr>
            <w:tcW w:type="dxa" w:w="1305"/>
          </w:tcPr>
          <w:p>
            <w:pPr>
              <w:spacing w:after="0"/>
              <w:jc w:val="right"/>
            </w:pPr>
            <w:r>
              <w:rPr>
                <w:sz w:val="16"/>
              </w:rPr>
              <w:t>0.000202%</w:t>
            </w:r>
          </w:p>
        </w:tc>
        <w:tc>
          <w:tcPr>
            <w:tcW w:type="dxa" w:w="1217"/>
          </w:tcPr>
          <w:p>
            <w:pPr>
              <w:spacing w:after="0"/>
              <w:jc w:val="right"/>
            </w:pPr>
          </w:p>
        </w:tc>
        <w:tc>
          <w:tcPr>
            <w:tcW w:type="dxa" w:w="1105"/>
          </w:tcPr>
          <w:p>
            <w:pPr>
              <w:spacing w:after="0"/>
              <w:jc w:val="right"/>
            </w:pPr>
            <w:r>
              <w:rPr>
                <w:sz w:val="16"/>
              </w:rPr>
              <w:t>$0</w:t>
            </w:r>
          </w:p>
        </w:tc>
        <w:tc>
          <w:tcPr>
            <w:tcW w:type="dxa" w:w="1105"/>
          </w:tcPr>
          <w:p>
            <w:pPr>
              <w:spacing w:after="0"/>
              <w:jc w:val="right"/>
            </w:pPr>
          </w:p>
        </w:tc>
        <w:tc>
          <w:tcPr>
            <w:tcW w:type="dxa" w:w="16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2025-09-09 (Storm Events through 2026-06-30): 2 county-coded records, 2 with a damage value recorded (including $0), $0; 21 zone-level records, 21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35,592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$5,222,271,825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$54,408,220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$2,750,266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$1,087,943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Uintah County</w:t>
            </w:r>
          </w:p>
        </w:tc>
        <w:tc>
          <w:tcPr>
            <w:tcW w:type="dxa" w:w="1652"/>
          </w:tcPr>
          <w:p>
            <w:pPr>
              <w:spacing w:after="0"/>
              <w:jc w:val="left"/>
            </w:pPr>
            <w:r>
              <w:rPr>
                <w:sz w:val="16"/>
              </w:rPr>
              <w:t>490147</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Ballard town</w:t>
            </w:r>
          </w:p>
        </w:tc>
        <w:tc>
          <w:tcPr>
            <w:tcW w:type="dxa" w:w="1652"/>
          </w:tcPr>
          <w:p>
            <w:pPr>
              <w:spacing w:after="0"/>
              <w:jc w:val="left"/>
            </w:pPr>
            <w:r>
              <w:rPr>
                <w:sz w:val="16"/>
              </w:rPr>
              <w:t>490161</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Naples city</w:t>
            </w:r>
          </w:p>
        </w:tc>
        <w:tc>
          <w:tcPr>
            <w:tcW w:type="dxa" w:w="1652"/>
          </w:tcPr>
          <w:p>
            <w:pPr>
              <w:spacing w:after="0"/>
              <w:jc w:val="left"/>
            </w:pPr>
            <w:r>
              <w:rPr>
                <w:sz w:val="16"/>
              </w:rPr>
              <w:t>490158</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Vernal city</w:t>
            </w:r>
          </w:p>
        </w:tc>
        <w:tc>
          <w:tcPr>
            <w:tcW w:type="dxa" w:w="1652"/>
          </w:tcPr>
          <w:p>
            <w:pPr>
              <w:spacing w:after="0"/>
              <w:jc w:val="left"/>
            </w:pPr>
            <w:r>
              <w:rPr>
                <w:sz w:val="16"/>
              </w:rPr>
              <w:t>490149</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Uintah County, UT: risk-assessment baseline packet, release 2026-10 (data as of 2026-09-30; County FIPS 49047). Automated baseline. </w:t>
      </w:r>
      <w:hyperlink r:id="rId15">
        <w:r>
          <w:rPr>
            <w:color w:val="1F4E99"/>
            <w:sz w:val="17"/>
            <w:u w:val="single"/>
          </w:rPr>
          <w:t>https://hazardplain.org/ut/49047/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hazard-plain_2026-10_UT_49047.docx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Uintah County, UT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ut/4904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Uintah County, UT: Risk-assessment baseline packet</dc:title>
  <dc:subject>Hazard Plain release 2026-10, as of 2026-09-30. Automated baseline</dc:subject>
  <dc:creator>Hazard Plain</dc:creator>
  <cp:keywords>Hazard Plain; hazard mitigation; risk assessment; 49047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