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Winkler County, TX</w:t>
      </w:r>
    </w:p>
    <w:p>
      <w:pPr>
        <w:spacing w:after="120" w:before="0"/>
      </w:pPr>
      <w:r>
        <w:rPr>
          <w:color w:val="555555"/>
          <w:sz w:val="24"/>
        </w:rPr>
        <w:t>Risk-assessment baseline packet</w:t>
      </w:r>
    </w:p>
    <w:p>
      <w:pPr>
        <w:spacing w:after="120" w:before="0"/>
      </w:pPr>
      <w:r>
        <w:rPr>
          <w:b/>
          <w:sz w:val="18"/>
        </w:rPr>
        <w:t xml:space="preserve">County FIPS: </w:t>
      </w:r>
      <w:r>
        <w:rPr>
          <w:sz w:val="18"/>
        </w:rPr>
        <w:t>48495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($743,134 a year), Inland Flooding ($551,796) and Hail ($244,343).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3"/>
        <w:gridCol w:w="1037"/>
        <w:gridCol w:w="1037"/>
        <w:gridCol w:w="1392"/>
        <w:gridCol w:w="948"/>
        <w:gridCol w:w="1126"/>
        <w:gridCol w:w="2065"/>
        <w:gridCol w:w="1213"/>
        <w:gridCol w:w="2279"/>
        <w:gridCol w:w="2282"/>
      </w:tblGrid>
      <w:tr>
        <w:trPr>
          <w:cantSplit/>
          <w:tblHeader/>
        </w:trPr>
        <w:tc>
          <w:tcPr>
            <w:tcW w:type="dxa" w:w="73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9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82"/>
            <w:shd w:val="clear" w:color="auto" w:fill="E8E8E8"/>
          </w:tcPr>
          <w:p>
            <w:pPr>
              <w:spacing w:after="0"/>
              <w:jc w:val="left"/>
            </w:pPr>
            <w:r>
              <w:rPr>
                <w:b/>
                <w:sz w:val="16"/>
              </w:rPr>
              <w:t>Storm Events coverage note</w:t>
            </w:r>
          </w:p>
        </w:tc>
      </w:tr>
      <w:tr>
        <w:trPr>
          <w:cantSplit/>
        </w:trPr>
        <w:tc>
          <w:tcPr>
            <w:tcW w:type="dxa" w:w="733"/>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392"/>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$743,134</w:t>
            </w:r>
          </w:p>
        </w:tc>
        <w:tc>
          <w:tcPr>
            <w:tcW w:type="dxa" w:w="2065"/>
          </w:tcPr>
          <w:p>
            <w:pPr>
              <w:spacing w:after="0"/>
              <w:jc w:val="right"/>
            </w:pPr>
            <w:r>
              <w:rPr>
                <w:sz w:val="16"/>
              </w:rPr>
              <w:t>n/a</w:t>
            </w:r>
          </w:p>
        </w:tc>
        <w:tc>
          <w:tcPr>
            <w:tcW w:type="dxa" w:w="1213"/>
          </w:tcPr>
          <w:p>
            <w:pPr>
              <w:spacing w:after="0"/>
              <w:jc w:val="right"/>
            </w:pPr>
            <w:r>
              <w:rPr>
                <w:sz w:val="16"/>
              </w:rPr>
              <w:t>$743,134</w:t>
            </w:r>
          </w:p>
        </w:tc>
        <w:tc>
          <w:tcPr>
            <w:tcW w:type="dxa" w:w="2279"/>
          </w:tcPr>
          <w:p>
            <w:pPr>
              <w:spacing w:after="0"/>
              <w:jc w:val="right"/>
            </w:pPr>
            <w:r>
              <w:rPr>
                <w:sz w:val="16"/>
              </w:rPr>
              <w:t>16</w:t>
            </w:r>
          </w:p>
        </w:tc>
        <w:tc>
          <w:tcPr>
            <w:tcW w:type="dxa" w:w="2282"/>
          </w:tcPr>
          <w:p>
            <w:pPr>
              <w:spacing w:after="0"/>
              <w:jc w:val="left"/>
            </w:pPr>
          </w:p>
        </w:tc>
      </w:tr>
      <w:tr>
        <w:trPr>
          <w:cantSplit/>
        </w:trPr>
        <w:tc>
          <w:tcPr>
            <w:tcW w:type="dxa" w:w="733"/>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92"/>
          </w:tcPr>
          <w:p>
            <w:pPr>
              <w:spacing w:after="0"/>
              <w:jc w:val="left"/>
            </w:pPr>
            <w:r>
              <w:rPr>
                <w:sz w:val="16"/>
              </w:rPr>
              <w:t>Very Low</w:t>
            </w:r>
          </w:p>
        </w:tc>
        <w:tc>
          <w:tcPr>
            <w:tcW w:type="dxa" w:w="948"/>
          </w:tcPr>
          <w:p>
            <w:pPr>
              <w:spacing w:after="0"/>
              <w:jc w:val="right"/>
            </w:pPr>
            <w:r>
              <w:rPr>
                <w:sz w:val="16"/>
              </w:rPr>
              <w:t>$551,524</w:t>
            </w:r>
          </w:p>
        </w:tc>
        <w:tc>
          <w:tcPr>
            <w:tcW w:type="dxa" w:w="1126"/>
          </w:tcPr>
          <w:p>
            <w:pPr>
              <w:spacing w:after="0"/>
              <w:jc w:val="right"/>
            </w:pPr>
            <w:r>
              <w:rPr>
                <w:sz w:val="16"/>
              </w:rPr>
              <w:t>$0</w:t>
            </w:r>
          </w:p>
        </w:tc>
        <w:tc>
          <w:tcPr>
            <w:tcW w:type="dxa" w:w="2065"/>
          </w:tcPr>
          <w:p>
            <w:pPr>
              <w:spacing w:after="0"/>
              <w:jc w:val="right"/>
            </w:pPr>
            <w:r>
              <w:rPr>
                <w:sz w:val="16"/>
              </w:rPr>
              <w:t>$271</w:t>
            </w:r>
          </w:p>
        </w:tc>
        <w:tc>
          <w:tcPr>
            <w:tcW w:type="dxa" w:w="1213"/>
          </w:tcPr>
          <w:p>
            <w:pPr>
              <w:spacing w:after="0"/>
              <w:jc w:val="right"/>
            </w:pPr>
            <w:r>
              <w:rPr>
                <w:sz w:val="16"/>
              </w:rPr>
              <w:t>$551,796</w:t>
            </w:r>
          </w:p>
        </w:tc>
        <w:tc>
          <w:tcPr>
            <w:tcW w:type="dxa" w:w="2279"/>
          </w:tcPr>
          <w:p>
            <w:pPr>
              <w:spacing w:after="0"/>
              <w:jc w:val="right"/>
            </w:pPr>
            <w:r>
              <w:rPr>
                <w:sz w:val="16"/>
              </w:rPr>
              <w:t>20</w:t>
            </w:r>
          </w:p>
        </w:tc>
        <w:tc>
          <w:tcPr>
            <w:tcW w:type="dxa" w:w="2282"/>
          </w:tcPr>
          <w:p>
            <w:pPr>
              <w:spacing w:after="0"/>
              <w:jc w:val="left"/>
            </w:pPr>
          </w:p>
        </w:tc>
      </w:tr>
      <w:tr>
        <w:trPr>
          <w:cantSplit/>
        </w:trPr>
        <w:tc>
          <w:tcPr>
            <w:tcW w:type="dxa" w:w="733"/>
          </w:tcPr>
          <w:p>
            <w:pPr>
              <w:spacing w:after="0"/>
              <w:jc w:val="right"/>
            </w:pPr>
            <w:r>
              <w:rPr>
                <w:sz w:val="16"/>
              </w:rPr>
              <w:t>3</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392"/>
          </w:tcPr>
          <w:p>
            <w:pPr>
              <w:spacing w:after="0"/>
              <w:jc w:val="left"/>
            </w:pPr>
            <w:r>
              <w:rPr>
                <w:sz w:val="16"/>
              </w:rPr>
              <w:t>Relatively Low</w:t>
            </w:r>
          </w:p>
        </w:tc>
        <w:tc>
          <w:tcPr>
            <w:tcW w:type="dxa" w:w="948"/>
          </w:tcPr>
          <w:p>
            <w:pPr>
              <w:spacing w:after="0"/>
              <w:jc w:val="right"/>
            </w:pPr>
            <w:r>
              <w:rPr>
                <w:sz w:val="16"/>
              </w:rPr>
              <w:t>$226,481</w:t>
            </w:r>
          </w:p>
        </w:tc>
        <w:tc>
          <w:tcPr>
            <w:tcW w:type="dxa" w:w="1126"/>
          </w:tcPr>
          <w:p>
            <w:pPr>
              <w:spacing w:after="0"/>
              <w:jc w:val="right"/>
            </w:pPr>
            <w:r>
              <w:rPr>
                <w:sz w:val="16"/>
              </w:rPr>
              <w:t>$10,243</w:t>
            </w:r>
          </w:p>
        </w:tc>
        <w:tc>
          <w:tcPr>
            <w:tcW w:type="dxa" w:w="2065"/>
          </w:tcPr>
          <w:p>
            <w:pPr>
              <w:spacing w:after="0"/>
              <w:jc w:val="right"/>
            </w:pPr>
            <w:r>
              <w:rPr>
                <w:sz w:val="16"/>
              </w:rPr>
              <w:t>$7,619</w:t>
            </w:r>
          </w:p>
        </w:tc>
        <w:tc>
          <w:tcPr>
            <w:tcW w:type="dxa" w:w="1213"/>
          </w:tcPr>
          <w:p>
            <w:pPr>
              <w:spacing w:after="0"/>
              <w:jc w:val="right"/>
            </w:pPr>
            <w:r>
              <w:rPr>
                <w:sz w:val="16"/>
              </w:rPr>
              <w:t>$244,343</w:t>
            </w:r>
          </w:p>
        </w:tc>
        <w:tc>
          <w:tcPr>
            <w:tcW w:type="dxa" w:w="2279"/>
          </w:tcPr>
          <w:p>
            <w:pPr>
              <w:spacing w:after="0"/>
              <w:jc w:val="right"/>
            </w:pPr>
            <w:r>
              <w:rPr>
                <w:sz w:val="16"/>
              </w:rPr>
              <w:t>70</w:t>
            </w:r>
          </w:p>
        </w:tc>
        <w:tc>
          <w:tcPr>
            <w:tcW w:type="dxa" w:w="2282"/>
          </w:tcPr>
          <w:p>
            <w:pPr>
              <w:spacing w:after="0"/>
              <w:jc w:val="left"/>
            </w:pPr>
          </w:p>
        </w:tc>
      </w:tr>
      <w:tr>
        <w:trPr>
          <w:cantSplit/>
        </w:trPr>
        <w:tc>
          <w:tcPr>
            <w:tcW w:type="dxa" w:w="733"/>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92"/>
          </w:tcPr>
          <w:p>
            <w:pPr>
              <w:spacing w:after="0"/>
              <w:jc w:val="left"/>
            </w:pPr>
            <w:r>
              <w:rPr>
                <w:sz w:val="16"/>
              </w:rPr>
              <w:t>Relatively Low</w:t>
            </w:r>
          </w:p>
        </w:tc>
        <w:tc>
          <w:tcPr>
            <w:tcW w:type="dxa" w:w="948"/>
          </w:tcPr>
          <w:p>
            <w:pPr>
              <w:spacing w:after="0"/>
              <w:jc w:val="right"/>
            </w:pPr>
            <w:r>
              <w:rPr>
                <w:sz w:val="16"/>
              </w:rPr>
              <w:t>$35,660</w:t>
            </w:r>
          </w:p>
        </w:tc>
        <w:tc>
          <w:tcPr>
            <w:tcW w:type="dxa" w:w="1126"/>
          </w:tcPr>
          <w:p>
            <w:pPr>
              <w:spacing w:after="0"/>
              <w:jc w:val="right"/>
            </w:pPr>
            <w:r>
              <w:rPr>
                <w:sz w:val="16"/>
              </w:rPr>
              <w:t>$92</w:t>
            </w:r>
          </w:p>
        </w:tc>
        <w:tc>
          <w:tcPr>
            <w:tcW w:type="dxa" w:w="2065"/>
          </w:tcPr>
          <w:p>
            <w:pPr>
              <w:spacing w:after="0"/>
              <w:jc w:val="right"/>
            </w:pPr>
            <w:r>
              <w:rPr>
                <w:sz w:val="16"/>
              </w:rPr>
              <w:t>$169,693</w:t>
            </w:r>
          </w:p>
        </w:tc>
        <w:tc>
          <w:tcPr>
            <w:tcW w:type="dxa" w:w="1213"/>
          </w:tcPr>
          <w:p>
            <w:pPr>
              <w:spacing w:after="0"/>
              <w:jc w:val="right"/>
            </w:pPr>
            <w:r>
              <w:rPr>
                <w:sz w:val="16"/>
              </w:rPr>
              <w:t>$205,444</w:t>
            </w:r>
          </w:p>
        </w:tc>
        <w:tc>
          <w:tcPr>
            <w:tcW w:type="dxa" w:w="2279"/>
          </w:tcPr>
          <w:p>
            <w:pPr>
              <w:spacing w:after="0"/>
              <w:jc w:val="right"/>
            </w:pPr>
            <w:r>
              <w:rPr>
                <w:sz w:val="16"/>
              </w:rPr>
              <w:t>71</w:t>
            </w:r>
          </w:p>
        </w:tc>
        <w:tc>
          <w:tcPr>
            <w:tcW w:type="dxa" w:w="2282"/>
          </w:tcPr>
          <w:p>
            <w:pPr>
              <w:spacing w:after="0"/>
              <w:jc w:val="left"/>
            </w:pPr>
            <w:r>
              <w:rPr>
                <w:sz w:val="16"/>
              </w:rPr>
              <w:t>Includes 19 High Wind records (a NOAA non-thunderstorm wind type, outside NRI's Strong Wind definition).</w:t>
            </w:r>
          </w:p>
        </w:tc>
      </w:tr>
      <w:tr>
        <w:trPr>
          <w:cantSplit/>
        </w:trPr>
        <w:tc>
          <w:tcPr>
            <w:tcW w:type="dxa" w:w="733"/>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92"/>
          </w:tcPr>
          <w:p>
            <w:pPr>
              <w:spacing w:after="0"/>
              <w:jc w:val="left"/>
            </w:pPr>
            <w:r>
              <w:rPr>
                <w:sz w:val="16"/>
              </w:rPr>
              <w:t>Very Low</w:t>
            </w:r>
          </w:p>
        </w:tc>
        <w:tc>
          <w:tcPr>
            <w:tcW w:type="dxa" w:w="948"/>
          </w:tcPr>
          <w:p>
            <w:pPr>
              <w:spacing w:after="0"/>
              <w:jc w:val="right"/>
            </w:pPr>
            <w:r>
              <w:rPr>
                <w:sz w:val="16"/>
              </w:rPr>
              <w:t>$99,467</w:t>
            </w:r>
          </w:p>
        </w:tc>
        <w:tc>
          <w:tcPr>
            <w:tcW w:type="dxa" w:w="1126"/>
          </w:tcPr>
          <w:p>
            <w:pPr>
              <w:spacing w:after="0"/>
              <w:jc w:val="right"/>
            </w:pPr>
            <w:r>
              <w:rPr>
                <w:sz w:val="16"/>
              </w:rPr>
              <w:t>$189</w:t>
            </w:r>
          </w:p>
        </w:tc>
        <w:tc>
          <w:tcPr>
            <w:tcW w:type="dxa" w:w="2065"/>
          </w:tcPr>
          <w:p>
            <w:pPr>
              <w:spacing w:after="0"/>
              <w:jc w:val="right"/>
            </w:pPr>
            <w:r>
              <w:rPr>
                <w:sz w:val="16"/>
              </w:rPr>
              <w:t>$78,805</w:t>
            </w:r>
          </w:p>
        </w:tc>
        <w:tc>
          <w:tcPr>
            <w:tcW w:type="dxa" w:w="1213"/>
          </w:tcPr>
          <w:p>
            <w:pPr>
              <w:spacing w:after="0"/>
              <w:jc w:val="right"/>
            </w:pPr>
            <w:r>
              <w:rPr>
                <w:sz w:val="16"/>
              </w:rPr>
              <w:t>$178,462</w:t>
            </w:r>
          </w:p>
        </w:tc>
        <w:tc>
          <w:tcPr>
            <w:tcW w:type="dxa" w:w="2279"/>
          </w:tcPr>
          <w:p>
            <w:pPr>
              <w:spacing w:after="0"/>
              <w:jc w:val="right"/>
            </w:pPr>
            <w:r>
              <w:rPr>
                <w:sz w:val="16"/>
              </w:rPr>
              <w:t>3</w:t>
            </w:r>
          </w:p>
        </w:tc>
        <w:tc>
          <w:tcPr>
            <w:tcW w:type="dxa" w:w="2282"/>
          </w:tcPr>
          <w:p>
            <w:pPr>
              <w:spacing w:after="0"/>
              <w:jc w:val="left"/>
            </w:pPr>
          </w:p>
        </w:tc>
      </w:tr>
      <w:tr>
        <w:trPr>
          <w:cantSplit/>
        </w:trPr>
        <w:tc>
          <w:tcPr>
            <w:tcW w:type="dxa" w:w="733"/>
          </w:tcPr>
          <w:p>
            <w:pPr>
              <w:spacing w:after="0"/>
              <w:jc w:val="right"/>
            </w:pPr>
            <w:r>
              <w:rPr>
                <w:sz w:val="16"/>
              </w:rPr>
              <w:t>6</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92"/>
          </w:tcPr>
          <w:p>
            <w:pPr>
              <w:spacing w:after="0"/>
              <w:jc w:val="left"/>
            </w:pPr>
            <w:r>
              <w:rPr>
                <w:sz w:val="16"/>
              </w:rPr>
              <w:t>Relatively Low</w:t>
            </w:r>
          </w:p>
        </w:tc>
        <w:tc>
          <w:tcPr>
            <w:tcW w:type="dxa" w:w="948"/>
          </w:tcPr>
          <w:p>
            <w:pPr>
              <w:spacing w:after="0"/>
              <w:jc w:val="right"/>
            </w:pPr>
            <w:r>
              <w:rPr>
                <w:sz w:val="16"/>
              </w:rPr>
              <w:t>$649</w:t>
            </w:r>
          </w:p>
        </w:tc>
        <w:tc>
          <w:tcPr>
            <w:tcW w:type="dxa" w:w="1126"/>
          </w:tcPr>
          <w:p>
            <w:pPr>
              <w:spacing w:after="0"/>
              <w:jc w:val="right"/>
            </w:pPr>
            <w:r>
              <w:rPr>
                <w:sz w:val="16"/>
              </w:rPr>
              <w:t>$563</w:t>
            </w:r>
          </w:p>
        </w:tc>
        <w:tc>
          <w:tcPr>
            <w:tcW w:type="dxa" w:w="2065"/>
          </w:tcPr>
          <w:p>
            <w:pPr>
              <w:spacing w:after="0"/>
              <w:jc w:val="right"/>
            </w:pPr>
            <w:r>
              <w:rPr>
                <w:sz w:val="16"/>
              </w:rPr>
              <w:t>$158,929</w:t>
            </w:r>
          </w:p>
        </w:tc>
        <w:tc>
          <w:tcPr>
            <w:tcW w:type="dxa" w:w="1213"/>
          </w:tcPr>
          <w:p>
            <w:pPr>
              <w:spacing w:after="0"/>
              <w:jc w:val="right"/>
            </w:pPr>
            <w:r>
              <w:rPr>
                <w:sz w:val="16"/>
              </w:rPr>
              <w:t>$160,142</w:t>
            </w:r>
          </w:p>
        </w:tc>
        <w:tc>
          <w:tcPr>
            <w:tcW w:type="dxa" w:w="2279"/>
          </w:tcPr>
          <w:p>
            <w:pPr>
              <w:spacing w:after="0"/>
              <w:jc w:val="right"/>
            </w:pPr>
            <w:r>
              <w:rPr>
                <w:sz w:val="16"/>
              </w:rPr>
              <w:t>0</w:t>
            </w:r>
          </w:p>
        </w:tc>
        <w:tc>
          <w:tcPr>
            <w:tcW w:type="dxa" w:w="2282"/>
          </w:tcPr>
          <w:p>
            <w:pPr>
              <w:spacing w:after="0"/>
              <w:jc w:val="left"/>
            </w:pPr>
            <w:r>
              <w:rPr>
                <w:sz w:val="16"/>
              </w:rPr>
              <w:t>No recorded events in Storm Events since 1996 (data through 2026-06-30).</w:t>
            </w:r>
          </w:p>
        </w:tc>
      </w:tr>
      <w:tr>
        <w:trPr>
          <w:cantSplit/>
        </w:trPr>
        <w:tc>
          <w:tcPr>
            <w:tcW w:type="dxa" w:w="733"/>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92"/>
          </w:tcPr>
          <w:p>
            <w:pPr>
              <w:spacing w:after="0"/>
              <w:jc w:val="left"/>
            </w:pPr>
            <w:r>
              <w:rPr>
                <w:sz w:val="16"/>
              </w:rPr>
              <w:t>Very Low</w:t>
            </w:r>
          </w:p>
        </w:tc>
        <w:tc>
          <w:tcPr>
            <w:tcW w:type="dxa" w:w="948"/>
          </w:tcPr>
          <w:p>
            <w:pPr>
              <w:spacing w:after="0"/>
              <w:jc w:val="right"/>
            </w:pPr>
            <w:r>
              <w:rPr>
                <w:sz w:val="16"/>
              </w:rPr>
              <w:t>$11</w:t>
            </w:r>
          </w:p>
        </w:tc>
        <w:tc>
          <w:tcPr>
            <w:tcW w:type="dxa" w:w="1126"/>
          </w:tcPr>
          <w:p>
            <w:pPr>
              <w:spacing w:after="0"/>
              <w:jc w:val="right"/>
            </w:pPr>
            <w:r>
              <w:rPr>
                <w:sz w:val="16"/>
              </w:rPr>
              <w:t>$5</w:t>
            </w:r>
          </w:p>
        </w:tc>
        <w:tc>
          <w:tcPr>
            <w:tcW w:type="dxa" w:w="2065"/>
          </w:tcPr>
          <w:p>
            <w:pPr>
              <w:spacing w:after="0"/>
              <w:jc w:val="right"/>
            </w:pPr>
            <w:r>
              <w:rPr>
                <w:sz w:val="16"/>
              </w:rPr>
              <w:t>$105,925</w:t>
            </w:r>
          </w:p>
        </w:tc>
        <w:tc>
          <w:tcPr>
            <w:tcW w:type="dxa" w:w="1213"/>
          </w:tcPr>
          <w:p>
            <w:pPr>
              <w:spacing w:after="0"/>
              <w:jc w:val="right"/>
            </w:pPr>
            <w:r>
              <w:rPr>
                <w:sz w:val="16"/>
              </w:rPr>
              <w:t>$105,941</w:t>
            </w:r>
          </w:p>
        </w:tc>
        <w:tc>
          <w:tcPr>
            <w:tcW w:type="dxa" w:w="2279"/>
          </w:tcPr>
          <w:p>
            <w:pPr>
              <w:spacing w:after="0"/>
              <w:jc w:val="right"/>
            </w:pPr>
            <w:r>
              <w:rPr>
                <w:sz w:val="16"/>
              </w:rPr>
              <w:t>0</w:t>
            </w:r>
          </w:p>
        </w:tc>
        <w:tc>
          <w:tcPr>
            <w:tcW w:type="dxa" w:w="2282"/>
          </w:tcPr>
          <w:p>
            <w:pPr>
              <w:spacing w:after="0"/>
              <w:jc w:val="left"/>
            </w:pPr>
            <w:r>
              <w:rPr>
                <w:sz w:val="16"/>
              </w:rPr>
              <w:t>No recorded events in Storm Events since 1996 (data through 2026-06-30).</w:t>
            </w:r>
          </w:p>
        </w:tc>
      </w:tr>
      <w:tr>
        <w:trPr>
          <w:cantSplit/>
        </w:trPr>
        <w:tc>
          <w:tcPr>
            <w:tcW w:type="dxa" w:w="733"/>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92"/>
          </w:tcPr>
          <w:p>
            <w:pPr>
              <w:spacing w:after="0"/>
              <w:jc w:val="left"/>
            </w:pPr>
            <w:r>
              <w:rPr>
                <w:sz w:val="16"/>
              </w:rPr>
              <w:t>Very Low</w:t>
            </w:r>
          </w:p>
        </w:tc>
        <w:tc>
          <w:tcPr>
            <w:tcW w:type="dxa" w:w="948"/>
          </w:tcPr>
          <w:p>
            <w:pPr>
              <w:spacing w:after="0"/>
              <w:jc w:val="right"/>
            </w:pPr>
            <w:r>
              <w:rPr>
                <w:sz w:val="16"/>
              </w:rPr>
              <w:t>$2,587</w:t>
            </w:r>
          </w:p>
        </w:tc>
        <w:tc>
          <w:tcPr>
            <w:tcW w:type="dxa" w:w="1126"/>
          </w:tcPr>
          <w:p>
            <w:pPr>
              <w:spacing w:after="0"/>
              <w:jc w:val="right"/>
            </w:pPr>
            <w:r>
              <w:rPr>
                <w:sz w:val="16"/>
              </w:rPr>
              <w:t>n/a</w:t>
            </w:r>
          </w:p>
        </w:tc>
        <w:tc>
          <w:tcPr>
            <w:tcW w:type="dxa" w:w="2065"/>
          </w:tcPr>
          <w:p>
            <w:pPr>
              <w:spacing w:after="0"/>
              <w:jc w:val="right"/>
            </w:pPr>
            <w:r>
              <w:rPr>
                <w:sz w:val="16"/>
              </w:rPr>
              <w:t>$57,505</w:t>
            </w:r>
          </w:p>
        </w:tc>
        <w:tc>
          <w:tcPr>
            <w:tcW w:type="dxa" w:w="1213"/>
          </w:tcPr>
          <w:p>
            <w:pPr>
              <w:spacing w:after="0"/>
              <w:jc w:val="right"/>
            </w:pPr>
            <w:r>
              <w:rPr>
                <w:sz w:val="16"/>
              </w:rPr>
              <w:t>$60,093</w:t>
            </w:r>
          </w:p>
        </w:tc>
        <w:tc>
          <w:tcPr>
            <w:tcW w:type="dxa" w:w="2279"/>
          </w:tcPr>
          <w:p>
            <w:pPr>
              <w:spacing w:after="0"/>
              <w:jc w:val="right"/>
            </w:pPr>
            <w:r>
              <w:rPr>
                <w:sz w:val="16"/>
              </w:rPr>
              <w:t>0</w:t>
            </w:r>
          </w:p>
        </w:tc>
        <w:tc>
          <w:tcPr>
            <w:tcW w:type="dxa" w:w="2282"/>
          </w:tcPr>
          <w:p>
            <w:pPr>
              <w:spacing w:after="0"/>
              <w:jc w:val="left"/>
            </w:pPr>
            <w:r>
              <w:rPr>
                <w:sz w:val="16"/>
              </w:rPr>
              <w:t>No recorded events in Storm Events since 1996 (data through 2026-06-30).</w:t>
            </w:r>
          </w:p>
        </w:tc>
      </w:tr>
      <w:tr>
        <w:trPr>
          <w:cantSplit/>
        </w:trPr>
        <w:tc>
          <w:tcPr>
            <w:tcW w:type="dxa" w:w="733"/>
          </w:tcPr>
          <w:p>
            <w:pPr>
              <w:spacing w:after="0"/>
              <w:jc w:val="right"/>
            </w:pPr>
            <w:r>
              <w:rPr>
                <w:sz w:val="16"/>
              </w:rPr>
              <w:t>9</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92"/>
          </w:tcPr>
          <w:p>
            <w:pPr>
              <w:spacing w:after="0"/>
              <w:jc w:val="left"/>
            </w:pPr>
            <w:r>
              <w:rPr>
                <w:sz w:val="16"/>
              </w:rPr>
              <w:t>Very Low</w:t>
            </w:r>
          </w:p>
        </w:tc>
        <w:tc>
          <w:tcPr>
            <w:tcW w:type="dxa" w:w="948"/>
          </w:tcPr>
          <w:p>
            <w:pPr>
              <w:spacing w:after="0"/>
              <w:jc w:val="right"/>
            </w:pPr>
            <w:r>
              <w:rPr>
                <w:sz w:val="16"/>
              </w:rPr>
              <w:t>$56,164</w:t>
            </w:r>
          </w:p>
        </w:tc>
        <w:tc>
          <w:tcPr>
            <w:tcW w:type="dxa" w:w="1126"/>
          </w:tcPr>
          <w:p>
            <w:pPr>
              <w:spacing w:after="0"/>
              <w:jc w:val="right"/>
            </w:pPr>
            <w:r>
              <w:rPr>
                <w:sz w:val="16"/>
              </w:rPr>
              <w:t>$15</w:t>
            </w:r>
          </w:p>
        </w:tc>
        <w:tc>
          <w:tcPr>
            <w:tcW w:type="dxa" w:w="2065"/>
          </w:tcPr>
          <w:p>
            <w:pPr>
              <w:spacing w:after="0"/>
              <w:jc w:val="right"/>
            </w:pPr>
            <w:r>
              <w:rPr>
                <w:sz w:val="16"/>
              </w:rPr>
              <w:t>$3,610</w:t>
            </w:r>
          </w:p>
        </w:tc>
        <w:tc>
          <w:tcPr>
            <w:tcW w:type="dxa" w:w="1213"/>
          </w:tcPr>
          <w:p>
            <w:pPr>
              <w:spacing w:after="0"/>
              <w:jc w:val="right"/>
            </w:pPr>
            <w:r>
              <w:rPr>
                <w:sz w:val="16"/>
              </w:rPr>
              <w:t>$59,789</w:t>
            </w:r>
          </w:p>
        </w:tc>
        <w:tc>
          <w:tcPr>
            <w:tcW w:type="dxa" w:w="2279"/>
          </w:tcPr>
          <w:p>
            <w:pPr>
              <w:spacing w:after="0"/>
              <w:jc w:val="right"/>
            </w:pPr>
            <w:r>
              <w:rPr>
                <w:sz w:val="16"/>
              </w:rPr>
              <w:t>1</w:t>
            </w:r>
          </w:p>
        </w:tc>
        <w:tc>
          <w:tcPr>
            <w:tcW w:type="dxa" w:w="2282"/>
          </w:tcPr>
          <w:p>
            <w:pPr>
              <w:spacing w:after="0"/>
              <w:jc w:val="left"/>
            </w:pPr>
          </w:p>
        </w:tc>
      </w:tr>
      <w:tr>
        <w:trPr>
          <w:cantSplit/>
        </w:trPr>
        <w:tc>
          <w:tcPr>
            <w:tcW w:type="dxa" w:w="733"/>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392"/>
          </w:tcPr>
          <w:p>
            <w:pPr>
              <w:spacing w:after="0"/>
              <w:jc w:val="left"/>
            </w:pPr>
            <w:r>
              <w:rPr>
                <w:sz w:val="16"/>
              </w:rPr>
              <w:t>Relatively Low</w:t>
            </w:r>
          </w:p>
        </w:tc>
        <w:tc>
          <w:tcPr>
            <w:tcW w:type="dxa" w:w="948"/>
          </w:tcPr>
          <w:p>
            <w:pPr>
              <w:spacing w:after="0"/>
              <w:jc w:val="right"/>
            </w:pPr>
            <w:r>
              <w:rPr>
                <w:sz w:val="16"/>
              </w:rPr>
              <w:t>$11,019</w:t>
            </w:r>
          </w:p>
        </w:tc>
        <w:tc>
          <w:tcPr>
            <w:tcW w:type="dxa" w:w="1126"/>
          </w:tcPr>
          <w:p>
            <w:pPr>
              <w:spacing w:after="0"/>
              <w:jc w:val="right"/>
            </w:pPr>
            <w:r>
              <w:rPr>
                <w:sz w:val="16"/>
              </w:rPr>
              <w:t>$2</w:t>
            </w:r>
          </w:p>
        </w:tc>
        <w:tc>
          <w:tcPr>
            <w:tcW w:type="dxa" w:w="2065"/>
          </w:tcPr>
          <w:p>
            <w:pPr>
              <w:spacing w:after="0"/>
              <w:jc w:val="right"/>
            </w:pPr>
            <w:r>
              <w:rPr>
                <w:sz w:val="16"/>
              </w:rPr>
              <w:t>$26,908</w:t>
            </w:r>
          </w:p>
        </w:tc>
        <w:tc>
          <w:tcPr>
            <w:tcW w:type="dxa" w:w="1213"/>
          </w:tcPr>
          <w:p>
            <w:pPr>
              <w:spacing w:after="0"/>
              <w:jc w:val="right"/>
            </w:pPr>
            <w:r>
              <w:rPr>
                <w:sz w:val="16"/>
              </w:rPr>
              <w:t>$37,929</w:t>
            </w:r>
          </w:p>
        </w:tc>
        <w:tc>
          <w:tcPr>
            <w:tcW w:type="dxa" w:w="2279"/>
          </w:tcPr>
          <w:p>
            <w:pPr>
              <w:spacing w:after="0"/>
              <w:jc w:val="right"/>
            </w:pPr>
            <w:r>
              <w:rPr>
                <w:sz w:val="16"/>
              </w:rPr>
              <w:t>12</w:t>
            </w:r>
          </w:p>
        </w:tc>
        <w:tc>
          <w:tcPr>
            <w:tcW w:type="dxa" w:w="2282"/>
          </w:tcPr>
          <w:p>
            <w:pPr>
              <w:spacing w:after="0"/>
              <w:jc w:val="left"/>
            </w:pPr>
          </w:p>
        </w:tc>
      </w:tr>
      <w:tr>
        <w:trPr>
          <w:cantSplit/>
        </w:trPr>
        <w:tc>
          <w:tcPr>
            <w:tcW w:type="dxa" w:w="733"/>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92"/>
          </w:tcPr>
          <w:p>
            <w:pPr>
              <w:spacing w:after="0"/>
              <w:jc w:val="left"/>
            </w:pPr>
            <w:r>
              <w:rPr>
                <w:sz w:val="16"/>
              </w:rPr>
              <w:t>Very Low</w:t>
            </w:r>
          </w:p>
        </w:tc>
        <w:tc>
          <w:tcPr>
            <w:tcW w:type="dxa" w:w="948"/>
          </w:tcPr>
          <w:p>
            <w:pPr>
              <w:spacing w:after="0"/>
              <w:jc w:val="right"/>
            </w:pPr>
            <w:r>
              <w:rPr>
                <w:sz w:val="16"/>
              </w:rPr>
              <w:t>$13,617</w:t>
            </w:r>
          </w:p>
        </w:tc>
        <w:tc>
          <w:tcPr>
            <w:tcW w:type="dxa" w:w="1126"/>
          </w:tcPr>
          <w:p>
            <w:pPr>
              <w:spacing w:after="0"/>
              <w:jc w:val="right"/>
            </w:pPr>
            <w:r>
              <w:rPr>
                <w:sz w:val="16"/>
              </w:rPr>
              <w:t>n/a</w:t>
            </w:r>
          </w:p>
        </w:tc>
        <w:tc>
          <w:tcPr>
            <w:tcW w:type="dxa" w:w="2065"/>
          </w:tcPr>
          <w:p>
            <w:pPr>
              <w:spacing w:after="0"/>
              <w:jc w:val="right"/>
            </w:pPr>
            <w:r>
              <w:rPr>
                <w:sz w:val="16"/>
              </w:rPr>
              <w:t>$4,363</w:t>
            </w:r>
          </w:p>
        </w:tc>
        <w:tc>
          <w:tcPr>
            <w:tcW w:type="dxa" w:w="1213"/>
          </w:tcPr>
          <w:p>
            <w:pPr>
              <w:spacing w:after="0"/>
              <w:jc w:val="right"/>
            </w:pPr>
            <w:r>
              <w:rPr>
                <w:sz w:val="16"/>
              </w:rPr>
              <w:t>$17,980</w:t>
            </w:r>
          </w:p>
        </w:tc>
        <w:tc>
          <w:tcPr>
            <w:tcW w:type="dxa" w:w="2279"/>
          </w:tcPr>
          <w:p>
            <w:pPr>
              <w:spacing w:after="0"/>
              <w:jc w:val="right"/>
            </w:pPr>
            <w:r>
              <w:rPr>
                <w:sz w:val="16"/>
              </w:rPr>
              <w:t>4</w:t>
            </w:r>
          </w:p>
        </w:tc>
        <w:tc>
          <w:tcPr>
            <w:tcW w:type="dxa" w:w="2282"/>
          </w:tcPr>
          <w:p>
            <w:pPr>
              <w:spacing w:after="0"/>
              <w:jc w:val="left"/>
            </w:pPr>
          </w:p>
        </w:tc>
      </w:tr>
      <w:tr>
        <w:trPr>
          <w:cantSplit/>
        </w:trPr>
        <w:tc>
          <w:tcPr>
            <w:tcW w:type="dxa" w:w="733"/>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92"/>
          </w:tcPr>
          <w:p>
            <w:pPr>
              <w:spacing w:after="0"/>
              <w:jc w:val="left"/>
            </w:pPr>
            <w:r>
              <w:rPr>
                <w:sz w:val="16"/>
              </w:rPr>
              <w:t>Very Low</w:t>
            </w:r>
          </w:p>
        </w:tc>
        <w:tc>
          <w:tcPr>
            <w:tcW w:type="dxa" w:w="948"/>
          </w:tcPr>
          <w:p>
            <w:pPr>
              <w:spacing w:after="0"/>
              <w:jc w:val="right"/>
            </w:pPr>
            <w:r>
              <w:rPr>
                <w:sz w:val="16"/>
              </w:rPr>
              <w:t>$12,509</w:t>
            </w:r>
          </w:p>
        </w:tc>
        <w:tc>
          <w:tcPr>
            <w:tcW w:type="dxa" w:w="1126"/>
          </w:tcPr>
          <w:p>
            <w:pPr>
              <w:spacing w:after="0"/>
              <w:jc w:val="right"/>
            </w:pPr>
            <w:r>
              <w:rPr>
                <w:sz w:val="16"/>
              </w:rPr>
              <w:t>n/a</w:t>
            </w:r>
          </w:p>
        </w:tc>
        <w:tc>
          <w:tcPr>
            <w:tcW w:type="dxa" w:w="2065"/>
          </w:tcPr>
          <w:p>
            <w:pPr>
              <w:spacing w:after="0"/>
              <w:jc w:val="right"/>
            </w:pPr>
            <w:r>
              <w:rPr>
                <w:sz w:val="16"/>
              </w:rPr>
              <w:t>$3,206</w:t>
            </w:r>
          </w:p>
        </w:tc>
        <w:tc>
          <w:tcPr>
            <w:tcW w:type="dxa" w:w="1213"/>
          </w:tcPr>
          <w:p>
            <w:pPr>
              <w:spacing w:after="0"/>
              <w:jc w:val="right"/>
            </w:pPr>
            <w:r>
              <w:rPr>
                <w:sz w:val="16"/>
              </w:rPr>
              <w:t>$15,714</w:t>
            </w:r>
          </w:p>
        </w:tc>
        <w:tc>
          <w:tcPr>
            <w:tcW w:type="dxa" w:w="2279"/>
          </w:tcPr>
          <w:p>
            <w:pPr>
              <w:spacing w:after="0"/>
              <w:jc w:val="right"/>
            </w:pPr>
          </w:p>
        </w:tc>
        <w:tc>
          <w:tcPr>
            <w:tcW w:type="dxa" w:w="2282"/>
          </w:tcPr>
          <w:p>
            <w:pPr>
              <w:spacing w:after="0"/>
              <w:jc w:val="left"/>
            </w:pPr>
            <w:r>
              <w:rPr>
                <w:sz w:val="16"/>
              </w:rPr>
              <w:t>Storm Events does not record earthquakes.</w:t>
            </w:r>
          </w:p>
        </w:tc>
      </w:tr>
      <w:tr>
        <w:trPr>
          <w:cantSplit/>
        </w:trPr>
        <w:tc>
          <w:tcPr>
            <w:tcW w:type="dxa" w:w="733"/>
          </w:tcPr>
          <w:p>
            <w:pPr>
              <w:spacing w:after="0"/>
              <w:jc w:val="right"/>
            </w:pPr>
            <w:r>
              <w:rPr>
                <w:sz w:val="16"/>
              </w:rPr>
              <w:t>13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92"/>
          </w:tcPr>
          <w:p>
            <w:pPr>
              <w:spacing w:after="0"/>
              <w:jc w:val="left"/>
            </w:pPr>
            <w:r>
              <w:rPr>
                <w:sz w:val="16"/>
              </w:rPr>
              <w:t>Very Low</w:t>
            </w:r>
          </w:p>
        </w:tc>
        <w:tc>
          <w:tcPr>
            <w:tcW w:type="dxa" w:w="948"/>
          </w:tcPr>
          <w:p>
            <w:pPr>
              <w:spacing w:after="0"/>
              <w:jc w:val="right"/>
            </w:pPr>
            <w:r>
              <w:rPr>
                <w:sz w:val="16"/>
              </w:rPr>
              <w:t>$1,920</w:t>
            </w:r>
          </w:p>
        </w:tc>
        <w:tc>
          <w:tcPr>
            <w:tcW w:type="dxa" w:w="1126"/>
          </w:tcPr>
          <w:p>
            <w:pPr>
              <w:spacing w:after="0"/>
              <w:jc w:val="right"/>
            </w:pPr>
            <w:r>
              <w:rPr>
                <w:sz w:val="16"/>
              </w:rPr>
              <w:t>$35</w:t>
            </w:r>
          </w:p>
        </w:tc>
        <w:tc>
          <w:tcPr>
            <w:tcW w:type="dxa" w:w="2065"/>
          </w:tcPr>
          <w:p>
            <w:pPr>
              <w:spacing w:after="0"/>
              <w:jc w:val="right"/>
            </w:pPr>
            <w:r>
              <w:rPr>
                <w:sz w:val="16"/>
              </w:rPr>
              <w:t>$11</w:t>
            </w:r>
          </w:p>
        </w:tc>
        <w:tc>
          <w:tcPr>
            <w:tcW w:type="dxa" w:w="1213"/>
          </w:tcPr>
          <w:p>
            <w:pPr>
              <w:spacing w:after="0"/>
              <w:jc w:val="right"/>
            </w:pPr>
            <w:r>
              <w:rPr>
                <w:sz w:val="16"/>
              </w:rPr>
              <w:t>$1,966</w:t>
            </w:r>
          </w:p>
        </w:tc>
        <w:tc>
          <w:tcPr>
            <w:tcW w:type="dxa" w:w="2279"/>
          </w:tcPr>
          <w:p>
            <w:pPr>
              <w:spacing w:after="0"/>
              <w:jc w:val="right"/>
            </w:pPr>
            <w:r>
              <w:rPr>
                <w:sz w:val="16"/>
              </w:rPr>
              <w:t>0</w:t>
            </w:r>
          </w:p>
        </w:tc>
        <w:tc>
          <w:tcPr>
            <w:tcW w:type="dxa" w:w="2282"/>
          </w:tcPr>
          <w:p>
            <w:pPr>
              <w:spacing w:after="0"/>
              <w:jc w:val="left"/>
            </w:pPr>
            <w:r>
              <w:rPr>
                <w:sz w:val="16"/>
              </w:rPr>
              <w:t>No recorded events in Storm Events since 1996 (data through 2026-06-30).</w:t>
            </w:r>
          </w:p>
        </w:tc>
      </w:tr>
      <w:tr>
        <w:trPr>
          <w:cantSplit/>
        </w:trPr>
        <w:tc>
          <w:tcPr>
            <w:tcW w:type="dxa" w:w="733"/>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92"/>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2065"/>
          </w:tcPr>
          <w:p>
            <w:pPr>
              <w:spacing w:after="0"/>
              <w:jc w:val="right"/>
            </w:pPr>
            <w:r>
              <w:rPr>
                <w:sz w:val="16"/>
              </w:rPr>
              <w:t>under $1</w:t>
            </w:r>
          </w:p>
        </w:tc>
        <w:tc>
          <w:tcPr>
            <w:tcW w:type="dxa" w:w="1213"/>
          </w:tcPr>
          <w:p>
            <w:pPr>
              <w:spacing w:after="0"/>
              <w:jc w:val="right"/>
            </w:pPr>
            <w:r>
              <w:rPr>
                <w:sz w:val="16"/>
              </w:rPr>
              <w:t>under $1</w:t>
            </w:r>
          </w:p>
        </w:tc>
        <w:tc>
          <w:tcPr>
            <w:tcW w:type="dxa" w:w="2279"/>
          </w:tcPr>
          <w:p>
            <w:pPr>
              <w:spacing w:after="0"/>
              <w:jc w:val="right"/>
            </w:pPr>
            <w:r>
              <w:rPr>
                <w:sz w:val="16"/>
              </w:rPr>
              <w:t>0</w:t>
            </w:r>
          </w:p>
        </w:tc>
        <w:tc>
          <w:tcPr>
            <w:tcW w:type="dxa" w:w="228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9503 (Very Low, 25.1); tract 9504 (Very Low, 19.5); tract 9502 (Very Low, 18.1)</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9503 (Very Low, 34.5); tract 9504 (Very Low, 32.5); tract 9502 (Very Low, 30.4)</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9504 (Very Low, 28.0); tract 9502 (Very Low, 10.7); tract 9503 (Very Low, 8.8)</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9503 (Relatively Moderate, 59.5); tract 9502 (Relatively Low, 48.3); tract 9504 (Relatively Low, 47.7)</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9504 (Relatively Moderate, 92.3); tract 9503 (Relatively Low, 84.6); tract 9502 (Relatively Low, 81.0)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8"/>
        <w:gridCol w:w="1936"/>
        <w:gridCol w:w="1590"/>
        <w:gridCol w:w="2070"/>
        <w:gridCol w:w="1473"/>
        <w:gridCol w:w="1682"/>
        <w:gridCol w:w="1795"/>
        <w:gridCol w:w="1628"/>
      </w:tblGrid>
      <w:tr>
        <w:trPr>
          <w:cantSplit/>
          <w:tblHeader/>
        </w:trPr>
        <w:tc>
          <w:tcPr>
            <w:tcW w:type="dxa" w:w="1938"/>
            <w:shd w:val="clear" w:color="auto" w:fill="E8E8E8"/>
          </w:tcPr>
          <w:p>
            <w:pPr>
              <w:spacing w:after="0"/>
              <w:jc w:val="left"/>
            </w:pPr>
            <w:r>
              <w:rPr>
                <w:b/>
                <w:sz w:val="16"/>
              </w:rPr>
              <w:t>Hazard</w:t>
            </w:r>
          </w:p>
        </w:tc>
        <w:tc>
          <w:tcPr>
            <w:tcW w:type="dxa" w:w="1936"/>
            <w:shd w:val="clear" w:color="auto" w:fill="E8E8E8"/>
          </w:tcPr>
          <w:p>
            <w:pPr>
              <w:spacing w:after="0"/>
              <w:jc w:val="left"/>
            </w:pPr>
            <w:r>
              <w:rPr>
                <w:b/>
                <w:sz w:val="16"/>
              </w:rPr>
              <w:t>Scale</w:t>
            </w:r>
          </w:p>
        </w:tc>
        <w:tc>
          <w:tcPr>
            <w:tcW w:type="dxa" w:w="15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0"/>
            <w:shd w:val="clear" w:color="auto" w:fill="E8E8E8"/>
          </w:tcPr>
          <w:p>
            <w:pPr>
              <w:spacing w:after="0"/>
              <w:jc w:val="left"/>
            </w:pPr>
            <w:r>
              <w:rPr>
                <w:b/>
                <w:sz w:val="16"/>
              </w:rPr>
              <w:t>Observed range</w:t>
            </w:r>
          </w:p>
        </w:tc>
        <w:tc>
          <w:tcPr>
            <w:tcW w:type="dxa" w:w="1473"/>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1795"/>
            <w:shd w:val="clear" w:color="auto" w:fill="E8E8E8"/>
          </w:tcPr>
          <w:p>
            <w:pPr>
              <w:spacing w:after="0"/>
              <w:jc w:val="left"/>
            </w:pPr>
            <w:r>
              <w:rPr>
                <w:b/>
                <w:sz w:val="16"/>
              </w:rPr>
              <w:t>How it applies to jurisdictions</w:t>
            </w:r>
          </w:p>
        </w:tc>
        <w:tc>
          <w:tcPr>
            <w:tcW w:type="dxa" w:w="1628"/>
            <w:shd w:val="clear" w:color="auto" w:fill="E8E8E8"/>
          </w:tcPr>
          <w:p>
            <w:pPr>
              <w:spacing w:after="0"/>
              <w:jc w:val="left"/>
            </w:pPr>
            <w:r>
              <w:rPr>
                <w:b/>
                <w:sz w:val="16"/>
              </w:rPr>
              <w:t>Note</w:t>
            </w:r>
          </w:p>
        </w:tc>
      </w:tr>
      <w:tr>
        <w:trPr>
          <w:cantSplit/>
        </w:trPr>
        <w:tc>
          <w:tcPr>
            <w:tcW w:type="dxa" w:w="1938"/>
          </w:tcPr>
          <w:p>
            <w:pPr>
              <w:spacing w:after="0"/>
              <w:jc w:val="left"/>
            </w:pPr>
            <w:r>
              <w:rPr>
                <w:sz w:val="16"/>
              </w:rPr>
              <w:t>Cold/Wind Chill, Extreme Cold/Wind Chill</w:t>
            </w:r>
          </w:p>
        </w:tc>
        <w:tc>
          <w:tcPr>
            <w:tcW w:type="dxa" w:w="1936"/>
          </w:tcPr>
          <w:p>
            <w:pPr>
              <w:spacing w:after="0"/>
              <w:jc w:val="left"/>
            </w:pPr>
            <w:r>
              <w:rPr>
                <w:sz w:val="16"/>
              </w:rPr>
              <w:t>wind chill</w:t>
            </w:r>
          </w:p>
        </w:tc>
        <w:tc>
          <w:tcPr>
            <w:tcW w:type="dxa" w:w="1590"/>
          </w:tcPr>
          <w:p>
            <w:pPr>
              <w:spacing w:after="0"/>
              <w:jc w:val="right"/>
            </w:pPr>
            <w:r>
              <w:rPr>
                <w:sz w:val="16"/>
              </w:rPr>
              <w:t>0</w:t>
            </w:r>
          </w:p>
        </w:tc>
        <w:tc>
          <w:tcPr>
            <w:tcW w:type="dxa" w:w="2070"/>
          </w:tcPr>
          <w:p>
            <w:pPr>
              <w:spacing w:after="0"/>
              <w:jc w:val="left"/>
            </w:pPr>
          </w:p>
        </w:tc>
        <w:tc>
          <w:tcPr>
            <w:tcW w:type="dxa" w:w="1473"/>
          </w:tcPr>
          <w:p>
            <w:pPr>
              <w:spacing w:after="0"/>
              <w:jc w:val="left"/>
            </w:pPr>
          </w:p>
        </w:tc>
        <w:tc>
          <w:tcPr>
            <w:tcW w:type="dxa" w:w="1682"/>
          </w:tcPr>
          <w:p>
            <w:pPr>
              <w:spacing w:after="0"/>
              <w:jc w:val="left"/>
            </w:pPr>
          </w:p>
        </w:tc>
        <w:tc>
          <w:tcPr>
            <w:tcW w:type="dxa" w:w="1795"/>
          </w:tcPr>
          <w:p>
            <w:pPr>
              <w:spacing w:after="0"/>
              <w:jc w:val="left"/>
            </w:pPr>
          </w:p>
        </w:tc>
        <w:tc>
          <w:tcPr>
            <w:tcW w:type="dxa" w:w="1628"/>
          </w:tcPr>
          <w:p>
            <w:pPr>
              <w:spacing w:after="0"/>
              <w:jc w:val="left"/>
            </w:pPr>
          </w:p>
        </w:tc>
      </w:tr>
      <w:tr>
        <w:trPr>
          <w:cantSplit/>
        </w:trPr>
        <w:tc>
          <w:tcPr>
            <w:tcW w:type="dxa" w:w="1938"/>
          </w:tcPr>
          <w:p>
            <w:pPr>
              <w:spacing w:after="0"/>
              <w:jc w:val="left"/>
            </w:pPr>
            <w:r>
              <w:rPr>
                <w:sz w:val="16"/>
              </w:rPr>
              <w:t>Frost/Freeze (outside NRI's Cold Wave definition)</w:t>
            </w:r>
          </w:p>
        </w:tc>
        <w:tc>
          <w:tcPr>
            <w:tcW w:type="dxa" w:w="1936"/>
          </w:tcPr>
          <w:p>
            <w:pPr>
              <w:spacing w:after="0"/>
              <w:jc w:val="left"/>
            </w:pPr>
            <w:r>
              <w:rPr>
                <w:sz w:val="16"/>
              </w:rPr>
              <w:t>crop damage</w:t>
            </w:r>
          </w:p>
        </w:tc>
        <w:tc>
          <w:tcPr>
            <w:tcW w:type="dxa" w:w="1590"/>
          </w:tcPr>
          <w:p>
            <w:pPr>
              <w:spacing w:after="0"/>
              <w:jc w:val="right"/>
            </w:pPr>
            <w:r>
              <w:rPr>
                <w:sz w:val="16"/>
              </w:rPr>
              <w:t>0</w:t>
            </w:r>
          </w:p>
        </w:tc>
        <w:tc>
          <w:tcPr>
            <w:tcW w:type="dxa" w:w="2070"/>
          </w:tcPr>
          <w:p>
            <w:pPr>
              <w:spacing w:after="0"/>
              <w:jc w:val="left"/>
            </w:pPr>
          </w:p>
        </w:tc>
        <w:tc>
          <w:tcPr>
            <w:tcW w:type="dxa" w:w="1473"/>
          </w:tcPr>
          <w:p>
            <w:pPr>
              <w:spacing w:after="0"/>
              <w:jc w:val="left"/>
            </w:pPr>
          </w:p>
        </w:tc>
        <w:tc>
          <w:tcPr>
            <w:tcW w:type="dxa" w:w="1682"/>
          </w:tcPr>
          <w:p>
            <w:pPr>
              <w:spacing w:after="0"/>
              <w:jc w:val="left"/>
            </w:pPr>
          </w:p>
        </w:tc>
        <w:tc>
          <w:tcPr>
            <w:tcW w:type="dxa" w:w="1795"/>
          </w:tcPr>
          <w:p>
            <w:pPr>
              <w:spacing w:after="0"/>
              <w:jc w:val="left"/>
            </w:pPr>
          </w:p>
        </w:tc>
        <w:tc>
          <w:tcPr>
            <w:tcW w:type="dxa" w:w="1628"/>
          </w:tcPr>
          <w:p>
            <w:pPr>
              <w:spacing w:after="0"/>
              <w:jc w:val="left"/>
            </w:pPr>
          </w:p>
        </w:tc>
      </w:tr>
      <w:tr>
        <w:trPr>
          <w:cantSplit/>
        </w:trPr>
        <w:tc>
          <w:tcPr>
            <w:tcW w:type="dxa" w:w="1938"/>
          </w:tcPr>
          <w:p>
            <w:pPr>
              <w:spacing w:after="0"/>
              <w:jc w:val="left"/>
            </w:pPr>
            <w:r>
              <w:rPr>
                <w:sz w:val="16"/>
              </w:rPr>
              <w:t>Drought</w:t>
            </w:r>
          </w:p>
        </w:tc>
        <w:tc>
          <w:tcPr>
            <w:tcW w:type="dxa" w:w="1936"/>
          </w:tcPr>
          <w:p>
            <w:pPr>
              <w:spacing w:after="0"/>
              <w:jc w:val="left"/>
            </w:pPr>
            <w:r>
              <w:rPr>
                <w:sz w:val="16"/>
              </w:rPr>
              <w:t>U.S. Drought Monitor scale (D0 to D4)</w:t>
            </w:r>
          </w:p>
        </w:tc>
        <w:tc>
          <w:tcPr>
            <w:tcW w:type="dxa" w:w="1590"/>
          </w:tcPr>
          <w:p>
            <w:pPr>
              <w:spacing w:after="0"/>
              <w:jc w:val="right"/>
            </w:pPr>
            <w:r>
              <w:rPr>
                <w:sz w:val="16"/>
              </w:rPr>
              <w:t>16 records, 1996 to 2006 (16 zone-level)</w:t>
            </w:r>
          </w:p>
        </w:tc>
        <w:tc>
          <w:tcPr>
            <w:tcW w:type="dxa" w:w="2070"/>
          </w:tcPr>
          <w:p>
            <w:pPr>
              <w:spacing w:after="0"/>
              <w:jc w:val="left"/>
            </w:pPr>
            <w:r>
              <w:rPr>
                <w:sz w:val="16"/>
              </w:rPr>
              <w:t>22 days to 394 days (median 31 days); 4 with a recorded value</w:t>
            </w:r>
          </w:p>
        </w:tc>
        <w:tc>
          <w:tcPr>
            <w:tcW w:type="dxa" w:w="1473"/>
          </w:tcPr>
          <w:p>
            <w:pPr>
              <w:spacing w:after="0"/>
              <w:jc w:val="left"/>
            </w:pPr>
            <w:r>
              <w:rPr>
                <w:sz w:val="16"/>
              </w:rPr>
              <w:t>394 days (about 12.9 months), 1998-04-01 to 1999-04-29, a run of 13 consecutive Storm Events drought records, zone-level</w:t>
            </w:r>
          </w:p>
        </w:tc>
        <w:tc>
          <w:tcPr>
            <w:tcW w:type="dxa" w:w="1682"/>
          </w:tcPr>
          <w:p>
            <w:pPr>
              <w:spacing w:after="0"/>
              <w:jc w:val="left"/>
            </w:pPr>
            <w:r>
              <w:rPr>
                <w:sz w:val="16"/>
              </w:rPr>
              <w:t>Drought, 1996-08-01, property not reported; $720,000 crops (zone total, 1996 dollars)</w:t>
            </w:r>
          </w:p>
        </w:tc>
        <w:tc>
          <w:tcPr>
            <w:tcW w:type="dxa" w:w="1795"/>
          </w:tcPr>
          <w:p>
            <w:pPr>
              <w:spacing w:after="0"/>
              <w:jc w:val="left"/>
            </w:pPr>
            <w:r>
              <w:rPr>
                <w:sz w:val="16"/>
              </w:rPr>
              <w:t>Countywide (zone-level records).</w:t>
            </w:r>
          </w:p>
        </w:tc>
        <w:tc>
          <w:tcPr>
            <w:tcW w:type="dxa" w:w="16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8"/>
          </w:tcPr>
          <w:p>
            <w:pPr>
              <w:spacing w:after="0"/>
              <w:jc w:val="left"/>
            </w:pPr>
            <w:r>
              <w:rPr>
                <w:sz w:val="16"/>
              </w:rPr>
              <w:t>Earthquake</w:t>
            </w:r>
          </w:p>
        </w:tc>
        <w:tc>
          <w:tcPr>
            <w:tcW w:type="dxa" w:w="1936"/>
          </w:tcPr>
          <w:p>
            <w:pPr>
              <w:spacing w:after="0"/>
              <w:jc w:val="left"/>
            </w:pPr>
            <w:r>
              <w:rPr>
                <w:sz w:val="16"/>
              </w:rPr>
              <w:t>Modified Mercalli (local data)</w:t>
            </w:r>
          </w:p>
        </w:tc>
        <w:tc>
          <w:tcPr>
            <w:tcW w:type="dxa" w:w="1590"/>
          </w:tcPr>
          <w:p>
            <w:pPr>
              <w:spacing w:after="0"/>
              <w:jc w:val="right"/>
            </w:pPr>
            <w:r>
              <w:rPr>
                <w:sz w:val="16"/>
              </w:rPr>
              <w:t>0</w:t>
            </w:r>
          </w:p>
        </w:tc>
        <w:tc>
          <w:tcPr>
            <w:tcW w:type="dxa" w:w="2070"/>
          </w:tcPr>
          <w:p>
            <w:pPr>
              <w:spacing w:after="0"/>
              <w:jc w:val="left"/>
            </w:pPr>
          </w:p>
        </w:tc>
        <w:tc>
          <w:tcPr>
            <w:tcW w:type="dxa" w:w="1473"/>
          </w:tcPr>
          <w:p>
            <w:pPr>
              <w:spacing w:after="0"/>
              <w:jc w:val="left"/>
            </w:pPr>
          </w:p>
        </w:tc>
        <w:tc>
          <w:tcPr>
            <w:tcW w:type="dxa" w:w="1682"/>
          </w:tcPr>
          <w:p>
            <w:pPr>
              <w:spacing w:after="0"/>
              <w:jc w:val="left"/>
            </w:pPr>
          </w:p>
        </w:tc>
        <w:tc>
          <w:tcPr>
            <w:tcW w:type="dxa" w:w="1795"/>
          </w:tcPr>
          <w:p>
            <w:pPr>
              <w:spacing w:after="0"/>
              <w:jc w:val="left"/>
            </w:pPr>
          </w:p>
        </w:tc>
        <w:tc>
          <w:tcPr>
            <w:tcW w:type="dxa" w:w="1628"/>
          </w:tcPr>
          <w:p>
            <w:pPr>
              <w:spacing w:after="0"/>
              <w:jc w:val="left"/>
            </w:pPr>
            <w:r>
              <w:rPr>
                <w:sz w:val="16"/>
              </w:rPr>
              <w:t>Storm Events does not record earthquakes; the USGS earthquake catalog is the source.</w:t>
            </w:r>
          </w:p>
        </w:tc>
      </w:tr>
      <w:tr>
        <w:trPr>
          <w:cantSplit/>
        </w:trPr>
        <w:tc>
          <w:tcPr>
            <w:tcW w:type="dxa" w:w="1938"/>
          </w:tcPr>
          <w:p>
            <w:pPr>
              <w:spacing w:after="0"/>
              <w:jc w:val="left"/>
            </w:pPr>
            <w:r>
              <w:rPr>
                <w:sz w:val="16"/>
              </w:rPr>
              <w:t>Hail</w:t>
            </w:r>
          </w:p>
        </w:tc>
        <w:tc>
          <w:tcPr>
            <w:tcW w:type="dxa" w:w="1936"/>
          </w:tcPr>
          <w:p>
            <w:pPr>
              <w:spacing w:after="0"/>
              <w:jc w:val="left"/>
            </w:pPr>
            <w:r>
              <w:rPr>
                <w:sz w:val="16"/>
              </w:rPr>
              <w:t>hail size (inches)</w:t>
            </w:r>
          </w:p>
        </w:tc>
        <w:tc>
          <w:tcPr>
            <w:tcW w:type="dxa" w:w="1590"/>
          </w:tcPr>
          <w:p>
            <w:pPr>
              <w:spacing w:after="0"/>
              <w:jc w:val="right"/>
            </w:pPr>
            <w:r>
              <w:rPr>
                <w:sz w:val="16"/>
              </w:rPr>
              <w:t>114 records, 1959 to 2025</w:t>
            </w:r>
          </w:p>
        </w:tc>
        <w:tc>
          <w:tcPr>
            <w:tcW w:type="dxa" w:w="2070"/>
          </w:tcPr>
          <w:p>
            <w:pPr>
              <w:spacing w:after="0"/>
              <w:jc w:val="left"/>
            </w:pPr>
            <w:r>
              <w:rPr>
                <w:sz w:val="16"/>
              </w:rPr>
              <w:t>0.75 in to 5 in (median 1 in); 114 with a recorded value</w:t>
            </w:r>
          </w:p>
        </w:tc>
        <w:tc>
          <w:tcPr>
            <w:tcW w:type="dxa" w:w="1473"/>
          </w:tcPr>
          <w:p>
            <w:pPr>
              <w:spacing w:after="0"/>
              <w:jc w:val="left"/>
            </w:pPr>
            <w:r>
              <w:rPr>
                <w:sz w:val="16"/>
              </w:rPr>
              <w:t>5 in hail, 1960-05-31</w:t>
            </w:r>
          </w:p>
        </w:tc>
        <w:tc>
          <w:tcPr>
            <w:tcW w:type="dxa" w:w="1682"/>
          </w:tcPr>
          <w:p>
            <w:pPr>
              <w:spacing w:after="0"/>
              <w:jc w:val="left"/>
            </w:pPr>
            <w:r>
              <w:rPr>
                <w:sz w:val="16"/>
              </w:rPr>
              <w:t>Hail, 2004-07-06, $25,000 property; $250,000 crops (2004 dollars)</w:t>
            </w:r>
          </w:p>
        </w:tc>
        <w:tc>
          <w:tcPr>
            <w:tcW w:type="dxa" w:w="1795"/>
          </w:tcPr>
          <w:p>
            <w:pPr>
              <w:spacing w:after="0"/>
              <w:jc w:val="left"/>
            </w:pPr>
            <w:r>
              <w:rPr>
                <w:sz w:val="16"/>
              </w:rPr>
              <w:t>No event record names a jurisdiction in the plan.</w:t>
            </w:r>
          </w:p>
        </w:tc>
        <w:tc>
          <w:tcPr>
            <w:tcW w:type="dxa" w:w="1628"/>
          </w:tcPr>
          <w:p>
            <w:pPr>
              <w:spacing w:after="0"/>
              <w:jc w:val="left"/>
            </w:pPr>
          </w:p>
        </w:tc>
      </w:tr>
      <w:tr>
        <w:trPr>
          <w:cantSplit/>
        </w:trPr>
        <w:tc>
          <w:tcPr>
            <w:tcW w:type="dxa" w:w="1938"/>
          </w:tcPr>
          <w:p>
            <w:pPr>
              <w:spacing w:after="0"/>
              <w:jc w:val="left"/>
            </w:pPr>
            <w:r>
              <w:rPr>
                <w:sz w:val="16"/>
              </w:rPr>
              <w:t>Excessive Heat, Heat</w:t>
            </w:r>
          </w:p>
        </w:tc>
        <w:tc>
          <w:tcPr>
            <w:tcW w:type="dxa" w:w="1936"/>
          </w:tcPr>
          <w:p>
            <w:pPr>
              <w:spacing w:after="0"/>
              <w:jc w:val="left"/>
            </w:pPr>
            <w:r>
              <w:rPr>
                <w:sz w:val="16"/>
              </w:rPr>
              <w:t>heat index (in event narratives)</w:t>
            </w:r>
          </w:p>
        </w:tc>
        <w:tc>
          <w:tcPr>
            <w:tcW w:type="dxa" w:w="1590"/>
          </w:tcPr>
          <w:p>
            <w:pPr>
              <w:spacing w:after="0"/>
              <w:jc w:val="right"/>
            </w:pPr>
            <w:r>
              <w:rPr>
                <w:sz w:val="16"/>
              </w:rPr>
              <w:t>0</w:t>
            </w:r>
          </w:p>
        </w:tc>
        <w:tc>
          <w:tcPr>
            <w:tcW w:type="dxa" w:w="2070"/>
          </w:tcPr>
          <w:p>
            <w:pPr>
              <w:spacing w:after="0"/>
              <w:jc w:val="left"/>
            </w:pPr>
          </w:p>
        </w:tc>
        <w:tc>
          <w:tcPr>
            <w:tcW w:type="dxa" w:w="1473"/>
          </w:tcPr>
          <w:p>
            <w:pPr>
              <w:spacing w:after="0"/>
              <w:jc w:val="left"/>
            </w:pPr>
          </w:p>
        </w:tc>
        <w:tc>
          <w:tcPr>
            <w:tcW w:type="dxa" w:w="1682"/>
          </w:tcPr>
          <w:p>
            <w:pPr>
              <w:spacing w:after="0"/>
              <w:jc w:val="left"/>
            </w:pPr>
          </w:p>
        </w:tc>
        <w:tc>
          <w:tcPr>
            <w:tcW w:type="dxa" w:w="1795"/>
          </w:tcPr>
          <w:p>
            <w:pPr>
              <w:spacing w:after="0"/>
              <w:jc w:val="left"/>
            </w:pPr>
          </w:p>
        </w:tc>
        <w:tc>
          <w:tcPr>
            <w:tcW w:type="dxa" w:w="1628"/>
          </w:tcPr>
          <w:p>
            <w:pPr>
              <w:spacing w:after="0"/>
              <w:jc w:val="left"/>
            </w:pPr>
          </w:p>
        </w:tc>
      </w:tr>
      <w:tr>
        <w:trPr>
          <w:cantSplit/>
        </w:trPr>
        <w:tc>
          <w:tcPr>
            <w:tcW w:type="dxa" w:w="1938"/>
          </w:tcPr>
          <w:p>
            <w:pPr>
              <w:spacing w:after="0"/>
              <w:jc w:val="left"/>
            </w:pPr>
            <w:r>
              <w:rPr>
                <w:sz w:val="16"/>
              </w:rPr>
              <w:t>Hurricane, Tropical Storm, Tropical Depression</w:t>
            </w:r>
          </w:p>
        </w:tc>
        <w:tc>
          <w:tcPr>
            <w:tcW w:type="dxa" w:w="1936"/>
          </w:tcPr>
          <w:p>
            <w:pPr>
              <w:spacing w:after="0"/>
              <w:jc w:val="left"/>
            </w:pPr>
            <w:r>
              <w:rPr>
                <w:sz w:val="16"/>
              </w:rPr>
              <w:t>Saffir-Simpson</w:t>
            </w:r>
          </w:p>
        </w:tc>
        <w:tc>
          <w:tcPr>
            <w:tcW w:type="dxa" w:w="1590"/>
          </w:tcPr>
          <w:p>
            <w:pPr>
              <w:spacing w:after="0"/>
              <w:jc w:val="right"/>
            </w:pPr>
            <w:r>
              <w:rPr>
                <w:sz w:val="16"/>
              </w:rPr>
              <w:t>0</w:t>
            </w:r>
          </w:p>
        </w:tc>
        <w:tc>
          <w:tcPr>
            <w:tcW w:type="dxa" w:w="2070"/>
          </w:tcPr>
          <w:p>
            <w:pPr>
              <w:spacing w:after="0"/>
              <w:jc w:val="left"/>
            </w:pPr>
          </w:p>
        </w:tc>
        <w:tc>
          <w:tcPr>
            <w:tcW w:type="dxa" w:w="1473"/>
          </w:tcPr>
          <w:p>
            <w:pPr>
              <w:spacing w:after="0"/>
              <w:jc w:val="left"/>
            </w:pPr>
          </w:p>
        </w:tc>
        <w:tc>
          <w:tcPr>
            <w:tcW w:type="dxa" w:w="1682"/>
          </w:tcPr>
          <w:p>
            <w:pPr>
              <w:spacing w:after="0"/>
              <w:jc w:val="left"/>
            </w:pPr>
          </w:p>
        </w:tc>
        <w:tc>
          <w:tcPr>
            <w:tcW w:type="dxa" w:w="1795"/>
          </w:tcPr>
          <w:p>
            <w:pPr>
              <w:spacing w:after="0"/>
              <w:jc w:val="left"/>
            </w:pPr>
          </w:p>
        </w:tc>
        <w:tc>
          <w:tcPr>
            <w:tcW w:type="dxa" w:w="162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8"/>
          </w:tcPr>
          <w:p>
            <w:pPr>
              <w:spacing w:after="0"/>
              <w:jc w:val="left"/>
            </w:pPr>
            <w:r>
              <w:rPr>
                <w:sz w:val="16"/>
              </w:rPr>
              <w:t>Ice Storm</w:t>
            </w:r>
          </w:p>
        </w:tc>
        <w:tc>
          <w:tcPr>
            <w:tcW w:type="dxa" w:w="1936"/>
          </w:tcPr>
          <w:p>
            <w:pPr>
              <w:spacing w:after="0"/>
              <w:jc w:val="left"/>
            </w:pPr>
            <w:r>
              <w:rPr>
                <w:sz w:val="16"/>
              </w:rPr>
              <w:t>Sperry-Piltz ice scale (local data)</w:t>
            </w:r>
          </w:p>
        </w:tc>
        <w:tc>
          <w:tcPr>
            <w:tcW w:type="dxa" w:w="1590"/>
          </w:tcPr>
          <w:p>
            <w:pPr>
              <w:spacing w:after="0"/>
              <w:jc w:val="right"/>
            </w:pPr>
            <w:r>
              <w:rPr>
                <w:sz w:val="16"/>
              </w:rPr>
              <w:t>4 records, 2013 to 2015 (4 zone-level)</w:t>
            </w:r>
          </w:p>
        </w:tc>
        <w:tc>
          <w:tcPr>
            <w:tcW w:type="dxa" w:w="2070"/>
          </w:tcPr>
          <w:p>
            <w:pPr>
              <w:spacing w:after="0"/>
              <w:jc w:val="left"/>
            </w:pPr>
          </w:p>
        </w:tc>
        <w:tc>
          <w:tcPr>
            <w:tcW w:type="dxa" w:w="1473"/>
          </w:tcPr>
          <w:p>
            <w:pPr>
              <w:spacing w:after="0"/>
              <w:jc w:val="left"/>
            </w:pPr>
            <w:r>
              <w:rPr>
                <w:sz w:val="16"/>
              </w:rPr>
              <w:t>No damage reported in 4 records.</w:t>
            </w:r>
          </w:p>
        </w:tc>
        <w:tc>
          <w:tcPr>
            <w:tcW w:type="dxa" w:w="1682"/>
          </w:tcPr>
          <w:p>
            <w:pPr>
              <w:spacing w:after="0"/>
              <w:jc w:val="left"/>
            </w:pPr>
          </w:p>
        </w:tc>
        <w:tc>
          <w:tcPr>
            <w:tcW w:type="dxa" w:w="1795"/>
          </w:tcPr>
          <w:p>
            <w:pPr>
              <w:spacing w:after="0"/>
              <w:jc w:val="left"/>
            </w:pPr>
            <w:r>
              <w:rPr>
                <w:sz w:val="16"/>
              </w:rPr>
              <w:t>Countywide (zone-level records).</w:t>
            </w:r>
          </w:p>
        </w:tc>
        <w:tc>
          <w:tcPr>
            <w:tcW w:type="dxa" w:w="1628"/>
          </w:tcPr>
          <w:p>
            <w:pPr>
              <w:spacing w:after="0"/>
              <w:jc w:val="left"/>
            </w:pPr>
          </w:p>
        </w:tc>
      </w:tr>
      <w:tr>
        <w:trPr>
          <w:cantSplit/>
        </w:trPr>
        <w:tc>
          <w:tcPr>
            <w:tcW w:type="dxa" w:w="1938"/>
          </w:tcPr>
          <w:p>
            <w:pPr>
              <w:spacing w:after="0"/>
              <w:jc w:val="left"/>
            </w:pPr>
            <w:r>
              <w:rPr>
                <w:sz w:val="16"/>
              </w:rPr>
              <w:t>Flash Flood, Flood, Lakeshore Flood</w:t>
            </w:r>
          </w:p>
        </w:tc>
        <w:tc>
          <w:tcPr>
            <w:tcW w:type="dxa" w:w="1936"/>
          </w:tcPr>
          <w:p>
            <w:pPr>
              <w:spacing w:after="0"/>
              <w:jc w:val="left"/>
            </w:pPr>
            <w:r>
              <w:rPr>
                <w:sz w:val="16"/>
              </w:rPr>
              <w:t>damage and flood days (flood depth: FIRM)</w:t>
            </w:r>
          </w:p>
        </w:tc>
        <w:tc>
          <w:tcPr>
            <w:tcW w:type="dxa" w:w="1590"/>
          </w:tcPr>
          <w:p>
            <w:pPr>
              <w:spacing w:after="0"/>
              <w:jc w:val="right"/>
            </w:pPr>
            <w:r>
              <w:rPr>
                <w:sz w:val="16"/>
              </w:rPr>
              <w:t>20 records, 1996 to 2018</w:t>
            </w:r>
          </w:p>
        </w:tc>
        <w:tc>
          <w:tcPr>
            <w:tcW w:type="dxa" w:w="2070"/>
          </w:tcPr>
          <w:p>
            <w:pPr>
              <w:spacing w:after="0"/>
              <w:jc w:val="left"/>
            </w:pPr>
          </w:p>
        </w:tc>
        <w:tc>
          <w:tcPr>
            <w:tcW w:type="dxa" w:w="1473"/>
          </w:tcPr>
          <w:p>
            <w:pPr>
              <w:spacing w:after="0"/>
              <w:jc w:val="left"/>
            </w:pPr>
            <w:r>
              <w:rPr>
                <w:sz w:val="16"/>
              </w:rPr>
              <w:t>Flash Flood, 2007-05-02, $20,000 property; $0 crops (2007 dollars)</w:t>
            </w:r>
          </w:p>
        </w:tc>
        <w:tc>
          <w:tcPr>
            <w:tcW w:type="dxa" w:w="1682"/>
          </w:tcPr>
          <w:p>
            <w:pPr>
              <w:spacing w:after="0"/>
              <w:jc w:val="left"/>
            </w:pPr>
          </w:p>
        </w:tc>
        <w:tc>
          <w:tcPr>
            <w:tcW w:type="dxa" w:w="1795"/>
          </w:tcPr>
          <w:p>
            <w:pPr>
              <w:spacing w:after="0"/>
              <w:jc w:val="left"/>
            </w:pPr>
            <w:r>
              <w:rPr>
                <w:sz w:val="16"/>
              </w:rPr>
              <w:t>No event record names a jurisdiction in the plan.</w:t>
            </w:r>
          </w:p>
        </w:tc>
        <w:tc>
          <w:tcPr>
            <w:tcW w:type="dxa" w:w="162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8"/>
          </w:tcPr>
          <w:p>
            <w:pPr>
              <w:spacing w:after="0"/>
              <w:jc w:val="left"/>
            </w:pPr>
            <w:r>
              <w:rPr>
                <w:sz w:val="16"/>
              </w:rPr>
              <w:t>Debris Flow</w:t>
            </w:r>
          </w:p>
        </w:tc>
        <w:tc>
          <w:tcPr>
            <w:tcW w:type="dxa" w:w="1936"/>
          </w:tcPr>
          <w:p>
            <w:pPr>
              <w:spacing w:after="0"/>
              <w:jc w:val="left"/>
            </w:pPr>
            <w:r>
              <w:rPr>
                <w:sz w:val="16"/>
              </w:rPr>
              <w:t>none (count and damage only)</w:t>
            </w:r>
          </w:p>
        </w:tc>
        <w:tc>
          <w:tcPr>
            <w:tcW w:type="dxa" w:w="1590"/>
          </w:tcPr>
          <w:p>
            <w:pPr>
              <w:spacing w:after="0"/>
              <w:jc w:val="right"/>
            </w:pPr>
            <w:r>
              <w:rPr>
                <w:sz w:val="16"/>
              </w:rPr>
              <w:t>0</w:t>
            </w:r>
          </w:p>
        </w:tc>
        <w:tc>
          <w:tcPr>
            <w:tcW w:type="dxa" w:w="2070"/>
          </w:tcPr>
          <w:p>
            <w:pPr>
              <w:spacing w:after="0"/>
              <w:jc w:val="left"/>
            </w:pPr>
          </w:p>
        </w:tc>
        <w:tc>
          <w:tcPr>
            <w:tcW w:type="dxa" w:w="1473"/>
          </w:tcPr>
          <w:p>
            <w:pPr>
              <w:spacing w:after="0"/>
              <w:jc w:val="left"/>
            </w:pPr>
          </w:p>
        </w:tc>
        <w:tc>
          <w:tcPr>
            <w:tcW w:type="dxa" w:w="1682"/>
          </w:tcPr>
          <w:p>
            <w:pPr>
              <w:spacing w:after="0"/>
              <w:jc w:val="left"/>
            </w:pPr>
          </w:p>
        </w:tc>
        <w:tc>
          <w:tcPr>
            <w:tcW w:type="dxa" w:w="1795"/>
          </w:tcPr>
          <w:p>
            <w:pPr>
              <w:spacing w:after="0"/>
              <w:jc w:val="left"/>
            </w:pPr>
          </w:p>
        </w:tc>
        <w:tc>
          <w:tcPr>
            <w:tcW w:type="dxa" w:w="1628"/>
          </w:tcPr>
          <w:p>
            <w:pPr>
              <w:spacing w:after="0"/>
              <w:jc w:val="left"/>
            </w:pPr>
          </w:p>
        </w:tc>
      </w:tr>
      <w:tr>
        <w:trPr>
          <w:cantSplit/>
        </w:trPr>
        <w:tc>
          <w:tcPr>
            <w:tcW w:type="dxa" w:w="1938"/>
          </w:tcPr>
          <w:p>
            <w:pPr>
              <w:spacing w:after="0"/>
              <w:jc w:val="left"/>
            </w:pPr>
            <w:r>
              <w:rPr>
                <w:sz w:val="16"/>
              </w:rPr>
              <w:t>Lightning</w:t>
            </w:r>
          </w:p>
        </w:tc>
        <w:tc>
          <w:tcPr>
            <w:tcW w:type="dxa" w:w="1936"/>
          </w:tcPr>
          <w:p>
            <w:pPr>
              <w:spacing w:after="0"/>
              <w:jc w:val="left"/>
            </w:pPr>
            <w:r>
              <w:rPr>
                <w:sz w:val="16"/>
              </w:rPr>
              <w:t>annualized frequency (the measure FEMA's Local Mitigation Planning Handbook names)</w:t>
            </w:r>
          </w:p>
        </w:tc>
        <w:tc>
          <w:tcPr>
            <w:tcW w:type="dxa" w:w="1590"/>
          </w:tcPr>
          <w:p>
            <w:pPr>
              <w:spacing w:after="0"/>
              <w:jc w:val="right"/>
            </w:pPr>
            <w:r>
              <w:rPr>
                <w:sz w:val="16"/>
              </w:rPr>
              <w:t>0</w:t>
            </w:r>
          </w:p>
        </w:tc>
        <w:tc>
          <w:tcPr>
            <w:tcW w:type="dxa" w:w="2070"/>
          </w:tcPr>
          <w:p>
            <w:pPr>
              <w:spacing w:after="0"/>
              <w:jc w:val="left"/>
            </w:pPr>
          </w:p>
        </w:tc>
        <w:tc>
          <w:tcPr>
            <w:tcW w:type="dxa" w:w="1473"/>
          </w:tcPr>
          <w:p>
            <w:pPr>
              <w:spacing w:after="0"/>
              <w:jc w:val="left"/>
            </w:pPr>
          </w:p>
        </w:tc>
        <w:tc>
          <w:tcPr>
            <w:tcW w:type="dxa" w:w="1682"/>
          </w:tcPr>
          <w:p>
            <w:pPr>
              <w:spacing w:after="0"/>
              <w:jc w:val="left"/>
            </w:pPr>
          </w:p>
        </w:tc>
        <w:tc>
          <w:tcPr>
            <w:tcW w:type="dxa" w:w="1795"/>
          </w:tcPr>
          <w:p>
            <w:pPr>
              <w:spacing w:after="0"/>
              <w:jc w:val="left"/>
            </w:pPr>
          </w:p>
        </w:tc>
        <w:tc>
          <w:tcPr>
            <w:tcW w:type="dxa" w:w="1628"/>
          </w:tcPr>
          <w:p>
            <w:pPr>
              <w:spacing w:after="0"/>
              <w:jc w:val="left"/>
            </w:pPr>
            <w:r>
              <w:rPr>
                <w:sz w:val="16"/>
              </w:rPr>
              <w:t>Storm Events lists lightning with damage or casualties.</w:t>
            </w:r>
          </w:p>
        </w:tc>
      </w:tr>
      <w:tr>
        <w:trPr>
          <w:cantSplit/>
        </w:trPr>
        <w:tc>
          <w:tcPr>
            <w:tcW w:type="dxa" w:w="1938"/>
          </w:tcPr>
          <w:p>
            <w:pPr>
              <w:spacing w:after="0"/>
              <w:jc w:val="left"/>
            </w:pPr>
            <w:r>
              <w:rPr>
                <w:sz w:val="16"/>
              </w:rPr>
              <w:t>High Wind and Strong Wind (outside NRI's Strong Wind definition)</w:t>
            </w:r>
          </w:p>
        </w:tc>
        <w:tc>
          <w:tcPr>
            <w:tcW w:type="dxa" w:w="1936"/>
          </w:tcPr>
          <w:p>
            <w:pPr>
              <w:spacing w:after="0"/>
              <w:jc w:val="left"/>
            </w:pPr>
            <w:r>
              <w:rPr>
                <w:sz w:val="16"/>
              </w:rPr>
              <w:t>wind speed (kt and mph)</w:t>
            </w:r>
          </w:p>
        </w:tc>
        <w:tc>
          <w:tcPr>
            <w:tcW w:type="dxa" w:w="1590"/>
          </w:tcPr>
          <w:p>
            <w:pPr>
              <w:spacing w:after="0"/>
              <w:jc w:val="right"/>
            </w:pPr>
            <w:r>
              <w:rPr>
                <w:sz w:val="16"/>
              </w:rPr>
              <w:t>19 records, 1996 to 2025 (19 zone-level)</w:t>
            </w:r>
          </w:p>
        </w:tc>
        <w:tc>
          <w:tcPr>
            <w:tcW w:type="dxa" w:w="2070"/>
          </w:tcPr>
          <w:p>
            <w:pPr>
              <w:spacing w:after="0"/>
              <w:jc w:val="left"/>
            </w:pPr>
            <w:r>
              <w:rPr>
                <w:sz w:val="16"/>
              </w:rPr>
              <w:t>38 kt (44 mph) to 70 kt (81 mph) (median 53 kt (61 mph)); 19 with a recorded value</w:t>
            </w:r>
          </w:p>
        </w:tc>
        <w:tc>
          <w:tcPr>
            <w:tcW w:type="dxa" w:w="1473"/>
          </w:tcPr>
          <w:p>
            <w:pPr>
              <w:spacing w:after="0"/>
              <w:jc w:val="left"/>
            </w:pPr>
            <w:r>
              <w:rPr>
                <w:sz w:val="16"/>
              </w:rPr>
              <w:t>70 kt (81 mph) measured gust, High Wind, 2024-05-16; NWS zone TXZ060</w:t>
            </w:r>
          </w:p>
        </w:tc>
        <w:tc>
          <w:tcPr>
            <w:tcW w:type="dxa" w:w="1682"/>
          </w:tcPr>
          <w:p>
            <w:pPr>
              <w:spacing w:after="0"/>
              <w:jc w:val="left"/>
            </w:pPr>
            <w:r>
              <w:rPr>
                <w:sz w:val="16"/>
              </w:rPr>
              <w:t>High Wind, 1996-01-17, $35,000 property; crops not reported (zone total, 1996 dollars)</w:t>
            </w:r>
          </w:p>
        </w:tc>
        <w:tc>
          <w:tcPr>
            <w:tcW w:type="dxa" w:w="1795"/>
          </w:tcPr>
          <w:p>
            <w:pPr>
              <w:spacing w:after="0"/>
              <w:jc w:val="left"/>
            </w:pPr>
            <w:r>
              <w:rPr>
                <w:sz w:val="16"/>
              </w:rPr>
              <w:t>Countywide (zone-level records).</w:t>
            </w:r>
          </w:p>
        </w:tc>
        <w:tc>
          <w:tcPr>
            <w:tcW w:type="dxa" w:w="1628"/>
          </w:tcPr>
          <w:p>
            <w:pPr>
              <w:spacing w:after="0"/>
              <w:jc w:val="left"/>
            </w:pPr>
          </w:p>
        </w:tc>
      </w:tr>
      <w:tr>
        <w:trPr>
          <w:cantSplit/>
        </w:trPr>
        <w:tc>
          <w:tcPr>
            <w:tcW w:type="dxa" w:w="1938"/>
          </w:tcPr>
          <w:p>
            <w:pPr>
              <w:spacing w:after="0"/>
              <w:jc w:val="left"/>
            </w:pPr>
            <w:r>
              <w:rPr>
                <w:sz w:val="16"/>
              </w:rPr>
              <w:t>Thunderstorm Wind</w:t>
            </w:r>
          </w:p>
        </w:tc>
        <w:tc>
          <w:tcPr>
            <w:tcW w:type="dxa" w:w="1936"/>
          </w:tcPr>
          <w:p>
            <w:pPr>
              <w:spacing w:after="0"/>
              <w:jc w:val="left"/>
            </w:pPr>
            <w:r>
              <w:rPr>
                <w:sz w:val="16"/>
              </w:rPr>
              <w:t>wind speed (kt and mph)</w:t>
            </w:r>
          </w:p>
        </w:tc>
        <w:tc>
          <w:tcPr>
            <w:tcW w:type="dxa" w:w="1590"/>
          </w:tcPr>
          <w:p>
            <w:pPr>
              <w:spacing w:after="0"/>
              <w:jc w:val="right"/>
            </w:pPr>
            <w:r>
              <w:rPr>
                <w:sz w:val="16"/>
              </w:rPr>
              <w:t>77 records, 1955 to 2025</w:t>
            </w:r>
          </w:p>
        </w:tc>
        <w:tc>
          <w:tcPr>
            <w:tcW w:type="dxa" w:w="2070"/>
          </w:tcPr>
          <w:p>
            <w:pPr>
              <w:spacing w:after="0"/>
              <w:jc w:val="left"/>
            </w:pPr>
            <w:r>
              <w:rPr>
                <w:sz w:val="16"/>
              </w:rPr>
              <w:t>50 kt (58 mph) to 86 kt (99 mph) (median 56 kt (64 mph)); 69 with a recorded value</w:t>
            </w:r>
          </w:p>
        </w:tc>
        <w:tc>
          <w:tcPr>
            <w:tcW w:type="dxa" w:w="1473"/>
          </w:tcPr>
          <w:p>
            <w:pPr>
              <w:spacing w:after="0"/>
              <w:jc w:val="left"/>
            </w:pPr>
            <w:r>
              <w:rPr>
                <w:sz w:val="16"/>
              </w:rPr>
              <w:t>86 kt (99 mph), measurement type not recorded, Thunderstorm Wind, 1957-05-30</w:t>
            </w:r>
          </w:p>
        </w:tc>
        <w:tc>
          <w:tcPr>
            <w:tcW w:type="dxa" w:w="1682"/>
          </w:tcPr>
          <w:p>
            <w:pPr>
              <w:spacing w:after="0"/>
              <w:jc w:val="left"/>
            </w:pPr>
            <w:r>
              <w:rPr>
                <w:sz w:val="16"/>
              </w:rPr>
              <w:t>Thunderstorm Wind, 2007-06-26, $100,000 property; $0 crops (2007 dollars)</w:t>
            </w:r>
          </w:p>
        </w:tc>
        <w:tc>
          <w:tcPr>
            <w:tcW w:type="dxa" w:w="1795"/>
          </w:tcPr>
          <w:p>
            <w:pPr>
              <w:spacing w:after="0"/>
              <w:jc w:val="left"/>
            </w:pPr>
            <w:r>
              <w:rPr>
                <w:sz w:val="16"/>
              </w:rPr>
              <w:t>No event record names a jurisdiction in the plan.</w:t>
            </w:r>
          </w:p>
        </w:tc>
        <w:tc>
          <w:tcPr>
            <w:tcW w:type="dxa" w:w="1628"/>
          </w:tcPr>
          <w:p>
            <w:pPr>
              <w:spacing w:after="0"/>
              <w:jc w:val="left"/>
            </w:pPr>
          </w:p>
        </w:tc>
      </w:tr>
      <w:tr>
        <w:trPr>
          <w:cantSplit/>
        </w:trPr>
        <w:tc>
          <w:tcPr>
            <w:tcW w:type="dxa" w:w="1938"/>
          </w:tcPr>
          <w:p>
            <w:pPr>
              <w:spacing w:after="0"/>
              <w:jc w:val="left"/>
            </w:pPr>
            <w:r>
              <w:rPr>
                <w:sz w:val="16"/>
              </w:rPr>
              <w:t>Tornado</w:t>
            </w:r>
          </w:p>
        </w:tc>
        <w:tc>
          <w:tcPr>
            <w:tcW w:type="dxa" w:w="1936"/>
          </w:tcPr>
          <w:p>
            <w:pPr>
              <w:spacing w:after="0"/>
              <w:jc w:val="left"/>
            </w:pPr>
            <w:r>
              <w:rPr>
                <w:sz w:val="16"/>
              </w:rPr>
              <w:t>Enhanced Fujita (Fujita before Feb 2007)</w:t>
            </w:r>
          </w:p>
        </w:tc>
        <w:tc>
          <w:tcPr>
            <w:tcW w:type="dxa" w:w="1590"/>
          </w:tcPr>
          <w:p>
            <w:pPr>
              <w:spacing w:after="0"/>
              <w:jc w:val="right"/>
            </w:pPr>
            <w:r>
              <w:rPr>
                <w:sz w:val="16"/>
              </w:rPr>
              <w:t>11 records, 1955 to 2010</w:t>
            </w:r>
          </w:p>
        </w:tc>
        <w:tc>
          <w:tcPr>
            <w:tcW w:type="dxa" w:w="2070"/>
          </w:tcPr>
          <w:p>
            <w:pPr>
              <w:spacing w:after="0"/>
              <w:jc w:val="left"/>
            </w:pPr>
            <w:r>
              <w:rPr>
                <w:sz w:val="16"/>
              </w:rPr>
              <w:t>F/EF0 to F/EF2 (median F/EF0); 11 with a recorded value</w:t>
            </w:r>
          </w:p>
        </w:tc>
        <w:tc>
          <w:tcPr>
            <w:tcW w:type="dxa" w:w="1473"/>
          </w:tcPr>
          <w:p>
            <w:pPr>
              <w:spacing w:after="0"/>
              <w:jc w:val="left"/>
            </w:pPr>
            <w:r>
              <w:rPr>
                <w:sz w:val="16"/>
              </w:rPr>
              <w:t>F2 tornado, 1955-05-30, 2 mi path length (whole path, pre-1996), 600 yd wide, $25,000 property; crops not recorded (1955 dollars)</w:t>
            </w:r>
          </w:p>
        </w:tc>
        <w:tc>
          <w:tcPr>
            <w:tcW w:type="dxa" w:w="1682"/>
          </w:tcPr>
          <w:p>
            <w:pPr>
              <w:spacing w:after="0"/>
              <w:jc w:val="left"/>
            </w:pPr>
          </w:p>
        </w:tc>
        <w:tc>
          <w:tcPr>
            <w:tcW w:type="dxa" w:w="1795"/>
          </w:tcPr>
          <w:p>
            <w:pPr>
              <w:spacing w:after="0"/>
              <w:jc w:val="left"/>
            </w:pPr>
            <w:r>
              <w:rPr>
                <w:sz w:val="16"/>
              </w:rPr>
              <w:t>No event record names a jurisdiction in the plan.</w:t>
            </w:r>
          </w:p>
        </w:tc>
        <w:tc>
          <w:tcPr>
            <w:tcW w:type="dxa" w:w="162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8"/>
          </w:tcPr>
          <w:p>
            <w:pPr>
              <w:spacing w:after="0"/>
              <w:jc w:val="left"/>
            </w:pPr>
            <w:r>
              <w:rPr>
                <w:sz w:val="16"/>
              </w:rPr>
              <w:t>Wildfire</w:t>
            </w:r>
          </w:p>
        </w:tc>
        <w:tc>
          <w:tcPr>
            <w:tcW w:type="dxa" w:w="1936"/>
          </w:tcPr>
          <w:p>
            <w:pPr>
              <w:spacing w:after="0"/>
              <w:jc w:val="left"/>
            </w:pPr>
            <w:r>
              <w:rPr>
                <w:sz w:val="16"/>
              </w:rPr>
              <w:t>acres burned (local data)</w:t>
            </w:r>
          </w:p>
        </w:tc>
        <w:tc>
          <w:tcPr>
            <w:tcW w:type="dxa" w:w="1590"/>
          </w:tcPr>
          <w:p>
            <w:pPr>
              <w:spacing w:after="0"/>
              <w:jc w:val="right"/>
            </w:pPr>
            <w:r>
              <w:rPr>
                <w:sz w:val="16"/>
              </w:rPr>
              <w:t>1 record, 2011 (1 zone-level)</w:t>
            </w:r>
          </w:p>
        </w:tc>
        <w:tc>
          <w:tcPr>
            <w:tcW w:type="dxa" w:w="2070"/>
          </w:tcPr>
          <w:p>
            <w:pPr>
              <w:spacing w:after="0"/>
              <w:jc w:val="left"/>
            </w:pPr>
          </w:p>
        </w:tc>
        <w:tc>
          <w:tcPr>
            <w:tcW w:type="dxa" w:w="1473"/>
          </w:tcPr>
          <w:p>
            <w:pPr>
              <w:spacing w:after="0"/>
              <w:jc w:val="left"/>
            </w:pPr>
            <w:r>
              <w:rPr>
                <w:sz w:val="16"/>
              </w:rPr>
              <w:t>No damage reported in 1 record.</w:t>
            </w:r>
          </w:p>
        </w:tc>
        <w:tc>
          <w:tcPr>
            <w:tcW w:type="dxa" w:w="1682"/>
          </w:tcPr>
          <w:p>
            <w:pPr>
              <w:spacing w:after="0"/>
              <w:jc w:val="left"/>
            </w:pPr>
          </w:p>
        </w:tc>
        <w:tc>
          <w:tcPr>
            <w:tcW w:type="dxa" w:w="1795"/>
          </w:tcPr>
          <w:p>
            <w:pPr>
              <w:spacing w:after="0"/>
              <w:jc w:val="left"/>
            </w:pPr>
            <w:r>
              <w:rPr>
                <w:sz w:val="16"/>
              </w:rPr>
              <w:t>Countywide (zone-level records).</w:t>
            </w:r>
          </w:p>
        </w:tc>
        <w:tc>
          <w:tcPr>
            <w:tcW w:type="dxa" w:w="1628"/>
          </w:tcPr>
          <w:p>
            <w:pPr>
              <w:spacing w:after="0"/>
              <w:jc w:val="left"/>
            </w:pPr>
          </w:p>
        </w:tc>
      </w:tr>
      <w:tr>
        <w:trPr>
          <w:cantSplit/>
        </w:trPr>
        <w:tc>
          <w:tcPr>
            <w:tcW w:type="dxa" w:w="1938"/>
          </w:tcPr>
          <w:p>
            <w:pPr>
              <w:spacing w:after="0"/>
              <w:jc w:val="left"/>
            </w:pPr>
            <w:r>
              <w:rPr>
                <w:sz w:val="16"/>
              </w:rPr>
              <w:t>Winter Storm, Heavy Snow, Blizzard, Lake-Effect Snow, Winter Weather, Sleet</w:t>
            </w:r>
          </w:p>
        </w:tc>
        <w:tc>
          <w:tcPr>
            <w:tcW w:type="dxa" w:w="1936"/>
          </w:tcPr>
          <w:p>
            <w:pPr>
              <w:spacing w:after="0"/>
              <w:jc w:val="left"/>
            </w:pPr>
            <w:r>
              <w:rPr>
                <w:sz w:val="16"/>
              </w:rPr>
              <w:t>none in data (snowfall: local data)</w:t>
            </w:r>
          </w:p>
        </w:tc>
        <w:tc>
          <w:tcPr>
            <w:tcW w:type="dxa" w:w="1590"/>
          </w:tcPr>
          <w:p>
            <w:pPr>
              <w:spacing w:after="0"/>
              <w:jc w:val="right"/>
            </w:pPr>
            <w:r>
              <w:rPr>
                <w:sz w:val="16"/>
              </w:rPr>
              <w:t>12 records, 1997 to 2021 (12 zone-level)</w:t>
            </w:r>
          </w:p>
        </w:tc>
        <w:tc>
          <w:tcPr>
            <w:tcW w:type="dxa" w:w="2070"/>
          </w:tcPr>
          <w:p>
            <w:pPr>
              <w:spacing w:after="0"/>
              <w:jc w:val="left"/>
            </w:pPr>
          </w:p>
        </w:tc>
        <w:tc>
          <w:tcPr>
            <w:tcW w:type="dxa" w:w="1473"/>
          </w:tcPr>
          <w:p>
            <w:pPr>
              <w:spacing w:after="0"/>
              <w:jc w:val="left"/>
            </w:pPr>
            <w:r>
              <w:rPr>
                <w:sz w:val="16"/>
              </w:rPr>
              <w:t>No damage reported in 12 records.</w:t>
            </w:r>
          </w:p>
        </w:tc>
        <w:tc>
          <w:tcPr>
            <w:tcW w:type="dxa" w:w="1682"/>
          </w:tcPr>
          <w:p>
            <w:pPr>
              <w:spacing w:after="0"/>
              <w:jc w:val="left"/>
            </w:pPr>
          </w:p>
        </w:tc>
        <w:tc>
          <w:tcPr>
            <w:tcW w:type="dxa" w:w="1795"/>
          </w:tcPr>
          <w:p>
            <w:pPr>
              <w:spacing w:after="0"/>
              <w:jc w:val="left"/>
            </w:pPr>
            <w:r>
              <w:rPr>
                <w:sz w:val="16"/>
              </w:rPr>
              <w:t>Countywide (zone-level records).</w:t>
            </w:r>
          </w:p>
        </w:tc>
        <w:tc>
          <w:tcPr>
            <w:tcW w:type="dxa" w:w="162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5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6"/>
        <w:gridCol w:w="1196"/>
        <w:gridCol w:w="1196"/>
        <w:gridCol w:w="1609"/>
        <w:gridCol w:w="2227"/>
        <w:gridCol w:w="2502"/>
        <w:gridCol w:w="3154"/>
        <w:gridCol w:w="1032"/>
      </w:tblGrid>
      <w:tr>
        <w:trPr>
          <w:cantSplit/>
          <w:tblHeader/>
        </w:trPr>
        <w:tc>
          <w:tcPr>
            <w:tcW w:type="dxa" w:w="1196"/>
            <w:shd w:val="clear" w:color="auto" w:fill="E8E8E8"/>
          </w:tcPr>
          <w:p>
            <w:pPr>
              <w:spacing w:after="0"/>
              <w:jc w:val="left"/>
            </w:pPr>
            <w:r>
              <w:rPr>
                <w:b/>
                <w:sz w:val="16"/>
              </w:rPr>
              <w:t>Declared</w:t>
            </w:r>
          </w:p>
        </w:tc>
        <w:tc>
          <w:tcPr>
            <w:tcW w:type="dxa" w:w="1196"/>
            <w:shd w:val="clear" w:color="auto" w:fill="E8E8E8"/>
          </w:tcPr>
          <w:p>
            <w:pPr>
              <w:spacing w:after="0"/>
              <w:jc w:val="left"/>
            </w:pPr>
            <w:r>
              <w:rPr>
                <w:b/>
                <w:sz w:val="16"/>
              </w:rPr>
              <w:t>Incident began</w:t>
            </w:r>
          </w:p>
        </w:tc>
        <w:tc>
          <w:tcPr>
            <w:tcW w:type="dxa" w:w="1196"/>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227"/>
            <w:shd w:val="clear" w:color="auto" w:fill="E8E8E8"/>
          </w:tcPr>
          <w:p>
            <w:pPr>
              <w:spacing w:after="0"/>
              <w:jc w:val="left"/>
            </w:pPr>
            <w:r>
              <w:rPr>
                <w:b/>
                <w:sz w:val="16"/>
              </w:rPr>
              <w:t>Title</w:t>
            </w:r>
          </w:p>
        </w:tc>
        <w:tc>
          <w:tcPr>
            <w:tcW w:type="dxa" w:w="2502"/>
            <w:shd w:val="clear" w:color="auto" w:fill="E8E8E8"/>
          </w:tcPr>
          <w:p>
            <w:pPr>
              <w:spacing w:after="0"/>
              <w:jc w:val="left"/>
            </w:pPr>
            <w:r>
              <w:rPr>
                <w:b/>
                <w:sz w:val="16"/>
              </w:rPr>
              <w:t>Mapped hazard</w:t>
            </w:r>
          </w:p>
        </w:tc>
        <w:tc>
          <w:tcPr>
            <w:tcW w:type="dxa" w:w="31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2"/>
            <w:shd w:val="clear" w:color="auto" w:fill="E8E8E8"/>
          </w:tcPr>
          <w:p>
            <w:pPr>
              <w:spacing w:after="0"/>
              <w:jc w:val="left"/>
            </w:pPr>
            <w:r>
              <w:rPr>
                <w:b/>
                <w:sz w:val="16"/>
              </w:rPr>
              <w:t>Notes</w:t>
            </w:r>
          </w:p>
        </w:tc>
      </w:tr>
      <w:tr>
        <w:trPr>
          <w:cantSplit/>
        </w:trPr>
        <w:tc>
          <w:tcPr>
            <w:tcW w:type="dxa" w:w="1196"/>
          </w:tcPr>
          <w:p>
            <w:pPr>
              <w:spacing w:after="0"/>
              <w:jc w:val="left"/>
            </w:pPr>
            <w:r>
              <w:rPr>
                <w:sz w:val="16"/>
              </w:rPr>
              <w:t>2021-02-19</w:t>
            </w:r>
          </w:p>
        </w:tc>
        <w:tc>
          <w:tcPr>
            <w:tcW w:type="dxa" w:w="1196"/>
          </w:tcPr>
          <w:p>
            <w:pPr>
              <w:spacing w:after="0"/>
              <w:jc w:val="left"/>
            </w:pPr>
            <w:r>
              <w:rPr>
                <w:sz w:val="16"/>
              </w:rPr>
              <w:t>2021-02-11</w:t>
            </w:r>
          </w:p>
        </w:tc>
        <w:tc>
          <w:tcPr>
            <w:tcW w:type="dxa" w:w="1196"/>
          </w:tcPr>
          <w:p>
            <w:pPr>
              <w:spacing w:after="0"/>
              <w:jc w:val="left"/>
            </w:pPr>
            <w:r>
              <w:rPr>
                <w:sz w:val="16"/>
              </w:rPr>
              <w:t>DR-4586-TX</w:t>
            </w:r>
          </w:p>
        </w:tc>
        <w:tc>
          <w:tcPr>
            <w:tcW w:type="dxa" w:w="1609"/>
          </w:tcPr>
          <w:p>
            <w:pPr>
              <w:spacing w:after="0"/>
              <w:jc w:val="left"/>
            </w:pPr>
            <w:r>
              <w:rPr>
                <w:sz w:val="16"/>
              </w:rPr>
              <w:t>Major disaster</w:t>
            </w:r>
          </w:p>
        </w:tc>
        <w:tc>
          <w:tcPr>
            <w:tcW w:type="dxa" w:w="2227"/>
          </w:tcPr>
          <w:p>
            <w:pPr>
              <w:spacing w:after="0"/>
              <w:jc w:val="left"/>
            </w:pPr>
            <w:r>
              <w:rPr>
                <w:sz w:val="16"/>
              </w:rPr>
              <w:t>Severe Winter Storms</w:t>
            </w:r>
          </w:p>
        </w:tc>
        <w:tc>
          <w:tcPr>
            <w:tcW w:type="dxa" w:w="2502"/>
          </w:tcPr>
          <w:p>
            <w:pPr>
              <w:spacing w:after="0"/>
              <w:jc w:val="left"/>
            </w:pPr>
            <w:r>
              <w:rPr>
                <w:sz w:val="16"/>
              </w:rPr>
              <w:t>Ice Storm</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2021-02-14</w:t>
            </w:r>
          </w:p>
        </w:tc>
        <w:tc>
          <w:tcPr>
            <w:tcW w:type="dxa" w:w="1196"/>
          </w:tcPr>
          <w:p>
            <w:pPr>
              <w:spacing w:after="0"/>
              <w:jc w:val="left"/>
            </w:pPr>
            <w:r>
              <w:rPr>
                <w:sz w:val="16"/>
              </w:rPr>
              <w:t>2021-02-11</w:t>
            </w:r>
          </w:p>
        </w:tc>
        <w:tc>
          <w:tcPr>
            <w:tcW w:type="dxa" w:w="1196"/>
          </w:tcPr>
          <w:p>
            <w:pPr>
              <w:spacing w:after="0"/>
              <w:jc w:val="left"/>
            </w:pPr>
            <w:r>
              <w:rPr>
                <w:sz w:val="16"/>
              </w:rPr>
              <w:t>EM-3554-TX</w:t>
            </w:r>
          </w:p>
        </w:tc>
        <w:tc>
          <w:tcPr>
            <w:tcW w:type="dxa" w:w="1609"/>
          </w:tcPr>
          <w:p>
            <w:pPr>
              <w:spacing w:after="0"/>
              <w:jc w:val="left"/>
            </w:pPr>
            <w:r>
              <w:rPr>
                <w:sz w:val="16"/>
              </w:rPr>
              <w:t>Emergency</w:t>
            </w:r>
          </w:p>
        </w:tc>
        <w:tc>
          <w:tcPr>
            <w:tcW w:type="dxa" w:w="2227"/>
          </w:tcPr>
          <w:p>
            <w:pPr>
              <w:spacing w:after="0"/>
              <w:jc w:val="left"/>
            </w:pPr>
            <w:r>
              <w:rPr>
                <w:sz w:val="16"/>
              </w:rPr>
              <w:t>Severe Winter Storm</w:t>
            </w:r>
          </w:p>
        </w:tc>
        <w:tc>
          <w:tcPr>
            <w:tcW w:type="dxa" w:w="2502"/>
          </w:tcPr>
          <w:p>
            <w:pPr>
              <w:spacing w:after="0"/>
              <w:jc w:val="left"/>
            </w:pPr>
            <w:r>
              <w:rPr>
                <w:sz w:val="16"/>
              </w:rPr>
              <w:t>Ice Storm</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DR-4586</w:t>
            </w:r>
          </w:p>
        </w:tc>
      </w:tr>
      <w:tr>
        <w:trPr>
          <w:cantSplit/>
        </w:trPr>
        <w:tc>
          <w:tcPr>
            <w:tcW w:type="dxa" w:w="1196"/>
          </w:tcPr>
          <w:p>
            <w:pPr>
              <w:spacing w:after="0"/>
              <w:jc w:val="left"/>
            </w:pPr>
            <w:r>
              <w:rPr>
                <w:sz w:val="16"/>
              </w:rPr>
              <w:t>2020-03-25</w:t>
            </w:r>
          </w:p>
        </w:tc>
        <w:tc>
          <w:tcPr>
            <w:tcW w:type="dxa" w:w="1196"/>
          </w:tcPr>
          <w:p>
            <w:pPr>
              <w:spacing w:after="0"/>
              <w:jc w:val="left"/>
            </w:pPr>
            <w:r>
              <w:rPr>
                <w:sz w:val="16"/>
              </w:rPr>
              <w:t>2020-01-20</w:t>
            </w:r>
          </w:p>
        </w:tc>
        <w:tc>
          <w:tcPr>
            <w:tcW w:type="dxa" w:w="1196"/>
          </w:tcPr>
          <w:p>
            <w:pPr>
              <w:spacing w:after="0"/>
              <w:jc w:val="left"/>
            </w:pPr>
            <w:r>
              <w:rPr>
                <w:sz w:val="16"/>
              </w:rPr>
              <w:t>DR-4485-TX</w:t>
            </w:r>
          </w:p>
        </w:tc>
        <w:tc>
          <w:tcPr>
            <w:tcW w:type="dxa" w:w="1609"/>
          </w:tcPr>
          <w:p>
            <w:pPr>
              <w:spacing w:after="0"/>
              <w:jc w:val="left"/>
            </w:pPr>
            <w:r>
              <w:rPr>
                <w:sz w:val="16"/>
              </w:rPr>
              <w:t>Major disaster</w:t>
            </w:r>
          </w:p>
        </w:tc>
        <w:tc>
          <w:tcPr>
            <w:tcW w:type="dxa" w:w="2227"/>
          </w:tcPr>
          <w:p>
            <w:pPr>
              <w:spacing w:after="0"/>
              <w:jc w:val="left"/>
            </w:pPr>
            <w:r>
              <w:rPr>
                <w:sz w:val="16"/>
              </w:rPr>
              <w:t>COVID-19 Pandemic</w:t>
            </w:r>
          </w:p>
        </w:tc>
        <w:tc>
          <w:tcPr>
            <w:tcW w:type="dxa" w:w="2502"/>
          </w:tcPr>
          <w:p>
            <w:pPr>
              <w:spacing w:after="0"/>
              <w:jc w:val="left"/>
            </w:pPr>
            <w:r>
              <w:rPr>
                <w:sz w:val="16"/>
              </w:rPr>
              <w:t>Non-natural,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2020-03-13</w:t>
            </w:r>
          </w:p>
        </w:tc>
        <w:tc>
          <w:tcPr>
            <w:tcW w:type="dxa" w:w="1196"/>
          </w:tcPr>
          <w:p>
            <w:pPr>
              <w:spacing w:after="0"/>
              <w:jc w:val="left"/>
            </w:pPr>
            <w:r>
              <w:rPr>
                <w:sz w:val="16"/>
              </w:rPr>
              <w:t>2020-01-20</w:t>
            </w:r>
          </w:p>
        </w:tc>
        <w:tc>
          <w:tcPr>
            <w:tcW w:type="dxa" w:w="1196"/>
          </w:tcPr>
          <w:p>
            <w:pPr>
              <w:spacing w:after="0"/>
              <w:jc w:val="left"/>
            </w:pPr>
            <w:r>
              <w:rPr>
                <w:sz w:val="16"/>
              </w:rPr>
              <w:t>EM-3458-TX</w:t>
            </w:r>
          </w:p>
        </w:tc>
        <w:tc>
          <w:tcPr>
            <w:tcW w:type="dxa" w:w="1609"/>
          </w:tcPr>
          <w:p>
            <w:pPr>
              <w:spacing w:after="0"/>
              <w:jc w:val="left"/>
            </w:pPr>
            <w:r>
              <w:rPr>
                <w:sz w:val="16"/>
              </w:rPr>
              <w:t>Emergency</w:t>
            </w:r>
          </w:p>
        </w:tc>
        <w:tc>
          <w:tcPr>
            <w:tcW w:type="dxa" w:w="2227"/>
          </w:tcPr>
          <w:p>
            <w:pPr>
              <w:spacing w:after="0"/>
              <w:jc w:val="left"/>
            </w:pPr>
            <w:r>
              <w:rPr>
                <w:sz w:val="16"/>
              </w:rPr>
              <w:t>COVID-19</w:t>
            </w:r>
          </w:p>
        </w:tc>
        <w:tc>
          <w:tcPr>
            <w:tcW w:type="dxa" w:w="2502"/>
          </w:tcPr>
          <w:p>
            <w:pPr>
              <w:spacing w:after="0"/>
              <w:jc w:val="left"/>
            </w:pPr>
            <w:r>
              <w:rPr>
                <w:sz w:val="16"/>
              </w:rPr>
              <w:t>Non-natural, not counted</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DR-4485</w:t>
            </w:r>
          </w:p>
        </w:tc>
      </w:tr>
      <w:tr>
        <w:trPr>
          <w:cantSplit/>
        </w:trPr>
        <w:tc>
          <w:tcPr>
            <w:tcW w:type="dxa" w:w="1196"/>
          </w:tcPr>
          <w:p>
            <w:pPr>
              <w:spacing w:after="0"/>
              <w:jc w:val="left"/>
            </w:pPr>
            <w:r>
              <w:rPr>
                <w:sz w:val="16"/>
              </w:rPr>
              <w:t>2011-07-01</w:t>
            </w:r>
          </w:p>
        </w:tc>
        <w:tc>
          <w:tcPr>
            <w:tcW w:type="dxa" w:w="1196"/>
          </w:tcPr>
          <w:p>
            <w:pPr>
              <w:spacing w:after="0"/>
              <w:jc w:val="left"/>
            </w:pPr>
            <w:r>
              <w:rPr>
                <w:sz w:val="16"/>
              </w:rPr>
              <w:t>2011-04-06</w:t>
            </w:r>
          </w:p>
        </w:tc>
        <w:tc>
          <w:tcPr>
            <w:tcW w:type="dxa" w:w="1196"/>
          </w:tcPr>
          <w:p>
            <w:pPr>
              <w:spacing w:after="0"/>
              <w:jc w:val="left"/>
            </w:pPr>
            <w:r>
              <w:rPr>
                <w:sz w:val="16"/>
              </w:rPr>
              <w:t>DR-1999-TX</w:t>
            </w:r>
          </w:p>
        </w:tc>
        <w:tc>
          <w:tcPr>
            <w:tcW w:type="dxa" w:w="1609"/>
          </w:tcPr>
          <w:p>
            <w:pPr>
              <w:spacing w:after="0"/>
              <w:jc w:val="left"/>
            </w:pPr>
            <w:r>
              <w:rPr>
                <w:sz w:val="16"/>
              </w:rPr>
              <w:t>Major disaster</w:t>
            </w:r>
          </w:p>
        </w:tc>
        <w:tc>
          <w:tcPr>
            <w:tcW w:type="dxa" w:w="2227"/>
          </w:tcPr>
          <w:p>
            <w:pPr>
              <w:spacing w:after="0"/>
              <w:jc w:val="left"/>
            </w:pPr>
            <w:r>
              <w:rPr>
                <w:sz w:val="16"/>
              </w:rPr>
              <w:t>Wildfires</w:t>
            </w:r>
          </w:p>
        </w:tc>
        <w:tc>
          <w:tcPr>
            <w:tcW w:type="dxa" w:w="2502"/>
          </w:tcPr>
          <w:p>
            <w:pPr>
              <w:spacing w:after="0"/>
              <w:jc w:val="left"/>
            </w:pPr>
            <w:r>
              <w:rPr>
                <w:sz w:val="16"/>
              </w:rPr>
              <w:t>Wildfire</w:t>
            </w:r>
          </w:p>
        </w:tc>
        <w:tc>
          <w:tcPr>
            <w:tcW w:type="dxa" w:w="3154"/>
          </w:tcPr>
          <w:p>
            <w:pPr>
              <w:spacing w:after="0"/>
              <w:jc w:val="right"/>
            </w:pPr>
            <w:r>
              <w:rPr>
                <w:sz w:val="16"/>
              </w:rPr>
              <w:t>$24,719.15</w:t>
            </w:r>
          </w:p>
        </w:tc>
        <w:tc>
          <w:tcPr>
            <w:tcW w:type="dxa" w:w="1032"/>
          </w:tcPr>
          <w:p>
            <w:pPr>
              <w:spacing w:after="0"/>
              <w:jc w:val="left"/>
            </w:pPr>
          </w:p>
        </w:tc>
      </w:tr>
      <w:tr>
        <w:trPr>
          <w:cantSplit/>
        </w:trPr>
        <w:tc>
          <w:tcPr>
            <w:tcW w:type="dxa" w:w="1196"/>
          </w:tcPr>
          <w:p>
            <w:pPr>
              <w:spacing w:after="0"/>
              <w:jc w:val="left"/>
            </w:pPr>
            <w:r>
              <w:rPr>
                <w:sz w:val="16"/>
              </w:rPr>
              <w:t>2008-03-14</w:t>
            </w:r>
          </w:p>
        </w:tc>
        <w:tc>
          <w:tcPr>
            <w:tcW w:type="dxa" w:w="1196"/>
          </w:tcPr>
          <w:p>
            <w:pPr>
              <w:spacing w:after="0"/>
              <w:jc w:val="left"/>
            </w:pPr>
            <w:r>
              <w:rPr>
                <w:sz w:val="16"/>
              </w:rPr>
              <w:t>2008-03-14</w:t>
            </w:r>
          </w:p>
        </w:tc>
        <w:tc>
          <w:tcPr>
            <w:tcW w:type="dxa" w:w="1196"/>
          </w:tcPr>
          <w:p>
            <w:pPr>
              <w:spacing w:after="0"/>
              <w:jc w:val="left"/>
            </w:pPr>
            <w:r>
              <w:rPr>
                <w:sz w:val="16"/>
              </w:rPr>
              <w:t>EM-3284-TX</w:t>
            </w:r>
          </w:p>
        </w:tc>
        <w:tc>
          <w:tcPr>
            <w:tcW w:type="dxa" w:w="1609"/>
          </w:tcPr>
          <w:p>
            <w:pPr>
              <w:spacing w:after="0"/>
              <w:jc w:val="left"/>
            </w:pPr>
            <w:r>
              <w:rPr>
                <w:sz w:val="16"/>
              </w:rPr>
              <w:t>Emergency</w:t>
            </w:r>
          </w:p>
        </w:tc>
        <w:tc>
          <w:tcPr>
            <w:tcW w:type="dxa" w:w="2227"/>
          </w:tcPr>
          <w:p>
            <w:pPr>
              <w:spacing w:after="0"/>
              <w:jc w:val="left"/>
            </w:pPr>
            <w:r>
              <w:rPr>
                <w:sz w:val="16"/>
              </w:rPr>
              <w:t>Wildfires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2006-01-11</w:t>
            </w:r>
          </w:p>
        </w:tc>
        <w:tc>
          <w:tcPr>
            <w:tcW w:type="dxa" w:w="1196"/>
          </w:tcPr>
          <w:p>
            <w:pPr>
              <w:spacing w:after="0"/>
              <w:jc w:val="left"/>
            </w:pPr>
            <w:r>
              <w:rPr>
                <w:sz w:val="16"/>
              </w:rPr>
              <w:t>2005-11-27</w:t>
            </w:r>
          </w:p>
        </w:tc>
        <w:tc>
          <w:tcPr>
            <w:tcW w:type="dxa" w:w="1196"/>
          </w:tcPr>
          <w:p>
            <w:pPr>
              <w:spacing w:after="0"/>
              <w:jc w:val="left"/>
            </w:pPr>
            <w:r>
              <w:rPr>
                <w:sz w:val="16"/>
              </w:rPr>
              <w:t>DR-1624-TX</w:t>
            </w:r>
          </w:p>
        </w:tc>
        <w:tc>
          <w:tcPr>
            <w:tcW w:type="dxa" w:w="1609"/>
          </w:tcPr>
          <w:p>
            <w:pPr>
              <w:spacing w:after="0"/>
              <w:jc w:val="left"/>
            </w:pPr>
            <w:r>
              <w:rPr>
                <w:sz w:val="16"/>
              </w:rPr>
              <w:t>Major disaster</w:t>
            </w:r>
          </w:p>
        </w:tc>
        <w:tc>
          <w:tcPr>
            <w:tcW w:type="dxa" w:w="2227"/>
          </w:tcPr>
          <w:p>
            <w:pPr>
              <w:spacing w:after="0"/>
              <w:jc w:val="left"/>
            </w:pPr>
            <w:r>
              <w:rPr>
                <w:sz w:val="16"/>
              </w:rPr>
              <w:t>Extreme Wildfire Threat</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2005-09-24</w:t>
            </w:r>
          </w:p>
        </w:tc>
        <w:tc>
          <w:tcPr>
            <w:tcW w:type="dxa" w:w="1196"/>
          </w:tcPr>
          <w:p>
            <w:pPr>
              <w:spacing w:after="0"/>
              <w:jc w:val="left"/>
            </w:pPr>
            <w:r>
              <w:rPr>
                <w:sz w:val="16"/>
              </w:rPr>
              <w:t>2005-09-23</w:t>
            </w:r>
          </w:p>
        </w:tc>
        <w:tc>
          <w:tcPr>
            <w:tcW w:type="dxa" w:w="1196"/>
          </w:tcPr>
          <w:p>
            <w:pPr>
              <w:spacing w:after="0"/>
              <w:jc w:val="left"/>
            </w:pPr>
            <w:r>
              <w:rPr>
                <w:sz w:val="16"/>
              </w:rPr>
              <w:t>DR-1606-TX</w:t>
            </w:r>
          </w:p>
        </w:tc>
        <w:tc>
          <w:tcPr>
            <w:tcW w:type="dxa" w:w="1609"/>
          </w:tcPr>
          <w:p>
            <w:pPr>
              <w:spacing w:after="0"/>
              <w:jc w:val="left"/>
            </w:pPr>
            <w:r>
              <w:rPr>
                <w:sz w:val="16"/>
              </w:rPr>
              <w:t>Major disaster</w:t>
            </w:r>
          </w:p>
        </w:tc>
        <w:tc>
          <w:tcPr>
            <w:tcW w:type="dxa" w:w="2227"/>
          </w:tcPr>
          <w:p>
            <w:pPr>
              <w:spacing w:after="0"/>
              <w:jc w:val="left"/>
            </w:pPr>
            <w:r>
              <w:rPr>
                <w:sz w:val="16"/>
              </w:rPr>
              <w:t>Hurricane Rita</w:t>
            </w:r>
          </w:p>
        </w:tc>
        <w:tc>
          <w:tcPr>
            <w:tcW w:type="dxa" w:w="2502"/>
          </w:tcPr>
          <w:p>
            <w:pPr>
              <w:spacing w:after="0"/>
              <w:jc w:val="left"/>
            </w:pPr>
            <w:r>
              <w:rPr>
                <w:sz w:val="16"/>
              </w:rPr>
              <w:t>Hurricane: evacuation support (county designated for sheltering evacuees, no Individual Assistance),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2005-09-21</w:t>
            </w:r>
          </w:p>
        </w:tc>
        <w:tc>
          <w:tcPr>
            <w:tcW w:type="dxa" w:w="1196"/>
          </w:tcPr>
          <w:p>
            <w:pPr>
              <w:spacing w:after="0"/>
              <w:jc w:val="left"/>
            </w:pPr>
            <w:r>
              <w:rPr>
                <w:sz w:val="16"/>
              </w:rPr>
              <w:t>2005-09-20</w:t>
            </w:r>
          </w:p>
        </w:tc>
        <w:tc>
          <w:tcPr>
            <w:tcW w:type="dxa" w:w="1196"/>
          </w:tcPr>
          <w:p>
            <w:pPr>
              <w:spacing w:after="0"/>
              <w:jc w:val="left"/>
            </w:pPr>
            <w:r>
              <w:rPr>
                <w:sz w:val="16"/>
              </w:rPr>
              <w:t>EM-3261-TX</w:t>
            </w:r>
          </w:p>
        </w:tc>
        <w:tc>
          <w:tcPr>
            <w:tcW w:type="dxa" w:w="1609"/>
          </w:tcPr>
          <w:p>
            <w:pPr>
              <w:spacing w:after="0"/>
              <w:jc w:val="left"/>
            </w:pPr>
            <w:r>
              <w:rPr>
                <w:sz w:val="16"/>
              </w:rPr>
              <w:t>Emergency</w:t>
            </w:r>
          </w:p>
        </w:tc>
        <w:tc>
          <w:tcPr>
            <w:tcW w:type="dxa" w:w="2227"/>
          </w:tcPr>
          <w:p>
            <w:pPr>
              <w:spacing w:after="0"/>
              <w:jc w:val="left"/>
            </w:pPr>
            <w:r>
              <w:rPr>
                <w:sz w:val="16"/>
              </w:rPr>
              <w:t>Hurricane Rita</w:t>
            </w:r>
          </w:p>
        </w:tc>
        <w:tc>
          <w:tcPr>
            <w:tcW w:type="dxa" w:w="2502"/>
          </w:tcPr>
          <w:p>
            <w:pPr>
              <w:spacing w:after="0"/>
              <w:jc w:val="left"/>
            </w:pPr>
            <w:r>
              <w:rPr>
                <w:sz w:val="16"/>
              </w:rPr>
              <w:t>Hurricane: evacuation support (county designated for sheltering evacuees, no Individual Assistance),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DR-1606</w:t>
            </w:r>
          </w:p>
        </w:tc>
      </w:tr>
      <w:tr>
        <w:trPr>
          <w:cantSplit/>
        </w:trPr>
        <w:tc>
          <w:tcPr>
            <w:tcW w:type="dxa" w:w="1196"/>
          </w:tcPr>
          <w:p>
            <w:pPr>
              <w:spacing w:after="0"/>
              <w:jc w:val="left"/>
            </w:pPr>
            <w:r>
              <w:rPr>
                <w:sz w:val="16"/>
              </w:rPr>
              <w:t>2005-09-02</w:t>
            </w:r>
          </w:p>
        </w:tc>
        <w:tc>
          <w:tcPr>
            <w:tcW w:type="dxa" w:w="1196"/>
          </w:tcPr>
          <w:p>
            <w:pPr>
              <w:spacing w:after="0"/>
              <w:jc w:val="left"/>
            </w:pPr>
            <w:r>
              <w:rPr>
                <w:sz w:val="16"/>
              </w:rPr>
              <w:t>2005-08-29</w:t>
            </w:r>
          </w:p>
        </w:tc>
        <w:tc>
          <w:tcPr>
            <w:tcW w:type="dxa" w:w="1196"/>
          </w:tcPr>
          <w:p>
            <w:pPr>
              <w:spacing w:after="0"/>
              <w:jc w:val="left"/>
            </w:pPr>
            <w:r>
              <w:rPr>
                <w:sz w:val="16"/>
              </w:rPr>
              <w:t>EM-3216-TX</w:t>
            </w:r>
          </w:p>
        </w:tc>
        <w:tc>
          <w:tcPr>
            <w:tcW w:type="dxa" w:w="1609"/>
          </w:tcPr>
          <w:p>
            <w:pPr>
              <w:spacing w:after="0"/>
              <w:jc w:val="left"/>
            </w:pPr>
            <w:r>
              <w:rPr>
                <w:sz w:val="16"/>
              </w:rPr>
              <w:t>Emergency</w:t>
            </w:r>
          </w:p>
        </w:tc>
        <w:tc>
          <w:tcPr>
            <w:tcW w:type="dxa" w:w="2227"/>
          </w:tcPr>
          <w:p>
            <w:pPr>
              <w:spacing w:after="0"/>
              <w:jc w:val="left"/>
            </w:pPr>
            <w:r>
              <w:rPr>
                <w:sz w:val="16"/>
              </w:rPr>
              <w:t>Hurricane Katrina Evacuation</w:t>
            </w:r>
          </w:p>
        </w:tc>
        <w:tc>
          <w:tcPr>
            <w:tcW w:type="dxa" w:w="2502"/>
          </w:tcPr>
          <w:p>
            <w:pPr>
              <w:spacing w:after="0"/>
              <w:jc w:val="left"/>
            </w:pPr>
            <w:r>
              <w:rPr>
                <w:sz w:val="16"/>
              </w:rPr>
              <w:t>Hurricane: evacuation support,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1999-09-01</w:t>
            </w:r>
          </w:p>
        </w:tc>
        <w:tc>
          <w:tcPr>
            <w:tcW w:type="dxa" w:w="1196"/>
          </w:tcPr>
          <w:p>
            <w:pPr>
              <w:spacing w:after="0"/>
              <w:jc w:val="left"/>
            </w:pPr>
            <w:r>
              <w:rPr>
                <w:sz w:val="16"/>
              </w:rPr>
              <w:t>1999-08-01</w:t>
            </w:r>
          </w:p>
        </w:tc>
        <w:tc>
          <w:tcPr>
            <w:tcW w:type="dxa" w:w="1196"/>
          </w:tcPr>
          <w:p>
            <w:pPr>
              <w:spacing w:after="0"/>
              <w:jc w:val="left"/>
            </w:pPr>
            <w:r>
              <w:rPr>
                <w:sz w:val="16"/>
              </w:rPr>
              <w:t>EM-3142-TX</w:t>
            </w:r>
          </w:p>
        </w:tc>
        <w:tc>
          <w:tcPr>
            <w:tcW w:type="dxa" w:w="1609"/>
          </w:tcPr>
          <w:p>
            <w:pPr>
              <w:spacing w:after="0"/>
              <w:jc w:val="left"/>
            </w:pPr>
            <w:r>
              <w:rPr>
                <w:sz w:val="16"/>
              </w:rPr>
              <w:t>Emergency</w:t>
            </w:r>
          </w:p>
        </w:tc>
        <w:tc>
          <w:tcPr>
            <w:tcW w:type="dxa" w:w="2227"/>
          </w:tcPr>
          <w:p>
            <w:pPr>
              <w:spacing w:after="0"/>
              <w:jc w:val="left"/>
            </w:pPr>
            <w:r>
              <w:rPr>
                <w:sz w:val="16"/>
              </w:rPr>
              <w:t>Extreme Fire Hazards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1998-08-26</w:t>
            </w:r>
          </w:p>
        </w:tc>
        <w:tc>
          <w:tcPr>
            <w:tcW w:type="dxa" w:w="1196"/>
          </w:tcPr>
          <w:p>
            <w:pPr>
              <w:spacing w:after="0"/>
              <w:jc w:val="left"/>
            </w:pPr>
            <w:r>
              <w:rPr>
                <w:sz w:val="16"/>
              </w:rPr>
              <w:t>1998-08-22</w:t>
            </w:r>
          </w:p>
        </w:tc>
        <w:tc>
          <w:tcPr>
            <w:tcW w:type="dxa" w:w="1196"/>
          </w:tcPr>
          <w:p>
            <w:pPr>
              <w:spacing w:after="0"/>
              <w:jc w:val="left"/>
            </w:pPr>
            <w:r>
              <w:rPr>
                <w:sz w:val="16"/>
              </w:rPr>
              <w:t>DR-1239-TX</w:t>
            </w:r>
          </w:p>
        </w:tc>
        <w:tc>
          <w:tcPr>
            <w:tcW w:type="dxa" w:w="1609"/>
          </w:tcPr>
          <w:p>
            <w:pPr>
              <w:spacing w:after="0"/>
              <w:jc w:val="left"/>
            </w:pPr>
            <w:r>
              <w:rPr>
                <w:sz w:val="16"/>
              </w:rPr>
              <w:t>Major disaster</w:t>
            </w:r>
          </w:p>
        </w:tc>
        <w:tc>
          <w:tcPr>
            <w:tcW w:type="dxa" w:w="2227"/>
          </w:tcPr>
          <w:p>
            <w:pPr>
              <w:spacing w:after="0"/>
              <w:jc w:val="left"/>
            </w:pPr>
            <w:r>
              <w:rPr>
                <w:sz w:val="16"/>
              </w:rPr>
              <w:t>Tropical Storm Charley</w:t>
            </w:r>
          </w:p>
        </w:tc>
        <w:tc>
          <w:tcPr>
            <w:tcW w:type="dxa" w:w="2502"/>
          </w:tcPr>
          <w:p>
            <w:pPr>
              <w:spacing w:after="0"/>
              <w:jc w:val="left"/>
            </w:pPr>
            <w:r>
              <w:rPr>
                <w:sz w:val="16"/>
              </w:rPr>
              <w:t>Hurricane; Inland Flooding: designated for Hazard Mitigation only (no Public or Individual Assistance for this county); not counted</w:t>
            </w:r>
          </w:p>
        </w:tc>
        <w:tc>
          <w:tcPr>
            <w:tcW w:type="dxa" w:w="3154"/>
          </w:tcPr>
          <w:p>
            <w:pPr>
              <w:spacing w:after="0"/>
              <w:jc w:val="right"/>
            </w:pPr>
            <w:r>
              <w:rPr>
                <w:sz w:val="16"/>
              </w:rPr>
              <w:t>PA not declared for this county</w:t>
            </w:r>
          </w:p>
        </w:tc>
        <w:tc>
          <w:tcPr>
            <w:tcW w:type="dxa" w:w="10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1"/>
        <w:gridCol w:w="3105"/>
        <w:gridCol w:w="940"/>
        <w:gridCol w:w="2500"/>
        <w:gridCol w:w="713"/>
        <w:gridCol w:w="25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1"/>
            <w:shd w:val="clear" w:color="auto" w:fill="E8E8E8"/>
          </w:tcPr>
          <w:p>
            <w:pPr>
              <w:spacing w:after="0"/>
              <w:jc w:val="left"/>
            </w:pPr>
            <w:r>
              <w:rPr>
                <w:b/>
                <w:sz w:val="16"/>
              </w:rPr>
              <w:t>Magnitude or extent</w:t>
            </w:r>
          </w:p>
        </w:tc>
        <w:tc>
          <w:tcPr>
            <w:tcW w:type="dxa" w:w="3105"/>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0"/>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5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2024-05-16</w:t>
            </w:r>
          </w:p>
        </w:tc>
        <w:tc>
          <w:tcPr>
            <w:tcW w:type="dxa" w:w="1215"/>
          </w:tcPr>
          <w:p>
            <w:pPr>
              <w:spacing w:after="0"/>
              <w:jc w:val="left"/>
            </w:pPr>
            <w:r>
              <w:rPr>
                <w:sz w:val="16"/>
              </w:rPr>
              <w:t>High Wind</w:t>
            </w:r>
          </w:p>
        </w:tc>
        <w:tc>
          <w:tcPr>
            <w:tcW w:type="dxa" w:w="2051"/>
          </w:tcPr>
          <w:p>
            <w:pPr>
              <w:spacing w:after="0"/>
              <w:jc w:val="left"/>
            </w:pPr>
            <w:r>
              <w:rPr>
                <w:sz w:val="16"/>
              </w:rPr>
              <w:t>70 kt (81 mph) measured gust</w:t>
            </w:r>
          </w:p>
        </w:tc>
        <w:tc>
          <w:tcPr>
            <w:tcW w:type="dxa" w:w="3105"/>
          </w:tcPr>
          <w:p>
            <w:pPr>
              <w:spacing w:after="0"/>
              <w:jc w:val="left"/>
            </w:pPr>
            <w:r>
              <w:rPr>
                <w:sz w:val="16"/>
              </w:rPr>
              <w:t>property not reported; $0 crops (zone total, 2024 dollars)</w:t>
            </w:r>
          </w:p>
        </w:tc>
        <w:tc>
          <w:tcPr>
            <w:tcW w:type="dxa" w:w="940"/>
          </w:tcPr>
          <w:p>
            <w:pPr>
              <w:spacing w:after="0"/>
              <w:jc w:val="right"/>
            </w:pPr>
            <w:r>
              <w:rPr>
                <w:sz w:val="16"/>
              </w:rPr>
              <w:t>0, 0</w:t>
            </w:r>
          </w:p>
        </w:tc>
        <w:tc>
          <w:tcPr>
            <w:tcW w:type="dxa" w:w="2500"/>
          </w:tcPr>
          <w:p>
            <w:pPr>
              <w:spacing w:after="0"/>
              <w:jc w:val="left"/>
            </w:pPr>
            <w:r>
              <w:rPr>
                <w:sz w:val="16"/>
              </w:rPr>
              <w:t>NWS zone TXZ060 (WINKLER), zone-level</w:t>
            </w:r>
          </w:p>
        </w:tc>
        <w:tc>
          <w:tcPr>
            <w:tcW w:type="dxa" w:w="713"/>
          </w:tcPr>
          <w:p>
            <w:pPr>
              <w:spacing w:after="0"/>
              <w:jc w:val="left"/>
            </w:pPr>
            <w:r>
              <w:rPr>
                <w:sz w:val="16"/>
              </w:rPr>
              <w:t>within last 5 years</w:t>
            </w:r>
          </w:p>
        </w:tc>
        <w:tc>
          <w:tcPr>
            <w:tcW w:type="dxa" w:w="2551"/>
          </w:tcPr>
          <w:p>
            <w:pPr>
              <w:spacing w:after="0"/>
              <w:jc w:val="left"/>
            </w:pPr>
            <w:r>
              <w:rPr>
                <w:sz w:val="16"/>
              </w:rPr>
              <w:t>B1-c worst recorded: High Wind and Strong Wind</w:t>
            </w:r>
          </w:p>
        </w:tc>
      </w:tr>
      <w:tr>
        <w:trPr>
          <w:cantSplit/>
        </w:trPr>
        <w:tc>
          <w:tcPr>
            <w:tcW w:type="dxa" w:w="1037"/>
          </w:tcPr>
          <w:p>
            <w:pPr>
              <w:spacing w:after="0"/>
              <w:jc w:val="left"/>
            </w:pPr>
            <w:r>
              <w:rPr>
                <w:sz w:val="16"/>
              </w:rPr>
              <w:t>2022-06-14</w:t>
            </w:r>
          </w:p>
        </w:tc>
        <w:tc>
          <w:tcPr>
            <w:tcW w:type="dxa" w:w="1215"/>
          </w:tcPr>
          <w:p>
            <w:pPr>
              <w:spacing w:after="0"/>
              <w:jc w:val="left"/>
            </w:pPr>
            <w:r>
              <w:rPr>
                <w:sz w:val="16"/>
              </w:rPr>
              <w:t>Thunderstorm Wind</w:t>
            </w:r>
          </w:p>
        </w:tc>
        <w:tc>
          <w:tcPr>
            <w:tcW w:type="dxa" w:w="2051"/>
          </w:tcPr>
          <w:p>
            <w:pPr>
              <w:spacing w:after="0"/>
              <w:jc w:val="left"/>
            </w:pPr>
            <w:r>
              <w:rPr>
                <w:sz w:val="16"/>
              </w:rPr>
              <w:t>61 kt (70 mph) estimated gust</w:t>
            </w:r>
          </w:p>
        </w:tc>
        <w:tc>
          <w:tcPr>
            <w:tcW w:type="dxa" w:w="3105"/>
          </w:tcPr>
          <w:p>
            <w:pPr>
              <w:spacing w:after="0"/>
              <w:jc w:val="left"/>
            </w:pPr>
            <w:r>
              <w:rPr>
                <w:sz w:val="16"/>
              </w:rPr>
              <w:t>$50,000 property; crops not reported (2022 dollars)</w:t>
            </w:r>
          </w:p>
        </w:tc>
        <w:tc>
          <w:tcPr>
            <w:tcW w:type="dxa" w:w="940"/>
          </w:tcPr>
          <w:p>
            <w:pPr>
              <w:spacing w:after="0"/>
              <w:jc w:val="right"/>
            </w:pPr>
            <w:r>
              <w:rPr>
                <w:sz w:val="16"/>
              </w:rPr>
              <w:t>0, 0</w:t>
            </w:r>
          </w:p>
        </w:tc>
        <w:tc>
          <w:tcPr>
            <w:tcW w:type="dxa" w:w="2500"/>
          </w:tcPr>
          <w:p>
            <w:pPr>
              <w:spacing w:after="0"/>
              <w:jc w:val="left"/>
            </w:pPr>
            <w:r>
              <w:rPr>
                <w:sz w:val="16"/>
              </w:rPr>
              <w:t>KERMIT ROBINSON ARPT</w:t>
            </w:r>
          </w:p>
        </w:tc>
        <w:tc>
          <w:tcPr>
            <w:tcW w:type="dxa" w:w="713"/>
          </w:tcPr>
          <w:p>
            <w:pPr>
              <w:spacing w:after="0"/>
              <w:jc w:val="left"/>
            </w:pPr>
            <w:r>
              <w:rPr>
                <w:sz w:val="16"/>
              </w:rPr>
              <w:t>within last 5 years</w:t>
            </w:r>
          </w:p>
        </w:tc>
        <w:tc>
          <w:tcPr>
            <w:tcW w:type="dxa" w:w="2551"/>
          </w:tcPr>
          <w:p>
            <w:pPr>
              <w:spacing w:after="0"/>
              <w:jc w:val="left"/>
            </w:pPr>
            <w:r>
              <w:rPr>
                <w:sz w:val="16"/>
              </w:rPr>
              <w:t>large reported damage</w:t>
            </w:r>
          </w:p>
        </w:tc>
      </w:tr>
      <w:tr>
        <w:trPr>
          <w:cantSplit/>
        </w:trPr>
        <w:tc>
          <w:tcPr>
            <w:tcW w:type="dxa" w:w="1037"/>
          </w:tcPr>
          <w:p>
            <w:pPr>
              <w:spacing w:after="0"/>
              <w:jc w:val="left"/>
            </w:pPr>
            <w:r>
              <w:rPr>
                <w:sz w:val="16"/>
              </w:rPr>
              <w:t>2011-05-25</w:t>
            </w:r>
          </w:p>
        </w:tc>
        <w:tc>
          <w:tcPr>
            <w:tcW w:type="dxa" w:w="1215"/>
          </w:tcPr>
          <w:p>
            <w:pPr>
              <w:spacing w:after="0"/>
              <w:jc w:val="left"/>
            </w:pPr>
            <w:r>
              <w:rPr>
                <w:sz w:val="16"/>
              </w:rPr>
              <w:t>Wildfire</w:t>
            </w:r>
          </w:p>
        </w:tc>
        <w:tc>
          <w:tcPr>
            <w:tcW w:type="dxa" w:w="2051"/>
          </w:tcPr>
          <w:p>
            <w:pPr>
              <w:spacing w:after="0"/>
              <w:jc w:val="left"/>
            </w:pPr>
          </w:p>
        </w:tc>
        <w:tc>
          <w:tcPr>
            <w:tcW w:type="dxa" w:w="3105"/>
          </w:tcPr>
          <w:p>
            <w:pPr>
              <w:spacing w:after="0"/>
              <w:jc w:val="left"/>
            </w:pPr>
            <w:r>
              <w:rPr>
                <w:sz w:val="16"/>
              </w:rPr>
              <w:t>damage not reported</w:t>
            </w:r>
          </w:p>
        </w:tc>
        <w:tc>
          <w:tcPr>
            <w:tcW w:type="dxa" w:w="940"/>
          </w:tcPr>
          <w:p>
            <w:pPr>
              <w:spacing w:after="0"/>
              <w:jc w:val="right"/>
            </w:pPr>
            <w:r>
              <w:rPr>
                <w:sz w:val="16"/>
              </w:rPr>
              <w:t>0, 1</w:t>
            </w:r>
          </w:p>
        </w:tc>
        <w:tc>
          <w:tcPr>
            <w:tcW w:type="dxa" w:w="2500"/>
          </w:tcPr>
          <w:p>
            <w:pPr>
              <w:spacing w:after="0"/>
              <w:jc w:val="left"/>
            </w:pPr>
            <w:r>
              <w:rPr>
                <w:sz w:val="16"/>
              </w:rPr>
              <w:t>NWS zone TXZ060 (WINKLER), zone-level</w:t>
            </w:r>
          </w:p>
        </w:tc>
        <w:tc>
          <w:tcPr>
            <w:tcW w:type="dxa" w:w="713"/>
          </w:tcPr>
          <w:p>
            <w:pPr>
              <w:spacing w:after="0"/>
              <w:jc w:val="left"/>
            </w:pPr>
          </w:p>
        </w:tc>
        <w:tc>
          <w:tcPr>
            <w:tcW w:type="dxa" w:w="2551"/>
          </w:tcPr>
          <w:p>
            <w:pPr>
              <w:spacing w:after="0"/>
              <w:jc w:val="left"/>
            </w:pPr>
            <w:r>
              <w:rPr>
                <w:sz w:val="16"/>
              </w:rPr>
              <w:t>deaths or injuries recorded</w:t>
            </w:r>
          </w:p>
        </w:tc>
      </w:tr>
      <w:tr>
        <w:trPr>
          <w:cantSplit/>
        </w:trPr>
        <w:tc>
          <w:tcPr>
            <w:tcW w:type="dxa" w:w="1037"/>
          </w:tcPr>
          <w:p>
            <w:pPr>
              <w:spacing w:after="0"/>
              <w:jc w:val="left"/>
            </w:pPr>
            <w:r>
              <w:rPr>
                <w:sz w:val="16"/>
              </w:rPr>
              <w:t>2007-06-26</w:t>
            </w:r>
          </w:p>
        </w:tc>
        <w:tc>
          <w:tcPr>
            <w:tcW w:type="dxa" w:w="1215"/>
          </w:tcPr>
          <w:p>
            <w:pPr>
              <w:spacing w:after="0"/>
              <w:jc w:val="left"/>
            </w:pPr>
            <w:r>
              <w:rPr>
                <w:sz w:val="16"/>
              </w:rPr>
              <w:t>Thunderstorm Wind</w:t>
            </w:r>
          </w:p>
        </w:tc>
        <w:tc>
          <w:tcPr>
            <w:tcW w:type="dxa" w:w="2051"/>
          </w:tcPr>
          <w:p>
            <w:pPr>
              <w:spacing w:after="0"/>
              <w:jc w:val="left"/>
            </w:pPr>
            <w:r>
              <w:rPr>
                <w:sz w:val="16"/>
              </w:rPr>
              <w:t>58 kt (67 mph) measured gust</w:t>
            </w:r>
          </w:p>
        </w:tc>
        <w:tc>
          <w:tcPr>
            <w:tcW w:type="dxa" w:w="3105"/>
          </w:tcPr>
          <w:p>
            <w:pPr>
              <w:spacing w:after="0"/>
              <w:jc w:val="left"/>
            </w:pPr>
            <w:r>
              <w:rPr>
                <w:sz w:val="16"/>
              </w:rPr>
              <w:t>$100,000 property; $0 crops (2007 dollars)</w:t>
            </w:r>
          </w:p>
        </w:tc>
        <w:tc>
          <w:tcPr>
            <w:tcW w:type="dxa" w:w="940"/>
          </w:tcPr>
          <w:p>
            <w:pPr>
              <w:spacing w:after="0"/>
              <w:jc w:val="right"/>
            </w:pPr>
            <w:r>
              <w:rPr>
                <w:sz w:val="16"/>
              </w:rPr>
              <w:t>0, 0</w:t>
            </w:r>
          </w:p>
        </w:tc>
        <w:tc>
          <w:tcPr>
            <w:tcW w:type="dxa" w:w="2500"/>
          </w:tcPr>
          <w:p>
            <w:pPr>
              <w:spacing w:after="0"/>
              <w:jc w:val="left"/>
            </w:pPr>
            <w:r>
              <w:rPr>
                <w:sz w:val="16"/>
              </w:rPr>
              <w:t>(INK)WINKLER CO ARPT</w:t>
            </w:r>
          </w:p>
        </w:tc>
        <w:tc>
          <w:tcPr>
            <w:tcW w:type="dxa" w:w="713"/>
          </w:tcPr>
          <w:p>
            <w:pPr>
              <w:spacing w:after="0"/>
              <w:jc w:val="left"/>
            </w:pPr>
          </w:p>
        </w:tc>
        <w:tc>
          <w:tcPr>
            <w:tcW w:type="dxa" w:w="2551"/>
          </w:tcPr>
          <w:p>
            <w:pPr>
              <w:spacing w:after="0"/>
              <w:jc w:val="left"/>
            </w:pPr>
            <w:r>
              <w:rPr>
                <w:sz w:val="16"/>
              </w:rPr>
              <w:t>B1-c most damaging: Thunderstorm Wind</w:t>
            </w:r>
          </w:p>
        </w:tc>
      </w:tr>
      <w:tr>
        <w:trPr>
          <w:cantSplit/>
        </w:trPr>
        <w:tc>
          <w:tcPr>
            <w:tcW w:type="dxa" w:w="1037"/>
          </w:tcPr>
          <w:p>
            <w:pPr>
              <w:spacing w:after="0"/>
              <w:jc w:val="left"/>
            </w:pPr>
            <w:r>
              <w:rPr>
                <w:sz w:val="16"/>
              </w:rPr>
              <w:t>2007-05-02</w:t>
            </w:r>
          </w:p>
        </w:tc>
        <w:tc>
          <w:tcPr>
            <w:tcW w:type="dxa" w:w="1215"/>
          </w:tcPr>
          <w:p>
            <w:pPr>
              <w:spacing w:after="0"/>
              <w:jc w:val="left"/>
            </w:pPr>
            <w:r>
              <w:rPr>
                <w:sz w:val="16"/>
              </w:rPr>
              <w:t>Flash Flood</w:t>
            </w:r>
          </w:p>
        </w:tc>
        <w:tc>
          <w:tcPr>
            <w:tcW w:type="dxa" w:w="2051"/>
          </w:tcPr>
          <w:p>
            <w:pPr>
              <w:spacing w:after="0"/>
              <w:jc w:val="left"/>
            </w:pPr>
          </w:p>
        </w:tc>
        <w:tc>
          <w:tcPr>
            <w:tcW w:type="dxa" w:w="3105"/>
          </w:tcPr>
          <w:p>
            <w:pPr>
              <w:spacing w:after="0"/>
              <w:jc w:val="left"/>
            </w:pPr>
            <w:r>
              <w:rPr>
                <w:sz w:val="16"/>
              </w:rPr>
              <w:t>$20,000 property; $0 crops (2007 dollars)</w:t>
            </w:r>
          </w:p>
        </w:tc>
        <w:tc>
          <w:tcPr>
            <w:tcW w:type="dxa" w:w="940"/>
          </w:tcPr>
          <w:p>
            <w:pPr>
              <w:spacing w:after="0"/>
              <w:jc w:val="right"/>
            </w:pPr>
            <w:r>
              <w:rPr>
                <w:sz w:val="16"/>
              </w:rPr>
              <w:t>0, 0</w:t>
            </w:r>
          </w:p>
        </w:tc>
        <w:tc>
          <w:tcPr>
            <w:tcW w:type="dxa" w:w="2500"/>
          </w:tcPr>
          <w:p>
            <w:pPr>
              <w:spacing w:after="0"/>
              <w:jc w:val="left"/>
            </w:pPr>
            <w:r>
              <w:rPr>
                <w:sz w:val="16"/>
              </w:rPr>
              <w:t>KERMIT</w:t>
            </w:r>
          </w:p>
        </w:tc>
        <w:tc>
          <w:tcPr>
            <w:tcW w:type="dxa" w:w="713"/>
          </w:tcPr>
          <w:p>
            <w:pPr>
              <w:spacing w:after="0"/>
              <w:jc w:val="left"/>
            </w:pPr>
          </w:p>
        </w:tc>
        <w:tc>
          <w:tcPr>
            <w:tcW w:type="dxa" w:w="25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2004-07-06</w:t>
            </w:r>
          </w:p>
        </w:tc>
        <w:tc>
          <w:tcPr>
            <w:tcW w:type="dxa" w:w="1215"/>
          </w:tcPr>
          <w:p>
            <w:pPr>
              <w:spacing w:after="0"/>
              <w:jc w:val="left"/>
            </w:pPr>
            <w:r>
              <w:rPr>
                <w:sz w:val="16"/>
              </w:rPr>
              <w:t>Hail</w:t>
            </w:r>
          </w:p>
        </w:tc>
        <w:tc>
          <w:tcPr>
            <w:tcW w:type="dxa" w:w="2051"/>
          </w:tcPr>
          <w:p>
            <w:pPr>
              <w:spacing w:after="0"/>
              <w:jc w:val="left"/>
            </w:pPr>
            <w:r>
              <w:rPr>
                <w:sz w:val="16"/>
              </w:rPr>
              <w:t>2.5 in</w:t>
            </w:r>
          </w:p>
        </w:tc>
        <w:tc>
          <w:tcPr>
            <w:tcW w:type="dxa" w:w="3105"/>
          </w:tcPr>
          <w:p>
            <w:pPr>
              <w:spacing w:after="0"/>
              <w:jc w:val="left"/>
            </w:pPr>
            <w:r>
              <w:rPr>
                <w:sz w:val="16"/>
              </w:rPr>
              <w:t>$25,000 property; $250,000 crops (2004 dollars)</w:t>
            </w:r>
          </w:p>
        </w:tc>
        <w:tc>
          <w:tcPr>
            <w:tcW w:type="dxa" w:w="940"/>
          </w:tcPr>
          <w:p>
            <w:pPr>
              <w:spacing w:after="0"/>
              <w:jc w:val="right"/>
            </w:pPr>
            <w:r>
              <w:rPr>
                <w:sz w:val="16"/>
              </w:rPr>
              <w:t>0, 0</w:t>
            </w:r>
          </w:p>
        </w:tc>
        <w:tc>
          <w:tcPr>
            <w:tcW w:type="dxa" w:w="2500"/>
          </w:tcPr>
          <w:p>
            <w:pPr>
              <w:spacing w:after="0"/>
              <w:jc w:val="left"/>
            </w:pPr>
            <w:r>
              <w:rPr>
                <w:sz w:val="16"/>
              </w:rPr>
              <w:t>WINK</w:t>
            </w:r>
          </w:p>
        </w:tc>
        <w:tc>
          <w:tcPr>
            <w:tcW w:type="dxa" w:w="713"/>
          </w:tcPr>
          <w:p>
            <w:pPr>
              <w:spacing w:after="0"/>
              <w:jc w:val="left"/>
            </w:pPr>
          </w:p>
        </w:tc>
        <w:tc>
          <w:tcPr>
            <w:tcW w:type="dxa" w:w="2551"/>
          </w:tcPr>
          <w:p>
            <w:pPr>
              <w:spacing w:after="0"/>
              <w:jc w:val="left"/>
            </w:pPr>
            <w:r>
              <w:rPr>
                <w:sz w:val="16"/>
              </w:rPr>
              <w:t>B1-c most damaging: Hail</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2051"/>
          </w:tcPr>
          <w:p>
            <w:pPr>
              <w:spacing w:after="0"/>
              <w:jc w:val="left"/>
            </w:pPr>
          </w:p>
        </w:tc>
        <w:tc>
          <w:tcPr>
            <w:tcW w:type="dxa" w:w="3105"/>
          </w:tcPr>
          <w:p>
            <w:pPr>
              <w:spacing w:after="0"/>
              <w:jc w:val="left"/>
            </w:pPr>
            <w:r>
              <w:rPr>
                <w:sz w:val="16"/>
              </w:rPr>
              <w:t>damage not reported</w:t>
            </w:r>
          </w:p>
        </w:tc>
        <w:tc>
          <w:tcPr>
            <w:tcW w:type="dxa" w:w="940"/>
          </w:tcPr>
          <w:p>
            <w:pPr>
              <w:spacing w:after="0"/>
              <w:jc w:val="right"/>
            </w:pPr>
            <w:r>
              <w:rPr>
                <w:sz w:val="16"/>
              </w:rPr>
              <w:t>0, 0</w:t>
            </w:r>
          </w:p>
        </w:tc>
        <w:tc>
          <w:tcPr>
            <w:tcW w:type="dxa" w:w="2500"/>
          </w:tcPr>
          <w:p>
            <w:pPr>
              <w:spacing w:after="0"/>
              <w:jc w:val="left"/>
            </w:pPr>
            <w:r>
              <w:rPr>
                <w:sz w:val="16"/>
              </w:rPr>
              <w:t>NWS zone TXZ060 (WINKLER), zone-level</w:t>
            </w:r>
          </w:p>
        </w:tc>
        <w:tc>
          <w:tcPr>
            <w:tcW w:type="dxa" w:w="713"/>
          </w:tcPr>
          <w:p>
            <w:pPr>
              <w:spacing w:after="0"/>
              <w:jc w:val="left"/>
            </w:pPr>
          </w:p>
        </w:tc>
        <w:tc>
          <w:tcPr>
            <w:tcW w:type="dxa" w:w="2551"/>
          </w:tcPr>
          <w:p>
            <w:pPr>
              <w:spacing w:after="0"/>
              <w:jc w:val="left"/>
            </w:pPr>
            <w:r>
              <w:rPr>
                <w:sz w:val="16"/>
              </w:rPr>
              <w:t>B1-c worst recorded: Drought</w:t>
            </w:r>
          </w:p>
        </w:tc>
      </w:tr>
      <w:tr>
        <w:trPr>
          <w:cantSplit/>
        </w:trPr>
        <w:tc>
          <w:tcPr>
            <w:tcW w:type="dxa" w:w="1037"/>
          </w:tcPr>
          <w:p>
            <w:pPr>
              <w:spacing w:after="0"/>
              <w:jc w:val="left"/>
            </w:pPr>
            <w:r>
              <w:rPr>
                <w:sz w:val="16"/>
              </w:rPr>
              <w:t>1996-08-01</w:t>
            </w:r>
          </w:p>
        </w:tc>
        <w:tc>
          <w:tcPr>
            <w:tcW w:type="dxa" w:w="1215"/>
          </w:tcPr>
          <w:p>
            <w:pPr>
              <w:spacing w:after="0"/>
              <w:jc w:val="left"/>
            </w:pPr>
            <w:r>
              <w:rPr>
                <w:sz w:val="16"/>
              </w:rPr>
              <w:t>Drought</w:t>
            </w:r>
          </w:p>
        </w:tc>
        <w:tc>
          <w:tcPr>
            <w:tcW w:type="dxa" w:w="2051"/>
          </w:tcPr>
          <w:p>
            <w:pPr>
              <w:spacing w:after="0"/>
              <w:jc w:val="left"/>
            </w:pPr>
          </w:p>
        </w:tc>
        <w:tc>
          <w:tcPr>
            <w:tcW w:type="dxa" w:w="3105"/>
          </w:tcPr>
          <w:p>
            <w:pPr>
              <w:spacing w:after="0"/>
              <w:jc w:val="left"/>
            </w:pPr>
            <w:r>
              <w:rPr>
                <w:sz w:val="16"/>
              </w:rPr>
              <w:t>property not reported; $720,000 crops (zone total, 1996 dollars)</w:t>
            </w:r>
          </w:p>
        </w:tc>
        <w:tc>
          <w:tcPr>
            <w:tcW w:type="dxa" w:w="940"/>
          </w:tcPr>
          <w:p>
            <w:pPr>
              <w:spacing w:after="0"/>
              <w:jc w:val="right"/>
            </w:pPr>
            <w:r>
              <w:rPr>
                <w:sz w:val="16"/>
              </w:rPr>
              <w:t>0, 0</w:t>
            </w:r>
          </w:p>
        </w:tc>
        <w:tc>
          <w:tcPr>
            <w:tcW w:type="dxa" w:w="2500"/>
          </w:tcPr>
          <w:p>
            <w:pPr>
              <w:spacing w:after="0"/>
              <w:jc w:val="left"/>
            </w:pPr>
            <w:r>
              <w:rPr>
                <w:sz w:val="16"/>
              </w:rPr>
              <w:t>NWS zone TXZ060 (WINKLER), zone-level</w:t>
            </w:r>
          </w:p>
        </w:tc>
        <w:tc>
          <w:tcPr>
            <w:tcW w:type="dxa" w:w="713"/>
          </w:tcPr>
          <w:p>
            <w:pPr>
              <w:spacing w:after="0"/>
              <w:jc w:val="left"/>
            </w:pPr>
          </w:p>
        </w:tc>
        <w:tc>
          <w:tcPr>
            <w:tcW w:type="dxa" w:w="2551"/>
          </w:tcPr>
          <w:p>
            <w:pPr>
              <w:spacing w:after="0"/>
              <w:jc w:val="left"/>
            </w:pPr>
            <w:r>
              <w:rPr>
                <w:sz w:val="16"/>
              </w:rPr>
              <w:t>B1-c most damaging: Drought</w:t>
            </w:r>
          </w:p>
        </w:tc>
      </w:tr>
      <w:tr>
        <w:trPr>
          <w:cantSplit/>
        </w:trPr>
        <w:tc>
          <w:tcPr>
            <w:tcW w:type="dxa" w:w="1037"/>
          </w:tcPr>
          <w:p>
            <w:pPr>
              <w:spacing w:after="0"/>
              <w:jc w:val="left"/>
            </w:pPr>
            <w:r>
              <w:rPr>
                <w:sz w:val="16"/>
              </w:rPr>
              <w:t>1996-01-17</w:t>
            </w:r>
          </w:p>
        </w:tc>
        <w:tc>
          <w:tcPr>
            <w:tcW w:type="dxa" w:w="1215"/>
          </w:tcPr>
          <w:p>
            <w:pPr>
              <w:spacing w:after="0"/>
              <w:jc w:val="left"/>
            </w:pPr>
            <w:r>
              <w:rPr>
                <w:sz w:val="16"/>
              </w:rPr>
              <w:t>High Wind</w:t>
            </w:r>
          </w:p>
        </w:tc>
        <w:tc>
          <w:tcPr>
            <w:tcW w:type="dxa" w:w="2051"/>
          </w:tcPr>
          <w:p>
            <w:pPr>
              <w:spacing w:after="0"/>
              <w:jc w:val="left"/>
            </w:pPr>
            <w:r>
              <w:rPr>
                <w:sz w:val="16"/>
              </w:rPr>
              <w:t>61 kt (70 mph), measurement type not recorded</w:t>
            </w:r>
          </w:p>
        </w:tc>
        <w:tc>
          <w:tcPr>
            <w:tcW w:type="dxa" w:w="3105"/>
          </w:tcPr>
          <w:p>
            <w:pPr>
              <w:spacing w:after="0"/>
              <w:jc w:val="left"/>
            </w:pPr>
            <w:r>
              <w:rPr>
                <w:sz w:val="16"/>
              </w:rPr>
              <w:t>$35,000 property; crops not reported (zone total, 1996 dollars)</w:t>
            </w:r>
          </w:p>
        </w:tc>
        <w:tc>
          <w:tcPr>
            <w:tcW w:type="dxa" w:w="940"/>
          </w:tcPr>
          <w:p>
            <w:pPr>
              <w:spacing w:after="0"/>
              <w:jc w:val="right"/>
            </w:pPr>
            <w:r>
              <w:rPr>
                <w:sz w:val="16"/>
              </w:rPr>
              <w:t>0, 0</w:t>
            </w:r>
          </w:p>
        </w:tc>
        <w:tc>
          <w:tcPr>
            <w:tcW w:type="dxa" w:w="2500"/>
          </w:tcPr>
          <w:p>
            <w:pPr>
              <w:spacing w:after="0"/>
              <w:jc w:val="left"/>
            </w:pPr>
            <w:r>
              <w:rPr>
                <w:sz w:val="16"/>
              </w:rPr>
              <w:t>NWS zone TXZ060 (WINKLER), zone-level</w:t>
            </w:r>
          </w:p>
        </w:tc>
        <w:tc>
          <w:tcPr>
            <w:tcW w:type="dxa" w:w="713"/>
          </w:tcPr>
          <w:p>
            <w:pPr>
              <w:spacing w:after="0"/>
              <w:jc w:val="left"/>
            </w:pPr>
          </w:p>
        </w:tc>
        <w:tc>
          <w:tcPr>
            <w:tcW w:type="dxa" w:w="2551"/>
          </w:tcPr>
          <w:p>
            <w:pPr>
              <w:spacing w:after="0"/>
              <w:jc w:val="left"/>
            </w:pPr>
            <w:r>
              <w:rPr>
                <w:sz w:val="16"/>
              </w:rPr>
              <w:t>B1-c most damaging: High Wind and Strong Wind</w:t>
            </w:r>
          </w:p>
        </w:tc>
      </w:tr>
      <w:tr>
        <w:trPr>
          <w:cantSplit/>
        </w:trPr>
        <w:tc>
          <w:tcPr>
            <w:tcW w:type="dxa" w:w="1037"/>
          </w:tcPr>
          <w:p>
            <w:pPr>
              <w:spacing w:after="0"/>
              <w:jc w:val="left"/>
            </w:pPr>
            <w:r>
              <w:rPr>
                <w:sz w:val="16"/>
              </w:rPr>
              <w:t>1960-05-31</w:t>
            </w:r>
          </w:p>
        </w:tc>
        <w:tc>
          <w:tcPr>
            <w:tcW w:type="dxa" w:w="1215"/>
          </w:tcPr>
          <w:p>
            <w:pPr>
              <w:spacing w:after="0"/>
              <w:jc w:val="left"/>
            </w:pPr>
            <w:r>
              <w:rPr>
                <w:sz w:val="16"/>
              </w:rPr>
              <w:t>Hail</w:t>
            </w:r>
          </w:p>
        </w:tc>
        <w:tc>
          <w:tcPr>
            <w:tcW w:type="dxa" w:w="2051"/>
          </w:tcPr>
          <w:p>
            <w:pPr>
              <w:spacing w:after="0"/>
              <w:jc w:val="left"/>
            </w:pPr>
            <w:r>
              <w:rPr>
                <w:sz w:val="16"/>
              </w:rPr>
              <w:t>5 in</w:t>
            </w:r>
          </w:p>
        </w:tc>
        <w:tc>
          <w:tcPr>
            <w:tcW w:type="dxa" w:w="3105"/>
          </w:tcPr>
          <w:p>
            <w:pPr>
              <w:spacing w:after="0"/>
              <w:jc w:val="left"/>
            </w:pPr>
            <w:r>
              <w:rPr>
                <w:sz w:val="16"/>
              </w:rPr>
              <w:t>damage not recorded (pre-1996 record)</w:t>
            </w:r>
          </w:p>
        </w:tc>
        <w:tc>
          <w:tcPr>
            <w:tcW w:type="dxa" w:w="940"/>
          </w:tcPr>
          <w:p>
            <w:pPr>
              <w:spacing w:after="0"/>
              <w:jc w:val="right"/>
            </w:pPr>
            <w:r>
              <w:rPr>
                <w:sz w:val="16"/>
              </w:rPr>
              <w:t>0, 0</w:t>
            </w:r>
          </w:p>
        </w:tc>
        <w:tc>
          <w:tcPr>
            <w:tcW w:type="dxa" w:w="2500"/>
          </w:tcPr>
          <w:p>
            <w:pPr>
              <w:spacing w:after="0"/>
              <w:jc w:val="left"/>
            </w:pPr>
            <w:r>
              <w:rPr>
                <w:sz w:val="16"/>
              </w:rPr>
              <w:t>location not recorded</w:t>
            </w:r>
          </w:p>
        </w:tc>
        <w:tc>
          <w:tcPr>
            <w:tcW w:type="dxa" w:w="713"/>
          </w:tcPr>
          <w:p>
            <w:pPr>
              <w:spacing w:after="0"/>
              <w:jc w:val="left"/>
            </w:pPr>
          </w:p>
        </w:tc>
        <w:tc>
          <w:tcPr>
            <w:tcW w:type="dxa" w:w="2551"/>
          </w:tcPr>
          <w:p>
            <w:pPr>
              <w:spacing w:after="0"/>
              <w:jc w:val="left"/>
            </w:pPr>
            <w:r>
              <w:rPr>
                <w:sz w:val="16"/>
              </w:rPr>
              <w:t>B1-c worst recorded: Hail</w:t>
            </w:r>
          </w:p>
        </w:tc>
      </w:tr>
      <w:tr>
        <w:trPr>
          <w:cantSplit/>
        </w:trPr>
        <w:tc>
          <w:tcPr>
            <w:tcW w:type="dxa" w:w="1037"/>
          </w:tcPr>
          <w:p>
            <w:pPr>
              <w:spacing w:after="0"/>
              <w:jc w:val="left"/>
            </w:pPr>
            <w:r>
              <w:rPr>
                <w:sz w:val="16"/>
              </w:rPr>
              <w:t>1957-05-30</w:t>
            </w:r>
          </w:p>
        </w:tc>
        <w:tc>
          <w:tcPr>
            <w:tcW w:type="dxa" w:w="1215"/>
          </w:tcPr>
          <w:p>
            <w:pPr>
              <w:spacing w:after="0"/>
              <w:jc w:val="left"/>
            </w:pPr>
            <w:r>
              <w:rPr>
                <w:sz w:val="16"/>
              </w:rPr>
              <w:t>Thunderstorm Wind</w:t>
            </w:r>
          </w:p>
        </w:tc>
        <w:tc>
          <w:tcPr>
            <w:tcW w:type="dxa" w:w="2051"/>
          </w:tcPr>
          <w:p>
            <w:pPr>
              <w:spacing w:after="0"/>
              <w:jc w:val="left"/>
            </w:pPr>
            <w:r>
              <w:rPr>
                <w:sz w:val="16"/>
              </w:rPr>
              <w:t>86 kt (99 mph), measurement type not recorded</w:t>
            </w:r>
          </w:p>
        </w:tc>
        <w:tc>
          <w:tcPr>
            <w:tcW w:type="dxa" w:w="3105"/>
          </w:tcPr>
          <w:p>
            <w:pPr>
              <w:spacing w:after="0"/>
              <w:jc w:val="left"/>
            </w:pPr>
            <w:r>
              <w:rPr>
                <w:sz w:val="16"/>
              </w:rPr>
              <w:t>damage not recorded (pre-1996 record)</w:t>
            </w:r>
          </w:p>
        </w:tc>
        <w:tc>
          <w:tcPr>
            <w:tcW w:type="dxa" w:w="940"/>
          </w:tcPr>
          <w:p>
            <w:pPr>
              <w:spacing w:after="0"/>
              <w:jc w:val="right"/>
            </w:pPr>
            <w:r>
              <w:rPr>
                <w:sz w:val="16"/>
              </w:rPr>
              <w:t>0, 0</w:t>
            </w:r>
          </w:p>
        </w:tc>
        <w:tc>
          <w:tcPr>
            <w:tcW w:type="dxa" w:w="2500"/>
          </w:tcPr>
          <w:p>
            <w:pPr>
              <w:spacing w:after="0"/>
              <w:jc w:val="left"/>
            </w:pPr>
            <w:r>
              <w:rPr>
                <w:sz w:val="16"/>
              </w:rPr>
              <w:t>location not recorded</w:t>
            </w:r>
          </w:p>
        </w:tc>
        <w:tc>
          <w:tcPr>
            <w:tcW w:type="dxa" w:w="713"/>
          </w:tcPr>
          <w:p>
            <w:pPr>
              <w:spacing w:after="0"/>
              <w:jc w:val="left"/>
            </w:pPr>
          </w:p>
        </w:tc>
        <w:tc>
          <w:tcPr>
            <w:tcW w:type="dxa" w:w="2551"/>
          </w:tcPr>
          <w:p>
            <w:pPr>
              <w:spacing w:after="0"/>
              <w:jc w:val="left"/>
            </w:pPr>
            <w:r>
              <w:rPr>
                <w:sz w:val="16"/>
              </w:rPr>
              <w:t>B1-c worst recorded: Thunderstorm Wind</w:t>
            </w:r>
          </w:p>
        </w:tc>
      </w:tr>
      <w:tr>
        <w:trPr>
          <w:cantSplit/>
        </w:trPr>
        <w:tc>
          <w:tcPr>
            <w:tcW w:type="dxa" w:w="1037"/>
          </w:tcPr>
          <w:p>
            <w:pPr>
              <w:spacing w:after="0"/>
              <w:jc w:val="left"/>
            </w:pPr>
            <w:r>
              <w:rPr>
                <w:sz w:val="16"/>
              </w:rPr>
              <w:t>1955-05-30</w:t>
            </w:r>
          </w:p>
        </w:tc>
        <w:tc>
          <w:tcPr>
            <w:tcW w:type="dxa" w:w="1215"/>
          </w:tcPr>
          <w:p>
            <w:pPr>
              <w:spacing w:after="0"/>
              <w:jc w:val="left"/>
            </w:pPr>
            <w:r>
              <w:rPr>
                <w:sz w:val="16"/>
              </w:rPr>
              <w:t>Tornado</w:t>
            </w:r>
          </w:p>
        </w:tc>
        <w:tc>
          <w:tcPr>
            <w:tcW w:type="dxa" w:w="2051"/>
          </w:tcPr>
          <w:p>
            <w:pPr>
              <w:spacing w:after="0"/>
              <w:jc w:val="left"/>
            </w:pPr>
            <w:r>
              <w:rPr>
                <w:sz w:val="16"/>
              </w:rPr>
              <w:t>F2, 2 mi path length (whole path, pre-1996), 600 yd wide</w:t>
            </w:r>
          </w:p>
        </w:tc>
        <w:tc>
          <w:tcPr>
            <w:tcW w:type="dxa" w:w="3105"/>
          </w:tcPr>
          <w:p>
            <w:pPr>
              <w:spacing w:after="0"/>
              <w:jc w:val="left"/>
            </w:pPr>
            <w:r>
              <w:rPr>
                <w:sz w:val="16"/>
              </w:rPr>
              <w:t>$25,000 property; crops not recorded (1955 dollars)</w:t>
            </w:r>
          </w:p>
        </w:tc>
        <w:tc>
          <w:tcPr>
            <w:tcW w:type="dxa" w:w="940"/>
          </w:tcPr>
          <w:p>
            <w:pPr>
              <w:spacing w:after="0"/>
              <w:jc w:val="right"/>
            </w:pPr>
            <w:r>
              <w:rPr>
                <w:sz w:val="16"/>
              </w:rPr>
              <w:t>0, 0</w:t>
            </w:r>
          </w:p>
        </w:tc>
        <w:tc>
          <w:tcPr>
            <w:tcW w:type="dxa" w:w="2500"/>
          </w:tcPr>
          <w:p>
            <w:pPr>
              <w:spacing w:after="0"/>
              <w:jc w:val="left"/>
            </w:pPr>
            <w:r>
              <w:rPr>
                <w:sz w:val="16"/>
              </w:rPr>
              <w:t>location not recorded</w:t>
            </w:r>
          </w:p>
        </w:tc>
        <w:tc>
          <w:tcPr>
            <w:tcW w:type="dxa" w:w="713"/>
          </w:tcPr>
          <w:p>
            <w:pPr>
              <w:spacing w:after="0"/>
              <w:jc w:val="left"/>
            </w:pPr>
          </w:p>
        </w:tc>
        <w:tc>
          <w:tcPr>
            <w:tcW w:type="dxa" w:w="255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280"/>
        <w:gridCol w:w="1591"/>
        <w:gridCol w:w="1037"/>
        <w:gridCol w:w="1981"/>
        <w:gridCol w:w="1525"/>
        <w:gridCol w:w="1519"/>
        <w:gridCol w:w="1037"/>
        <w:gridCol w:w="1857"/>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1"/>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0.526</w:t>
            </w:r>
          </w:p>
        </w:tc>
        <w:tc>
          <w:tcPr>
            <w:tcW w:type="dxa" w:w="1280"/>
          </w:tcPr>
          <w:p>
            <w:pPr>
              <w:spacing w:after="0"/>
              <w:jc w:val="left"/>
            </w:pPr>
            <w:r>
              <w:rPr>
                <w:sz w:val="16"/>
              </w:rPr>
              <w:t>event-days per year</w:t>
            </w:r>
          </w:p>
        </w:tc>
        <w:tc>
          <w:tcPr>
            <w:tcW w:type="dxa" w:w="1591"/>
          </w:tcPr>
          <w:p>
            <w:pPr>
              <w:spacing w:after="0"/>
              <w:jc w:val="left"/>
            </w:pPr>
            <w:r>
              <w:rPr>
                <w:sz w:val="16"/>
              </w:rPr>
              <w:t>about 0.526 days per year</w:t>
            </w:r>
          </w:p>
        </w:tc>
        <w:tc>
          <w:tcPr>
            <w:tcW w:type="dxa" w:w="1037"/>
          </w:tcPr>
          <w:p>
            <w:pPr>
              <w:spacing w:after="0"/>
              <w:jc w:val="left"/>
            </w:pPr>
          </w:p>
        </w:tc>
        <w:tc>
          <w:tcPr>
            <w:tcW w:type="dxa" w:w="1981"/>
          </w:tcPr>
          <w:p>
            <w:pPr>
              <w:spacing w:after="0"/>
              <w:jc w:val="left"/>
            </w:pPr>
            <w:r>
              <w:rPr>
                <w:sz w:val="16"/>
              </w:rPr>
              <w:t>Storm Events event-days in 0 of 30 years, 1996 to 2025 (0%)</w:t>
            </w:r>
          </w:p>
        </w:tc>
        <w:tc>
          <w:tcPr>
            <w:tcW w:type="dxa" w:w="1525"/>
          </w:tcPr>
          <w:p>
            <w:pPr>
              <w:spacing w:after="0"/>
              <w:jc w:val="right"/>
            </w:pPr>
            <w:r>
              <w:rPr>
                <w:sz w:val="16"/>
              </w:rPr>
              <w:t>10</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9"/>
          </w:tcPr>
          <w:p>
            <w:pPr>
              <w:spacing w:after="0"/>
              <w:jc w:val="right"/>
            </w:pPr>
            <w:r>
              <w:rPr>
                <w:sz w:val="16"/>
              </w:rPr>
              <w:t>74.6</w:t>
            </w:r>
          </w:p>
        </w:tc>
        <w:tc>
          <w:tcPr>
            <w:tcW w:type="dxa" w:w="1280"/>
          </w:tcPr>
          <w:p>
            <w:pPr>
              <w:spacing w:after="0"/>
              <w:jc w:val="left"/>
            </w:pPr>
            <w:r>
              <w:rPr>
                <w:sz w:val="16"/>
              </w:rPr>
              <w:t>event-days per year</w:t>
            </w:r>
          </w:p>
        </w:tc>
        <w:tc>
          <w:tcPr>
            <w:tcW w:type="dxa" w:w="1591"/>
          </w:tcPr>
          <w:p>
            <w:pPr>
              <w:spacing w:after="0"/>
              <w:jc w:val="left"/>
            </w:pPr>
            <w:r>
              <w:rPr>
                <w:sz w:val="16"/>
              </w:rPr>
              <w:t>about 74.6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4 of 30 years, 1996 to 2025 (13.3%)</w:t>
            </w:r>
          </w:p>
        </w:tc>
        <w:tc>
          <w:tcPr>
            <w:tcW w:type="dxa" w:w="1525"/>
          </w:tcPr>
          <w:p>
            <w:pPr>
              <w:spacing w:after="0"/>
              <w:jc w:val="right"/>
            </w:pPr>
            <w:r>
              <w:rPr>
                <w:sz w:val="16"/>
              </w:rPr>
              <w:t>1,890</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0.000376</w:t>
            </w:r>
          </w:p>
        </w:tc>
        <w:tc>
          <w:tcPr>
            <w:tcW w:type="dxa" w:w="1280"/>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0.0376%</w:t>
            </w:r>
          </w:p>
        </w:tc>
        <w:tc>
          <w:tcPr>
            <w:tcW w:type="dxa" w:w="1037"/>
          </w:tcPr>
          <w:p>
            <w:pPr>
              <w:spacing w:after="0"/>
              <w:jc w:val="left"/>
            </w:pPr>
          </w:p>
        </w:tc>
        <w:tc>
          <w:tcPr>
            <w:tcW w:type="dxa" w:w="198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3.01</w:t>
            </w:r>
          </w:p>
        </w:tc>
        <w:tc>
          <w:tcPr>
            <w:tcW w:type="dxa" w:w="1280"/>
          </w:tcPr>
          <w:p>
            <w:pPr>
              <w:spacing w:after="0"/>
              <w:jc w:val="left"/>
            </w:pPr>
            <w:r>
              <w:rPr>
                <w:sz w:val="16"/>
              </w:rPr>
              <w:t>events per year</w:t>
            </w:r>
          </w:p>
        </w:tc>
        <w:tc>
          <w:tcPr>
            <w:tcW w:type="dxa" w:w="1591"/>
          </w:tcPr>
          <w:p>
            <w:pPr>
              <w:spacing w:after="0"/>
              <w:jc w:val="left"/>
            </w:pPr>
            <w:r>
              <w:rPr>
                <w:sz w:val="16"/>
              </w:rPr>
              <w:t>about 3.01 per year</w:t>
            </w:r>
          </w:p>
        </w:tc>
        <w:tc>
          <w:tcPr>
            <w:tcW w:type="dxa" w:w="1037"/>
          </w:tcPr>
          <w:p>
            <w:pPr>
              <w:spacing w:after="0"/>
              <w:jc w:val="left"/>
            </w:pPr>
            <w:r>
              <w:rPr>
                <w:sz w:val="16"/>
              </w:rPr>
              <w:t>Highly likely</w:t>
            </w:r>
          </w:p>
        </w:tc>
        <w:tc>
          <w:tcPr>
            <w:tcW w:type="dxa" w:w="1981"/>
          </w:tcPr>
          <w:p>
            <w:pPr>
              <w:spacing w:after="0"/>
              <w:jc w:val="left"/>
            </w:pPr>
            <w:r>
              <w:rPr>
                <w:sz w:val="16"/>
              </w:rPr>
              <w:t>FEMA annualized frequency (modeled)</w:t>
            </w:r>
          </w:p>
        </w:tc>
        <w:tc>
          <w:tcPr>
            <w:tcW w:type="dxa" w:w="1525"/>
          </w:tcPr>
          <w:p>
            <w:pPr>
              <w:spacing w:after="0"/>
              <w:jc w:val="right"/>
            </w:pPr>
            <w:r>
              <w:rPr>
                <w:sz w:val="16"/>
              </w:rPr>
              <w:t>114.3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6.63</w:t>
            </w:r>
          </w:p>
        </w:tc>
        <w:tc>
          <w:tcPr>
            <w:tcW w:type="dxa" w:w="1280"/>
          </w:tcPr>
          <w:p>
            <w:pPr>
              <w:spacing w:after="0"/>
              <w:jc w:val="left"/>
            </w:pPr>
            <w:r>
              <w:rPr>
                <w:sz w:val="16"/>
              </w:rPr>
              <w:t>event-days per year</w:t>
            </w:r>
          </w:p>
        </w:tc>
        <w:tc>
          <w:tcPr>
            <w:tcW w:type="dxa" w:w="1591"/>
          </w:tcPr>
          <w:p>
            <w:pPr>
              <w:spacing w:after="0"/>
              <w:jc w:val="left"/>
            </w:pPr>
            <w:r>
              <w:rPr>
                <w:sz w:val="16"/>
              </w:rPr>
              <w:t>about 6.63 days per year</w:t>
            </w:r>
          </w:p>
        </w:tc>
        <w:tc>
          <w:tcPr>
            <w:tcW w:type="dxa" w:w="1037"/>
          </w:tcPr>
          <w:p>
            <w:pPr>
              <w:spacing w:after="0"/>
              <w:jc w:val="left"/>
            </w:pPr>
          </w:p>
        </w:tc>
        <w:tc>
          <w:tcPr>
            <w:tcW w:type="dxa" w:w="1981"/>
          </w:tcPr>
          <w:p>
            <w:pPr>
              <w:spacing w:after="0"/>
              <w:jc w:val="left"/>
            </w:pPr>
            <w:r>
              <w:rPr>
                <w:sz w:val="16"/>
              </w:rPr>
              <w:t>Storm Events event-days in 0 of 30 years, 1996 to 2025 (0%)</w:t>
            </w:r>
          </w:p>
        </w:tc>
        <w:tc>
          <w:tcPr>
            <w:tcW w:type="dxa" w:w="1525"/>
          </w:tcPr>
          <w:p>
            <w:pPr>
              <w:spacing w:after="0"/>
              <w:jc w:val="right"/>
            </w:pPr>
            <w:r>
              <w:rPr>
                <w:sz w:val="16"/>
              </w:rPr>
              <w:t>118</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9"/>
          </w:tcPr>
          <w:p>
            <w:pPr>
              <w:spacing w:after="0"/>
              <w:jc w:val="right"/>
            </w:pPr>
            <w:r>
              <w:rPr>
                <w:sz w:val="16"/>
              </w:rPr>
              <w:t>0.00574</w:t>
            </w:r>
          </w:p>
        </w:tc>
        <w:tc>
          <w:tcPr>
            <w:tcW w:type="dxa" w:w="1280"/>
          </w:tcPr>
          <w:p>
            <w:pPr>
              <w:spacing w:after="0"/>
              <w:jc w:val="left"/>
            </w:pPr>
            <w:r>
              <w:rPr>
                <w:sz w:val="16"/>
              </w:rPr>
              <w:t>events per year</w:t>
            </w:r>
          </w:p>
        </w:tc>
        <w:tc>
          <w:tcPr>
            <w:tcW w:type="dxa" w:w="1591"/>
          </w:tcPr>
          <w:p>
            <w:pPr>
              <w:spacing w:after="0"/>
              <w:jc w:val="left"/>
            </w:pPr>
            <w:r>
              <w:rPr>
                <w:sz w:val="16"/>
              </w:rPr>
              <w:t>about 1 in 174 years</w:t>
            </w:r>
          </w:p>
        </w:tc>
        <w:tc>
          <w:tcPr>
            <w:tcW w:type="dxa" w:w="1037"/>
          </w:tcPr>
          <w:p>
            <w:pPr>
              <w:spacing w:after="0"/>
              <w:jc w:val="left"/>
            </w:pPr>
            <w:r>
              <w:rPr>
                <w:sz w:val="16"/>
              </w:rPr>
              <w:t>Unlikely</w:t>
            </w:r>
          </w:p>
        </w:tc>
        <w:tc>
          <w:tcPr>
            <w:tcW w:type="dxa" w:w="1981"/>
          </w:tcPr>
          <w:p>
            <w:pPr>
              <w:spacing w:after="0"/>
              <w:jc w:val="left"/>
            </w:pPr>
            <w:r>
              <w:rPr>
                <w:sz w:val="16"/>
              </w:rPr>
              <w:t>FEMA annualized frequency (modeled)</w:t>
            </w:r>
          </w:p>
        </w:tc>
        <w:tc>
          <w:tcPr>
            <w:tcW w:type="dxa" w:w="1525"/>
          </w:tcPr>
          <w:p>
            <w:pPr>
              <w:spacing w:after="0"/>
              <w:jc w:val="right"/>
            </w:pPr>
            <w:r>
              <w:rPr>
                <w:sz w:val="16"/>
              </w:rPr>
              <w:t>2</w:t>
            </w: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8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0.388</w:t>
            </w:r>
          </w:p>
        </w:tc>
        <w:tc>
          <w:tcPr>
            <w:tcW w:type="dxa" w:w="1280"/>
          </w:tcPr>
          <w:p>
            <w:pPr>
              <w:spacing w:after="0"/>
              <w:jc w:val="left"/>
            </w:pPr>
            <w:r>
              <w:rPr>
                <w:sz w:val="16"/>
              </w:rPr>
              <w:t>event-days per year</w:t>
            </w:r>
          </w:p>
        </w:tc>
        <w:tc>
          <w:tcPr>
            <w:tcW w:type="dxa" w:w="1591"/>
          </w:tcPr>
          <w:p>
            <w:pPr>
              <w:spacing w:after="0"/>
              <w:jc w:val="left"/>
            </w:pPr>
            <w:r>
              <w:rPr>
                <w:sz w:val="16"/>
              </w:rPr>
              <w:t>about 0.388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3 of 30 years, 1996 to 2025 (10%)</w:t>
            </w:r>
          </w:p>
        </w:tc>
        <w:tc>
          <w:tcPr>
            <w:tcW w:type="dxa" w:w="1525"/>
          </w:tcPr>
          <w:p>
            <w:pPr>
              <w:spacing w:after="0"/>
              <w:jc w:val="right"/>
            </w:pPr>
            <w:r>
              <w:rPr>
                <w:sz w:val="16"/>
              </w:rPr>
              <w:t>27</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0.679</w:t>
            </w:r>
          </w:p>
        </w:tc>
        <w:tc>
          <w:tcPr>
            <w:tcW w:type="dxa" w:w="1280"/>
          </w:tcPr>
          <w:p>
            <w:pPr>
              <w:spacing w:after="0"/>
              <w:jc w:val="left"/>
            </w:pPr>
            <w:r>
              <w:rPr>
                <w:sz w:val="16"/>
              </w:rPr>
              <w:t>event-days per year</w:t>
            </w:r>
          </w:p>
        </w:tc>
        <w:tc>
          <w:tcPr>
            <w:tcW w:type="dxa" w:w="1591"/>
          </w:tcPr>
          <w:p>
            <w:pPr>
              <w:spacing w:after="0"/>
              <w:jc w:val="left"/>
            </w:pPr>
            <w:r>
              <w:rPr>
                <w:sz w:val="16"/>
              </w:rPr>
              <w:t>about 0.679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10 of 30 years, 1996 to 2025 (33.3%)</w:t>
            </w:r>
          </w:p>
        </w:tc>
        <w:tc>
          <w:tcPr>
            <w:tcW w:type="dxa" w:w="1525"/>
          </w:tcPr>
          <w:p>
            <w:pPr>
              <w:spacing w:after="0"/>
              <w:jc w:val="right"/>
            </w:pPr>
            <w:r>
              <w:rPr>
                <w:sz w:val="16"/>
              </w:rPr>
              <w:t>19</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0.0802</w:t>
            </w:r>
          </w:p>
        </w:tc>
        <w:tc>
          <w:tcPr>
            <w:tcW w:type="dxa" w:w="1280"/>
          </w:tcPr>
          <w:p>
            <w:pPr>
              <w:spacing w:after="0"/>
              <w:jc w:val="left"/>
            </w:pPr>
            <w:r>
              <w:rPr>
                <w:sz w:val="16"/>
              </w:rPr>
              <w:t>events per year (modeled)</w:t>
            </w:r>
          </w:p>
        </w:tc>
        <w:tc>
          <w:tcPr>
            <w:tcW w:type="dxa" w:w="1591"/>
          </w:tcPr>
          <w:p>
            <w:pPr>
              <w:spacing w:after="0"/>
              <w:jc w:val="left"/>
            </w:pPr>
            <w:r>
              <w:rPr>
                <w:sz w:val="16"/>
              </w:rPr>
              <w:t>about 1 in 12 years</w:t>
            </w:r>
          </w:p>
        </w:tc>
        <w:tc>
          <w:tcPr>
            <w:tcW w:type="dxa" w:w="1037"/>
          </w:tcPr>
          <w:p>
            <w:pPr>
              <w:spacing w:after="0"/>
              <w:jc w:val="left"/>
            </w:pPr>
            <w:r>
              <w:rPr>
                <w:sz w:val="16"/>
              </w:rPr>
              <w:t>Possible</w:t>
            </w:r>
          </w:p>
        </w:tc>
        <w:tc>
          <w:tcPr>
            <w:tcW w:type="dxa" w:w="198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44</w:t>
            </w:r>
          </w:p>
        </w:tc>
        <w:tc>
          <w:tcPr>
            <w:tcW w:type="dxa" w:w="1280"/>
          </w:tcPr>
          <w:p>
            <w:pPr>
              <w:spacing w:after="0"/>
              <w:jc w:val="left"/>
            </w:pPr>
            <w:r>
              <w:rPr>
                <w:sz w:val="16"/>
              </w:rPr>
              <w:t>days per year with a strike</w:t>
            </w:r>
          </w:p>
        </w:tc>
        <w:tc>
          <w:tcPr>
            <w:tcW w:type="dxa" w:w="1591"/>
          </w:tcPr>
          <w:p>
            <w:pPr>
              <w:spacing w:after="0"/>
              <w:jc w:val="left"/>
            </w:pPr>
            <w:r>
              <w:rPr>
                <w:sz w:val="16"/>
              </w:rPr>
              <w:t>about 44 days per year</w:t>
            </w:r>
          </w:p>
        </w:tc>
        <w:tc>
          <w:tcPr>
            <w:tcW w:type="dxa" w:w="1037"/>
          </w:tcPr>
          <w:p>
            <w:pPr>
              <w:spacing w:after="0"/>
              <w:jc w:val="left"/>
            </w:pPr>
            <w:r>
              <w:rPr>
                <w:sz w:val="16"/>
              </w:rPr>
              <w:t>Highly likely</w:t>
            </w:r>
          </w:p>
        </w:tc>
        <w:tc>
          <w:tcPr>
            <w:tcW w:type="dxa" w:w="198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1.15</w:t>
            </w:r>
          </w:p>
        </w:tc>
        <w:tc>
          <w:tcPr>
            <w:tcW w:type="dxa" w:w="1280"/>
          </w:tcPr>
          <w:p>
            <w:pPr>
              <w:spacing w:after="0"/>
              <w:jc w:val="left"/>
            </w:pPr>
            <w:r>
              <w:rPr>
                <w:sz w:val="16"/>
              </w:rPr>
              <w:t>events per year</w:t>
            </w:r>
          </w:p>
        </w:tc>
        <w:tc>
          <w:tcPr>
            <w:tcW w:type="dxa" w:w="1591"/>
          </w:tcPr>
          <w:p>
            <w:pPr>
              <w:spacing w:after="0"/>
              <w:jc w:val="left"/>
            </w:pPr>
            <w:r>
              <w:rPr>
                <w:sz w:val="16"/>
              </w:rPr>
              <w:t>about 1.15 per year</w:t>
            </w:r>
          </w:p>
        </w:tc>
        <w:tc>
          <w:tcPr>
            <w:tcW w:type="dxa" w:w="1037"/>
          </w:tcPr>
          <w:p>
            <w:pPr>
              <w:spacing w:after="0"/>
              <w:jc w:val="left"/>
            </w:pPr>
            <w:r>
              <w:rPr>
                <w:sz w:val="16"/>
              </w:rPr>
              <w:t>Highly likely</w:t>
            </w:r>
          </w:p>
        </w:tc>
        <w:tc>
          <w:tcPr>
            <w:tcW w:type="dxa" w:w="1981"/>
          </w:tcPr>
          <w:p>
            <w:pPr>
              <w:spacing w:after="0"/>
              <w:jc w:val="left"/>
            </w:pPr>
            <w:r>
              <w:rPr>
                <w:sz w:val="16"/>
              </w:rPr>
              <w:t>FEMA annualized frequency (modeled)</w:t>
            </w:r>
          </w:p>
        </w:tc>
        <w:tc>
          <w:tcPr>
            <w:tcW w:type="dxa" w:w="1525"/>
          </w:tcPr>
          <w:p>
            <w:pPr>
              <w:spacing w:after="0"/>
              <w:jc w:val="right"/>
            </w:pPr>
            <w:r>
              <w:rPr>
                <w:sz w:val="16"/>
              </w:rPr>
              <w:t>44</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0.266</w:t>
            </w:r>
          </w:p>
        </w:tc>
        <w:tc>
          <w:tcPr>
            <w:tcW w:type="dxa" w:w="1280"/>
          </w:tcPr>
          <w:p>
            <w:pPr>
              <w:spacing w:after="0"/>
              <w:jc w:val="left"/>
            </w:pPr>
            <w:r>
              <w:rPr>
                <w:sz w:val="16"/>
              </w:rPr>
              <w:t>events per year</w:t>
            </w:r>
          </w:p>
        </w:tc>
        <w:tc>
          <w:tcPr>
            <w:tcW w:type="dxa" w:w="1591"/>
          </w:tcPr>
          <w:p>
            <w:pPr>
              <w:spacing w:after="0"/>
              <w:jc w:val="left"/>
            </w:pPr>
            <w:r>
              <w:rPr>
                <w:sz w:val="16"/>
              </w:rPr>
              <w:t>about 1 in 4 years</w:t>
            </w:r>
          </w:p>
        </w:tc>
        <w:tc>
          <w:tcPr>
            <w:tcW w:type="dxa" w:w="1037"/>
          </w:tcPr>
          <w:p>
            <w:pPr>
              <w:spacing w:after="0"/>
              <w:jc w:val="left"/>
            </w:pPr>
            <w:r>
              <w:rPr>
                <w:sz w:val="16"/>
              </w:rPr>
              <w:t>Likely</w:t>
            </w:r>
          </w:p>
        </w:tc>
        <w:tc>
          <w:tcPr>
            <w:tcW w:type="dxa" w:w="198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0.00188</w:t>
            </w:r>
          </w:p>
        </w:tc>
        <w:tc>
          <w:tcPr>
            <w:tcW w:type="dxa" w:w="1280"/>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0.188%</w:t>
            </w:r>
          </w:p>
        </w:tc>
        <w:tc>
          <w:tcPr>
            <w:tcW w:type="dxa" w:w="1037"/>
          </w:tcPr>
          <w:p>
            <w:pPr>
              <w:spacing w:after="0"/>
              <w:jc w:val="left"/>
            </w:pPr>
            <w:r>
              <w:rPr>
                <w:sz w:val="16"/>
              </w:rPr>
              <w:t>Possible</w:t>
            </w:r>
          </w:p>
        </w:tc>
        <w:tc>
          <w:tcPr>
            <w:tcW w:type="dxa" w:w="1981"/>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4.9</w:t>
            </w:r>
          </w:p>
        </w:tc>
        <w:tc>
          <w:tcPr>
            <w:tcW w:type="dxa" w:w="1280"/>
          </w:tcPr>
          <w:p>
            <w:pPr>
              <w:spacing w:after="0"/>
              <w:jc w:val="left"/>
            </w:pPr>
            <w:r>
              <w:rPr>
                <w:sz w:val="16"/>
              </w:rPr>
              <w:t>event-days per year</w:t>
            </w:r>
          </w:p>
        </w:tc>
        <w:tc>
          <w:tcPr>
            <w:tcW w:type="dxa" w:w="1591"/>
          </w:tcPr>
          <w:p>
            <w:pPr>
              <w:spacing w:after="0"/>
              <w:jc w:val="left"/>
            </w:pPr>
            <w:r>
              <w:rPr>
                <w:sz w:val="16"/>
              </w:rPr>
              <w:t>about 4.9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11 of 30 years, 1996 to 2025 (36.7%)</w:t>
            </w:r>
          </w:p>
        </w:tc>
        <w:tc>
          <w:tcPr>
            <w:tcW w:type="dxa" w:w="1525"/>
          </w:tcPr>
          <w:p>
            <w:pPr>
              <w:spacing w:after="0"/>
              <w:jc w:val="right"/>
            </w:pPr>
            <w:r>
              <w:rPr>
                <w:sz w:val="16"/>
              </w:rPr>
              <w:t>93</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41.1</w:t>
            </w:r>
          </w:p>
        </w:tc>
        <w:tc>
          <w:tcPr>
            <w:tcW w:type="dxa" w:w="1311"/>
          </w:tcPr>
          <w:p>
            <w:pPr>
              <w:spacing w:after="0"/>
              <w:jc w:val="right"/>
            </w:pPr>
            <w:r>
              <w:rPr>
                <w:sz w:val="16"/>
              </w:rPr>
              <w:t>53.0</w:t>
            </w:r>
          </w:p>
        </w:tc>
        <w:tc>
          <w:tcPr>
            <w:tcW w:type="dxa" w:w="1250"/>
          </w:tcPr>
          <w:p>
            <w:pPr>
              <w:spacing w:after="0"/>
              <w:jc w:val="right"/>
            </w:pPr>
            <w:r>
              <w:rPr>
                <w:sz w:val="16"/>
              </w:rPr>
              <w:t>68.4</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3</w:t>
            </w:r>
          </w:p>
        </w:tc>
        <w:tc>
          <w:tcPr>
            <w:tcW w:type="dxa" w:w="1250"/>
          </w:tcPr>
          <w:p>
            <w:pPr>
              <w:spacing w:after="0"/>
              <w:jc w:val="right"/>
            </w:pPr>
            <w:r>
              <w:rPr>
                <w:sz w:val="16"/>
              </w:rPr>
              <w:t>86.7</w:t>
            </w:r>
          </w:p>
        </w:tc>
        <w:tc>
          <w:tcPr>
            <w:tcW w:type="dxa" w:w="1311"/>
          </w:tcPr>
          <w:p>
            <w:pPr>
              <w:spacing w:after="0"/>
              <w:jc w:val="right"/>
            </w:pPr>
            <w:r>
              <w:rPr>
                <w:sz w:val="16"/>
              </w:rPr>
              <w:t>92.9</w:t>
            </w:r>
          </w:p>
        </w:tc>
        <w:tc>
          <w:tcPr>
            <w:tcW w:type="dxa" w:w="1250"/>
          </w:tcPr>
          <w:p>
            <w:pPr>
              <w:spacing w:after="0"/>
              <w:jc w:val="right"/>
            </w:pPr>
            <w:r>
              <w:rPr>
                <w:sz w:val="16"/>
              </w:rPr>
              <w:t>99.2</w:t>
            </w:r>
          </w:p>
        </w:tc>
        <w:tc>
          <w:tcPr>
            <w:tcW w:type="dxa" w:w="6992"/>
          </w:tcPr>
          <w:p>
            <w:pPr>
              <w:spacing w:after="0"/>
              <w:jc w:val="left"/>
            </w:pPr>
            <w:r>
              <w:rPr>
                <w:sz w:val="16"/>
              </w:rPr>
              <w:t>Relatively High 1, Relatively Low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18.1</w:t>
            </w:r>
          </w:p>
        </w:tc>
        <w:tc>
          <w:tcPr>
            <w:tcW w:type="dxa" w:w="1311"/>
          </w:tcPr>
          <w:p>
            <w:pPr>
              <w:spacing w:after="0"/>
              <w:jc w:val="right"/>
            </w:pPr>
            <w:r>
              <w:rPr>
                <w:sz w:val="16"/>
              </w:rPr>
              <w:t>19.5</w:t>
            </w:r>
          </w:p>
        </w:tc>
        <w:tc>
          <w:tcPr>
            <w:tcW w:type="dxa" w:w="1250"/>
          </w:tcPr>
          <w:p>
            <w:pPr>
              <w:spacing w:after="0"/>
              <w:jc w:val="right"/>
            </w:pPr>
            <w:r>
              <w:rPr>
                <w:sz w:val="16"/>
              </w:rPr>
              <w:t>25.1</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86.9</w:t>
            </w:r>
          </w:p>
        </w:tc>
        <w:tc>
          <w:tcPr>
            <w:tcW w:type="dxa" w:w="1311"/>
          </w:tcPr>
          <w:p>
            <w:pPr>
              <w:spacing w:after="0"/>
              <w:jc w:val="right"/>
            </w:pPr>
            <w:r>
              <w:rPr>
                <w:sz w:val="16"/>
              </w:rPr>
              <w:t>90.9</w:t>
            </w:r>
          </w:p>
        </w:tc>
        <w:tc>
          <w:tcPr>
            <w:tcW w:type="dxa" w:w="1250"/>
          </w:tcPr>
          <w:p>
            <w:pPr>
              <w:spacing w:after="0"/>
              <w:jc w:val="right"/>
            </w:pPr>
            <w:r>
              <w:rPr>
                <w:sz w:val="16"/>
              </w:rPr>
              <w:t>92.7</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32.7</w:t>
            </w:r>
          </w:p>
        </w:tc>
        <w:tc>
          <w:tcPr>
            <w:tcW w:type="dxa" w:w="1311"/>
          </w:tcPr>
          <w:p>
            <w:pPr>
              <w:spacing w:after="0"/>
              <w:jc w:val="right"/>
            </w:pPr>
            <w:r>
              <w:rPr>
                <w:sz w:val="16"/>
              </w:rPr>
              <w:t>49.5</w:t>
            </w:r>
          </w:p>
        </w:tc>
        <w:tc>
          <w:tcPr>
            <w:tcW w:type="dxa" w:w="1250"/>
          </w:tcPr>
          <w:p>
            <w:pPr>
              <w:spacing w:after="0"/>
              <w:jc w:val="right"/>
            </w:pPr>
            <w:r>
              <w:rPr>
                <w:sz w:val="16"/>
              </w:rPr>
              <w:t>69.1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30.4</w:t>
            </w:r>
          </w:p>
        </w:tc>
        <w:tc>
          <w:tcPr>
            <w:tcW w:type="dxa" w:w="1311"/>
          </w:tcPr>
          <w:p>
            <w:pPr>
              <w:spacing w:after="0"/>
              <w:jc w:val="right"/>
            </w:pPr>
            <w:r>
              <w:rPr>
                <w:sz w:val="16"/>
              </w:rPr>
              <w:t>32.5</w:t>
            </w:r>
          </w:p>
        </w:tc>
        <w:tc>
          <w:tcPr>
            <w:tcW w:type="dxa" w:w="1250"/>
          </w:tcPr>
          <w:p>
            <w:pPr>
              <w:spacing w:after="0"/>
              <w:jc w:val="right"/>
            </w:pPr>
            <w:r>
              <w:rPr>
                <w:sz w:val="16"/>
              </w:rPr>
              <w:t>34.5</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53.9</w:t>
            </w:r>
          </w:p>
        </w:tc>
        <w:tc>
          <w:tcPr>
            <w:tcW w:type="dxa" w:w="1311"/>
          </w:tcPr>
          <w:p>
            <w:pPr>
              <w:spacing w:after="0"/>
              <w:jc w:val="right"/>
            </w:pPr>
            <w:r>
              <w:rPr>
                <w:sz w:val="16"/>
              </w:rPr>
              <w:t>57.2</w:t>
            </w:r>
          </w:p>
        </w:tc>
        <w:tc>
          <w:tcPr>
            <w:tcW w:type="dxa" w:w="1250"/>
          </w:tcPr>
          <w:p>
            <w:pPr>
              <w:spacing w:after="0"/>
              <w:jc w:val="right"/>
            </w:pPr>
            <w:r>
              <w:rPr>
                <w:sz w:val="16"/>
              </w:rPr>
              <w:t>69.1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4.2</w:t>
            </w:r>
          </w:p>
        </w:tc>
        <w:tc>
          <w:tcPr>
            <w:tcW w:type="dxa" w:w="1311"/>
          </w:tcPr>
          <w:p>
            <w:pPr>
              <w:spacing w:after="0"/>
              <w:jc w:val="right"/>
            </w:pPr>
            <w:r>
              <w:rPr>
                <w:sz w:val="16"/>
              </w:rPr>
              <w:t>12.8</w:t>
            </w:r>
          </w:p>
        </w:tc>
        <w:tc>
          <w:tcPr>
            <w:tcW w:type="dxa" w:w="1250"/>
          </w:tcPr>
          <w:p>
            <w:pPr>
              <w:spacing w:after="0"/>
              <w:jc w:val="right"/>
            </w:pPr>
            <w:r>
              <w:rPr>
                <w:sz w:val="16"/>
              </w:rPr>
              <w:t>16.6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8.8</w:t>
            </w:r>
          </w:p>
        </w:tc>
        <w:tc>
          <w:tcPr>
            <w:tcW w:type="dxa" w:w="1311"/>
          </w:tcPr>
          <w:p>
            <w:pPr>
              <w:spacing w:after="0"/>
              <w:jc w:val="right"/>
            </w:pPr>
            <w:r>
              <w:rPr>
                <w:sz w:val="16"/>
              </w:rPr>
              <w:t>10.7</w:t>
            </w:r>
          </w:p>
        </w:tc>
        <w:tc>
          <w:tcPr>
            <w:tcW w:type="dxa" w:w="1250"/>
          </w:tcPr>
          <w:p>
            <w:pPr>
              <w:spacing w:after="0"/>
              <w:jc w:val="right"/>
            </w:pPr>
            <w:r>
              <w:rPr>
                <w:sz w:val="16"/>
              </w:rPr>
              <w:t>28.0</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54.5</w:t>
            </w:r>
          </w:p>
        </w:tc>
        <w:tc>
          <w:tcPr>
            <w:tcW w:type="dxa" w:w="1311"/>
          </w:tcPr>
          <w:p>
            <w:pPr>
              <w:spacing w:after="0"/>
              <w:jc w:val="right"/>
            </w:pPr>
            <w:r>
              <w:rPr>
                <w:sz w:val="16"/>
              </w:rPr>
              <w:t>69.9</w:t>
            </w:r>
          </w:p>
        </w:tc>
        <w:tc>
          <w:tcPr>
            <w:tcW w:type="dxa" w:w="1250"/>
          </w:tcPr>
          <w:p>
            <w:pPr>
              <w:spacing w:after="0"/>
              <w:jc w:val="right"/>
            </w:pPr>
            <w:r>
              <w:rPr>
                <w:sz w:val="16"/>
              </w:rPr>
              <w:t>86.8</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79.1</w:t>
            </w:r>
          </w:p>
        </w:tc>
        <w:tc>
          <w:tcPr>
            <w:tcW w:type="dxa" w:w="1311"/>
          </w:tcPr>
          <w:p>
            <w:pPr>
              <w:spacing w:after="0"/>
              <w:jc w:val="right"/>
            </w:pPr>
            <w:r>
              <w:rPr>
                <w:sz w:val="16"/>
              </w:rPr>
              <w:t>85.7</w:t>
            </w:r>
          </w:p>
        </w:tc>
        <w:tc>
          <w:tcPr>
            <w:tcW w:type="dxa" w:w="1250"/>
          </w:tcPr>
          <w:p>
            <w:pPr>
              <w:spacing w:after="0"/>
              <w:jc w:val="right"/>
            </w:pPr>
            <w:r>
              <w:rPr>
                <w:sz w:val="16"/>
              </w:rPr>
              <w:t>93.7</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47.7</w:t>
            </w:r>
          </w:p>
        </w:tc>
        <w:tc>
          <w:tcPr>
            <w:tcW w:type="dxa" w:w="1311"/>
          </w:tcPr>
          <w:p>
            <w:pPr>
              <w:spacing w:after="0"/>
              <w:jc w:val="right"/>
            </w:pPr>
            <w:r>
              <w:rPr>
                <w:sz w:val="16"/>
              </w:rPr>
              <w:t>48.3</w:t>
            </w:r>
          </w:p>
        </w:tc>
        <w:tc>
          <w:tcPr>
            <w:tcW w:type="dxa" w:w="1250"/>
          </w:tcPr>
          <w:p>
            <w:pPr>
              <w:spacing w:after="0"/>
              <w:jc w:val="right"/>
            </w:pPr>
            <w:r>
              <w:rPr>
                <w:sz w:val="16"/>
              </w:rPr>
              <w:t>59.5</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81.0</w:t>
            </w:r>
          </w:p>
        </w:tc>
        <w:tc>
          <w:tcPr>
            <w:tcW w:type="dxa" w:w="1311"/>
          </w:tcPr>
          <w:p>
            <w:pPr>
              <w:spacing w:after="0"/>
              <w:jc w:val="right"/>
            </w:pPr>
            <w:r>
              <w:rPr>
                <w:sz w:val="16"/>
              </w:rPr>
              <w:t>84.6</w:t>
            </w:r>
          </w:p>
        </w:tc>
        <w:tc>
          <w:tcPr>
            <w:tcW w:type="dxa" w:w="1250"/>
          </w:tcPr>
          <w:p>
            <w:pPr>
              <w:spacing w:after="0"/>
              <w:jc w:val="right"/>
            </w:pPr>
            <w:r>
              <w:rPr>
                <w:sz w:val="16"/>
              </w:rPr>
              <w:t>92.3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81.9</w:t>
            </w:r>
          </w:p>
        </w:tc>
        <w:tc>
          <w:tcPr>
            <w:tcW w:type="dxa" w:w="1311"/>
          </w:tcPr>
          <w:p>
            <w:pPr>
              <w:spacing w:after="0"/>
              <w:jc w:val="right"/>
            </w:pPr>
            <w:r>
              <w:rPr>
                <w:sz w:val="16"/>
              </w:rPr>
              <w:t>86.5</w:t>
            </w:r>
          </w:p>
        </w:tc>
        <w:tc>
          <w:tcPr>
            <w:tcW w:type="dxa" w:w="1250"/>
          </w:tcPr>
          <w:p>
            <w:pPr>
              <w:spacing w:after="0"/>
              <w:jc w:val="right"/>
            </w:pPr>
            <w:r>
              <w:rPr>
                <w:sz w:val="16"/>
              </w:rPr>
              <w:t>94.1</w:t>
            </w:r>
          </w:p>
        </w:tc>
        <w:tc>
          <w:tcPr>
            <w:tcW w:type="dxa" w:w="6992"/>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6"/>
        <w:gridCol w:w="948"/>
        <w:gridCol w:w="1126"/>
        <w:gridCol w:w="1015"/>
        <w:gridCol w:w="1305"/>
        <w:gridCol w:w="1191"/>
        <w:gridCol w:w="1115"/>
        <w:gridCol w:w="1115"/>
        <w:gridCol w:w="16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$1,761,771,164</w:t>
            </w:r>
          </w:p>
        </w:tc>
        <w:tc>
          <w:tcPr>
            <w:tcW w:type="dxa" w:w="1138"/>
          </w:tcPr>
          <w:p>
            <w:pPr>
              <w:spacing w:after="0"/>
              <w:jc w:val="right"/>
            </w:pPr>
            <w:r>
              <w:rPr>
                <w:sz w:val="16"/>
              </w:rPr>
              <w:t>$1,374,218</w:t>
            </w:r>
          </w:p>
        </w:tc>
        <w:tc>
          <w:tcPr>
            <w:tcW w:type="dxa" w:w="1046"/>
          </w:tcPr>
          <w:p>
            <w:pPr>
              <w:spacing w:after="0"/>
              <w:jc w:val="right"/>
            </w:pPr>
            <w:r>
              <w:rPr>
                <w:sz w:val="16"/>
              </w:rPr>
              <w:t>7,780</w:t>
            </w:r>
          </w:p>
        </w:tc>
        <w:tc>
          <w:tcPr>
            <w:tcW w:type="dxa" w:w="948"/>
          </w:tcPr>
          <w:p>
            <w:pPr>
              <w:spacing w:after="0"/>
              <w:jc w:val="right"/>
            </w:pPr>
            <w:r>
              <w:rPr>
                <w:sz w:val="16"/>
              </w:rPr>
              <w:t>$649</w:t>
            </w:r>
          </w:p>
        </w:tc>
        <w:tc>
          <w:tcPr>
            <w:tcW w:type="dxa" w:w="1126"/>
          </w:tcPr>
          <w:p>
            <w:pPr>
              <w:spacing w:after="0"/>
              <w:jc w:val="right"/>
            </w:pPr>
            <w:r>
              <w:rPr>
                <w:sz w:val="16"/>
              </w:rPr>
              <w:t>$563</w:t>
            </w:r>
          </w:p>
        </w:tc>
        <w:tc>
          <w:tcPr>
            <w:tcW w:type="dxa" w:w="1015"/>
          </w:tcPr>
          <w:p>
            <w:pPr>
              <w:spacing w:after="0"/>
              <w:jc w:val="right"/>
            </w:pPr>
            <w:r>
              <w:rPr>
                <w:sz w:val="16"/>
              </w:rPr>
              <w:t>$158,929</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$774,371</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$743,134</w:t>
            </w:r>
          </w:p>
        </w:tc>
        <w:tc>
          <w:tcPr>
            <w:tcW w:type="dxa" w:w="1015"/>
          </w:tcPr>
          <w:p>
            <w:pPr>
              <w:spacing w:after="0"/>
              <w:jc w:val="right"/>
            </w:pPr>
            <w:r>
              <w:rPr>
                <w:sz w:val="16"/>
              </w:rPr>
              <w:t>n/a</w:t>
            </w:r>
          </w:p>
        </w:tc>
        <w:tc>
          <w:tcPr>
            <w:tcW w:type="dxa" w:w="1305"/>
          </w:tcPr>
          <w:p>
            <w:pPr>
              <w:spacing w:after="0"/>
              <w:jc w:val="right"/>
            </w:pPr>
            <w:r>
              <w:rPr>
                <w:sz w:val="16"/>
              </w:rPr>
              <w:t>96%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$3,218,886,319</w:t>
            </w:r>
          </w:p>
        </w:tc>
        <w:tc>
          <w:tcPr>
            <w:tcW w:type="dxa" w:w="1138"/>
          </w:tcPr>
          <w:p>
            <w:pPr>
              <w:spacing w:after="0"/>
              <w:jc w:val="right"/>
            </w:pPr>
            <w:r>
              <w:rPr>
                <w:sz w:val="16"/>
              </w:rPr>
              <w:t>n/a</w:t>
            </w:r>
          </w:p>
        </w:tc>
        <w:tc>
          <w:tcPr>
            <w:tcW w:type="dxa" w:w="1046"/>
          </w:tcPr>
          <w:p>
            <w:pPr>
              <w:spacing w:after="0"/>
              <w:jc w:val="right"/>
            </w:pPr>
            <w:r>
              <w:rPr>
                <w:sz w:val="16"/>
              </w:rPr>
              <w:t>7,791</w:t>
            </w:r>
          </w:p>
        </w:tc>
        <w:tc>
          <w:tcPr>
            <w:tcW w:type="dxa" w:w="948"/>
          </w:tcPr>
          <w:p>
            <w:pPr>
              <w:spacing w:after="0"/>
              <w:jc w:val="right"/>
            </w:pPr>
            <w:r>
              <w:rPr>
                <w:sz w:val="16"/>
              </w:rPr>
              <w:t>$12,509</w:t>
            </w:r>
          </w:p>
        </w:tc>
        <w:tc>
          <w:tcPr>
            <w:tcW w:type="dxa" w:w="1126"/>
          </w:tcPr>
          <w:p>
            <w:pPr>
              <w:spacing w:after="0"/>
              <w:jc w:val="right"/>
            </w:pPr>
            <w:r>
              <w:rPr>
                <w:sz w:val="16"/>
              </w:rPr>
              <w:t>n/a</w:t>
            </w:r>
          </w:p>
        </w:tc>
        <w:tc>
          <w:tcPr>
            <w:tcW w:type="dxa" w:w="1015"/>
          </w:tcPr>
          <w:p>
            <w:pPr>
              <w:spacing w:after="0"/>
              <w:jc w:val="right"/>
            </w:pPr>
            <w:r>
              <w:rPr>
                <w:sz w:val="16"/>
              </w:rPr>
              <w:t>$3,206</w:t>
            </w:r>
          </w:p>
        </w:tc>
        <w:tc>
          <w:tcPr>
            <w:tcW w:type="dxa" w:w="1305"/>
          </w:tcPr>
          <w:p>
            <w:pPr>
              <w:spacing w:after="0"/>
              <w:jc w:val="right"/>
            </w:pPr>
            <w:r>
              <w:rPr>
                <w:sz w:val="16"/>
              </w:rPr>
              <w:t>0.000389%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$1,761,771,164</w:t>
            </w:r>
          </w:p>
        </w:tc>
        <w:tc>
          <w:tcPr>
            <w:tcW w:type="dxa" w:w="1138"/>
          </w:tcPr>
          <w:p>
            <w:pPr>
              <w:spacing w:after="0"/>
              <w:jc w:val="right"/>
            </w:pPr>
            <w:r>
              <w:rPr>
                <w:sz w:val="16"/>
              </w:rPr>
              <w:t>$1,374,218</w:t>
            </w:r>
          </w:p>
        </w:tc>
        <w:tc>
          <w:tcPr>
            <w:tcW w:type="dxa" w:w="1046"/>
          </w:tcPr>
          <w:p>
            <w:pPr>
              <w:spacing w:after="0"/>
              <w:jc w:val="right"/>
            </w:pPr>
            <w:r>
              <w:rPr>
                <w:sz w:val="16"/>
              </w:rPr>
              <w:t>7,780</w:t>
            </w:r>
          </w:p>
        </w:tc>
        <w:tc>
          <w:tcPr>
            <w:tcW w:type="dxa" w:w="948"/>
          </w:tcPr>
          <w:p>
            <w:pPr>
              <w:spacing w:after="0"/>
              <w:jc w:val="right"/>
            </w:pPr>
            <w:r>
              <w:rPr>
                <w:sz w:val="16"/>
              </w:rPr>
              <w:t>$226,481</w:t>
            </w:r>
          </w:p>
        </w:tc>
        <w:tc>
          <w:tcPr>
            <w:tcW w:type="dxa" w:w="1126"/>
          </w:tcPr>
          <w:p>
            <w:pPr>
              <w:spacing w:after="0"/>
              <w:jc w:val="right"/>
            </w:pPr>
            <w:r>
              <w:rPr>
                <w:sz w:val="16"/>
              </w:rPr>
              <w:t>$10,243</w:t>
            </w:r>
          </w:p>
        </w:tc>
        <w:tc>
          <w:tcPr>
            <w:tcW w:type="dxa" w:w="1015"/>
          </w:tcPr>
          <w:p>
            <w:pPr>
              <w:spacing w:after="0"/>
              <w:jc w:val="right"/>
            </w:pPr>
            <w:r>
              <w:rPr>
                <w:sz w:val="16"/>
              </w:rPr>
              <w:t>$7,619</w:t>
            </w:r>
          </w:p>
        </w:tc>
        <w:tc>
          <w:tcPr>
            <w:tcW w:type="dxa" w:w="1305"/>
          </w:tcPr>
          <w:p>
            <w:pPr>
              <w:spacing w:after="0"/>
              <w:jc w:val="right"/>
            </w:pPr>
            <w:r>
              <w:rPr>
                <w:sz w:val="16"/>
              </w:rPr>
              <w:t>0.0129%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$1,761,771,164</w:t>
            </w:r>
          </w:p>
        </w:tc>
        <w:tc>
          <w:tcPr>
            <w:tcW w:type="dxa" w:w="1138"/>
          </w:tcPr>
          <w:p>
            <w:pPr>
              <w:spacing w:after="0"/>
              <w:jc w:val="right"/>
            </w:pPr>
            <w:r>
              <w:rPr>
                <w:sz w:val="16"/>
              </w:rPr>
              <w:t>$1,374,218</w:t>
            </w:r>
          </w:p>
        </w:tc>
        <w:tc>
          <w:tcPr>
            <w:tcW w:type="dxa" w:w="1046"/>
          </w:tcPr>
          <w:p>
            <w:pPr>
              <w:spacing w:after="0"/>
              <w:jc w:val="right"/>
            </w:pPr>
            <w:r>
              <w:rPr>
                <w:sz w:val="16"/>
              </w:rPr>
              <w:t>7,780</w:t>
            </w:r>
          </w:p>
        </w:tc>
        <w:tc>
          <w:tcPr>
            <w:tcW w:type="dxa" w:w="948"/>
          </w:tcPr>
          <w:p>
            <w:pPr>
              <w:spacing w:after="0"/>
              <w:jc w:val="right"/>
            </w:pPr>
            <w:r>
              <w:rPr>
                <w:sz w:val="16"/>
              </w:rPr>
              <w:t>$11</w:t>
            </w:r>
          </w:p>
        </w:tc>
        <w:tc>
          <w:tcPr>
            <w:tcW w:type="dxa" w:w="1126"/>
          </w:tcPr>
          <w:p>
            <w:pPr>
              <w:spacing w:after="0"/>
              <w:jc w:val="right"/>
            </w:pPr>
            <w:r>
              <w:rPr>
                <w:sz w:val="16"/>
              </w:rPr>
              <w:t>$5</w:t>
            </w:r>
          </w:p>
        </w:tc>
        <w:tc>
          <w:tcPr>
            <w:tcW w:type="dxa" w:w="1015"/>
          </w:tcPr>
          <w:p>
            <w:pPr>
              <w:spacing w:after="0"/>
              <w:jc w:val="right"/>
            </w:pPr>
            <w:r>
              <w:rPr>
                <w:sz w:val="16"/>
              </w:rPr>
              <w:t>$105,925</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$1,752,891,980</w:t>
            </w:r>
          </w:p>
        </w:tc>
        <w:tc>
          <w:tcPr>
            <w:tcW w:type="dxa" w:w="1138"/>
          </w:tcPr>
          <w:p>
            <w:pPr>
              <w:spacing w:after="0"/>
              <w:jc w:val="right"/>
            </w:pPr>
            <w:r>
              <w:rPr>
                <w:sz w:val="16"/>
              </w:rPr>
              <w:t>$1,374,218</w:t>
            </w:r>
          </w:p>
        </w:tc>
        <w:tc>
          <w:tcPr>
            <w:tcW w:type="dxa" w:w="1046"/>
          </w:tcPr>
          <w:p>
            <w:pPr>
              <w:spacing w:after="0"/>
              <w:jc w:val="right"/>
            </w:pPr>
            <w:r>
              <w:rPr>
                <w:sz w:val="16"/>
              </w:rPr>
              <w:t>7,708</w:t>
            </w:r>
          </w:p>
        </w:tc>
        <w:tc>
          <w:tcPr>
            <w:tcW w:type="dxa" w:w="948"/>
          </w:tcPr>
          <w:p>
            <w:pPr>
              <w:spacing w:after="0"/>
              <w:jc w:val="right"/>
            </w:pPr>
            <w:r>
              <w:rPr>
                <w:sz w:val="16"/>
              </w:rPr>
              <w:t>$1,920</w:t>
            </w:r>
          </w:p>
        </w:tc>
        <w:tc>
          <w:tcPr>
            <w:tcW w:type="dxa" w:w="1126"/>
          </w:tcPr>
          <w:p>
            <w:pPr>
              <w:spacing w:after="0"/>
              <w:jc w:val="right"/>
            </w:pPr>
            <w:r>
              <w:rPr>
                <w:sz w:val="16"/>
              </w:rPr>
              <w:t>$35</w:t>
            </w:r>
          </w:p>
        </w:tc>
        <w:tc>
          <w:tcPr>
            <w:tcW w:type="dxa" w:w="1015"/>
          </w:tcPr>
          <w:p>
            <w:pPr>
              <w:spacing w:after="0"/>
              <w:jc w:val="right"/>
            </w:pPr>
            <w:r>
              <w:rPr>
                <w:sz w:val="16"/>
              </w:rPr>
              <w:t>$11</w:t>
            </w:r>
          </w:p>
        </w:tc>
        <w:tc>
          <w:tcPr>
            <w:tcW w:type="dxa" w:w="1305"/>
          </w:tcPr>
          <w:p>
            <w:pPr>
              <w:spacing w:after="0"/>
              <w:jc w:val="right"/>
            </w:pPr>
            <w:r>
              <w:rPr>
                <w:sz w:val="16"/>
              </w:rPr>
              <w:t>0.00011%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$1,761,771,164</w:t>
            </w:r>
          </w:p>
        </w:tc>
        <w:tc>
          <w:tcPr>
            <w:tcW w:type="dxa" w:w="1138"/>
          </w:tcPr>
          <w:p>
            <w:pPr>
              <w:spacing w:after="0"/>
              <w:jc w:val="right"/>
            </w:pPr>
            <w:r>
              <w:rPr>
                <w:sz w:val="16"/>
              </w:rPr>
              <w:t>n/a</w:t>
            </w:r>
          </w:p>
        </w:tc>
        <w:tc>
          <w:tcPr>
            <w:tcW w:type="dxa" w:w="1046"/>
          </w:tcPr>
          <w:p>
            <w:pPr>
              <w:spacing w:after="0"/>
              <w:jc w:val="right"/>
            </w:pPr>
            <w:r>
              <w:rPr>
                <w:sz w:val="16"/>
              </w:rPr>
              <w:t>7,780</w:t>
            </w:r>
          </w:p>
        </w:tc>
        <w:tc>
          <w:tcPr>
            <w:tcW w:type="dxa" w:w="948"/>
          </w:tcPr>
          <w:p>
            <w:pPr>
              <w:spacing w:after="0"/>
              <w:jc w:val="right"/>
            </w:pPr>
            <w:r>
              <w:rPr>
                <w:sz w:val="16"/>
              </w:rPr>
              <w:t>$13,617</w:t>
            </w:r>
          </w:p>
        </w:tc>
        <w:tc>
          <w:tcPr>
            <w:tcW w:type="dxa" w:w="1126"/>
          </w:tcPr>
          <w:p>
            <w:pPr>
              <w:spacing w:after="0"/>
              <w:jc w:val="right"/>
            </w:pPr>
            <w:r>
              <w:rPr>
                <w:sz w:val="16"/>
              </w:rPr>
              <w:t>n/a</w:t>
            </w:r>
          </w:p>
        </w:tc>
        <w:tc>
          <w:tcPr>
            <w:tcW w:type="dxa" w:w="1015"/>
          </w:tcPr>
          <w:p>
            <w:pPr>
              <w:spacing w:after="0"/>
              <w:jc w:val="right"/>
            </w:pPr>
            <w:r>
              <w:rPr>
                <w:sz w:val="16"/>
              </w:rPr>
              <w:t>$4,363</w:t>
            </w:r>
          </w:p>
        </w:tc>
        <w:tc>
          <w:tcPr>
            <w:tcW w:type="dxa" w:w="1305"/>
          </w:tcPr>
          <w:p>
            <w:pPr>
              <w:spacing w:after="0"/>
              <w:jc w:val="right"/>
            </w:pPr>
            <w:r>
              <w:rPr>
                <w:sz w:val="16"/>
              </w:rPr>
              <w:t>0.000773%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$1,761,770,226</w:t>
            </w:r>
          </w:p>
        </w:tc>
        <w:tc>
          <w:tcPr>
            <w:tcW w:type="dxa" w:w="1138"/>
          </w:tcPr>
          <w:p>
            <w:pPr>
              <w:spacing w:after="0"/>
              <w:jc w:val="right"/>
            </w:pPr>
            <w:r>
              <w:rPr>
                <w:sz w:val="16"/>
              </w:rPr>
              <w:t>$0</w:t>
            </w:r>
          </w:p>
        </w:tc>
        <w:tc>
          <w:tcPr>
            <w:tcW w:type="dxa" w:w="1046"/>
          </w:tcPr>
          <w:p>
            <w:pPr>
              <w:spacing w:after="0"/>
              <w:jc w:val="right"/>
            </w:pPr>
            <w:r>
              <w:rPr>
                <w:sz w:val="16"/>
              </w:rPr>
              <w:t>18</w:t>
            </w:r>
          </w:p>
        </w:tc>
        <w:tc>
          <w:tcPr>
            <w:tcW w:type="dxa" w:w="948"/>
          </w:tcPr>
          <w:p>
            <w:pPr>
              <w:spacing w:after="0"/>
              <w:jc w:val="right"/>
            </w:pPr>
            <w:r>
              <w:rPr>
                <w:sz w:val="16"/>
              </w:rPr>
              <w:t>$551,524</w:t>
            </w:r>
          </w:p>
        </w:tc>
        <w:tc>
          <w:tcPr>
            <w:tcW w:type="dxa" w:w="1126"/>
          </w:tcPr>
          <w:p>
            <w:pPr>
              <w:spacing w:after="0"/>
              <w:jc w:val="right"/>
            </w:pPr>
            <w:r>
              <w:rPr>
                <w:sz w:val="16"/>
              </w:rPr>
              <w:t>$0</w:t>
            </w:r>
          </w:p>
        </w:tc>
        <w:tc>
          <w:tcPr>
            <w:tcW w:type="dxa" w:w="1015"/>
          </w:tcPr>
          <w:p>
            <w:pPr>
              <w:spacing w:after="0"/>
              <w:jc w:val="right"/>
            </w:pPr>
            <w:r>
              <w:rPr>
                <w:sz w:val="16"/>
              </w:rPr>
              <w:t>$271</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$264,617</w:t>
            </w:r>
          </w:p>
        </w:tc>
        <w:tc>
          <w:tcPr>
            <w:tcW w:type="dxa" w:w="1138"/>
          </w:tcPr>
          <w:p>
            <w:pPr>
              <w:spacing w:after="0"/>
              <w:jc w:val="right"/>
            </w:pPr>
            <w:r>
              <w:rPr>
                <w:sz w:val="16"/>
              </w:rPr>
              <w:t>n/a</w:t>
            </w:r>
          </w:p>
        </w:tc>
        <w:tc>
          <w:tcPr>
            <w:tcW w:type="dxa" w:w="1046"/>
          </w:tcPr>
          <w:p>
            <w:pPr>
              <w:spacing w:after="0"/>
              <w:jc w:val="right"/>
            </w:pPr>
            <w:r>
              <w:rPr>
                <w:sz w:val="16"/>
              </w:rPr>
              <w:t>1</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015"/>
          </w:tcPr>
          <w:p>
            <w:pPr>
              <w:spacing w:after="0"/>
              <w:jc w:val="right"/>
            </w:pPr>
            <w:r>
              <w:rPr>
                <w:sz w:val="16"/>
              </w:rPr>
              <w:t>under $1</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$1,761,771,164</w:t>
            </w:r>
          </w:p>
        </w:tc>
        <w:tc>
          <w:tcPr>
            <w:tcW w:type="dxa" w:w="1138"/>
          </w:tcPr>
          <w:p>
            <w:pPr>
              <w:spacing w:after="0"/>
              <w:jc w:val="right"/>
            </w:pPr>
            <w:r>
              <w:rPr>
                <w:sz w:val="16"/>
              </w:rPr>
              <w:t>n/a</w:t>
            </w:r>
          </w:p>
        </w:tc>
        <w:tc>
          <w:tcPr>
            <w:tcW w:type="dxa" w:w="1046"/>
          </w:tcPr>
          <w:p>
            <w:pPr>
              <w:spacing w:after="0"/>
              <w:jc w:val="right"/>
            </w:pPr>
            <w:r>
              <w:rPr>
                <w:sz w:val="16"/>
              </w:rPr>
              <w:t>7,780</w:t>
            </w:r>
          </w:p>
        </w:tc>
        <w:tc>
          <w:tcPr>
            <w:tcW w:type="dxa" w:w="948"/>
          </w:tcPr>
          <w:p>
            <w:pPr>
              <w:spacing w:after="0"/>
              <w:jc w:val="right"/>
            </w:pPr>
            <w:r>
              <w:rPr>
                <w:sz w:val="16"/>
              </w:rPr>
              <w:t>$2,587</w:t>
            </w:r>
          </w:p>
        </w:tc>
        <w:tc>
          <w:tcPr>
            <w:tcW w:type="dxa" w:w="1126"/>
          </w:tcPr>
          <w:p>
            <w:pPr>
              <w:spacing w:after="0"/>
              <w:jc w:val="right"/>
            </w:pPr>
            <w:r>
              <w:rPr>
                <w:sz w:val="16"/>
              </w:rPr>
              <w:t>n/a</w:t>
            </w:r>
          </w:p>
        </w:tc>
        <w:tc>
          <w:tcPr>
            <w:tcW w:type="dxa" w:w="1015"/>
          </w:tcPr>
          <w:p>
            <w:pPr>
              <w:spacing w:after="0"/>
              <w:jc w:val="right"/>
            </w:pPr>
            <w:r>
              <w:rPr>
                <w:sz w:val="16"/>
              </w:rPr>
              <w:t>$57,505</w:t>
            </w:r>
          </w:p>
        </w:tc>
        <w:tc>
          <w:tcPr>
            <w:tcW w:type="dxa" w:w="1305"/>
          </w:tcPr>
          <w:p>
            <w:pPr>
              <w:spacing w:after="0"/>
              <w:jc w:val="right"/>
            </w:pPr>
            <w:r>
              <w:rPr>
                <w:sz w:val="16"/>
              </w:rPr>
              <w:t>0.000147%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$1,761,771,164</w:t>
            </w:r>
          </w:p>
        </w:tc>
        <w:tc>
          <w:tcPr>
            <w:tcW w:type="dxa" w:w="1138"/>
          </w:tcPr>
          <w:p>
            <w:pPr>
              <w:spacing w:after="0"/>
              <w:jc w:val="right"/>
            </w:pPr>
            <w:r>
              <w:rPr>
                <w:sz w:val="16"/>
              </w:rPr>
              <w:t>$1,374,218</w:t>
            </w:r>
          </w:p>
        </w:tc>
        <w:tc>
          <w:tcPr>
            <w:tcW w:type="dxa" w:w="1046"/>
          </w:tcPr>
          <w:p>
            <w:pPr>
              <w:spacing w:after="0"/>
              <w:jc w:val="right"/>
            </w:pPr>
            <w:r>
              <w:rPr>
                <w:sz w:val="16"/>
              </w:rPr>
              <w:t>7,780</w:t>
            </w:r>
          </w:p>
        </w:tc>
        <w:tc>
          <w:tcPr>
            <w:tcW w:type="dxa" w:w="948"/>
          </w:tcPr>
          <w:p>
            <w:pPr>
              <w:spacing w:after="0"/>
              <w:jc w:val="right"/>
            </w:pPr>
            <w:r>
              <w:rPr>
                <w:sz w:val="16"/>
              </w:rPr>
              <w:t>$35,660</w:t>
            </w:r>
          </w:p>
        </w:tc>
        <w:tc>
          <w:tcPr>
            <w:tcW w:type="dxa" w:w="1126"/>
          </w:tcPr>
          <w:p>
            <w:pPr>
              <w:spacing w:after="0"/>
              <w:jc w:val="right"/>
            </w:pPr>
            <w:r>
              <w:rPr>
                <w:sz w:val="16"/>
              </w:rPr>
              <w:t>$92</w:t>
            </w:r>
          </w:p>
        </w:tc>
        <w:tc>
          <w:tcPr>
            <w:tcW w:type="dxa" w:w="1015"/>
          </w:tcPr>
          <w:p>
            <w:pPr>
              <w:spacing w:after="0"/>
              <w:jc w:val="right"/>
            </w:pPr>
            <w:r>
              <w:rPr>
                <w:sz w:val="16"/>
              </w:rPr>
              <w:t>$169,693</w:t>
            </w:r>
          </w:p>
        </w:tc>
        <w:tc>
          <w:tcPr>
            <w:tcW w:type="dxa" w:w="1305"/>
          </w:tcPr>
          <w:p>
            <w:pPr>
              <w:spacing w:after="0"/>
              <w:jc w:val="right"/>
            </w:pPr>
            <w:r>
              <w:rPr>
                <w:sz w:val="16"/>
              </w:rPr>
              <w:t>0.00202%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$1,761,771,164</w:t>
            </w:r>
          </w:p>
        </w:tc>
        <w:tc>
          <w:tcPr>
            <w:tcW w:type="dxa" w:w="1138"/>
          </w:tcPr>
          <w:p>
            <w:pPr>
              <w:spacing w:after="0"/>
              <w:jc w:val="right"/>
            </w:pPr>
            <w:r>
              <w:rPr>
                <w:sz w:val="16"/>
              </w:rPr>
              <w:t>$1,374,218</w:t>
            </w:r>
          </w:p>
        </w:tc>
        <w:tc>
          <w:tcPr>
            <w:tcW w:type="dxa" w:w="1046"/>
          </w:tcPr>
          <w:p>
            <w:pPr>
              <w:spacing w:after="0"/>
              <w:jc w:val="right"/>
            </w:pPr>
            <w:r>
              <w:rPr>
                <w:sz w:val="16"/>
              </w:rPr>
              <w:t>7,780</w:t>
            </w:r>
          </w:p>
        </w:tc>
        <w:tc>
          <w:tcPr>
            <w:tcW w:type="dxa" w:w="948"/>
          </w:tcPr>
          <w:p>
            <w:pPr>
              <w:spacing w:after="0"/>
              <w:jc w:val="right"/>
            </w:pPr>
            <w:r>
              <w:rPr>
                <w:sz w:val="16"/>
              </w:rPr>
              <w:t>$99,467</w:t>
            </w:r>
          </w:p>
        </w:tc>
        <w:tc>
          <w:tcPr>
            <w:tcW w:type="dxa" w:w="1126"/>
          </w:tcPr>
          <w:p>
            <w:pPr>
              <w:spacing w:after="0"/>
              <w:jc w:val="right"/>
            </w:pPr>
            <w:r>
              <w:rPr>
                <w:sz w:val="16"/>
              </w:rPr>
              <w:t>$189</w:t>
            </w:r>
          </w:p>
        </w:tc>
        <w:tc>
          <w:tcPr>
            <w:tcW w:type="dxa" w:w="1015"/>
          </w:tcPr>
          <w:p>
            <w:pPr>
              <w:spacing w:after="0"/>
              <w:jc w:val="right"/>
            </w:pPr>
            <w:r>
              <w:rPr>
                <w:sz w:val="16"/>
              </w:rPr>
              <w:t>$78,805</w:t>
            </w:r>
          </w:p>
        </w:tc>
        <w:tc>
          <w:tcPr>
            <w:tcW w:type="dxa" w:w="1305"/>
          </w:tcPr>
          <w:p>
            <w:pPr>
              <w:spacing w:after="0"/>
              <w:jc w:val="right"/>
            </w:pPr>
            <w:r>
              <w:rPr>
                <w:sz w:val="16"/>
              </w:rPr>
              <w:t>0.00565%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$392,278,721</w:t>
            </w:r>
          </w:p>
        </w:tc>
        <w:tc>
          <w:tcPr>
            <w:tcW w:type="dxa" w:w="1138"/>
          </w:tcPr>
          <w:p>
            <w:pPr>
              <w:spacing w:after="0"/>
              <w:jc w:val="right"/>
            </w:pPr>
            <w:r>
              <w:rPr>
                <w:sz w:val="16"/>
              </w:rPr>
              <w:t>$900,565</w:t>
            </w:r>
          </w:p>
        </w:tc>
        <w:tc>
          <w:tcPr>
            <w:tcW w:type="dxa" w:w="1046"/>
          </w:tcPr>
          <w:p>
            <w:pPr>
              <w:spacing w:after="0"/>
              <w:jc w:val="right"/>
            </w:pPr>
            <w:r>
              <w:rPr>
                <w:sz w:val="16"/>
              </w:rPr>
              <w:t>1,932</w:t>
            </w:r>
          </w:p>
        </w:tc>
        <w:tc>
          <w:tcPr>
            <w:tcW w:type="dxa" w:w="948"/>
          </w:tcPr>
          <w:p>
            <w:pPr>
              <w:spacing w:after="0"/>
              <w:jc w:val="right"/>
            </w:pPr>
            <w:r>
              <w:rPr>
                <w:sz w:val="16"/>
              </w:rPr>
              <w:t>$56,164</w:t>
            </w:r>
          </w:p>
        </w:tc>
        <w:tc>
          <w:tcPr>
            <w:tcW w:type="dxa" w:w="1126"/>
          </w:tcPr>
          <w:p>
            <w:pPr>
              <w:spacing w:after="0"/>
              <w:jc w:val="right"/>
            </w:pPr>
            <w:r>
              <w:rPr>
                <w:sz w:val="16"/>
              </w:rPr>
              <w:t>$15</w:t>
            </w:r>
          </w:p>
        </w:tc>
        <w:tc>
          <w:tcPr>
            <w:tcW w:type="dxa" w:w="1015"/>
          </w:tcPr>
          <w:p>
            <w:pPr>
              <w:spacing w:after="0"/>
              <w:jc w:val="right"/>
            </w:pPr>
            <w:r>
              <w:rPr>
                <w:sz w:val="16"/>
              </w:rPr>
              <w:t>$3,610</w:t>
            </w:r>
          </w:p>
        </w:tc>
        <w:tc>
          <w:tcPr>
            <w:tcW w:type="dxa" w:w="1305"/>
          </w:tcPr>
          <w:p>
            <w:pPr>
              <w:spacing w:after="0"/>
              <w:jc w:val="right"/>
            </w:pPr>
            <w:r>
              <w:rPr>
                <w:sz w:val="16"/>
              </w:rPr>
              <w:t>0.0143%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$1,761,771,164</w:t>
            </w:r>
          </w:p>
        </w:tc>
        <w:tc>
          <w:tcPr>
            <w:tcW w:type="dxa" w:w="1138"/>
          </w:tcPr>
          <w:p>
            <w:pPr>
              <w:spacing w:after="0"/>
              <w:jc w:val="right"/>
            </w:pPr>
            <w:r>
              <w:rPr>
                <w:sz w:val="16"/>
              </w:rPr>
              <w:t>$1,374,218</w:t>
            </w:r>
          </w:p>
        </w:tc>
        <w:tc>
          <w:tcPr>
            <w:tcW w:type="dxa" w:w="1046"/>
          </w:tcPr>
          <w:p>
            <w:pPr>
              <w:spacing w:after="0"/>
              <w:jc w:val="right"/>
            </w:pPr>
            <w:r>
              <w:rPr>
                <w:sz w:val="16"/>
              </w:rPr>
              <w:t>7,780</w:t>
            </w:r>
          </w:p>
        </w:tc>
        <w:tc>
          <w:tcPr>
            <w:tcW w:type="dxa" w:w="948"/>
          </w:tcPr>
          <w:p>
            <w:pPr>
              <w:spacing w:after="0"/>
              <w:jc w:val="right"/>
            </w:pPr>
            <w:r>
              <w:rPr>
                <w:sz w:val="16"/>
              </w:rPr>
              <w:t>$11,019</w:t>
            </w:r>
          </w:p>
        </w:tc>
        <w:tc>
          <w:tcPr>
            <w:tcW w:type="dxa" w:w="1126"/>
          </w:tcPr>
          <w:p>
            <w:pPr>
              <w:spacing w:after="0"/>
              <w:jc w:val="right"/>
            </w:pPr>
            <w:r>
              <w:rPr>
                <w:sz w:val="16"/>
              </w:rPr>
              <w:t>$2</w:t>
            </w:r>
          </w:p>
        </w:tc>
        <w:tc>
          <w:tcPr>
            <w:tcW w:type="dxa" w:w="1015"/>
          </w:tcPr>
          <w:p>
            <w:pPr>
              <w:spacing w:after="0"/>
              <w:jc w:val="right"/>
            </w:pPr>
            <w:r>
              <w:rPr>
                <w:sz w:val="16"/>
              </w:rPr>
              <w:t>$26,908</w:t>
            </w:r>
          </w:p>
        </w:tc>
        <w:tc>
          <w:tcPr>
            <w:tcW w:type="dxa" w:w="1305"/>
          </w:tcPr>
          <w:p>
            <w:pPr>
              <w:spacing w:after="0"/>
              <w:jc w:val="right"/>
            </w:pPr>
            <w:r>
              <w:rPr>
                <w:sz w:val="16"/>
              </w:rPr>
              <w:t>0.000625%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7,780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$1,761,771,164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$1,374,218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$1,765,886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$616,846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Winkler County, TX: risk-assessment baseline packet, release 2026-10 (data as of 2026-09-30; County FIPS 48495). Automated baseline. </w:t>
      </w:r>
      <w:hyperlink r:id="rId15">
        <w:r>
          <w:rPr>
            <w:color w:val="1F4E99"/>
            <w:sz w:val="17"/>
            <w:u w:val="single"/>
          </w:rPr>
          <w:t>https://hazardplain.org/tx/48495/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Winkler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Winkler County, TX: Risk-assessment baseline packet</dc:title>
  <dc:subject>Hazard Plain release 2026-10, as of 2026-09-30. Automated baseline</dc:subject>
  <dc:creator>Hazard Plain</dc:creator>
  <cp:keywords>Hazard Plain; hazard mitigation; risk assessment; 48495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