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Stonewall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48433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2025-01-28</w:t>
      </w:r>
    </w:p>
    <w:p>
      <w:pPr>
        <w:keepNext/>
        <w:spacing w:after="40" w:before="0"/>
      </w:pPr>
      <w:r>
        <w:rPr>
          <w:b/>
        </w:rPr>
        <w:t xml:space="preserve">Plan: </w:t>
      </w:r>
      <w:r>
        <w:rPr/>
        <w:t>West Central Texas Council of Governments Planning Area 4 (FEMA plan 105435)</w:t>
      </w:r>
    </w:p>
    <w:p>
      <w:pPr>
        <w:keepNext/>
        <w:spacing w:after="40" w:before="0"/>
      </w:pPr>
      <w:r>
        <w:rPr>
          <w:b/>
        </w:rPr>
        <w:t xml:space="preserve">Approved: </w:t>
      </w:r>
      <w:r>
        <w:rPr/>
        <w:t>2020-01-29</w:t>
      </w:r>
    </w:p>
    <w:p>
      <w:pPr>
        <w:keepNext/>
        <w:spacing w:after="40" w:before="0"/>
      </w:pPr>
      <w:r>
        <w:rPr>
          <w:b/>
        </w:rPr>
        <w:t xml:space="preserve">Expires: </w:t>
      </w:r>
      <w:r>
        <w:rPr/>
        <w:t>2025-01-28</w:t>
      </w:r>
    </w:p>
    <w:p>
      <w:pPr>
        <w:keepNext/>
        <w:spacing w:after="40" w:before="0"/>
      </w:pPr>
      <w:r>
        <w:rPr>
          <w:b/>
        </w:rPr>
        <w:t xml:space="preserve">As of: </w:t>
      </w:r>
      <w:r>
        <w:rPr/>
        <w:t>2026-09-28</w:t>
      </w:r>
    </w:p>
    <w:p>
      <w:pPr>
        <w:keepNext/>
        <w:spacing w:after="40" w:before="0"/>
      </w:pPr>
      <w:r>
        <w:rPr>
          <w:b/>
        </w:rPr>
        <w:t xml:space="preserve">Days: </w:t>
      </w:r>
      <w:r>
        <w:rPr/>
        <w:t>608 days since expiry</w:t>
      </w:r>
    </w:p>
    <w:p>
      <w:pPr>
        <w:keepNext/>
        <w:spacing w:after="40" w:before="0"/>
      </w:pPr>
      <w:r>
        <w:rPr>
          <w:b/>
        </w:rPr>
        <w:t xml:space="preserve">Update underway: </w:t>
      </w:r>
      <w:r>
        <w:rPr/>
        <w:t>FEMA tracker shows a plan awaiting revisions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2020-01-29)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EM-3458-TX (non-natural, not counted), DR-4485-TX (non-natural, not counted), EM-3554-TX, DR-4586-TX (4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75"/>
        <w:gridCol w:w="1837"/>
        <w:gridCol w:w="1743"/>
        <w:gridCol w:w="1815"/>
        <w:gridCol w:w="1037"/>
        <w:gridCol w:w="1037"/>
        <w:gridCol w:w="840"/>
        <w:gridCol w:w="2492"/>
        <w:gridCol w:w="1037"/>
      </w:tblGrid>
      <w:tr>
        <w:trPr>
          <w:cantSplit/>
          <w:tblHeader/>
        </w:trPr>
        <w:tc>
          <w:tcPr>
            <w:tcW w:type="dxa" w:w="2275"/>
            <w:shd w:val="clear" w:color="auto" w:fill="E8E8E8"/>
          </w:tcPr>
          <w:p>
            <w:pPr>
              <w:spacing w:after="0"/>
              <w:jc w:val="left"/>
            </w:pPr>
            <w:r>
              <w:rPr>
                <w:b/>
                <w:sz w:val="16"/>
              </w:rPr>
              <w:t>Jurisdiction</w:t>
            </w:r>
          </w:p>
        </w:tc>
        <w:tc>
          <w:tcPr>
            <w:tcW w:type="dxa" w:w="1837"/>
            <w:shd w:val="clear" w:color="auto" w:fill="E8E8E8"/>
          </w:tcPr>
          <w:p>
            <w:pPr>
              <w:spacing w:after="0"/>
              <w:jc w:val="left"/>
            </w:pPr>
            <w:r>
              <w:rPr>
                <w:b/>
                <w:sz w:val="16"/>
              </w:rPr>
              <w:t>Type</w:t>
            </w:r>
          </w:p>
        </w:tc>
        <w:tc>
          <w:tcPr>
            <w:tcW w:type="dxa" w:w="1743"/>
            <w:shd w:val="clear" w:color="auto" w:fill="E8E8E8"/>
          </w:tcPr>
          <w:p>
            <w:pPr>
              <w:spacing w:after="0"/>
              <w:jc w:val="left"/>
            </w:pPr>
            <w:r>
              <w:rPr>
                <w:b/>
                <w:sz w:val="16"/>
              </w:rPr>
              <w:t>Status</w:t>
            </w:r>
          </w:p>
        </w:tc>
        <w:tc>
          <w:tcPr>
            <w:tcW w:type="dxa" w:w="181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92"/>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2275"/>
          </w:tcPr>
          <w:p>
            <w:pPr>
              <w:spacing w:after="0"/>
              <w:jc w:val="left"/>
            </w:pPr>
            <w:r>
              <w:rPr>
                <w:sz w:val="16"/>
              </w:rPr>
              <w:t>Stonewall County</w:t>
            </w:r>
          </w:p>
        </w:tc>
        <w:tc>
          <w:tcPr>
            <w:tcW w:type="dxa" w:w="1837"/>
          </w:tcPr>
          <w:p>
            <w:pPr>
              <w:spacing w:after="0"/>
              <w:jc w:val="left"/>
            </w:pPr>
            <w:r>
              <w:rPr>
                <w:sz w:val="16"/>
              </w:rPr>
              <w:t>County</w:t>
            </w:r>
          </w:p>
        </w:tc>
        <w:tc>
          <w:tcPr>
            <w:tcW w:type="dxa" w:w="1743"/>
          </w:tcPr>
          <w:p>
            <w:pPr>
              <w:spacing w:after="0"/>
              <w:jc w:val="left"/>
            </w:pPr>
            <w:r>
              <w:rPr>
                <w:sz w:val="16"/>
              </w:rPr>
              <w:t>Expired on 2025-01-28</w:t>
            </w:r>
          </w:p>
        </w:tc>
        <w:tc>
          <w:tcPr>
            <w:tcW w:type="dxa" w:w="1815"/>
          </w:tcPr>
          <w:p>
            <w:pPr>
              <w:spacing w:after="0"/>
              <w:jc w:val="left"/>
            </w:pPr>
            <w:r>
              <w:rPr>
                <w:sz w:val="16"/>
              </w:rPr>
              <w:t>West Central Texas Council of Governments Planning Area 4 (FEMA plan 105435)</w:t>
            </w:r>
          </w:p>
        </w:tc>
        <w:tc>
          <w:tcPr>
            <w:tcW w:type="dxa" w:w="1037"/>
          </w:tcPr>
          <w:p>
            <w:pPr>
              <w:spacing w:after="0"/>
              <w:jc w:val="left"/>
            </w:pPr>
            <w:r>
              <w:rPr>
                <w:sz w:val="16"/>
              </w:rPr>
              <w:t>2020-01-29</w:t>
            </w:r>
          </w:p>
        </w:tc>
        <w:tc>
          <w:tcPr>
            <w:tcW w:type="dxa" w:w="1037"/>
          </w:tcPr>
          <w:p>
            <w:pPr>
              <w:spacing w:after="0"/>
              <w:jc w:val="left"/>
            </w:pPr>
            <w:r>
              <w:rPr>
                <w:sz w:val="16"/>
              </w:rPr>
              <w:t>2025-01-28</w:t>
            </w:r>
          </w:p>
        </w:tc>
        <w:tc>
          <w:tcPr>
            <w:tcW w:type="dxa" w:w="840"/>
          </w:tcPr>
          <w:p>
            <w:pPr>
              <w:spacing w:after="0"/>
              <w:jc w:val="right"/>
            </w:pPr>
            <w:r>
              <w:rPr>
                <w:sz w:val="16"/>
              </w:rPr>
              <w:t>-608</w:t>
            </w:r>
          </w:p>
        </w:tc>
        <w:tc>
          <w:tcPr>
            <w:tcW w:type="dxa" w:w="2492"/>
          </w:tcPr>
          <w:p>
            <w:pPr>
              <w:spacing w:after="0"/>
              <w:jc w:val="left"/>
            </w:pPr>
            <w:r>
              <w:rPr>
                <w:sz w:val="16"/>
              </w:rPr>
              <w:t>FEMA tracker shows a plan awaiting revisions</w:t>
            </w:r>
          </w:p>
        </w:tc>
        <w:tc>
          <w:tcPr>
            <w:tcW w:type="dxa" w:w="1037"/>
          </w:tcPr>
          <w:p>
            <w:pPr>
              <w:spacing w:after="0"/>
              <w:jc w:val="left"/>
            </w:pPr>
            <w:r>
              <w:rPr>
                <w:sz w:val="16"/>
              </w:rPr>
              <w:t>member approved 2020-08-25</w:t>
            </w:r>
          </w:p>
        </w:tc>
      </w:tr>
      <w:tr>
        <w:trPr>
          <w:cantSplit/>
        </w:trPr>
        <w:tc>
          <w:tcPr>
            <w:tcW w:type="dxa" w:w="2275"/>
          </w:tcPr>
          <w:p>
            <w:pPr>
              <w:spacing w:after="0"/>
              <w:jc w:val="left"/>
            </w:pPr>
            <w:r>
              <w:rPr>
                <w:sz w:val="16"/>
              </w:rPr>
              <w:t>Aspermont town</w:t>
            </w:r>
          </w:p>
        </w:tc>
        <w:tc>
          <w:tcPr>
            <w:tcW w:type="dxa" w:w="1837"/>
          </w:tcPr>
          <w:p>
            <w:pPr>
              <w:spacing w:after="0"/>
              <w:jc w:val="left"/>
            </w:pPr>
            <w:r>
              <w:rPr>
                <w:sz w:val="16"/>
              </w:rPr>
              <w:t>Town</w:t>
            </w:r>
          </w:p>
        </w:tc>
        <w:tc>
          <w:tcPr>
            <w:tcW w:type="dxa" w:w="1743"/>
          </w:tcPr>
          <w:p>
            <w:pPr>
              <w:spacing w:after="0"/>
              <w:jc w:val="left"/>
            </w:pPr>
            <w:r>
              <w:rPr>
                <w:sz w:val="16"/>
              </w:rPr>
              <w:t>Expired on 2025-01-28</w:t>
            </w:r>
          </w:p>
        </w:tc>
        <w:tc>
          <w:tcPr>
            <w:tcW w:type="dxa" w:w="1815"/>
          </w:tcPr>
          <w:p>
            <w:pPr>
              <w:spacing w:after="0"/>
              <w:jc w:val="left"/>
            </w:pPr>
            <w:r>
              <w:rPr>
                <w:sz w:val="16"/>
              </w:rPr>
              <w:t>West Central Texas Council of Governments Planning Area 4 (FEMA plan 105435)</w:t>
            </w:r>
          </w:p>
        </w:tc>
        <w:tc>
          <w:tcPr>
            <w:tcW w:type="dxa" w:w="1037"/>
          </w:tcPr>
          <w:p>
            <w:pPr>
              <w:spacing w:after="0"/>
              <w:jc w:val="left"/>
            </w:pPr>
            <w:r>
              <w:rPr>
                <w:sz w:val="16"/>
              </w:rPr>
              <w:t>2020-01-29</w:t>
            </w:r>
          </w:p>
        </w:tc>
        <w:tc>
          <w:tcPr>
            <w:tcW w:type="dxa" w:w="1037"/>
          </w:tcPr>
          <w:p>
            <w:pPr>
              <w:spacing w:after="0"/>
              <w:jc w:val="left"/>
            </w:pPr>
            <w:r>
              <w:rPr>
                <w:sz w:val="16"/>
              </w:rPr>
              <w:t>2025-01-28</w:t>
            </w:r>
          </w:p>
        </w:tc>
        <w:tc>
          <w:tcPr>
            <w:tcW w:type="dxa" w:w="840"/>
          </w:tcPr>
          <w:p>
            <w:pPr>
              <w:spacing w:after="0"/>
              <w:jc w:val="right"/>
            </w:pPr>
            <w:r>
              <w:rPr>
                <w:sz w:val="16"/>
              </w:rPr>
              <w:t>-608</w:t>
            </w:r>
          </w:p>
        </w:tc>
        <w:tc>
          <w:tcPr>
            <w:tcW w:type="dxa" w:w="2492"/>
          </w:tcPr>
          <w:p>
            <w:pPr>
              <w:spacing w:after="0"/>
              <w:jc w:val="left"/>
            </w:pPr>
            <w:r>
              <w:rPr>
                <w:sz w:val="16"/>
              </w:rPr>
              <w:t>FEMA tracker shows a plan awaiting revisions</w:t>
            </w:r>
          </w:p>
        </w:tc>
        <w:tc>
          <w:tcPr>
            <w:tcW w:type="dxa" w:w="1037"/>
          </w:tcPr>
          <w:p>
            <w:pPr>
              <w:spacing w:after="0"/>
              <w:jc w:val="left"/>
            </w:pPr>
          </w:p>
        </w:tc>
      </w:tr>
      <w:tr>
        <w:trPr>
          <w:cantSplit/>
        </w:trPr>
        <w:tc>
          <w:tcPr>
            <w:tcW w:type="dxa" w:w="2275"/>
          </w:tcPr>
          <w:p>
            <w:pPr>
              <w:spacing w:after="0"/>
              <w:jc w:val="left"/>
            </w:pPr>
            <w:r>
              <w:rPr>
                <w:sz w:val="16"/>
              </w:rPr>
              <w:t>Aspermont Independent School District</w:t>
            </w:r>
          </w:p>
        </w:tc>
        <w:tc>
          <w:tcPr>
            <w:tcW w:type="dxa" w:w="1837"/>
          </w:tcPr>
          <w:p>
            <w:pPr>
              <w:spacing w:after="0"/>
              <w:jc w:val="left"/>
            </w:pPr>
            <w:r>
              <w:rPr>
                <w:sz w:val="16"/>
              </w:rPr>
              <w:t>School/School District</w:t>
            </w:r>
          </w:p>
        </w:tc>
        <w:tc>
          <w:tcPr>
            <w:tcW w:type="dxa" w:w="1743"/>
          </w:tcPr>
          <w:p>
            <w:pPr>
              <w:spacing w:after="0"/>
              <w:jc w:val="left"/>
            </w:pPr>
            <w:r>
              <w:rPr>
                <w:sz w:val="16"/>
              </w:rPr>
              <w:t>No approved plan on record</w:t>
            </w:r>
          </w:p>
        </w:tc>
        <w:tc>
          <w:tcPr>
            <w:tcW w:type="dxa" w:w="181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492"/>
          </w:tcPr>
          <w:p>
            <w:pPr>
              <w:spacing w:after="0"/>
              <w:jc w:val="left"/>
            </w:pPr>
            <w:r>
              <w:rPr>
                <w:sz w:val="16"/>
              </w:rPr>
              <w:t>FEMA tracker shows a plan awaiting revisions</w:t>
            </w:r>
          </w:p>
        </w:tc>
        <w:tc>
          <w:tcPr>
            <w:tcW w:type="dxa" w:w="1037"/>
          </w:tcPr>
          <w:p>
            <w:pPr>
              <w:spacing w:after="0"/>
              <w:jc w:val="left"/>
            </w:pPr>
          </w:p>
        </w:tc>
      </w:tr>
      <w:tr>
        <w:trPr>
          <w:cantSplit/>
        </w:trPr>
        <w:tc>
          <w:tcPr>
            <w:tcW w:type="dxa" w:w="2275"/>
          </w:tcPr>
          <w:p>
            <w:pPr>
              <w:spacing w:after="0"/>
              <w:jc w:val="left"/>
            </w:pPr>
            <w:r>
              <w:rPr>
                <w:sz w:val="16"/>
              </w:rPr>
              <w:t>Haskell Consolidated Independent School District</w:t>
            </w:r>
          </w:p>
        </w:tc>
        <w:tc>
          <w:tcPr>
            <w:tcW w:type="dxa" w:w="1837"/>
          </w:tcPr>
          <w:p>
            <w:pPr>
              <w:spacing w:after="0"/>
              <w:jc w:val="left"/>
            </w:pPr>
            <w:r>
              <w:rPr>
                <w:sz w:val="16"/>
              </w:rPr>
              <w:t>School/School District</w:t>
            </w:r>
          </w:p>
        </w:tc>
        <w:tc>
          <w:tcPr>
            <w:tcW w:type="dxa" w:w="1743"/>
          </w:tcPr>
          <w:p>
            <w:pPr>
              <w:spacing w:after="0"/>
              <w:jc w:val="left"/>
            </w:pPr>
            <w:r>
              <w:rPr>
                <w:sz w:val="16"/>
              </w:rPr>
              <w:t>No approved plan on record</w:t>
            </w:r>
          </w:p>
        </w:tc>
        <w:tc>
          <w:tcPr>
            <w:tcW w:type="dxa" w:w="181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492"/>
          </w:tcPr>
          <w:p>
            <w:pPr>
              <w:spacing w:after="0"/>
              <w:jc w:val="left"/>
            </w:pPr>
            <w:r>
              <w:rPr>
                <w:sz w:val="16"/>
              </w:rPr>
              <w:t>FEMA tracker shows a plan awaiting revisions</w:t>
            </w:r>
          </w:p>
        </w:tc>
        <w:tc>
          <w:tcPr>
            <w:tcW w:type="dxa" w:w="1037"/>
          </w:tcPr>
          <w:p>
            <w:pPr>
              <w:spacing w:after="0"/>
              <w:jc w:val="left"/>
            </w:pPr>
          </w:p>
        </w:tc>
      </w:tr>
      <w:tr>
        <w:trPr>
          <w:cantSplit/>
        </w:trPr>
        <w:tc>
          <w:tcPr>
            <w:tcW w:type="dxa" w:w="2275"/>
          </w:tcPr>
          <w:p>
            <w:pPr>
              <w:spacing w:after="0"/>
              <w:jc w:val="left"/>
            </w:pPr>
            <w:r>
              <w:rPr>
                <w:sz w:val="16"/>
              </w:rPr>
              <w:t>Rule Independent School District</w:t>
            </w:r>
          </w:p>
        </w:tc>
        <w:tc>
          <w:tcPr>
            <w:tcW w:type="dxa" w:w="1837"/>
          </w:tcPr>
          <w:p>
            <w:pPr>
              <w:spacing w:after="0"/>
              <w:jc w:val="left"/>
            </w:pPr>
            <w:r>
              <w:rPr>
                <w:sz w:val="16"/>
              </w:rPr>
              <w:t>School/School District</w:t>
            </w:r>
          </w:p>
        </w:tc>
        <w:tc>
          <w:tcPr>
            <w:tcW w:type="dxa" w:w="1743"/>
          </w:tcPr>
          <w:p>
            <w:pPr>
              <w:spacing w:after="0"/>
              <w:jc w:val="left"/>
            </w:pPr>
            <w:r>
              <w:rPr>
                <w:sz w:val="16"/>
              </w:rPr>
              <w:t>No approved plan on record</w:t>
            </w:r>
          </w:p>
        </w:tc>
        <w:tc>
          <w:tcPr>
            <w:tcW w:type="dxa" w:w="181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492"/>
          </w:tcPr>
          <w:p>
            <w:pPr>
              <w:spacing w:after="0"/>
              <w:jc w:val="left"/>
            </w:pPr>
            <w:r>
              <w:rPr>
                <w:sz w:val="16"/>
              </w:rPr>
              <w:t>FEMA tracker shows a plan awaiting revisions</w:t>
            </w:r>
          </w:p>
        </w:tc>
        <w:tc>
          <w:tcPr>
            <w:tcW w:type="dxa" w:w="1037"/>
          </w:tcPr>
          <w:p>
            <w:pPr>
              <w:spacing w:after="0"/>
              <w:jc w:val="left"/>
            </w:pPr>
          </w:p>
        </w:tc>
      </w:tr>
      <w:tr>
        <w:trPr>
          <w:cantSplit/>
        </w:trPr>
        <w:tc>
          <w:tcPr>
            <w:tcW w:type="dxa" w:w="2275"/>
          </w:tcPr>
          <w:p>
            <w:pPr>
              <w:spacing w:after="0"/>
              <w:jc w:val="left"/>
            </w:pPr>
            <w:r>
              <w:rPr>
                <w:sz w:val="16"/>
              </w:rPr>
              <w:t>Stonewall Memorial Hospital District</w:t>
            </w:r>
          </w:p>
        </w:tc>
        <w:tc>
          <w:tcPr>
            <w:tcW w:type="dxa" w:w="1837"/>
          </w:tcPr>
          <w:p>
            <w:pPr>
              <w:spacing w:after="0"/>
              <w:jc w:val="left"/>
            </w:pPr>
            <w:r>
              <w:rPr>
                <w:sz w:val="16"/>
              </w:rPr>
              <w:t>Hospital/Medical Facility</w:t>
            </w:r>
          </w:p>
        </w:tc>
        <w:tc>
          <w:tcPr>
            <w:tcW w:type="dxa" w:w="1743"/>
          </w:tcPr>
          <w:p>
            <w:pPr>
              <w:spacing w:after="0"/>
              <w:jc w:val="left"/>
            </w:pPr>
            <w:r>
              <w:rPr>
                <w:sz w:val="16"/>
              </w:rPr>
              <w:t>No approved plan on record</w:t>
            </w:r>
          </w:p>
        </w:tc>
        <w:tc>
          <w:tcPr>
            <w:tcW w:type="dxa" w:w="181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0"/>
          </w:tcPr>
          <w:p>
            <w:pPr>
              <w:spacing w:after="0"/>
              <w:jc w:val="right"/>
            </w:pPr>
          </w:p>
        </w:tc>
        <w:tc>
          <w:tcPr>
            <w:tcW w:type="dxa" w:w="2492"/>
          </w:tcPr>
          <w:p>
            <w:pPr>
              <w:spacing w:after="0"/>
              <w:jc w:val="left"/>
            </w:pPr>
            <w:r>
              <w:rPr>
                <w:sz w:val="16"/>
              </w:rPr>
              <w:t>FEMA tracker shows a plan awaiting revisions</w:t>
            </w:r>
          </w:p>
        </w:tc>
        <w:tc>
          <w:tcPr>
            <w:tcW w:type="dxa" w:w="1037"/>
          </w:tcPr>
          <w:p>
            <w:pPr>
              <w:spacing w:after="0"/>
              <w:jc w:val="left"/>
            </w:pPr>
          </w:p>
        </w:tc>
      </w:tr>
    </w:tbl>
    <w:p>
      <w:pPr>
        <w:spacing w:after="40" w:before="60"/>
      </w:pPr>
      <w:r>
        <w:rPr>
          <w:sz w:val="15"/>
        </w:rPr>
        <w:t>Plan 105435 also lists 16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948"/>
        <w:gridCol w:w="1126"/>
        <w:gridCol w:w="1316"/>
        <w:gridCol w:w="1120"/>
        <w:gridCol w:w="1249"/>
        <w:gridCol w:w="2293"/>
        <w:gridCol w:w="1932"/>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2"/>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Drought</w:t>
            </w:r>
          </w:p>
        </w:tc>
        <w:tc>
          <w:tcPr>
            <w:tcW w:type="dxa" w:w="1202"/>
          </w:tcPr>
          <w:p>
            <w:pPr>
              <w:spacing w:after="0"/>
              <w:jc w:val="left"/>
            </w:pPr>
            <w:r>
              <w:rPr>
                <w:sz w:val="16"/>
              </w:rPr>
              <w:t>Relatively High</w:t>
            </w:r>
          </w:p>
        </w:tc>
        <w:tc>
          <w:tcPr>
            <w:tcW w:type="dxa" w:w="1202"/>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$1,285,684</w:t>
            </w:r>
          </w:p>
        </w:tc>
        <w:tc>
          <w:tcPr>
            <w:tcW w:type="dxa" w:w="1316"/>
          </w:tcPr>
          <w:p>
            <w:pPr>
              <w:spacing w:after="0"/>
              <w:jc w:val="right"/>
            </w:pPr>
          </w:p>
        </w:tc>
        <w:tc>
          <w:tcPr>
            <w:tcW w:type="dxa" w:w="1120"/>
          </w:tcPr>
          <w:p>
            <w:pPr>
              <w:spacing w:after="0"/>
              <w:jc w:val="right"/>
            </w:pPr>
            <w:r>
              <w:rPr>
                <w:sz w:val="16"/>
              </w:rPr>
              <w:t>$1,285,684</w:t>
            </w:r>
          </w:p>
        </w:tc>
        <w:tc>
          <w:tcPr>
            <w:tcW w:type="dxa" w:w="1249"/>
          </w:tcPr>
          <w:p>
            <w:pPr>
              <w:spacing w:after="0"/>
              <w:jc w:val="right"/>
            </w:pPr>
            <w:r>
              <w:rPr>
                <w:sz w:val="16"/>
              </w:rPr>
              <w:t>101</w:t>
            </w:r>
          </w:p>
        </w:tc>
        <w:tc>
          <w:tcPr>
            <w:tcW w:type="dxa" w:w="2293"/>
          </w:tcPr>
          <w:p>
            <w:pPr>
              <w:spacing w:after="0"/>
              <w:jc w:val="left"/>
            </w:pPr>
          </w:p>
        </w:tc>
        <w:tc>
          <w:tcPr>
            <w:tcW w:type="dxa" w:w="1932"/>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Inland Flooding</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$167,703</w:t>
            </w:r>
          </w:p>
        </w:tc>
        <w:tc>
          <w:tcPr>
            <w:tcW w:type="dxa" w:w="1126"/>
          </w:tcPr>
          <w:p>
            <w:pPr>
              <w:spacing w:after="0"/>
              <w:jc w:val="right"/>
            </w:pPr>
            <w:r>
              <w:rPr>
                <w:sz w:val="16"/>
              </w:rPr>
              <w:t>$7</w:t>
            </w:r>
          </w:p>
        </w:tc>
        <w:tc>
          <w:tcPr>
            <w:tcW w:type="dxa" w:w="1316"/>
          </w:tcPr>
          <w:p>
            <w:pPr>
              <w:spacing w:after="0"/>
              <w:jc w:val="right"/>
            </w:pPr>
            <w:r>
              <w:rPr>
                <w:sz w:val="16"/>
              </w:rPr>
              <w:t>$16</w:t>
            </w:r>
          </w:p>
        </w:tc>
        <w:tc>
          <w:tcPr>
            <w:tcW w:type="dxa" w:w="1120"/>
          </w:tcPr>
          <w:p>
            <w:pPr>
              <w:spacing w:after="0"/>
              <w:jc w:val="right"/>
            </w:pPr>
            <w:r>
              <w:rPr>
                <w:sz w:val="16"/>
              </w:rPr>
              <w:t>$167,726</w:t>
            </w:r>
          </w:p>
        </w:tc>
        <w:tc>
          <w:tcPr>
            <w:tcW w:type="dxa" w:w="1249"/>
          </w:tcPr>
          <w:p>
            <w:pPr>
              <w:spacing w:after="0"/>
              <w:jc w:val="right"/>
            </w:pPr>
            <w:r>
              <w:rPr>
                <w:sz w:val="16"/>
              </w:rPr>
              <w:t>7</w:t>
            </w:r>
          </w:p>
        </w:tc>
        <w:tc>
          <w:tcPr>
            <w:tcW w:type="dxa" w:w="2293"/>
          </w:tcPr>
          <w:p>
            <w:pPr>
              <w:spacing w:after="0"/>
              <w:jc w:val="left"/>
            </w:pPr>
          </w:p>
        </w:tc>
        <w:tc>
          <w:tcPr>
            <w:tcW w:type="dxa" w:w="1932"/>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Hail</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948"/>
          </w:tcPr>
          <w:p>
            <w:pPr>
              <w:spacing w:after="0"/>
              <w:jc w:val="right"/>
            </w:pPr>
            <w:r>
              <w:rPr>
                <w:sz w:val="16"/>
              </w:rPr>
              <w:t>$86,034</w:t>
            </w:r>
          </w:p>
        </w:tc>
        <w:tc>
          <w:tcPr>
            <w:tcW w:type="dxa" w:w="1126"/>
          </w:tcPr>
          <w:p>
            <w:pPr>
              <w:spacing w:after="0"/>
              <w:jc w:val="right"/>
            </w:pPr>
            <w:r>
              <w:rPr>
                <w:sz w:val="16"/>
              </w:rPr>
              <w:t>$72,013</w:t>
            </w:r>
          </w:p>
        </w:tc>
        <w:tc>
          <w:tcPr>
            <w:tcW w:type="dxa" w:w="1316"/>
          </w:tcPr>
          <w:p>
            <w:pPr>
              <w:spacing w:after="0"/>
              <w:jc w:val="right"/>
            </w:pPr>
            <w:r>
              <w:rPr>
                <w:sz w:val="16"/>
              </w:rPr>
              <w:t>$8,119</w:t>
            </w:r>
          </w:p>
        </w:tc>
        <w:tc>
          <w:tcPr>
            <w:tcW w:type="dxa" w:w="1120"/>
          </w:tcPr>
          <w:p>
            <w:pPr>
              <w:spacing w:after="0"/>
              <w:jc w:val="right"/>
            </w:pPr>
            <w:r>
              <w:rPr>
                <w:sz w:val="16"/>
              </w:rPr>
              <w:t>$166,167</w:t>
            </w:r>
          </w:p>
        </w:tc>
        <w:tc>
          <w:tcPr>
            <w:tcW w:type="dxa" w:w="1249"/>
          </w:tcPr>
          <w:p>
            <w:pPr>
              <w:spacing w:after="0"/>
              <w:jc w:val="right"/>
            </w:pPr>
            <w:r>
              <w:rPr>
                <w:sz w:val="16"/>
              </w:rPr>
              <w:t>95</w:t>
            </w:r>
          </w:p>
        </w:tc>
        <w:tc>
          <w:tcPr>
            <w:tcW w:type="dxa" w:w="2293"/>
          </w:tcPr>
          <w:p>
            <w:pPr>
              <w:spacing w:after="0"/>
              <w:jc w:val="left"/>
            </w:pPr>
          </w:p>
        </w:tc>
        <w:tc>
          <w:tcPr>
            <w:tcW w:type="dxa" w:w="1932"/>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Strong Wind</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948"/>
          </w:tcPr>
          <w:p>
            <w:pPr>
              <w:spacing w:after="0"/>
              <w:jc w:val="right"/>
            </w:pPr>
            <w:r>
              <w:rPr>
                <w:sz w:val="16"/>
              </w:rPr>
              <w:t>$57,689</w:t>
            </w:r>
          </w:p>
        </w:tc>
        <w:tc>
          <w:tcPr>
            <w:tcW w:type="dxa" w:w="1126"/>
          </w:tcPr>
          <w:p>
            <w:pPr>
              <w:spacing w:after="0"/>
              <w:jc w:val="right"/>
            </w:pPr>
            <w:r>
              <w:rPr>
                <w:sz w:val="16"/>
              </w:rPr>
              <w:t>$6,142</w:t>
            </w:r>
          </w:p>
        </w:tc>
        <w:tc>
          <w:tcPr>
            <w:tcW w:type="dxa" w:w="1316"/>
          </w:tcPr>
          <w:p>
            <w:pPr>
              <w:spacing w:after="0"/>
              <w:jc w:val="right"/>
            </w:pPr>
            <w:r>
              <w:rPr>
                <w:sz w:val="16"/>
              </w:rPr>
              <w:t>$48,929</w:t>
            </w:r>
          </w:p>
        </w:tc>
        <w:tc>
          <w:tcPr>
            <w:tcW w:type="dxa" w:w="1120"/>
          </w:tcPr>
          <w:p>
            <w:pPr>
              <w:spacing w:after="0"/>
              <w:jc w:val="right"/>
            </w:pPr>
            <w:r>
              <w:rPr>
                <w:sz w:val="16"/>
              </w:rPr>
              <w:t>$112,760</w:t>
            </w:r>
          </w:p>
        </w:tc>
        <w:tc>
          <w:tcPr>
            <w:tcW w:type="dxa" w:w="1249"/>
          </w:tcPr>
          <w:p>
            <w:pPr>
              <w:spacing w:after="0"/>
              <w:jc w:val="right"/>
            </w:pPr>
            <w:r>
              <w:rPr>
                <w:sz w:val="16"/>
              </w:rPr>
              <w:t>56</w:t>
            </w:r>
          </w:p>
        </w:tc>
        <w:tc>
          <w:tcPr>
            <w:tcW w:type="dxa" w:w="2293"/>
          </w:tcPr>
          <w:p>
            <w:pPr>
              <w:spacing w:after="0"/>
              <w:jc w:val="left"/>
            </w:pPr>
          </w:p>
        </w:tc>
        <w:tc>
          <w:tcPr>
            <w:tcW w:type="dxa" w:w="1932"/>
          </w:tcPr>
          <w:p>
            <w:pPr>
              <w:spacing w:after="0"/>
              <w:jc w:val="left"/>
            </w:pPr>
            <w:r>
              <w:rPr>
                <w:sz w:val="16"/>
              </w:rPr>
              <w:t>Includes 14 High Wind records, event types the NRI definition of this hazard leaves out.</w:t>
            </w:r>
          </w:p>
        </w:tc>
      </w:tr>
      <w:tr>
        <w:trPr>
          <w:cantSplit/>
        </w:trPr>
        <w:tc>
          <w:tcPr>
            <w:tcW w:type="dxa" w:w="687"/>
          </w:tcPr>
          <w:p>
            <w:pPr>
              <w:spacing w:after="0"/>
              <w:jc w:val="right"/>
            </w:pPr>
            <w:r>
              <w:rPr>
                <w:sz w:val="16"/>
              </w:rPr>
              <w:t>5</w:t>
            </w:r>
          </w:p>
        </w:tc>
        <w:tc>
          <w:tcPr>
            <w:tcW w:type="dxa" w:w="1037"/>
          </w:tcPr>
          <w:p>
            <w:pPr>
              <w:spacing w:after="0"/>
              <w:jc w:val="left"/>
            </w:pPr>
            <w:r>
              <w:rPr>
                <w:sz w:val="16"/>
              </w:rPr>
              <w:t>Tornado</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$78,712</w:t>
            </w:r>
          </w:p>
        </w:tc>
        <w:tc>
          <w:tcPr>
            <w:tcW w:type="dxa" w:w="1126"/>
          </w:tcPr>
          <w:p>
            <w:pPr>
              <w:spacing w:after="0"/>
              <w:jc w:val="right"/>
            </w:pPr>
            <w:r>
              <w:rPr>
                <w:sz w:val="16"/>
              </w:rPr>
              <w:t>$1,178</w:t>
            </w:r>
          </w:p>
        </w:tc>
        <w:tc>
          <w:tcPr>
            <w:tcW w:type="dxa" w:w="1316"/>
          </w:tcPr>
          <w:p>
            <w:pPr>
              <w:spacing w:after="0"/>
              <w:jc w:val="right"/>
            </w:pPr>
            <w:r>
              <w:rPr>
                <w:sz w:val="16"/>
              </w:rPr>
              <w:t>$28,072</w:t>
            </w:r>
          </w:p>
        </w:tc>
        <w:tc>
          <w:tcPr>
            <w:tcW w:type="dxa" w:w="1120"/>
          </w:tcPr>
          <w:p>
            <w:pPr>
              <w:spacing w:after="0"/>
              <w:jc w:val="right"/>
            </w:pPr>
            <w:r>
              <w:rPr>
                <w:sz w:val="16"/>
              </w:rPr>
              <w:t>$107,962</w:t>
            </w:r>
          </w:p>
        </w:tc>
        <w:tc>
          <w:tcPr>
            <w:tcW w:type="dxa" w:w="1249"/>
          </w:tcPr>
          <w:p>
            <w:pPr>
              <w:spacing w:after="0"/>
              <w:jc w:val="right"/>
            </w:pPr>
            <w:r>
              <w:rPr>
                <w:sz w:val="16"/>
              </w:rPr>
              <w:t>11</w:t>
            </w:r>
          </w:p>
        </w:tc>
        <w:tc>
          <w:tcPr>
            <w:tcW w:type="dxa" w:w="2293"/>
          </w:tcPr>
          <w:p>
            <w:pPr>
              <w:spacing w:after="0"/>
              <w:jc w:val="left"/>
            </w:pPr>
          </w:p>
        </w:tc>
        <w:tc>
          <w:tcPr>
            <w:tcW w:type="dxa" w:w="1932"/>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Wildfire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948"/>
          </w:tcPr>
          <w:p>
            <w:pPr>
              <w:spacing w:after="0"/>
              <w:jc w:val="right"/>
            </w:pPr>
            <w:r>
              <w:rPr>
                <w:sz w:val="16"/>
              </w:rPr>
              <w:t>$89,674</w:t>
            </w:r>
          </w:p>
        </w:tc>
        <w:tc>
          <w:tcPr>
            <w:tcW w:type="dxa" w:w="1126"/>
          </w:tcPr>
          <w:p>
            <w:pPr>
              <w:spacing w:after="0"/>
              <w:jc w:val="right"/>
            </w:pPr>
            <w:r>
              <w:rPr>
                <w:sz w:val="16"/>
              </w:rPr>
              <w:t>$463</w:t>
            </w:r>
          </w:p>
        </w:tc>
        <w:tc>
          <w:tcPr>
            <w:tcW w:type="dxa" w:w="1316"/>
          </w:tcPr>
          <w:p>
            <w:pPr>
              <w:spacing w:after="0"/>
              <w:jc w:val="right"/>
            </w:pPr>
            <w:r>
              <w:rPr>
                <w:sz w:val="16"/>
              </w:rPr>
              <w:t>$3,262</w:t>
            </w:r>
          </w:p>
        </w:tc>
        <w:tc>
          <w:tcPr>
            <w:tcW w:type="dxa" w:w="1120"/>
          </w:tcPr>
          <w:p>
            <w:pPr>
              <w:spacing w:after="0"/>
              <w:jc w:val="right"/>
            </w:pPr>
            <w:r>
              <w:rPr>
                <w:sz w:val="16"/>
              </w:rPr>
              <w:t>$93,399</w:t>
            </w:r>
          </w:p>
        </w:tc>
        <w:tc>
          <w:tcPr>
            <w:tcW w:type="dxa" w:w="1249"/>
          </w:tcPr>
          <w:p>
            <w:pPr>
              <w:spacing w:after="0"/>
              <w:jc w:val="right"/>
            </w:pPr>
            <w:r>
              <w:rPr>
                <w:sz w:val="16"/>
              </w:rPr>
              <w:t>5</w:t>
            </w:r>
          </w:p>
        </w:tc>
        <w:tc>
          <w:tcPr>
            <w:tcW w:type="dxa" w:w="2293"/>
          </w:tcPr>
          <w:p>
            <w:pPr>
              <w:spacing w:after="0"/>
              <w:jc w:val="left"/>
            </w:pPr>
          </w:p>
        </w:tc>
        <w:tc>
          <w:tcPr>
            <w:tcW w:type="dxa" w:w="1932"/>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Cold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$475</w:t>
            </w:r>
          </w:p>
        </w:tc>
        <w:tc>
          <w:tcPr>
            <w:tcW w:type="dxa" w:w="1126"/>
          </w:tcPr>
          <w:p>
            <w:pPr>
              <w:spacing w:after="0"/>
              <w:jc w:val="right"/>
            </w:pPr>
            <w:r>
              <w:rPr>
                <w:sz w:val="16"/>
              </w:rPr>
              <w:t>$2</w:t>
            </w:r>
          </w:p>
        </w:tc>
        <w:tc>
          <w:tcPr>
            <w:tcW w:type="dxa" w:w="1316"/>
          </w:tcPr>
          <w:p>
            <w:pPr>
              <w:spacing w:after="0"/>
              <w:jc w:val="right"/>
            </w:pPr>
            <w:r>
              <w:rPr>
                <w:sz w:val="16"/>
              </w:rPr>
              <w:t>$36,969</w:t>
            </w:r>
          </w:p>
        </w:tc>
        <w:tc>
          <w:tcPr>
            <w:tcW w:type="dxa" w:w="1120"/>
          </w:tcPr>
          <w:p>
            <w:pPr>
              <w:spacing w:after="0"/>
              <w:jc w:val="right"/>
            </w:pPr>
            <w:r>
              <w:rPr>
                <w:sz w:val="16"/>
              </w:rPr>
              <w:t>$37,445</w:t>
            </w:r>
          </w:p>
        </w:tc>
        <w:tc>
          <w:tcPr>
            <w:tcW w:type="dxa" w:w="1249"/>
          </w:tcPr>
          <w:p>
            <w:pPr>
              <w:spacing w:after="0"/>
              <w:jc w:val="right"/>
            </w:pPr>
            <w:r>
              <w:rPr>
                <w:sz w:val="16"/>
              </w:rPr>
              <w:t>1</w:t>
            </w:r>
          </w:p>
        </w:tc>
        <w:tc>
          <w:tcPr>
            <w:tcW w:type="dxa" w:w="2293"/>
          </w:tcPr>
          <w:p>
            <w:pPr>
              <w:spacing w:after="0"/>
              <w:jc w:val="left"/>
            </w:pPr>
          </w:p>
        </w:tc>
        <w:tc>
          <w:tcPr>
            <w:tcW w:type="dxa" w:w="1932"/>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r>
              <w:rPr>
                <w:sz w:val="16"/>
              </w:rPr>
              <w:t>$247</w:t>
            </w:r>
          </w:p>
        </w:tc>
        <w:tc>
          <w:tcPr>
            <w:tcW w:type="dxa" w:w="1316"/>
          </w:tcPr>
          <w:p>
            <w:pPr>
              <w:spacing w:after="0"/>
              <w:jc w:val="right"/>
            </w:pPr>
            <w:r>
              <w:rPr>
                <w:sz w:val="16"/>
              </w:rPr>
              <w:t>$10,613</w:t>
            </w:r>
          </w:p>
        </w:tc>
        <w:tc>
          <w:tcPr>
            <w:tcW w:type="dxa" w:w="1120"/>
          </w:tcPr>
          <w:p>
            <w:pPr>
              <w:spacing w:after="0"/>
              <w:jc w:val="right"/>
            </w:pPr>
            <w:r>
              <w:rPr>
                <w:sz w:val="16"/>
              </w:rPr>
              <w:t>$10,863</w:t>
            </w:r>
          </w:p>
        </w:tc>
        <w:tc>
          <w:tcPr>
            <w:tcW w:type="dxa" w:w="1249"/>
          </w:tcPr>
          <w:p>
            <w:pPr>
              <w:spacing w:after="0"/>
              <w:jc w:val="right"/>
            </w:pPr>
            <w:r>
              <w:rPr>
                <w:sz w:val="16"/>
              </w:rPr>
              <w:t>1</w:t>
            </w:r>
          </w:p>
        </w:tc>
        <w:tc>
          <w:tcPr>
            <w:tcW w:type="dxa" w:w="2293"/>
          </w:tcPr>
          <w:p>
            <w:pPr>
              <w:spacing w:after="0"/>
              <w:jc w:val="left"/>
            </w:pPr>
          </w:p>
        </w:tc>
        <w:tc>
          <w:tcPr>
            <w:tcW w:type="dxa" w:w="1932"/>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Ice Storm</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$4,387</w:t>
            </w:r>
          </w:p>
        </w:tc>
        <w:tc>
          <w:tcPr>
            <w:tcW w:type="dxa" w:w="1126"/>
          </w:tcPr>
          <w:p>
            <w:pPr>
              <w:spacing w:after="0"/>
              <w:jc w:val="right"/>
            </w:pPr>
          </w:p>
        </w:tc>
        <w:tc>
          <w:tcPr>
            <w:tcW w:type="dxa" w:w="1316"/>
          </w:tcPr>
          <w:p>
            <w:pPr>
              <w:spacing w:after="0"/>
              <w:jc w:val="right"/>
            </w:pPr>
            <w:r>
              <w:rPr>
                <w:sz w:val="16"/>
              </w:rPr>
              <w:t>$684</w:t>
            </w:r>
          </w:p>
        </w:tc>
        <w:tc>
          <w:tcPr>
            <w:tcW w:type="dxa" w:w="1120"/>
          </w:tcPr>
          <w:p>
            <w:pPr>
              <w:spacing w:after="0"/>
              <w:jc w:val="right"/>
            </w:pPr>
            <w:r>
              <w:rPr>
                <w:sz w:val="16"/>
              </w:rPr>
              <w:t>$5,072</w:t>
            </w:r>
          </w:p>
        </w:tc>
        <w:tc>
          <w:tcPr>
            <w:tcW w:type="dxa" w:w="1249"/>
          </w:tcPr>
          <w:p>
            <w:pPr>
              <w:spacing w:after="0"/>
              <w:jc w:val="right"/>
            </w:pPr>
            <w:r>
              <w:rPr>
                <w:sz w:val="16"/>
              </w:rPr>
              <w:t>3</w:t>
            </w:r>
          </w:p>
        </w:tc>
        <w:tc>
          <w:tcPr>
            <w:tcW w:type="dxa" w:w="2293"/>
          </w:tcPr>
          <w:p>
            <w:pPr>
              <w:spacing w:after="0"/>
              <w:jc w:val="left"/>
            </w:pPr>
          </w:p>
        </w:tc>
        <w:tc>
          <w:tcPr>
            <w:tcW w:type="dxa" w:w="1932"/>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Lightning</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$1,690</w:t>
            </w:r>
          </w:p>
        </w:tc>
        <w:tc>
          <w:tcPr>
            <w:tcW w:type="dxa" w:w="1126"/>
          </w:tcPr>
          <w:p>
            <w:pPr>
              <w:spacing w:after="0"/>
              <w:jc w:val="right"/>
            </w:pPr>
          </w:p>
        </w:tc>
        <w:tc>
          <w:tcPr>
            <w:tcW w:type="dxa" w:w="1316"/>
          </w:tcPr>
          <w:p>
            <w:pPr>
              <w:spacing w:after="0"/>
              <w:jc w:val="right"/>
            </w:pPr>
            <w:r>
              <w:rPr>
                <w:sz w:val="16"/>
              </w:rPr>
              <w:t>$2,034</w:t>
            </w:r>
          </w:p>
        </w:tc>
        <w:tc>
          <w:tcPr>
            <w:tcW w:type="dxa" w:w="1120"/>
          </w:tcPr>
          <w:p>
            <w:pPr>
              <w:spacing w:after="0"/>
              <w:jc w:val="right"/>
            </w:pPr>
            <w:r>
              <w:rPr>
                <w:sz w:val="16"/>
              </w:rPr>
              <w:t>$3,725</w:t>
            </w:r>
          </w:p>
        </w:tc>
        <w:tc>
          <w:tcPr>
            <w:tcW w:type="dxa" w:w="1249"/>
          </w:tcPr>
          <w:p>
            <w:pPr>
              <w:spacing w:after="0"/>
              <w:jc w:val="right"/>
            </w:pPr>
            <w:r>
              <w:rPr>
                <w:sz w:val="16"/>
              </w:rPr>
              <w:t>1</w:t>
            </w:r>
          </w:p>
        </w:tc>
        <w:tc>
          <w:tcPr>
            <w:tcW w:type="dxa" w:w="2293"/>
          </w:tcPr>
          <w:p>
            <w:pPr>
              <w:spacing w:after="0"/>
              <w:jc w:val="left"/>
            </w:pPr>
          </w:p>
        </w:tc>
        <w:tc>
          <w:tcPr>
            <w:tcW w:type="dxa" w:w="1932"/>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$2,434</w:t>
            </w:r>
          </w:p>
        </w:tc>
        <w:tc>
          <w:tcPr>
            <w:tcW w:type="dxa" w:w="1126"/>
          </w:tcPr>
          <w:p>
            <w:pPr>
              <w:spacing w:after="0"/>
              <w:jc w:val="right"/>
            </w:pPr>
          </w:p>
        </w:tc>
        <w:tc>
          <w:tcPr>
            <w:tcW w:type="dxa" w:w="1316"/>
          </w:tcPr>
          <w:p>
            <w:pPr>
              <w:spacing w:after="0"/>
              <w:jc w:val="right"/>
            </w:pPr>
            <w:r>
              <w:rPr>
                <w:sz w:val="16"/>
              </w:rPr>
              <w:t>$818</w:t>
            </w:r>
          </w:p>
        </w:tc>
        <w:tc>
          <w:tcPr>
            <w:tcW w:type="dxa" w:w="1120"/>
          </w:tcPr>
          <w:p>
            <w:pPr>
              <w:spacing w:after="0"/>
              <w:jc w:val="right"/>
            </w:pPr>
            <w:r>
              <w:rPr>
                <w:sz w:val="16"/>
              </w:rPr>
              <w:t>$3,252</w:t>
            </w:r>
          </w:p>
        </w:tc>
        <w:tc>
          <w:tcPr>
            <w:tcW w:type="dxa" w:w="1249"/>
          </w:tcPr>
          <w:p>
            <w:pPr>
              <w:spacing w:after="0"/>
              <w:jc w:val="right"/>
            </w:pPr>
          </w:p>
        </w:tc>
        <w:tc>
          <w:tcPr>
            <w:tcW w:type="dxa" w:w="2293"/>
          </w:tcPr>
          <w:p>
            <w:pPr>
              <w:spacing w:after="0"/>
              <w:jc w:val="left"/>
            </w:pPr>
          </w:p>
        </w:tc>
        <w:tc>
          <w:tcPr>
            <w:tcW w:type="dxa" w:w="1932"/>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12</w:t>
            </w:r>
          </w:p>
        </w:tc>
        <w:tc>
          <w:tcPr>
            <w:tcW w:type="dxa" w:w="1037"/>
          </w:tcPr>
          <w:p>
            <w:pPr>
              <w:spacing w:after="0"/>
              <w:jc w:val="left"/>
            </w:pPr>
            <w:r>
              <w:rPr>
                <w:sz w:val="16"/>
              </w:rPr>
              <w:t>Winter Weather</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$666</w:t>
            </w:r>
          </w:p>
        </w:tc>
        <w:tc>
          <w:tcPr>
            <w:tcW w:type="dxa" w:w="1126"/>
          </w:tcPr>
          <w:p>
            <w:pPr>
              <w:spacing w:after="0"/>
              <w:jc w:val="right"/>
            </w:pPr>
            <w:r>
              <w:rPr>
                <w:sz w:val="16"/>
              </w:rPr>
              <w:t>$18</w:t>
            </w:r>
          </w:p>
        </w:tc>
        <w:tc>
          <w:tcPr>
            <w:tcW w:type="dxa" w:w="1316"/>
          </w:tcPr>
          <w:p>
            <w:pPr>
              <w:spacing w:after="0"/>
              <w:jc w:val="right"/>
            </w:pPr>
            <w:r>
              <w:rPr>
                <w:sz w:val="16"/>
              </w:rPr>
              <w:t>$2,349</w:t>
            </w:r>
          </w:p>
        </w:tc>
        <w:tc>
          <w:tcPr>
            <w:tcW w:type="dxa" w:w="1120"/>
          </w:tcPr>
          <w:p>
            <w:pPr>
              <w:spacing w:after="0"/>
              <w:jc w:val="right"/>
            </w:pPr>
            <w:r>
              <w:rPr>
                <w:sz w:val="16"/>
              </w:rPr>
              <w:t>$3,033</w:t>
            </w:r>
          </w:p>
        </w:tc>
        <w:tc>
          <w:tcPr>
            <w:tcW w:type="dxa" w:w="1249"/>
          </w:tcPr>
          <w:p>
            <w:pPr>
              <w:spacing w:after="0"/>
              <w:jc w:val="right"/>
            </w:pPr>
            <w:r>
              <w:rPr>
                <w:sz w:val="16"/>
              </w:rPr>
              <w:t>33</w:t>
            </w:r>
          </w:p>
        </w:tc>
        <w:tc>
          <w:tcPr>
            <w:tcW w:type="dxa" w:w="2293"/>
          </w:tcPr>
          <w:p>
            <w:pPr>
              <w:spacing w:after="0"/>
              <w:jc w:val="left"/>
            </w:pPr>
          </w:p>
        </w:tc>
        <w:tc>
          <w:tcPr>
            <w:tcW w:type="dxa" w:w="1932"/>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Hurricane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$1,548</w:t>
            </w:r>
          </w:p>
        </w:tc>
        <w:tc>
          <w:tcPr>
            <w:tcW w:type="dxa" w:w="1126"/>
          </w:tcPr>
          <w:p>
            <w:pPr>
              <w:spacing w:after="0"/>
              <w:jc w:val="right"/>
            </w:pPr>
            <w:r>
              <w:rPr>
                <w:sz w:val="16"/>
              </w:rPr>
              <w:t>$1,206</w:t>
            </w:r>
          </w:p>
        </w:tc>
        <w:tc>
          <w:tcPr>
            <w:tcW w:type="dxa" w:w="1316"/>
          </w:tcPr>
          <w:p>
            <w:pPr>
              <w:spacing w:after="0"/>
              <w:jc w:val="right"/>
            </w:pPr>
            <w:r>
              <w:rPr>
                <w:sz w:val="16"/>
              </w:rPr>
              <w:t>$9</w:t>
            </w:r>
          </w:p>
        </w:tc>
        <w:tc>
          <w:tcPr>
            <w:tcW w:type="dxa" w:w="1120"/>
          </w:tcPr>
          <w:p>
            <w:pPr>
              <w:spacing w:after="0"/>
              <w:jc w:val="right"/>
            </w:pPr>
            <w:r>
              <w:rPr>
                <w:sz w:val="16"/>
              </w:rPr>
              <w:t>$2,763</w:t>
            </w:r>
          </w:p>
        </w:tc>
        <w:tc>
          <w:tcPr>
            <w:tcW w:type="dxa" w:w="1249"/>
          </w:tcPr>
          <w:p>
            <w:pPr>
              <w:spacing w:after="0"/>
              <w:jc w:val="right"/>
            </w:pPr>
            <w:r>
              <w:rPr>
                <w:sz w:val="16"/>
              </w:rPr>
              <w:t>1</w:t>
            </w:r>
          </w:p>
        </w:tc>
        <w:tc>
          <w:tcPr>
            <w:tcW w:type="dxa" w:w="2293"/>
          </w:tcPr>
          <w:p>
            <w:pPr>
              <w:spacing w:after="0"/>
              <w:jc w:val="left"/>
            </w:pPr>
          </w:p>
        </w:tc>
        <w:tc>
          <w:tcPr>
            <w:tcW w:type="dxa" w:w="1932"/>
          </w:tcPr>
          <w:p>
            <w:pPr>
              <w:spacing w:after="0"/>
              <w:jc w:val="left"/>
            </w:pPr>
            <w:r>
              <w:rPr>
                <w:sz w:val="16"/>
              </w:rPr>
              <w:t>Includes 1 Tropical Depression record, event types the NRI definition of this hazard leaves out.</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p>
        </w:tc>
        <w:tc>
          <w:tcPr>
            <w:tcW w:type="dxa" w:w="1316"/>
          </w:tcPr>
          <w:p>
            <w:pPr>
              <w:spacing w:after="0"/>
              <w:jc w:val="right"/>
            </w:pPr>
            <w:r>
              <w:rPr>
                <w:sz w:val="16"/>
              </w:rPr>
              <w:t>$107</w:t>
            </w:r>
          </w:p>
        </w:tc>
        <w:tc>
          <w:tcPr>
            <w:tcW w:type="dxa" w:w="1120"/>
          </w:tcPr>
          <w:p>
            <w:pPr>
              <w:spacing w:after="0"/>
              <w:jc w:val="right"/>
            </w:pPr>
            <w:r>
              <w:rPr>
                <w:sz w:val="16"/>
              </w:rPr>
              <w:t>$111</w:t>
            </w:r>
          </w:p>
        </w:tc>
        <w:tc>
          <w:tcPr>
            <w:tcW w:type="dxa" w:w="1249"/>
          </w:tcPr>
          <w:p>
            <w:pPr>
              <w:spacing w:after="0"/>
              <w:jc w:val="right"/>
            </w:pPr>
            <w:r>
              <w:rPr>
                <w:sz w:val="16"/>
              </w:rPr>
              <w:t>0</w:t>
            </w:r>
          </w:p>
        </w:tc>
        <w:tc>
          <w:tcPr>
            <w:tcW w:type="dxa" w:w="2293"/>
          </w:tcPr>
          <w:p>
            <w:pPr>
              <w:spacing w:after="0"/>
              <w:jc w:val="left"/>
            </w:pPr>
          </w:p>
        </w:tc>
        <w:tc>
          <w:tcPr>
            <w:tcW w:type="dxa" w:w="193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6"/>
          </w:tcPr>
          <w:p>
            <w:pPr>
              <w:spacing w:after="0"/>
              <w:jc w:val="right"/>
            </w:pPr>
          </w:p>
        </w:tc>
        <w:tc>
          <w:tcPr>
            <w:tcW w:type="dxa" w:w="1120"/>
          </w:tcPr>
          <w:p>
            <w:pPr>
              <w:spacing w:after="0"/>
              <w:jc w:val="right"/>
            </w:pPr>
          </w:p>
        </w:tc>
        <w:tc>
          <w:tcPr>
            <w:tcW w:type="dxa" w:w="1249"/>
          </w:tcPr>
          <w:p>
            <w:pPr>
              <w:spacing w:after="0"/>
              <w:jc w:val="right"/>
            </w:pPr>
            <w:r>
              <w:rPr>
                <w:sz w:val="16"/>
              </w:rPr>
              <w:t>0</w:t>
            </w:r>
          </w:p>
        </w:tc>
        <w:tc>
          <w:tcPr>
            <w:tcW w:type="dxa" w:w="2293"/>
          </w:tcPr>
          <w:p>
            <w:pPr>
              <w:spacing w:after="0"/>
              <w:jc w:val="left"/>
            </w:pPr>
            <w:r>
              <w:rPr>
                <w:sz w:val="16"/>
              </w:rPr>
              <w:t>NRI rates avalanche Not Applicable for this county, and no federal declaration for this county names it.</w:t>
            </w:r>
          </w:p>
        </w:tc>
        <w:tc>
          <w:tcPr>
            <w:tcW w:type="dxa" w:w="1932"/>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6"/>
          </w:tcPr>
          <w:p>
            <w:pPr>
              <w:spacing w:after="0"/>
              <w:jc w:val="right"/>
            </w:pPr>
          </w:p>
        </w:tc>
        <w:tc>
          <w:tcPr>
            <w:tcW w:type="dxa" w:w="1120"/>
          </w:tcPr>
          <w:p>
            <w:pPr>
              <w:spacing w:after="0"/>
              <w:jc w:val="right"/>
            </w:pPr>
          </w:p>
        </w:tc>
        <w:tc>
          <w:tcPr>
            <w:tcW w:type="dxa" w:w="1249"/>
          </w:tcPr>
          <w:p>
            <w:pPr>
              <w:spacing w:after="0"/>
              <w:jc w:val="right"/>
            </w:pPr>
            <w:r>
              <w:rPr>
                <w:sz w:val="16"/>
              </w:rPr>
              <w:t>0</w:t>
            </w:r>
          </w:p>
        </w:tc>
        <w:tc>
          <w:tcPr>
            <w:tcW w:type="dxa" w:w="2293"/>
          </w:tcPr>
          <w:p>
            <w:pPr>
              <w:spacing w:after="0"/>
              <w:jc w:val="left"/>
            </w:pPr>
            <w:r>
              <w:rPr>
                <w:sz w:val="16"/>
              </w:rPr>
              <w:t>NRI rates coastal flooding Not Applicable for this county, and no federal declaration for this county names it.</w:t>
            </w:r>
          </w:p>
        </w:tc>
        <w:tc>
          <w:tcPr>
            <w:tcW w:type="dxa" w:w="1932"/>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6"/>
          </w:tcPr>
          <w:p>
            <w:pPr>
              <w:spacing w:after="0"/>
              <w:jc w:val="right"/>
            </w:pPr>
          </w:p>
        </w:tc>
        <w:tc>
          <w:tcPr>
            <w:tcW w:type="dxa" w:w="1120"/>
          </w:tcPr>
          <w:p>
            <w:pPr>
              <w:spacing w:after="0"/>
              <w:jc w:val="right"/>
            </w:pPr>
          </w:p>
        </w:tc>
        <w:tc>
          <w:tcPr>
            <w:tcW w:type="dxa" w:w="1249"/>
          </w:tcPr>
          <w:p>
            <w:pPr>
              <w:spacing w:after="0"/>
              <w:jc w:val="right"/>
            </w:pPr>
            <w:r>
              <w:rPr>
                <w:sz w:val="16"/>
              </w:rPr>
              <w:t>0</w:t>
            </w:r>
          </w:p>
        </w:tc>
        <w:tc>
          <w:tcPr>
            <w:tcW w:type="dxa" w:w="2293"/>
          </w:tcPr>
          <w:p>
            <w:pPr>
              <w:spacing w:after="0"/>
              <w:jc w:val="left"/>
            </w:pPr>
            <w:r>
              <w:rPr>
                <w:sz w:val="16"/>
              </w:rPr>
              <w:t>NRI rates tsunami Not Applicable for this county, and no federal declaration for this county names it.</w:t>
            </w:r>
          </w:p>
        </w:tc>
        <w:tc>
          <w:tcPr>
            <w:tcW w:type="dxa" w:w="193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6"/>
          </w:tcPr>
          <w:p>
            <w:pPr>
              <w:spacing w:after="0"/>
              <w:jc w:val="right"/>
            </w:pPr>
          </w:p>
        </w:tc>
        <w:tc>
          <w:tcPr>
            <w:tcW w:type="dxa" w:w="1120"/>
          </w:tcPr>
          <w:p>
            <w:pPr>
              <w:spacing w:after="0"/>
              <w:jc w:val="right"/>
            </w:pPr>
          </w:p>
        </w:tc>
        <w:tc>
          <w:tcPr>
            <w:tcW w:type="dxa" w:w="1249"/>
          </w:tcPr>
          <w:p>
            <w:pPr>
              <w:spacing w:after="0"/>
              <w:jc w:val="right"/>
            </w:pPr>
            <w:r>
              <w:rPr>
                <w:sz w:val="16"/>
              </w:rPr>
              <w:t>0</w:t>
            </w:r>
          </w:p>
        </w:tc>
        <w:tc>
          <w:tcPr>
            <w:tcW w:type="dxa" w:w="2293"/>
          </w:tcPr>
          <w:p>
            <w:pPr>
              <w:spacing w:after="0"/>
              <w:jc w:val="left"/>
            </w:pPr>
            <w:r>
              <w:rPr>
                <w:sz w:val="16"/>
              </w:rPr>
              <w:t>NRI rates volcanic activity Not Applicable for this county, and no federal declaration for this county names it.</w:t>
            </w:r>
          </w:p>
        </w:tc>
        <w:tc>
          <w:tcPr>
            <w:tcW w:type="dxa" w:w="193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8"/>
        <w:gridCol w:w="1767"/>
        <w:gridCol w:w="1599"/>
        <w:gridCol w:w="1456"/>
        <w:gridCol w:w="1835"/>
        <w:gridCol w:w="1683"/>
        <w:gridCol w:w="1674"/>
        <w:gridCol w:w="2309"/>
      </w:tblGrid>
      <w:tr>
        <w:trPr>
          <w:cantSplit/>
          <w:tblHeader/>
        </w:trPr>
        <w:tc>
          <w:tcPr>
            <w:tcW w:type="dxa" w:w="1788"/>
            <w:shd w:val="clear" w:color="auto" w:fill="E8E8E8"/>
          </w:tcPr>
          <w:p>
            <w:pPr>
              <w:spacing w:after="0"/>
              <w:jc w:val="left"/>
            </w:pPr>
            <w:r>
              <w:rPr>
                <w:b/>
                <w:sz w:val="16"/>
              </w:rPr>
              <w:t>Hazard</w:t>
            </w:r>
          </w:p>
        </w:tc>
        <w:tc>
          <w:tcPr>
            <w:tcW w:type="dxa" w:w="1767"/>
            <w:shd w:val="clear" w:color="auto" w:fill="E8E8E8"/>
          </w:tcPr>
          <w:p>
            <w:pPr>
              <w:spacing w:after="0"/>
              <w:jc w:val="left"/>
            </w:pPr>
            <w:r>
              <w:rPr>
                <w:b/>
                <w:sz w:val="16"/>
              </w:rPr>
              <w:t>Scale</w:t>
            </w:r>
          </w:p>
        </w:tc>
        <w:tc>
          <w:tcPr>
            <w:tcW w:type="dxa" w:w="1599"/>
            <w:shd w:val="clear" w:color="auto" w:fill="E8E8E8"/>
          </w:tcPr>
          <w:p>
            <w:pPr>
              <w:spacing w:after="0"/>
              <w:jc w:val="right"/>
            </w:pPr>
            <w:r>
              <w:rPr>
                <w:b/>
                <w:sz w:val="16"/>
              </w:rPr>
              <w:t>Records</w:t>
            </w:r>
          </w:p>
          <w:p>
            <w:pPr>
              <w:spacing w:after="0"/>
              <w:jc w:val="right"/>
            </w:pPr>
            <w:r>
              <w:rPr>
                <w:i/>
                <w:color w:val="555555"/>
                <w:sz w:val="14"/>
              </w:rPr>
              <w:t>count, years</w:t>
            </w:r>
          </w:p>
        </w:tc>
        <w:tc>
          <w:tcPr>
            <w:tcW w:type="dxa" w:w="1456"/>
            <w:shd w:val="clear" w:color="auto" w:fill="E8E8E8"/>
          </w:tcPr>
          <w:p>
            <w:pPr>
              <w:spacing w:after="0"/>
              <w:jc w:val="left"/>
            </w:pPr>
            <w:r>
              <w:rPr>
                <w:b/>
                <w:sz w:val="16"/>
              </w:rPr>
              <w:t>Observed range</w:t>
            </w:r>
          </w:p>
        </w:tc>
        <w:tc>
          <w:tcPr>
            <w:tcW w:type="dxa" w:w="1835"/>
            <w:shd w:val="clear" w:color="auto" w:fill="E8E8E8"/>
          </w:tcPr>
          <w:p>
            <w:pPr>
              <w:spacing w:after="0"/>
              <w:jc w:val="left"/>
            </w:pPr>
            <w:r>
              <w:rPr>
                <w:b/>
                <w:sz w:val="16"/>
              </w:rPr>
              <w:t>Worst recorded event</w:t>
            </w:r>
          </w:p>
        </w:tc>
        <w:tc>
          <w:tcPr>
            <w:tcW w:type="dxa" w:w="1683"/>
            <w:shd w:val="clear" w:color="auto" w:fill="E8E8E8"/>
          </w:tcPr>
          <w:p>
            <w:pPr>
              <w:spacing w:after="0"/>
              <w:jc w:val="left"/>
            </w:pPr>
            <w:r>
              <w:rPr>
                <w:b/>
                <w:sz w:val="16"/>
              </w:rPr>
              <w:t>Most damaging (when different)</w:t>
            </w:r>
          </w:p>
        </w:tc>
        <w:tc>
          <w:tcPr>
            <w:tcW w:type="dxa" w:w="1674"/>
            <w:shd w:val="clear" w:color="auto" w:fill="E8E8E8"/>
          </w:tcPr>
          <w:p>
            <w:pPr>
              <w:spacing w:after="0"/>
              <w:jc w:val="left"/>
            </w:pPr>
            <w:r>
              <w:rPr>
                <w:b/>
                <w:sz w:val="16"/>
              </w:rPr>
              <w:t>How it applies to members</w:t>
            </w:r>
          </w:p>
        </w:tc>
        <w:tc>
          <w:tcPr>
            <w:tcW w:type="dxa" w:w="2309"/>
            <w:shd w:val="clear" w:color="auto" w:fill="E8E8E8"/>
          </w:tcPr>
          <w:p>
            <w:pPr>
              <w:spacing w:after="0"/>
              <w:jc w:val="left"/>
            </w:pPr>
            <w:r>
              <w:rPr>
                <w:b/>
                <w:sz w:val="16"/>
              </w:rPr>
              <w:t>Note</w:t>
            </w:r>
          </w:p>
        </w:tc>
      </w:tr>
      <w:tr>
        <w:trPr>
          <w:cantSplit/>
        </w:trPr>
        <w:tc>
          <w:tcPr>
            <w:tcW w:type="dxa" w:w="1788"/>
          </w:tcPr>
          <w:p>
            <w:pPr>
              <w:spacing w:after="0"/>
              <w:jc w:val="left"/>
            </w:pPr>
            <w:r>
              <w:rPr>
                <w:sz w:val="16"/>
              </w:rPr>
              <w:t>Avalanche</w:t>
            </w:r>
          </w:p>
        </w:tc>
        <w:tc>
          <w:tcPr>
            <w:tcW w:type="dxa" w:w="1767"/>
          </w:tcPr>
          <w:p>
            <w:pPr>
              <w:spacing w:after="0"/>
              <w:jc w:val="left"/>
            </w:pPr>
            <w:r>
              <w:rPr>
                <w:sz w:val="16"/>
              </w:rPr>
              <w:t>none (count and damage)</w:t>
            </w:r>
          </w:p>
        </w:tc>
        <w:tc>
          <w:tcPr>
            <w:tcW w:type="dxa" w:w="1599"/>
          </w:tcPr>
          <w:p>
            <w:pPr>
              <w:spacing w:after="0"/>
              <w:jc w:val="right"/>
            </w:pPr>
            <w:r>
              <w:rPr>
                <w:sz w:val="16"/>
              </w:rPr>
              <w:t>0</w:t>
            </w:r>
          </w:p>
        </w:tc>
        <w:tc>
          <w:tcPr>
            <w:tcW w:type="dxa" w:w="1456"/>
          </w:tcPr>
          <w:p>
            <w:pPr>
              <w:spacing w:after="0"/>
              <w:jc w:val="left"/>
            </w:pPr>
          </w:p>
        </w:tc>
        <w:tc>
          <w:tcPr>
            <w:tcW w:type="dxa" w:w="1835"/>
          </w:tcPr>
          <w:p>
            <w:pPr>
              <w:spacing w:after="0"/>
              <w:jc w:val="left"/>
            </w:pPr>
          </w:p>
        </w:tc>
        <w:tc>
          <w:tcPr>
            <w:tcW w:type="dxa" w:w="1683"/>
          </w:tcPr>
          <w:p>
            <w:pPr>
              <w:spacing w:after="0"/>
              <w:jc w:val="left"/>
            </w:pPr>
          </w:p>
        </w:tc>
        <w:tc>
          <w:tcPr>
            <w:tcW w:type="dxa" w:w="1674"/>
          </w:tcPr>
          <w:p>
            <w:pPr>
              <w:spacing w:after="0"/>
              <w:jc w:val="left"/>
            </w:pPr>
          </w:p>
        </w:tc>
        <w:tc>
          <w:tcPr>
            <w:tcW w:type="dxa" w:w="2309"/>
          </w:tcPr>
          <w:p>
            <w:pPr>
              <w:spacing w:after="0"/>
              <w:jc w:val="left"/>
            </w:pPr>
            <w:r>
              <w:rPr>
                <w:sz w:val="16"/>
              </w:rPr>
              <w:t>Physical measure: in event narratives only; local data required.</w:t>
            </w:r>
          </w:p>
        </w:tc>
      </w:tr>
      <w:tr>
        <w:trPr>
          <w:cantSplit/>
        </w:trPr>
        <w:tc>
          <w:tcPr>
            <w:tcW w:type="dxa" w:w="1788"/>
          </w:tcPr>
          <w:p>
            <w:pPr>
              <w:spacing w:after="0"/>
              <w:jc w:val="left"/>
            </w:pPr>
            <w:r>
              <w:rPr>
                <w:sz w:val="16"/>
              </w:rPr>
              <w:t>Coastal Flood, Storm Surge/Tide</w:t>
            </w:r>
          </w:p>
        </w:tc>
        <w:tc>
          <w:tcPr>
            <w:tcW w:type="dxa" w:w="1767"/>
          </w:tcPr>
          <w:p>
            <w:pPr>
              <w:spacing w:after="0"/>
              <w:jc w:val="left"/>
            </w:pPr>
            <w:r>
              <w:rPr>
                <w:sz w:val="16"/>
              </w:rPr>
              <w:t>none in data (FIRM for depth)</w:t>
            </w:r>
          </w:p>
        </w:tc>
        <w:tc>
          <w:tcPr>
            <w:tcW w:type="dxa" w:w="1599"/>
          </w:tcPr>
          <w:p>
            <w:pPr>
              <w:spacing w:after="0"/>
              <w:jc w:val="right"/>
            </w:pPr>
            <w:r>
              <w:rPr>
                <w:sz w:val="16"/>
              </w:rPr>
              <w:t>0</w:t>
            </w:r>
          </w:p>
        </w:tc>
        <w:tc>
          <w:tcPr>
            <w:tcW w:type="dxa" w:w="1456"/>
          </w:tcPr>
          <w:p>
            <w:pPr>
              <w:spacing w:after="0"/>
              <w:jc w:val="left"/>
            </w:pPr>
          </w:p>
        </w:tc>
        <w:tc>
          <w:tcPr>
            <w:tcW w:type="dxa" w:w="1835"/>
          </w:tcPr>
          <w:p>
            <w:pPr>
              <w:spacing w:after="0"/>
              <w:jc w:val="left"/>
            </w:pPr>
          </w:p>
        </w:tc>
        <w:tc>
          <w:tcPr>
            <w:tcW w:type="dxa" w:w="1683"/>
          </w:tcPr>
          <w:p>
            <w:pPr>
              <w:spacing w:after="0"/>
              <w:jc w:val="left"/>
            </w:pPr>
          </w:p>
        </w:tc>
        <w:tc>
          <w:tcPr>
            <w:tcW w:type="dxa" w:w="1674"/>
          </w:tcPr>
          <w:p>
            <w:pPr>
              <w:spacing w:after="0"/>
              <w:jc w:val="left"/>
            </w:pPr>
          </w:p>
        </w:tc>
        <w:tc>
          <w:tcPr>
            <w:tcW w:type="dxa" w:w="2309"/>
          </w:tcPr>
          <w:p>
            <w:pPr>
              <w:spacing w:after="0"/>
              <w:jc w:val="left"/>
            </w:pPr>
            <w:r>
              <w:rPr>
                <w:sz w:val="16"/>
              </w:rPr>
              <w:t>Flood depth: see the FEMA Flood Insurance Rate Map.</w:t>
            </w:r>
          </w:p>
        </w:tc>
      </w:tr>
      <w:tr>
        <w:trPr>
          <w:cantSplit/>
        </w:trPr>
        <w:tc>
          <w:tcPr>
            <w:tcW w:type="dxa" w:w="1788"/>
          </w:tcPr>
          <w:p>
            <w:pPr>
              <w:spacing w:after="0"/>
              <w:jc w:val="left"/>
            </w:pPr>
            <w:r>
              <w:rPr>
                <w:sz w:val="16"/>
              </w:rPr>
              <w:t>Cold/Wind Chill, Extreme Cold/Wind Chill</w:t>
            </w:r>
          </w:p>
        </w:tc>
        <w:tc>
          <w:tcPr>
            <w:tcW w:type="dxa" w:w="1767"/>
          </w:tcPr>
          <w:p>
            <w:pPr>
              <w:spacing w:after="0"/>
              <w:jc w:val="left"/>
            </w:pPr>
            <w:r>
              <w:rPr>
                <w:sz w:val="16"/>
              </w:rPr>
              <w:t>wind chill</w:t>
            </w:r>
          </w:p>
        </w:tc>
        <w:tc>
          <w:tcPr>
            <w:tcW w:type="dxa" w:w="1599"/>
          </w:tcPr>
          <w:p>
            <w:pPr>
              <w:spacing w:after="0"/>
              <w:jc w:val="right"/>
            </w:pPr>
            <w:r>
              <w:rPr>
                <w:sz w:val="16"/>
              </w:rPr>
              <w:t>1, 2026 to 2026 (1 zone-level)</w:t>
            </w:r>
          </w:p>
        </w:tc>
        <w:tc>
          <w:tcPr>
            <w:tcW w:type="dxa" w:w="1456"/>
          </w:tcPr>
          <w:p>
            <w:pPr>
              <w:spacing w:after="0"/>
              <w:jc w:val="left"/>
            </w:pPr>
            <w:r>
              <w:rPr>
                <w:sz w:val="16"/>
              </w:rPr>
              <w:t>2 days; 1 with a recorded value</w:t>
            </w:r>
          </w:p>
        </w:tc>
        <w:tc>
          <w:tcPr>
            <w:tcW w:type="dxa" w:w="1835"/>
          </w:tcPr>
          <w:p>
            <w:pPr>
              <w:spacing w:after="0"/>
              <w:jc w:val="left"/>
            </w:pPr>
            <w:r>
              <w:rPr>
                <w:sz w:val="16"/>
              </w:rPr>
              <w:t>2 consecutive days, 2026-01-24 to 2026-01-25, zone-level</w:t>
            </w:r>
          </w:p>
        </w:tc>
        <w:tc>
          <w:tcPr>
            <w:tcW w:type="dxa" w:w="1683"/>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Wind chill: in event narratives only; local data required.</w:t>
            </w:r>
          </w:p>
        </w:tc>
      </w:tr>
      <w:tr>
        <w:trPr>
          <w:cantSplit/>
        </w:trPr>
        <w:tc>
          <w:tcPr>
            <w:tcW w:type="dxa" w:w="1788"/>
          </w:tcPr>
          <w:p>
            <w:pPr>
              <w:spacing w:after="0"/>
              <w:jc w:val="left"/>
            </w:pPr>
            <w:r>
              <w:rPr>
                <w:sz w:val="16"/>
              </w:rPr>
              <w:t>Frost/Freeze (outside NRI Cold Wave definition)</w:t>
            </w:r>
          </w:p>
        </w:tc>
        <w:tc>
          <w:tcPr>
            <w:tcW w:type="dxa" w:w="1767"/>
          </w:tcPr>
          <w:p>
            <w:pPr>
              <w:spacing w:after="0"/>
              <w:jc w:val="left"/>
            </w:pPr>
            <w:r>
              <w:rPr>
                <w:sz w:val="16"/>
              </w:rPr>
              <w:t>crop damage</w:t>
            </w:r>
          </w:p>
        </w:tc>
        <w:tc>
          <w:tcPr>
            <w:tcW w:type="dxa" w:w="1599"/>
          </w:tcPr>
          <w:p>
            <w:pPr>
              <w:spacing w:after="0"/>
              <w:jc w:val="right"/>
            </w:pPr>
            <w:r>
              <w:rPr>
                <w:sz w:val="16"/>
              </w:rPr>
              <w:t>0</w:t>
            </w:r>
          </w:p>
        </w:tc>
        <w:tc>
          <w:tcPr>
            <w:tcW w:type="dxa" w:w="1456"/>
          </w:tcPr>
          <w:p>
            <w:pPr>
              <w:spacing w:after="0"/>
              <w:jc w:val="left"/>
            </w:pPr>
          </w:p>
        </w:tc>
        <w:tc>
          <w:tcPr>
            <w:tcW w:type="dxa" w:w="1835"/>
          </w:tcPr>
          <w:p>
            <w:pPr>
              <w:spacing w:after="0"/>
              <w:jc w:val="left"/>
            </w:pPr>
          </w:p>
        </w:tc>
        <w:tc>
          <w:tcPr>
            <w:tcW w:type="dxa" w:w="1683"/>
          </w:tcPr>
          <w:p>
            <w:pPr>
              <w:spacing w:after="0"/>
              <w:jc w:val="left"/>
            </w:pPr>
          </w:p>
        </w:tc>
        <w:tc>
          <w:tcPr>
            <w:tcW w:type="dxa" w:w="1674"/>
          </w:tcPr>
          <w:p>
            <w:pPr>
              <w:spacing w:after="0"/>
              <w:jc w:val="left"/>
            </w:pPr>
          </w:p>
        </w:tc>
        <w:tc>
          <w:tcPr>
            <w:tcW w:type="dxa" w:w="2309"/>
          </w:tcPr>
          <w:p>
            <w:pPr>
              <w:spacing w:after="0"/>
              <w:jc w:val="left"/>
            </w:pPr>
            <w:r>
              <w:rPr>
                <w:sz w:val="16"/>
              </w:rPr>
              <w:t>Temperature: in event narratives only; local data required.</w:t>
            </w:r>
          </w:p>
        </w:tc>
      </w:tr>
      <w:tr>
        <w:trPr>
          <w:cantSplit/>
        </w:trPr>
        <w:tc>
          <w:tcPr>
            <w:tcW w:type="dxa" w:w="1788"/>
          </w:tcPr>
          <w:p>
            <w:pPr>
              <w:spacing w:after="0"/>
              <w:jc w:val="left"/>
            </w:pPr>
            <w:r>
              <w:rPr>
                <w:sz w:val="16"/>
              </w:rPr>
              <w:t>Drought</w:t>
            </w:r>
          </w:p>
        </w:tc>
        <w:tc>
          <w:tcPr>
            <w:tcW w:type="dxa" w:w="1767"/>
          </w:tcPr>
          <w:p>
            <w:pPr>
              <w:spacing w:after="0"/>
              <w:jc w:val="left"/>
            </w:pPr>
            <w:r>
              <w:rPr>
                <w:sz w:val="16"/>
              </w:rPr>
              <w:t>US Drought Monitor D-scale</w:t>
            </w:r>
          </w:p>
        </w:tc>
        <w:tc>
          <w:tcPr>
            <w:tcW w:type="dxa" w:w="1599"/>
          </w:tcPr>
          <w:p>
            <w:pPr>
              <w:spacing w:after="0"/>
              <w:jc w:val="right"/>
            </w:pPr>
            <w:r>
              <w:rPr>
                <w:sz w:val="16"/>
              </w:rPr>
              <w:t>101, 1996 to 2022 (101 zone-level)</w:t>
            </w:r>
          </w:p>
        </w:tc>
        <w:tc>
          <w:tcPr>
            <w:tcW w:type="dxa" w:w="1456"/>
          </w:tcPr>
          <w:p>
            <w:pPr>
              <w:spacing w:after="0"/>
              <w:jc w:val="left"/>
            </w:pPr>
            <w:r>
              <w:rPr>
                <w:sz w:val="16"/>
              </w:rPr>
              <w:t>1 day to 1,334 days (median 106.5 days); 16 with a recorded value</w:t>
            </w:r>
          </w:p>
        </w:tc>
        <w:tc>
          <w:tcPr>
            <w:tcW w:type="dxa" w:w="1835"/>
          </w:tcPr>
          <w:p>
            <w:pPr>
              <w:spacing w:after="0"/>
              <w:jc w:val="left"/>
            </w:pPr>
            <w:r>
              <w:rPr>
                <w:sz w:val="16"/>
              </w:rPr>
              <w:t>1334 days (about 43.8 months), 2011-03-08 to 2014-10-31, a run of 44 consecutive Storm Events drought records, zone-level</w:t>
            </w:r>
          </w:p>
        </w:tc>
        <w:tc>
          <w:tcPr>
            <w:tcW w:type="dxa" w:w="1683"/>
          </w:tcPr>
          <w:p>
            <w:pPr>
              <w:spacing w:after="0"/>
              <w:jc w:val="left"/>
            </w:pPr>
            <w:r>
              <w:rPr>
                <w:sz w:val="16"/>
              </w:rPr>
              <w:t>Drought, 2009-02-01, $0 property; $5,000,000 crops, reported for the zone (2009 dollars)</w:t>
            </w:r>
          </w:p>
        </w:tc>
        <w:tc>
          <w:tcPr>
            <w:tcW w:type="dxa" w:w="1674"/>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8"/>
          </w:tcPr>
          <w:p>
            <w:pPr>
              <w:spacing w:after="0"/>
              <w:jc w:val="left"/>
            </w:pPr>
            <w:r>
              <w:rPr>
                <w:sz w:val="16"/>
              </w:rPr>
              <w:t>Earthquake</w:t>
            </w:r>
          </w:p>
        </w:tc>
        <w:tc>
          <w:tcPr>
            <w:tcW w:type="dxa" w:w="1767"/>
          </w:tcPr>
          <w:p>
            <w:pPr>
              <w:spacing w:after="0"/>
              <w:jc w:val="left"/>
            </w:pPr>
            <w:r>
              <w:rPr>
                <w:sz w:val="16"/>
              </w:rPr>
              <w:t>Modified Mercalli (local data)</w:t>
            </w:r>
          </w:p>
        </w:tc>
        <w:tc>
          <w:tcPr>
            <w:tcW w:type="dxa" w:w="1599"/>
          </w:tcPr>
          <w:p>
            <w:pPr>
              <w:spacing w:after="0"/>
              <w:jc w:val="right"/>
            </w:pPr>
            <w:r>
              <w:rPr>
                <w:sz w:val="16"/>
              </w:rPr>
              <w:t>0</w:t>
            </w:r>
          </w:p>
        </w:tc>
        <w:tc>
          <w:tcPr>
            <w:tcW w:type="dxa" w:w="1456"/>
          </w:tcPr>
          <w:p>
            <w:pPr>
              <w:spacing w:after="0"/>
              <w:jc w:val="left"/>
            </w:pPr>
          </w:p>
        </w:tc>
        <w:tc>
          <w:tcPr>
            <w:tcW w:type="dxa" w:w="1835"/>
          </w:tcPr>
          <w:p>
            <w:pPr>
              <w:spacing w:after="0"/>
              <w:jc w:val="left"/>
            </w:pPr>
          </w:p>
        </w:tc>
        <w:tc>
          <w:tcPr>
            <w:tcW w:type="dxa" w:w="1683"/>
          </w:tcPr>
          <w:p>
            <w:pPr>
              <w:spacing w:after="0"/>
              <w:jc w:val="left"/>
            </w:pPr>
          </w:p>
        </w:tc>
        <w:tc>
          <w:tcPr>
            <w:tcW w:type="dxa" w:w="1674"/>
          </w:tcPr>
          <w:p>
            <w:pPr>
              <w:spacing w:after="0"/>
              <w:jc w:val="left"/>
            </w:pPr>
          </w:p>
        </w:tc>
        <w:tc>
          <w:tcPr>
            <w:tcW w:type="dxa" w:w="2309"/>
          </w:tcPr>
          <w:p>
            <w:pPr>
              <w:spacing w:after="0"/>
              <w:jc w:val="left"/>
            </w:pPr>
            <w:r>
              <w:rPr>
                <w:sz w:val="16"/>
              </w:rPr>
              <w:t>No Storm Events record; local data required (e.g., USGS).</w:t>
            </w:r>
          </w:p>
        </w:tc>
      </w:tr>
      <w:tr>
        <w:trPr>
          <w:cantSplit/>
        </w:trPr>
        <w:tc>
          <w:tcPr>
            <w:tcW w:type="dxa" w:w="1788"/>
          </w:tcPr>
          <w:p>
            <w:pPr>
              <w:spacing w:after="0"/>
              <w:jc w:val="left"/>
            </w:pPr>
            <w:r>
              <w:rPr>
                <w:sz w:val="16"/>
              </w:rPr>
              <w:t>Hail</w:t>
            </w:r>
          </w:p>
        </w:tc>
        <w:tc>
          <w:tcPr>
            <w:tcW w:type="dxa" w:w="1767"/>
          </w:tcPr>
          <w:p>
            <w:pPr>
              <w:spacing w:after="0"/>
              <w:jc w:val="left"/>
            </w:pPr>
            <w:r>
              <w:rPr>
                <w:sz w:val="16"/>
              </w:rPr>
              <w:t>hail size (inches)</w:t>
            </w:r>
          </w:p>
        </w:tc>
        <w:tc>
          <w:tcPr>
            <w:tcW w:type="dxa" w:w="1599"/>
          </w:tcPr>
          <w:p>
            <w:pPr>
              <w:spacing w:after="0"/>
              <w:jc w:val="right"/>
            </w:pPr>
            <w:r>
              <w:rPr>
                <w:sz w:val="16"/>
              </w:rPr>
              <w:t>131, 1959 to 2025</w:t>
            </w:r>
          </w:p>
        </w:tc>
        <w:tc>
          <w:tcPr>
            <w:tcW w:type="dxa" w:w="1456"/>
          </w:tcPr>
          <w:p>
            <w:pPr>
              <w:spacing w:after="0"/>
              <w:jc w:val="left"/>
            </w:pPr>
            <w:r>
              <w:rPr>
                <w:sz w:val="16"/>
              </w:rPr>
              <w:t>0.75 in to 4 in (median 1.75 in); 131 with a recorded value</w:t>
            </w:r>
          </w:p>
        </w:tc>
        <w:tc>
          <w:tcPr>
            <w:tcW w:type="dxa" w:w="1835"/>
          </w:tcPr>
          <w:p>
            <w:pPr>
              <w:spacing w:after="0"/>
              <w:jc w:val="left"/>
            </w:pPr>
            <w:r>
              <w:rPr>
                <w:sz w:val="16"/>
              </w:rPr>
              <w:t>4 in hail, 2023-06-17</w:t>
            </w:r>
          </w:p>
        </w:tc>
        <w:tc>
          <w:tcPr>
            <w:tcW w:type="dxa" w:w="1683"/>
          </w:tcPr>
          <w:p>
            <w:pPr>
              <w:spacing w:after="0"/>
              <w:jc w:val="left"/>
            </w:pPr>
            <w:r>
              <w:rPr>
                <w:sz w:val="16"/>
              </w:rPr>
              <w:t>Hail, 2009-07-19, $0 property; $250,000 crops (2009 dollars)</w:t>
            </w:r>
          </w:p>
        </w:tc>
        <w:tc>
          <w:tcPr>
            <w:tcW w:type="dxa" w:w="1674"/>
          </w:tcPr>
          <w:p>
            <w:pPr>
              <w:spacing w:after="0"/>
              <w:jc w:val="left"/>
            </w:pPr>
            <w:r>
              <w:rPr>
                <w:sz w:val="16"/>
              </w:rPr>
              <w:t>Event records naming member places: Aspermont town (66 records).</w:t>
            </w:r>
          </w:p>
        </w:tc>
        <w:tc>
          <w:tcPr>
            <w:tcW w:type="dxa" w:w="2309"/>
          </w:tcPr>
          <w:p>
            <w:pPr>
              <w:spacing w:after="0"/>
              <w:jc w:val="left"/>
            </w:pPr>
          </w:p>
        </w:tc>
      </w:tr>
      <w:tr>
        <w:trPr>
          <w:cantSplit/>
        </w:trPr>
        <w:tc>
          <w:tcPr>
            <w:tcW w:type="dxa" w:w="1788"/>
          </w:tcPr>
          <w:p>
            <w:pPr>
              <w:spacing w:after="0"/>
              <w:jc w:val="left"/>
            </w:pPr>
            <w:r>
              <w:rPr>
                <w:sz w:val="16"/>
              </w:rPr>
              <w:t>Excessive Heat, Heat</w:t>
            </w:r>
          </w:p>
        </w:tc>
        <w:tc>
          <w:tcPr>
            <w:tcW w:type="dxa" w:w="1767"/>
          </w:tcPr>
          <w:p>
            <w:pPr>
              <w:spacing w:after="0"/>
              <w:jc w:val="left"/>
            </w:pPr>
            <w:r>
              <w:rPr>
                <w:sz w:val="16"/>
              </w:rPr>
              <w:t>heat index (narratives)</w:t>
            </w:r>
          </w:p>
        </w:tc>
        <w:tc>
          <w:tcPr>
            <w:tcW w:type="dxa" w:w="1599"/>
          </w:tcPr>
          <w:p>
            <w:pPr>
              <w:spacing w:after="0"/>
              <w:jc w:val="right"/>
            </w:pPr>
            <w:r>
              <w:rPr>
                <w:sz w:val="16"/>
              </w:rPr>
              <w:t>1, 2008 to 2008 (1 zone-level)</w:t>
            </w:r>
          </w:p>
        </w:tc>
        <w:tc>
          <w:tcPr>
            <w:tcW w:type="dxa" w:w="1456"/>
          </w:tcPr>
          <w:p>
            <w:pPr>
              <w:spacing w:after="0"/>
              <w:jc w:val="left"/>
            </w:pPr>
            <w:r>
              <w:rPr>
                <w:sz w:val="16"/>
              </w:rPr>
              <w:t>20 days; 1 with a recorded value</w:t>
            </w:r>
          </w:p>
        </w:tc>
        <w:tc>
          <w:tcPr>
            <w:tcW w:type="dxa" w:w="1835"/>
          </w:tcPr>
          <w:p>
            <w:pPr>
              <w:spacing w:after="0"/>
              <w:jc w:val="left"/>
            </w:pPr>
            <w:r>
              <w:rPr>
                <w:sz w:val="16"/>
              </w:rPr>
              <w:t>20 days, 2008-06-01 to 2008-06-20, from 1 monthly summary record (a monthly summary record covers most or all of a month; it does not count days at wave conditions), zone-level</w:t>
            </w:r>
          </w:p>
        </w:tc>
        <w:tc>
          <w:tcPr>
            <w:tcW w:type="dxa" w:w="1683"/>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Heat index: in event narratives only; local data required.</w:t>
            </w:r>
          </w:p>
        </w:tc>
      </w:tr>
      <w:tr>
        <w:trPr>
          <w:cantSplit/>
        </w:trPr>
        <w:tc>
          <w:tcPr>
            <w:tcW w:type="dxa" w:w="1788"/>
          </w:tcPr>
          <w:p>
            <w:pPr>
              <w:spacing w:after="0"/>
              <w:jc w:val="left"/>
            </w:pPr>
            <w:r>
              <w:rPr>
                <w:sz w:val="16"/>
              </w:rPr>
              <w:t>Hurricane, Tropical Storm, Tropical Depression</w:t>
            </w:r>
          </w:p>
        </w:tc>
        <w:tc>
          <w:tcPr>
            <w:tcW w:type="dxa" w:w="1767"/>
          </w:tcPr>
          <w:p>
            <w:pPr>
              <w:spacing w:after="0"/>
              <w:jc w:val="left"/>
            </w:pPr>
            <w:r>
              <w:rPr>
                <w:sz w:val="16"/>
              </w:rPr>
              <w:t>Saffir-Simpson</w:t>
            </w:r>
          </w:p>
        </w:tc>
        <w:tc>
          <w:tcPr>
            <w:tcW w:type="dxa" w:w="1599"/>
          </w:tcPr>
          <w:p>
            <w:pPr>
              <w:spacing w:after="0"/>
              <w:jc w:val="right"/>
            </w:pPr>
            <w:r>
              <w:rPr>
                <w:sz w:val="16"/>
              </w:rPr>
              <w:t>1, 2007 to 2007 (1 zone-level)</w:t>
            </w:r>
          </w:p>
        </w:tc>
        <w:tc>
          <w:tcPr>
            <w:tcW w:type="dxa" w:w="1456"/>
          </w:tcPr>
          <w:p>
            <w:pPr>
              <w:spacing w:after="0"/>
              <w:jc w:val="left"/>
            </w:pPr>
          </w:p>
        </w:tc>
        <w:tc>
          <w:tcPr>
            <w:tcW w:type="dxa" w:w="1835"/>
          </w:tcPr>
          <w:p>
            <w:pPr>
              <w:spacing w:after="0"/>
              <w:jc w:val="left"/>
            </w:pPr>
            <w:r>
              <w:rPr>
                <w:sz w:val="16"/>
              </w:rPr>
              <w:t>Strongest recorded (records with damage, a wind speed or direct casualties first, then storm type, category and wind): Tropical Depression record, 2007-08-17 to 2007-08-18, $0 property; $0 crops, reported for the zone (2007 dollars); NWS zone TXZ044 (STONEWALL), zone-level: may include parts of neighboring counties</w:t>
            </w:r>
          </w:p>
        </w:tc>
        <w:tc>
          <w:tcPr>
            <w:tcW w:type="dxa" w:w="1683"/>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8"/>
          </w:tcPr>
          <w:p>
            <w:pPr>
              <w:spacing w:after="0"/>
              <w:jc w:val="left"/>
            </w:pPr>
            <w:r>
              <w:rPr>
                <w:sz w:val="16"/>
              </w:rPr>
              <w:t>Ice Storm</w:t>
            </w:r>
          </w:p>
        </w:tc>
        <w:tc>
          <w:tcPr>
            <w:tcW w:type="dxa" w:w="1767"/>
          </w:tcPr>
          <w:p>
            <w:pPr>
              <w:spacing w:after="0"/>
              <w:jc w:val="left"/>
            </w:pPr>
            <w:r>
              <w:rPr>
                <w:sz w:val="16"/>
              </w:rPr>
              <w:t>Sperry-Piltz (local data)</w:t>
            </w:r>
          </w:p>
        </w:tc>
        <w:tc>
          <w:tcPr>
            <w:tcW w:type="dxa" w:w="1599"/>
          </w:tcPr>
          <w:p>
            <w:pPr>
              <w:spacing w:after="0"/>
              <w:jc w:val="right"/>
            </w:pPr>
            <w:r>
              <w:rPr>
                <w:sz w:val="16"/>
              </w:rPr>
              <w:t>3, 2020 to 2023 (3 zone-level)</w:t>
            </w:r>
          </w:p>
        </w:tc>
        <w:tc>
          <w:tcPr>
            <w:tcW w:type="dxa" w:w="1456"/>
          </w:tcPr>
          <w:p>
            <w:pPr>
              <w:spacing w:after="0"/>
              <w:jc w:val="left"/>
            </w:pPr>
          </w:p>
        </w:tc>
        <w:tc>
          <w:tcPr>
            <w:tcW w:type="dxa" w:w="1835"/>
          </w:tcPr>
          <w:p>
            <w:pPr>
              <w:spacing w:after="0"/>
              <w:jc w:val="left"/>
            </w:pPr>
            <w:r>
              <w:rPr>
                <w:sz w:val="16"/>
              </w:rPr>
              <w:t>No damage reported in 3 records.</w:t>
            </w:r>
          </w:p>
        </w:tc>
        <w:tc>
          <w:tcPr>
            <w:tcW w:type="dxa" w:w="1683"/>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Ice thickness: in event narratives only; local data required.</w:t>
            </w:r>
          </w:p>
        </w:tc>
      </w:tr>
      <w:tr>
        <w:trPr>
          <w:cantSplit/>
        </w:trPr>
        <w:tc>
          <w:tcPr>
            <w:tcW w:type="dxa" w:w="1788"/>
          </w:tcPr>
          <w:p>
            <w:pPr>
              <w:spacing w:after="0"/>
              <w:jc w:val="left"/>
            </w:pPr>
            <w:r>
              <w:rPr>
                <w:sz w:val="16"/>
              </w:rPr>
              <w:t>Flash Flood, Flood, Lakeshore Flood</w:t>
            </w:r>
          </w:p>
        </w:tc>
        <w:tc>
          <w:tcPr>
            <w:tcW w:type="dxa" w:w="1767"/>
          </w:tcPr>
          <w:p>
            <w:pPr>
              <w:spacing w:after="0"/>
              <w:jc w:val="left"/>
            </w:pPr>
            <w:r>
              <w:rPr>
                <w:sz w:val="16"/>
              </w:rPr>
              <w:t>damage and flood days (FIRM for depth)</w:t>
            </w:r>
          </w:p>
        </w:tc>
        <w:tc>
          <w:tcPr>
            <w:tcW w:type="dxa" w:w="1599"/>
          </w:tcPr>
          <w:p>
            <w:pPr>
              <w:spacing w:after="0"/>
              <w:jc w:val="right"/>
            </w:pPr>
            <w:r>
              <w:rPr>
                <w:sz w:val="16"/>
              </w:rPr>
              <w:t>7, 2000 to 2025 (1 zone-level)</w:t>
            </w:r>
          </w:p>
        </w:tc>
        <w:tc>
          <w:tcPr>
            <w:tcW w:type="dxa" w:w="1456"/>
          </w:tcPr>
          <w:p>
            <w:pPr>
              <w:spacing w:after="0"/>
              <w:jc w:val="left"/>
            </w:pPr>
          </w:p>
        </w:tc>
        <w:tc>
          <w:tcPr>
            <w:tcW w:type="dxa" w:w="1835"/>
          </w:tcPr>
          <w:p>
            <w:pPr>
              <w:spacing w:after="0"/>
              <w:jc w:val="left"/>
            </w:pPr>
            <w:r>
              <w:rPr>
                <w:sz w:val="16"/>
              </w:rPr>
              <w:t>No damage reported in 7 records.</w:t>
            </w:r>
          </w:p>
        </w:tc>
        <w:tc>
          <w:tcPr>
            <w:tcW w:type="dxa" w:w="1683"/>
          </w:tcPr>
          <w:p>
            <w:pPr>
              <w:spacing w:after="0"/>
              <w:jc w:val="left"/>
            </w:pPr>
          </w:p>
        </w:tc>
        <w:tc>
          <w:tcPr>
            <w:tcW w:type="dxa" w:w="1674"/>
          </w:tcPr>
          <w:p>
            <w:pPr>
              <w:spacing w:after="0"/>
              <w:jc w:val="left"/>
            </w:pPr>
            <w:r>
              <w:rPr>
                <w:sz w:val="16"/>
              </w:rPr>
              <w:t>Event records naming member places: Aspermont town (3 records). Zone-level records (1) apply countywide.</w:t>
            </w:r>
          </w:p>
        </w:tc>
        <w:tc>
          <w:tcPr>
            <w:tcW w:type="dxa" w:w="230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8"/>
          </w:tcPr>
          <w:p>
            <w:pPr>
              <w:spacing w:after="0"/>
              <w:jc w:val="left"/>
            </w:pPr>
            <w:r>
              <w:rPr>
                <w:sz w:val="16"/>
              </w:rPr>
              <w:t>Debris Flow</w:t>
            </w:r>
          </w:p>
        </w:tc>
        <w:tc>
          <w:tcPr>
            <w:tcW w:type="dxa" w:w="1767"/>
          </w:tcPr>
          <w:p>
            <w:pPr>
              <w:spacing w:after="0"/>
              <w:jc w:val="left"/>
            </w:pPr>
            <w:r>
              <w:rPr>
                <w:sz w:val="16"/>
              </w:rPr>
              <w:t>none (count and damage)</w:t>
            </w:r>
          </w:p>
        </w:tc>
        <w:tc>
          <w:tcPr>
            <w:tcW w:type="dxa" w:w="1599"/>
          </w:tcPr>
          <w:p>
            <w:pPr>
              <w:spacing w:after="0"/>
              <w:jc w:val="right"/>
            </w:pPr>
            <w:r>
              <w:rPr>
                <w:sz w:val="16"/>
              </w:rPr>
              <w:t>0</w:t>
            </w:r>
          </w:p>
        </w:tc>
        <w:tc>
          <w:tcPr>
            <w:tcW w:type="dxa" w:w="1456"/>
          </w:tcPr>
          <w:p>
            <w:pPr>
              <w:spacing w:after="0"/>
              <w:jc w:val="left"/>
            </w:pPr>
          </w:p>
        </w:tc>
        <w:tc>
          <w:tcPr>
            <w:tcW w:type="dxa" w:w="1835"/>
          </w:tcPr>
          <w:p>
            <w:pPr>
              <w:spacing w:after="0"/>
              <w:jc w:val="left"/>
            </w:pPr>
          </w:p>
        </w:tc>
        <w:tc>
          <w:tcPr>
            <w:tcW w:type="dxa" w:w="1683"/>
          </w:tcPr>
          <w:p>
            <w:pPr>
              <w:spacing w:after="0"/>
              <w:jc w:val="left"/>
            </w:pPr>
          </w:p>
        </w:tc>
        <w:tc>
          <w:tcPr>
            <w:tcW w:type="dxa" w:w="1674"/>
          </w:tcPr>
          <w:p>
            <w:pPr>
              <w:spacing w:after="0"/>
              <w:jc w:val="left"/>
            </w:pPr>
          </w:p>
        </w:tc>
        <w:tc>
          <w:tcPr>
            <w:tcW w:type="dxa" w:w="2309"/>
          </w:tcPr>
          <w:p>
            <w:pPr>
              <w:spacing w:after="0"/>
              <w:jc w:val="left"/>
            </w:pPr>
            <w:r>
              <w:rPr>
                <w:sz w:val="16"/>
              </w:rPr>
              <w:t>Physical measure: in event narratives only; local data required.</w:t>
            </w:r>
          </w:p>
        </w:tc>
      </w:tr>
      <w:tr>
        <w:trPr>
          <w:cantSplit/>
        </w:trPr>
        <w:tc>
          <w:tcPr>
            <w:tcW w:type="dxa" w:w="1788"/>
          </w:tcPr>
          <w:p>
            <w:pPr>
              <w:spacing w:after="0"/>
              <w:jc w:val="left"/>
            </w:pPr>
            <w:r>
              <w:rPr>
                <w:sz w:val="16"/>
              </w:rPr>
              <w:t>Lightning</w:t>
            </w:r>
          </w:p>
        </w:tc>
        <w:tc>
          <w:tcPr>
            <w:tcW w:type="dxa" w:w="1767"/>
          </w:tcPr>
          <w:p>
            <w:pPr>
              <w:spacing w:after="0"/>
              <w:jc w:val="left"/>
            </w:pPr>
            <w:r>
              <w:rPr>
                <w:sz w:val="16"/>
              </w:rPr>
              <w:t>annualized frequency (the measure FEMA's Local Mitigation Planning Handbook names)</w:t>
            </w:r>
          </w:p>
        </w:tc>
        <w:tc>
          <w:tcPr>
            <w:tcW w:type="dxa" w:w="1599"/>
          </w:tcPr>
          <w:p>
            <w:pPr>
              <w:spacing w:after="0"/>
              <w:jc w:val="right"/>
            </w:pPr>
            <w:r>
              <w:rPr>
                <w:sz w:val="16"/>
              </w:rPr>
              <w:t>1, 2013 to 2013</w:t>
            </w:r>
          </w:p>
        </w:tc>
        <w:tc>
          <w:tcPr>
            <w:tcW w:type="dxa" w:w="1456"/>
          </w:tcPr>
          <w:p>
            <w:pPr>
              <w:spacing w:after="0"/>
              <w:jc w:val="left"/>
            </w:pPr>
          </w:p>
        </w:tc>
        <w:tc>
          <w:tcPr>
            <w:tcW w:type="dxa" w:w="1835"/>
          </w:tcPr>
          <w:p>
            <w:pPr>
              <w:spacing w:after="0"/>
              <w:jc w:val="left"/>
            </w:pPr>
            <w:r>
              <w:rPr>
                <w:sz w:val="16"/>
              </w:rPr>
              <w:t>Lightning, 2013-08-08, $500 property; $0 crops (2013 dollars)</w:t>
            </w:r>
          </w:p>
        </w:tc>
        <w:tc>
          <w:tcPr>
            <w:tcW w:type="dxa" w:w="1683"/>
          </w:tcPr>
          <w:p>
            <w:pPr>
              <w:spacing w:after="0"/>
              <w:jc w:val="left"/>
            </w:pPr>
          </w:p>
        </w:tc>
        <w:tc>
          <w:tcPr>
            <w:tcW w:type="dxa" w:w="1674"/>
          </w:tcPr>
          <w:p>
            <w:pPr>
              <w:spacing w:after="0"/>
              <w:jc w:val="left"/>
            </w:pPr>
            <w:r>
              <w:rPr>
                <w:sz w:val="16"/>
              </w:rPr>
              <w:t>Event records naming member places: Aspermont town (1 record).</w:t>
            </w:r>
          </w:p>
        </w:tc>
        <w:tc>
          <w:tcPr>
            <w:tcW w:type="dxa" w:w="2309"/>
          </w:tcPr>
          <w:p>
            <w:pPr>
              <w:spacing w:after="0"/>
              <w:jc w:val="left"/>
            </w:pPr>
            <w:r>
              <w:rPr>
                <w:sz w:val="16"/>
              </w:rPr>
              <w:t>Storm Events lists lightning with damage or casualties; physical measure in event narratives only; local data required.</w:t>
            </w:r>
          </w:p>
        </w:tc>
      </w:tr>
      <w:tr>
        <w:trPr>
          <w:cantSplit/>
        </w:trPr>
        <w:tc>
          <w:tcPr>
            <w:tcW w:type="dxa" w:w="1788"/>
          </w:tcPr>
          <w:p>
            <w:pPr>
              <w:spacing w:after="0"/>
              <w:jc w:val="left"/>
            </w:pPr>
            <w:r>
              <w:rPr>
                <w:sz w:val="16"/>
              </w:rPr>
              <w:t>High Wind and Strong Wind (outside NRI Strong Wind definition)</w:t>
            </w:r>
          </w:p>
        </w:tc>
        <w:tc>
          <w:tcPr>
            <w:tcW w:type="dxa" w:w="1767"/>
          </w:tcPr>
          <w:p>
            <w:pPr>
              <w:spacing w:after="0"/>
              <w:jc w:val="left"/>
            </w:pPr>
            <w:r>
              <w:rPr>
                <w:sz w:val="16"/>
              </w:rPr>
              <w:t>wind speed (kt and mph)</w:t>
            </w:r>
          </w:p>
        </w:tc>
        <w:tc>
          <w:tcPr>
            <w:tcW w:type="dxa" w:w="1599"/>
          </w:tcPr>
          <w:p>
            <w:pPr>
              <w:spacing w:after="0"/>
              <w:jc w:val="right"/>
            </w:pPr>
            <w:r>
              <w:rPr>
                <w:sz w:val="16"/>
              </w:rPr>
              <w:t>14, 1999 to 2025 (14 zone-level)</w:t>
            </w:r>
          </w:p>
        </w:tc>
        <w:tc>
          <w:tcPr>
            <w:tcW w:type="dxa" w:w="1456"/>
          </w:tcPr>
          <w:p>
            <w:pPr>
              <w:spacing w:after="0"/>
              <w:jc w:val="left"/>
            </w:pPr>
            <w:r>
              <w:rPr>
                <w:sz w:val="16"/>
              </w:rPr>
              <w:t>34 kt (39 mph) to 62 kt (71 mph) (median 52 kt (60 mph)); 14 with a recorded value</w:t>
            </w:r>
          </w:p>
        </w:tc>
        <w:tc>
          <w:tcPr>
            <w:tcW w:type="dxa" w:w="1835"/>
          </w:tcPr>
          <w:p>
            <w:pPr>
              <w:spacing w:after="0"/>
              <w:jc w:val="left"/>
            </w:pPr>
            <w:r>
              <w:rPr>
                <w:sz w:val="16"/>
              </w:rPr>
              <w:t>62 kt (71 mph) measured gust, High Wind, 2025-03-14; NWS zone TXZ044 (STONEWALL), zone-level: may include parts of neighboring counties</w:t>
            </w:r>
          </w:p>
        </w:tc>
        <w:tc>
          <w:tcPr>
            <w:tcW w:type="dxa" w:w="1683"/>
          </w:tcPr>
          <w:p>
            <w:pPr>
              <w:spacing w:after="0"/>
              <w:jc w:val="left"/>
            </w:pPr>
            <w:r>
              <w:rPr>
                <w:sz w:val="16"/>
              </w:rPr>
              <w:t>High Wind, 2007-02-24, $100,000 property; $0 crops, reported for the zone (2007 dollars)</w:t>
            </w:r>
          </w:p>
        </w:tc>
        <w:tc>
          <w:tcPr>
            <w:tcW w:type="dxa" w:w="1674"/>
          </w:tcPr>
          <w:p>
            <w:pPr>
              <w:spacing w:after="0"/>
              <w:jc w:val="left"/>
            </w:pPr>
            <w:r>
              <w:rPr>
                <w:sz w:val="16"/>
              </w:rPr>
              <w:t>Zone-level records: applies countywide; national data do not locate these events within the county.</w:t>
            </w:r>
          </w:p>
        </w:tc>
        <w:tc>
          <w:tcPr>
            <w:tcW w:type="dxa" w:w="2309"/>
          </w:tcPr>
          <w:p>
            <w:pPr>
              <w:spacing w:after="0"/>
              <w:jc w:val="left"/>
            </w:pPr>
          </w:p>
        </w:tc>
      </w:tr>
      <w:tr>
        <w:trPr>
          <w:cantSplit/>
        </w:trPr>
        <w:tc>
          <w:tcPr>
            <w:tcW w:type="dxa" w:w="1788"/>
          </w:tcPr>
          <w:p>
            <w:pPr>
              <w:spacing w:after="0"/>
              <w:jc w:val="left"/>
            </w:pPr>
            <w:r>
              <w:rPr>
                <w:sz w:val="16"/>
              </w:rPr>
              <w:t>Thunderstorm Wind</w:t>
            </w:r>
          </w:p>
        </w:tc>
        <w:tc>
          <w:tcPr>
            <w:tcW w:type="dxa" w:w="1767"/>
          </w:tcPr>
          <w:p>
            <w:pPr>
              <w:spacing w:after="0"/>
              <w:jc w:val="left"/>
            </w:pPr>
            <w:r>
              <w:rPr>
                <w:sz w:val="16"/>
              </w:rPr>
              <w:t>wind speed (kt and mph)</w:t>
            </w:r>
          </w:p>
        </w:tc>
        <w:tc>
          <w:tcPr>
            <w:tcW w:type="dxa" w:w="1599"/>
          </w:tcPr>
          <w:p>
            <w:pPr>
              <w:spacing w:after="0"/>
              <w:jc w:val="right"/>
            </w:pPr>
            <w:r>
              <w:rPr>
                <w:sz w:val="16"/>
              </w:rPr>
              <w:t>53, 1963 to 2026 (5 zone-level)</w:t>
            </w:r>
          </w:p>
        </w:tc>
        <w:tc>
          <w:tcPr>
            <w:tcW w:type="dxa" w:w="1456"/>
          </w:tcPr>
          <w:p>
            <w:pPr>
              <w:spacing w:after="0"/>
              <w:jc w:val="left"/>
            </w:pPr>
            <w:r>
              <w:rPr>
                <w:sz w:val="16"/>
              </w:rPr>
              <w:t>50 kt (58 mph) to 95 kt (109 mph) (median 57 kt (66 mph)); 41 with a recorded value</w:t>
            </w:r>
          </w:p>
        </w:tc>
        <w:tc>
          <w:tcPr>
            <w:tcW w:type="dxa" w:w="1835"/>
          </w:tcPr>
          <w:p>
            <w:pPr>
              <w:spacing w:after="0"/>
              <w:jc w:val="left"/>
            </w:pPr>
            <w:r>
              <w:rPr>
                <w:sz w:val="16"/>
              </w:rPr>
              <w:t>95 kt (109 mph) measured gust, Thunderstorm Wind, 2023-06-21</w:t>
            </w:r>
          </w:p>
        </w:tc>
        <w:tc>
          <w:tcPr>
            <w:tcW w:type="dxa" w:w="1683"/>
          </w:tcPr>
          <w:p>
            <w:pPr>
              <w:spacing w:after="0"/>
              <w:jc w:val="left"/>
            </w:pPr>
            <w:r>
              <w:rPr>
                <w:sz w:val="16"/>
              </w:rPr>
              <w:t>Thunderstorm Wind, 2009-06-13, $250,000 property; $0 crops (2009 dollars)</w:t>
            </w:r>
          </w:p>
        </w:tc>
        <w:tc>
          <w:tcPr>
            <w:tcW w:type="dxa" w:w="1674"/>
          </w:tcPr>
          <w:p>
            <w:pPr>
              <w:spacing w:after="0"/>
              <w:jc w:val="left"/>
            </w:pPr>
            <w:r>
              <w:rPr>
                <w:sz w:val="16"/>
              </w:rPr>
              <w:t>Event records naming member places: Aspermont town (34 records). Zone-level records (5) apply countywide.</w:t>
            </w:r>
          </w:p>
        </w:tc>
        <w:tc>
          <w:tcPr>
            <w:tcW w:type="dxa" w:w="2309"/>
          </w:tcPr>
          <w:p>
            <w:pPr>
              <w:spacing w:after="0"/>
              <w:jc w:val="left"/>
            </w:pPr>
          </w:p>
        </w:tc>
      </w:tr>
      <w:tr>
        <w:trPr>
          <w:cantSplit/>
        </w:trPr>
        <w:tc>
          <w:tcPr>
            <w:tcW w:type="dxa" w:w="1788"/>
          </w:tcPr>
          <w:p>
            <w:pPr>
              <w:spacing w:after="0"/>
              <w:jc w:val="left"/>
            </w:pPr>
            <w:r>
              <w:rPr>
                <w:sz w:val="16"/>
              </w:rPr>
              <w:t>Tornado</w:t>
            </w:r>
          </w:p>
        </w:tc>
        <w:tc>
          <w:tcPr>
            <w:tcW w:type="dxa" w:w="1767"/>
          </w:tcPr>
          <w:p>
            <w:pPr>
              <w:spacing w:after="0"/>
              <w:jc w:val="left"/>
            </w:pPr>
            <w:r>
              <w:rPr>
                <w:sz w:val="16"/>
              </w:rPr>
              <w:t>Enhanced Fujita (F before Feb 2007)</w:t>
            </w:r>
          </w:p>
        </w:tc>
        <w:tc>
          <w:tcPr>
            <w:tcW w:type="dxa" w:w="1599"/>
          </w:tcPr>
          <w:p>
            <w:pPr>
              <w:spacing w:after="0"/>
              <w:jc w:val="right"/>
            </w:pPr>
            <w:r>
              <w:rPr>
                <w:sz w:val="16"/>
              </w:rPr>
              <w:t>27, 1956 to 2023</w:t>
            </w:r>
          </w:p>
        </w:tc>
        <w:tc>
          <w:tcPr>
            <w:tcW w:type="dxa" w:w="1456"/>
          </w:tcPr>
          <w:p>
            <w:pPr>
              <w:spacing w:after="0"/>
              <w:jc w:val="left"/>
            </w:pPr>
            <w:r>
              <w:rPr>
                <w:sz w:val="16"/>
              </w:rPr>
              <w:t>F/EF0 to F/EF1 (median F/EF0); 24 with a recorded value</w:t>
            </w:r>
          </w:p>
        </w:tc>
        <w:tc>
          <w:tcPr>
            <w:tcW w:type="dxa" w:w="1835"/>
          </w:tcPr>
          <w:p>
            <w:pPr>
              <w:spacing w:after="0"/>
              <w:jc w:val="left"/>
            </w:pPr>
            <w:r>
              <w:rPr>
                <w:sz w:val="16"/>
              </w:rPr>
              <w:t>EF1 tornado, 2009-06-13, 4 mi within this county, 200 yd wide, $100,000 property; $0 crops (2009 dollars)</w:t>
            </w:r>
          </w:p>
        </w:tc>
        <w:tc>
          <w:tcPr>
            <w:tcW w:type="dxa" w:w="1683"/>
          </w:tcPr>
          <w:p>
            <w:pPr>
              <w:spacing w:after="0"/>
              <w:jc w:val="left"/>
            </w:pPr>
          </w:p>
        </w:tc>
        <w:tc>
          <w:tcPr>
            <w:tcW w:type="dxa" w:w="1674"/>
          </w:tcPr>
          <w:p>
            <w:pPr>
              <w:spacing w:after="0"/>
              <w:jc w:val="left"/>
            </w:pPr>
            <w:r>
              <w:rPr>
                <w:sz w:val="16"/>
              </w:rPr>
              <w:t>Event records naming member places: Aspermont town (6 records).</w:t>
            </w:r>
          </w:p>
        </w:tc>
        <w:tc>
          <w:tcPr>
            <w:tcW w:type="dxa" w:w="230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8"/>
          </w:tcPr>
          <w:p>
            <w:pPr>
              <w:spacing w:after="0"/>
              <w:jc w:val="left"/>
            </w:pPr>
            <w:r>
              <w:rPr>
                <w:sz w:val="16"/>
              </w:rPr>
              <w:t>Tsunami</w:t>
            </w:r>
          </w:p>
        </w:tc>
        <w:tc>
          <w:tcPr>
            <w:tcW w:type="dxa" w:w="1767"/>
          </w:tcPr>
          <w:p>
            <w:pPr>
              <w:spacing w:after="0"/>
              <w:jc w:val="left"/>
            </w:pPr>
            <w:r>
              <w:rPr>
                <w:sz w:val="16"/>
              </w:rPr>
              <w:t>none (count and damage)</w:t>
            </w:r>
          </w:p>
        </w:tc>
        <w:tc>
          <w:tcPr>
            <w:tcW w:type="dxa" w:w="1599"/>
          </w:tcPr>
          <w:p>
            <w:pPr>
              <w:spacing w:after="0"/>
              <w:jc w:val="right"/>
            </w:pPr>
            <w:r>
              <w:rPr>
                <w:sz w:val="16"/>
              </w:rPr>
              <w:t>0</w:t>
            </w:r>
          </w:p>
        </w:tc>
        <w:tc>
          <w:tcPr>
            <w:tcW w:type="dxa" w:w="1456"/>
          </w:tcPr>
          <w:p>
            <w:pPr>
              <w:spacing w:after="0"/>
              <w:jc w:val="left"/>
            </w:pPr>
          </w:p>
        </w:tc>
        <w:tc>
          <w:tcPr>
            <w:tcW w:type="dxa" w:w="1835"/>
          </w:tcPr>
          <w:p>
            <w:pPr>
              <w:spacing w:after="0"/>
              <w:jc w:val="left"/>
            </w:pPr>
          </w:p>
        </w:tc>
        <w:tc>
          <w:tcPr>
            <w:tcW w:type="dxa" w:w="1683"/>
          </w:tcPr>
          <w:p>
            <w:pPr>
              <w:spacing w:after="0"/>
              <w:jc w:val="left"/>
            </w:pPr>
          </w:p>
        </w:tc>
        <w:tc>
          <w:tcPr>
            <w:tcW w:type="dxa" w:w="1674"/>
          </w:tcPr>
          <w:p>
            <w:pPr>
              <w:spacing w:after="0"/>
              <w:jc w:val="left"/>
            </w:pPr>
          </w:p>
        </w:tc>
        <w:tc>
          <w:tcPr>
            <w:tcW w:type="dxa" w:w="2309"/>
          </w:tcPr>
          <w:p>
            <w:pPr>
              <w:spacing w:after="0"/>
              <w:jc w:val="left"/>
            </w:pPr>
            <w:r>
              <w:rPr>
                <w:sz w:val="16"/>
              </w:rPr>
              <w:t>Physical measure: in event narratives only; local data required.</w:t>
            </w:r>
          </w:p>
        </w:tc>
      </w:tr>
      <w:tr>
        <w:trPr>
          <w:cantSplit/>
        </w:trPr>
        <w:tc>
          <w:tcPr>
            <w:tcW w:type="dxa" w:w="1788"/>
          </w:tcPr>
          <w:p>
            <w:pPr>
              <w:spacing w:after="0"/>
              <w:jc w:val="left"/>
            </w:pPr>
            <w:r>
              <w:rPr>
                <w:sz w:val="16"/>
              </w:rPr>
              <w:t>Volcanic Ash, Volcanic Ashfall</w:t>
            </w:r>
          </w:p>
        </w:tc>
        <w:tc>
          <w:tcPr>
            <w:tcW w:type="dxa" w:w="1767"/>
          </w:tcPr>
          <w:p>
            <w:pPr>
              <w:spacing w:after="0"/>
              <w:jc w:val="left"/>
            </w:pPr>
            <w:r>
              <w:rPr>
                <w:sz w:val="16"/>
              </w:rPr>
              <w:t>Volcanic Explosivity Index (local data)</w:t>
            </w:r>
          </w:p>
        </w:tc>
        <w:tc>
          <w:tcPr>
            <w:tcW w:type="dxa" w:w="1599"/>
          </w:tcPr>
          <w:p>
            <w:pPr>
              <w:spacing w:after="0"/>
              <w:jc w:val="right"/>
            </w:pPr>
            <w:r>
              <w:rPr>
                <w:sz w:val="16"/>
              </w:rPr>
              <w:t>0</w:t>
            </w:r>
          </w:p>
        </w:tc>
        <w:tc>
          <w:tcPr>
            <w:tcW w:type="dxa" w:w="1456"/>
          </w:tcPr>
          <w:p>
            <w:pPr>
              <w:spacing w:after="0"/>
              <w:jc w:val="left"/>
            </w:pPr>
          </w:p>
        </w:tc>
        <w:tc>
          <w:tcPr>
            <w:tcW w:type="dxa" w:w="1835"/>
          </w:tcPr>
          <w:p>
            <w:pPr>
              <w:spacing w:after="0"/>
              <w:jc w:val="left"/>
            </w:pPr>
          </w:p>
        </w:tc>
        <w:tc>
          <w:tcPr>
            <w:tcW w:type="dxa" w:w="1683"/>
          </w:tcPr>
          <w:p>
            <w:pPr>
              <w:spacing w:after="0"/>
              <w:jc w:val="left"/>
            </w:pPr>
          </w:p>
        </w:tc>
        <w:tc>
          <w:tcPr>
            <w:tcW w:type="dxa" w:w="1674"/>
          </w:tcPr>
          <w:p>
            <w:pPr>
              <w:spacing w:after="0"/>
              <w:jc w:val="left"/>
            </w:pPr>
          </w:p>
        </w:tc>
        <w:tc>
          <w:tcPr>
            <w:tcW w:type="dxa" w:w="2309"/>
          </w:tcPr>
          <w:p>
            <w:pPr>
              <w:spacing w:after="0"/>
              <w:jc w:val="left"/>
            </w:pPr>
            <w:r>
              <w:rPr>
                <w:sz w:val="16"/>
              </w:rPr>
              <w:t>Physical measure: in event narratives only; local data required.</w:t>
            </w:r>
          </w:p>
        </w:tc>
      </w:tr>
      <w:tr>
        <w:trPr>
          <w:cantSplit/>
        </w:trPr>
        <w:tc>
          <w:tcPr>
            <w:tcW w:type="dxa" w:w="1788"/>
          </w:tcPr>
          <w:p>
            <w:pPr>
              <w:spacing w:after="0"/>
              <w:jc w:val="left"/>
            </w:pPr>
            <w:r>
              <w:rPr>
                <w:sz w:val="16"/>
              </w:rPr>
              <w:t>Wildfire</w:t>
            </w:r>
          </w:p>
        </w:tc>
        <w:tc>
          <w:tcPr>
            <w:tcW w:type="dxa" w:w="1767"/>
          </w:tcPr>
          <w:p>
            <w:pPr>
              <w:spacing w:after="0"/>
              <w:jc w:val="left"/>
            </w:pPr>
            <w:r>
              <w:rPr>
                <w:sz w:val="16"/>
              </w:rPr>
              <w:t>acres burned (local data)</w:t>
            </w:r>
          </w:p>
        </w:tc>
        <w:tc>
          <w:tcPr>
            <w:tcW w:type="dxa" w:w="1599"/>
          </w:tcPr>
          <w:p>
            <w:pPr>
              <w:spacing w:after="0"/>
              <w:jc w:val="right"/>
            </w:pPr>
            <w:r>
              <w:rPr>
                <w:sz w:val="16"/>
              </w:rPr>
              <w:t>5, 2011 to 2011 (5 zone-level)</w:t>
            </w:r>
          </w:p>
        </w:tc>
        <w:tc>
          <w:tcPr>
            <w:tcW w:type="dxa" w:w="1456"/>
          </w:tcPr>
          <w:p>
            <w:pPr>
              <w:spacing w:after="0"/>
              <w:jc w:val="left"/>
            </w:pPr>
          </w:p>
        </w:tc>
        <w:tc>
          <w:tcPr>
            <w:tcW w:type="dxa" w:w="1835"/>
          </w:tcPr>
          <w:p>
            <w:pPr>
              <w:spacing w:after="0"/>
              <w:jc w:val="left"/>
            </w:pPr>
            <w:r>
              <w:rPr>
                <w:sz w:val="16"/>
              </w:rPr>
              <w:t>Wildfire, 2011-04-06, $1,540,000 property; $0 crops, reported for the zone (2011 dollars); NWS zone TXZ044 (STONEWALL), zone-level: may include parts of neighboring counties</w:t>
            </w:r>
          </w:p>
        </w:tc>
        <w:tc>
          <w:tcPr>
            <w:tcW w:type="dxa" w:w="1683"/>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Acres burned: in event narratives only; local data required.</w:t>
            </w:r>
          </w:p>
        </w:tc>
      </w:tr>
      <w:tr>
        <w:trPr>
          <w:cantSplit/>
        </w:trPr>
        <w:tc>
          <w:tcPr>
            <w:tcW w:type="dxa" w:w="1788"/>
          </w:tcPr>
          <w:p>
            <w:pPr>
              <w:spacing w:after="0"/>
              <w:jc w:val="left"/>
            </w:pPr>
            <w:r>
              <w:rPr>
                <w:sz w:val="16"/>
              </w:rPr>
              <w:t>Winter Storm, Heavy Snow, Blizzard, Lake-Effect Snow, Winter Weather, Sleet</w:t>
            </w:r>
          </w:p>
        </w:tc>
        <w:tc>
          <w:tcPr>
            <w:tcW w:type="dxa" w:w="1767"/>
          </w:tcPr>
          <w:p>
            <w:pPr>
              <w:spacing w:after="0"/>
              <w:jc w:val="left"/>
            </w:pPr>
            <w:r>
              <w:rPr>
                <w:sz w:val="16"/>
              </w:rPr>
              <w:t>none in data (snowfall local)</w:t>
            </w:r>
          </w:p>
        </w:tc>
        <w:tc>
          <w:tcPr>
            <w:tcW w:type="dxa" w:w="1599"/>
          </w:tcPr>
          <w:p>
            <w:pPr>
              <w:spacing w:after="0"/>
              <w:jc w:val="right"/>
            </w:pPr>
            <w:r>
              <w:rPr>
                <w:sz w:val="16"/>
              </w:rPr>
              <w:t>33, 2000 to 2026 (33 zone-level)</w:t>
            </w:r>
          </w:p>
        </w:tc>
        <w:tc>
          <w:tcPr>
            <w:tcW w:type="dxa" w:w="1456"/>
          </w:tcPr>
          <w:p>
            <w:pPr>
              <w:spacing w:after="0"/>
              <w:jc w:val="left"/>
            </w:pPr>
          </w:p>
        </w:tc>
        <w:tc>
          <w:tcPr>
            <w:tcW w:type="dxa" w:w="1835"/>
          </w:tcPr>
          <w:p>
            <w:pPr>
              <w:spacing w:after="0"/>
              <w:jc w:val="left"/>
            </w:pPr>
            <w:r>
              <w:rPr>
                <w:sz w:val="16"/>
              </w:rPr>
              <w:t>No damage reported in 33 records.</w:t>
            </w:r>
          </w:p>
        </w:tc>
        <w:tc>
          <w:tcPr>
            <w:tcW w:type="dxa" w:w="1683"/>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30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3"/>
        <w:gridCol w:w="1952"/>
        <w:gridCol w:w="3842"/>
        <w:gridCol w:w="1319"/>
        <w:gridCol w:w="712"/>
        <w:gridCol w:w="1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3"/>
            <w:shd w:val="clear" w:color="auto" w:fill="E8E8E8"/>
          </w:tcPr>
          <w:p>
            <w:pPr>
              <w:spacing w:after="0"/>
              <w:jc w:val="left"/>
            </w:pPr>
            <w:r>
              <w:rPr>
                <w:b/>
                <w:sz w:val="16"/>
              </w:rPr>
              <w:t>Type</w:t>
            </w:r>
          </w:p>
        </w:tc>
        <w:tc>
          <w:tcPr>
            <w:tcW w:type="dxa" w:w="1952"/>
            <w:shd w:val="clear" w:color="auto" w:fill="E8E8E8"/>
          </w:tcPr>
          <w:p>
            <w:pPr>
              <w:spacing w:after="0"/>
              <w:jc w:val="left"/>
            </w:pPr>
            <w:r>
              <w:rPr>
                <w:b/>
                <w:sz w:val="16"/>
              </w:rPr>
              <w:t>Title</w:t>
            </w:r>
          </w:p>
        </w:tc>
        <w:tc>
          <w:tcPr>
            <w:tcW w:type="dxa" w:w="3842"/>
            <w:shd w:val="clear" w:color="auto" w:fill="E8E8E8"/>
          </w:tcPr>
          <w:p>
            <w:pPr>
              <w:spacing w:after="0"/>
              <w:jc w:val="left"/>
            </w:pPr>
            <w:r>
              <w:rPr>
                <w:b/>
                <w:sz w:val="16"/>
              </w:rPr>
              <w:t>Mapped hazard</w:t>
            </w:r>
          </w:p>
        </w:tc>
        <w:tc>
          <w:tcPr>
            <w:tcW w:type="dxa" w:w="13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2"/>
            <w:shd w:val="clear" w:color="auto" w:fill="E8E8E8"/>
          </w:tcPr>
          <w:p>
            <w:pPr>
              <w:spacing w:after="0"/>
              <w:jc w:val="left"/>
            </w:pPr>
            <w:r>
              <w:rPr>
                <w:b/>
                <w:sz w:val="16"/>
              </w:rPr>
              <w:t>Flags</w:t>
            </w:r>
          </w:p>
        </w:tc>
        <w:tc>
          <w:tcPr>
            <w:tcW w:type="dxa" w:w="1883"/>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93"/>
          </w:tcPr>
          <w:p>
            <w:pPr>
              <w:spacing w:after="0"/>
              <w:jc w:val="left"/>
            </w:pPr>
            <w:r>
              <w:rPr>
                <w:sz w:val="16"/>
              </w:rPr>
              <w:t>Major disaster</w:t>
            </w:r>
          </w:p>
        </w:tc>
        <w:tc>
          <w:tcPr>
            <w:tcW w:type="dxa" w:w="1952"/>
          </w:tcPr>
          <w:p>
            <w:pPr>
              <w:spacing w:after="0"/>
              <w:jc w:val="left"/>
            </w:pPr>
            <w:r>
              <w:rPr>
                <w:sz w:val="16"/>
              </w:rPr>
              <w:t>SEVERE WINTER STORMS</w:t>
            </w:r>
          </w:p>
        </w:tc>
        <w:tc>
          <w:tcPr>
            <w:tcW w:type="dxa" w:w="3842"/>
          </w:tcPr>
          <w:p>
            <w:pPr>
              <w:spacing w:after="0"/>
              <w:jc w:val="left"/>
            </w:pPr>
            <w:r>
              <w:rPr>
                <w:sz w:val="16"/>
              </w:rPr>
              <w:t>Ice Storm</w:t>
            </w:r>
          </w:p>
        </w:tc>
        <w:tc>
          <w:tcPr>
            <w:tcW w:type="dxa" w:w="1319"/>
          </w:tcPr>
          <w:p>
            <w:pPr>
              <w:spacing w:after="0"/>
              <w:jc w:val="right"/>
            </w:pPr>
            <w:r>
              <w:rPr>
                <w:sz w:val="16"/>
              </w:rPr>
              <w:t>none found</w:t>
            </w:r>
          </w:p>
        </w:tc>
        <w:tc>
          <w:tcPr>
            <w:tcW w:type="dxa" w:w="712"/>
          </w:tcPr>
          <w:p>
            <w:pPr>
              <w:spacing w:after="0"/>
              <w:jc w:val="left"/>
            </w:pPr>
            <w:r>
              <w:rPr>
                <w:sz w:val="16"/>
              </w:rPr>
              <w:t>new since last plan</w:t>
            </w:r>
          </w:p>
        </w:tc>
        <w:tc>
          <w:tcPr>
            <w:tcW w:type="dxa" w:w="188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93"/>
          </w:tcPr>
          <w:p>
            <w:pPr>
              <w:spacing w:after="0"/>
              <w:jc w:val="left"/>
            </w:pPr>
            <w:r>
              <w:rPr>
                <w:sz w:val="16"/>
              </w:rPr>
              <w:t>Emergency</w:t>
            </w:r>
          </w:p>
        </w:tc>
        <w:tc>
          <w:tcPr>
            <w:tcW w:type="dxa" w:w="1952"/>
          </w:tcPr>
          <w:p>
            <w:pPr>
              <w:spacing w:after="0"/>
              <w:jc w:val="left"/>
            </w:pPr>
            <w:r>
              <w:rPr>
                <w:sz w:val="16"/>
              </w:rPr>
              <w:t>SEVERE WINTER STORM</w:t>
            </w:r>
          </w:p>
        </w:tc>
        <w:tc>
          <w:tcPr>
            <w:tcW w:type="dxa" w:w="3842"/>
          </w:tcPr>
          <w:p>
            <w:pPr>
              <w:spacing w:after="0"/>
              <w:jc w:val="left"/>
            </w:pPr>
            <w:r>
              <w:rPr>
                <w:sz w:val="16"/>
              </w:rPr>
              <w:t>Ice Storm</w:t>
            </w:r>
          </w:p>
        </w:tc>
        <w:tc>
          <w:tcPr>
            <w:tcW w:type="dxa" w:w="1319"/>
          </w:tcPr>
          <w:p>
            <w:pPr>
              <w:spacing w:after="0"/>
              <w:jc w:val="right"/>
            </w:pPr>
            <w:r>
              <w:rPr>
                <w:sz w:val="16"/>
              </w:rPr>
              <w:t>none found</w:t>
            </w:r>
          </w:p>
        </w:tc>
        <w:tc>
          <w:tcPr>
            <w:tcW w:type="dxa" w:w="712"/>
          </w:tcPr>
          <w:p>
            <w:pPr>
              <w:spacing w:after="0"/>
              <w:jc w:val="left"/>
            </w:pPr>
            <w:r>
              <w:rPr>
                <w:sz w:val="16"/>
              </w:rPr>
              <w:t>new since last plan</w:t>
            </w:r>
          </w:p>
        </w:tc>
        <w:tc>
          <w:tcPr>
            <w:tcW w:type="dxa" w:w="1883"/>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93"/>
          </w:tcPr>
          <w:p>
            <w:pPr>
              <w:spacing w:after="0"/>
              <w:jc w:val="left"/>
            </w:pPr>
            <w:r>
              <w:rPr>
                <w:sz w:val="16"/>
              </w:rPr>
              <w:t>Major disaster</w:t>
            </w:r>
          </w:p>
        </w:tc>
        <w:tc>
          <w:tcPr>
            <w:tcW w:type="dxa" w:w="1952"/>
          </w:tcPr>
          <w:p>
            <w:pPr>
              <w:spacing w:after="0"/>
              <w:jc w:val="left"/>
            </w:pPr>
            <w:r>
              <w:rPr>
                <w:sz w:val="16"/>
              </w:rPr>
              <w:t>COVID-19 PANDEMIC</w:t>
            </w:r>
          </w:p>
        </w:tc>
        <w:tc>
          <w:tcPr>
            <w:tcW w:type="dxa" w:w="3842"/>
          </w:tcPr>
          <w:p>
            <w:pPr>
              <w:spacing w:after="0"/>
              <w:jc w:val="left"/>
            </w:pPr>
            <w:r>
              <w:rPr>
                <w:sz w:val="16"/>
              </w:rPr>
              <w:t>Non-natural, not counted</w:t>
            </w:r>
          </w:p>
        </w:tc>
        <w:tc>
          <w:tcPr>
            <w:tcW w:type="dxa" w:w="1319"/>
          </w:tcPr>
          <w:p>
            <w:pPr>
              <w:spacing w:after="0"/>
              <w:jc w:val="right"/>
            </w:pPr>
            <w:r>
              <w:rPr>
                <w:sz w:val="16"/>
              </w:rPr>
              <w:t>none found</w:t>
            </w:r>
          </w:p>
        </w:tc>
        <w:tc>
          <w:tcPr>
            <w:tcW w:type="dxa" w:w="712"/>
          </w:tcPr>
          <w:p>
            <w:pPr>
              <w:spacing w:after="0"/>
              <w:jc w:val="left"/>
            </w:pPr>
            <w:r>
              <w:rPr>
                <w:sz w:val="16"/>
              </w:rPr>
              <w:t>new since last plan</w:t>
            </w:r>
          </w:p>
        </w:tc>
        <w:tc>
          <w:tcPr>
            <w:tcW w:type="dxa" w:w="1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93"/>
          </w:tcPr>
          <w:p>
            <w:pPr>
              <w:spacing w:after="0"/>
              <w:jc w:val="left"/>
            </w:pPr>
            <w:r>
              <w:rPr>
                <w:sz w:val="16"/>
              </w:rPr>
              <w:t>Emergency</w:t>
            </w:r>
          </w:p>
        </w:tc>
        <w:tc>
          <w:tcPr>
            <w:tcW w:type="dxa" w:w="1952"/>
          </w:tcPr>
          <w:p>
            <w:pPr>
              <w:spacing w:after="0"/>
              <w:jc w:val="left"/>
            </w:pPr>
            <w:r>
              <w:rPr>
                <w:sz w:val="16"/>
              </w:rPr>
              <w:t>COVID-19</w:t>
            </w:r>
          </w:p>
        </w:tc>
        <w:tc>
          <w:tcPr>
            <w:tcW w:type="dxa" w:w="3842"/>
          </w:tcPr>
          <w:p>
            <w:pPr>
              <w:spacing w:after="0"/>
              <w:jc w:val="left"/>
            </w:pPr>
            <w:r>
              <w:rPr>
                <w:sz w:val="16"/>
              </w:rPr>
              <w:t>Non-natural, not counted</w:t>
            </w:r>
          </w:p>
        </w:tc>
        <w:tc>
          <w:tcPr>
            <w:tcW w:type="dxa" w:w="1319"/>
          </w:tcPr>
          <w:p>
            <w:pPr>
              <w:spacing w:after="0"/>
              <w:jc w:val="right"/>
            </w:pPr>
            <w:r>
              <w:rPr>
                <w:sz w:val="16"/>
              </w:rPr>
              <w:t>none found</w:t>
            </w:r>
          </w:p>
        </w:tc>
        <w:tc>
          <w:tcPr>
            <w:tcW w:type="dxa" w:w="712"/>
          </w:tcPr>
          <w:p>
            <w:pPr>
              <w:spacing w:after="0"/>
              <w:jc w:val="left"/>
            </w:pPr>
            <w:r>
              <w:rPr>
                <w:sz w:val="16"/>
              </w:rPr>
              <w:t>new since last plan</w:t>
            </w:r>
          </w:p>
        </w:tc>
        <w:tc>
          <w:tcPr>
            <w:tcW w:type="dxa" w:w="1883"/>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93"/>
          </w:tcPr>
          <w:p>
            <w:pPr>
              <w:spacing w:after="0"/>
              <w:jc w:val="left"/>
            </w:pPr>
            <w:r>
              <w:rPr>
                <w:sz w:val="16"/>
              </w:rPr>
              <w:t>Major disaster</w:t>
            </w:r>
          </w:p>
        </w:tc>
        <w:tc>
          <w:tcPr>
            <w:tcW w:type="dxa" w:w="1952"/>
          </w:tcPr>
          <w:p>
            <w:pPr>
              <w:spacing w:after="0"/>
              <w:jc w:val="left"/>
            </w:pPr>
            <w:r>
              <w:rPr>
                <w:sz w:val="16"/>
              </w:rPr>
              <w:t>SEVERE WINTER STORMS, TORNADOES, STRAIGHT-LINE WINDS, AND FLOODING</w:t>
            </w:r>
          </w:p>
        </w:tc>
        <w:tc>
          <w:tcPr>
            <w:tcW w:type="dxa" w:w="3842"/>
          </w:tcPr>
          <w:p>
            <w:pPr>
              <w:spacing w:after="0"/>
              <w:jc w:val="left"/>
            </w:pPr>
            <w:r>
              <w:rPr>
                <w:sz w:val="16"/>
              </w:rPr>
              <w:t>Inland Flooding; Strong Wind; Tornado; Winter Weather</w:t>
            </w:r>
          </w:p>
        </w:tc>
        <w:tc>
          <w:tcPr>
            <w:tcW w:type="dxa" w:w="1319"/>
          </w:tcPr>
          <w:p>
            <w:pPr>
              <w:spacing w:after="0"/>
              <w:jc w:val="right"/>
            </w:pPr>
            <w:r>
              <w:rPr>
                <w:sz w:val="16"/>
              </w:rPr>
              <w:t>none found</w:t>
            </w:r>
          </w:p>
        </w:tc>
        <w:tc>
          <w:tcPr>
            <w:tcW w:type="dxa" w:w="712"/>
          </w:tcPr>
          <w:p>
            <w:pPr>
              <w:spacing w:after="0"/>
              <w:jc w:val="left"/>
            </w:pPr>
          </w:p>
        </w:tc>
        <w:tc>
          <w:tcPr>
            <w:tcW w:type="dxa" w:w="1883"/>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93"/>
          </w:tcPr>
          <w:p>
            <w:pPr>
              <w:spacing w:after="0"/>
              <w:jc w:val="left"/>
            </w:pPr>
            <w:r>
              <w:rPr>
                <w:sz w:val="16"/>
              </w:rPr>
              <w:t>Major disaster</w:t>
            </w:r>
          </w:p>
        </w:tc>
        <w:tc>
          <w:tcPr>
            <w:tcW w:type="dxa" w:w="1952"/>
          </w:tcPr>
          <w:p>
            <w:pPr>
              <w:spacing w:after="0"/>
              <w:jc w:val="left"/>
            </w:pPr>
            <w:r>
              <w:rPr>
                <w:sz w:val="16"/>
              </w:rPr>
              <w:t>WILDFIRES</w:t>
            </w:r>
          </w:p>
        </w:tc>
        <w:tc>
          <w:tcPr>
            <w:tcW w:type="dxa" w:w="3842"/>
          </w:tcPr>
          <w:p>
            <w:pPr>
              <w:spacing w:after="0"/>
              <w:jc w:val="left"/>
            </w:pPr>
            <w:r>
              <w:rPr>
                <w:sz w:val="16"/>
              </w:rPr>
              <w:t>Wildfire</w:t>
            </w:r>
          </w:p>
        </w:tc>
        <w:tc>
          <w:tcPr>
            <w:tcW w:type="dxa" w:w="1319"/>
          </w:tcPr>
          <w:p>
            <w:pPr>
              <w:spacing w:after="0"/>
              <w:jc w:val="right"/>
            </w:pPr>
            <w:r>
              <w:rPr>
                <w:sz w:val="16"/>
              </w:rPr>
              <w:t>none found</w:t>
            </w:r>
          </w:p>
        </w:tc>
        <w:tc>
          <w:tcPr>
            <w:tcW w:type="dxa" w:w="712"/>
          </w:tcPr>
          <w:p>
            <w:pPr>
              <w:spacing w:after="0"/>
              <w:jc w:val="left"/>
            </w:pPr>
          </w:p>
        </w:tc>
        <w:tc>
          <w:tcPr>
            <w:tcW w:type="dxa" w:w="1883"/>
          </w:tcPr>
          <w:p>
            <w:pPr>
              <w:spacing w:after="0"/>
              <w:jc w:val="left"/>
            </w:pPr>
          </w:p>
        </w:tc>
      </w:tr>
      <w:tr>
        <w:trPr>
          <w:cantSplit/>
        </w:trPr>
        <w:tc>
          <w:tcPr>
            <w:tcW w:type="dxa" w:w="1037"/>
          </w:tcPr>
          <w:p>
            <w:pPr>
              <w:spacing w:after="0"/>
              <w:jc w:val="left"/>
            </w:pPr>
            <w:r>
              <w:rPr>
                <w:sz w:val="16"/>
              </w:rPr>
              <w:t>2011-04-15</w:t>
            </w:r>
          </w:p>
        </w:tc>
        <w:tc>
          <w:tcPr>
            <w:tcW w:type="dxa" w:w="1037"/>
          </w:tcPr>
          <w:p>
            <w:pPr>
              <w:spacing w:after="0"/>
              <w:jc w:val="left"/>
            </w:pPr>
            <w:r>
              <w:rPr>
                <w:sz w:val="16"/>
              </w:rPr>
              <w:t>2011-04-11</w:t>
            </w:r>
          </w:p>
        </w:tc>
        <w:tc>
          <w:tcPr>
            <w:tcW w:type="dxa" w:w="1037"/>
          </w:tcPr>
          <w:p>
            <w:pPr>
              <w:spacing w:after="0"/>
              <w:jc w:val="left"/>
            </w:pPr>
            <w:r>
              <w:rPr>
                <w:sz w:val="16"/>
              </w:rPr>
              <w:t>FM-2889-TX</w:t>
            </w:r>
          </w:p>
        </w:tc>
        <w:tc>
          <w:tcPr>
            <w:tcW w:type="dxa" w:w="1293"/>
          </w:tcPr>
          <w:p>
            <w:pPr>
              <w:spacing w:after="0"/>
              <w:jc w:val="left"/>
            </w:pPr>
            <w:r>
              <w:rPr>
                <w:sz w:val="16"/>
              </w:rPr>
              <w:t>Fire management</w:t>
            </w:r>
          </w:p>
        </w:tc>
        <w:tc>
          <w:tcPr>
            <w:tcW w:type="dxa" w:w="1952"/>
          </w:tcPr>
          <w:p>
            <w:pPr>
              <w:spacing w:after="0"/>
              <w:jc w:val="left"/>
            </w:pPr>
            <w:r>
              <w:rPr>
                <w:sz w:val="16"/>
              </w:rPr>
              <w:t>COOPER MOUNTAIN RANCH FIRE</w:t>
            </w:r>
          </w:p>
        </w:tc>
        <w:tc>
          <w:tcPr>
            <w:tcW w:type="dxa" w:w="3842"/>
          </w:tcPr>
          <w:p>
            <w:pPr>
              <w:spacing w:after="0"/>
              <w:jc w:val="left"/>
            </w:pPr>
            <w:r>
              <w:rPr>
                <w:sz w:val="16"/>
              </w:rPr>
              <w:t>Wildfire</w:t>
            </w:r>
          </w:p>
        </w:tc>
        <w:tc>
          <w:tcPr>
            <w:tcW w:type="dxa" w:w="1319"/>
          </w:tcPr>
          <w:p>
            <w:pPr>
              <w:spacing w:after="0"/>
              <w:jc w:val="right"/>
            </w:pPr>
            <w:r>
              <w:rPr>
                <w:sz w:val="16"/>
              </w:rPr>
              <w:t>none found</w:t>
            </w:r>
          </w:p>
        </w:tc>
        <w:tc>
          <w:tcPr>
            <w:tcW w:type="dxa" w:w="712"/>
          </w:tcPr>
          <w:p>
            <w:pPr>
              <w:spacing w:after="0"/>
              <w:jc w:val="left"/>
            </w:pPr>
          </w:p>
        </w:tc>
        <w:tc>
          <w:tcPr>
            <w:tcW w:type="dxa" w:w="1883"/>
          </w:tcPr>
          <w:p>
            <w:pPr>
              <w:spacing w:after="0"/>
              <w:jc w:val="left"/>
            </w:pPr>
            <w:r>
              <w:rPr>
                <w:sz w:val="16"/>
              </w:rPr>
              <w:t>same incident as DR-1999</w:t>
            </w:r>
          </w:p>
        </w:tc>
      </w:tr>
      <w:tr>
        <w:trPr>
          <w:cantSplit/>
        </w:trPr>
        <w:tc>
          <w:tcPr>
            <w:tcW w:type="dxa" w:w="1037"/>
          </w:tcPr>
          <w:p>
            <w:pPr>
              <w:spacing w:after="0"/>
              <w:jc w:val="left"/>
            </w:pPr>
            <w:r>
              <w:rPr>
                <w:sz w:val="16"/>
              </w:rPr>
              <w:t>2011-04-09</w:t>
            </w:r>
          </w:p>
        </w:tc>
        <w:tc>
          <w:tcPr>
            <w:tcW w:type="dxa" w:w="1037"/>
          </w:tcPr>
          <w:p>
            <w:pPr>
              <w:spacing w:after="0"/>
              <w:jc w:val="left"/>
            </w:pPr>
            <w:r>
              <w:rPr>
                <w:sz w:val="16"/>
              </w:rPr>
              <w:t>2011-04-06</w:t>
            </w:r>
          </w:p>
        </w:tc>
        <w:tc>
          <w:tcPr>
            <w:tcW w:type="dxa" w:w="1037"/>
          </w:tcPr>
          <w:p>
            <w:pPr>
              <w:spacing w:after="0"/>
              <w:jc w:val="left"/>
            </w:pPr>
            <w:r>
              <w:rPr>
                <w:sz w:val="16"/>
              </w:rPr>
              <w:t>FM-2884-TX</w:t>
            </w:r>
          </w:p>
        </w:tc>
        <w:tc>
          <w:tcPr>
            <w:tcW w:type="dxa" w:w="1293"/>
          </w:tcPr>
          <w:p>
            <w:pPr>
              <w:spacing w:after="0"/>
              <w:jc w:val="left"/>
            </w:pPr>
            <w:r>
              <w:rPr>
                <w:sz w:val="16"/>
              </w:rPr>
              <w:t>Fire management</w:t>
            </w:r>
          </w:p>
        </w:tc>
        <w:tc>
          <w:tcPr>
            <w:tcW w:type="dxa" w:w="1952"/>
          </w:tcPr>
          <w:p>
            <w:pPr>
              <w:spacing w:after="0"/>
              <w:jc w:val="left"/>
            </w:pPr>
            <w:r>
              <w:rPr>
                <w:sz w:val="16"/>
              </w:rPr>
              <w:t>SWENSON FIRE</w:t>
            </w:r>
          </w:p>
        </w:tc>
        <w:tc>
          <w:tcPr>
            <w:tcW w:type="dxa" w:w="3842"/>
          </w:tcPr>
          <w:p>
            <w:pPr>
              <w:spacing w:after="0"/>
              <w:jc w:val="left"/>
            </w:pPr>
            <w:r>
              <w:rPr>
                <w:sz w:val="16"/>
              </w:rPr>
              <w:t>Wildfire</w:t>
            </w:r>
          </w:p>
        </w:tc>
        <w:tc>
          <w:tcPr>
            <w:tcW w:type="dxa" w:w="1319"/>
          </w:tcPr>
          <w:p>
            <w:pPr>
              <w:spacing w:after="0"/>
              <w:jc w:val="right"/>
            </w:pPr>
            <w:r>
              <w:rPr>
                <w:sz w:val="16"/>
              </w:rPr>
              <w:t>none found</w:t>
            </w:r>
          </w:p>
        </w:tc>
        <w:tc>
          <w:tcPr>
            <w:tcW w:type="dxa" w:w="712"/>
          </w:tcPr>
          <w:p>
            <w:pPr>
              <w:spacing w:after="0"/>
              <w:jc w:val="left"/>
            </w:pPr>
          </w:p>
        </w:tc>
        <w:tc>
          <w:tcPr>
            <w:tcW w:type="dxa" w:w="1883"/>
          </w:tcPr>
          <w:p>
            <w:pPr>
              <w:spacing w:after="0"/>
              <w:jc w:val="left"/>
            </w:pPr>
            <w:r>
              <w:rPr>
                <w:sz w:val="16"/>
              </w:rPr>
              <w:t>same incident as DR-1999</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93"/>
          </w:tcPr>
          <w:p>
            <w:pPr>
              <w:spacing w:after="0"/>
              <w:jc w:val="left"/>
            </w:pPr>
            <w:r>
              <w:rPr>
                <w:sz w:val="16"/>
              </w:rPr>
              <w:t>Emergency</w:t>
            </w:r>
          </w:p>
        </w:tc>
        <w:tc>
          <w:tcPr>
            <w:tcW w:type="dxa" w:w="1952"/>
          </w:tcPr>
          <w:p>
            <w:pPr>
              <w:spacing w:after="0"/>
              <w:jc w:val="left"/>
            </w:pPr>
            <w:r>
              <w:rPr>
                <w:sz w:val="16"/>
              </w:rPr>
              <w:t>WILDFIRES</w:t>
            </w:r>
          </w:p>
        </w:tc>
        <w:tc>
          <w:tcPr>
            <w:tcW w:type="dxa" w:w="3842"/>
          </w:tcPr>
          <w:p>
            <w:pPr>
              <w:spacing w:after="0"/>
              <w:jc w:val="left"/>
            </w:pPr>
            <w:r>
              <w:rPr>
                <w:sz w:val="16"/>
              </w:rPr>
              <w:t>Wildfire</w:t>
            </w:r>
          </w:p>
        </w:tc>
        <w:tc>
          <w:tcPr>
            <w:tcW w:type="dxa" w:w="1319"/>
          </w:tcPr>
          <w:p>
            <w:pPr>
              <w:spacing w:after="0"/>
              <w:jc w:val="right"/>
            </w:pPr>
            <w:r>
              <w:rPr>
                <w:sz w:val="16"/>
              </w:rPr>
              <w:t>none found</w:t>
            </w:r>
          </w:p>
        </w:tc>
        <w:tc>
          <w:tcPr>
            <w:tcW w:type="dxa" w:w="712"/>
          </w:tcPr>
          <w:p>
            <w:pPr>
              <w:spacing w:after="0"/>
              <w:jc w:val="left"/>
            </w:pPr>
          </w:p>
        </w:tc>
        <w:tc>
          <w:tcPr>
            <w:tcW w:type="dxa" w:w="188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93"/>
          </w:tcPr>
          <w:p>
            <w:pPr>
              <w:spacing w:after="0"/>
              <w:jc w:val="left"/>
            </w:pPr>
            <w:r>
              <w:rPr>
                <w:sz w:val="16"/>
              </w:rPr>
              <w:t>Major disaster</w:t>
            </w:r>
          </w:p>
        </w:tc>
        <w:tc>
          <w:tcPr>
            <w:tcW w:type="dxa" w:w="1952"/>
          </w:tcPr>
          <w:p>
            <w:pPr>
              <w:spacing w:after="0"/>
              <w:jc w:val="left"/>
            </w:pPr>
            <w:r>
              <w:rPr>
                <w:sz w:val="16"/>
              </w:rPr>
              <w:t>EXTREME WILDFIRE THREAT</w:t>
            </w:r>
          </w:p>
        </w:tc>
        <w:tc>
          <w:tcPr>
            <w:tcW w:type="dxa" w:w="3842"/>
          </w:tcPr>
          <w:p>
            <w:pPr>
              <w:spacing w:after="0"/>
              <w:jc w:val="left"/>
            </w:pPr>
            <w:r>
              <w:rPr>
                <w:sz w:val="16"/>
              </w:rPr>
              <w:t>Wildfire</w:t>
            </w:r>
          </w:p>
        </w:tc>
        <w:tc>
          <w:tcPr>
            <w:tcW w:type="dxa" w:w="1319"/>
          </w:tcPr>
          <w:p>
            <w:pPr>
              <w:spacing w:after="0"/>
              <w:jc w:val="right"/>
            </w:pPr>
            <w:r>
              <w:rPr>
                <w:sz w:val="16"/>
              </w:rPr>
              <w:t>$7,456.40</w:t>
            </w:r>
          </w:p>
        </w:tc>
        <w:tc>
          <w:tcPr>
            <w:tcW w:type="dxa" w:w="712"/>
          </w:tcPr>
          <w:p>
            <w:pPr>
              <w:spacing w:after="0"/>
              <w:jc w:val="left"/>
            </w:pPr>
          </w:p>
        </w:tc>
        <w:tc>
          <w:tcPr>
            <w:tcW w:type="dxa" w:w="188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93"/>
          </w:tcPr>
          <w:p>
            <w:pPr>
              <w:spacing w:after="0"/>
              <w:jc w:val="left"/>
            </w:pPr>
            <w:r>
              <w:rPr>
                <w:sz w:val="16"/>
              </w:rPr>
              <w:t>Major disaster</w:t>
            </w:r>
          </w:p>
        </w:tc>
        <w:tc>
          <w:tcPr>
            <w:tcW w:type="dxa" w:w="1952"/>
          </w:tcPr>
          <w:p>
            <w:pPr>
              <w:spacing w:after="0"/>
              <w:jc w:val="left"/>
            </w:pPr>
            <w:r>
              <w:rPr>
                <w:sz w:val="16"/>
              </w:rPr>
              <w:t>HURRICANE RITA</w:t>
            </w:r>
          </w:p>
        </w:tc>
        <w:tc>
          <w:tcPr>
            <w:tcW w:type="dxa" w:w="3842"/>
          </w:tcPr>
          <w:p>
            <w:pPr>
              <w:spacing w:after="0"/>
              <w:jc w:val="left"/>
            </w:pPr>
            <w:r>
              <w:rPr>
                <w:sz w:val="16"/>
              </w:rPr>
              <w:t>Hurricane: evacuation support (county designated for sheltering evacuees, no Individual Assistance), not a local hazard event; not counted</w:t>
            </w:r>
          </w:p>
        </w:tc>
        <w:tc>
          <w:tcPr>
            <w:tcW w:type="dxa" w:w="1319"/>
          </w:tcPr>
          <w:p>
            <w:pPr>
              <w:spacing w:after="0"/>
              <w:jc w:val="right"/>
            </w:pPr>
            <w:r>
              <w:rPr>
                <w:sz w:val="16"/>
              </w:rPr>
              <w:t>none found</w:t>
            </w:r>
          </w:p>
        </w:tc>
        <w:tc>
          <w:tcPr>
            <w:tcW w:type="dxa" w:w="712"/>
          </w:tcPr>
          <w:p>
            <w:pPr>
              <w:spacing w:after="0"/>
              <w:jc w:val="left"/>
            </w:pPr>
          </w:p>
        </w:tc>
        <w:tc>
          <w:tcPr>
            <w:tcW w:type="dxa" w:w="188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93"/>
          </w:tcPr>
          <w:p>
            <w:pPr>
              <w:spacing w:after="0"/>
              <w:jc w:val="left"/>
            </w:pPr>
            <w:r>
              <w:rPr>
                <w:sz w:val="16"/>
              </w:rPr>
              <w:t>Emergency</w:t>
            </w:r>
          </w:p>
        </w:tc>
        <w:tc>
          <w:tcPr>
            <w:tcW w:type="dxa" w:w="1952"/>
          </w:tcPr>
          <w:p>
            <w:pPr>
              <w:spacing w:after="0"/>
              <w:jc w:val="left"/>
            </w:pPr>
            <w:r>
              <w:rPr>
                <w:sz w:val="16"/>
              </w:rPr>
              <w:t>HURRICANE RITA</w:t>
            </w:r>
          </w:p>
        </w:tc>
        <w:tc>
          <w:tcPr>
            <w:tcW w:type="dxa" w:w="3842"/>
          </w:tcPr>
          <w:p>
            <w:pPr>
              <w:spacing w:after="0"/>
              <w:jc w:val="left"/>
            </w:pPr>
            <w:r>
              <w:rPr>
                <w:sz w:val="16"/>
              </w:rPr>
              <w:t>Hurricane: evacuation support (county designated for sheltering evacuees, no Individual Assistance), not a local hazard event; not counted</w:t>
            </w:r>
          </w:p>
        </w:tc>
        <w:tc>
          <w:tcPr>
            <w:tcW w:type="dxa" w:w="1319"/>
          </w:tcPr>
          <w:p>
            <w:pPr>
              <w:spacing w:after="0"/>
              <w:jc w:val="right"/>
            </w:pPr>
            <w:r>
              <w:rPr>
                <w:sz w:val="16"/>
              </w:rPr>
              <w:t>none found</w:t>
            </w:r>
          </w:p>
        </w:tc>
        <w:tc>
          <w:tcPr>
            <w:tcW w:type="dxa" w:w="712"/>
          </w:tcPr>
          <w:p>
            <w:pPr>
              <w:spacing w:after="0"/>
              <w:jc w:val="left"/>
            </w:pPr>
          </w:p>
        </w:tc>
        <w:tc>
          <w:tcPr>
            <w:tcW w:type="dxa" w:w="188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93"/>
          </w:tcPr>
          <w:p>
            <w:pPr>
              <w:spacing w:after="0"/>
              <w:jc w:val="left"/>
            </w:pPr>
            <w:r>
              <w:rPr>
                <w:sz w:val="16"/>
              </w:rPr>
              <w:t>Emergency</w:t>
            </w:r>
          </w:p>
        </w:tc>
        <w:tc>
          <w:tcPr>
            <w:tcW w:type="dxa" w:w="1952"/>
          </w:tcPr>
          <w:p>
            <w:pPr>
              <w:spacing w:after="0"/>
              <w:jc w:val="left"/>
            </w:pPr>
            <w:r>
              <w:rPr>
                <w:sz w:val="16"/>
              </w:rPr>
              <w:t>HURRICANE KATRINA EVACUATION</w:t>
            </w:r>
          </w:p>
        </w:tc>
        <w:tc>
          <w:tcPr>
            <w:tcW w:type="dxa" w:w="3842"/>
          </w:tcPr>
          <w:p>
            <w:pPr>
              <w:spacing w:after="0"/>
              <w:jc w:val="left"/>
            </w:pPr>
            <w:r>
              <w:rPr>
                <w:sz w:val="16"/>
              </w:rPr>
              <w:t>Hurricane: evacuation support, not a local hazard event; not counted</w:t>
            </w:r>
          </w:p>
        </w:tc>
        <w:tc>
          <w:tcPr>
            <w:tcW w:type="dxa" w:w="1319"/>
          </w:tcPr>
          <w:p>
            <w:pPr>
              <w:spacing w:after="0"/>
              <w:jc w:val="right"/>
            </w:pPr>
            <w:r>
              <w:rPr>
                <w:sz w:val="16"/>
              </w:rPr>
              <w:t>none found</w:t>
            </w:r>
          </w:p>
        </w:tc>
        <w:tc>
          <w:tcPr>
            <w:tcW w:type="dxa" w:w="712"/>
          </w:tcPr>
          <w:p>
            <w:pPr>
              <w:spacing w:after="0"/>
              <w:jc w:val="left"/>
            </w:pPr>
          </w:p>
        </w:tc>
        <w:tc>
          <w:tcPr>
            <w:tcW w:type="dxa" w:w="1883"/>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93"/>
          </w:tcPr>
          <w:p>
            <w:pPr>
              <w:spacing w:after="0"/>
              <w:jc w:val="left"/>
            </w:pPr>
            <w:r>
              <w:rPr>
                <w:sz w:val="16"/>
              </w:rPr>
              <w:t>Emergency</w:t>
            </w:r>
          </w:p>
        </w:tc>
        <w:tc>
          <w:tcPr>
            <w:tcW w:type="dxa" w:w="1952"/>
          </w:tcPr>
          <w:p>
            <w:pPr>
              <w:spacing w:after="0"/>
              <w:jc w:val="left"/>
            </w:pPr>
            <w:r>
              <w:rPr>
                <w:sz w:val="16"/>
              </w:rPr>
              <w:t>EXTREME FIRE HAZARDS</w:t>
            </w:r>
          </w:p>
        </w:tc>
        <w:tc>
          <w:tcPr>
            <w:tcW w:type="dxa" w:w="3842"/>
          </w:tcPr>
          <w:p>
            <w:pPr>
              <w:spacing w:after="0"/>
              <w:jc w:val="left"/>
            </w:pPr>
            <w:r>
              <w:rPr>
                <w:sz w:val="16"/>
              </w:rPr>
              <w:t>Wildfire</w:t>
            </w:r>
          </w:p>
        </w:tc>
        <w:tc>
          <w:tcPr>
            <w:tcW w:type="dxa" w:w="1319"/>
          </w:tcPr>
          <w:p>
            <w:pPr>
              <w:spacing w:after="0"/>
              <w:jc w:val="right"/>
            </w:pPr>
            <w:r>
              <w:rPr>
                <w:sz w:val="16"/>
              </w:rPr>
              <w:t>none found</w:t>
            </w:r>
          </w:p>
        </w:tc>
        <w:tc>
          <w:tcPr>
            <w:tcW w:type="dxa" w:w="712"/>
          </w:tcPr>
          <w:p>
            <w:pPr>
              <w:spacing w:after="0"/>
              <w:jc w:val="left"/>
            </w:pPr>
          </w:p>
        </w:tc>
        <w:tc>
          <w:tcPr>
            <w:tcW w:type="dxa" w:w="188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93"/>
          </w:tcPr>
          <w:p>
            <w:pPr>
              <w:spacing w:after="0"/>
              <w:jc w:val="left"/>
            </w:pPr>
            <w:r>
              <w:rPr>
                <w:sz w:val="16"/>
              </w:rPr>
              <w:t>Major disaster</w:t>
            </w:r>
          </w:p>
        </w:tc>
        <w:tc>
          <w:tcPr>
            <w:tcW w:type="dxa" w:w="1952"/>
          </w:tcPr>
          <w:p>
            <w:pPr>
              <w:spacing w:after="0"/>
              <w:jc w:val="left"/>
            </w:pPr>
            <w:r>
              <w:rPr>
                <w:sz w:val="16"/>
              </w:rPr>
              <w:t>TROPICAL STORM CHARLEY</w:t>
            </w:r>
          </w:p>
        </w:tc>
        <w:tc>
          <w:tcPr>
            <w:tcW w:type="dxa" w:w="3842"/>
          </w:tcPr>
          <w:p>
            <w:pPr>
              <w:spacing w:after="0"/>
              <w:jc w:val="left"/>
            </w:pPr>
            <w:r>
              <w:rPr>
                <w:sz w:val="16"/>
              </w:rPr>
              <w:t>Hurricane; Inland Flooding: designated for Hazard Mitigation only (no Public or Individual Assistance for this county); not counted</w:t>
            </w:r>
          </w:p>
        </w:tc>
        <w:tc>
          <w:tcPr>
            <w:tcW w:type="dxa" w:w="1319"/>
          </w:tcPr>
          <w:p>
            <w:pPr>
              <w:spacing w:after="0"/>
              <w:jc w:val="right"/>
            </w:pPr>
            <w:r>
              <w:rPr>
                <w:sz w:val="16"/>
              </w:rPr>
              <w:t>PA not declared for this county</w:t>
            </w:r>
          </w:p>
        </w:tc>
        <w:tc>
          <w:tcPr>
            <w:tcW w:type="dxa" w:w="712"/>
          </w:tcPr>
          <w:p>
            <w:pPr>
              <w:spacing w:after="0"/>
              <w:jc w:val="left"/>
            </w:pPr>
          </w:p>
        </w:tc>
        <w:tc>
          <w:tcPr>
            <w:tcW w:type="dxa" w:w="1883"/>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93"/>
          </w:tcPr>
          <w:p>
            <w:pPr>
              <w:spacing w:after="0"/>
              <w:jc w:val="left"/>
            </w:pPr>
            <w:r>
              <w:rPr>
                <w:sz w:val="16"/>
              </w:rPr>
              <w:t>Emergency</w:t>
            </w:r>
          </w:p>
        </w:tc>
        <w:tc>
          <w:tcPr>
            <w:tcW w:type="dxa" w:w="1952"/>
          </w:tcPr>
          <w:p>
            <w:pPr>
              <w:spacing w:after="0"/>
              <w:jc w:val="left"/>
            </w:pPr>
            <w:r>
              <w:rPr>
                <w:sz w:val="16"/>
              </w:rPr>
              <w:t>EXTREME FIRE HAZARD</w:t>
            </w:r>
          </w:p>
        </w:tc>
        <w:tc>
          <w:tcPr>
            <w:tcW w:type="dxa" w:w="3842"/>
          </w:tcPr>
          <w:p>
            <w:pPr>
              <w:spacing w:after="0"/>
              <w:jc w:val="left"/>
            </w:pPr>
            <w:r>
              <w:rPr>
                <w:sz w:val="16"/>
              </w:rPr>
              <w:t>Drought (primary); also designated: Wildfire</w:t>
            </w:r>
          </w:p>
        </w:tc>
        <w:tc>
          <w:tcPr>
            <w:tcW w:type="dxa" w:w="1319"/>
          </w:tcPr>
          <w:p>
            <w:pPr>
              <w:spacing w:after="0"/>
              <w:jc w:val="right"/>
            </w:pPr>
            <w:r>
              <w:rPr>
                <w:sz w:val="16"/>
              </w:rPr>
              <w:t>none found</w:t>
            </w:r>
          </w:p>
        </w:tc>
        <w:tc>
          <w:tcPr>
            <w:tcW w:type="dxa" w:w="712"/>
          </w:tcPr>
          <w:p>
            <w:pPr>
              <w:spacing w:after="0"/>
              <w:jc w:val="left"/>
            </w:pPr>
          </w:p>
        </w:tc>
        <w:tc>
          <w:tcPr>
            <w:tcW w:type="dxa" w:w="1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101</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131</w:t>
            </w:r>
          </w:p>
        </w:tc>
        <w:tc>
          <w:tcPr>
            <w:tcW w:type="dxa" w:w="1422"/>
          </w:tcPr>
          <w:p>
            <w:pPr>
              <w:spacing w:after="0"/>
              <w:jc w:val="right"/>
            </w:pPr>
            <w:r>
              <w:rPr>
                <w:sz w:val="16"/>
              </w:rPr>
              <w:t>12</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67</w:t>
            </w:r>
          </w:p>
        </w:tc>
        <w:tc>
          <w:tcPr>
            <w:tcW w:type="dxa" w:w="1422"/>
          </w:tcPr>
          <w:p>
            <w:pPr>
              <w:spacing w:after="0"/>
              <w:jc w:val="right"/>
            </w:pPr>
            <w:r>
              <w:rPr>
                <w:sz w:val="16"/>
              </w:rPr>
              <w:t>14</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33</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3"/>
        <w:gridCol w:w="1662"/>
        <w:gridCol w:w="2879"/>
        <w:gridCol w:w="1076"/>
        <w:gridCol w:w="1792"/>
        <w:gridCol w:w="1958"/>
        <w:gridCol w:w="2306"/>
      </w:tblGrid>
      <w:tr>
        <w:trPr>
          <w:cantSplit/>
          <w:tblHeader/>
        </w:trPr>
        <w:tc>
          <w:tcPr>
            <w:tcW w:type="dxa" w:w="1037"/>
            <w:shd w:val="clear" w:color="auto" w:fill="E8E8E8"/>
          </w:tcPr>
          <w:p>
            <w:pPr>
              <w:spacing w:after="0"/>
              <w:jc w:val="left"/>
            </w:pPr>
            <w:r>
              <w:rPr>
                <w:b/>
                <w:sz w:val="16"/>
              </w:rPr>
              <w:t>Date</w:t>
            </w:r>
          </w:p>
        </w:tc>
        <w:tc>
          <w:tcPr>
            <w:tcW w:type="dxa" w:w="1403"/>
            <w:shd w:val="clear" w:color="auto" w:fill="E8E8E8"/>
          </w:tcPr>
          <w:p>
            <w:pPr>
              <w:spacing w:after="0"/>
              <w:jc w:val="left"/>
            </w:pPr>
            <w:r>
              <w:rPr>
                <w:b/>
                <w:sz w:val="16"/>
              </w:rPr>
              <w:t>Event type</w:t>
            </w:r>
          </w:p>
        </w:tc>
        <w:tc>
          <w:tcPr>
            <w:tcW w:type="dxa" w:w="1662"/>
            <w:shd w:val="clear" w:color="auto" w:fill="E8E8E8"/>
          </w:tcPr>
          <w:p>
            <w:pPr>
              <w:spacing w:after="0"/>
              <w:jc w:val="left"/>
            </w:pPr>
            <w:r>
              <w:rPr>
                <w:b/>
                <w:sz w:val="16"/>
              </w:rPr>
              <w:t>Magnitude or extent</w:t>
            </w:r>
          </w:p>
        </w:tc>
        <w:tc>
          <w:tcPr>
            <w:tcW w:type="dxa" w:w="287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92"/>
            <w:shd w:val="clear" w:color="auto" w:fill="E8E8E8"/>
          </w:tcPr>
          <w:p>
            <w:pPr>
              <w:spacing w:after="0"/>
              <w:jc w:val="left"/>
            </w:pPr>
            <w:r>
              <w:rPr>
                <w:b/>
                <w:sz w:val="16"/>
              </w:rPr>
              <w:t>Location</w:t>
            </w:r>
          </w:p>
        </w:tc>
        <w:tc>
          <w:tcPr>
            <w:tcW w:type="dxa" w:w="1958"/>
            <w:shd w:val="clear" w:color="auto" w:fill="E8E8E8"/>
          </w:tcPr>
          <w:p>
            <w:pPr>
              <w:spacing w:after="0"/>
              <w:jc w:val="left"/>
            </w:pPr>
            <w:r>
              <w:rPr>
                <w:b/>
                <w:sz w:val="16"/>
              </w:rPr>
              <w:t>Flags</w:t>
            </w:r>
          </w:p>
        </w:tc>
        <w:tc>
          <w:tcPr>
            <w:tcW w:type="dxa" w:w="23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403"/>
          </w:tcPr>
          <w:p>
            <w:pPr>
              <w:spacing w:after="0"/>
              <w:jc w:val="left"/>
            </w:pPr>
            <w:r>
              <w:rPr>
                <w:sz w:val="16"/>
              </w:rPr>
              <w:t>Extreme Cold/Wind Chill</w:t>
            </w:r>
          </w:p>
        </w:tc>
        <w:tc>
          <w:tcPr>
            <w:tcW w:type="dxa" w:w="1662"/>
          </w:tcPr>
          <w:p>
            <w:pPr>
              <w:spacing w:after="0"/>
              <w:jc w:val="left"/>
            </w:pPr>
          </w:p>
        </w:tc>
        <w:tc>
          <w:tcPr>
            <w:tcW w:type="dxa" w:w="2879"/>
          </w:tcPr>
          <w:p>
            <w:pPr>
              <w:spacing w:after="0"/>
              <w:jc w:val="left"/>
            </w:pPr>
            <w:r>
              <w:rPr>
                <w:sz w:val="16"/>
              </w:rPr>
              <w:t>$0 property; $0 crops, reported for the zone (2026 dollars)</w:t>
            </w:r>
          </w:p>
        </w:tc>
        <w:tc>
          <w:tcPr>
            <w:tcW w:type="dxa" w:w="1076"/>
          </w:tcPr>
          <w:p>
            <w:pPr>
              <w:spacing w:after="0"/>
              <w:jc w:val="right"/>
            </w:pPr>
            <w:r>
              <w:rPr>
                <w:sz w:val="16"/>
              </w:rPr>
              <w:t>0, 0</w:t>
            </w:r>
          </w:p>
        </w:tc>
        <w:tc>
          <w:tcPr>
            <w:tcW w:type="dxa" w:w="1792"/>
          </w:tcPr>
          <w:p>
            <w:pPr>
              <w:spacing w:after="0"/>
              <w:jc w:val="left"/>
            </w:pPr>
            <w:r>
              <w:rPr>
                <w:sz w:val="16"/>
              </w:rPr>
              <w:t>NWS zone TXZ044 (STONEWALL), zone-level: may include parts of neighboring counties</w:t>
            </w:r>
          </w:p>
        </w:tc>
        <w:tc>
          <w:tcPr>
            <w:tcW w:type="dxa" w:w="1958"/>
          </w:tcPr>
          <w:p>
            <w:pPr>
              <w:spacing w:after="0"/>
              <w:jc w:val="left"/>
            </w:pPr>
            <w:r>
              <w:rPr>
                <w:sz w:val="16"/>
              </w:rPr>
              <w:t>new since last plan; within last 5 years</w:t>
            </w:r>
          </w:p>
        </w:tc>
        <w:tc>
          <w:tcPr>
            <w:tcW w:type="dxa" w:w="23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2025-03-14</w:t>
            </w:r>
          </w:p>
        </w:tc>
        <w:tc>
          <w:tcPr>
            <w:tcW w:type="dxa" w:w="1403"/>
          </w:tcPr>
          <w:p>
            <w:pPr>
              <w:spacing w:after="0"/>
              <w:jc w:val="left"/>
            </w:pPr>
            <w:r>
              <w:rPr>
                <w:sz w:val="16"/>
              </w:rPr>
              <w:t>High Wind</w:t>
            </w:r>
          </w:p>
        </w:tc>
        <w:tc>
          <w:tcPr>
            <w:tcW w:type="dxa" w:w="1662"/>
          </w:tcPr>
          <w:p>
            <w:pPr>
              <w:spacing w:after="0"/>
              <w:jc w:val="left"/>
            </w:pPr>
            <w:r>
              <w:rPr>
                <w:sz w:val="16"/>
              </w:rPr>
              <w:t>62 kt (71 mph) measured gust</w:t>
            </w:r>
          </w:p>
        </w:tc>
        <w:tc>
          <w:tcPr>
            <w:tcW w:type="dxa" w:w="2879"/>
          </w:tcPr>
          <w:p>
            <w:pPr>
              <w:spacing w:after="0"/>
              <w:jc w:val="left"/>
            </w:pPr>
            <w:r>
              <w:rPr>
                <w:sz w:val="16"/>
              </w:rPr>
              <w:t>$0 property; $0 crops, reported for the zone (2025 dollars)</w:t>
            </w:r>
          </w:p>
        </w:tc>
        <w:tc>
          <w:tcPr>
            <w:tcW w:type="dxa" w:w="1076"/>
          </w:tcPr>
          <w:p>
            <w:pPr>
              <w:spacing w:after="0"/>
              <w:jc w:val="right"/>
            </w:pPr>
            <w:r>
              <w:rPr>
                <w:sz w:val="16"/>
              </w:rPr>
              <w:t>0, 0</w:t>
            </w:r>
          </w:p>
        </w:tc>
        <w:tc>
          <w:tcPr>
            <w:tcW w:type="dxa" w:w="1792"/>
          </w:tcPr>
          <w:p>
            <w:pPr>
              <w:spacing w:after="0"/>
              <w:jc w:val="left"/>
            </w:pPr>
            <w:r>
              <w:rPr>
                <w:sz w:val="16"/>
              </w:rPr>
              <w:t>NWS zone TXZ044 (STONEWALL), zone-level: may include parts of neighboring counties</w:t>
            </w:r>
          </w:p>
        </w:tc>
        <w:tc>
          <w:tcPr>
            <w:tcW w:type="dxa" w:w="1958"/>
          </w:tcPr>
          <w:p>
            <w:pPr>
              <w:spacing w:after="0"/>
              <w:jc w:val="left"/>
            </w:pPr>
            <w:r>
              <w:rPr>
                <w:sz w:val="16"/>
              </w:rPr>
              <w:t>new since last plan; within last 5 years</w:t>
            </w:r>
          </w:p>
        </w:tc>
        <w:tc>
          <w:tcPr>
            <w:tcW w:type="dxa" w:w="230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2023-06-21</w:t>
            </w:r>
          </w:p>
        </w:tc>
        <w:tc>
          <w:tcPr>
            <w:tcW w:type="dxa" w:w="1403"/>
          </w:tcPr>
          <w:p>
            <w:pPr>
              <w:spacing w:after="0"/>
              <w:jc w:val="left"/>
            </w:pPr>
            <w:r>
              <w:rPr>
                <w:sz w:val="16"/>
              </w:rPr>
              <w:t>Thunderstorm Wind</w:t>
            </w:r>
          </w:p>
        </w:tc>
        <w:tc>
          <w:tcPr>
            <w:tcW w:type="dxa" w:w="1662"/>
          </w:tcPr>
          <w:p>
            <w:pPr>
              <w:spacing w:after="0"/>
              <w:jc w:val="left"/>
            </w:pPr>
            <w:r>
              <w:rPr>
                <w:sz w:val="16"/>
              </w:rPr>
              <w:t>95 kt (109 mph) measured gust</w:t>
            </w:r>
          </w:p>
        </w:tc>
        <w:tc>
          <w:tcPr>
            <w:tcW w:type="dxa" w:w="2879"/>
          </w:tcPr>
          <w:p>
            <w:pPr>
              <w:spacing w:after="0"/>
              <w:jc w:val="left"/>
            </w:pPr>
            <w:r>
              <w:rPr>
                <w:sz w:val="16"/>
              </w:rPr>
              <w:t>damage not reported</w:t>
            </w:r>
          </w:p>
        </w:tc>
        <w:tc>
          <w:tcPr>
            <w:tcW w:type="dxa" w:w="1076"/>
          </w:tcPr>
          <w:p>
            <w:pPr>
              <w:spacing w:after="0"/>
              <w:jc w:val="right"/>
            </w:pPr>
            <w:r>
              <w:rPr>
                <w:sz w:val="16"/>
              </w:rPr>
              <w:t>0, 0</w:t>
            </w:r>
          </w:p>
        </w:tc>
        <w:tc>
          <w:tcPr>
            <w:tcW w:type="dxa" w:w="1792"/>
          </w:tcPr>
          <w:p>
            <w:pPr>
              <w:spacing w:after="0"/>
              <w:jc w:val="left"/>
            </w:pPr>
            <w:r>
              <w:rPr>
                <w:sz w:val="16"/>
              </w:rPr>
              <w:t>PEACOCK to ASPERMONT ARPT</w:t>
            </w:r>
          </w:p>
        </w:tc>
        <w:tc>
          <w:tcPr>
            <w:tcW w:type="dxa" w:w="1958"/>
          </w:tcPr>
          <w:p>
            <w:pPr>
              <w:spacing w:after="0"/>
              <w:jc w:val="left"/>
            </w:pPr>
            <w:r>
              <w:rPr>
                <w:sz w:val="16"/>
              </w:rPr>
              <w:t>new since last plan; within last 5 years</w:t>
            </w:r>
          </w:p>
        </w:tc>
        <w:tc>
          <w:tcPr>
            <w:tcW w:type="dxa" w:w="2306"/>
          </w:tcPr>
          <w:p>
            <w:pPr>
              <w:spacing w:after="0"/>
              <w:jc w:val="left"/>
            </w:pPr>
            <w:r>
              <w:rPr>
                <w:sz w:val="16"/>
              </w:rPr>
              <w:t>B1-c worst recorded: Thunderstorm Wind</w:t>
            </w:r>
          </w:p>
        </w:tc>
      </w:tr>
      <w:tr>
        <w:trPr>
          <w:cantSplit/>
        </w:trPr>
        <w:tc>
          <w:tcPr>
            <w:tcW w:type="dxa" w:w="1037"/>
          </w:tcPr>
          <w:p>
            <w:pPr>
              <w:spacing w:after="0"/>
              <w:jc w:val="left"/>
            </w:pPr>
            <w:r>
              <w:rPr>
                <w:sz w:val="16"/>
              </w:rPr>
              <w:t>2023-06-17</w:t>
            </w:r>
          </w:p>
        </w:tc>
        <w:tc>
          <w:tcPr>
            <w:tcW w:type="dxa" w:w="1403"/>
          </w:tcPr>
          <w:p>
            <w:pPr>
              <w:spacing w:after="0"/>
              <w:jc w:val="left"/>
            </w:pPr>
            <w:r>
              <w:rPr>
                <w:sz w:val="16"/>
              </w:rPr>
              <w:t>Hail</w:t>
            </w:r>
          </w:p>
        </w:tc>
        <w:tc>
          <w:tcPr>
            <w:tcW w:type="dxa" w:w="1662"/>
          </w:tcPr>
          <w:p>
            <w:pPr>
              <w:spacing w:after="0"/>
              <w:jc w:val="left"/>
            </w:pPr>
            <w:r>
              <w:rPr>
                <w:sz w:val="16"/>
              </w:rPr>
              <w:t>4 in</w:t>
            </w:r>
          </w:p>
        </w:tc>
        <w:tc>
          <w:tcPr>
            <w:tcW w:type="dxa" w:w="2879"/>
          </w:tcPr>
          <w:p>
            <w:pPr>
              <w:spacing w:after="0"/>
              <w:jc w:val="left"/>
            </w:pPr>
            <w:r>
              <w:rPr>
                <w:sz w:val="16"/>
              </w:rPr>
              <w:t>$0 property; $0 crops (2023 dollars)</w:t>
            </w:r>
          </w:p>
        </w:tc>
        <w:tc>
          <w:tcPr>
            <w:tcW w:type="dxa" w:w="1076"/>
          </w:tcPr>
          <w:p>
            <w:pPr>
              <w:spacing w:after="0"/>
              <w:jc w:val="right"/>
            </w:pPr>
            <w:r>
              <w:rPr>
                <w:sz w:val="16"/>
              </w:rPr>
              <w:t>0, 0</w:t>
            </w:r>
          </w:p>
        </w:tc>
        <w:tc>
          <w:tcPr>
            <w:tcW w:type="dxa" w:w="1792"/>
          </w:tcPr>
          <w:p>
            <w:pPr>
              <w:spacing w:after="0"/>
              <w:jc w:val="left"/>
            </w:pPr>
            <w:r>
              <w:rPr>
                <w:sz w:val="16"/>
              </w:rPr>
              <w:t>ASPERMONT ARPT</w:t>
            </w:r>
          </w:p>
        </w:tc>
        <w:tc>
          <w:tcPr>
            <w:tcW w:type="dxa" w:w="1958"/>
          </w:tcPr>
          <w:p>
            <w:pPr>
              <w:spacing w:after="0"/>
              <w:jc w:val="left"/>
            </w:pPr>
            <w:r>
              <w:rPr>
                <w:sz w:val="16"/>
              </w:rPr>
              <w:t>new since last plan; within last 5 years</w:t>
            </w:r>
          </w:p>
        </w:tc>
        <w:tc>
          <w:tcPr>
            <w:tcW w:type="dxa" w:w="2306"/>
          </w:tcPr>
          <w:p>
            <w:pPr>
              <w:spacing w:after="0"/>
              <w:jc w:val="left"/>
            </w:pPr>
            <w:r>
              <w:rPr>
                <w:sz w:val="16"/>
              </w:rPr>
              <w:t>B1-c worst recorded: Hail</w:t>
            </w:r>
          </w:p>
        </w:tc>
      </w:tr>
      <w:tr>
        <w:trPr>
          <w:cantSplit/>
        </w:trPr>
        <w:tc>
          <w:tcPr>
            <w:tcW w:type="dxa" w:w="1037"/>
          </w:tcPr>
          <w:p>
            <w:pPr>
              <w:spacing w:after="0"/>
              <w:jc w:val="left"/>
            </w:pPr>
            <w:r>
              <w:rPr>
                <w:sz w:val="16"/>
              </w:rPr>
              <w:t>2013-08-08</w:t>
            </w:r>
          </w:p>
        </w:tc>
        <w:tc>
          <w:tcPr>
            <w:tcW w:type="dxa" w:w="1403"/>
          </w:tcPr>
          <w:p>
            <w:pPr>
              <w:spacing w:after="0"/>
              <w:jc w:val="left"/>
            </w:pPr>
            <w:r>
              <w:rPr>
                <w:sz w:val="16"/>
              </w:rPr>
              <w:t>Lightning</w:t>
            </w:r>
          </w:p>
        </w:tc>
        <w:tc>
          <w:tcPr>
            <w:tcW w:type="dxa" w:w="1662"/>
          </w:tcPr>
          <w:p>
            <w:pPr>
              <w:spacing w:after="0"/>
              <w:jc w:val="left"/>
            </w:pPr>
          </w:p>
        </w:tc>
        <w:tc>
          <w:tcPr>
            <w:tcW w:type="dxa" w:w="2879"/>
          </w:tcPr>
          <w:p>
            <w:pPr>
              <w:spacing w:after="0"/>
              <w:jc w:val="left"/>
            </w:pPr>
            <w:r>
              <w:rPr>
                <w:sz w:val="16"/>
              </w:rPr>
              <w:t>$500 property; $0 crops (2013 dollars)</w:t>
            </w:r>
          </w:p>
        </w:tc>
        <w:tc>
          <w:tcPr>
            <w:tcW w:type="dxa" w:w="1076"/>
          </w:tcPr>
          <w:p>
            <w:pPr>
              <w:spacing w:after="0"/>
              <w:jc w:val="right"/>
            </w:pPr>
            <w:r>
              <w:rPr>
                <w:sz w:val="16"/>
              </w:rPr>
              <w:t>0, 0</w:t>
            </w:r>
          </w:p>
        </w:tc>
        <w:tc>
          <w:tcPr>
            <w:tcW w:type="dxa" w:w="1792"/>
          </w:tcPr>
          <w:p>
            <w:pPr>
              <w:spacing w:after="0"/>
              <w:jc w:val="left"/>
            </w:pPr>
            <w:r>
              <w:rPr>
                <w:sz w:val="16"/>
              </w:rPr>
              <w:t>ASPERMONT</w:t>
            </w:r>
          </w:p>
        </w:tc>
        <w:tc>
          <w:tcPr>
            <w:tcW w:type="dxa" w:w="1958"/>
          </w:tcPr>
          <w:p>
            <w:pPr>
              <w:spacing w:after="0"/>
              <w:jc w:val="left"/>
            </w:pPr>
          </w:p>
        </w:tc>
        <w:tc>
          <w:tcPr>
            <w:tcW w:type="dxa" w:w="2306"/>
          </w:tcPr>
          <w:p>
            <w:pPr>
              <w:spacing w:after="0"/>
              <w:jc w:val="left"/>
            </w:pPr>
            <w:r>
              <w:rPr>
                <w:sz w:val="16"/>
              </w:rPr>
              <w:t>B1-c worst recorded: Lightning</w:t>
            </w:r>
          </w:p>
        </w:tc>
      </w:tr>
      <w:tr>
        <w:trPr>
          <w:cantSplit/>
        </w:trPr>
        <w:tc>
          <w:tcPr>
            <w:tcW w:type="dxa" w:w="1037"/>
          </w:tcPr>
          <w:p>
            <w:pPr>
              <w:spacing w:after="0"/>
              <w:jc w:val="left"/>
            </w:pPr>
            <w:r>
              <w:rPr>
                <w:sz w:val="16"/>
              </w:rPr>
              <w:t>2011-04-06</w:t>
            </w:r>
          </w:p>
        </w:tc>
        <w:tc>
          <w:tcPr>
            <w:tcW w:type="dxa" w:w="1403"/>
          </w:tcPr>
          <w:p>
            <w:pPr>
              <w:spacing w:after="0"/>
              <w:jc w:val="left"/>
            </w:pPr>
            <w:r>
              <w:rPr>
                <w:sz w:val="16"/>
              </w:rPr>
              <w:t>Wildfire</w:t>
            </w:r>
          </w:p>
        </w:tc>
        <w:tc>
          <w:tcPr>
            <w:tcW w:type="dxa" w:w="1662"/>
          </w:tcPr>
          <w:p>
            <w:pPr>
              <w:spacing w:after="0"/>
              <w:jc w:val="left"/>
            </w:pPr>
          </w:p>
        </w:tc>
        <w:tc>
          <w:tcPr>
            <w:tcW w:type="dxa" w:w="2879"/>
          </w:tcPr>
          <w:p>
            <w:pPr>
              <w:spacing w:after="0"/>
              <w:jc w:val="left"/>
            </w:pPr>
            <w:r>
              <w:rPr>
                <w:sz w:val="16"/>
              </w:rPr>
              <w:t>$1,540,000 property; $0 crops, reported for the zone (2011 dollars)</w:t>
            </w:r>
          </w:p>
        </w:tc>
        <w:tc>
          <w:tcPr>
            <w:tcW w:type="dxa" w:w="1076"/>
          </w:tcPr>
          <w:p>
            <w:pPr>
              <w:spacing w:after="0"/>
              <w:jc w:val="right"/>
            </w:pPr>
            <w:r>
              <w:rPr>
                <w:sz w:val="16"/>
              </w:rPr>
              <w:t>0, 0</w:t>
            </w:r>
          </w:p>
        </w:tc>
        <w:tc>
          <w:tcPr>
            <w:tcW w:type="dxa" w:w="1792"/>
          </w:tcPr>
          <w:p>
            <w:pPr>
              <w:spacing w:after="0"/>
              <w:jc w:val="left"/>
            </w:pPr>
            <w:r>
              <w:rPr>
                <w:sz w:val="16"/>
              </w:rPr>
              <w:t>NWS zone TXZ044 (STONEWALL), zone-level: may include parts of neighboring counties</w:t>
            </w:r>
          </w:p>
        </w:tc>
        <w:tc>
          <w:tcPr>
            <w:tcW w:type="dxa" w:w="1958"/>
          </w:tcPr>
          <w:p>
            <w:pPr>
              <w:spacing w:after="0"/>
              <w:jc w:val="left"/>
            </w:pPr>
          </w:p>
        </w:tc>
        <w:tc>
          <w:tcPr>
            <w:tcW w:type="dxa" w:w="2306"/>
          </w:tcPr>
          <w:p>
            <w:pPr>
              <w:spacing w:after="0"/>
              <w:jc w:val="left"/>
            </w:pPr>
            <w:r>
              <w:rPr>
                <w:sz w:val="16"/>
              </w:rPr>
              <w:t>B1-c worst recorded: Wildfire</w:t>
            </w:r>
          </w:p>
        </w:tc>
      </w:tr>
      <w:tr>
        <w:trPr>
          <w:cantSplit/>
        </w:trPr>
        <w:tc>
          <w:tcPr>
            <w:tcW w:type="dxa" w:w="1037"/>
          </w:tcPr>
          <w:p>
            <w:pPr>
              <w:spacing w:after="0"/>
              <w:jc w:val="left"/>
            </w:pPr>
            <w:r>
              <w:rPr>
                <w:sz w:val="16"/>
              </w:rPr>
              <w:t>2011-03-08</w:t>
            </w:r>
          </w:p>
        </w:tc>
        <w:tc>
          <w:tcPr>
            <w:tcW w:type="dxa" w:w="1403"/>
          </w:tcPr>
          <w:p>
            <w:pPr>
              <w:spacing w:after="0"/>
              <w:jc w:val="left"/>
            </w:pPr>
            <w:r>
              <w:rPr>
                <w:sz w:val="16"/>
              </w:rPr>
              <w:t>Drought</w:t>
            </w:r>
          </w:p>
        </w:tc>
        <w:tc>
          <w:tcPr>
            <w:tcW w:type="dxa" w:w="1662"/>
          </w:tcPr>
          <w:p>
            <w:pPr>
              <w:spacing w:after="0"/>
              <w:jc w:val="left"/>
            </w:pPr>
          </w:p>
        </w:tc>
        <w:tc>
          <w:tcPr>
            <w:tcW w:type="dxa" w:w="2879"/>
          </w:tcPr>
          <w:p>
            <w:pPr>
              <w:spacing w:after="0"/>
              <w:jc w:val="left"/>
            </w:pPr>
            <w:r>
              <w:rPr>
                <w:sz w:val="16"/>
              </w:rPr>
              <w:t>$0 property; $0 crops, reported for the zone (2011 dollars)</w:t>
            </w:r>
          </w:p>
        </w:tc>
        <w:tc>
          <w:tcPr>
            <w:tcW w:type="dxa" w:w="1076"/>
          </w:tcPr>
          <w:p>
            <w:pPr>
              <w:spacing w:after="0"/>
              <w:jc w:val="right"/>
            </w:pPr>
            <w:r>
              <w:rPr>
                <w:sz w:val="16"/>
              </w:rPr>
              <w:t>0, 0</w:t>
            </w:r>
          </w:p>
        </w:tc>
        <w:tc>
          <w:tcPr>
            <w:tcW w:type="dxa" w:w="1792"/>
          </w:tcPr>
          <w:p>
            <w:pPr>
              <w:spacing w:after="0"/>
              <w:jc w:val="left"/>
            </w:pPr>
            <w:r>
              <w:rPr>
                <w:sz w:val="16"/>
              </w:rPr>
              <w:t>NWS zone TXZ044 (STONEWALL), zone-level: may include parts of neighboring counties</w:t>
            </w:r>
          </w:p>
        </w:tc>
        <w:tc>
          <w:tcPr>
            <w:tcW w:type="dxa" w:w="1958"/>
          </w:tcPr>
          <w:p>
            <w:pPr>
              <w:spacing w:after="0"/>
              <w:jc w:val="left"/>
            </w:pPr>
          </w:p>
        </w:tc>
        <w:tc>
          <w:tcPr>
            <w:tcW w:type="dxa" w:w="2306"/>
          </w:tcPr>
          <w:p>
            <w:pPr>
              <w:spacing w:after="0"/>
              <w:jc w:val="left"/>
            </w:pPr>
            <w:r>
              <w:rPr>
                <w:sz w:val="16"/>
              </w:rPr>
              <w:t>B1-c worst recorded: Drought</w:t>
            </w:r>
          </w:p>
        </w:tc>
      </w:tr>
      <w:tr>
        <w:trPr>
          <w:cantSplit/>
        </w:trPr>
        <w:tc>
          <w:tcPr>
            <w:tcW w:type="dxa" w:w="1037"/>
          </w:tcPr>
          <w:p>
            <w:pPr>
              <w:spacing w:after="0"/>
              <w:jc w:val="left"/>
            </w:pPr>
            <w:r>
              <w:rPr>
                <w:sz w:val="16"/>
              </w:rPr>
              <w:t>2009-06-13</w:t>
            </w:r>
          </w:p>
        </w:tc>
        <w:tc>
          <w:tcPr>
            <w:tcW w:type="dxa" w:w="1403"/>
          </w:tcPr>
          <w:p>
            <w:pPr>
              <w:spacing w:after="0"/>
              <w:jc w:val="left"/>
            </w:pPr>
            <w:r>
              <w:rPr>
                <w:sz w:val="16"/>
              </w:rPr>
              <w:t>Tornado</w:t>
            </w:r>
          </w:p>
        </w:tc>
        <w:tc>
          <w:tcPr>
            <w:tcW w:type="dxa" w:w="1662"/>
          </w:tcPr>
          <w:p>
            <w:pPr>
              <w:spacing w:after="0"/>
              <w:jc w:val="left"/>
            </w:pPr>
            <w:r>
              <w:rPr>
                <w:sz w:val="16"/>
              </w:rPr>
              <w:t>EF1, 4 mi within this county, 200 yd wide</w:t>
            </w:r>
          </w:p>
        </w:tc>
        <w:tc>
          <w:tcPr>
            <w:tcW w:type="dxa" w:w="2879"/>
          </w:tcPr>
          <w:p>
            <w:pPr>
              <w:spacing w:after="0"/>
              <w:jc w:val="left"/>
            </w:pPr>
            <w:r>
              <w:rPr>
                <w:sz w:val="16"/>
              </w:rPr>
              <w:t>$100,000 property; $0 crops (2009 dollars)</w:t>
            </w:r>
          </w:p>
        </w:tc>
        <w:tc>
          <w:tcPr>
            <w:tcW w:type="dxa" w:w="1076"/>
          </w:tcPr>
          <w:p>
            <w:pPr>
              <w:spacing w:after="0"/>
              <w:jc w:val="right"/>
            </w:pPr>
            <w:r>
              <w:rPr>
                <w:sz w:val="16"/>
              </w:rPr>
              <w:t>0, 0</w:t>
            </w:r>
          </w:p>
        </w:tc>
        <w:tc>
          <w:tcPr>
            <w:tcW w:type="dxa" w:w="1792"/>
          </w:tcPr>
          <w:p>
            <w:pPr>
              <w:spacing w:after="0"/>
              <w:jc w:val="left"/>
            </w:pPr>
            <w:r>
              <w:rPr>
                <w:sz w:val="16"/>
              </w:rPr>
              <w:t>ASPERMONT</w:t>
            </w:r>
          </w:p>
        </w:tc>
        <w:tc>
          <w:tcPr>
            <w:tcW w:type="dxa" w:w="1958"/>
          </w:tcPr>
          <w:p>
            <w:pPr>
              <w:spacing w:after="0"/>
              <w:jc w:val="left"/>
            </w:pPr>
          </w:p>
        </w:tc>
        <w:tc>
          <w:tcPr>
            <w:tcW w:type="dxa" w:w="2306"/>
          </w:tcPr>
          <w:p>
            <w:pPr>
              <w:spacing w:after="0"/>
              <w:jc w:val="left"/>
            </w:pPr>
            <w:r>
              <w:rPr>
                <w:sz w:val="16"/>
              </w:rPr>
              <w:t>B1-c worst recorded: Tornado</w:t>
            </w:r>
          </w:p>
        </w:tc>
      </w:tr>
      <w:tr>
        <w:trPr>
          <w:cantSplit/>
        </w:trPr>
        <w:tc>
          <w:tcPr>
            <w:tcW w:type="dxa" w:w="1037"/>
          </w:tcPr>
          <w:p>
            <w:pPr>
              <w:spacing w:after="0"/>
              <w:jc w:val="left"/>
            </w:pPr>
            <w:r>
              <w:rPr>
                <w:sz w:val="16"/>
              </w:rPr>
              <w:t>2009-06-13</w:t>
            </w:r>
          </w:p>
        </w:tc>
        <w:tc>
          <w:tcPr>
            <w:tcW w:type="dxa" w:w="1403"/>
          </w:tcPr>
          <w:p>
            <w:pPr>
              <w:spacing w:after="0"/>
              <w:jc w:val="left"/>
            </w:pPr>
            <w:r>
              <w:rPr>
                <w:sz w:val="16"/>
              </w:rPr>
              <w:t>Thunderstorm Wind</w:t>
            </w:r>
          </w:p>
        </w:tc>
        <w:tc>
          <w:tcPr>
            <w:tcW w:type="dxa" w:w="1662"/>
          </w:tcPr>
          <w:p>
            <w:pPr>
              <w:spacing w:after="0"/>
              <w:jc w:val="left"/>
            </w:pPr>
            <w:r>
              <w:rPr>
                <w:sz w:val="16"/>
              </w:rPr>
              <w:t>66 kt (76 mph) measured gust</w:t>
            </w:r>
          </w:p>
        </w:tc>
        <w:tc>
          <w:tcPr>
            <w:tcW w:type="dxa" w:w="2879"/>
          </w:tcPr>
          <w:p>
            <w:pPr>
              <w:spacing w:after="0"/>
              <w:jc w:val="left"/>
            </w:pPr>
            <w:r>
              <w:rPr>
                <w:sz w:val="16"/>
              </w:rPr>
              <w:t>$250,000 property; $0 crops (2009 dollars)</w:t>
            </w:r>
          </w:p>
        </w:tc>
        <w:tc>
          <w:tcPr>
            <w:tcW w:type="dxa" w:w="1076"/>
          </w:tcPr>
          <w:p>
            <w:pPr>
              <w:spacing w:after="0"/>
              <w:jc w:val="right"/>
            </w:pPr>
            <w:r>
              <w:rPr>
                <w:sz w:val="16"/>
              </w:rPr>
              <w:t>0, 1</w:t>
            </w:r>
          </w:p>
        </w:tc>
        <w:tc>
          <w:tcPr>
            <w:tcW w:type="dxa" w:w="1792"/>
          </w:tcPr>
          <w:p>
            <w:pPr>
              <w:spacing w:after="0"/>
              <w:jc w:val="left"/>
            </w:pPr>
            <w:r>
              <w:rPr>
                <w:sz w:val="16"/>
              </w:rPr>
              <w:t>ASPERMONT</w:t>
            </w:r>
          </w:p>
        </w:tc>
        <w:tc>
          <w:tcPr>
            <w:tcW w:type="dxa" w:w="1958"/>
          </w:tcPr>
          <w:p>
            <w:pPr>
              <w:spacing w:after="0"/>
              <w:jc w:val="left"/>
            </w:pPr>
          </w:p>
        </w:tc>
        <w:tc>
          <w:tcPr>
            <w:tcW w:type="dxa" w:w="2306"/>
          </w:tcPr>
          <w:p>
            <w:pPr>
              <w:spacing w:after="0"/>
              <w:jc w:val="left"/>
            </w:pPr>
            <w:r>
              <w:rPr>
                <w:sz w:val="16"/>
              </w:rPr>
              <w:t>deaths or injuries recorded</w:t>
            </w:r>
          </w:p>
        </w:tc>
      </w:tr>
      <w:tr>
        <w:trPr>
          <w:cantSplit/>
        </w:trPr>
        <w:tc>
          <w:tcPr>
            <w:tcW w:type="dxa" w:w="1037"/>
          </w:tcPr>
          <w:p>
            <w:pPr>
              <w:spacing w:after="0"/>
              <w:jc w:val="left"/>
            </w:pPr>
            <w:r>
              <w:rPr>
                <w:sz w:val="16"/>
              </w:rPr>
              <w:t>2009-02-01</w:t>
            </w:r>
          </w:p>
        </w:tc>
        <w:tc>
          <w:tcPr>
            <w:tcW w:type="dxa" w:w="1403"/>
          </w:tcPr>
          <w:p>
            <w:pPr>
              <w:spacing w:after="0"/>
              <w:jc w:val="left"/>
            </w:pPr>
            <w:r>
              <w:rPr>
                <w:sz w:val="16"/>
              </w:rPr>
              <w:t>Drought</w:t>
            </w:r>
          </w:p>
        </w:tc>
        <w:tc>
          <w:tcPr>
            <w:tcW w:type="dxa" w:w="1662"/>
          </w:tcPr>
          <w:p>
            <w:pPr>
              <w:spacing w:after="0"/>
              <w:jc w:val="left"/>
            </w:pPr>
          </w:p>
        </w:tc>
        <w:tc>
          <w:tcPr>
            <w:tcW w:type="dxa" w:w="2879"/>
          </w:tcPr>
          <w:p>
            <w:pPr>
              <w:spacing w:after="0"/>
              <w:jc w:val="left"/>
            </w:pPr>
            <w:r>
              <w:rPr>
                <w:sz w:val="16"/>
              </w:rPr>
              <w:t>$0 property; $5,000,000 crops, reported for the zone (2009 dollars)</w:t>
            </w:r>
          </w:p>
        </w:tc>
        <w:tc>
          <w:tcPr>
            <w:tcW w:type="dxa" w:w="1076"/>
          </w:tcPr>
          <w:p>
            <w:pPr>
              <w:spacing w:after="0"/>
              <w:jc w:val="right"/>
            </w:pPr>
            <w:r>
              <w:rPr>
                <w:sz w:val="16"/>
              </w:rPr>
              <w:t>0, 0</w:t>
            </w:r>
          </w:p>
        </w:tc>
        <w:tc>
          <w:tcPr>
            <w:tcW w:type="dxa" w:w="1792"/>
          </w:tcPr>
          <w:p>
            <w:pPr>
              <w:spacing w:after="0"/>
              <w:jc w:val="left"/>
            </w:pPr>
            <w:r>
              <w:rPr>
                <w:sz w:val="16"/>
              </w:rPr>
              <w:t>NWS zone TXZ044 (STONEWALL), zone-level: may include parts of neighboring counties</w:t>
            </w:r>
          </w:p>
        </w:tc>
        <w:tc>
          <w:tcPr>
            <w:tcW w:type="dxa" w:w="1958"/>
          </w:tcPr>
          <w:p>
            <w:pPr>
              <w:spacing w:after="0"/>
              <w:jc w:val="left"/>
            </w:pPr>
          </w:p>
        </w:tc>
        <w:tc>
          <w:tcPr>
            <w:tcW w:type="dxa" w:w="2306"/>
          </w:tcPr>
          <w:p>
            <w:pPr>
              <w:spacing w:after="0"/>
              <w:jc w:val="left"/>
            </w:pPr>
            <w:r>
              <w:rPr>
                <w:sz w:val="16"/>
              </w:rPr>
              <w:t>B1-c most damaging: Drought</w:t>
            </w:r>
          </w:p>
        </w:tc>
      </w:tr>
      <w:tr>
        <w:trPr>
          <w:cantSplit/>
        </w:trPr>
        <w:tc>
          <w:tcPr>
            <w:tcW w:type="dxa" w:w="1037"/>
          </w:tcPr>
          <w:p>
            <w:pPr>
              <w:spacing w:after="0"/>
              <w:jc w:val="left"/>
            </w:pPr>
            <w:r>
              <w:rPr>
                <w:sz w:val="16"/>
              </w:rPr>
              <w:t>2008-06-01</w:t>
            </w:r>
          </w:p>
        </w:tc>
        <w:tc>
          <w:tcPr>
            <w:tcW w:type="dxa" w:w="1403"/>
          </w:tcPr>
          <w:p>
            <w:pPr>
              <w:spacing w:after="0"/>
              <w:jc w:val="left"/>
            </w:pPr>
            <w:r>
              <w:rPr>
                <w:sz w:val="16"/>
              </w:rPr>
              <w:t>Heat</w:t>
            </w:r>
          </w:p>
        </w:tc>
        <w:tc>
          <w:tcPr>
            <w:tcW w:type="dxa" w:w="1662"/>
          </w:tcPr>
          <w:p>
            <w:pPr>
              <w:spacing w:after="0"/>
              <w:jc w:val="left"/>
            </w:pPr>
          </w:p>
        </w:tc>
        <w:tc>
          <w:tcPr>
            <w:tcW w:type="dxa" w:w="2879"/>
          </w:tcPr>
          <w:p>
            <w:pPr>
              <w:spacing w:after="0"/>
              <w:jc w:val="left"/>
            </w:pPr>
            <w:r>
              <w:rPr>
                <w:sz w:val="16"/>
              </w:rPr>
              <w:t>$0 property; $0 crops, reported for the zone (2008 dollars)</w:t>
            </w:r>
          </w:p>
        </w:tc>
        <w:tc>
          <w:tcPr>
            <w:tcW w:type="dxa" w:w="1076"/>
          </w:tcPr>
          <w:p>
            <w:pPr>
              <w:spacing w:after="0"/>
              <w:jc w:val="right"/>
            </w:pPr>
            <w:r>
              <w:rPr>
                <w:sz w:val="16"/>
              </w:rPr>
              <w:t>0, 0</w:t>
            </w:r>
          </w:p>
        </w:tc>
        <w:tc>
          <w:tcPr>
            <w:tcW w:type="dxa" w:w="1792"/>
          </w:tcPr>
          <w:p>
            <w:pPr>
              <w:spacing w:after="0"/>
              <w:jc w:val="left"/>
            </w:pPr>
            <w:r>
              <w:rPr>
                <w:sz w:val="16"/>
              </w:rPr>
              <w:t>NWS zone TXZ044 (STONEWALL), zone-level: may include parts of neighboring counties</w:t>
            </w:r>
          </w:p>
        </w:tc>
        <w:tc>
          <w:tcPr>
            <w:tcW w:type="dxa" w:w="1958"/>
          </w:tcPr>
          <w:p>
            <w:pPr>
              <w:spacing w:after="0"/>
              <w:jc w:val="left"/>
            </w:pPr>
          </w:p>
        </w:tc>
        <w:tc>
          <w:tcPr>
            <w:tcW w:type="dxa" w:w="2306"/>
          </w:tcPr>
          <w:p>
            <w:pPr>
              <w:spacing w:after="0"/>
              <w:jc w:val="left"/>
            </w:pPr>
            <w:r>
              <w:rPr>
                <w:sz w:val="16"/>
              </w:rPr>
              <w:t>B1-c worst recorded: Excessive Heat, Heat</w:t>
            </w:r>
          </w:p>
        </w:tc>
      </w:tr>
      <w:tr>
        <w:trPr>
          <w:cantSplit/>
        </w:trPr>
        <w:tc>
          <w:tcPr>
            <w:tcW w:type="dxa" w:w="1037"/>
          </w:tcPr>
          <w:p>
            <w:pPr>
              <w:spacing w:after="0"/>
              <w:jc w:val="left"/>
            </w:pPr>
            <w:r>
              <w:rPr>
                <w:sz w:val="16"/>
              </w:rPr>
              <w:t>2007-08-17</w:t>
            </w:r>
          </w:p>
        </w:tc>
        <w:tc>
          <w:tcPr>
            <w:tcW w:type="dxa" w:w="1403"/>
          </w:tcPr>
          <w:p>
            <w:pPr>
              <w:spacing w:after="0"/>
              <w:jc w:val="left"/>
            </w:pPr>
            <w:r>
              <w:rPr>
                <w:sz w:val="16"/>
              </w:rPr>
              <w:t>Tropical Depression</w:t>
            </w:r>
          </w:p>
        </w:tc>
        <w:tc>
          <w:tcPr>
            <w:tcW w:type="dxa" w:w="1662"/>
          </w:tcPr>
          <w:p>
            <w:pPr>
              <w:spacing w:after="0"/>
              <w:jc w:val="left"/>
            </w:pPr>
          </w:p>
        </w:tc>
        <w:tc>
          <w:tcPr>
            <w:tcW w:type="dxa" w:w="2879"/>
          </w:tcPr>
          <w:p>
            <w:pPr>
              <w:spacing w:after="0"/>
              <w:jc w:val="left"/>
            </w:pPr>
            <w:r>
              <w:rPr>
                <w:sz w:val="16"/>
              </w:rPr>
              <w:t>$0 property; $0 crops, reported for the zone (2007 dollars)</w:t>
            </w:r>
          </w:p>
        </w:tc>
        <w:tc>
          <w:tcPr>
            <w:tcW w:type="dxa" w:w="1076"/>
          </w:tcPr>
          <w:p>
            <w:pPr>
              <w:spacing w:after="0"/>
              <w:jc w:val="right"/>
            </w:pPr>
            <w:r>
              <w:rPr>
                <w:sz w:val="16"/>
              </w:rPr>
              <w:t>0, 0</w:t>
            </w:r>
          </w:p>
        </w:tc>
        <w:tc>
          <w:tcPr>
            <w:tcW w:type="dxa" w:w="1792"/>
          </w:tcPr>
          <w:p>
            <w:pPr>
              <w:spacing w:after="0"/>
              <w:jc w:val="left"/>
            </w:pPr>
            <w:r>
              <w:rPr>
                <w:sz w:val="16"/>
              </w:rPr>
              <w:t>NWS zone TXZ044 (STONEWALL), zone-level: may include parts of neighboring counties</w:t>
            </w:r>
          </w:p>
        </w:tc>
        <w:tc>
          <w:tcPr>
            <w:tcW w:type="dxa" w:w="1958"/>
          </w:tcPr>
          <w:p>
            <w:pPr>
              <w:spacing w:after="0"/>
              <w:jc w:val="left"/>
            </w:pPr>
          </w:p>
        </w:tc>
        <w:tc>
          <w:tcPr>
            <w:tcW w:type="dxa" w:w="2306"/>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1"/>
        <w:gridCol w:w="1463"/>
        <w:gridCol w:w="1594"/>
        <w:gridCol w:w="1037"/>
        <w:gridCol w:w="1756"/>
        <w:gridCol w:w="1526"/>
        <w:gridCol w:w="1523"/>
        <w:gridCol w:w="1037"/>
        <w:gridCol w:w="1889"/>
      </w:tblGrid>
      <w:tr>
        <w:trPr>
          <w:cantSplit/>
          <w:tblHeader/>
        </w:trPr>
        <w:tc>
          <w:tcPr>
            <w:tcW w:type="dxa" w:w="1037"/>
            <w:shd w:val="clear" w:color="auto" w:fill="E8E8E8"/>
          </w:tcPr>
          <w:p>
            <w:pPr>
              <w:spacing w:after="0"/>
              <w:jc w:val="left"/>
            </w:pPr>
            <w:r>
              <w:rPr>
                <w:b/>
                <w:sz w:val="16"/>
              </w:rPr>
              <w:t>Hazard</w:t>
            </w:r>
          </w:p>
        </w:tc>
        <w:tc>
          <w:tcPr>
            <w:tcW w:type="dxa" w:w="125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3"/>
            <w:shd w:val="clear" w:color="auto" w:fill="E8E8E8"/>
          </w:tcPr>
          <w:p>
            <w:pPr>
              <w:spacing w:after="0"/>
              <w:jc w:val="left"/>
            </w:pPr>
            <w:r>
              <w:rPr>
                <w:b/>
                <w:sz w:val="16"/>
              </w:rPr>
              <w:t>Unit</w:t>
            </w:r>
          </w:p>
        </w:tc>
        <w:tc>
          <w:tcPr>
            <w:tcW w:type="dxa" w:w="159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1"/>
          </w:tcPr>
          <w:p>
            <w:pPr>
              <w:spacing w:after="0"/>
              <w:jc w:val="right"/>
            </w:pPr>
          </w:p>
        </w:tc>
        <w:tc>
          <w:tcPr>
            <w:tcW w:type="dxa" w:w="1463"/>
          </w:tcPr>
          <w:p>
            <w:pPr>
              <w:spacing w:after="0"/>
              <w:jc w:val="left"/>
            </w:pPr>
            <w:r>
              <w:rPr>
                <w:sz w:val="16"/>
              </w:rPr>
              <w:t>events per year</w:t>
            </w:r>
          </w:p>
        </w:tc>
        <w:tc>
          <w:tcPr>
            <w:tcW w:type="dxa" w:w="1594"/>
          </w:tcPr>
          <w:p>
            <w:pPr>
              <w:spacing w:after="0"/>
              <w:jc w:val="left"/>
            </w:pPr>
          </w:p>
        </w:tc>
        <w:tc>
          <w:tcPr>
            <w:tcW w:type="dxa" w:w="1037"/>
          </w:tcPr>
          <w:p>
            <w:pPr>
              <w:spacing w:after="0"/>
              <w:jc w:val="left"/>
            </w:pPr>
          </w:p>
        </w:tc>
        <w:tc>
          <w:tcPr>
            <w:tcW w:type="dxa" w:w="1756"/>
          </w:tcPr>
          <w:p>
            <w:pPr>
              <w:spacing w:after="0"/>
              <w:jc w:val="left"/>
            </w:pPr>
          </w:p>
        </w:tc>
        <w:tc>
          <w:tcPr>
            <w:tcW w:type="dxa" w:w="1526"/>
          </w:tcPr>
          <w:p>
            <w:pPr>
              <w:spacing w:after="0"/>
              <w:jc w:val="right"/>
            </w:pPr>
          </w:p>
        </w:tc>
        <w:tc>
          <w:tcPr>
            <w:tcW w:type="dxa" w:w="1523"/>
          </w:tcPr>
          <w:p>
            <w:pPr>
              <w:spacing w:after="0"/>
              <w:jc w:val="left"/>
            </w:pPr>
            <w:r>
              <w:rPr>
                <w:sz w:val="16"/>
              </w:rPr>
              <w:t>1994 to 2023 (30 years)</w:t>
            </w:r>
          </w:p>
        </w:tc>
        <w:tc>
          <w:tcPr>
            <w:tcW w:type="dxa" w:w="1037"/>
          </w:tcPr>
          <w:p>
            <w:pPr>
              <w:spacing w:after="0"/>
              <w:jc w:val="left"/>
            </w:pPr>
            <w:r>
              <w:rPr>
                <w:sz w:val="16"/>
              </w:rPr>
              <w:t>see B1-f</w:t>
            </w:r>
          </w:p>
        </w:tc>
        <w:tc>
          <w:tcPr>
            <w:tcW w:type="dxa" w:w="188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1"/>
          </w:tcPr>
          <w:p>
            <w:pPr>
              <w:spacing w:after="0"/>
              <w:jc w:val="right"/>
            </w:pPr>
          </w:p>
        </w:tc>
        <w:tc>
          <w:tcPr>
            <w:tcW w:type="dxa" w:w="1463"/>
          </w:tcPr>
          <w:p>
            <w:pPr>
              <w:spacing w:after="0"/>
              <w:jc w:val="left"/>
            </w:pPr>
            <w:r>
              <w:rPr>
                <w:sz w:val="16"/>
              </w:rPr>
              <w:t>events per year at a location (modeled)</w:t>
            </w:r>
          </w:p>
        </w:tc>
        <w:tc>
          <w:tcPr>
            <w:tcW w:type="dxa" w:w="1594"/>
          </w:tcPr>
          <w:p>
            <w:pPr>
              <w:spacing w:after="0"/>
              <w:jc w:val="left"/>
            </w:pPr>
          </w:p>
        </w:tc>
        <w:tc>
          <w:tcPr>
            <w:tcW w:type="dxa" w:w="1037"/>
          </w:tcPr>
          <w:p>
            <w:pPr>
              <w:spacing w:after="0"/>
              <w:jc w:val="left"/>
            </w:pPr>
          </w:p>
        </w:tc>
        <w:tc>
          <w:tcPr>
            <w:tcW w:type="dxa" w:w="1756"/>
          </w:tcPr>
          <w:p>
            <w:pPr>
              <w:spacing w:after="0"/>
              <w:jc w:val="left"/>
            </w:pP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88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1"/>
          </w:tcPr>
          <w:p>
            <w:pPr>
              <w:spacing w:after="0"/>
              <w:jc w:val="right"/>
            </w:pPr>
            <w:r>
              <w:rPr>
                <w:sz w:val="16"/>
              </w:rPr>
              <w:t>1</w:t>
            </w:r>
          </w:p>
        </w:tc>
        <w:tc>
          <w:tcPr>
            <w:tcW w:type="dxa" w:w="1463"/>
          </w:tcPr>
          <w:p>
            <w:pPr>
              <w:spacing w:after="0"/>
              <w:jc w:val="left"/>
            </w:pPr>
            <w:r>
              <w:rPr>
                <w:sz w:val="16"/>
              </w:rPr>
              <w:t>event-days per year</w:t>
            </w:r>
          </w:p>
        </w:tc>
        <w:tc>
          <w:tcPr>
            <w:tcW w:type="dxa" w:w="1594"/>
          </w:tcPr>
          <w:p>
            <w:pPr>
              <w:spacing w:after="0"/>
              <w:jc w:val="left"/>
            </w:pPr>
            <w:r>
              <w:rPr>
                <w:sz w:val="16"/>
              </w:rPr>
              <w:t>about 1 days per year</w:t>
            </w:r>
          </w:p>
        </w:tc>
        <w:tc>
          <w:tcPr>
            <w:tcW w:type="dxa" w:w="1037"/>
          </w:tcPr>
          <w:p>
            <w:pPr>
              <w:spacing w:after="0"/>
              <w:jc w:val="left"/>
            </w:pPr>
          </w:p>
        </w:tc>
        <w:tc>
          <w:tcPr>
            <w:tcW w:type="dxa" w:w="1756"/>
          </w:tcPr>
          <w:p>
            <w:pPr>
              <w:spacing w:after="0"/>
              <w:jc w:val="left"/>
            </w:pPr>
            <w:r>
              <w:rPr>
                <w:sz w:val="16"/>
              </w:rPr>
              <w:t>event-days in 0 of 30 years, 1996 to 2025 (0%)</w:t>
            </w:r>
          </w:p>
        </w:tc>
        <w:tc>
          <w:tcPr>
            <w:tcW w:type="dxa" w:w="1526"/>
          </w:tcPr>
          <w:p>
            <w:pPr>
              <w:spacing w:after="0"/>
              <w:jc w:val="right"/>
            </w:pPr>
            <w:r>
              <w:rPr>
                <w:sz w:val="16"/>
              </w:rPr>
              <w:t>19</w:t>
            </w:r>
          </w:p>
        </w:tc>
        <w:tc>
          <w:tcPr>
            <w:tcW w:type="dxa" w:w="1523"/>
          </w:tcPr>
          <w:p>
            <w:pPr>
              <w:spacing w:after="0"/>
              <w:jc w:val="left"/>
            </w:pPr>
            <w:r>
              <w:rPr>
                <w:sz w:val="16"/>
              </w:rPr>
              <w:t>2005-11-12 to 2024-11-12 (19 years)</w:t>
            </w:r>
          </w:p>
        </w:tc>
        <w:tc>
          <w:tcPr>
            <w:tcW w:type="dxa" w:w="1037"/>
          </w:tcPr>
          <w:p>
            <w:pPr>
              <w:spacing w:after="0"/>
              <w:jc w:val="left"/>
            </w:pPr>
            <w:r>
              <w:rPr>
                <w:sz w:val="16"/>
              </w:rPr>
              <w:t>countywide</w:t>
            </w:r>
          </w:p>
        </w:tc>
        <w:tc>
          <w:tcPr>
            <w:tcW w:type="dxa" w:w="188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1"/>
          </w:tcPr>
          <w:p>
            <w:pPr>
              <w:spacing w:after="0"/>
              <w:jc w:val="right"/>
            </w:pPr>
            <w:r>
              <w:rPr>
                <w:sz w:val="16"/>
              </w:rPr>
              <w:t>84</w:t>
            </w:r>
          </w:p>
        </w:tc>
        <w:tc>
          <w:tcPr>
            <w:tcW w:type="dxa" w:w="1463"/>
          </w:tcPr>
          <w:p>
            <w:pPr>
              <w:spacing w:after="0"/>
              <w:jc w:val="left"/>
            </w:pPr>
            <w:r>
              <w:rPr>
                <w:sz w:val="16"/>
              </w:rPr>
              <w:t>event-days per year</w:t>
            </w:r>
          </w:p>
        </w:tc>
        <w:tc>
          <w:tcPr>
            <w:tcW w:type="dxa" w:w="1594"/>
          </w:tcPr>
          <w:p>
            <w:pPr>
              <w:spacing w:after="0"/>
              <w:jc w:val="left"/>
            </w:pPr>
            <w:r>
              <w:rPr>
                <w:sz w:val="16"/>
              </w:rPr>
              <w:t>about 84 days per year</w:t>
            </w:r>
          </w:p>
        </w:tc>
        <w:tc>
          <w:tcPr>
            <w:tcW w:type="dxa" w:w="1037"/>
          </w:tcPr>
          <w:p>
            <w:pPr>
              <w:spacing w:after="0"/>
              <w:jc w:val="left"/>
            </w:pPr>
            <w:r>
              <w:rPr>
                <w:sz w:val="16"/>
              </w:rPr>
              <w:t>Likely</w:t>
            </w:r>
          </w:p>
        </w:tc>
        <w:tc>
          <w:tcPr>
            <w:tcW w:type="dxa" w:w="1756"/>
          </w:tcPr>
          <w:p>
            <w:pPr>
              <w:spacing w:after="0"/>
              <w:jc w:val="left"/>
            </w:pPr>
            <w:r>
              <w:rPr>
                <w:sz w:val="16"/>
              </w:rPr>
              <w:t>event-days in 14 of 30 years, 1996 to 2025 (46.7%)</w:t>
            </w:r>
          </w:p>
        </w:tc>
        <w:tc>
          <w:tcPr>
            <w:tcW w:type="dxa" w:w="1526"/>
          </w:tcPr>
          <w:p>
            <w:pPr>
              <w:spacing w:after="0"/>
              <w:jc w:val="right"/>
            </w:pPr>
            <w:r>
              <w:rPr>
                <w:sz w:val="16"/>
              </w:rPr>
              <w:t>2,121</w:t>
            </w:r>
          </w:p>
        </w:tc>
        <w:tc>
          <w:tcPr>
            <w:tcW w:type="dxa" w:w="152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9"/>
          </w:tcPr>
          <w:p>
            <w:pPr>
              <w:spacing w:after="0"/>
              <w:jc w:val="left"/>
            </w:pPr>
            <w:r>
              <w:rPr>
                <w:sz w:val="16"/>
              </w:rPr>
              <w:t>NRI gives about 84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1"/>
          </w:tcPr>
          <w:p>
            <w:pPr>
              <w:spacing w:after="0"/>
              <w:jc w:val="right"/>
            </w:pPr>
            <w:r>
              <w:rPr>
                <w:sz w:val="16"/>
              </w:rPr>
              <w:t>0.000403</w:t>
            </w:r>
          </w:p>
        </w:tc>
        <w:tc>
          <w:tcPr>
            <w:tcW w:type="dxa" w:w="1463"/>
          </w:tcPr>
          <w:p>
            <w:pPr>
              <w:spacing w:after="0"/>
              <w:jc w:val="left"/>
            </w:pPr>
            <w:r>
              <w:rPr>
                <w:sz w:val="16"/>
              </w:rPr>
              <w:t>annual probability at a location</w:t>
            </w:r>
          </w:p>
        </w:tc>
        <w:tc>
          <w:tcPr>
            <w:tcW w:type="dxa" w:w="1594"/>
          </w:tcPr>
          <w:p>
            <w:pPr>
              <w:spacing w:after="0"/>
              <w:jc w:val="left"/>
            </w:pPr>
            <w:r>
              <w:rPr>
                <w:sz w:val="16"/>
              </w:rPr>
              <w:t>chance a given location in the county has at least minor-damage shaking in a year: 0.0403%</w:t>
            </w:r>
          </w:p>
        </w:tc>
        <w:tc>
          <w:tcPr>
            <w:tcW w:type="dxa" w:w="1037"/>
          </w:tcPr>
          <w:p>
            <w:pPr>
              <w:spacing w:after="0"/>
              <w:jc w:val="left"/>
            </w:pPr>
          </w:p>
        </w:tc>
        <w:tc>
          <w:tcPr>
            <w:tcW w:type="dxa" w:w="1756"/>
          </w:tcPr>
          <w:p>
            <w:pPr>
              <w:spacing w:after="0"/>
              <w:jc w:val="left"/>
            </w:pP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88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1"/>
          </w:tcPr>
          <w:p>
            <w:pPr>
              <w:spacing w:after="0"/>
              <w:jc w:val="right"/>
            </w:pPr>
            <w:r>
              <w:rPr>
                <w:sz w:val="16"/>
              </w:rPr>
              <w:t>5.02</w:t>
            </w:r>
          </w:p>
        </w:tc>
        <w:tc>
          <w:tcPr>
            <w:tcW w:type="dxa" w:w="1463"/>
          </w:tcPr>
          <w:p>
            <w:pPr>
              <w:spacing w:after="0"/>
              <w:jc w:val="left"/>
            </w:pPr>
            <w:r>
              <w:rPr>
                <w:sz w:val="16"/>
              </w:rPr>
              <w:t>events per year</w:t>
            </w:r>
          </w:p>
        </w:tc>
        <w:tc>
          <w:tcPr>
            <w:tcW w:type="dxa" w:w="1594"/>
          </w:tcPr>
          <w:p>
            <w:pPr>
              <w:spacing w:after="0"/>
              <w:jc w:val="left"/>
            </w:pPr>
            <w:r>
              <w:rPr>
                <w:sz w:val="16"/>
              </w:rPr>
              <w:t>about 5.02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26"/>
          </w:tcPr>
          <w:p>
            <w:pPr>
              <w:spacing w:after="0"/>
              <w:jc w:val="right"/>
            </w:pPr>
            <w:r>
              <w:rPr>
                <w:sz w:val="16"/>
              </w:rPr>
              <w:t>190.6 (modeled)</w:t>
            </w:r>
          </w:p>
        </w:tc>
        <w:tc>
          <w:tcPr>
            <w:tcW w:type="dxa" w:w="1523"/>
          </w:tcPr>
          <w:p>
            <w:pPr>
              <w:spacing w:after="0"/>
              <w:jc w:val="left"/>
            </w:pPr>
            <w:r>
              <w:rPr>
                <w:sz w:val="16"/>
              </w:rPr>
              <w:t>1986 to 2023 (38 years)</w:t>
            </w:r>
          </w:p>
        </w:tc>
        <w:tc>
          <w:tcPr>
            <w:tcW w:type="dxa" w:w="1037"/>
          </w:tcPr>
          <w:p>
            <w:pPr>
              <w:spacing w:after="0"/>
              <w:jc w:val="left"/>
            </w:pPr>
            <w:r>
              <w:rPr>
                <w:sz w:val="16"/>
              </w:rPr>
              <w:t>countywide</w:t>
            </w:r>
          </w:p>
        </w:tc>
        <w:tc>
          <w:tcPr>
            <w:tcW w:type="dxa" w:w="1889"/>
          </w:tcPr>
          <w:p>
            <w:pPr>
              <w:spacing w:after="0"/>
              <w:jc w:val="left"/>
            </w:pPr>
          </w:p>
        </w:tc>
      </w:tr>
      <w:tr>
        <w:trPr>
          <w:cantSplit/>
        </w:trPr>
        <w:tc>
          <w:tcPr>
            <w:tcW w:type="dxa" w:w="1037"/>
          </w:tcPr>
          <w:p>
            <w:pPr>
              <w:spacing w:after="0"/>
              <w:jc w:val="left"/>
            </w:pPr>
            <w:r>
              <w:rPr>
                <w:sz w:val="16"/>
              </w:rPr>
              <w:t>Heat Wave</w:t>
            </w:r>
          </w:p>
        </w:tc>
        <w:tc>
          <w:tcPr>
            <w:tcW w:type="dxa" w:w="1251"/>
          </w:tcPr>
          <w:p>
            <w:pPr>
              <w:spacing w:after="0"/>
              <w:jc w:val="right"/>
            </w:pPr>
            <w:r>
              <w:rPr>
                <w:sz w:val="16"/>
              </w:rPr>
              <w:t>4</w:t>
            </w:r>
          </w:p>
        </w:tc>
        <w:tc>
          <w:tcPr>
            <w:tcW w:type="dxa" w:w="1463"/>
          </w:tcPr>
          <w:p>
            <w:pPr>
              <w:spacing w:after="0"/>
              <w:jc w:val="left"/>
            </w:pPr>
            <w:r>
              <w:rPr>
                <w:sz w:val="16"/>
              </w:rPr>
              <w:t>event-days per year</w:t>
            </w:r>
          </w:p>
        </w:tc>
        <w:tc>
          <w:tcPr>
            <w:tcW w:type="dxa" w:w="1594"/>
          </w:tcPr>
          <w:p>
            <w:pPr>
              <w:spacing w:after="0"/>
              <w:jc w:val="left"/>
            </w:pPr>
            <w:r>
              <w:rPr>
                <w:sz w:val="16"/>
              </w:rPr>
              <w:t>about 4 days per year</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26"/>
          </w:tcPr>
          <w:p>
            <w:pPr>
              <w:spacing w:after="0"/>
              <w:jc w:val="right"/>
            </w:pPr>
            <w:r>
              <w:rPr>
                <w:sz w:val="16"/>
              </w:rPr>
              <w:t>57</w:t>
            </w:r>
          </w:p>
        </w:tc>
        <w:tc>
          <w:tcPr>
            <w:tcW w:type="dxa" w:w="1523"/>
          </w:tcPr>
          <w:p>
            <w:pPr>
              <w:spacing w:after="0"/>
              <w:jc w:val="left"/>
            </w:pPr>
            <w:r>
              <w:rPr>
                <w:sz w:val="16"/>
              </w:rPr>
              <w:t>2005-11-12 to 2024-11-12 (19 years)</w:t>
            </w:r>
          </w:p>
        </w:tc>
        <w:tc>
          <w:tcPr>
            <w:tcW w:type="dxa" w:w="1037"/>
          </w:tcPr>
          <w:p>
            <w:pPr>
              <w:spacing w:after="0"/>
              <w:jc w:val="left"/>
            </w:pPr>
            <w:r>
              <w:rPr>
                <w:sz w:val="16"/>
              </w:rPr>
              <w:t>countywide</w:t>
            </w:r>
          </w:p>
        </w:tc>
        <w:tc>
          <w:tcPr>
            <w:tcW w:type="dxa" w:w="1889"/>
          </w:tcPr>
          <w:p>
            <w:pPr>
              <w:spacing w:after="0"/>
              <w:jc w:val="left"/>
            </w:pPr>
            <w:r>
              <w:rPr>
                <w:sz w:val="16"/>
              </w:rPr>
              <w:t>NRI gives about 4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1"/>
          </w:tcPr>
          <w:p>
            <w:pPr>
              <w:spacing w:after="0"/>
              <w:jc w:val="right"/>
            </w:pPr>
            <w:r>
              <w:rPr>
                <w:sz w:val="16"/>
              </w:rPr>
              <w:t>0.00892</w:t>
            </w:r>
          </w:p>
        </w:tc>
        <w:tc>
          <w:tcPr>
            <w:tcW w:type="dxa" w:w="1463"/>
          </w:tcPr>
          <w:p>
            <w:pPr>
              <w:spacing w:after="0"/>
              <w:jc w:val="left"/>
            </w:pPr>
            <w:r>
              <w:rPr>
                <w:sz w:val="16"/>
              </w:rPr>
              <w:t>events per year</w:t>
            </w:r>
          </w:p>
        </w:tc>
        <w:tc>
          <w:tcPr>
            <w:tcW w:type="dxa" w:w="1594"/>
          </w:tcPr>
          <w:p>
            <w:pPr>
              <w:spacing w:after="0"/>
              <w:jc w:val="left"/>
            </w:pPr>
            <w:r>
              <w:rPr>
                <w:sz w:val="16"/>
              </w:rPr>
              <w:t>about 1 in 112 years</w:t>
            </w:r>
          </w:p>
        </w:tc>
        <w:tc>
          <w:tcPr>
            <w:tcW w:type="dxa" w:w="1037"/>
          </w:tcPr>
          <w:p>
            <w:pPr>
              <w:spacing w:after="0"/>
              <w:jc w:val="left"/>
            </w:pPr>
            <w:r>
              <w:rPr>
                <w:sz w:val="16"/>
              </w:rPr>
              <w:t>Unlikely</w:t>
            </w:r>
          </w:p>
        </w:tc>
        <w:tc>
          <w:tcPr>
            <w:tcW w:type="dxa" w:w="1756"/>
          </w:tcPr>
          <w:p>
            <w:pPr>
              <w:spacing w:after="0"/>
              <w:jc w:val="left"/>
            </w:pPr>
            <w:r>
              <w:rPr>
                <w:sz w:val="16"/>
              </w:rPr>
              <w:t>FEMA annualized frequency (modeled)</w:t>
            </w:r>
          </w:p>
        </w:tc>
        <w:tc>
          <w:tcPr>
            <w:tcW w:type="dxa" w:w="1526"/>
          </w:tcPr>
          <w:p>
            <w:pPr>
              <w:spacing w:after="0"/>
              <w:jc w:val="right"/>
            </w:pPr>
            <w:r>
              <w:rPr>
                <w:sz w:val="16"/>
              </w:rPr>
              <w:t>0</w:t>
            </w:r>
          </w:p>
        </w:tc>
        <w:tc>
          <w:tcPr>
            <w:tcW w:type="dxa" w:w="1523"/>
          </w:tcPr>
          <w:p>
            <w:pPr>
              <w:spacing w:after="0"/>
              <w:jc w:val="left"/>
            </w:pPr>
            <w:r>
              <w:rPr>
                <w:sz w:val="16"/>
              </w:rPr>
              <w:t>1851 to 2024 (Atlantic)</w:t>
            </w:r>
          </w:p>
        </w:tc>
        <w:tc>
          <w:tcPr>
            <w:tcW w:type="dxa" w:w="1037"/>
          </w:tcPr>
          <w:p>
            <w:pPr>
              <w:spacing w:after="0"/>
              <w:jc w:val="left"/>
            </w:pPr>
            <w:r>
              <w:rPr>
                <w:sz w:val="16"/>
              </w:rPr>
              <w:t>see B1-f</w:t>
            </w:r>
          </w:p>
        </w:tc>
        <w:tc>
          <w:tcPr>
            <w:tcW w:type="dxa" w:w="188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1"/>
          </w:tcPr>
          <w:p>
            <w:pPr>
              <w:spacing w:after="0"/>
              <w:jc w:val="right"/>
            </w:pPr>
            <w:r>
              <w:rPr>
                <w:sz w:val="16"/>
              </w:rPr>
              <w:t>0.367</w:t>
            </w:r>
          </w:p>
        </w:tc>
        <w:tc>
          <w:tcPr>
            <w:tcW w:type="dxa" w:w="1463"/>
          </w:tcPr>
          <w:p>
            <w:pPr>
              <w:spacing w:after="0"/>
              <w:jc w:val="left"/>
            </w:pPr>
            <w:r>
              <w:rPr>
                <w:sz w:val="16"/>
              </w:rPr>
              <w:t>event-days per year</w:t>
            </w:r>
          </w:p>
        </w:tc>
        <w:tc>
          <w:tcPr>
            <w:tcW w:type="dxa" w:w="1594"/>
          </w:tcPr>
          <w:p>
            <w:pPr>
              <w:spacing w:after="0"/>
              <w:jc w:val="left"/>
            </w:pPr>
            <w:r>
              <w:rPr>
                <w:sz w:val="16"/>
              </w:rPr>
              <w:t>about 0.367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26"/>
          </w:tcPr>
          <w:p>
            <w:pPr>
              <w:spacing w:after="0"/>
              <w:jc w:val="right"/>
            </w:pPr>
            <w:r>
              <w:rPr>
                <w:sz w:val="16"/>
              </w:rPr>
              <w:t>25</w:t>
            </w:r>
          </w:p>
        </w:tc>
        <w:tc>
          <w:tcPr>
            <w:tcW w:type="dxa" w:w="1523"/>
          </w:tcPr>
          <w:p>
            <w:pPr>
              <w:spacing w:after="0"/>
              <w:jc w:val="left"/>
            </w:pPr>
            <w:r>
              <w:rPr>
                <w:sz w:val="16"/>
              </w:rPr>
              <w:t>1946-12-31 to 2014-02-12 (67 years)</w:t>
            </w:r>
          </w:p>
        </w:tc>
        <w:tc>
          <w:tcPr>
            <w:tcW w:type="dxa" w:w="1037"/>
          </w:tcPr>
          <w:p>
            <w:pPr>
              <w:spacing w:after="0"/>
              <w:jc w:val="left"/>
            </w:pPr>
            <w:r>
              <w:rPr>
                <w:sz w:val="16"/>
              </w:rPr>
              <w:t>countywide</w:t>
            </w:r>
          </w:p>
        </w:tc>
        <w:tc>
          <w:tcPr>
            <w:tcW w:type="dxa" w:w="1889"/>
          </w:tcPr>
          <w:p>
            <w:pPr>
              <w:spacing w:after="0"/>
              <w:jc w:val="left"/>
            </w:pPr>
          </w:p>
        </w:tc>
      </w:tr>
      <w:tr>
        <w:trPr>
          <w:cantSplit/>
        </w:trPr>
        <w:tc>
          <w:tcPr>
            <w:tcW w:type="dxa" w:w="1037"/>
          </w:tcPr>
          <w:p>
            <w:pPr>
              <w:spacing w:after="0"/>
              <w:jc w:val="left"/>
            </w:pPr>
            <w:r>
              <w:rPr>
                <w:sz w:val="16"/>
              </w:rPr>
              <w:t>Inland Flooding</w:t>
            </w:r>
          </w:p>
        </w:tc>
        <w:tc>
          <w:tcPr>
            <w:tcW w:type="dxa" w:w="1251"/>
          </w:tcPr>
          <w:p>
            <w:pPr>
              <w:spacing w:after="0"/>
              <w:jc w:val="right"/>
            </w:pPr>
            <w:r>
              <w:rPr>
                <w:sz w:val="16"/>
              </w:rPr>
              <w:t>0.143</w:t>
            </w:r>
          </w:p>
        </w:tc>
        <w:tc>
          <w:tcPr>
            <w:tcW w:type="dxa" w:w="1463"/>
          </w:tcPr>
          <w:p>
            <w:pPr>
              <w:spacing w:after="0"/>
              <w:jc w:val="left"/>
            </w:pPr>
            <w:r>
              <w:rPr>
                <w:sz w:val="16"/>
              </w:rPr>
              <w:t>event-days per year</w:t>
            </w:r>
          </w:p>
        </w:tc>
        <w:tc>
          <w:tcPr>
            <w:tcW w:type="dxa" w:w="1594"/>
          </w:tcPr>
          <w:p>
            <w:pPr>
              <w:spacing w:after="0"/>
              <w:jc w:val="left"/>
            </w:pPr>
            <w:r>
              <w:rPr>
                <w:sz w:val="16"/>
              </w:rPr>
              <w:t>about 0.143 days per year</w:t>
            </w:r>
          </w:p>
        </w:tc>
        <w:tc>
          <w:tcPr>
            <w:tcW w:type="dxa" w:w="1037"/>
          </w:tcPr>
          <w:p>
            <w:pPr>
              <w:spacing w:after="0"/>
              <w:jc w:val="left"/>
            </w:pPr>
            <w:r>
              <w:rPr>
                <w:sz w:val="16"/>
              </w:rPr>
              <w:t>Likely</w:t>
            </w:r>
          </w:p>
        </w:tc>
        <w:tc>
          <w:tcPr>
            <w:tcW w:type="dxa" w:w="1756"/>
          </w:tcPr>
          <w:p>
            <w:pPr>
              <w:spacing w:after="0"/>
              <w:jc w:val="left"/>
            </w:pPr>
            <w:r>
              <w:rPr>
                <w:sz w:val="16"/>
              </w:rPr>
              <w:t>event-days in 6 of 30 years, 1996 to 2025 (20%)</w:t>
            </w:r>
          </w:p>
        </w:tc>
        <w:tc>
          <w:tcPr>
            <w:tcW w:type="dxa" w:w="1526"/>
          </w:tcPr>
          <w:p>
            <w:pPr>
              <w:spacing w:after="0"/>
              <w:jc w:val="right"/>
            </w:pPr>
            <w:r>
              <w:rPr>
                <w:sz w:val="16"/>
              </w:rPr>
              <w:t>4</w:t>
            </w:r>
          </w:p>
        </w:tc>
        <w:tc>
          <w:tcPr>
            <w:tcW w:type="dxa" w:w="1523"/>
          </w:tcPr>
          <w:p>
            <w:pPr>
              <w:spacing w:after="0"/>
              <w:jc w:val="left"/>
            </w:pPr>
            <w:r>
              <w:rPr>
                <w:sz w:val="16"/>
              </w:rPr>
              <w:t>1996 to 2023 (28 years)</w:t>
            </w:r>
          </w:p>
        </w:tc>
        <w:tc>
          <w:tcPr>
            <w:tcW w:type="dxa" w:w="1037"/>
          </w:tcPr>
          <w:p>
            <w:pPr>
              <w:spacing w:after="0"/>
              <w:jc w:val="left"/>
            </w:pPr>
            <w:r>
              <w:rPr>
                <w:sz w:val="16"/>
              </w:rPr>
              <w:t>see B1-f</w:t>
            </w:r>
          </w:p>
        </w:tc>
        <w:tc>
          <w:tcPr>
            <w:tcW w:type="dxa" w:w="1889"/>
          </w:tcPr>
          <w:p>
            <w:pPr>
              <w:spacing w:after="0"/>
              <w:jc w:val="left"/>
            </w:pPr>
          </w:p>
        </w:tc>
      </w:tr>
      <w:tr>
        <w:trPr>
          <w:cantSplit/>
        </w:trPr>
        <w:tc>
          <w:tcPr>
            <w:tcW w:type="dxa" w:w="1037"/>
          </w:tcPr>
          <w:p>
            <w:pPr>
              <w:spacing w:after="0"/>
              <w:jc w:val="left"/>
            </w:pPr>
            <w:r>
              <w:rPr>
                <w:sz w:val="16"/>
              </w:rPr>
              <w:t>Landslide</w:t>
            </w:r>
          </w:p>
        </w:tc>
        <w:tc>
          <w:tcPr>
            <w:tcW w:type="dxa" w:w="1251"/>
          </w:tcPr>
          <w:p>
            <w:pPr>
              <w:spacing w:after="0"/>
              <w:jc w:val="right"/>
            </w:pPr>
            <w:r>
              <w:rPr>
                <w:sz w:val="16"/>
              </w:rPr>
              <w:t>0.203</w:t>
            </w:r>
          </w:p>
        </w:tc>
        <w:tc>
          <w:tcPr>
            <w:tcW w:type="dxa" w:w="1463"/>
          </w:tcPr>
          <w:p>
            <w:pPr>
              <w:spacing w:after="0"/>
              <w:jc w:val="left"/>
            </w:pPr>
            <w:r>
              <w:rPr>
                <w:sz w:val="16"/>
              </w:rPr>
              <w:t>events per year (modeled)</w:t>
            </w:r>
          </w:p>
        </w:tc>
        <w:tc>
          <w:tcPr>
            <w:tcW w:type="dxa" w:w="1594"/>
          </w:tcPr>
          <w:p>
            <w:pPr>
              <w:spacing w:after="0"/>
              <w:jc w:val="left"/>
            </w:pPr>
            <w:r>
              <w:rPr>
                <w:sz w:val="16"/>
              </w:rPr>
              <w:t>about 1 in 5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889"/>
          </w:tcPr>
          <w:p>
            <w:pPr>
              <w:spacing w:after="0"/>
              <w:jc w:val="left"/>
            </w:pPr>
          </w:p>
        </w:tc>
      </w:tr>
      <w:tr>
        <w:trPr>
          <w:cantSplit/>
        </w:trPr>
        <w:tc>
          <w:tcPr>
            <w:tcW w:type="dxa" w:w="1037"/>
          </w:tcPr>
          <w:p>
            <w:pPr>
              <w:spacing w:after="0"/>
              <w:jc w:val="left"/>
            </w:pPr>
            <w:r>
              <w:rPr>
                <w:sz w:val="16"/>
              </w:rPr>
              <w:t>Lightning</w:t>
            </w:r>
          </w:p>
        </w:tc>
        <w:tc>
          <w:tcPr>
            <w:tcW w:type="dxa" w:w="1251"/>
          </w:tcPr>
          <w:p>
            <w:pPr>
              <w:spacing w:after="0"/>
              <w:jc w:val="right"/>
            </w:pPr>
            <w:r>
              <w:rPr>
                <w:sz w:val="16"/>
              </w:rPr>
              <w:t>48.2</w:t>
            </w:r>
          </w:p>
        </w:tc>
        <w:tc>
          <w:tcPr>
            <w:tcW w:type="dxa" w:w="1463"/>
          </w:tcPr>
          <w:p>
            <w:pPr>
              <w:spacing w:after="0"/>
              <w:jc w:val="left"/>
            </w:pPr>
            <w:r>
              <w:rPr>
                <w:sz w:val="16"/>
              </w:rPr>
              <w:t>days per year with a strike</w:t>
            </w:r>
          </w:p>
        </w:tc>
        <w:tc>
          <w:tcPr>
            <w:tcW w:type="dxa" w:w="1594"/>
          </w:tcPr>
          <w:p>
            <w:pPr>
              <w:spacing w:after="0"/>
              <w:jc w:val="left"/>
            </w:pPr>
            <w:r>
              <w:rPr>
                <w:sz w:val="16"/>
              </w:rPr>
              <w:t>about 48.2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3"/>
          </w:tcPr>
          <w:p>
            <w:pPr>
              <w:spacing w:after="0"/>
              <w:jc w:val="left"/>
            </w:pPr>
            <w:r>
              <w:rPr>
                <w:sz w:val="16"/>
              </w:rPr>
              <w:t>1995 to 2023 (29 years; CONUS)</w:t>
            </w:r>
          </w:p>
        </w:tc>
        <w:tc>
          <w:tcPr>
            <w:tcW w:type="dxa" w:w="1037"/>
          </w:tcPr>
          <w:p>
            <w:pPr>
              <w:spacing w:after="0"/>
              <w:jc w:val="left"/>
            </w:pPr>
            <w:r>
              <w:rPr>
                <w:sz w:val="16"/>
              </w:rPr>
              <w:t>countywide</w:t>
            </w:r>
          </w:p>
        </w:tc>
        <w:tc>
          <w:tcPr>
            <w:tcW w:type="dxa" w:w="1889"/>
          </w:tcPr>
          <w:p>
            <w:pPr>
              <w:spacing w:after="0"/>
              <w:jc w:val="left"/>
            </w:pPr>
          </w:p>
        </w:tc>
      </w:tr>
      <w:tr>
        <w:trPr>
          <w:cantSplit/>
        </w:trPr>
        <w:tc>
          <w:tcPr>
            <w:tcW w:type="dxa" w:w="1037"/>
          </w:tcPr>
          <w:p>
            <w:pPr>
              <w:spacing w:after="0"/>
              <w:jc w:val="left"/>
            </w:pPr>
            <w:r>
              <w:rPr>
                <w:sz w:val="16"/>
              </w:rPr>
              <w:t>Strong Wind</w:t>
            </w:r>
          </w:p>
        </w:tc>
        <w:tc>
          <w:tcPr>
            <w:tcW w:type="dxa" w:w="1251"/>
          </w:tcPr>
          <w:p>
            <w:pPr>
              <w:spacing w:after="0"/>
              <w:jc w:val="right"/>
            </w:pPr>
            <w:r>
              <w:rPr>
                <w:sz w:val="16"/>
              </w:rPr>
              <w:t>1.97</w:t>
            </w:r>
          </w:p>
        </w:tc>
        <w:tc>
          <w:tcPr>
            <w:tcW w:type="dxa" w:w="1463"/>
          </w:tcPr>
          <w:p>
            <w:pPr>
              <w:spacing w:after="0"/>
              <w:jc w:val="left"/>
            </w:pPr>
            <w:r>
              <w:rPr>
                <w:sz w:val="16"/>
              </w:rPr>
              <w:t>events per year</w:t>
            </w:r>
          </w:p>
        </w:tc>
        <w:tc>
          <w:tcPr>
            <w:tcW w:type="dxa" w:w="1594"/>
          </w:tcPr>
          <w:p>
            <w:pPr>
              <w:spacing w:after="0"/>
              <w:jc w:val="left"/>
            </w:pPr>
            <w:r>
              <w:rPr>
                <w:sz w:val="16"/>
              </w:rPr>
              <w:t>about 1.97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26"/>
          </w:tcPr>
          <w:p>
            <w:pPr>
              <w:spacing w:after="0"/>
              <w:jc w:val="right"/>
            </w:pPr>
            <w:r>
              <w:rPr>
                <w:sz w:val="16"/>
              </w:rPr>
              <w:t>75</w:t>
            </w:r>
          </w:p>
        </w:tc>
        <w:tc>
          <w:tcPr>
            <w:tcW w:type="dxa" w:w="1523"/>
          </w:tcPr>
          <w:p>
            <w:pPr>
              <w:spacing w:after="0"/>
              <w:jc w:val="left"/>
            </w:pPr>
            <w:r>
              <w:rPr>
                <w:sz w:val="16"/>
              </w:rPr>
              <w:t>1986 to 2023 (38 years)</w:t>
            </w:r>
          </w:p>
        </w:tc>
        <w:tc>
          <w:tcPr>
            <w:tcW w:type="dxa" w:w="1037"/>
          </w:tcPr>
          <w:p>
            <w:pPr>
              <w:spacing w:after="0"/>
              <w:jc w:val="left"/>
            </w:pPr>
            <w:r>
              <w:rPr>
                <w:sz w:val="16"/>
              </w:rPr>
              <w:t>countywide</w:t>
            </w:r>
          </w:p>
        </w:tc>
        <w:tc>
          <w:tcPr>
            <w:tcW w:type="dxa" w:w="1889"/>
          </w:tcPr>
          <w:p>
            <w:pPr>
              <w:spacing w:after="0"/>
              <w:jc w:val="left"/>
            </w:pPr>
          </w:p>
        </w:tc>
      </w:tr>
      <w:tr>
        <w:trPr>
          <w:cantSplit/>
        </w:trPr>
        <w:tc>
          <w:tcPr>
            <w:tcW w:type="dxa" w:w="1037"/>
          </w:tcPr>
          <w:p>
            <w:pPr>
              <w:spacing w:after="0"/>
              <w:jc w:val="left"/>
            </w:pPr>
            <w:r>
              <w:rPr>
                <w:sz w:val="16"/>
              </w:rPr>
              <w:t>Tornado</w:t>
            </w:r>
          </w:p>
        </w:tc>
        <w:tc>
          <w:tcPr>
            <w:tcW w:type="dxa" w:w="1251"/>
          </w:tcPr>
          <w:p>
            <w:pPr>
              <w:spacing w:after="0"/>
              <w:jc w:val="right"/>
            </w:pPr>
            <w:r>
              <w:rPr>
                <w:sz w:val="16"/>
              </w:rPr>
              <w:t>0.576</w:t>
            </w:r>
          </w:p>
        </w:tc>
        <w:tc>
          <w:tcPr>
            <w:tcW w:type="dxa" w:w="1463"/>
          </w:tcPr>
          <w:p>
            <w:pPr>
              <w:spacing w:after="0"/>
              <w:jc w:val="left"/>
            </w:pPr>
            <w:r>
              <w:rPr>
                <w:sz w:val="16"/>
              </w:rPr>
              <w:t>events per year</w:t>
            </w:r>
          </w:p>
        </w:tc>
        <w:tc>
          <w:tcPr>
            <w:tcW w:type="dxa" w:w="1594"/>
          </w:tcPr>
          <w:p>
            <w:pPr>
              <w:spacing w:after="0"/>
              <w:jc w:val="left"/>
            </w:pPr>
            <w:r>
              <w:rPr>
                <w:sz w:val="16"/>
              </w:rPr>
              <w:t>about 0.58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3"/>
          </w:tcPr>
          <w:p>
            <w:pPr>
              <w:spacing w:after="0"/>
              <w:jc w:val="left"/>
            </w:pPr>
            <w:r>
              <w:rPr>
                <w:sz w:val="16"/>
              </w:rPr>
              <w:t>1950 to 2023 (EF2+); 1986 to 2023 (EF0-1)</w:t>
            </w:r>
          </w:p>
        </w:tc>
        <w:tc>
          <w:tcPr>
            <w:tcW w:type="dxa" w:w="1037"/>
          </w:tcPr>
          <w:p>
            <w:pPr>
              <w:spacing w:after="0"/>
              <w:jc w:val="left"/>
            </w:pPr>
            <w:r>
              <w:rPr>
                <w:sz w:val="16"/>
              </w:rPr>
              <w:t>see B1-f</w:t>
            </w:r>
          </w:p>
        </w:tc>
        <w:tc>
          <w:tcPr>
            <w:tcW w:type="dxa" w:w="1889"/>
          </w:tcPr>
          <w:p>
            <w:pPr>
              <w:spacing w:after="0"/>
              <w:jc w:val="left"/>
            </w:pPr>
          </w:p>
        </w:tc>
      </w:tr>
      <w:tr>
        <w:trPr>
          <w:cantSplit/>
        </w:trPr>
        <w:tc>
          <w:tcPr>
            <w:tcW w:type="dxa" w:w="1037"/>
          </w:tcPr>
          <w:p>
            <w:pPr>
              <w:spacing w:after="0"/>
              <w:jc w:val="left"/>
            </w:pPr>
            <w:r>
              <w:rPr>
                <w:sz w:val="16"/>
              </w:rPr>
              <w:t>Tsunami</w:t>
            </w:r>
          </w:p>
        </w:tc>
        <w:tc>
          <w:tcPr>
            <w:tcW w:type="dxa" w:w="1251"/>
          </w:tcPr>
          <w:p>
            <w:pPr>
              <w:spacing w:after="0"/>
              <w:jc w:val="right"/>
            </w:pPr>
          </w:p>
        </w:tc>
        <w:tc>
          <w:tcPr>
            <w:tcW w:type="dxa" w:w="1463"/>
          </w:tcPr>
          <w:p>
            <w:pPr>
              <w:spacing w:after="0"/>
              <w:jc w:val="left"/>
            </w:pPr>
            <w:r>
              <w:rPr>
                <w:sz w:val="16"/>
              </w:rPr>
              <w:t>annual probability at the most exposed location (used in place of a county value)</w:t>
            </w:r>
          </w:p>
        </w:tc>
        <w:tc>
          <w:tcPr>
            <w:tcW w:type="dxa" w:w="1594"/>
          </w:tcPr>
          <w:p>
            <w:pPr>
              <w:spacing w:after="0"/>
              <w:jc w:val="left"/>
            </w:pPr>
          </w:p>
        </w:tc>
        <w:tc>
          <w:tcPr>
            <w:tcW w:type="dxa" w:w="1037"/>
          </w:tcPr>
          <w:p>
            <w:pPr>
              <w:spacing w:after="0"/>
              <w:jc w:val="left"/>
            </w:pPr>
          </w:p>
        </w:tc>
        <w:tc>
          <w:tcPr>
            <w:tcW w:type="dxa" w:w="1756"/>
          </w:tcPr>
          <w:p>
            <w:pPr>
              <w:spacing w:after="0"/>
              <w:jc w:val="left"/>
            </w:pP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88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1"/>
          </w:tcPr>
          <w:p>
            <w:pPr>
              <w:spacing w:after="0"/>
              <w:jc w:val="right"/>
            </w:pPr>
          </w:p>
        </w:tc>
        <w:tc>
          <w:tcPr>
            <w:tcW w:type="dxa" w:w="1463"/>
          </w:tcPr>
          <w:p>
            <w:pPr>
              <w:spacing w:after="0"/>
              <w:jc w:val="left"/>
            </w:pPr>
            <w:r>
              <w:rPr>
                <w:sz w:val="16"/>
              </w:rPr>
              <w:t>annual probability</w:t>
            </w:r>
          </w:p>
        </w:tc>
        <w:tc>
          <w:tcPr>
            <w:tcW w:type="dxa" w:w="1594"/>
          </w:tcPr>
          <w:p>
            <w:pPr>
              <w:spacing w:after="0"/>
              <w:jc w:val="left"/>
            </w:pPr>
          </w:p>
        </w:tc>
        <w:tc>
          <w:tcPr>
            <w:tcW w:type="dxa" w:w="1037"/>
          </w:tcPr>
          <w:p>
            <w:pPr>
              <w:spacing w:after="0"/>
              <w:jc w:val="left"/>
            </w:pPr>
          </w:p>
        </w:tc>
        <w:tc>
          <w:tcPr>
            <w:tcW w:type="dxa" w:w="1756"/>
          </w:tcPr>
          <w:p>
            <w:pPr>
              <w:spacing w:after="0"/>
              <w:jc w:val="left"/>
            </w:pP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88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1"/>
          </w:tcPr>
          <w:p>
            <w:pPr>
              <w:spacing w:after="0"/>
              <w:jc w:val="right"/>
            </w:pPr>
            <w:r>
              <w:rPr>
                <w:sz w:val="16"/>
              </w:rPr>
              <w:t>0.00479</w:t>
            </w:r>
          </w:p>
        </w:tc>
        <w:tc>
          <w:tcPr>
            <w:tcW w:type="dxa" w:w="1463"/>
          </w:tcPr>
          <w:p>
            <w:pPr>
              <w:spacing w:after="0"/>
              <w:jc w:val="left"/>
            </w:pPr>
            <w:r>
              <w:rPr>
                <w:sz w:val="16"/>
              </w:rPr>
              <w:t>annual probability at a location</w:t>
            </w:r>
          </w:p>
        </w:tc>
        <w:tc>
          <w:tcPr>
            <w:tcW w:type="dxa" w:w="1594"/>
          </w:tcPr>
          <w:p>
            <w:pPr>
              <w:spacing w:after="0"/>
              <w:jc w:val="left"/>
            </w:pPr>
            <w:r>
              <w:rPr>
                <w:sz w:val="16"/>
              </w:rPr>
              <w:t>chance a given location in the county burns in a year: 0.479%</w:t>
            </w:r>
          </w:p>
        </w:tc>
        <w:tc>
          <w:tcPr>
            <w:tcW w:type="dxa" w:w="1037"/>
          </w:tcPr>
          <w:p>
            <w:pPr>
              <w:spacing w:after="0"/>
              <w:jc w:val="left"/>
            </w:pPr>
            <w:r>
              <w:rPr>
                <w:sz w:val="16"/>
              </w:rPr>
              <w:t>Possible</w:t>
            </w:r>
          </w:p>
        </w:tc>
        <w:tc>
          <w:tcPr>
            <w:tcW w:type="dxa" w:w="1756"/>
          </w:tcPr>
          <w:p>
            <w:pPr>
              <w:spacing w:after="0"/>
              <w:jc w:val="left"/>
            </w:pPr>
            <w:r>
              <w:rPr>
                <w:sz w:val="16"/>
              </w:rPr>
              <w:t>Storm Events records in 1 of 30 years, 1996 to 2025 (3.33%)</w:t>
            </w:r>
          </w:p>
        </w:tc>
        <w:tc>
          <w:tcPr>
            <w:tcW w:type="dxa" w:w="1526"/>
          </w:tcPr>
          <w:p>
            <w:pPr>
              <w:spacing w:after="0"/>
              <w:jc w:val="right"/>
            </w:pPr>
            <w:r>
              <w:rPr>
                <w:sz w:val="16"/>
              </w:rPr>
              <w:t>not shown</w:t>
            </w:r>
          </w:p>
        </w:tc>
        <w:tc>
          <w:tcPr>
            <w:tcW w:type="dxa" w:w="1523"/>
          </w:tcPr>
          <w:p>
            <w:pPr>
              <w:spacing w:after="0"/>
              <w:jc w:val="left"/>
            </w:pPr>
            <w:r>
              <w:rPr>
                <w:sz w:val="16"/>
              </w:rPr>
              <w:t>modeled</w:t>
            </w:r>
          </w:p>
        </w:tc>
        <w:tc>
          <w:tcPr>
            <w:tcW w:type="dxa" w:w="1037"/>
          </w:tcPr>
          <w:p>
            <w:pPr>
              <w:spacing w:after="0"/>
              <w:jc w:val="left"/>
            </w:pPr>
            <w:r>
              <w:rPr>
                <w:sz w:val="16"/>
              </w:rPr>
              <w:t>see B1-f</w:t>
            </w:r>
          </w:p>
        </w:tc>
        <w:tc>
          <w:tcPr>
            <w:tcW w:type="dxa" w:w="188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1"/>
          </w:tcPr>
          <w:p>
            <w:pPr>
              <w:spacing w:after="0"/>
              <w:jc w:val="right"/>
            </w:pPr>
            <w:r>
              <w:rPr>
                <w:sz w:val="16"/>
              </w:rPr>
              <w:t>5.21</w:t>
            </w:r>
          </w:p>
        </w:tc>
        <w:tc>
          <w:tcPr>
            <w:tcW w:type="dxa" w:w="1463"/>
          </w:tcPr>
          <w:p>
            <w:pPr>
              <w:spacing w:after="0"/>
              <w:jc w:val="left"/>
            </w:pPr>
            <w:r>
              <w:rPr>
                <w:sz w:val="16"/>
              </w:rPr>
              <w:t>event-days per year</w:t>
            </w:r>
          </w:p>
        </w:tc>
        <w:tc>
          <w:tcPr>
            <w:tcW w:type="dxa" w:w="1594"/>
          </w:tcPr>
          <w:p>
            <w:pPr>
              <w:spacing w:after="0"/>
              <w:jc w:val="left"/>
            </w:pPr>
            <w:r>
              <w:rPr>
                <w:sz w:val="16"/>
              </w:rPr>
              <w:t>about 5.21 days per year</w:t>
            </w:r>
          </w:p>
        </w:tc>
        <w:tc>
          <w:tcPr>
            <w:tcW w:type="dxa" w:w="1037"/>
          </w:tcPr>
          <w:p>
            <w:pPr>
              <w:spacing w:after="0"/>
              <w:jc w:val="left"/>
            </w:pPr>
            <w:r>
              <w:rPr>
                <w:sz w:val="16"/>
              </w:rPr>
              <w:t>Likely</w:t>
            </w:r>
          </w:p>
        </w:tc>
        <w:tc>
          <w:tcPr>
            <w:tcW w:type="dxa" w:w="1756"/>
          </w:tcPr>
          <w:p>
            <w:pPr>
              <w:spacing w:after="0"/>
              <w:jc w:val="left"/>
            </w:pPr>
            <w:r>
              <w:rPr>
                <w:sz w:val="16"/>
              </w:rPr>
              <w:t>event-days in 15 of 30 years, 1996 to 2025 (50%)</w:t>
            </w:r>
          </w:p>
        </w:tc>
        <w:tc>
          <w:tcPr>
            <w:tcW w:type="dxa" w:w="1526"/>
          </w:tcPr>
          <w:p>
            <w:pPr>
              <w:spacing w:after="0"/>
              <w:jc w:val="right"/>
            </w:pPr>
            <w:r>
              <w:rPr>
                <w:sz w:val="16"/>
              </w:rPr>
              <w:t>99</w:t>
            </w:r>
          </w:p>
        </w:tc>
        <w:tc>
          <w:tcPr>
            <w:tcW w:type="dxa" w:w="1523"/>
          </w:tcPr>
          <w:p>
            <w:pPr>
              <w:spacing w:after="0"/>
              <w:jc w:val="left"/>
            </w:pPr>
            <w:r>
              <w:rPr>
                <w:sz w:val="16"/>
              </w:rPr>
              <w:t>2005-11-12 to 2024-11-12 (19 years)</w:t>
            </w:r>
          </w:p>
        </w:tc>
        <w:tc>
          <w:tcPr>
            <w:tcW w:type="dxa" w:w="1037"/>
          </w:tcPr>
          <w:p>
            <w:pPr>
              <w:spacing w:after="0"/>
              <w:jc w:val="left"/>
            </w:pPr>
            <w:r>
              <w:rPr>
                <w:sz w:val="16"/>
              </w:rPr>
              <w:t>countywide</w:t>
            </w:r>
          </w:p>
        </w:tc>
        <w:tc>
          <w:tcPr>
            <w:tcW w:type="dxa" w:w="188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50.0</w:t>
            </w:r>
          </w:p>
        </w:tc>
        <w:tc>
          <w:tcPr>
            <w:tcW w:type="dxa" w:w="766"/>
          </w:tcPr>
          <w:p>
            <w:pPr>
              <w:spacing w:after="0"/>
              <w:jc w:val="right"/>
            </w:pPr>
            <w:r>
              <w:rPr>
                <w:sz w:val="16"/>
              </w:rPr>
              <w:t>50.0</w:t>
            </w:r>
          </w:p>
        </w:tc>
        <w:tc>
          <w:tcPr>
            <w:tcW w:type="dxa" w:w="730"/>
          </w:tcPr>
          <w:p>
            <w:pPr>
              <w:spacing w:after="0"/>
              <w:jc w:val="right"/>
            </w:pPr>
            <w:r>
              <w:rPr>
                <w:sz w:val="16"/>
              </w:rPr>
              <w:t>50.0</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99.7</w:t>
            </w:r>
          </w:p>
        </w:tc>
        <w:tc>
          <w:tcPr>
            <w:tcW w:type="dxa" w:w="766"/>
          </w:tcPr>
          <w:p>
            <w:pPr>
              <w:spacing w:after="0"/>
              <w:jc w:val="right"/>
            </w:pPr>
            <w:r>
              <w:rPr>
                <w:sz w:val="16"/>
              </w:rPr>
              <w:t>99.7</w:t>
            </w:r>
          </w:p>
        </w:tc>
        <w:tc>
          <w:tcPr>
            <w:tcW w:type="dxa" w:w="730"/>
          </w:tcPr>
          <w:p>
            <w:pPr>
              <w:spacing w:after="0"/>
              <w:jc w:val="right"/>
            </w:pPr>
            <w:r>
              <w:rPr>
                <w:sz w:val="16"/>
              </w:rPr>
              <w:t>99.7</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16.7</w:t>
            </w:r>
          </w:p>
        </w:tc>
        <w:tc>
          <w:tcPr>
            <w:tcW w:type="dxa" w:w="766"/>
          </w:tcPr>
          <w:p>
            <w:pPr>
              <w:spacing w:after="0"/>
              <w:jc w:val="right"/>
            </w:pPr>
            <w:r>
              <w:rPr>
                <w:sz w:val="16"/>
              </w:rPr>
              <w:t>16.7</w:t>
            </w:r>
          </w:p>
        </w:tc>
        <w:tc>
          <w:tcPr>
            <w:tcW w:type="dxa" w:w="730"/>
          </w:tcPr>
          <w:p>
            <w:pPr>
              <w:spacing w:after="0"/>
              <w:jc w:val="right"/>
            </w:pPr>
            <w:r>
              <w:rPr>
                <w:sz w:val="16"/>
              </w:rPr>
              <w:t>16.7</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96.8</w:t>
            </w:r>
          </w:p>
        </w:tc>
        <w:tc>
          <w:tcPr>
            <w:tcW w:type="dxa" w:w="766"/>
          </w:tcPr>
          <w:p>
            <w:pPr>
              <w:spacing w:after="0"/>
              <w:jc w:val="right"/>
            </w:pPr>
            <w:r>
              <w:rPr>
                <w:sz w:val="16"/>
              </w:rPr>
              <w:t>96.8</w:t>
            </w:r>
          </w:p>
        </w:tc>
        <w:tc>
          <w:tcPr>
            <w:tcW w:type="dxa" w:w="730"/>
          </w:tcPr>
          <w:p>
            <w:pPr>
              <w:spacing w:after="0"/>
              <w:jc w:val="right"/>
            </w:pPr>
            <w:r>
              <w:rPr>
                <w:sz w:val="16"/>
              </w:rPr>
              <w:t>96.8</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20.8</w:t>
            </w:r>
          </w:p>
        </w:tc>
        <w:tc>
          <w:tcPr>
            <w:tcW w:type="dxa" w:w="766"/>
          </w:tcPr>
          <w:p>
            <w:pPr>
              <w:spacing w:after="0"/>
              <w:jc w:val="right"/>
            </w:pPr>
            <w:r>
              <w:rPr>
                <w:sz w:val="16"/>
              </w:rPr>
              <w:t>20.8</w:t>
            </w:r>
          </w:p>
        </w:tc>
        <w:tc>
          <w:tcPr>
            <w:tcW w:type="dxa" w:w="730"/>
          </w:tcPr>
          <w:p>
            <w:pPr>
              <w:spacing w:after="0"/>
              <w:jc w:val="right"/>
            </w:pPr>
            <w:r>
              <w:rPr>
                <w:sz w:val="16"/>
              </w:rPr>
              <w:t>20.8</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1 of 1</w:t>
            </w:r>
          </w:p>
        </w:tc>
        <w:tc>
          <w:tcPr>
            <w:tcW w:type="dxa" w:w="1007"/>
          </w:tcPr>
          <w:p>
            <w:pPr>
              <w:spacing w:after="0"/>
              <w:jc w:val="right"/>
            </w:pPr>
            <w:r>
              <w:rPr>
                <w:sz w:val="16"/>
              </w:rPr>
              <w:t>45.1</w:t>
            </w:r>
          </w:p>
        </w:tc>
        <w:tc>
          <w:tcPr>
            <w:tcW w:type="dxa" w:w="766"/>
          </w:tcPr>
          <w:p>
            <w:pPr>
              <w:spacing w:after="0"/>
              <w:jc w:val="right"/>
            </w:pPr>
            <w:r>
              <w:rPr>
                <w:sz w:val="16"/>
              </w:rPr>
              <w:t>45.1</w:t>
            </w:r>
          </w:p>
        </w:tc>
        <w:tc>
          <w:tcPr>
            <w:tcW w:type="dxa" w:w="730"/>
          </w:tcPr>
          <w:p>
            <w:pPr>
              <w:spacing w:after="0"/>
              <w:jc w:val="right"/>
            </w:pPr>
            <w:r>
              <w:rPr>
                <w:sz w:val="16"/>
              </w:rPr>
              <w:t>45.1</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59.9</w:t>
            </w:r>
          </w:p>
        </w:tc>
        <w:tc>
          <w:tcPr>
            <w:tcW w:type="dxa" w:w="766"/>
          </w:tcPr>
          <w:p>
            <w:pPr>
              <w:spacing w:after="0"/>
              <w:jc w:val="right"/>
            </w:pPr>
            <w:r>
              <w:rPr>
                <w:sz w:val="16"/>
              </w:rPr>
              <w:t>59.9</w:t>
            </w:r>
          </w:p>
        </w:tc>
        <w:tc>
          <w:tcPr>
            <w:tcW w:type="dxa" w:w="730"/>
          </w:tcPr>
          <w:p>
            <w:pPr>
              <w:spacing w:after="0"/>
              <w:jc w:val="right"/>
            </w:pPr>
            <w:r>
              <w:rPr>
                <w:sz w:val="16"/>
              </w:rPr>
              <w:t>59.9</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11.5</w:t>
            </w:r>
          </w:p>
        </w:tc>
        <w:tc>
          <w:tcPr>
            <w:tcW w:type="dxa" w:w="766"/>
          </w:tcPr>
          <w:p>
            <w:pPr>
              <w:spacing w:after="0"/>
              <w:jc w:val="right"/>
            </w:pPr>
            <w:r>
              <w:rPr>
                <w:sz w:val="16"/>
              </w:rPr>
              <w:t>11.5</w:t>
            </w:r>
          </w:p>
        </w:tc>
        <w:tc>
          <w:tcPr>
            <w:tcW w:type="dxa" w:w="730"/>
          </w:tcPr>
          <w:p>
            <w:pPr>
              <w:spacing w:after="0"/>
              <w:jc w:val="right"/>
            </w:pPr>
            <w:r>
              <w:rPr>
                <w:sz w:val="16"/>
              </w:rPr>
              <w:t>11.5</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83.5</w:t>
            </w:r>
          </w:p>
        </w:tc>
        <w:tc>
          <w:tcPr>
            <w:tcW w:type="dxa" w:w="766"/>
          </w:tcPr>
          <w:p>
            <w:pPr>
              <w:spacing w:after="0"/>
              <w:jc w:val="right"/>
            </w:pPr>
            <w:r>
              <w:rPr>
                <w:sz w:val="16"/>
              </w:rPr>
              <w:t>83.5</w:t>
            </w:r>
          </w:p>
        </w:tc>
        <w:tc>
          <w:tcPr>
            <w:tcW w:type="dxa" w:w="730"/>
          </w:tcPr>
          <w:p>
            <w:pPr>
              <w:spacing w:after="0"/>
              <w:jc w:val="right"/>
            </w:pPr>
            <w:r>
              <w:rPr>
                <w:sz w:val="16"/>
              </w:rPr>
              <w:t>83.5</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28.4</w:t>
            </w:r>
          </w:p>
        </w:tc>
        <w:tc>
          <w:tcPr>
            <w:tcW w:type="dxa" w:w="766"/>
          </w:tcPr>
          <w:p>
            <w:pPr>
              <w:spacing w:after="0"/>
              <w:jc w:val="right"/>
            </w:pPr>
            <w:r>
              <w:rPr>
                <w:sz w:val="16"/>
              </w:rPr>
              <w:t>28.4</w:t>
            </w:r>
          </w:p>
        </w:tc>
        <w:tc>
          <w:tcPr>
            <w:tcW w:type="dxa" w:w="730"/>
          </w:tcPr>
          <w:p>
            <w:pPr>
              <w:spacing w:after="0"/>
              <w:jc w:val="right"/>
            </w:pPr>
            <w:r>
              <w:rPr>
                <w:sz w:val="16"/>
              </w:rPr>
              <w:t>28.4</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95.4</w:t>
            </w:r>
          </w:p>
        </w:tc>
        <w:tc>
          <w:tcPr>
            <w:tcW w:type="dxa" w:w="766"/>
          </w:tcPr>
          <w:p>
            <w:pPr>
              <w:spacing w:after="0"/>
              <w:jc w:val="right"/>
            </w:pPr>
            <w:r>
              <w:rPr>
                <w:sz w:val="16"/>
              </w:rPr>
              <w:t>95.4</w:t>
            </w:r>
          </w:p>
        </w:tc>
        <w:tc>
          <w:tcPr>
            <w:tcW w:type="dxa" w:w="730"/>
          </w:tcPr>
          <w:p>
            <w:pPr>
              <w:spacing w:after="0"/>
              <w:jc w:val="right"/>
            </w:pPr>
            <w:r>
              <w:rPr>
                <w:sz w:val="16"/>
              </w:rPr>
              <w:t>95.4</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66.9</w:t>
            </w:r>
          </w:p>
        </w:tc>
        <w:tc>
          <w:tcPr>
            <w:tcW w:type="dxa" w:w="766"/>
          </w:tcPr>
          <w:p>
            <w:pPr>
              <w:spacing w:after="0"/>
              <w:jc w:val="right"/>
            </w:pPr>
            <w:r>
              <w:rPr>
                <w:sz w:val="16"/>
              </w:rPr>
              <w:t>66.9</w:t>
            </w:r>
          </w:p>
        </w:tc>
        <w:tc>
          <w:tcPr>
            <w:tcW w:type="dxa" w:w="730"/>
          </w:tcPr>
          <w:p>
            <w:pPr>
              <w:spacing w:after="0"/>
              <w:jc w:val="right"/>
            </w:pPr>
            <w:r>
              <w:rPr>
                <w:sz w:val="16"/>
              </w:rPr>
              <w:t>66.9</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95.3</w:t>
            </w:r>
          </w:p>
        </w:tc>
        <w:tc>
          <w:tcPr>
            <w:tcW w:type="dxa" w:w="766"/>
          </w:tcPr>
          <w:p>
            <w:pPr>
              <w:spacing w:after="0"/>
              <w:jc w:val="right"/>
            </w:pPr>
            <w:r>
              <w:rPr>
                <w:sz w:val="16"/>
              </w:rPr>
              <w:t>95.3</w:t>
            </w:r>
          </w:p>
        </w:tc>
        <w:tc>
          <w:tcPr>
            <w:tcW w:type="dxa" w:w="730"/>
          </w:tcPr>
          <w:p>
            <w:pPr>
              <w:spacing w:after="0"/>
              <w:jc w:val="right"/>
            </w:pPr>
            <w:r>
              <w:rPr>
                <w:sz w:val="16"/>
              </w:rPr>
              <w:t>95.3</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61.1</w:t>
            </w:r>
          </w:p>
        </w:tc>
        <w:tc>
          <w:tcPr>
            <w:tcW w:type="dxa" w:w="766"/>
          </w:tcPr>
          <w:p>
            <w:pPr>
              <w:spacing w:after="0"/>
              <w:jc w:val="right"/>
            </w:pPr>
            <w:r>
              <w:rPr>
                <w:sz w:val="16"/>
              </w:rPr>
              <w:t>61.1</w:t>
            </w:r>
          </w:p>
        </w:tc>
        <w:tc>
          <w:tcPr>
            <w:tcW w:type="dxa" w:w="730"/>
          </w:tcPr>
          <w:p>
            <w:pPr>
              <w:spacing w:after="0"/>
              <w:jc w:val="right"/>
            </w:pPr>
            <w:r>
              <w:rPr>
                <w:sz w:val="16"/>
              </w:rPr>
              <w:t>61.1</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1"/>
        <w:gridCol w:w="946"/>
        <w:gridCol w:w="2811"/>
        <w:gridCol w:w="2935"/>
        <w:gridCol w:w="2065"/>
        <w:gridCol w:w="2512"/>
        <w:gridCol w:w="902"/>
      </w:tblGrid>
      <w:tr>
        <w:trPr>
          <w:cantSplit/>
          <w:tblHeader/>
        </w:trPr>
        <w:tc>
          <w:tcPr>
            <w:tcW w:type="dxa" w:w="1941"/>
            <w:shd w:val="clear" w:color="auto" w:fill="E8E8E8"/>
          </w:tcPr>
          <w:p>
            <w:pPr>
              <w:spacing w:after="0"/>
              <w:jc w:val="left"/>
            </w:pPr>
            <w:r>
              <w:rPr>
                <w:b/>
                <w:sz w:val="16"/>
              </w:rPr>
              <w:t>Member</w:t>
            </w:r>
          </w:p>
        </w:tc>
        <w:tc>
          <w:tcPr>
            <w:tcW w:type="dxa" w:w="946"/>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Plan status</w:t>
            </w:r>
          </w:p>
        </w:tc>
        <w:tc>
          <w:tcPr>
            <w:tcW w:type="dxa" w:w="29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1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02"/>
            <w:shd w:val="clear" w:color="auto" w:fill="E8E8E8"/>
          </w:tcPr>
          <w:p>
            <w:pPr>
              <w:spacing w:after="0"/>
              <w:jc w:val="left"/>
            </w:pPr>
            <w:r>
              <w:rPr>
                <w:b/>
                <w:sz w:val="16"/>
              </w:rPr>
              <w:t>Notes</w:t>
            </w:r>
          </w:p>
        </w:tc>
      </w:tr>
      <w:tr>
        <w:trPr>
          <w:cantSplit/>
        </w:trPr>
        <w:tc>
          <w:tcPr>
            <w:tcW w:type="dxa" w:w="1941"/>
          </w:tcPr>
          <w:p>
            <w:pPr>
              <w:spacing w:after="0"/>
              <w:jc w:val="left"/>
            </w:pPr>
            <w:r>
              <w:rPr>
                <w:sz w:val="16"/>
              </w:rPr>
              <w:t>Stonewall County</w:t>
            </w:r>
          </w:p>
        </w:tc>
        <w:tc>
          <w:tcPr>
            <w:tcW w:type="dxa" w:w="946"/>
          </w:tcPr>
          <w:p>
            <w:pPr>
              <w:spacing w:after="0"/>
              <w:jc w:val="left"/>
            </w:pPr>
            <w:r>
              <w:rPr>
                <w:sz w:val="16"/>
              </w:rPr>
              <w:t>County</w:t>
            </w:r>
          </w:p>
        </w:tc>
        <w:tc>
          <w:tcPr>
            <w:tcW w:type="dxa" w:w="2811"/>
          </w:tcPr>
          <w:p>
            <w:pPr>
              <w:spacing w:after="0"/>
              <w:jc w:val="left"/>
            </w:pPr>
            <w:r>
              <w:rPr>
                <w:sz w:val="16"/>
              </w:rPr>
              <w:t>Expired on 2025-01-28</w:t>
            </w:r>
          </w:p>
        </w:tc>
        <w:tc>
          <w:tcPr>
            <w:tcW w:type="dxa" w:w="2935"/>
          </w:tcPr>
          <w:p>
            <w:pPr>
              <w:spacing w:after="0"/>
              <w:jc w:val="right"/>
            </w:pPr>
            <w:r>
              <w:rPr>
                <w:sz w:val="16"/>
              </w:rPr>
              <w:t>FMA RL 0, SRL 0; any 0</w:t>
            </w:r>
          </w:p>
        </w:tc>
        <w:tc>
          <w:tcPr>
            <w:tcW w:type="dxa" w:w="2065"/>
          </w:tcPr>
          <w:p>
            <w:pPr>
              <w:spacing w:after="0"/>
              <w:jc w:val="right"/>
            </w:pPr>
            <w:r>
              <w:rPr>
                <w:sz w:val="16"/>
              </w:rPr>
              <w:t>$7,456.40</w:t>
            </w:r>
          </w:p>
        </w:tc>
        <w:tc>
          <w:tcPr>
            <w:tcW w:type="dxa" w:w="2512"/>
          </w:tcPr>
          <w:p>
            <w:pPr>
              <w:spacing w:after="0"/>
              <w:jc w:val="right"/>
            </w:pPr>
            <w:r>
              <w:rPr>
                <w:sz w:val="16"/>
              </w:rPr>
              <w:t>0; 0</w:t>
            </w:r>
          </w:p>
        </w:tc>
        <w:tc>
          <w:tcPr>
            <w:tcW w:type="dxa" w:w="902"/>
          </w:tcPr>
          <w:p>
            <w:pPr>
              <w:spacing w:after="0"/>
              <w:jc w:val="left"/>
            </w:pPr>
          </w:p>
        </w:tc>
      </w:tr>
      <w:tr>
        <w:trPr>
          <w:cantSplit/>
        </w:trPr>
        <w:tc>
          <w:tcPr>
            <w:tcW w:type="dxa" w:w="1941"/>
          </w:tcPr>
          <w:p>
            <w:pPr>
              <w:spacing w:after="0"/>
              <w:jc w:val="left"/>
            </w:pPr>
            <w:r>
              <w:rPr>
                <w:sz w:val="16"/>
              </w:rPr>
              <w:t>Aspermont town</w:t>
            </w:r>
          </w:p>
        </w:tc>
        <w:tc>
          <w:tcPr>
            <w:tcW w:type="dxa" w:w="946"/>
          </w:tcPr>
          <w:p>
            <w:pPr>
              <w:spacing w:after="0"/>
              <w:jc w:val="left"/>
            </w:pPr>
            <w:r>
              <w:rPr>
                <w:sz w:val="16"/>
              </w:rPr>
              <w:t>Town</w:t>
            </w:r>
          </w:p>
        </w:tc>
        <w:tc>
          <w:tcPr>
            <w:tcW w:type="dxa" w:w="2811"/>
          </w:tcPr>
          <w:p>
            <w:pPr>
              <w:spacing w:after="0"/>
              <w:jc w:val="left"/>
            </w:pPr>
            <w:r>
              <w:rPr>
                <w:sz w:val="16"/>
              </w:rPr>
              <w:t>Expired on 2025-01-28</w:t>
            </w:r>
          </w:p>
        </w:tc>
        <w:tc>
          <w:tcPr>
            <w:tcW w:type="dxa" w:w="2935"/>
          </w:tcPr>
          <w:p>
            <w:pPr>
              <w:spacing w:after="0"/>
              <w:jc w:val="right"/>
            </w:pPr>
            <w:r>
              <w:rPr>
                <w:sz w:val="16"/>
              </w:rPr>
              <w:t>FMA RL 0, SRL 0; any 0</w:t>
            </w:r>
          </w:p>
        </w:tc>
        <w:tc>
          <w:tcPr>
            <w:tcW w:type="dxa" w:w="2065"/>
          </w:tcPr>
          <w:p>
            <w:pPr>
              <w:spacing w:after="0"/>
              <w:jc w:val="right"/>
            </w:pPr>
            <w:r>
              <w:rPr>
                <w:sz w:val="16"/>
              </w:rPr>
              <w:t>none found</w:t>
            </w:r>
          </w:p>
        </w:tc>
        <w:tc>
          <w:tcPr>
            <w:tcW w:type="dxa" w:w="2512"/>
          </w:tcPr>
          <w:p>
            <w:pPr>
              <w:spacing w:after="0"/>
              <w:jc w:val="right"/>
            </w:pPr>
            <w:r>
              <w:rPr>
                <w:sz w:val="16"/>
              </w:rPr>
              <w:t>110; 13</w:t>
            </w:r>
          </w:p>
        </w:tc>
        <w:tc>
          <w:tcPr>
            <w:tcW w:type="dxa" w:w="90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177"/>
        <w:gridCol w:w="1305"/>
        <w:gridCol w:w="1228"/>
        <w:gridCol w:w="1112"/>
        <w:gridCol w:w="1347"/>
        <w:gridCol w:w="125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2020-01-29</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$570,622,528</w:t>
            </w:r>
          </w:p>
        </w:tc>
        <w:tc>
          <w:tcPr>
            <w:tcW w:type="dxa" w:w="1137"/>
          </w:tcPr>
          <w:p>
            <w:pPr>
              <w:spacing w:after="0"/>
              <w:jc w:val="right"/>
            </w:pPr>
            <w:r>
              <w:rPr>
                <w:sz w:val="16"/>
              </w:rPr>
              <w:t>$20,028,305</w:t>
            </w:r>
          </w:p>
        </w:tc>
        <w:tc>
          <w:tcPr>
            <w:tcW w:type="dxa" w:w="1046"/>
          </w:tcPr>
          <w:p>
            <w:pPr>
              <w:spacing w:after="0"/>
              <w:jc w:val="right"/>
            </w:pPr>
            <w:r>
              <w:rPr>
                <w:sz w:val="16"/>
              </w:rPr>
              <w:t>1,245</w:t>
            </w:r>
          </w:p>
        </w:tc>
        <w:tc>
          <w:tcPr>
            <w:tcW w:type="dxa" w:w="948"/>
          </w:tcPr>
          <w:p>
            <w:pPr>
              <w:spacing w:after="0"/>
              <w:jc w:val="right"/>
            </w:pPr>
            <w:r>
              <w:rPr>
                <w:sz w:val="16"/>
              </w:rPr>
              <w:t>$475</w:t>
            </w:r>
          </w:p>
        </w:tc>
        <w:tc>
          <w:tcPr>
            <w:tcW w:type="dxa" w:w="1126"/>
          </w:tcPr>
          <w:p>
            <w:pPr>
              <w:spacing w:after="0"/>
              <w:jc w:val="right"/>
            </w:pPr>
            <w:r>
              <w:rPr>
                <w:sz w:val="16"/>
              </w:rPr>
              <w:t>$2</w:t>
            </w:r>
          </w:p>
        </w:tc>
        <w:tc>
          <w:tcPr>
            <w:tcW w:type="dxa" w:w="1177"/>
          </w:tcPr>
          <w:p>
            <w:pPr>
              <w:spacing w:after="0"/>
              <w:jc w:val="right"/>
            </w:pPr>
            <w:r>
              <w:rPr>
                <w:sz w:val="16"/>
              </w:rPr>
              <w:t>$36,969</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$5,095,474</w:t>
            </w:r>
          </w:p>
        </w:tc>
        <w:tc>
          <w:tcPr>
            <w:tcW w:type="dxa" w:w="1046"/>
          </w:tcPr>
          <w:p>
            <w:pPr>
              <w:spacing w:after="0"/>
              <w:jc w:val="right"/>
            </w:pPr>
          </w:p>
        </w:tc>
        <w:tc>
          <w:tcPr>
            <w:tcW w:type="dxa" w:w="948"/>
          </w:tcPr>
          <w:p>
            <w:pPr>
              <w:spacing w:after="0"/>
              <w:jc w:val="right"/>
            </w:pPr>
          </w:p>
        </w:tc>
        <w:tc>
          <w:tcPr>
            <w:tcW w:type="dxa" w:w="1126"/>
          </w:tcPr>
          <w:p>
            <w:pPr>
              <w:spacing w:after="0"/>
              <w:jc w:val="right"/>
            </w:pPr>
            <w:r>
              <w:rPr>
                <w:sz w:val="16"/>
              </w:rPr>
              <w:t>$1,285,684</w:t>
            </w:r>
          </w:p>
        </w:tc>
        <w:tc>
          <w:tcPr>
            <w:tcW w:type="dxa" w:w="1177"/>
          </w:tcPr>
          <w:p>
            <w:pPr>
              <w:spacing w:after="0"/>
              <w:jc w:val="right"/>
            </w:pPr>
          </w:p>
        </w:tc>
        <w:tc>
          <w:tcPr>
            <w:tcW w:type="dxa" w:w="1305"/>
          </w:tcPr>
          <w:p>
            <w:pPr>
              <w:spacing w:after="0"/>
              <w:jc w:val="right"/>
            </w:pPr>
            <w:r>
              <w:rPr>
                <w:sz w:val="16"/>
              </w:rPr>
              <w:t>25.2% (agriculture)</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$1,029,791,136</w:t>
            </w:r>
          </w:p>
        </w:tc>
        <w:tc>
          <w:tcPr>
            <w:tcW w:type="dxa" w:w="1137"/>
          </w:tcPr>
          <w:p>
            <w:pPr>
              <w:spacing w:after="0"/>
              <w:jc w:val="right"/>
            </w:pPr>
          </w:p>
        </w:tc>
        <w:tc>
          <w:tcPr>
            <w:tcW w:type="dxa" w:w="1046"/>
          </w:tcPr>
          <w:p>
            <w:pPr>
              <w:spacing w:after="0"/>
              <w:jc w:val="right"/>
            </w:pPr>
            <w:r>
              <w:rPr>
                <w:sz w:val="16"/>
              </w:rPr>
              <w:t>1,245</w:t>
            </w:r>
          </w:p>
        </w:tc>
        <w:tc>
          <w:tcPr>
            <w:tcW w:type="dxa" w:w="948"/>
          </w:tcPr>
          <w:p>
            <w:pPr>
              <w:spacing w:after="0"/>
              <w:jc w:val="right"/>
            </w:pPr>
            <w:r>
              <w:rPr>
                <w:sz w:val="16"/>
              </w:rPr>
              <w:t>$2,434</w:t>
            </w:r>
          </w:p>
        </w:tc>
        <w:tc>
          <w:tcPr>
            <w:tcW w:type="dxa" w:w="1126"/>
          </w:tcPr>
          <w:p>
            <w:pPr>
              <w:spacing w:after="0"/>
              <w:jc w:val="right"/>
            </w:pPr>
          </w:p>
        </w:tc>
        <w:tc>
          <w:tcPr>
            <w:tcW w:type="dxa" w:w="1177"/>
          </w:tcPr>
          <w:p>
            <w:pPr>
              <w:spacing w:after="0"/>
              <w:jc w:val="right"/>
            </w:pPr>
            <w:r>
              <w:rPr>
                <w:sz w:val="16"/>
              </w:rPr>
              <w:t>$818</w:t>
            </w:r>
          </w:p>
        </w:tc>
        <w:tc>
          <w:tcPr>
            <w:tcW w:type="dxa" w:w="1305"/>
          </w:tcPr>
          <w:p>
            <w:pPr>
              <w:spacing w:after="0"/>
              <w:jc w:val="right"/>
            </w:pPr>
            <w:r>
              <w:rPr>
                <w:sz w:val="16"/>
              </w:rPr>
              <w:t>0.000236%</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$570,622,528</w:t>
            </w:r>
          </w:p>
        </w:tc>
        <w:tc>
          <w:tcPr>
            <w:tcW w:type="dxa" w:w="1137"/>
          </w:tcPr>
          <w:p>
            <w:pPr>
              <w:spacing w:after="0"/>
              <w:jc w:val="right"/>
            </w:pPr>
            <w:r>
              <w:rPr>
                <w:sz w:val="16"/>
              </w:rPr>
              <w:t>$20,028,305</w:t>
            </w:r>
          </w:p>
        </w:tc>
        <w:tc>
          <w:tcPr>
            <w:tcW w:type="dxa" w:w="1046"/>
          </w:tcPr>
          <w:p>
            <w:pPr>
              <w:spacing w:after="0"/>
              <w:jc w:val="right"/>
            </w:pPr>
            <w:r>
              <w:rPr>
                <w:sz w:val="16"/>
              </w:rPr>
              <w:t>1,245</w:t>
            </w:r>
          </w:p>
        </w:tc>
        <w:tc>
          <w:tcPr>
            <w:tcW w:type="dxa" w:w="948"/>
          </w:tcPr>
          <w:p>
            <w:pPr>
              <w:spacing w:after="0"/>
              <w:jc w:val="right"/>
            </w:pPr>
            <w:r>
              <w:rPr>
                <w:sz w:val="16"/>
              </w:rPr>
              <w:t>$86,034</w:t>
            </w:r>
          </w:p>
        </w:tc>
        <w:tc>
          <w:tcPr>
            <w:tcW w:type="dxa" w:w="1126"/>
          </w:tcPr>
          <w:p>
            <w:pPr>
              <w:spacing w:after="0"/>
              <w:jc w:val="right"/>
            </w:pPr>
            <w:r>
              <w:rPr>
                <w:sz w:val="16"/>
              </w:rPr>
              <w:t>$72,013</w:t>
            </w:r>
          </w:p>
        </w:tc>
        <w:tc>
          <w:tcPr>
            <w:tcW w:type="dxa" w:w="1177"/>
          </w:tcPr>
          <w:p>
            <w:pPr>
              <w:spacing w:after="0"/>
              <w:jc w:val="right"/>
            </w:pPr>
            <w:r>
              <w:rPr>
                <w:sz w:val="16"/>
              </w:rPr>
              <w:t>$8,119</w:t>
            </w:r>
          </w:p>
        </w:tc>
        <w:tc>
          <w:tcPr>
            <w:tcW w:type="dxa" w:w="1305"/>
          </w:tcPr>
          <w:p>
            <w:pPr>
              <w:spacing w:after="0"/>
              <w:jc w:val="right"/>
            </w:pPr>
            <w:r>
              <w:rPr>
                <w:sz w:val="16"/>
              </w:rPr>
              <w:t>0.0151%</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$570,622,528</w:t>
            </w:r>
          </w:p>
        </w:tc>
        <w:tc>
          <w:tcPr>
            <w:tcW w:type="dxa" w:w="1137"/>
          </w:tcPr>
          <w:p>
            <w:pPr>
              <w:spacing w:after="0"/>
              <w:jc w:val="right"/>
            </w:pPr>
            <w:r>
              <w:rPr>
                <w:sz w:val="16"/>
              </w:rPr>
              <w:t>$20,028,305</w:t>
            </w:r>
          </w:p>
        </w:tc>
        <w:tc>
          <w:tcPr>
            <w:tcW w:type="dxa" w:w="1046"/>
          </w:tcPr>
          <w:p>
            <w:pPr>
              <w:spacing w:after="0"/>
              <w:jc w:val="right"/>
            </w:pPr>
            <w:r>
              <w:rPr>
                <w:sz w:val="16"/>
              </w:rPr>
              <w:t>1,245</w:t>
            </w:r>
          </w:p>
        </w:tc>
        <w:tc>
          <w:tcPr>
            <w:tcW w:type="dxa" w:w="948"/>
          </w:tcPr>
          <w:p>
            <w:pPr>
              <w:spacing w:after="0"/>
              <w:jc w:val="right"/>
            </w:pPr>
            <w:r>
              <w:rPr>
                <w:sz w:val="16"/>
              </w:rPr>
              <w:t>$4</w:t>
            </w:r>
          </w:p>
        </w:tc>
        <w:tc>
          <w:tcPr>
            <w:tcW w:type="dxa" w:w="1126"/>
          </w:tcPr>
          <w:p>
            <w:pPr>
              <w:spacing w:after="0"/>
              <w:jc w:val="right"/>
            </w:pPr>
            <w:r>
              <w:rPr>
                <w:sz w:val="16"/>
              </w:rPr>
              <w:t>$247</w:t>
            </w:r>
          </w:p>
        </w:tc>
        <w:tc>
          <w:tcPr>
            <w:tcW w:type="dxa" w:w="1177"/>
          </w:tcPr>
          <w:p>
            <w:pPr>
              <w:spacing w:after="0"/>
              <w:jc w:val="right"/>
            </w:pPr>
            <w:r>
              <w:rPr>
                <w:sz w:val="16"/>
              </w:rPr>
              <w:t>$10,613</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$570,622,528</w:t>
            </w:r>
          </w:p>
        </w:tc>
        <w:tc>
          <w:tcPr>
            <w:tcW w:type="dxa" w:w="1137"/>
          </w:tcPr>
          <w:p>
            <w:pPr>
              <w:spacing w:after="0"/>
              <w:jc w:val="right"/>
            </w:pPr>
            <w:r>
              <w:rPr>
                <w:sz w:val="16"/>
              </w:rPr>
              <w:t>$20,028,305</w:t>
            </w:r>
          </w:p>
        </w:tc>
        <w:tc>
          <w:tcPr>
            <w:tcW w:type="dxa" w:w="1046"/>
          </w:tcPr>
          <w:p>
            <w:pPr>
              <w:spacing w:after="0"/>
              <w:jc w:val="right"/>
            </w:pPr>
            <w:r>
              <w:rPr>
                <w:sz w:val="16"/>
              </w:rPr>
              <w:t>1,245</w:t>
            </w:r>
          </w:p>
        </w:tc>
        <w:tc>
          <w:tcPr>
            <w:tcW w:type="dxa" w:w="948"/>
          </w:tcPr>
          <w:p>
            <w:pPr>
              <w:spacing w:after="0"/>
              <w:jc w:val="right"/>
            </w:pPr>
            <w:r>
              <w:rPr>
                <w:sz w:val="16"/>
              </w:rPr>
              <w:t>$1,548</w:t>
            </w:r>
          </w:p>
        </w:tc>
        <w:tc>
          <w:tcPr>
            <w:tcW w:type="dxa" w:w="1126"/>
          </w:tcPr>
          <w:p>
            <w:pPr>
              <w:spacing w:after="0"/>
              <w:jc w:val="right"/>
            </w:pPr>
            <w:r>
              <w:rPr>
                <w:sz w:val="16"/>
              </w:rPr>
              <w:t>$1,206</w:t>
            </w:r>
          </w:p>
        </w:tc>
        <w:tc>
          <w:tcPr>
            <w:tcW w:type="dxa" w:w="1177"/>
          </w:tcPr>
          <w:p>
            <w:pPr>
              <w:spacing w:after="0"/>
              <w:jc w:val="right"/>
            </w:pPr>
            <w:r>
              <w:rPr>
                <w:sz w:val="16"/>
              </w:rPr>
              <w:t>$9</w:t>
            </w:r>
          </w:p>
        </w:tc>
        <w:tc>
          <w:tcPr>
            <w:tcW w:type="dxa" w:w="1305"/>
          </w:tcPr>
          <w:p>
            <w:pPr>
              <w:spacing w:after="0"/>
              <w:jc w:val="right"/>
            </w:pPr>
            <w:r>
              <w:rPr>
                <w:sz w:val="16"/>
              </w:rPr>
              <w:t>0.000271%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$570,622,528</w:t>
            </w:r>
          </w:p>
        </w:tc>
        <w:tc>
          <w:tcPr>
            <w:tcW w:type="dxa" w:w="1137"/>
          </w:tcPr>
          <w:p>
            <w:pPr>
              <w:spacing w:after="0"/>
              <w:jc w:val="right"/>
            </w:pPr>
          </w:p>
        </w:tc>
        <w:tc>
          <w:tcPr>
            <w:tcW w:type="dxa" w:w="1046"/>
          </w:tcPr>
          <w:p>
            <w:pPr>
              <w:spacing w:after="0"/>
              <w:jc w:val="right"/>
            </w:pPr>
            <w:r>
              <w:rPr>
                <w:sz w:val="16"/>
              </w:rPr>
              <w:t>1,245</w:t>
            </w:r>
          </w:p>
        </w:tc>
        <w:tc>
          <w:tcPr>
            <w:tcW w:type="dxa" w:w="948"/>
          </w:tcPr>
          <w:p>
            <w:pPr>
              <w:spacing w:after="0"/>
              <w:jc w:val="right"/>
            </w:pPr>
            <w:r>
              <w:rPr>
                <w:sz w:val="16"/>
              </w:rPr>
              <w:t>$4,387</w:t>
            </w:r>
          </w:p>
        </w:tc>
        <w:tc>
          <w:tcPr>
            <w:tcW w:type="dxa" w:w="1126"/>
          </w:tcPr>
          <w:p>
            <w:pPr>
              <w:spacing w:after="0"/>
              <w:jc w:val="right"/>
            </w:pPr>
          </w:p>
        </w:tc>
        <w:tc>
          <w:tcPr>
            <w:tcW w:type="dxa" w:w="1177"/>
          </w:tcPr>
          <w:p>
            <w:pPr>
              <w:spacing w:after="0"/>
              <w:jc w:val="right"/>
            </w:pPr>
            <w:r>
              <w:rPr>
                <w:sz w:val="16"/>
              </w:rPr>
              <w:t>$684</w:t>
            </w:r>
          </w:p>
        </w:tc>
        <w:tc>
          <w:tcPr>
            <w:tcW w:type="dxa" w:w="1305"/>
          </w:tcPr>
          <w:p>
            <w:pPr>
              <w:spacing w:after="0"/>
              <w:jc w:val="right"/>
            </w:pPr>
            <w:r>
              <w:rPr>
                <w:sz w:val="16"/>
              </w:rPr>
              <w:t>0.000769%</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r>
              <w:rPr>
                <w:sz w:val="16"/>
              </w:rPr>
              <w:t>none found (2 declarations)</w:t>
            </w:r>
          </w:p>
        </w:tc>
        <w:tc>
          <w:tcPr>
            <w:tcW w:type="dxa" w:w="125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$570,485,365</w:t>
            </w:r>
          </w:p>
        </w:tc>
        <w:tc>
          <w:tcPr>
            <w:tcW w:type="dxa" w:w="1137"/>
          </w:tcPr>
          <w:p>
            <w:pPr>
              <w:spacing w:after="0"/>
              <w:jc w:val="right"/>
            </w:pPr>
            <w:r>
              <w:rPr>
                <w:sz w:val="16"/>
              </w:rPr>
              <w:t>$3,271</w:t>
            </w:r>
          </w:p>
        </w:tc>
        <w:tc>
          <w:tcPr>
            <w:tcW w:type="dxa" w:w="1046"/>
          </w:tcPr>
          <w:p>
            <w:pPr>
              <w:spacing w:after="0"/>
              <w:jc w:val="right"/>
            </w:pPr>
            <w:r>
              <w:rPr>
                <w:sz w:val="16"/>
              </w:rPr>
              <w:t>2</w:t>
            </w:r>
          </w:p>
        </w:tc>
        <w:tc>
          <w:tcPr>
            <w:tcW w:type="dxa" w:w="948"/>
          </w:tcPr>
          <w:p>
            <w:pPr>
              <w:spacing w:after="0"/>
              <w:jc w:val="right"/>
            </w:pPr>
            <w:r>
              <w:rPr>
                <w:sz w:val="16"/>
              </w:rPr>
              <w:t>$167,703</w:t>
            </w:r>
          </w:p>
        </w:tc>
        <w:tc>
          <w:tcPr>
            <w:tcW w:type="dxa" w:w="1126"/>
          </w:tcPr>
          <w:p>
            <w:pPr>
              <w:spacing w:after="0"/>
              <w:jc w:val="right"/>
            </w:pPr>
            <w:r>
              <w:rPr>
                <w:sz w:val="16"/>
              </w:rPr>
              <w:t>$7</w:t>
            </w:r>
          </w:p>
        </w:tc>
        <w:tc>
          <w:tcPr>
            <w:tcW w:type="dxa" w:w="1177"/>
          </w:tcPr>
          <w:p>
            <w:pPr>
              <w:spacing w:after="0"/>
              <w:jc w:val="right"/>
            </w:pPr>
            <w:r>
              <w:rPr>
                <w:sz w:val="16"/>
              </w:rPr>
              <w:t>$16</w:t>
            </w:r>
          </w:p>
        </w:tc>
        <w:tc>
          <w:tcPr>
            <w:tcW w:type="dxa" w:w="1305"/>
          </w:tcPr>
          <w:p>
            <w:pPr>
              <w:spacing w:after="0"/>
              <w:jc w:val="right"/>
            </w:pPr>
            <w:r>
              <w:rPr>
                <w:sz w:val="16"/>
              </w:rPr>
              <w:t>n/a (see note)</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$1,123,969</w:t>
            </w:r>
          </w:p>
        </w:tc>
        <w:tc>
          <w:tcPr>
            <w:tcW w:type="dxa" w:w="1137"/>
          </w:tcPr>
          <w:p>
            <w:pPr>
              <w:spacing w:after="0"/>
              <w:jc w:val="right"/>
            </w:pPr>
          </w:p>
        </w:tc>
        <w:tc>
          <w:tcPr>
            <w:tcW w:type="dxa" w:w="1046"/>
          </w:tcPr>
          <w:p>
            <w:pPr>
              <w:spacing w:after="0"/>
              <w:jc w:val="right"/>
            </w:pPr>
            <w:r>
              <w:rPr>
                <w:sz w:val="16"/>
              </w:rPr>
              <w:t>1</w:t>
            </w:r>
          </w:p>
        </w:tc>
        <w:tc>
          <w:tcPr>
            <w:tcW w:type="dxa" w:w="948"/>
          </w:tcPr>
          <w:p>
            <w:pPr>
              <w:spacing w:after="0"/>
              <w:jc w:val="right"/>
            </w:pPr>
            <w:r>
              <w:rPr>
                <w:sz w:val="16"/>
              </w:rPr>
              <w:t>$4</w:t>
            </w:r>
          </w:p>
        </w:tc>
        <w:tc>
          <w:tcPr>
            <w:tcW w:type="dxa" w:w="1126"/>
          </w:tcPr>
          <w:p>
            <w:pPr>
              <w:spacing w:after="0"/>
              <w:jc w:val="right"/>
            </w:pPr>
          </w:p>
        </w:tc>
        <w:tc>
          <w:tcPr>
            <w:tcW w:type="dxa" w:w="1177"/>
          </w:tcPr>
          <w:p>
            <w:pPr>
              <w:spacing w:after="0"/>
              <w:jc w:val="right"/>
            </w:pPr>
            <w:r>
              <w:rPr>
                <w:sz w:val="16"/>
              </w:rPr>
              <w:t>$107</w:t>
            </w:r>
          </w:p>
        </w:tc>
        <w:tc>
          <w:tcPr>
            <w:tcW w:type="dxa" w:w="1305"/>
          </w:tcPr>
          <w:p>
            <w:pPr>
              <w:spacing w:after="0"/>
              <w:jc w:val="right"/>
            </w:pPr>
            <w:r>
              <w:rPr>
                <w:sz w:val="16"/>
              </w:rPr>
              <w:t>0.00032%</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$570,622,528</w:t>
            </w:r>
          </w:p>
        </w:tc>
        <w:tc>
          <w:tcPr>
            <w:tcW w:type="dxa" w:w="1137"/>
          </w:tcPr>
          <w:p>
            <w:pPr>
              <w:spacing w:after="0"/>
              <w:jc w:val="right"/>
            </w:pPr>
          </w:p>
        </w:tc>
        <w:tc>
          <w:tcPr>
            <w:tcW w:type="dxa" w:w="1046"/>
          </w:tcPr>
          <w:p>
            <w:pPr>
              <w:spacing w:after="0"/>
              <w:jc w:val="right"/>
            </w:pPr>
            <w:r>
              <w:rPr>
                <w:sz w:val="16"/>
              </w:rPr>
              <w:t>1,245</w:t>
            </w:r>
          </w:p>
        </w:tc>
        <w:tc>
          <w:tcPr>
            <w:tcW w:type="dxa" w:w="948"/>
          </w:tcPr>
          <w:p>
            <w:pPr>
              <w:spacing w:after="0"/>
              <w:jc w:val="right"/>
            </w:pPr>
            <w:r>
              <w:rPr>
                <w:sz w:val="16"/>
              </w:rPr>
              <w:t>$1,690</w:t>
            </w:r>
          </w:p>
        </w:tc>
        <w:tc>
          <w:tcPr>
            <w:tcW w:type="dxa" w:w="1126"/>
          </w:tcPr>
          <w:p>
            <w:pPr>
              <w:spacing w:after="0"/>
              <w:jc w:val="right"/>
            </w:pPr>
          </w:p>
        </w:tc>
        <w:tc>
          <w:tcPr>
            <w:tcW w:type="dxa" w:w="1177"/>
          </w:tcPr>
          <w:p>
            <w:pPr>
              <w:spacing w:after="0"/>
              <w:jc w:val="right"/>
            </w:pPr>
            <w:r>
              <w:rPr>
                <w:sz w:val="16"/>
              </w:rPr>
              <w:t>$2,034</w:t>
            </w:r>
          </w:p>
        </w:tc>
        <w:tc>
          <w:tcPr>
            <w:tcW w:type="dxa" w:w="1305"/>
          </w:tcPr>
          <w:p>
            <w:pPr>
              <w:spacing w:after="0"/>
              <w:jc w:val="right"/>
            </w:pPr>
            <w:r>
              <w:rPr>
                <w:sz w:val="16"/>
              </w:rPr>
              <w:t>0.000296%</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$570,622,528</w:t>
            </w:r>
          </w:p>
        </w:tc>
        <w:tc>
          <w:tcPr>
            <w:tcW w:type="dxa" w:w="1137"/>
          </w:tcPr>
          <w:p>
            <w:pPr>
              <w:spacing w:after="0"/>
              <w:jc w:val="right"/>
            </w:pPr>
            <w:r>
              <w:rPr>
                <w:sz w:val="16"/>
              </w:rPr>
              <w:t>$20,028,305</w:t>
            </w:r>
          </w:p>
        </w:tc>
        <w:tc>
          <w:tcPr>
            <w:tcW w:type="dxa" w:w="1046"/>
          </w:tcPr>
          <w:p>
            <w:pPr>
              <w:spacing w:after="0"/>
              <w:jc w:val="right"/>
            </w:pPr>
            <w:r>
              <w:rPr>
                <w:sz w:val="16"/>
              </w:rPr>
              <w:t>1,245</w:t>
            </w:r>
          </w:p>
        </w:tc>
        <w:tc>
          <w:tcPr>
            <w:tcW w:type="dxa" w:w="948"/>
          </w:tcPr>
          <w:p>
            <w:pPr>
              <w:spacing w:after="0"/>
              <w:jc w:val="right"/>
            </w:pPr>
            <w:r>
              <w:rPr>
                <w:sz w:val="16"/>
              </w:rPr>
              <w:t>$57,689</w:t>
            </w:r>
          </w:p>
        </w:tc>
        <w:tc>
          <w:tcPr>
            <w:tcW w:type="dxa" w:w="1126"/>
          </w:tcPr>
          <w:p>
            <w:pPr>
              <w:spacing w:after="0"/>
              <w:jc w:val="right"/>
            </w:pPr>
            <w:r>
              <w:rPr>
                <w:sz w:val="16"/>
              </w:rPr>
              <w:t>$6,142</w:t>
            </w:r>
          </w:p>
        </w:tc>
        <w:tc>
          <w:tcPr>
            <w:tcW w:type="dxa" w:w="1177"/>
          </w:tcPr>
          <w:p>
            <w:pPr>
              <w:spacing w:after="0"/>
              <w:jc w:val="right"/>
            </w:pPr>
            <w:r>
              <w:rPr>
                <w:sz w:val="16"/>
              </w:rPr>
              <w:t>$48,929</w:t>
            </w:r>
          </w:p>
        </w:tc>
        <w:tc>
          <w:tcPr>
            <w:tcW w:type="dxa" w:w="1305"/>
          </w:tcPr>
          <w:p>
            <w:pPr>
              <w:spacing w:after="0"/>
              <w:jc w:val="right"/>
            </w:pPr>
            <w:r>
              <w:rPr>
                <w:sz w:val="16"/>
              </w:rPr>
              <w:t>0.0101%</w:t>
            </w:r>
          </w:p>
        </w:tc>
        <w:tc>
          <w:tcPr>
            <w:tcW w:type="dxa" w:w="1228"/>
          </w:tcPr>
          <w:p>
            <w:pPr>
              <w:spacing w:after="0"/>
              <w:jc w:val="right"/>
            </w:pPr>
            <w:r>
              <w:rPr>
                <w:sz w:val="16"/>
              </w:rPr>
              <w:t>$0</w:t>
            </w: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$570,622,528</w:t>
            </w:r>
          </w:p>
        </w:tc>
        <w:tc>
          <w:tcPr>
            <w:tcW w:type="dxa" w:w="1137"/>
          </w:tcPr>
          <w:p>
            <w:pPr>
              <w:spacing w:after="0"/>
              <w:jc w:val="right"/>
            </w:pPr>
            <w:r>
              <w:rPr>
                <w:sz w:val="16"/>
              </w:rPr>
              <w:t>$20,028,305</w:t>
            </w:r>
          </w:p>
        </w:tc>
        <w:tc>
          <w:tcPr>
            <w:tcW w:type="dxa" w:w="1046"/>
          </w:tcPr>
          <w:p>
            <w:pPr>
              <w:spacing w:after="0"/>
              <w:jc w:val="right"/>
            </w:pPr>
            <w:r>
              <w:rPr>
                <w:sz w:val="16"/>
              </w:rPr>
              <w:t>1,245</w:t>
            </w:r>
          </w:p>
        </w:tc>
        <w:tc>
          <w:tcPr>
            <w:tcW w:type="dxa" w:w="948"/>
          </w:tcPr>
          <w:p>
            <w:pPr>
              <w:spacing w:after="0"/>
              <w:jc w:val="right"/>
            </w:pPr>
            <w:r>
              <w:rPr>
                <w:sz w:val="16"/>
              </w:rPr>
              <w:t>$78,712</w:t>
            </w:r>
          </w:p>
        </w:tc>
        <w:tc>
          <w:tcPr>
            <w:tcW w:type="dxa" w:w="1126"/>
          </w:tcPr>
          <w:p>
            <w:pPr>
              <w:spacing w:after="0"/>
              <w:jc w:val="right"/>
            </w:pPr>
            <w:r>
              <w:rPr>
                <w:sz w:val="16"/>
              </w:rPr>
              <w:t>$1,178</w:t>
            </w:r>
          </w:p>
        </w:tc>
        <w:tc>
          <w:tcPr>
            <w:tcW w:type="dxa" w:w="1177"/>
          </w:tcPr>
          <w:p>
            <w:pPr>
              <w:spacing w:after="0"/>
              <w:jc w:val="right"/>
            </w:pPr>
            <w:r>
              <w:rPr>
                <w:sz w:val="16"/>
              </w:rPr>
              <w:t>$28,072</w:t>
            </w:r>
          </w:p>
        </w:tc>
        <w:tc>
          <w:tcPr>
            <w:tcW w:type="dxa" w:w="1305"/>
          </w:tcPr>
          <w:p>
            <w:pPr>
              <w:spacing w:after="0"/>
              <w:jc w:val="right"/>
            </w:pPr>
            <w:r>
              <w:rPr>
                <w:sz w:val="16"/>
              </w:rPr>
              <w:t>0.0138%</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$216,226,482</w:t>
            </w:r>
          </w:p>
        </w:tc>
        <w:tc>
          <w:tcPr>
            <w:tcW w:type="dxa" w:w="1137"/>
          </w:tcPr>
          <w:p>
            <w:pPr>
              <w:spacing w:after="0"/>
              <w:jc w:val="right"/>
            </w:pPr>
            <w:r>
              <w:rPr>
                <w:sz w:val="16"/>
              </w:rPr>
              <w:t>$10,821,088</w:t>
            </w:r>
          </w:p>
        </w:tc>
        <w:tc>
          <w:tcPr>
            <w:tcW w:type="dxa" w:w="1046"/>
          </w:tcPr>
          <w:p>
            <w:pPr>
              <w:spacing w:after="0"/>
              <w:jc w:val="right"/>
            </w:pPr>
            <w:r>
              <w:rPr>
                <w:sz w:val="16"/>
              </w:rPr>
              <w:t>579</w:t>
            </w:r>
          </w:p>
        </w:tc>
        <w:tc>
          <w:tcPr>
            <w:tcW w:type="dxa" w:w="948"/>
          </w:tcPr>
          <w:p>
            <w:pPr>
              <w:spacing w:after="0"/>
              <w:jc w:val="right"/>
            </w:pPr>
            <w:r>
              <w:rPr>
                <w:sz w:val="16"/>
              </w:rPr>
              <w:t>$89,674</w:t>
            </w:r>
          </w:p>
        </w:tc>
        <w:tc>
          <w:tcPr>
            <w:tcW w:type="dxa" w:w="1126"/>
          </w:tcPr>
          <w:p>
            <w:pPr>
              <w:spacing w:after="0"/>
              <w:jc w:val="right"/>
            </w:pPr>
            <w:r>
              <w:rPr>
                <w:sz w:val="16"/>
              </w:rPr>
              <w:t>$463</w:t>
            </w:r>
          </w:p>
        </w:tc>
        <w:tc>
          <w:tcPr>
            <w:tcW w:type="dxa" w:w="1177"/>
          </w:tcPr>
          <w:p>
            <w:pPr>
              <w:spacing w:after="0"/>
              <w:jc w:val="right"/>
            </w:pPr>
            <w:r>
              <w:rPr>
                <w:sz w:val="16"/>
              </w:rPr>
              <w:t>$3,262</w:t>
            </w:r>
          </w:p>
        </w:tc>
        <w:tc>
          <w:tcPr>
            <w:tcW w:type="dxa" w:w="1305"/>
          </w:tcPr>
          <w:p>
            <w:pPr>
              <w:spacing w:after="0"/>
              <w:jc w:val="right"/>
            </w:pPr>
            <w:r>
              <w:rPr>
                <w:sz w:val="16"/>
              </w:rPr>
              <w:t>0.0415%</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$570,622,528</w:t>
            </w:r>
          </w:p>
        </w:tc>
        <w:tc>
          <w:tcPr>
            <w:tcW w:type="dxa" w:w="1137"/>
          </w:tcPr>
          <w:p>
            <w:pPr>
              <w:spacing w:after="0"/>
              <w:jc w:val="right"/>
            </w:pPr>
            <w:r>
              <w:rPr>
                <w:sz w:val="16"/>
              </w:rPr>
              <w:t>$20,028,305</w:t>
            </w:r>
          </w:p>
        </w:tc>
        <w:tc>
          <w:tcPr>
            <w:tcW w:type="dxa" w:w="1046"/>
          </w:tcPr>
          <w:p>
            <w:pPr>
              <w:spacing w:after="0"/>
              <w:jc w:val="right"/>
            </w:pPr>
            <w:r>
              <w:rPr>
                <w:sz w:val="16"/>
              </w:rPr>
              <w:t>1,245</w:t>
            </w:r>
          </w:p>
        </w:tc>
        <w:tc>
          <w:tcPr>
            <w:tcW w:type="dxa" w:w="948"/>
          </w:tcPr>
          <w:p>
            <w:pPr>
              <w:spacing w:after="0"/>
              <w:jc w:val="right"/>
            </w:pPr>
            <w:r>
              <w:rPr>
                <w:sz w:val="16"/>
              </w:rPr>
              <w:t>$666</w:t>
            </w:r>
          </w:p>
        </w:tc>
        <w:tc>
          <w:tcPr>
            <w:tcW w:type="dxa" w:w="1126"/>
          </w:tcPr>
          <w:p>
            <w:pPr>
              <w:spacing w:after="0"/>
              <w:jc w:val="right"/>
            </w:pPr>
            <w:r>
              <w:rPr>
                <w:sz w:val="16"/>
              </w:rPr>
              <w:t>$18</w:t>
            </w:r>
          </w:p>
        </w:tc>
        <w:tc>
          <w:tcPr>
            <w:tcW w:type="dxa" w:w="1177"/>
          </w:tcPr>
          <w:p>
            <w:pPr>
              <w:spacing w:after="0"/>
              <w:jc w:val="right"/>
            </w:pPr>
            <w:r>
              <w:rPr>
                <w:sz w:val="16"/>
              </w:rPr>
              <w:t>$2,349</w:t>
            </w:r>
          </w:p>
        </w:tc>
        <w:tc>
          <w:tcPr>
            <w:tcW w:type="dxa" w:w="1305"/>
          </w:tcPr>
          <w:p>
            <w:pPr>
              <w:spacing w:after="0"/>
              <w:jc w:val="right"/>
            </w:pPr>
            <w:r>
              <w:rPr>
                <w:sz w:val="16"/>
              </w:rPr>
              <w:t>0.000117%</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p>
        </w:tc>
      </w:tr>
    </w:tbl>
    <w:p>
      <w:pPr>
        <w:spacing w:after="40" w:before="60"/>
      </w:pPr>
      <w:r>
        <w:rPr>
          <w:sz w:val="15"/>
        </w:rPr>
        <w:t>Totals since 2020-01-29 (Storm Events through 2026-06-30): 22 county-coded records, 19 with a damage value recorded (including $0), $0; 27 zone-level records, 27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1,245</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$570,622,528</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$20,028,305</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$1,857,980</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$141,981</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High</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Low</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Stonewall County</w:t>
            </w:r>
          </w:p>
        </w:tc>
        <w:tc>
          <w:tcPr>
            <w:tcW w:type="dxa" w:w="1513"/>
          </w:tcPr>
          <w:p>
            <w:pPr>
              <w:spacing w:after="0"/>
              <w:jc w:val="left"/>
            </w:pPr>
            <w:r>
              <w:rPr>
                <w:sz w:val="16"/>
              </w:rPr>
              <w:t>481246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Aspermont town</w:t>
            </w:r>
          </w:p>
        </w:tc>
        <w:tc>
          <w:tcPr>
            <w:tcW w:type="dxa" w:w="1513"/>
          </w:tcPr>
          <w:p>
            <w:pPr>
              <w:spacing w:after="0"/>
              <w:jc w:val="left"/>
            </w:pPr>
            <w:r>
              <w:rPr>
                <w:sz w:val="16"/>
              </w:rPr>
              <w:t>481093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Stonewall County, TX: risk-assessment baseline packet, release 2026-10 (data as of 2026-09-28; County area 48433).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Stonewall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Stonewall County, TX: Risk-assessment baseline packet</dc:title>
  <dc:subject>Hazard Plain release 2026-10, as of 2026-09-28. Preview: automated baseline</dc:subject>
  <dc:creator>Hazard Plain</dc:creator>
  <cp:keywords>Hazard Plain; hazard mitigation; risk assessment; 48433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