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Reeves County, TX</w:t>
      </w:r>
    </w:p>
    <w:p>
      <w:pPr>
        <w:spacing w:after="120" w:before="0"/>
      </w:pPr>
      <w:r>
        <w:rPr>
          <w:color w:val="555555"/>
          <w:sz w:val="24"/>
        </w:rPr>
        <w:t>Risk-assessment baseline packet</w:t>
      </w:r>
    </w:p>
    <w:p>
      <w:pPr>
        <w:spacing w:after="120" w:before="0"/>
      </w:pPr>
      <w:r>
        <w:rPr>
          <w:b/>
          <w:sz w:val="18"/>
        </w:rPr>
        <w:t xml:space="preserve">County FIPS: </w:t>
      </w:r>
      <w:r>
        <w:rPr>
          <w:sz w:val="18"/>
        </w:rPr>
        <w:t>48389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($2,821,446 a year), Drought ($895,917) and Strong Wind ($784,813).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$2,812,134</w:t>
            </w:r>
          </w:p>
        </w:tc>
        <w:tc>
          <w:tcPr>
            <w:tcW w:type="dxa" w:w="1126"/>
          </w:tcPr>
          <w:p>
            <w:pPr>
              <w:spacing w:after="0"/>
              <w:jc w:val="right"/>
            </w:pPr>
            <w:r>
              <w:rPr>
                <w:sz w:val="16"/>
              </w:rPr>
              <w:t>under $1</w:t>
            </w:r>
          </w:p>
        </w:tc>
        <w:tc>
          <w:tcPr>
            <w:tcW w:type="dxa" w:w="1935"/>
          </w:tcPr>
          <w:p>
            <w:pPr>
              <w:spacing w:after="0"/>
              <w:jc w:val="right"/>
            </w:pPr>
            <w:r>
              <w:rPr>
                <w:sz w:val="16"/>
              </w:rPr>
              <w:t>$9,313</w:t>
            </w:r>
          </w:p>
        </w:tc>
        <w:tc>
          <w:tcPr>
            <w:tcW w:type="dxa" w:w="1195"/>
          </w:tcPr>
          <w:p>
            <w:pPr>
              <w:spacing w:after="0"/>
              <w:jc w:val="right"/>
            </w:pPr>
            <w:r>
              <w:rPr>
                <w:sz w:val="16"/>
              </w:rPr>
              <w:t>$2,821,446</w:t>
            </w:r>
          </w:p>
        </w:tc>
        <w:tc>
          <w:tcPr>
            <w:tcW w:type="dxa" w:w="2145"/>
          </w:tcPr>
          <w:p>
            <w:pPr>
              <w:spacing w:after="0"/>
              <w:jc w:val="right"/>
            </w:pPr>
            <w:r>
              <w:rPr>
                <w:sz w:val="16"/>
              </w:rPr>
              <w:t>55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$895,917</w:t>
            </w:r>
          </w:p>
        </w:tc>
        <w:tc>
          <w:tcPr>
            <w:tcW w:type="dxa" w:w="1935"/>
          </w:tcPr>
          <w:p>
            <w:pPr>
              <w:spacing w:after="0"/>
              <w:jc w:val="right"/>
            </w:pPr>
            <w:r>
              <w:rPr>
                <w:sz w:val="16"/>
              </w:rPr>
              <w:t>n/a</w:t>
            </w:r>
          </w:p>
        </w:tc>
        <w:tc>
          <w:tcPr>
            <w:tcW w:type="dxa" w:w="1195"/>
          </w:tcPr>
          <w:p>
            <w:pPr>
              <w:spacing w:after="0"/>
              <w:jc w:val="right"/>
            </w:pPr>
            <w:r>
              <w:rPr>
                <w:sz w:val="16"/>
              </w:rPr>
              <w:t>$895,917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$50,543</w:t>
            </w:r>
          </w:p>
        </w:tc>
        <w:tc>
          <w:tcPr>
            <w:tcW w:type="dxa" w:w="1126"/>
          </w:tcPr>
          <w:p>
            <w:pPr>
              <w:spacing w:after="0"/>
              <w:jc w:val="right"/>
            </w:pPr>
            <w:r>
              <w:rPr>
                <w:sz w:val="16"/>
              </w:rPr>
              <w:t>$342</w:t>
            </w:r>
          </w:p>
        </w:tc>
        <w:tc>
          <w:tcPr>
            <w:tcW w:type="dxa" w:w="1935"/>
          </w:tcPr>
          <w:p>
            <w:pPr>
              <w:spacing w:after="0"/>
              <w:jc w:val="right"/>
            </w:pPr>
            <w:r>
              <w:rPr>
                <w:sz w:val="16"/>
              </w:rPr>
              <w:t>$733,928</w:t>
            </w:r>
          </w:p>
        </w:tc>
        <w:tc>
          <w:tcPr>
            <w:tcW w:type="dxa" w:w="1195"/>
          </w:tcPr>
          <w:p>
            <w:pPr>
              <w:spacing w:after="0"/>
              <w:jc w:val="right"/>
            </w:pPr>
            <w:r>
              <w:rPr>
                <w:sz w:val="16"/>
              </w:rPr>
              <w:t>$784,813</w:t>
            </w:r>
          </w:p>
        </w:tc>
        <w:tc>
          <w:tcPr>
            <w:tcW w:type="dxa" w:w="2145"/>
          </w:tcPr>
          <w:p>
            <w:pPr>
              <w:spacing w:after="0"/>
              <w:jc w:val="right"/>
            </w:pPr>
            <w:r>
              <w:rPr>
                <w:sz w:val="16"/>
              </w:rPr>
              <w:t>99</w:t>
            </w:r>
          </w:p>
        </w:tc>
        <w:tc>
          <w:tcPr>
            <w:tcW w:type="dxa" w:w="2206"/>
          </w:tcPr>
          <w:p>
            <w:pPr>
              <w:spacing w:after="0"/>
              <w:jc w:val="left"/>
            </w:pPr>
            <w:r>
              <w:rPr>
                <w:sz w:val="16"/>
              </w:rPr>
              <w:t>Includes 26 High Wind and 3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$95,650</w:t>
            </w:r>
          </w:p>
        </w:tc>
        <w:tc>
          <w:tcPr>
            <w:tcW w:type="dxa" w:w="1126"/>
          </w:tcPr>
          <w:p>
            <w:pPr>
              <w:spacing w:after="0"/>
              <w:jc w:val="right"/>
            </w:pPr>
            <w:r>
              <w:rPr>
                <w:sz w:val="16"/>
              </w:rPr>
              <w:t>$158</w:t>
            </w:r>
          </w:p>
        </w:tc>
        <w:tc>
          <w:tcPr>
            <w:tcW w:type="dxa" w:w="1935"/>
          </w:tcPr>
          <w:p>
            <w:pPr>
              <w:spacing w:after="0"/>
              <w:jc w:val="right"/>
            </w:pPr>
            <w:r>
              <w:rPr>
                <w:sz w:val="16"/>
              </w:rPr>
              <w:t>$75,237</w:t>
            </w:r>
          </w:p>
        </w:tc>
        <w:tc>
          <w:tcPr>
            <w:tcW w:type="dxa" w:w="1195"/>
          </w:tcPr>
          <w:p>
            <w:pPr>
              <w:spacing w:after="0"/>
              <w:jc w:val="right"/>
            </w:pPr>
            <w:r>
              <w:rPr>
                <w:sz w:val="16"/>
              </w:rPr>
              <w:t>$171,045</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$144,712</w:t>
            </w:r>
          </w:p>
        </w:tc>
        <w:tc>
          <w:tcPr>
            <w:tcW w:type="dxa" w:w="1126"/>
          </w:tcPr>
          <w:p>
            <w:pPr>
              <w:spacing w:after="0"/>
              <w:jc w:val="right"/>
            </w:pPr>
            <w:r>
              <w:rPr>
                <w:sz w:val="16"/>
              </w:rPr>
              <w:t>$3,194</w:t>
            </w:r>
          </w:p>
        </w:tc>
        <w:tc>
          <w:tcPr>
            <w:tcW w:type="dxa" w:w="1935"/>
          </w:tcPr>
          <w:p>
            <w:pPr>
              <w:spacing w:after="0"/>
              <w:jc w:val="right"/>
            </w:pPr>
            <w:r>
              <w:rPr>
                <w:sz w:val="16"/>
              </w:rPr>
              <w:t>$13,451</w:t>
            </w:r>
          </w:p>
        </w:tc>
        <w:tc>
          <w:tcPr>
            <w:tcW w:type="dxa" w:w="1195"/>
          </w:tcPr>
          <w:p>
            <w:pPr>
              <w:spacing w:after="0"/>
              <w:jc w:val="right"/>
            </w:pPr>
            <w:r>
              <w:rPr>
                <w:sz w:val="16"/>
              </w:rPr>
              <w:t>$161,357</w:t>
            </w:r>
          </w:p>
        </w:tc>
        <w:tc>
          <w:tcPr>
            <w:tcW w:type="dxa" w:w="2145"/>
          </w:tcPr>
          <w:p>
            <w:pPr>
              <w:spacing w:after="0"/>
              <w:jc w:val="right"/>
            </w:pPr>
            <w:r>
              <w:rPr>
                <w:sz w:val="16"/>
              </w:rPr>
              <w:t>135</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$26</w:t>
            </w:r>
          </w:p>
        </w:tc>
        <w:tc>
          <w:tcPr>
            <w:tcW w:type="dxa" w:w="1935"/>
          </w:tcPr>
          <w:p>
            <w:pPr>
              <w:spacing w:after="0"/>
              <w:jc w:val="right"/>
            </w:pPr>
            <w:r>
              <w:rPr>
                <w:sz w:val="16"/>
              </w:rPr>
              <w:t>$145,024</w:t>
            </w:r>
          </w:p>
        </w:tc>
        <w:tc>
          <w:tcPr>
            <w:tcW w:type="dxa" w:w="1195"/>
          </w:tcPr>
          <w:p>
            <w:pPr>
              <w:spacing w:after="0"/>
              <w:jc w:val="right"/>
            </w:pPr>
            <w:r>
              <w:rPr>
                <w:sz w:val="16"/>
              </w:rPr>
              <w:t>$145,062</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$909</w:t>
            </w:r>
          </w:p>
        </w:tc>
        <w:tc>
          <w:tcPr>
            <w:tcW w:type="dxa" w:w="1126"/>
          </w:tcPr>
          <w:p>
            <w:pPr>
              <w:spacing w:after="0"/>
              <w:jc w:val="right"/>
            </w:pPr>
            <w:r>
              <w:rPr>
                <w:sz w:val="16"/>
              </w:rPr>
              <w:t>$4,604</w:t>
            </w:r>
          </w:p>
        </w:tc>
        <w:tc>
          <w:tcPr>
            <w:tcW w:type="dxa" w:w="1935"/>
          </w:tcPr>
          <w:p>
            <w:pPr>
              <w:spacing w:after="0"/>
              <w:jc w:val="right"/>
            </w:pPr>
            <w:r>
              <w:rPr>
                <w:sz w:val="16"/>
              </w:rPr>
              <w:t>$120,900</w:t>
            </w:r>
          </w:p>
        </w:tc>
        <w:tc>
          <w:tcPr>
            <w:tcW w:type="dxa" w:w="1195"/>
          </w:tcPr>
          <w:p>
            <w:pPr>
              <w:spacing w:after="0"/>
              <w:jc w:val="right"/>
            </w:pPr>
            <w:r>
              <w:rPr>
                <w:sz w:val="16"/>
              </w:rPr>
              <w:t>$126,413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$4,433</w:t>
            </w:r>
          </w:p>
        </w:tc>
        <w:tc>
          <w:tcPr>
            <w:tcW w:type="dxa" w:w="1126"/>
          </w:tcPr>
          <w:p>
            <w:pPr>
              <w:spacing w:after="0"/>
              <w:jc w:val="right"/>
            </w:pPr>
            <w:r>
              <w:rPr>
                <w:sz w:val="16"/>
              </w:rPr>
              <w:t>n/a</w:t>
            </w:r>
          </w:p>
        </w:tc>
        <w:tc>
          <w:tcPr>
            <w:tcW w:type="dxa" w:w="1935"/>
          </w:tcPr>
          <w:p>
            <w:pPr>
              <w:spacing w:after="0"/>
              <w:jc w:val="right"/>
            </w:pPr>
            <w:r>
              <w:rPr>
                <w:sz w:val="16"/>
              </w:rPr>
              <w:t>$105,892</w:t>
            </w:r>
          </w:p>
        </w:tc>
        <w:tc>
          <w:tcPr>
            <w:tcW w:type="dxa" w:w="1195"/>
          </w:tcPr>
          <w:p>
            <w:pPr>
              <w:spacing w:after="0"/>
              <w:jc w:val="right"/>
            </w:pPr>
            <w:r>
              <w:rPr>
                <w:sz w:val="16"/>
              </w:rPr>
              <w:t>$110,325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$92,831</w:t>
            </w:r>
          </w:p>
        </w:tc>
        <w:tc>
          <w:tcPr>
            <w:tcW w:type="dxa" w:w="1126"/>
          </w:tcPr>
          <w:p>
            <w:pPr>
              <w:spacing w:after="0"/>
              <w:jc w:val="right"/>
            </w:pPr>
            <w:r>
              <w:rPr>
                <w:sz w:val="16"/>
              </w:rPr>
              <w:t>n/a</w:t>
            </w:r>
          </w:p>
        </w:tc>
        <w:tc>
          <w:tcPr>
            <w:tcW w:type="dxa" w:w="1935"/>
          </w:tcPr>
          <w:p>
            <w:pPr>
              <w:spacing w:after="0"/>
              <w:jc w:val="right"/>
            </w:pPr>
            <w:r>
              <w:rPr>
                <w:sz w:val="16"/>
              </w:rPr>
              <w:t>$8,174</w:t>
            </w:r>
          </w:p>
        </w:tc>
        <w:tc>
          <w:tcPr>
            <w:tcW w:type="dxa" w:w="1195"/>
          </w:tcPr>
          <w:p>
            <w:pPr>
              <w:spacing w:after="0"/>
              <w:jc w:val="right"/>
            </w:pPr>
            <w:r>
              <w:rPr>
                <w:sz w:val="16"/>
              </w:rPr>
              <w:t>$101,005</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$18,812</w:t>
            </w:r>
          </w:p>
        </w:tc>
        <w:tc>
          <w:tcPr>
            <w:tcW w:type="dxa" w:w="1126"/>
          </w:tcPr>
          <w:p>
            <w:pPr>
              <w:spacing w:after="0"/>
              <w:jc w:val="right"/>
            </w:pPr>
            <w:r>
              <w:rPr>
                <w:sz w:val="16"/>
              </w:rPr>
              <w:t>$24</w:t>
            </w:r>
          </w:p>
        </w:tc>
        <w:tc>
          <w:tcPr>
            <w:tcW w:type="dxa" w:w="1935"/>
          </w:tcPr>
          <w:p>
            <w:pPr>
              <w:spacing w:after="0"/>
              <w:jc w:val="right"/>
            </w:pPr>
            <w:r>
              <w:rPr>
                <w:sz w:val="16"/>
              </w:rPr>
              <w:t>$55,493</w:t>
            </w:r>
          </w:p>
        </w:tc>
        <w:tc>
          <w:tcPr>
            <w:tcW w:type="dxa" w:w="1195"/>
          </w:tcPr>
          <w:p>
            <w:pPr>
              <w:spacing w:after="0"/>
              <w:jc w:val="right"/>
            </w:pPr>
            <w:r>
              <w:rPr>
                <w:sz w:val="16"/>
              </w:rPr>
              <w:t>$74,329</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$36,615</w:t>
            </w:r>
          </w:p>
        </w:tc>
        <w:tc>
          <w:tcPr>
            <w:tcW w:type="dxa" w:w="1126"/>
          </w:tcPr>
          <w:p>
            <w:pPr>
              <w:spacing w:after="0"/>
              <w:jc w:val="right"/>
            </w:pPr>
            <w:r>
              <w:rPr>
                <w:sz w:val="16"/>
              </w:rPr>
              <w:t>$76</w:t>
            </w:r>
          </w:p>
        </w:tc>
        <w:tc>
          <w:tcPr>
            <w:tcW w:type="dxa" w:w="1935"/>
          </w:tcPr>
          <w:p>
            <w:pPr>
              <w:spacing w:after="0"/>
              <w:jc w:val="right"/>
            </w:pPr>
            <w:r>
              <w:rPr>
                <w:sz w:val="16"/>
              </w:rPr>
              <w:t>$2,379</w:t>
            </w:r>
          </w:p>
        </w:tc>
        <w:tc>
          <w:tcPr>
            <w:tcW w:type="dxa" w:w="1195"/>
          </w:tcPr>
          <w:p>
            <w:pPr>
              <w:spacing w:after="0"/>
              <w:jc w:val="right"/>
            </w:pPr>
            <w:r>
              <w:rPr>
                <w:sz w:val="16"/>
              </w:rPr>
              <w:t>$39,069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12</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$28,112</w:t>
            </w:r>
          </w:p>
        </w:tc>
        <w:tc>
          <w:tcPr>
            <w:tcW w:type="dxa" w:w="1126"/>
          </w:tcPr>
          <w:p>
            <w:pPr>
              <w:spacing w:after="0"/>
              <w:jc w:val="right"/>
            </w:pPr>
            <w:r>
              <w:rPr>
                <w:sz w:val="16"/>
              </w:rPr>
              <w:t>n/a</w:t>
            </w:r>
          </w:p>
        </w:tc>
        <w:tc>
          <w:tcPr>
            <w:tcW w:type="dxa" w:w="1935"/>
          </w:tcPr>
          <w:p>
            <w:pPr>
              <w:spacing w:after="0"/>
              <w:jc w:val="right"/>
            </w:pPr>
            <w:r>
              <w:rPr>
                <w:sz w:val="16"/>
              </w:rPr>
              <w:t>$6,987</w:t>
            </w:r>
          </w:p>
        </w:tc>
        <w:tc>
          <w:tcPr>
            <w:tcW w:type="dxa" w:w="1195"/>
          </w:tcPr>
          <w:p>
            <w:pPr>
              <w:spacing w:after="0"/>
              <w:jc w:val="right"/>
            </w:pPr>
            <w:r>
              <w:rPr>
                <w:sz w:val="16"/>
              </w:rPr>
              <w:t>$35,099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$2,648</w:t>
            </w:r>
          </w:p>
        </w:tc>
        <w:tc>
          <w:tcPr>
            <w:tcW w:type="dxa" w:w="1126"/>
          </w:tcPr>
          <w:p>
            <w:pPr>
              <w:spacing w:after="0"/>
              <w:jc w:val="right"/>
            </w:pPr>
            <w:r>
              <w:rPr>
                <w:sz w:val="16"/>
              </w:rPr>
              <w:t>$411</w:t>
            </w:r>
          </w:p>
        </w:tc>
        <w:tc>
          <w:tcPr>
            <w:tcW w:type="dxa" w:w="1935"/>
          </w:tcPr>
          <w:p>
            <w:pPr>
              <w:spacing w:after="0"/>
              <w:jc w:val="right"/>
            </w:pPr>
            <w:r>
              <w:rPr>
                <w:sz w:val="16"/>
              </w:rPr>
              <w:t>$28</w:t>
            </w:r>
          </w:p>
        </w:tc>
        <w:tc>
          <w:tcPr>
            <w:tcW w:type="dxa" w:w="1195"/>
          </w:tcPr>
          <w:p>
            <w:pPr>
              <w:spacing w:after="0"/>
              <w:jc w:val="right"/>
            </w:pPr>
            <w:r>
              <w:rPr>
                <w:sz w:val="16"/>
              </w:rPr>
              <w:t>$3,086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35"/>
          </w:tcPr>
          <w:p>
            <w:pPr>
              <w:spacing w:after="0"/>
              <w:jc w:val="right"/>
            </w:pPr>
            <w:r>
              <w:rPr>
                <w:sz w:val="16"/>
              </w:rPr>
              <w:t>$10</w:t>
            </w:r>
          </w:p>
        </w:tc>
        <w:tc>
          <w:tcPr>
            <w:tcW w:type="dxa" w:w="1195"/>
          </w:tcPr>
          <w:p>
            <w:pPr>
              <w:spacing w:after="0"/>
              <w:jc w:val="right"/>
            </w:pPr>
            <w:r>
              <w:rPr>
                <w:sz w:val="16"/>
              </w:rPr>
              <w:t>$11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under $1</w:t>
            </w:r>
          </w:p>
        </w:tc>
        <w:tc>
          <w:tcPr>
            <w:tcW w:type="dxa" w:w="1195"/>
          </w:tcPr>
          <w:p>
            <w:pPr>
              <w:spacing w:after="0"/>
              <w:jc w:val="right"/>
            </w:pPr>
            <w:r>
              <w:rPr>
                <w:sz w:val="16"/>
              </w:rPr>
              <w:t>under $1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9506 (Very Low, 0.2)</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9506 (Relatively Low, 41.6); tract 9504 (Very Low, 29.8); tract 9502 (Very Low, 27.5)</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9506 (Very Low, 40.1); tract 9504 (Very Low, 33.9); tract 9502 (Very Low, 30.9)</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9506 (Very Low, 66.9); tract 9504 (Very Low, 9.8)</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9506 (Relatively Moderate, 58.7); tract 9504 (Relatively Low, 48.2); tract 9502 (Relatively Low, 41.0)</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9506 (Relatively Moderate, 92.6); tract 9504 (Very Low, 54.3); tract 9503 (Very Low, 36.2)</w:t>
            </w:r>
          </w:p>
        </w:tc>
      </w:tr>
    </w:tbl>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07"/>
        <w:gridCol w:w="2063"/>
        <w:gridCol w:w="1540"/>
        <w:gridCol w:w="1559"/>
        <w:gridCol w:w="1555"/>
        <w:gridCol w:w="1292"/>
        <w:gridCol w:w="1910"/>
        <w:gridCol w:w="2086"/>
      </w:tblGrid>
      <w:tr>
        <w:trPr>
          <w:cantSplit/>
          <w:tblHeader/>
        </w:trPr>
        <w:tc>
          <w:tcPr>
            <w:tcW w:type="dxa" w:w="2107"/>
            <w:shd w:val="clear" w:color="auto" w:fill="E8E8E8"/>
          </w:tcPr>
          <w:p>
            <w:pPr>
              <w:spacing w:after="0"/>
              <w:jc w:val="left"/>
            </w:pPr>
            <w:r>
              <w:rPr>
                <w:b/>
                <w:sz w:val="16"/>
              </w:rPr>
              <w:t>Hazard</w:t>
            </w:r>
          </w:p>
        </w:tc>
        <w:tc>
          <w:tcPr>
            <w:tcW w:type="dxa" w:w="2063"/>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9"/>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1292"/>
            <w:shd w:val="clear" w:color="auto" w:fill="E8E8E8"/>
          </w:tcPr>
          <w:p>
            <w:pPr>
              <w:spacing w:after="0"/>
              <w:jc w:val="left"/>
            </w:pPr>
            <w:r>
              <w:rPr>
                <w:b/>
                <w:sz w:val="16"/>
              </w:rPr>
              <w:t>Most damaging (when different)</w:t>
            </w:r>
          </w:p>
        </w:tc>
        <w:tc>
          <w:tcPr>
            <w:tcW w:type="dxa" w:w="1910"/>
            <w:shd w:val="clear" w:color="auto" w:fill="E8E8E8"/>
          </w:tcPr>
          <w:p>
            <w:pPr>
              <w:spacing w:after="0"/>
              <w:jc w:val="left"/>
            </w:pPr>
            <w:r>
              <w:rPr>
                <w:b/>
                <w:sz w:val="16"/>
              </w:rPr>
              <w:t>How it applies to jurisdictions</w:t>
            </w:r>
          </w:p>
        </w:tc>
        <w:tc>
          <w:tcPr>
            <w:tcW w:type="dxa" w:w="2086"/>
            <w:shd w:val="clear" w:color="auto" w:fill="E8E8E8"/>
          </w:tcPr>
          <w:p>
            <w:pPr>
              <w:spacing w:after="0"/>
              <w:jc w:val="left"/>
            </w:pPr>
            <w:r>
              <w:rPr>
                <w:b/>
                <w:sz w:val="16"/>
              </w:rPr>
              <w:t>Note</w:t>
            </w:r>
          </w:p>
        </w:tc>
      </w:tr>
      <w:tr>
        <w:trPr>
          <w:cantSplit/>
        </w:trPr>
        <w:tc>
          <w:tcPr>
            <w:tcW w:type="dxa" w:w="2107"/>
          </w:tcPr>
          <w:p>
            <w:pPr>
              <w:spacing w:after="0"/>
              <w:jc w:val="left"/>
            </w:pPr>
            <w:r>
              <w:rPr>
                <w:sz w:val="16"/>
              </w:rPr>
              <w:t>Avalanche</w:t>
            </w:r>
          </w:p>
        </w:tc>
        <w:tc>
          <w:tcPr>
            <w:tcW w:type="dxa" w:w="2063"/>
          </w:tcPr>
          <w:p>
            <w:pPr>
              <w:spacing w:after="0"/>
              <w:jc w:val="left"/>
            </w:pPr>
            <w:r>
              <w:rPr>
                <w:sz w:val="16"/>
              </w:rPr>
              <w:t>none (count and damage only)</w:t>
            </w:r>
          </w:p>
        </w:tc>
        <w:tc>
          <w:tcPr>
            <w:tcW w:type="dxa" w:w="1540"/>
          </w:tcPr>
          <w:p>
            <w:pPr>
              <w:spacing w:after="0"/>
              <w:jc w:val="right"/>
            </w:pPr>
            <w:r>
              <w:rPr>
                <w:sz w:val="16"/>
              </w:rPr>
              <w:t>0</w:t>
            </w:r>
          </w:p>
        </w:tc>
        <w:tc>
          <w:tcPr>
            <w:tcW w:type="dxa" w:w="1559"/>
          </w:tcPr>
          <w:p>
            <w:pPr>
              <w:spacing w:after="0"/>
              <w:jc w:val="left"/>
            </w:pPr>
          </w:p>
        </w:tc>
        <w:tc>
          <w:tcPr>
            <w:tcW w:type="dxa" w:w="1555"/>
          </w:tcPr>
          <w:p>
            <w:pPr>
              <w:spacing w:after="0"/>
              <w:jc w:val="left"/>
            </w:pPr>
          </w:p>
        </w:tc>
        <w:tc>
          <w:tcPr>
            <w:tcW w:type="dxa" w:w="1292"/>
          </w:tcPr>
          <w:p>
            <w:pPr>
              <w:spacing w:after="0"/>
              <w:jc w:val="left"/>
            </w:pPr>
          </w:p>
        </w:tc>
        <w:tc>
          <w:tcPr>
            <w:tcW w:type="dxa" w:w="1910"/>
          </w:tcPr>
          <w:p>
            <w:pPr>
              <w:spacing w:after="0"/>
              <w:jc w:val="left"/>
            </w:pPr>
          </w:p>
        </w:tc>
        <w:tc>
          <w:tcPr>
            <w:tcW w:type="dxa" w:w="2086"/>
          </w:tcPr>
          <w:p>
            <w:pPr>
              <w:spacing w:after="0"/>
              <w:jc w:val="left"/>
            </w:pPr>
            <w:r>
              <w:rPr>
                <w:sz w:val="16"/>
              </w:rPr>
              <w:t>Physical measure: in event narratives only (local data needed).</w:t>
            </w:r>
          </w:p>
        </w:tc>
      </w:tr>
      <w:tr>
        <w:trPr>
          <w:cantSplit/>
        </w:trPr>
        <w:tc>
          <w:tcPr>
            <w:tcW w:type="dxa" w:w="2107"/>
          </w:tcPr>
          <w:p>
            <w:pPr>
              <w:spacing w:after="0"/>
              <w:jc w:val="left"/>
            </w:pPr>
            <w:r>
              <w:rPr>
                <w:sz w:val="16"/>
              </w:rPr>
              <w:t>Cold/Wind Chill, Extreme Cold/Wind Chill</w:t>
            </w:r>
          </w:p>
        </w:tc>
        <w:tc>
          <w:tcPr>
            <w:tcW w:type="dxa" w:w="2063"/>
          </w:tcPr>
          <w:p>
            <w:pPr>
              <w:spacing w:after="0"/>
              <w:jc w:val="left"/>
            </w:pPr>
            <w:r>
              <w:rPr>
                <w:sz w:val="16"/>
              </w:rPr>
              <w:t>wind chill</w:t>
            </w:r>
          </w:p>
        </w:tc>
        <w:tc>
          <w:tcPr>
            <w:tcW w:type="dxa" w:w="1540"/>
          </w:tcPr>
          <w:p>
            <w:pPr>
              <w:spacing w:after="0"/>
              <w:jc w:val="right"/>
            </w:pPr>
            <w:r>
              <w:rPr>
                <w:sz w:val="16"/>
              </w:rPr>
              <w:t>0</w:t>
            </w:r>
          </w:p>
        </w:tc>
        <w:tc>
          <w:tcPr>
            <w:tcW w:type="dxa" w:w="1559"/>
          </w:tcPr>
          <w:p>
            <w:pPr>
              <w:spacing w:after="0"/>
              <w:jc w:val="left"/>
            </w:pPr>
          </w:p>
        </w:tc>
        <w:tc>
          <w:tcPr>
            <w:tcW w:type="dxa" w:w="1555"/>
          </w:tcPr>
          <w:p>
            <w:pPr>
              <w:spacing w:after="0"/>
              <w:jc w:val="left"/>
            </w:pPr>
          </w:p>
        </w:tc>
        <w:tc>
          <w:tcPr>
            <w:tcW w:type="dxa" w:w="1292"/>
          </w:tcPr>
          <w:p>
            <w:pPr>
              <w:spacing w:after="0"/>
              <w:jc w:val="left"/>
            </w:pPr>
          </w:p>
        </w:tc>
        <w:tc>
          <w:tcPr>
            <w:tcW w:type="dxa" w:w="1910"/>
          </w:tcPr>
          <w:p>
            <w:pPr>
              <w:spacing w:after="0"/>
              <w:jc w:val="left"/>
            </w:pPr>
          </w:p>
        </w:tc>
        <w:tc>
          <w:tcPr>
            <w:tcW w:type="dxa" w:w="2086"/>
          </w:tcPr>
          <w:p>
            <w:pPr>
              <w:spacing w:after="0"/>
              <w:jc w:val="left"/>
            </w:pPr>
            <w:r>
              <w:rPr>
                <w:sz w:val="16"/>
              </w:rPr>
              <w:t>Wind chill: in event narratives only (local data needed).</w:t>
            </w:r>
          </w:p>
        </w:tc>
      </w:tr>
      <w:tr>
        <w:trPr>
          <w:cantSplit/>
        </w:trPr>
        <w:tc>
          <w:tcPr>
            <w:tcW w:type="dxa" w:w="2107"/>
          </w:tcPr>
          <w:p>
            <w:pPr>
              <w:spacing w:after="0"/>
              <w:jc w:val="left"/>
            </w:pPr>
            <w:r>
              <w:rPr>
                <w:sz w:val="16"/>
              </w:rPr>
              <w:t>Frost/Freeze (outside NRI's Cold Wave definition)</w:t>
            </w:r>
          </w:p>
        </w:tc>
        <w:tc>
          <w:tcPr>
            <w:tcW w:type="dxa" w:w="2063"/>
          </w:tcPr>
          <w:p>
            <w:pPr>
              <w:spacing w:after="0"/>
              <w:jc w:val="left"/>
            </w:pPr>
            <w:r>
              <w:rPr>
                <w:sz w:val="16"/>
              </w:rPr>
              <w:t>crop damage</w:t>
            </w:r>
          </w:p>
        </w:tc>
        <w:tc>
          <w:tcPr>
            <w:tcW w:type="dxa" w:w="1540"/>
          </w:tcPr>
          <w:p>
            <w:pPr>
              <w:spacing w:after="0"/>
              <w:jc w:val="right"/>
            </w:pPr>
            <w:r>
              <w:rPr>
                <w:sz w:val="16"/>
              </w:rPr>
              <w:t>0</w:t>
            </w:r>
          </w:p>
        </w:tc>
        <w:tc>
          <w:tcPr>
            <w:tcW w:type="dxa" w:w="1559"/>
          </w:tcPr>
          <w:p>
            <w:pPr>
              <w:spacing w:after="0"/>
              <w:jc w:val="left"/>
            </w:pPr>
          </w:p>
        </w:tc>
        <w:tc>
          <w:tcPr>
            <w:tcW w:type="dxa" w:w="1555"/>
          </w:tcPr>
          <w:p>
            <w:pPr>
              <w:spacing w:after="0"/>
              <w:jc w:val="left"/>
            </w:pPr>
          </w:p>
        </w:tc>
        <w:tc>
          <w:tcPr>
            <w:tcW w:type="dxa" w:w="1292"/>
          </w:tcPr>
          <w:p>
            <w:pPr>
              <w:spacing w:after="0"/>
              <w:jc w:val="left"/>
            </w:pPr>
          </w:p>
        </w:tc>
        <w:tc>
          <w:tcPr>
            <w:tcW w:type="dxa" w:w="1910"/>
          </w:tcPr>
          <w:p>
            <w:pPr>
              <w:spacing w:after="0"/>
              <w:jc w:val="left"/>
            </w:pPr>
          </w:p>
        </w:tc>
        <w:tc>
          <w:tcPr>
            <w:tcW w:type="dxa" w:w="2086"/>
          </w:tcPr>
          <w:p>
            <w:pPr>
              <w:spacing w:after="0"/>
              <w:jc w:val="left"/>
            </w:pPr>
            <w:r>
              <w:rPr>
                <w:sz w:val="16"/>
              </w:rPr>
              <w:t>Temperature: in event narratives only (local data needed).</w:t>
            </w:r>
          </w:p>
        </w:tc>
      </w:tr>
      <w:tr>
        <w:trPr>
          <w:cantSplit/>
        </w:trPr>
        <w:tc>
          <w:tcPr>
            <w:tcW w:type="dxa" w:w="2107"/>
          </w:tcPr>
          <w:p>
            <w:pPr>
              <w:spacing w:after="0"/>
              <w:jc w:val="left"/>
            </w:pPr>
            <w:r>
              <w:rPr>
                <w:sz w:val="16"/>
              </w:rPr>
              <w:t>Drought</w:t>
            </w:r>
          </w:p>
        </w:tc>
        <w:tc>
          <w:tcPr>
            <w:tcW w:type="dxa" w:w="2063"/>
          </w:tcPr>
          <w:p>
            <w:pPr>
              <w:spacing w:after="0"/>
              <w:jc w:val="left"/>
            </w:pPr>
            <w:r>
              <w:rPr>
                <w:sz w:val="16"/>
              </w:rPr>
              <w:t>U.S. Drought Monitor scale (D0 to D4)</w:t>
            </w:r>
          </w:p>
        </w:tc>
        <w:tc>
          <w:tcPr>
            <w:tcW w:type="dxa" w:w="1540"/>
          </w:tcPr>
          <w:p>
            <w:pPr>
              <w:spacing w:after="0"/>
              <w:jc w:val="right"/>
            </w:pPr>
            <w:r>
              <w:rPr>
                <w:sz w:val="16"/>
              </w:rPr>
              <w:t>0</w:t>
            </w:r>
          </w:p>
        </w:tc>
        <w:tc>
          <w:tcPr>
            <w:tcW w:type="dxa" w:w="1559"/>
          </w:tcPr>
          <w:p>
            <w:pPr>
              <w:spacing w:after="0"/>
              <w:jc w:val="left"/>
            </w:pPr>
          </w:p>
        </w:tc>
        <w:tc>
          <w:tcPr>
            <w:tcW w:type="dxa" w:w="1555"/>
          </w:tcPr>
          <w:p>
            <w:pPr>
              <w:spacing w:after="0"/>
              <w:jc w:val="left"/>
            </w:pPr>
          </w:p>
        </w:tc>
        <w:tc>
          <w:tcPr>
            <w:tcW w:type="dxa" w:w="1292"/>
          </w:tcPr>
          <w:p>
            <w:pPr>
              <w:spacing w:after="0"/>
              <w:jc w:val="left"/>
            </w:pPr>
          </w:p>
        </w:tc>
        <w:tc>
          <w:tcPr>
            <w:tcW w:type="dxa" w:w="1910"/>
          </w:tcPr>
          <w:p>
            <w:pPr>
              <w:spacing w:after="0"/>
              <w:jc w:val="left"/>
            </w:pPr>
          </w:p>
        </w:tc>
        <w:tc>
          <w:tcPr>
            <w:tcW w:type="dxa" w:w="20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07"/>
          </w:tcPr>
          <w:p>
            <w:pPr>
              <w:spacing w:after="0"/>
              <w:jc w:val="left"/>
            </w:pPr>
            <w:r>
              <w:rPr>
                <w:sz w:val="16"/>
              </w:rPr>
              <w:t>Earthquake</w:t>
            </w:r>
          </w:p>
        </w:tc>
        <w:tc>
          <w:tcPr>
            <w:tcW w:type="dxa" w:w="2063"/>
          </w:tcPr>
          <w:p>
            <w:pPr>
              <w:spacing w:after="0"/>
              <w:jc w:val="left"/>
            </w:pPr>
            <w:r>
              <w:rPr>
                <w:sz w:val="16"/>
              </w:rPr>
              <w:t>Modified Mercalli (local data)</w:t>
            </w:r>
          </w:p>
        </w:tc>
        <w:tc>
          <w:tcPr>
            <w:tcW w:type="dxa" w:w="1540"/>
          </w:tcPr>
          <w:p>
            <w:pPr>
              <w:spacing w:after="0"/>
              <w:jc w:val="right"/>
            </w:pPr>
            <w:r>
              <w:rPr>
                <w:sz w:val="16"/>
              </w:rPr>
              <w:t>0</w:t>
            </w:r>
          </w:p>
        </w:tc>
        <w:tc>
          <w:tcPr>
            <w:tcW w:type="dxa" w:w="1559"/>
          </w:tcPr>
          <w:p>
            <w:pPr>
              <w:spacing w:after="0"/>
              <w:jc w:val="left"/>
            </w:pPr>
          </w:p>
        </w:tc>
        <w:tc>
          <w:tcPr>
            <w:tcW w:type="dxa" w:w="1555"/>
          </w:tcPr>
          <w:p>
            <w:pPr>
              <w:spacing w:after="0"/>
              <w:jc w:val="left"/>
            </w:pPr>
          </w:p>
        </w:tc>
        <w:tc>
          <w:tcPr>
            <w:tcW w:type="dxa" w:w="1292"/>
          </w:tcPr>
          <w:p>
            <w:pPr>
              <w:spacing w:after="0"/>
              <w:jc w:val="left"/>
            </w:pPr>
          </w:p>
        </w:tc>
        <w:tc>
          <w:tcPr>
            <w:tcW w:type="dxa" w:w="1910"/>
          </w:tcPr>
          <w:p>
            <w:pPr>
              <w:spacing w:after="0"/>
              <w:jc w:val="left"/>
            </w:pPr>
          </w:p>
        </w:tc>
        <w:tc>
          <w:tcPr>
            <w:tcW w:type="dxa" w:w="2086"/>
          </w:tcPr>
          <w:p>
            <w:pPr>
              <w:spacing w:after="0"/>
              <w:jc w:val="left"/>
            </w:pPr>
            <w:r>
              <w:rPr>
                <w:sz w:val="16"/>
              </w:rPr>
              <w:t>Storm Events does not record earthquakes; the USGS earthquake catalog is the source.</w:t>
            </w:r>
          </w:p>
        </w:tc>
      </w:tr>
      <w:tr>
        <w:trPr>
          <w:cantSplit/>
        </w:trPr>
        <w:tc>
          <w:tcPr>
            <w:tcW w:type="dxa" w:w="2107"/>
          </w:tcPr>
          <w:p>
            <w:pPr>
              <w:spacing w:after="0"/>
              <w:jc w:val="left"/>
            </w:pPr>
            <w:r>
              <w:rPr>
                <w:sz w:val="16"/>
              </w:rPr>
              <w:t>Hail</w:t>
            </w:r>
          </w:p>
        </w:tc>
        <w:tc>
          <w:tcPr>
            <w:tcW w:type="dxa" w:w="2063"/>
          </w:tcPr>
          <w:p>
            <w:pPr>
              <w:spacing w:after="0"/>
              <w:jc w:val="left"/>
            </w:pPr>
            <w:r>
              <w:rPr>
                <w:sz w:val="16"/>
              </w:rPr>
              <w:t>hail size (inches)</w:t>
            </w:r>
          </w:p>
        </w:tc>
        <w:tc>
          <w:tcPr>
            <w:tcW w:type="dxa" w:w="1540"/>
          </w:tcPr>
          <w:p>
            <w:pPr>
              <w:spacing w:after="0"/>
              <w:jc w:val="right"/>
            </w:pPr>
            <w:r>
              <w:rPr>
                <w:sz w:val="16"/>
              </w:rPr>
              <w:t>206 records, 1957 to 2025</w:t>
            </w:r>
          </w:p>
        </w:tc>
        <w:tc>
          <w:tcPr>
            <w:tcW w:type="dxa" w:w="1559"/>
          </w:tcPr>
          <w:p>
            <w:pPr>
              <w:spacing w:after="0"/>
              <w:jc w:val="left"/>
            </w:pPr>
            <w:r>
              <w:rPr>
                <w:sz w:val="16"/>
              </w:rPr>
              <w:t>0.75 in to 4.25 in (median 1 in); 205 with a recorded value</w:t>
            </w:r>
          </w:p>
        </w:tc>
        <w:tc>
          <w:tcPr>
            <w:tcW w:type="dxa" w:w="1555"/>
          </w:tcPr>
          <w:p>
            <w:pPr>
              <w:spacing w:after="0"/>
              <w:jc w:val="left"/>
            </w:pPr>
            <w:r>
              <w:rPr>
                <w:sz w:val="16"/>
              </w:rPr>
              <w:t>4.25 in hail, 2004-04-03</w:t>
            </w:r>
          </w:p>
        </w:tc>
        <w:tc>
          <w:tcPr>
            <w:tcW w:type="dxa" w:w="1292"/>
          </w:tcPr>
          <w:p>
            <w:pPr>
              <w:spacing w:after="0"/>
              <w:jc w:val="left"/>
            </w:pPr>
          </w:p>
        </w:tc>
        <w:tc>
          <w:tcPr>
            <w:tcW w:type="dxa" w:w="1910"/>
          </w:tcPr>
          <w:p>
            <w:pPr>
              <w:spacing w:after="0"/>
              <w:jc w:val="left"/>
            </w:pPr>
            <w:r>
              <w:rPr>
                <w:sz w:val="16"/>
              </w:rPr>
              <w:t>No event record names a jurisdiction in the plan.</w:t>
            </w:r>
          </w:p>
        </w:tc>
        <w:tc>
          <w:tcPr>
            <w:tcW w:type="dxa" w:w="2086"/>
          </w:tcPr>
          <w:p>
            <w:pPr>
              <w:spacing w:after="0"/>
              <w:jc w:val="left"/>
            </w:pPr>
          </w:p>
        </w:tc>
      </w:tr>
      <w:tr>
        <w:trPr>
          <w:cantSplit/>
        </w:trPr>
        <w:tc>
          <w:tcPr>
            <w:tcW w:type="dxa" w:w="2107"/>
          </w:tcPr>
          <w:p>
            <w:pPr>
              <w:spacing w:after="0"/>
              <w:jc w:val="left"/>
            </w:pPr>
            <w:r>
              <w:rPr>
                <w:sz w:val="16"/>
              </w:rPr>
              <w:t>Excessive Heat, Heat</w:t>
            </w:r>
          </w:p>
        </w:tc>
        <w:tc>
          <w:tcPr>
            <w:tcW w:type="dxa" w:w="2063"/>
          </w:tcPr>
          <w:p>
            <w:pPr>
              <w:spacing w:after="0"/>
              <w:jc w:val="left"/>
            </w:pPr>
            <w:r>
              <w:rPr>
                <w:sz w:val="16"/>
              </w:rPr>
              <w:t>heat index (in event narratives)</w:t>
            </w:r>
          </w:p>
        </w:tc>
        <w:tc>
          <w:tcPr>
            <w:tcW w:type="dxa" w:w="1540"/>
          </w:tcPr>
          <w:p>
            <w:pPr>
              <w:spacing w:after="0"/>
              <w:jc w:val="right"/>
            </w:pPr>
            <w:r>
              <w:rPr>
                <w:sz w:val="16"/>
              </w:rPr>
              <w:t>1 record, 2021 (1 zone-level)</w:t>
            </w:r>
          </w:p>
        </w:tc>
        <w:tc>
          <w:tcPr>
            <w:tcW w:type="dxa" w:w="1559"/>
          </w:tcPr>
          <w:p>
            <w:pPr>
              <w:spacing w:after="0"/>
              <w:jc w:val="left"/>
            </w:pPr>
            <w:r>
              <w:rPr>
                <w:sz w:val="16"/>
              </w:rPr>
              <w:t>1 day; 1 with a recorded value</w:t>
            </w:r>
          </w:p>
        </w:tc>
        <w:tc>
          <w:tcPr>
            <w:tcW w:type="dxa" w:w="1555"/>
          </w:tcPr>
          <w:p>
            <w:pPr>
              <w:spacing w:after="0"/>
              <w:jc w:val="left"/>
            </w:pPr>
            <w:r>
              <w:rPr>
                <w:sz w:val="16"/>
              </w:rPr>
              <w:t>1 consecutive day, 2021-06-20, zone-level</w:t>
            </w:r>
          </w:p>
        </w:tc>
        <w:tc>
          <w:tcPr>
            <w:tcW w:type="dxa" w:w="1292"/>
          </w:tcPr>
          <w:p>
            <w:pPr>
              <w:spacing w:after="0"/>
              <w:jc w:val="left"/>
            </w:pPr>
          </w:p>
        </w:tc>
        <w:tc>
          <w:tcPr>
            <w:tcW w:type="dxa" w:w="1910"/>
          </w:tcPr>
          <w:p>
            <w:pPr>
              <w:spacing w:after="0"/>
              <w:jc w:val="left"/>
            </w:pPr>
            <w:r>
              <w:rPr>
                <w:sz w:val="16"/>
              </w:rPr>
              <w:t>Countywide (zone-level records).</w:t>
            </w:r>
          </w:p>
        </w:tc>
        <w:tc>
          <w:tcPr>
            <w:tcW w:type="dxa" w:w="2086"/>
          </w:tcPr>
          <w:p>
            <w:pPr>
              <w:spacing w:after="0"/>
              <w:jc w:val="left"/>
            </w:pPr>
            <w:r>
              <w:rPr>
                <w:sz w:val="16"/>
              </w:rPr>
              <w:t>Heat index: in event narratives only (local data needed).</w:t>
            </w:r>
          </w:p>
        </w:tc>
      </w:tr>
      <w:tr>
        <w:trPr>
          <w:cantSplit/>
        </w:trPr>
        <w:tc>
          <w:tcPr>
            <w:tcW w:type="dxa" w:w="2107"/>
          </w:tcPr>
          <w:p>
            <w:pPr>
              <w:spacing w:after="0"/>
              <w:jc w:val="left"/>
            </w:pPr>
            <w:r>
              <w:rPr>
                <w:sz w:val="16"/>
              </w:rPr>
              <w:t>Hurricane, Tropical Storm, Tropical Depression</w:t>
            </w:r>
          </w:p>
        </w:tc>
        <w:tc>
          <w:tcPr>
            <w:tcW w:type="dxa" w:w="2063"/>
          </w:tcPr>
          <w:p>
            <w:pPr>
              <w:spacing w:after="0"/>
              <w:jc w:val="left"/>
            </w:pPr>
            <w:r>
              <w:rPr>
                <w:sz w:val="16"/>
              </w:rPr>
              <w:t>Saffir-Simpson</w:t>
            </w:r>
          </w:p>
        </w:tc>
        <w:tc>
          <w:tcPr>
            <w:tcW w:type="dxa" w:w="1540"/>
          </w:tcPr>
          <w:p>
            <w:pPr>
              <w:spacing w:after="0"/>
              <w:jc w:val="right"/>
            </w:pPr>
            <w:r>
              <w:rPr>
                <w:sz w:val="16"/>
              </w:rPr>
              <w:t>0</w:t>
            </w:r>
          </w:p>
        </w:tc>
        <w:tc>
          <w:tcPr>
            <w:tcW w:type="dxa" w:w="1559"/>
          </w:tcPr>
          <w:p>
            <w:pPr>
              <w:spacing w:after="0"/>
              <w:jc w:val="left"/>
            </w:pPr>
          </w:p>
        </w:tc>
        <w:tc>
          <w:tcPr>
            <w:tcW w:type="dxa" w:w="1555"/>
          </w:tcPr>
          <w:p>
            <w:pPr>
              <w:spacing w:after="0"/>
              <w:jc w:val="left"/>
            </w:pPr>
          </w:p>
        </w:tc>
        <w:tc>
          <w:tcPr>
            <w:tcW w:type="dxa" w:w="1292"/>
          </w:tcPr>
          <w:p>
            <w:pPr>
              <w:spacing w:after="0"/>
              <w:jc w:val="left"/>
            </w:pPr>
          </w:p>
        </w:tc>
        <w:tc>
          <w:tcPr>
            <w:tcW w:type="dxa" w:w="1910"/>
          </w:tcPr>
          <w:p>
            <w:pPr>
              <w:spacing w:after="0"/>
              <w:jc w:val="left"/>
            </w:pPr>
          </w:p>
        </w:tc>
        <w:tc>
          <w:tcPr>
            <w:tcW w:type="dxa" w:w="20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07"/>
          </w:tcPr>
          <w:p>
            <w:pPr>
              <w:spacing w:after="0"/>
              <w:jc w:val="left"/>
            </w:pPr>
            <w:r>
              <w:rPr>
                <w:sz w:val="16"/>
              </w:rPr>
              <w:t>Ice Storm</w:t>
            </w:r>
          </w:p>
        </w:tc>
        <w:tc>
          <w:tcPr>
            <w:tcW w:type="dxa" w:w="2063"/>
          </w:tcPr>
          <w:p>
            <w:pPr>
              <w:spacing w:after="0"/>
              <w:jc w:val="left"/>
            </w:pPr>
            <w:r>
              <w:rPr>
                <w:sz w:val="16"/>
              </w:rPr>
              <w:t>Sperry-Piltz ice scale (local data)</w:t>
            </w:r>
          </w:p>
        </w:tc>
        <w:tc>
          <w:tcPr>
            <w:tcW w:type="dxa" w:w="1540"/>
          </w:tcPr>
          <w:p>
            <w:pPr>
              <w:spacing w:after="0"/>
              <w:jc w:val="right"/>
            </w:pPr>
            <w:r>
              <w:rPr>
                <w:sz w:val="16"/>
              </w:rPr>
              <w:t>0</w:t>
            </w:r>
          </w:p>
        </w:tc>
        <w:tc>
          <w:tcPr>
            <w:tcW w:type="dxa" w:w="1559"/>
          </w:tcPr>
          <w:p>
            <w:pPr>
              <w:spacing w:after="0"/>
              <w:jc w:val="left"/>
            </w:pPr>
          </w:p>
        </w:tc>
        <w:tc>
          <w:tcPr>
            <w:tcW w:type="dxa" w:w="1555"/>
          </w:tcPr>
          <w:p>
            <w:pPr>
              <w:spacing w:after="0"/>
              <w:jc w:val="left"/>
            </w:pPr>
          </w:p>
        </w:tc>
        <w:tc>
          <w:tcPr>
            <w:tcW w:type="dxa" w:w="1292"/>
          </w:tcPr>
          <w:p>
            <w:pPr>
              <w:spacing w:after="0"/>
              <w:jc w:val="left"/>
            </w:pPr>
          </w:p>
        </w:tc>
        <w:tc>
          <w:tcPr>
            <w:tcW w:type="dxa" w:w="1910"/>
          </w:tcPr>
          <w:p>
            <w:pPr>
              <w:spacing w:after="0"/>
              <w:jc w:val="left"/>
            </w:pPr>
          </w:p>
        </w:tc>
        <w:tc>
          <w:tcPr>
            <w:tcW w:type="dxa" w:w="2086"/>
          </w:tcPr>
          <w:p>
            <w:pPr>
              <w:spacing w:after="0"/>
              <w:jc w:val="left"/>
            </w:pPr>
            <w:r>
              <w:rPr>
                <w:sz w:val="16"/>
              </w:rPr>
              <w:t>Ice thickness: in event narratives only (local data needed).</w:t>
            </w:r>
          </w:p>
        </w:tc>
      </w:tr>
      <w:tr>
        <w:trPr>
          <w:cantSplit/>
        </w:trPr>
        <w:tc>
          <w:tcPr>
            <w:tcW w:type="dxa" w:w="2107"/>
          </w:tcPr>
          <w:p>
            <w:pPr>
              <w:spacing w:after="0"/>
              <w:jc w:val="left"/>
            </w:pPr>
            <w:r>
              <w:rPr>
                <w:sz w:val="16"/>
              </w:rPr>
              <w:t>Flash Flood, Flood, Lakeshore Flood</w:t>
            </w:r>
          </w:p>
        </w:tc>
        <w:tc>
          <w:tcPr>
            <w:tcW w:type="dxa" w:w="2063"/>
          </w:tcPr>
          <w:p>
            <w:pPr>
              <w:spacing w:after="0"/>
              <w:jc w:val="left"/>
            </w:pPr>
            <w:r>
              <w:rPr>
                <w:sz w:val="16"/>
              </w:rPr>
              <w:t>damage and flood days (flood depth: FIRM)</w:t>
            </w:r>
          </w:p>
        </w:tc>
        <w:tc>
          <w:tcPr>
            <w:tcW w:type="dxa" w:w="1540"/>
          </w:tcPr>
          <w:p>
            <w:pPr>
              <w:spacing w:after="0"/>
              <w:jc w:val="right"/>
            </w:pPr>
            <w:r>
              <w:rPr>
                <w:sz w:val="16"/>
              </w:rPr>
              <w:t>55 records, 1996 to 2026</w:t>
            </w:r>
          </w:p>
        </w:tc>
        <w:tc>
          <w:tcPr>
            <w:tcW w:type="dxa" w:w="1559"/>
          </w:tcPr>
          <w:p>
            <w:pPr>
              <w:spacing w:after="0"/>
              <w:jc w:val="left"/>
            </w:pPr>
          </w:p>
        </w:tc>
        <w:tc>
          <w:tcPr>
            <w:tcW w:type="dxa" w:w="1555"/>
          </w:tcPr>
          <w:p>
            <w:pPr>
              <w:spacing w:after="0"/>
              <w:jc w:val="left"/>
            </w:pPr>
            <w:r>
              <w:rPr>
                <w:sz w:val="16"/>
              </w:rPr>
              <w:t>Flash Flood, 2004-04-04, $2,500,000 property; $0 crops (2004 dollars)</w:t>
            </w:r>
          </w:p>
        </w:tc>
        <w:tc>
          <w:tcPr>
            <w:tcW w:type="dxa" w:w="1292"/>
          </w:tcPr>
          <w:p>
            <w:pPr>
              <w:spacing w:after="0"/>
              <w:jc w:val="left"/>
            </w:pPr>
          </w:p>
        </w:tc>
        <w:tc>
          <w:tcPr>
            <w:tcW w:type="dxa" w:w="1910"/>
          </w:tcPr>
          <w:p>
            <w:pPr>
              <w:spacing w:after="0"/>
              <w:jc w:val="left"/>
            </w:pPr>
            <w:r>
              <w:rPr>
                <w:sz w:val="16"/>
              </w:rPr>
              <w:t>No event record names a jurisdiction in the plan.</w:t>
            </w:r>
          </w:p>
        </w:tc>
        <w:tc>
          <w:tcPr>
            <w:tcW w:type="dxa" w:w="20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07"/>
          </w:tcPr>
          <w:p>
            <w:pPr>
              <w:spacing w:after="0"/>
              <w:jc w:val="left"/>
            </w:pPr>
            <w:r>
              <w:rPr>
                <w:sz w:val="16"/>
              </w:rPr>
              <w:t>Debris Flow</w:t>
            </w:r>
          </w:p>
        </w:tc>
        <w:tc>
          <w:tcPr>
            <w:tcW w:type="dxa" w:w="2063"/>
          </w:tcPr>
          <w:p>
            <w:pPr>
              <w:spacing w:after="0"/>
              <w:jc w:val="left"/>
            </w:pPr>
            <w:r>
              <w:rPr>
                <w:sz w:val="16"/>
              </w:rPr>
              <w:t>none (count and damage only)</w:t>
            </w:r>
          </w:p>
        </w:tc>
        <w:tc>
          <w:tcPr>
            <w:tcW w:type="dxa" w:w="1540"/>
          </w:tcPr>
          <w:p>
            <w:pPr>
              <w:spacing w:after="0"/>
              <w:jc w:val="right"/>
            </w:pPr>
            <w:r>
              <w:rPr>
                <w:sz w:val="16"/>
              </w:rPr>
              <w:t>0</w:t>
            </w:r>
          </w:p>
        </w:tc>
        <w:tc>
          <w:tcPr>
            <w:tcW w:type="dxa" w:w="1559"/>
          </w:tcPr>
          <w:p>
            <w:pPr>
              <w:spacing w:after="0"/>
              <w:jc w:val="left"/>
            </w:pPr>
          </w:p>
        </w:tc>
        <w:tc>
          <w:tcPr>
            <w:tcW w:type="dxa" w:w="1555"/>
          </w:tcPr>
          <w:p>
            <w:pPr>
              <w:spacing w:after="0"/>
              <w:jc w:val="left"/>
            </w:pPr>
          </w:p>
        </w:tc>
        <w:tc>
          <w:tcPr>
            <w:tcW w:type="dxa" w:w="1292"/>
          </w:tcPr>
          <w:p>
            <w:pPr>
              <w:spacing w:after="0"/>
              <w:jc w:val="left"/>
            </w:pPr>
          </w:p>
        </w:tc>
        <w:tc>
          <w:tcPr>
            <w:tcW w:type="dxa" w:w="1910"/>
          </w:tcPr>
          <w:p>
            <w:pPr>
              <w:spacing w:after="0"/>
              <w:jc w:val="left"/>
            </w:pPr>
          </w:p>
        </w:tc>
        <w:tc>
          <w:tcPr>
            <w:tcW w:type="dxa" w:w="2086"/>
          </w:tcPr>
          <w:p>
            <w:pPr>
              <w:spacing w:after="0"/>
              <w:jc w:val="left"/>
            </w:pPr>
            <w:r>
              <w:rPr>
                <w:sz w:val="16"/>
              </w:rPr>
              <w:t>Physical measure: in event narratives only (local data needed).</w:t>
            </w:r>
          </w:p>
        </w:tc>
      </w:tr>
      <w:tr>
        <w:trPr>
          <w:cantSplit/>
        </w:trPr>
        <w:tc>
          <w:tcPr>
            <w:tcW w:type="dxa" w:w="2107"/>
          </w:tcPr>
          <w:p>
            <w:pPr>
              <w:spacing w:after="0"/>
              <w:jc w:val="left"/>
            </w:pPr>
            <w:r>
              <w:rPr>
                <w:sz w:val="16"/>
              </w:rPr>
              <w:t>Lightning</w:t>
            </w:r>
          </w:p>
        </w:tc>
        <w:tc>
          <w:tcPr>
            <w:tcW w:type="dxa" w:w="2063"/>
          </w:tcPr>
          <w:p>
            <w:pPr>
              <w:spacing w:after="0"/>
              <w:jc w:val="left"/>
            </w:pPr>
            <w:r>
              <w:rPr>
                <w:sz w:val="16"/>
              </w:rPr>
              <w:t>annualized frequency (the measure FEMA's Local Mitigation Planning Handbook names)</w:t>
            </w:r>
          </w:p>
        </w:tc>
        <w:tc>
          <w:tcPr>
            <w:tcW w:type="dxa" w:w="1540"/>
          </w:tcPr>
          <w:p>
            <w:pPr>
              <w:spacing w:after="0"/>
              <w:jc w:val="right"/>
            </w:pPr>
            <w:r>
              <w:rPr>
                <w:sz w:val="16"/>
              </w:rPr>
              <w:t>0</w:t>
            </w:r>
          </w:p>
        </w:tc>
        <w:tc>
          <w:tcPr>
            <w:tcW w:type="dxa" w:w="1559"/>
          </w:tcPr>
          <w:p>
            <w:pPr>
              <w:spacing w:after="0"/>
              <w:jc w:val="left"/>
            </w:pPr>
          </w:p>
        </w:tc>
        <w:tc>
          <w:tcPr>
            <w:tcW w:type="dxa" w:w="1555"/>
          </w:tcPr>
          <w:p>
            <w:pPr>
              <w:spacing w:after="0"/>
              <w:jc w:val="left"/>
            </w:pPr>
          </w:p>
        </w:tc>
        <w:tc>
          <w:tcPr>
            <w:tcW w:type="dxa" w:w="1292"/>
          </w:tcPr>
          <w:p>
            <w:pPr>
              <w:spacing w:after="0"/>
              <w:jc w:val="left"/>
            </w:pPr>
          </w:p>
        </w:tc>
        <w:tc>
          <w:tcPr>
            <w:tcW w:type="dxa" w:w="1910"/>
          </w:tcPr>
          <w:p>
            <w:pPr>
              <w:spacing w:after="0"/>
              <w:jc w:val="left"/>
            </w:pPr>
          </w:p>
        </w:tc>
        <w:tc>
          <w:tcPr>
            <w:tcW w:type="dxa" w:w="2086"/>
          </w:tcPr>
          <w:p>
            <w:pPr>
              <w:spacing w:after="0"/>
              <w:jc w:val="left"/>
            </w:pPr>
            <w:r>
              <w:rPr>
                <w:sz w:val="16"/>
              </w:rPr>
              <w:t>Storm Events lists lightning with damage or casualties; physical measure in event narratives only (local data needed).</w:t>
            </w:r>
          </w:p>
        </w:tc>
      </w:tr>
      <w:tr>
        <w:trPr>
          <w:cantSplit/>
        </w:trPr>
        <w:tc>
          <w:tcPr>
            <w:tcW w:type="dxa" w:w="2107"/>
          </w:tcPr>
          <w:p>
            <w:pPr>
              <w:spacing w:after="0"/>
              <w:jc w:val="left"/>
            </w:pPr>
            <w:r>
              <w:rPr>
                <w:sz w:val="16"/>
              </w:rPr>
              <w:t>High Wind and Strong Wind (outside NRI's Strong Wind definition)</w:t>
            </w:r>
          </w:p>
        </w:tc>
        <w:tc>
          <w:tcPr>
            <w:tcW w:type="dxa" w:w="2063"/>
          </w:tcPr>
          <w:p>
            <w:pPr>
              <w:spacing w:after="0"/>
              <w:jc w:val="left"/>
            </w:pPr>
            <w:r>
              <w:rPr>
                <w:sz w:val="16"/>
              </w:rPr>
              <w:t>wind speed (kt and mph)</w:t>
            </w:r>
          </w:p>
        </w:tc>
        <w:tc>
          <w:tcPr>
            <w:tcW w:type="dxa" w:w="1540"/>
          </w:tcPr>
          <w:p>
            <w:pPr>
              <w:spacing w:after="0"/>
              <w:jc w:val="right"/>
            </w:pPr>
            <w:r>
              <w:rPr>
                <w:sz w:val="16"/>
              </w:rPr>
              <w:t>29 records, 2019 to 2026 (29 zone-level)</w:t>
            </w:r>
          </w:p>
        </w:tc>
        <w:tc>
          <w:tcPr>
            <w:tcW w:type="dxa" w:w="1559"/>
          </w:tcPr>
          <w:p>
            <w:pPr>
              <w:spacing w:after="0"/>
              <w:jc w:val="left"/>
            </w:pPr>
            <w:r>
              <w:rPr>
                <w:sz w:val="16"/>
              </w:rPr>
              <w:t>40 kt (46 mph) to 60 kt (69 mph) (median 53 kt (61 mph)); 29 with a recorded value</w:t>
            </w:r>
          </w:p>
        </w:tc>
        <w:tc>
          <w:tcPr>
            <w:tcW w:type="dxa" w:w="1555"/>
          </w:tcPr>
          <w:p>
            <w:pPr>
              <w:spacing w:after="0"/>
              <w:jc w:val="left"/>
            </w:pPr>
            <w:r>
              <w:rPr>
                <w:sz w:val="16"/>
              </w:rPr>
              <w:t>60 kt (69 mph) measured gust, High Wind, 2024-04-01; NWS zone TXZ274</w:t>
            </w:r>
          </w:p>
        </w:tc>
        <w:tc>
          <w:tcPr>
            <w:tcW w:type="dxa" w:w="1292"/>
          </w:tcPr>
          <w:p>
            <w:pPr>
              <w:spacing w:after="0"/>
              <w:jc w:val="left"/>
            </w:pPr>
          </w:p>
        </w:tc>
        <w:tc>
          <w:tcPr>
            <w:tcW w:type="dxa" w:w="1910"/>
          </w:tcPr>
          <w:p>
            <w:pPr>
              <w:spacing w:after="0"/>
              <w:jc w:val="left"/>
            </w:pPr>
            <w:r>
              <w:rPr>
                <w:sz w:val="16"/>
              </w:rPr>
              <w:t>Countywide (zone-level records).</w:t>
            </w:r>
          </w:p>
        </w:tc>
        <w:tc>
          <w:tcPr>
            <w:tcW w:type="dxa" w:w="2086"/>
          </w:tcPr>
          <w:p>
            <w:pPr>
              <w:spacing w:after="0"/>
              <w:jc w:val="left"/>
            </w:pPr>
          </w:p>
        </w:tc>
      </w:tr>
      <w:tr>
        <w:trPr>
          <w:cantSplit/>
        </w:trPr>
        <w:tc>
          <w:tcPr>
            <w:tcW w:type="dxa" w:w="2107"/>
          </w:tcPr>
          <w:p>
            <w:pPr>
              <w:spacing w:after="0"/>
              <w:jc w:val="left"/>
            </w:pPr>
            <w:r>
              <w:rPr>
                <w:sz w:val="16"/>
              </w:rPr>
              <w:t>Thunderstorm Wind</w:t>
            </w:r>
          </w:p>
        </w:tc>
        <w:tc>
          <w:tcPr>
            <w:tcW w:type="dxa" w:w="2063"/>
          </w:tcPr>
          <w:p>
            <w:pPr>
              <w:spacing w:after="0"/>
              <w:jc w:val="left"/>
            </w:pPr>
            <w:r>
              <w:rPr>
                <w:sz w:val="16"/>
              </w:rPr>
              <w:t>wind speed (kt and mph)</w:t>
            </w:r>
          </w:p>
        </w:tc>
        <w:tc>
          <w:tcPr>
            <w:tcW w:type="dxa" w:w="1540"/>
          </w:tcPr>
          <w:p>
            <w:pPr>
              <w:spacing w:after="0"/>
              <w:jc w:val="right"/>
            </w:pPr>
            <w:r>
              <w:rPr>
                <w:sz w:val="16"/>
              </w:rPr>
              <w:t>96 records, 1958 to 2026</w:t>
            </w:r>
          </w:p>
        </w:tc>
        <w:tc>
          <w:tcPr>
            <w:tcW w:type="dxa" w:w="1559"/>
          </w:tcPr>
          <w:p>
            <w:pPr>
              <w:spacing w:after="0"/>
              <w:jc w:val="left"/>
            </w:pPr>
            <w:r>
              <w:rPr>
                <w:sz w:val="16"/>
              </w:rPr>
              <w:t>44 kt (51 mph) to 113 kt (130 mph) (median 56 kt (64 mph)); 78 with a recorded value</w:t>
            </w:r>
          </w:p>
        </w:tc>
        <w:tc>
          <w:tcPr>
            <w:tcW w:type="dxa" w:w="1555"/>
          </w:tcPr>
          <w:p>
            <w:pPr>
              <w:spacing w:after="0"/>
              <w:jc w:val="left"/>
            </w:pPr>
            <w:r>
              <w:rPr>
                <w:sz w:val="16"/>
              </w:rPr>
              <w:t>113 kt (130 mph) estimated gust, Thunderstorm Wind, 2020-03-13, 1 direct injury</w:t>
            </w:r>
          </w:p>
        </w:tc>
        <w:tc>
          <w:tcPr>
            <w:tcW w:type="dxa" w:w="1292"/>
          </w:tcPr>
          <w:p>
            <w:pPr>
              <w:spacing w:after="0"/>
              <w:jc w:val="left"/>
            </w:pPr>
          </w:p>
        </w:tc>
        <w:tc>
          <w:tcPr>
            <w:tcW w:type="dxa" w:w="1910"/>
          </w:tcPr>
          <w:p>
            <w:pPr>
              <w:spacing w:after="0"/>
              <w:jc w:val="left"/>
            </w:pPr>
            <w:r>
              <w:rPr>
                <w:sz w:val="16"/>
              </w:rPr>
              <w:t>No event record names a jurisdiction in the plan.</w:t>
            </w:r>
          </w:p>
        </w:tc>
        <w:tc>
          <w:tcPr>
            <w:tcW w:type="dxa" w:w="2086"/>
          </w:tcPr>
          <w:p>
            <w:pPr>
              <w:spacing w:after="0"/>
              <w:jc w:val="left"/>
            </w:pPr>
          </w:p>
        </w:tc>
      </w:tr>
      <w:tr>
        <w:trPr>
          <w:cantSplit/>
        </w:trPr>
        <w:tc>
          <w:tcPr>
            <w:tcW w:type="dxa" w:w="2107"/>
          </w:tcPr>
          <w:p>
            <w:pPr>
              <w:spacing w:after="0"/>
              <w:jc w:val="left"/>
            </w:pPr>
            <w:r>
              <w:rPr>
                <w:sz w:val="16"/>
              </w:rPr>
              <w:t>Tornado</w:t>
            </w:r>
          </w:p>
        </w:tc>
        <w:tc>
          <w:tcPr>
            <w:tcW w:type="dxa" w:w="2063"/>
          </w:tcPr>
          <w:p>
            <w:pPr>
              <w:spacing w:after="0"/>
              <w:jc w:val="left"/>
            </w:pPr>
            <w:r>
              <w:rPr>
                <w:sz w:val="16"/>
              </w:rPr>
              <w:t>Enhanced Fujita (Fujita before Feb 2007)</w:t>
            </w:r>
          </w:p>
        </w:tc>
        <w:tc>
          <w:tcPr>
            <w:tcW w:type="dxa" w:w="1540"/>
          </w:tcPr>
          <w:p>
            <w:pPr>
              <w:spacing w:after="0"/>
              <w:jc w:val="right"/>
            </w:pPr>
            <w:r>
              <w:rPr>
                <w:sz w:val="16"/>
              </w:rPr>
              <w:t>47 records, 1954 to 2023</w:t>
            </w:r>
          </w:p>
        </w:tc>
        <w:tc>
          <w:tcPr>
            <w:tcW w:type="dxa" w:w="1559"/>
          </w:tcPr>
          <w:p>
            <w:pPr>
              <w:spacing w:after="0"/>
              <w:jc w:val="left"/>
            </w:pPr>
            <w:r>
              <w:rPr>
                <w:sz w:val="16"/>
              </w:rPr>
              <w:t>F/EF0 to F/EF4 (median F/EF0); 42 with a recorded value</w:t>
            </w:r>
          </w:p>
        </w:tc>
        <w:tc>
          <w:tcPr>
            <w:tcW w:type="dxa" w:w="1555"/>
          </w:tcPr>
          <w:p>
            <w:pPr>
              <w:spacing w:after="0"/>
              <w:jc w:val="left"/>
            </w:pPr>
            <w:r>
              <w:rPr>
                <w:sz w:val="16"/>
              </w:rPr>
              <w:t>F4 tornado, 1987-05-22, 3 mi path length (whole path, pre-1996), 1,000 yd wide, $2,500,000 property; crops not recorded (1987 dollars), 30 direct deaths, 121 direct injuries</w:t>
            </w:r>
          </w:p>
        </w:tc>
        <w:tc>
          <w:tcPr>
            <w:tcW w:type="dxa" w:w="1292"/>
          </w:tcPr>
          <w:p>
            <w:pPr>
              <w:spacing w:after="0"/>
              <w:jc w:val="left"/>
            </w:pPr>
          </w:p>
        </w:tc>
        <w:tc>
          <w:tcPr>
            <w:tcW w:type="dxa" w:w="1910"/>
          </w:tcPr>
          <w:p>
            <w:pPr>
              <w:spacing w:after="0"/>
              <w:jc w:val="left"/>
            </w:pPr>
            <w:r>
              <w:rPr>
                <w:sz w:val="16"/>
              </w:rPr>
              <w:t>No event record names a jurisdiction in the plan.</w:t>
            </w:r>
          </w:p>
        </w:tc>
        <w:tc>
          <w:tcPr>
            <w:tcW w:type="dxa" w:w="20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07"/>
          </w:tcPr>
          <w:p>
            <w:pPr>
              <w:spacing w:after="0"/>
              <w:jc w:val="left"/>
            </w:pPr>
            <w:r>
              <w:rPr>
                <w:sz w:val="16"/>
              </w:rPr>
              <w:t>Wildfire</w:t>
            </w:r>
          </w:p>
        </w:tc>
        <w:tc>
          <w:tcPr>
            <w:tcW w:type="dxa" w:w="2063"/>
          </w:tcPr>
          <w:p>
            <w:pPr>
              <w:spacing w:after="0"/>
              <w:jc w:val="left"/>
            </w:pPr>
            <w:r>
              <w:rPr>
                <w:sz w:val="16"/>
              </w:rPr>
              <w:t>acres burned (local data)</w:t>
            </w:r>
          </w:p>
        </w:tc>
        <w:tc>
          <w:tcPr>
            <w:tcW w:type="dxa" w:w="1540"/>
          </w:tcPr>
          <w:p>
            <w:pPr>
              <w:spacing w:after="0"/>
              <w:jc w:val="right"/>
            </w:pPr>
            <w:r>
              <w:rPr>
                <w:sz w:val="16"/>
              </w:rPr>
              <w:t>0</w:t>
            </w:r>
          </w:p>
        </w:tc>
        <w:tc>
          <w:tcPr>
            <w:tcW w:type="dxa" w:w="1559"/>
          </w:tcPr>
          <w:p>
            <w:pPr>
              <w:spacing w:after="0"/>
              <w:jc w:val="left"/>
            </w:pPr>
          </w:p>
        </w:tc>
        <w:tc>
          <w:tcPr>
            <w:tcW w:type="dxa" w:w="1555"/>
          </w:tcPr>
          <w:p>
            <w:pPr>
              <w:spacing w:after="0"/>
              <w:jc w:val="left"/>
            </w:pPr>
          </w:p>
        </w:tc>
        <w:tc>
          <w:tcPr>
            <w:tcW w:type="dxa" w:w="1292"/>
          </w:tcPr>
          <w:p>
            <w:pPr>
              <w:spacing w:after="0"/>
              <w:jc w:val="left"/>
            </w:pPr>
          </w:p>
        </w:tc>
        <w:tc>
          <w:tcPr>
            <w:tcW w:type="dxa" w:w="1910"/>
          </w:tcPr>
          <w:p>
            <w:pPr>
              <w:spacing w:after="0"/>
              <w:jc w:val="left"/>
            </w:pPr>
          </w:p>
        </w:tc>
        <w:tc>
          <w:tcPr>
            <w:tcW w:type="dxa" w:w="2086"/>
          </w:tcPr>
          <w:p>
            <w:pPr>
              <w:spacing w:after="0"/>
              <w:jc w:val="left"/>
            </w:pPr>
            <w:r>
              <w:rPr>
                <w:sz w:val="16"/>
              </w:rPr>
              <w:t>Acres burned: in event narratives only (local data needed).</w:t>
            </w:r>
          </w:p>
        </w:tc>
      </w:tr>
      <w:tr>
        <w:trPr>
          <w:cantSplit/>
        </w:trPr>
        <w:tc>
          <w:tcPr>
            <w:tcW w:type="dxa" w:w="2107"/>
          </w:tcPr>
          <w:p>
            <w:pPr>
              <w:spacing w:after="0"/>
              <w:jc w:val="left"/>
            </w:pPr>
            <w:r>
              <w:rPr>
                <w:sz w:val="16"/>
              </w:rPr>
              <w:t>Winter Storm, Heavy Snow, Blizzard, Lake-Effect Snow, Winter Weather, Sleet</w:t>
            </w:r>
          </w:p>
        </w:tc>
        <w:tc>
          <w:tcPr>
            <w:tcW w:type="dxa" w:w="2063"/>
          </w:tcPr>
          <w:p>
            <w:pPr>
              <w:spacing w:after="0"/>
              <w:jc w:val="left"/>
            </w:pPr>
            <w:r>
              <w:rPr>
                <w:sz w:val="16"/>
              </w:rPr>
              <w:t>none in data (snowfall: local data)</w:t>
            </w:r>
          </w:p>
        </w:tc>
        <w:tc>
          <w:tcPr>
            <w:tcW w:type="dxa" w:w="1540"/>
          </w:tcPr>
          <w:p>
            <w:pPr>
              <w:spacing w:after="0"/>
              <w:jc w:val="right"/>
            </w:pPr>
            <w:r>
              <w:rPr>
                <w:sz w:val="16"/>
              </w:rPr>
              <w:t>3 records, 2020 to 2026 (3 zone-level)</w:t>
            </w:r>
          </w:p>
        </w:tc>
        <w:tc>
          <w:tcPr>
            <w:tcW w:type="dxa" w:w="1559"/>
          </w:tcPr>
          <w:p>
            <w:pPr>
              <w:spacing w:after="0"/>
              <w:jc w:val="left"/>
            </w:pPr>
          </w:p>
        </w:tc>
        <w:tc>
          <w:tcPr>
            <w:tcW w:type="dxa" w:w="1555"/>
          </w:tcPr>
          <w:p>
            <w:pPr>
              <w:spacing w:after="0"/>
              <w:jc w:val="left"/>
            </w:pPr>
            <w:r>
              <w:rPr>
                <w:sz w:val="16"/>
              </w:rPr>
              <w:t>Winter Weather, 2026-01-23, $50,000 property; $0 crops (2026 dollars); NWS zone TXZ274</w:t>
            </w:r>
          </w:p>
        </w:tc>
        <w:tc>
          <w:tcPr>
            <w:tcW w:type="dxa" w:w="1292"/>
          </w:tcPr>
          <w:p>
            <w:pPr>
              <w:spacing w:after="0"/>
              <w:jc w:val="left"/>
            </w:pPr>
          </w:p>
        </w:tc>
        <w:tc>
          <w:tcPr>
            <w:tcW w:type="dxa" w:w="1910"/>
          </w:tcPr>
          <w:p>
            <w:pPr>
              <w:spacing w:after="0"/>
              <w:jc w:val="left"/>
            </w:pPr>
            <w:r>
              <w:rPr>
                <w:sz w:val="16"/>
              </w:rPr>
              <w:t>Countywide (zone-level records).</w:t>
            </w:r>
          </w:p>
        </w:tc>
        <w:tc>
          <w:tcPr>
            <w:tcW w:type="dxa" w:w="208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6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6"/>
        <w:gridCol w:w="2263"/>
        <w:gridCol w:w="2327"/>
        <w:gridCol w:w="2934"/>
        <w:gridCol w:w="792"/>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263"/>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29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2"/>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2025-07-06</w:t>
            </w:r>
          </w:p>
        </w:tc>
        <w:tc>
          <w:tcPr>
            <w:tcW w:type="dxa" w:w="1113"/>
          </w:tcPr>
          <w:p>
            <w:pPr>
              <w:spacing w:after="0"/>
              <w:jc w:val="left"/>
            </w:pPr>
            <w:r>
              <w:rPr>
                <w:sz w:val="16"/>
              </w:rPr>
              <w:t>2025-07-02</w:t>
            </w:r>
          </w:p>
        </w:tc>
        <w:tc>
          <w:tcPr>
            <w:tcW w:type="dxa" w:w="1113"/>
          </w:tcPr>
          <w:p>
            <w:pPr>
              <w:spacing w:after="0"/>
              <w:jc w:val="left"/>
            </w:pPr>
            <w:r>
              <w:rPr>
                <w:sz w:val="16"/>
              </w:rPr>
              <w:t>DR-4879-TX</w:t>
            </w:r>
          </w:p>
        </w:tc>
        <w:tc>
          <w:tcPr>
            <w:tcW w:type="dxa" w:w="1496"/>
          </w:tcPr>
          <w:p>
            <w:pPr>
              <w:spacing w:after="0"/>
              <w:jc w:val="left"/>
            </w:pPr>
            <w:r>
              <w:rPr>
                <w:sz w:val="16"/>
              </w:rPr>
              <w:t>Major disaster</w:t>
            </w:r>
          </w:p>
        </w:tc>
        <w:tc>
          <w:tcPr>
            <w:tcW w:type="dxa" w:w="2263"/>
          </w:tcPr>
          <w:p>
            <w:pPr>
              <w:spacing w:after="0"/>
              <w:jc w:val="left"/>
            </w:pPr>
            <w:r>
              <w:rPr>
                <w:sz w:val="16"/>
              </w:rPr>
              <w:t>Severe Storms, Straight-Line Winds, and Flooding</w:t>
            </w:r>
          </w:p>
        </w:tc>
        <w:tc>
          <w:tcPr>
            <w:tcW w:type="dxa" w:w="2327"/>
          </w:tcPr>
          <w:p>
            <w:pPr>
              <w:spacing w:after="0"/>
              <w:jc w:val="left"/>
            </w:pPr>
            <w:r>
              <w:rPr>
                <w:sz w:val="16"/>
              </w:rPr>
              <w:t>Inland Flooding (primary); also designated: Strong Wind</w:t>
            </w:r>
          </w:p>
        </w:tc>
        <w:tc>
          <w:tcPr>
            <w:tcW w:type="dxa" w:w="2934"/>
          </w:tcPr>
          <w:p>
            <w:pPr>
              <w:spacing w:after="0"/>
              <w:jc w:val="right"/>
            </w:pPr>
            <w:r>
              <w:rPr>
                <w:sz w:val="16"/>
              </w:rPr>
              <w:t>no Public Assistance recorded</w:t>
            </w:r>
          </w:p>
        </w:tc>
        <w:tc>
          <w:tcPr>
            <w:tcW w:type="dxa" w:w="792"/>
          </w:tcPr>
          <w:p>
            <w:pPr>
              <w:spacing w:after="0"/>
              <w:jc w:val="left"/>
            </w:pPr>
            <w:r>
              <w:rPr>
                <w:sz w:val="16"/>
              </w:rPr>
              <w:t>within last 5 years</w:t>
            </w:r>
          </w:p>
        </w:tc>
        <w:tc>
          <w:tcPr>
            <w:tcW w:type="dxa" w:w="960"/>
          </w:tcPr>
          <w:p>
            <w:pPr>
              <w:spacing w:after="0"/>
              <w:jc w:val="left"/>
            </w:pPr>
          </w:p>
        </w:tc>
      </w:tr>
      <w:tr>
        <w:trPr>
          <w:cantSplit/>
        </w:trPr>
        <w:tc>
          <w:tcPr>
            <w:tcW w:type="dxa" w:w="1113"/>
          </w:tcPr>
          <w:p>
            <w:pPr>
              <w:spacing w:after="0"/>
              <w:jc w:val="left"/>
            </w:pPr>
            <w:r>
              <w:rPr>
                <w:sz w:val="16"/>
              </w:rPr>
              <w:t>2021-02-19</w:t>
            </w:r>
          </w:p>
        </w:tc>
        <w:tc>
          <w:tcPr>
            <w:tcW w:type="dxa" w:w="1113"/>
          </w:tcPr>
          <w:p>
            <w:pPr>
              <w:spacing w:after="0"/>
              <w:jc w:val="left"/>
            </w:pPr>
            <w:r>
              <w:rPr>
                <w:sz w:val="16"/>
              </w:rPr>
              <w:t>2021-02-11</w:t>
            </w:r>
          </w:p>
        </w:tc>
        <w:tc>
          <w:tcPr>
            <w:tcW w:type="dxa" w:w="1113"/>
          </w:tcPr>
          <w:p>
            <w:pPr>
              <w:spacing w:after="0"/>
              <w:jc w:val="left"/>
            </w:pPr>
            <w:r>
              <w:rPr>
                <w:sz w:val="16"/>
              </w:rPr>
              <w:t>DR-4586-TX</w:t>
            </w:r>
          </w:p>
        </w:tc>
        <w:tc>
          <w:tcPr>
            <w:tcW w:type="dxa" w:w="1496"/>
          </w:tcPr>
          <w:p>
            <w:pPr>
              <w:spacing w:after="0"/>
              <w:jc w:val="left"/>
            </w:pPr>
            <w:r>
              <w:rPr>
                <w:sz w:val="16"/>
              </w:rPr>
              <w:t>Major disaster</w:t>
            </w:r>
          </w:p>
        </w:tc>
        <w:tc>
          <w:tcPr>
            <w:tcW w:type="dxa" w:w="2263"/>
          </w:tcPr>
          <w:p>
            <w:pPr>
              <w:spacing w:after="0"/>
              <w:jc w:val="left"/>
            </w:pPr>
            <w:r>
              <w:rPr>
                <w:sz w:val="16"/>
              </w:rPr>
              <w:t>Severe Winter Storms</w:t>
            </w:r>
          </w:p>
        </w:tc>
        <w:tc>
          <w:tcPr>
            <w:tcW w:type="dxa" w:w="2327"/>
          </w:tcPr>
          <w:p>
            <w:pPr>
              <w:spacing w:after="0"/>
              <w:jc w:val="left"/>
            </w:pPr>
            <w:r>
              <w:rPr>
                <w:sz w:val="16"/>
              </w:rPr>
              <w:t>Ice Storm</w:t>
            </w:r>
          </w:p>
        </w:tc>
        <w:tc>
          <w:tcPr>
            <w:tcW w:type="dxa" w:w="2934"/>
          </w:tcPr>
          <w:p>
            <w:pPr>
              <w:spacing w:after="0"/>
              <w:jc w:val="right"/>
            </w:pPr>
            <w:r>
              <w:rPr>
                <w:sz w:val="16"/>
              </w:rPr>
              <w:t>no Public Assistance recorded</w:t>
            </w:r>
          </w:p>
        </w:tc>
        <w:tc>
          <w:tcPr>
            <w:tcW w:type="dxa" w:w="792"/>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2021-02-14</w:t>
            </w:r>
          </w:p>
        </w:tc>
        <w:tc>
          <w:tcPr>
            <w:tcW w:type="dxa" w:w="1113"/>
          </w:tcPr>
          <w:p>
            <w:pPr>
              <w:spacing w:after="0"/>
              <w:jc w:val="left"/>
            </w:pPr>
            <w:r>
              <w:rPr>
                <w:sz w:val="16"/>
              </w:rPr>
              <w:t>2021-02-11</w:t>
            </w:r>
          </w:p>
        </w:tc>
        <w:tc>
          <w:tcPr>
            <w:tcW w:type="dxa" w:w="1113"/>
          </w:tcPr>
          <w:p>
            <w:pPr>
              <w:spacing w:after="0"/>
              <w:jc w:val="left"/>
            </w:pPr>
            <w:r>
              <w:rPr>
                <w:sz w:val="16"/>
              </w:rPr>
              <w:t>EM-3554-TX</w:t>
            </w:r>
          </w:p>
        </w:tc>
        <w:tc>
          <w:tcPr>
            <w:tcW w:type="dxa" w:w="1496"/>
          </w:tcPr>
          <w:p>
            <w:pPr>
              <w:spacing w:after="0"/>
              <w:jc w:val="left"/>
            </w:pPr>
            <w:r>
              <w:rPr>
                <w:sz w:val="16"/>
              </w:rPr>
              <w:t>Emergency</w:t>
            </w:r>
          </w:p>
        </w:tc>
        <w:tc>
          <w:tcPr>
            <w:tcW w:type="dxa" w:w="2263"/>
          </w:tcPr>
          <w:p>
            <w:pPr>
              <w:spacing w:after="0"/>
              <w:jc w:val="left"/>
            </w:pPr>
            <w:r>
              <w:rPr>
                <w:sz w:val="16"/>
              </w:rPr>
              <w:t>Severe Winter Storm</w:t>
            </w:r>
          </w:p>
        </w:tc>
        <w:tc>
          <w:tcPr>
            <w:tcW w:type="dxa" w:w="2327"/>
          </w:tcPr>
          <w:p>
            <w:pPr>
              <w:spacing w:after="0"/>
              <w:jc w:val="left"/>
            </w:pPr>
            <w:r>
              <w:rPr>
                <w:sz w:val="16"/>
              </w:rPr>
              <w:t>Ice Storm</w:t>
            </w:r>
          </w:p>
        </w:tc>
        <w:tc>
          <w:tcPr>
            <w:tcW w:type="dxa" w:w="2934"/>
          </w:tcPr>
          <w:p>
            <w:pPr>
              <w:spacing w:after="0"/>
              <w:jc w:val="right"/>
            </w:pPr>
            <w:r>
              <w:rPr>
                <w:sz w:val="16"/>
              </w:rPr>
              <w:t>no Public Assistance recorded</w:t>
            </w:r>
          </w:p>
        </w:tc>
        <w:tc>
          <w:tcPr>
            <w:tcW w:type="dxa" w:w="792"/>
          </w:tcPr>
          <w:p>
            <w:pPr>
              <w:spacing w:after="0"/>
              <w:jc w:val="left"/>
            </w:pPr>
          </w:p>
        </w:tc>
        <w:tc>
          <w:tcPr>
            <w:tcW w:type="dxa" w:w="960"/>
          </w:tcPr>
          <w:p>
            <w:pPr>
              <w:spacing w:after="0"/>
              <w:jc w:val="left"/>
            </w:pPr>
            <w:r>
              <w:rPr>
                <w:sz w:val="16"/>
              </w:rPr>
              <w:t>same incident as DR-4586</w:t>
            </w:r>
          </w:p>
        </w:tc>
      </w:tr>
      <w:tr>
        <w:trPr>
          <w:cantSplit/>
        </w:trPr>
        <w:tc>
          <w:tcPr>
            <w:tcW w:type="dxa" w:w="1113"/>
          </w:tcPr>
          <w:p>
            <w:pPr>
              <w:spacing w:after="0"/>
              <w:jc w:val="left"/>
            </w:pPr>
            <w:r>
              <w:rPr>
                <w:sz w:val="16"/>
              </w:rPr>
              <w:t>2020-03-25</w:t>
            </w:r>
          </w:p>
        </w:tc>
        <w:tc>
          <w:tcPr>
            <w:tcW w:type="dxa" w:w="1113"/>
          </w:tcPr>
          <w:p>
            <w:pPr>
              <w:spacing w:after="0"/>
              <w:jc w:val="left"/>
            </w:pPr>
            <w:r>
              <w:rPr>
                <w:sz w:val="16"/>
              </w:rPr>
              <w:t>2020-01-20</w:t>
            </w:r>
          </w:p>
        </w:tc>
        <w:tc>
          <w:tcPr>
            <w:tcW w:type="dxa" w:w="1113"/>
          </w:tcPr>
          <w:p>
            <w:pPr>
              <w:spacing w:after="0"/>
              <w:jc w:val="left"/>
            </w:pPr>
            <w:r>
              <w:rPr>
                <w:sz w:val="16"/>
              </w:rPr>
              <w:t>DR-4485-TX</w:t>
            </w:r>
          </w:p>
        </w:tc>
        <w:tc>
          <w:tcPr>
            <w:tcW w:type="dxa" w:w="1496"/>
          </w:tcPr>
          <w:p>
            <w:pPr>
              <w:spacing w:after="0"/>
              <w:jc w:val="left"/>
            </w:pPr>
            <w:r>
              <w:rPr>
                <w:sz w:val="16"/>
              </w:rPr>
              <w:t>Major disaster</w:t>
            </w:r>
          </w:p>
        </w:tc>
        <w:tc>
          <w:tcPr>
            <w:tcW w:type="dxa" w:w="2263"/>
          </w:tcPr>
          <w:p>
            <w:pPr>
              <w:spacing w:after="0"/>
              <w:jc w:val="left"/>
            </w:pPr>
            <w:r>
              <w:rPr>
                <w:sz w:val="16"/>
              </w:rPr>
              <w:t>COVID-19 Pandemic</w:t>
            </w:r>
          </w:p>
        </w:tc>
        <w:tc>
          <w:tcPr>
            <w:tcW w:type="dxa" w:w="2327"/>
          </w:tcPr>
          <w:p>
            <w:pPr>
              <w:spacing w:after="0"/>
              <w:jc w:val="left"/>
            </w:pPr>
            <w:r>
              <w:rPr>
                <w:sz w:val="16"/>
              </w:rPr>
              <w:t>Non-natural, not counted</w:t>
            </w:r>
          </w:p>
        </w:tc>
        <w:tc>
          <w:tcPr>
            <w:tcW w:type="dxa" w:w="2934"/>
          </w:tcPr>
          <w:p>
            <w:pPr>
              <w:spacing w:after="0"/>
              <w:jc w:val="right"/>
            </w:pPr>
            <w:r>
              <w:rPr>
                <w:sz w:val="16"/>
              </w:rPr>
              <w:t>no Public Assistance recorded</w:t>
            </w:r>
          </w:p>
        </w:tc>
        <w:tc>
          <w:tcPr>
            <w:tcW w:type="dxa" w:w="792"/>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EM-3458-TX</w:t>
            </w:r>
          </w:p>
        </w:tc>
        <w:tc>
          <w:tcPr>
            <w:tcW w:type="dxa" w:w="1496"/>
          </w:tcPr>
          <w:p>
            <w:pPr>
              <w:spacing w:after="0"/>
              <w:jc w:val="left"/>
            </w:pPr>
            <w:r>
              <w:rPr>
                <w:sz w:val="16"/>
              </w:rPr>
              <w:t>Emergency</w:t>
            </w:r>
          </w:p>
        </w:tc>
        <w:tc>
          <w:tcPr>
            <w:tcW w:type="dxa" w:w="2263"/>
          </w:tcPr>
          <w:p>
            <w:pPr>
              <w:spacing w:after="0"/>
              <w:jc w:val="left"/>
            </w:pPr>
            <w:r>
              <w:rPr>
                <w:sz w:val="16"/>
              </w:rPr>
              <w:t>COVID-19</w:t>
            </w:r>
          </w:p>
        </w:tc>
        <w:tc>
          <w:tcPr>
            <w:tcW w:type="dxa" w:w="2327"/>
          </w:tcPr>
          <w:p>
            <w:pPr>
              <w:spacing w:after="0"/>
              <w:jc w:val="left"/>
            </w:pPr>
            <w:r>
              <w:rPr>
                <w:sz w:val="16"/>
              </w:rPr>
              <w:t>Non-natural, not counted</w:t>
            </w:r>
          </w:p>
        </w:tc>
        <w:tc>
          <w:tcPr>
            <w:tcW w:type="dxa" w:w="2934"/>
          </w:tcPr>
          <w:p>
            <w:pPr>
              <w:spacing w:after="0"/>
              <w:jc w:val="right"/>
            </w:pPr>
            <w:r>
              <w:rPr>
                <w:sz w:val="16"/>
              </w:rPr>
              <w:t>no Public Assistance recorded</w:t>
            </w:r>
          </w:p>
        </w:tc>
        <w:tc>
          <w:tcPr>
            <w:tcW w:type="dxa" w:w="792"/>
          </w:tcPr>
          <w:p>
            <w:pPr>
              <w:spacing w:after="0"/>
              <w:jc w:val="left"/>
            </w:pPr>
          </w:p>
        </w:tc>
        <w:tc>
          <w:tcPr>
            <w:tcW w:type="dxa" w:w="960"/>
          </w:tcPr>
          <w:p>
            <w:pPr>
              <w:spacing w:after="0"/>
              <w:jc w:val="left"/>
            </w:pPr>
            <w:r>
              <w:rPr>
                <w:sz w:val="16"/>
              </w:rPr>
              <w:t>same incident as DR-4485</w:t>
            </w:r>
          </w:p>
        </w:tc>
      </w:tr>
      <w:tr>
        <w:trPr>
          <w:cantSplit/>
        </w:trPr>
        <w:tc>
          <w:tcPr>
            <w:tcW w:type="dxa" w:w="1113"/>
          </w:tcPr>
          <w:p>
            <w:pPr>
              <w:spacing w:after="0"/>
              <w:jc w:val="left"/>
            </w:pPr>
            <w:r>
              <w:rPr>
                <w:sz w:val="16"/>
              </w:rPr>
              <w:t>2011-09-09</w:t>
            </w:r>
          </w:p>
        </w:tc>
        <w:tc>
          <w:tcPr>
            <w:tcW w:type="dxa" w:w="1113"/>
          </w:tcPr>
          <w:p>
            <w:pPr>
              <w:spacing w:after="0"/>
              <w:jc w:val="left"/>
            </w:pPr>
            <w:r>
              <w:rPr>
                <w:sz w:val="16"/>
              </w:rPr>
              <w:t>2011-08-30</w:t>
            </w:r>
          </w:p>
        </w:tc>
        <w:tc>
          <w:tcPr>
            <w:tcW w:type="dxa" w:w="1113"/>
          </w:tcPr>
          <w:p>
            <w:pPr>
              <w:spacing w:after="0"/>
              <w:jc w:val="left"/>
            </w:pPr>
            <w:r>
              <w:rPr>
                <w:sz w:val="16"/>
              </w:rPr>
              <w:t>DR-4029-TX</w:t>
            </w:r>
          </w:p>
        </w:tc>
        <w:tc>
          <w:tcPr>
            <w:tcW w:type="dxa" w:w="1496"/>
          </w:tcPr>
          <w:p>
            <w:pPr>
              <w:spacing w:after="0"/>
              <w:jc w:val="left"/>
            </w:pPr>
            <w:r>
              <w:rPr>
                <w:sz w:val="16"/>
              </w:rPr>
              <w:t>Major disaster</w:t>
            </w:r>
          </w:p>
        </w:tc>
        <w:tc>
          <w:tcPr>
            <w:tcW w:type="dxa" w:w="2263"/>
          </w:tcPr>
          <w:p>
            <w:pPr>
              <w:spacing w:after="0"/>
              <w:jc w:val="left"/>
            </w:pPr>
            <w:r>
              <w:rPr>
                <w:sz w:val="16"/>
              </w:rPr>
              <w:t>Wildfires</w:t>
            </w:r>
          </w:p>
        </w:tc>
        <w:tc>
          <w:tcPr>
            <w:tcW w:type="dxa" w:w="2327"/>
          </w:tcPr>
          <w:p>
            <w:pPr>
              <w:spacing w:after="0"/>
              <w:jc w:val="left"/>
            </w:pPr>
            <w:r>
              <w:rPr>
                <w:sz w:val="16"/>
              </w:rPr>
              <w:t>Wildfire</w:t>
            </w:r>
          </w:p>
        </w:tc>
        <w:tc>
          <w:tcPr>
            <w:tcW w:type="dxa" w:w="2934"/>
          </w:tcPr>
          <w:p>
            <w:pPr>
              <w:spacing w:after="0"/>
              <w:jc w:val="right"/>
            </w:pPr>
            <w:r>
              <w:rPr>
                <w:sz w:val="16"/>
              </w:rPr>
              <w:t>no Public Assistance recorded</w:t>
            </w:r>
          </w:p>
        </w:tc>
        <w:tc>
          <w:tcPr>
            <w:tcW w:type="dxa" w:w="792"/>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2008-03-14</w:t>
            </w:r>
          </w:p>
        </w:tc>
        <w:tc>
          <w:tcPr>
            <w:tcW w:type="dxa" w:w="1113"/>
          </w:tcPr>
          <w:p>
            <w:pPr>
              <w:spacing w:after="0"/>
              <w:jc w:val="left"/>
            </w:pPr>
            <w:r>
              <w:rPr>
                <w:sz w:val="16"/>
              </w:rPr>
              <w:t>2008-03-14</w:t>
            </w:r>
          </w:p>
        </w:tc>
        <w:tc>
          <w:tcPr>
            <w:tcW w:type="dxa" w:w="1113"/>
          </w:tcPr>
          <w:p>
            <w:pPr>
              <w:spacing w:after="0"/>
              <w:jc w:val="left"/>
            </w:pPr>
            <w:r>
              <w:rPr>
                <w:sz w:val="16"/>
              </w:rPr>
              <w:t>EM-3284-TX</w:t>
            </w:r>
          </w:p>
        </w:tc>
        <w:tc>
          <w:tcPr>
            <w:tcW w:type="dxa" w:w="1496"/>
          </w:tcPr>
          <w:p>
            <w:pPr>
              <w:spacing w:after="0"/>
              <w:jc w:val="left"/>
            </w:pPr>
            <w:r>
              <w:rPr>
                <w:sz w:val="16"/>
              </w:rPr>
              <w:t>Emergency</w:t>
            </w:r>
          </w:p>
        </w:tc>
        <w:tc>
          <w:tcPr>
            <w:tcW w:type="dxa" w:w="2263"/>
          </w:tcPr>
          <w:p>
            <w:pPr>
              <w:spacing w:after="0"/>
              <w:jc w:val="left"/>
            </w:pPr>
            <w:r>
              <w:rPr>
                <w:sz w:val="16"/>
              </w:rPr>
              <w:t>Wildfires</w:t>
            </w:r>
          </w:p>
        </w:tc>
        <w:tc>
          <w:tcPr>
            <w:tcW w:type="dxa" w:w="2327"/>
          </w:tcPr>
          <w:p>
            <w:pPr>
              <w:spacing w:after="0"/>
              <w:jc w:val="left"/>
            </w:pPr>
            <w:r>
              <w:rPr>
                <w:sz w:val="16"/>
              </w:rPr>
              <w:t>Wildfire</w:t>
            </w:r>
          </w:p>
        </w:tc>
        <w:tc>
          <w:tcPr>
            <w:tcW w:type="dxa" w:w="2934"/>
          </w:tcPr>
          <w:p>
            <w:pPr>
              <w:spacing w:after="0"/>
              <w:jc w:val="right"/>
            </w:pPr>
            <w:r>
              <w:rPr>
                <w:sz w:val="16"/>
              </w:rPr>
              <w:t>no Public Assistance recorded</w:t>
            </w:r>
          </w:p>
        </w:tc>
        <w:tc>
          <w:tcPr>
            <w:tcW w:type="dxa" w:w="792"/>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2006-01-11</w:t>
            </w:r>
          </w:p>
        </w:tc>
        <w:tc>
          <w:tcPr>
            <w:tcW w:type="dxa" w:w="1113"/>
          </w:tcPr>
          <w:p>
            <w:pPr>
              <w:spacing w:after="0"/>
              <w:jc w:val="left"/>
            </w:pPr>
            <w:r>
              <w:rPr>
                <w:sz w:val="16"/>
              </w:rPr>
              <w:t>2005-11-27</w:t>
            </w:r>
          </w:p>
        </w:tc>
        <w:tc>
          <w:tcPr>
            <w:tcW w:type="dxa" w:w="1113"/>
          </w:tcPr>
          <w:p>
            <w:pPr>
              <w:spacing w:after="0"/>
              <w:jc w:val="left"/>
            </w:pPr>
            <w:r>
              <w:rPr>
                <w:sz w:val="16"/>
              </w:rPr>
              <w:t>DR-1624-TX</w:t>
            </w:r>
          </w:p>
        </w:tc>
        <w:tc>
          <w:tcPr>
            <w:tcW w:type="dxa" w:w="1496"/>
          </w:tcPr>
          <w:p>
            <w:pPr>
              <w:spacing w:after="0"/>
              <w:jc w:val="left"/>
            </w:pPr>
            <w:r>
              <w:rPr>
                <w:sz w:val="16"/>
              </w:rPr>
              <w:t>Major disaster</w:t>
            </w:r>
          </w:p>
        </w:tc>
        <w:tc>
          <w:tcPr>
            <w:tcW w:type="dxa" w:w="2263"/>
          </w:tcPr>
          <w:p>
            <w:pPr>
              <w:spacing w:after="0"/>
              <w:jc w:val="left"/>
            </w:pPr>
            <w:r>
              <w:rPr>
                <w:sz w:val="16"/>
              </w:rPr>
              <w:t>Extreme Wildfire Threat</w:t>
            </w:r>
          </w:p>
        </w:tc>
        <w:tc>
          <w:tcPr>
            <w:tcW w:type="dxa" w:w="2327"/>
          </w:tcPr>
          <w:p>
            <w:pPr>
              <w:spacing w:after="0"/>
              <w:jc w:val="left"/>
            </w:pPr>
            <w:r>
              <w:rPr>
                <w:sz w:val="16"/>
              </w:rPr>
              <w:t>Wildfire</w:t>
            </w:r>
          </w:p>
        </w:tc>
        <w:tc>
          <w:tcPr>
            <w:tcW w:type="dxa" w:w="2934"/>
          </w:tcPr>
          <w:p>
            <w:pPr>
              <w:spacing w:after="0"/>
              <w:jc w:val="right"/>
            </w:pPr>
            <w:r>
              <w:rPr>
                <w:sz w:val="16"/>
              </w:rPr>
              <w:t>$1,466.89</w:t>
            </w:r>
          </w:p>
        </w:tc>
        <w:tc>
          <w:tcPr>
            <w:tcW w:type="dxa" w:w="792"/>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2005-09-24</w:t>
            </w:r>
          </w:p>
        </w:tc>
        <w:tc>
          <w:tcPr>
            <w:tcW w:type="dxa" w:w="1113"/>
          </w:tcPr>
          <w:p>
            <w:pPr>
              <w:spacing w:after="0"/>
              <w:jc w:val="left"/>
            </w:pPr>
            <w:r>
              <w:rPr>
                <w:sz w:val="16"/>
              </w:rPr>
              <w:t>2005-09-23</w:t>
            </w:r>
          </w:p>
        </w:tc>
        <w:tc>
          <w:tcPr>
            <w:tcW w:type="dxa" w:w="1113"/>
          </w:tcPr>
          <w:p>
            <w:pPr>
              <w:spacing w:after="0"/>
              <w:jc w:val="left"/>
            </w:pPr>
            <w:r>
              <w:rPr>
                <w:sz w:val="16"/>
              </w:rPr>
              <w:t>DR-1606-TX</w:t>
            </w:r>
          </w:p>
        </w:tc>
        <w:tc>
          <w:tcPr>
            <w:tcW w:type="dxa" w:w="1496"/>
          </w:tcPr>
          <w:p>
            <w:pPr>
              <w:spacing w:after="0"/>
              <w:jc w:val="left"/>
            </w:pPr>
            <w:r>
              <w:rPr>
                <w:sz w:val="16"/>
              </w:rPr>
              <w:t>Major disaster</w:t>
            </w:r>
          </w:p>
        </w:tc>
        <w:tc>
          <w:tcPr>
            <w:tcW w:type="dxa" w:w="2263"/>
          </w:tcPr>
          <w:p>
            <w:pPr>
              <w:spacing w:after="0"/>
              <w:jc w:val="left"/>
            </w:pPr>
            <w:r>
              <w:rPr>
                <w:sz w:val="16"/>
              </w:rPr>
              <w:t>Hurricane Rita</w:t>
            </w:r>
          </w:p>
        </w:tc>
        <w:tc>
          <w:tcPr>
            <w:tcW w:type="dxa" w:w="2327"/>
          </w:tcPr>
          <w:p>
            <w:pPr>
              <w:spacing w:after="0"/>
              <w:jc w:val="left"/>
            </w:pPr>
            <w:r>
              <w:rPr>
                <w:sz w:val="16"/>
              </w:rPr>
              <w:t>Hurricane: evacuation support (county designated for sheltering evacuees, no Individual Assistance), not a local hazard event; not counted</w:t>
            </w:r>
          </w:p>
        </w:tc>
        <w:tc>
          <w:tcPr>
            <w:tcW w:type="dxa" w:w="2934"/>
          </w:tcPr>
          <w:p>
            <w:pPr>
              <w:spacing w:after="0"/>
              <w:jc w:val="right"/>
            </w:pPr>
            <w:r>
              <w:rPr>
                <w:sz w:val="16"/>
              </w:rPr>
              <w:t>$1,938</w:t>
            </w:r>
          </w:p>
        </w:tc>
        <w:tc>
          <w:tcPr>
            <w:tcW w:type="dxa" w:w="792"/>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2005-09-21</w:t>
            </w:r>
          </w:p>
        </w:tc>
        <w:tc>
          <w:tcPr>
            <w:tcW w:type="dxa" w:w="1113"/>
          </w:tcPr>
          <w:p>
            <w:pPr>
              <w:spacing w:after="0"/>
              <w:jc w:val="left"/>
            </w:pPr>
            <w:r>
              <w:rPr>
                <w:sz w:val="16"/>
              </w:rPr>
              <w:t>2005-09-20</w:t>
            </w:r>
          </w:p>
        </w:tc>
        <w:tc>
          <w:tcPr>
            <w:tcW w:type="dxa" w:w="1113"/>
          </w:tcPr>
          <w:p>
            <w:pPr>
              <w:spacing w:after="0"/>
              <w:jc w:val="left"/>
            </w:pPr>
            <w:r>
              <w:rPr>
                <w:sz w:val="16"/>
              </w:rPr>
              <w:t>EM-3261-TX</w:t>
            </w:r>
          </w:p>
        </w:tc>
        <w:tc>
          <w:tcPr>
            <w:tcW w:type="dxa" w:w="1496"/>
          </w:tcPr>
          <w:p>
            <w:pPr>
              <w:spacing w:after="0"/>
              <w:jc w:val="left"/>
            </w:pPr>
            <w:r>
              <w:rPr>
                <w:sz w:val="16"/>
              </w:rPr>
              <w:t>Emergency</w:t>
            </w:r>
          </w:p>
        </w:tc>
        <w:tc>
          <w:tcPr>
            <w:tcW w:type="dxa" w:w="2263"/>
          </w:tcPr>
          <w:p>
            <w:pPr>
              <w:spacing w:after="0"/>
              <w:jc w:val="left"/>
            </w:pPr>
            <w:r>
              <w:rPr>
                <w:sz w:val="16"/>
              </w:rPr>
              <w:t>Hurricane Rita</w:t>
            </w:r>
          </w:p>
        </w:tc>
        <w:tc>
          <w:tcPr>
            <w:tcW w:type="dxa" w:w="2327"/>
          </w:tcPr>
          <w:p>
            <w:pPr>
              <w:spacing w:after="0"/>
              <w:jc w:val="left"/>
            </w:pPr>
            <w:r>
              <w:rPr>
                <w:sz w:val="16"/>
              </w:rPr>
              <w:t>Hurricane: evacuation support (county designated for sheltering evacuees, no Individual Assistance), not a local hazard event; not counted</w:t>
            </w:r>
          </w:p>
        </w:tc>
        <w:tc>
          <w:tcPr>
            <w:tcW w:type="dxa" w:w="2934"/>
          </w:tcPr>
          <w:p>
            <w:pPr>
              <w:spacing w:after="0"/>
              <w:jc w:val="right"/>
            </w:pPr>
            <w:r>
              <w:rPr>
                <w:sz w:val="16"/>
              </w:rPr>
              <w:t>no Public Assistance recorded</w:t>
            </w:r>
          </w:p>
        </w:tc>
        <w:tc>
          <w:tcPr>
            <w:tcW w:type="dxa" w:w="792"/>
          </w:tcPr>
          <w:p>
            <w:pPr>
              <w:spacing w:after="0"/>
              <w:jc w:val="left"/>
            </w:pPr>
          </w:p>
        </w:tc>
        <w:tc>
          <w:tcPr>
            <w:tcW w:type="dxa" w:w="960"/>
          </w:tcPr>
          <w:p>
            <w:pPr>
              <w:spacing w:after="0"/>
              <w:jc w:val="left"/>
            </w:pPr>
            <w:r>
              <w:rPr>
                <w:sz w:val="16"/>
              </w:rPr>
              <w:t>same incident as DR-1606</w:t>
            </w:r>
          </w:p>
        </w:tc>
      </w:tr>
      <w:tr>
        <w:trPr>
          <w:cantSplit/>
        </w:trPr>
        <w:tc>
          <w:tcPr>
            <w:tcW w:type="dxa" w:w="1113"/>
          </w:tcPr>
          <w:p>
            <w:pPr>
              <w:spacing w:after="0"/>
              <w:jc w:val="left"/>
            </w:pPr>
            <w:r>
              <w:rPr>
                <w:sz w:val="16"/>
              </w:rPr>
              <w:t>2005-09-02</w:t>
            </w:r>
          </w:p>
        </w:tc>
        <w:tc>
          <w:tcPr>
            <w:tcW w:type="dxa" w:w="1113"/>
          </w:tcPr>
          <w:p>
            <w:pPr>
              <w:spacing w:after="0"/>
              <w:jc w:val="left"/>
            </w:pPr>
            <w:r>
              <w:rPr>
                <w:sz w:val="16"/>
              </w:rPr>
              <w:t>2005-08-29</w:t>
            </w:r>
          </w:p>
        </w:tc>
        <w:tc>
          <w:tcPr>
            <w:tcW w:type="dxa" w:w="1113"/>
          </w:tcPr>
          <w:p>
            <w:pPr>
              <w:spacing w:after="0"/>
              <w:jc w:val="left"/>
            </w:pPr>
            <w:r>
              <w:rPr>
                <w:sz w:val="16"/>
              </w:rPr>
              <w:t>EM-3216-TX</w:t>
            </w:r>
          </w:p>
        </w:tc>
        <w:tc>
          <w:tcPr>
            <w:tcW w:type="dxa" w:w="1496"/>
          </w:tcPr>
          <w:p>
            <w:pPr>
              <w:spacing w:after="0"/>
              <w:jc w:val="left"/>
            </w:pPr>
            <w:r>
              <w:rPr>
                <w:sz w:val="16"/>
              </w:rPr>
              <w:t>Emergency</w:t>
            </w:r>
          </w:p>
        </w:tc>
        <w:tc>
          <w:tcPr>
            <w:tcW w:type="dxa" w:w="2263"/>
          </w:tcPr>
          <w:p>
            <w:pPr>
              <w:spacing w:after="0"/>
              <w:jc w:val="left"/>
            </w:pPr>
            <w:r>
              <w:rPr>
                <w:sz w:val="16"/>
              </w:rPr>
              <w:t>Hurricane Katrina Evacuation</w:t>
            </w:r>
          </w:p>
        </w:tc>
        <w:tc>
          <w:tcPr>
            <w:tcW w:type="dxa" w:w="2327"/>
          </w:tcPr>
          <w:p>
            <w:pPr>
              <w:spacing w:after="0"/>
              <w:jc w:val="left"/>
            </w:pPr>
            <w:r>
              <w:rPr>
                <w:sz w:val="16"/>
              </w:rPr>
              <w:t>Hurricane: evacuation support, not a local hazard event; not counted</w:t>
            </w:r>
          </w:p>
        </w:tc>
        <w:tc>
          <w:tcPr>
            <w:tcW w:type="dxa" w:w="2934"/>
          </w:tcPr>
          <w:p>
            <w:pPr>
              <w:spacing w:after="0"/>
              <w:jc w:val="right"/>
            </w:pPr>
            <w:r>
              <w:rPr>
                <w:sz w:val="16"/>
              </w:rPr>
              <w:t>no Public Assistance recorded</w:t>
            </w:r>
          </w:p>
        </w:tc>
        <w:tc>
          <w:tcPr>
            <w:tcW w:type="dxa" w:w="792"/>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1999-09-01</w:t>
            </w:r>
          </w:p>
        </w:tc>
        <w:tc>
          <w:tcPr>
            <w:tcW w:type="dxa" w:w="1113"/>
          </w:tcPr>
          <w:p>
            <w:pPr>
              <w:spacing w:after="0"/>
              <w:jc w:val="left"/>
            </w:pPr>
            <w:r>
              <w:rPr>
                <w:sz w:val="16"/>
              </w:rPr>
              <w:t>1999-08-01</w:t>
            </w:r>
          </w:p>
        </w:tc>
        <w:tc>
          <w:tcPr>
            <w:tcW w:type="dxa" w:w="1113"/>
          </w:tcPr>
          <w:p>
            <w:pPr>
              <w:spacing w:after="0"/>
              <w:jc w:val="left"/>
            </w:pPr>
            <w:r>
              <w:rPr>
                <w:sz w:val="16"/>
              </w:rPr>
              <w:t>EM-3142-TX</w:t>
            </w:r>
          </w:p>
        </w:tc>
        <w:tc>
          <w:tcPr>
            <w:tcW w:type="dxa" w:w="1496"/>
          </w:tcPr>
          <w:p>
            <w:pPr>
              <w:spacing w:after="0"/>
              <w:jc w:val="left"/>
            </w:pPr>
            <w:r>
              <w:rPr>
                <w:sz w:val="16"/>
              </w:rPr>
              <w:t>Emergency</w:t>
            </w:r>
          </w:p>
        </w:tc>
        <w:tc>
          <w:tcPr>
            <w:tcW w:type="dxa" w:w="2263"/>
          </w:tcPr>
          <w:p>
            <w:pPr>
              <w:spacing w:after="0"/>
              <w:jc w:val="left"/>
            </w:pPr>
            <w:r>
              <w:rPr>
                <w:sz w:val="16"/>
              </w:rPr>
              <w:t>Extreme Fire Hazards</w:t>
            </w:r>
          </w:p>
        </w:tc>
        <w:tc>
          <w:tcPr>
            <w:tcW w:type="dxa" w:w="2327"/>
          </w:tcPr>
          <w:p>
            <w:pPr>
              <w:spacing w:after="0"/>
              <w:jc w:val="left"/>
            </w:pPr>
            <w:r>
              <w:rPr>
                <w:sz w:val="16"/>
              </w:rPr>
              <w:t>Wildfire</w:t>
            </w:r>
          </w:p>
        </w:tc>
        <w:tc>
          <w:tcPr>
            <w:tcW w:type="dxa" w:w="2934"/>
          </w:tcPr>
          <w:p>
            <w:pPr>
              <w:spacing w:after="0"/>
              <w:jc w:val="right"/>
            </w:pPr>
            <w:r>
              <w:rPr>
                <w:sz w:val="16"/>
              </w:rPr>
              <w:t>no Public Assistance recorded</w:t>
            </w:r>
          </w:p>
        </w:tc>
        <w:tc>
          <w:tcPr>
            <w:tcW w:type="dxa" w:w="792"/>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1998-08-26</w:t>
            </w:r>
          </w:p>
        </w:tc>
        <w:tc>
          <w:tcPr>
            <w:tcW w:type="dxa" w:w="1113"/>
          </w:tcPr>
          <w:p>
            <w:pPr>
              <w:spacing w:after="0"/>
              <w:jc w:val="left"/>
            </w:pPr>
            <w:r>
              <w:rPr>
                <w:sz w:val="16"/>
              </w:rPr>
              <w:t>1998-08-22</w:t>
            </w:r>
          </w:p>
        </w:tc>
        <w:tc>
          <w:tcPr>
            <w:tcW w:type="dxa" w:w="1113"/>
          </w:tcPr>
          <w:p>
            <w:pPr>
              <w:spacing w:after="0"/>
              <w:jc w:val="left"/>
            </w:pPr>
            <w:r>
              <w:rPr>
                <w:sz w:val="16"/>
              </w:rPr>
              <w:t>DR-1239-TX</w:t>
            </w:r>
          </w:p>
        </w:tc>
        <w:tc>
          <w:tcPr>
            <w:tcW w:type="dxa" w:w="1496"/>
          </w:tcPr>
          <w:p>
            <w:pPr>
              <w:spacing w:after="0"/>
              <w:jc w:val="left"/>
            </w:pPr>
            <w:r>
              <w:rPr>
                <w:sz w:val="16"/>
              </w:rPr>
              <w:t>Major disaster</w:t>
            </w:r>
          </w:p>
        </w:tc>
        <w:tc>
          <w:tcPr>
            <w:tcW w:type="dxa" w:w="2263"/>
          </w:tcPr>
          <w:p>
            <w:pPr>
              <w:spacing w:after="0"/>
              <w:jc w:val="left"/>
            </w:pPr>
            <w:r>
              <w:rPr>
                <w:sz w:val="16"/>
              </w:rPr>
              <w:t>Tropical Storm Charley</w:t>
            </w:r>
          </w:p>
        </w:tc>
        <w:tc>
          <w:tcPr>
            <w:tcW w:type="dxa" w:w="2327"/>
          </w:tcPr>
          <w:p>
            <w:pPr>
              <w:spacing w:after="0"/>
              <w:jc w:val="left"/>
            </w:pPr>
            <w:r>
              <w:rPr>
                <w:sz w:val="16"/>
              </w:rPr>
              <w:t>Hurricane; Inland Flooding: designated for Hazard Mitigation only (no Public or Individual Assistance for this county); not counted</w:t>
            </w:r>
          </w:p>
        </w:tc>
        <w:tc>
          <w:tcPr>
            <w:tcW w:type="dxa" w:w="2934"/>
          </w:tcPr>
          <w:p>
            <w:pPr>
              <w:spacing w:after="0"/>
              <w:jc w:val="right"/>
            </w:pPr>
            <w:r>
              <w:rPr>
                <w:sz w:val="16"/>
              </w:rPr>
              <w:t>PA not declared for this county</w:t>
            </w:r>
          </w:p>
        </w:tc>
        <w:tc>
          <w:tcPr>
            <w:tcW w:type="dxa" w:w="792"/>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206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26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3047"/>
        <w:gridCol w:w="3002"/>
        <w:gridCol w:w="930"/>
        <w:gridCol w:w="1573"/>
        <w:gridCol w:w="709"/>
        <w:gridCol w:w="2511"/>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3047"/>
            <w:shd w:val="clear" w:color="auto" w:fill="E8E8E8"/>
          </w:tcPr>
          <w:p>
            <w:pPr>
              <w:spacing w:after="0"/>
              <w:jc w:val="left"/>
            </w:pPr>
            <w:r>
              <w:rPr>
                <w:b/>
                <w:sz w:val="16"/>
              </w:rPr>
              <w:t>Magnitude or extent</w:t>
            </w:r>
          </w:p>
        </w:tc>
        <w:tc>
          <w:tcPr>
            <w:tcW w:type="dxa" w:w="300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73"/>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5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5"/>
          </w:tcPr>
          <w:p>
            <w:pPr>
              <w:spacing w:after="0"/>
              <w:jc w:val="left"/>
            </w:pPr>
            <w:r>
              <w:rPr>
                <w:sz w:val="16"/>
              </w:rPr>
              <w:t>Winter Weather</w:t>
            </w:r>
          </w:p>
        </w:tc>
        <w:tc>
          <w:tcPr>
            <w:tcW w:type="dxa" w:w="3047"/>
          </w:tcPr>
          <w:p>
            <w:pPr>
              <w:spacing w:after="0"/>
              <w:jc w:val="left"/>
            </w:pPr>
          </w:p>
        </w:tc>
        <w:tc>
          <w:tcPr>
            <w:tcW w:type="dxa" w:w="3002"/>
          </w:tcPr>
          <w:p>
            <w:pPr>
              <w:spacing w:after="0"/>
              <w:jc w:val="left"/>
            </w:pPr>
            <w:r>
              <w:rPr>
                <w:sz w:val="16"/>
              </w:rPr>
              <w:t>$50,000 property; $0 crops, reported for the zone (2026 dollars)</w:t>
            </w:r>
          </w:p>
        </w:tc>
        <w:tc>
          <w:tcPr>
            <w:tcW w:type="dxa" w:w="930"/>
          </w:tcPr>
          <w:p>
            <w:pPr>
              <w:spacing w:after="0"/>
              <w:jc w:val="right"/>
            </w:pPr>
            <w:r>
              <w:rPr>
                <w:sz w:val="16"/>
              </w:rPr>
              <w:t>0, 0</w:t>
            </w:r>
          </w:p>
        </w:tc>
        <w:tc>
          <w:tcPr>
            <w:tcW w:type="dxa" w:w="1573"/>
          </w:tcPr>
          <w:p>
            <w:pPr>
              <w:spacing w:after="0"/>
              <w:jc w:val="left"/>
            </w:pPr>
            <w:r>
              <w:rPr>
                <w:sz w:val="16"/>
              </w:rPr>
              <w:t>NWS zone TXZ274 (REEVES COUNTY PLAINS), zone-level</w:t>
            </w:r>
          </w:p>
        </w:tc>
        <w:tc>
          <w:tcPr>
            <w:tcW w:type="dxa" w:w="709"/>
          </w:tcPr>
          <w:p>
            <w:pPr>
              <w:spacing w:after="0"/>
              <w:jc w:val="left"/>
            </w:pPr>
            <w:r>
              <w:rPr>
                <w:sz w:val="16"/>
              </w:rPr>
              <w:t>within last 5 years</w:t>
            </w:r>
          </w:p>
        </w:tc>
        <w:tc>
          <w:tcPr>
            <w:tcW w:type="dxa" w:w="25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2024-04-01</w:t>
            </w:r>
          </w:p>
        </w:tc>
        <w:tc>
          <w:tcPr>
            <w:tcW w:type="dxa" w:w="1305"/>
          </w:tcPr>
          <w:p>
            <w:pPr>
              <w:spacing w:after="0"/>
              <w:jc w:val="left"/>
            </w:pPr>
            <w:r>
              <w:rPr>
                <w:sz w:val="16"/>
              </w:rPr>
              <w:t>High Wind</w:t>
            </w:r>
          </w:p>
        </w:tc>
        <w:tc>
          <w:tcPr>
            <w:tcW w:type="dxa" w:w="3047"/>
          </w:tcPr>
          <w:p>
            <w:pPr>
              <w:spacing w:after="0"/>
              <w:jc w:val="left"/>
            </w:pPr>
            <w:r>
              <w:rPr>
                <w:sz w:val="16"/>
              </w:rPr>
              <w:t>60 kt (69 mph) measured gust</w:t>
            </w:r>
          </w:p>
        </w:tc>
        <w:tc>
          <w:tcPr>
            <w:tcW w:type="dxa" w:w="3002"/>
          </w:tcPr>
          <w:p>
            <w:pPr>
              <w:spacing w:after="0"/>
              <w:jc w:val="left"/>
            </w:pPr>
            <w:r>
              <w:rPr>
                <w:sz w:val="16"/>
              </w:rPr>
              <w:t>$0 property; $0 crops, reported for the zone (2024 dollars)</w:t>
            </w:r>
          </w:p>
        </w:tc>
        <w:tc>
          <w:tcPr>
            <w:tcW w:type="dxa" w:w="930"/>
          </w:tcPr>
          <w:p>
            <w:pPr>
              <w:spacing w:after="0"/>
              <w:jc w:val="right"/>
            </w:pPr>
            <w:r>
              <w:rPr>
                <w:sz w:val="16"/>
              </w:rPr>
              <w:t>0, 0</w:t>
            </w:r>
          </w:p>
        </w:tc>
        <w:tc>
          <w:tcPr>
            <w:tcW w:type="dxa" w:w="1573"/>
          </w:tcPr>
          <w:p>
            <w:pPr>
              <w:spacing w:after="0"/>
              <w:jc w:val="left"/>
            </w:pPr>
            <w:r>
              <w:rPr>
                <w:sz w:val="16"/>
              </w:rPr>
              <w:t>NWS zone TXZ274 (REEVES COUNTY PLAINS), zone-level</w:t>
            </w:r>
          </w:p>
        </w:tc>
        <w:tc>
          <w:tcPr>
            <w:tcW w:type="dxa" w:w="709"/>
          </w:tcPr>
          <w:p>
            <w:pPr>
              <w:spacing w:after="0"/>
              <w:jc w:val="left"/>
            </w:pPr>
            <w:r>
              <w:rPr>
                <w:sz w:val="16"/>
              </w:rPr>
              <w:t>within last 5 years</w:t>
            </w:r>
          </w:p>
        </w:tc>
        <w:tc>
          <w:tcPr>
            <w:tcW w:type="dxa" w:w="2511"/>
          </w:tcPr>
          <w:p>
            <w:pPr>
              <w:spacing w:after="0"/>
              <w:jc w:val="left"/>
            </w:pPr>
            <w:r>
              <w:rPr>
                <w:sz w:val="16"/>
              </w:rPr>
              <w:t>B1-c worst recorded: High Wind and Strong Wind</w:t>
            </w:r>
          </w:p>
        </w:tc>
      </w:tr>
      <w:tr>
        <w:trPr>
          <w:cantSplit/>
        </w:trPr>
        <w:tc>
          <w:tcPr>
            <w:tcW w:type="dxa" w:w="1037"/>
          </w:tcPr>
          <w:p>
            <w:pPr>
              <w:spacing w:after="0"/>
              <w:jc w:val="left"/>
            </w:pPr>
            <w:r>
              <w:rPr>
                <w:sz w:val="16"/>
              </w:rPr>
              <w:t>2021-06-20</w:t>
            </w:r>
          </w:p>
        </w:tc>
        <w:tc>
          <w:tcPr>
            <w:tcW w:type="dxa" w:w="1305"/>
          </w:tcPr>
          <w:p>
            <w:pPr>
              <w:spacing w:after="0"/>
              <w:jc w:val="left"/>
            </w:pPr>
            <w:r>
              <w:rPr>
                <w:sz w:val="16"/>
              </w:rPr>
              <w:t>Excessive Heat</w:t>
            </w:r>
          </w:p>
        </w:tc>
        <w:tc>
          <w:tcPr>
            <w:tcW w:type="dxa" w:w="3047"/>
          </w:tcPr>
          <w:p>
            <w:pPr>
              <w:spacing w:after="0"/>
              <w:jc w:val="left"/>
            </w:pPr>
          </w:p>
        </w:tc>
        <w:tc>
          <w:tcPr>
            <w:tcW w:type="dxa" w:w="3002"/>
          </w:tcPr>
          <w:p>
            <w:pPr>
              <w:spacing w:after="0"/>
              <w:jc w:val="left"/>
            </w:pPr>
            <w:r>
              <w:rPr>
                <w:sz w:val="16"/>
              </w:rPr>
              <w:t>$0 property; $0 crops, reported for the zone (2021 dollars)</w:t>
            </w:r>
          </w:p>
        </w:tc>
        <w:tc>
          <w:tcPr>
            <w:tcW w:type="dxa" w:w="930"/>
          </w:tcPr>
          <w:p>
            <w:pPr>
              <w:spacing w:after="0"/>
              <w:jc w:val="right"/>
            </w:pPr>
            <w:r>
              <w:rPr>
                <w:sz w:val="16"/>
              </w:rPr>
              <w:t>0, 0</w:t>
            </w:r>
          </w:p>
        </w:tc>
        <w:tc>
          <w:tcPr>
            <w:tcW w:type="dxa" w:w="1573"/>
          </w:tcPr>
          <w:p>
            <w:pPr>
              <w:spacing w:after="0"/>
              <w:jc w:val="left"/>
            </w:pPr>
            <w:r>
              <w:rPr>
                <w:sz w:val="16"/>
              </w:rPr>
              <w:t>NWS zone TXZ278 (DAVIS MOUNTAINS FOOTHILLS), zone-level</w:t>
            </w:r>
          </w:p>
        </w:tc>
        <w:tc>
          <w:tcPr>
            <w:tcW w:type="dxa" w:w="709"/>
          </w:tcPr>
          <w:p>
            <w:pPr>
              <w:spacing w:after="0"/>
              <w:jc w:val="left"/>
            </w:pPr>
          </w:p>
        </w:tc>
        <w:tc>
          <w:tcPr>
            <w:tcW w:type="dxa" w:w="2511"/>
          </w:tcPr>
          <w:p>
            <w:pPr>
              <w:spacing w:after="0"/>
              <w:jc w:val="left"/>
            </w:pPr>
            <w:r>
              <w:rPr>
                <w:sz w:val="16"/>
              </w:rPr>
              <w:t>B1-c worst recorded: Excessive Heat, Heat</w:t>
            </w:r>
          </w:p>
        </w:tc>
      </w:tr>
      <w:tr>
        <w:trPr>
          <w:cantSplit/>
        </w:trPr>
        <w:tc>
          <w:tcPr>
            <w:tcW w:type="dxa" w:w="1037"/>
          </w:tcPr>
          <w:p>
            <w:pPr>
              <w:spacing w:after="0"/>
              <w:jc w:val="left"/>
            </w:pPr>
            <w:r>
              <w:rPr>
                <w:sz w:val="16"/>
              </w:rPr>
              <w:t>2020-03-13</w:t>
            </w:r>
          </w:p>
        </w:tc>
        <w:tc>
          <w:tcPr>
            <w:tcW w:type="dxa" w:w="1305"/>
          </w:tcPr>
          <w:p>
            <w:pPr>
              <w:spacing w:after="0"/>
              <w:jc w:val="left"/>
            </w:pPr>
            <w:r>
              <w:rPr>
                <w:sz w:val="16"/>
              </w:rPr>
              <w:t>Thunderstorm Wind</w:t>
            </w:r>
          </w:p>
        </w:tc>
        <w:tc>
          <w:tcPr>
            <w:tcW w:type="dxa" w:w="3047"/>
          </w:tcPr>
          <w:p>
            <w:pPr>
              <w:spacing w:after="0"/>
              <w:jc w:val="left"/>
            </w:pPr>
            <w:r>
              <w:rPr>
                <w:sz w:val="16"/>
              </w:rPr>
              <w:t>113 kt (130 mph) estimated gust</w:t>
            </w:r>
          </w:p>
        </w:tc>
        <w:tc>
          <w:tcPr>
            <w:tcW w:type="dxa" w:w="3002"/>
          </w:tcPr>
          <w:p>
            <w:pPr>
              <w:spacing w:after="0"/>
              <w:jc w:val="left"/>
            </w:pPr>
            <w:r>
              <w:rPr>
                <w:sz w:val="16"/>
              </w:rPr>
              <w:t>$500,000 property; crops not reported (2020 dollars)</w:t>
            </w:r>
          </w:p>
        </w:tc>
        <w:tc>
          <w:tcPr>
            <w:tcW w:type="dxa" w:w="930"/>
          </w:tcPr>
          <w:p>
            <w:pPr>
              <w:spacing w:after="0"/>
              <w:jc w:val="right"/>
            </w:pPr>
            <w:r>
              <w:rPr>
                <w:sz w:val="16"/>
              </w:rPr>
              <w:t>0, 1</w:t>
            </w:r>
          </w:p>
        </w:tc>
        <w:tc>
          <w:tcPr>
            <w:tcW w:type="dxa" w:w="1573"/>
          </w:tcPr>
          <w:p>
            <w:pPr>
              <w:spacing w:after="0"/>
              <w:jc w:val="left"/>
            </w:pPr>
            <w:r>
              <w:rPr>
                <w:sz w:val="16"/>
              </w:rPr>
              <w:t>ARNO</w:t>
            </w:r>
          </w:p>
        </w:tc>
        <w:tc>
          <w:tcPr>
            <w:tcW w:type="dxa" w:w="709"/>
          </w:tcPr>
          <w:p>
            <w:pPr>
              <w:spacing w:after="0"/>
              <w:jc w:val="left"/>
            </w:pPr>
          </w:p>
        </w:tc>
        <w:tc>
          <w:tcPr>
            <w:tcW w:type="dxa" w:w="2511"/>
          </w:tcPr>
          <w:p>
            <w:pPr>
              <w:spacing w:after="0"/>
              <w:jc w:val="left"/>
            </w:pPr>
            <w:r>
              <w:rPr>
                <w:sz w:val="16"/>
              </w:rPr>
              <w:t>B1-c worst recorded: Thunderstorm Wind</w:t>
            </w:r>
          </w:p>
        </w:tc>
      </w:tr>
      <w:tr>
        <w:trPr>
          <w:cantSplit/>
        </w:trPr>
        <w:tc>
          <w:tcPr>
            <w:tcW w:type="dxa" w:w="1037"/>
          </w:tcPr>
          <w:p>
            <w:pPr>
              <w:spacing w:after="0"/>
              <w:jc w:val="left"/>
            </w:pPr>
            <w:r>
              <w:rPr>
                <w:sz w:val="16"/>
              </w:rPr>
              <w:t>2010-06-07</w:t>
            </w:r>
          </w:p>
        </w:tc>
        <w:tc>
          <w:tcPr>
            <w:tcW w:type="dxa" w:w="1305"/>
          </w:tcPr>
          <w:p>
            <w:pPr>
              <w:spacing w:after="0"/>
              <w:jc w:val="left"/>
            </w:pPr>
            <w:r>
              <w:rPr>
                <w:sz w:val="16"/>
              </w:rPr>
              <w:t>Thunderstorm Wind</w:t>
            </w:r>
          </w:p>
        </w:tc>
        <w:tc>
          <w:tcPr>
            <w:tcW w:type="dxa" w:w="3047"/>
          </w:tcPr>
          <w:p>
            <w:pPr>
              <w:spacing w:after="0"/>
              <w:jc w:val="left"/>
            </w:pPr>
            <w:r>
              <w:rPr>
                <w:sz w:val="16"/>
              </w:rPr>
              <w:t>56 kt (64 mph) estimated gust</w:t>
            </w:r>
          </w:p>
        </w:tc>
        <w:tc>
          <w:tcPr>
            <w:tcW w:type="dxa" w:w="3002"/>
          </w:tcPr>
          <w:p>
            <w:pPr>
              <w:spacing w:after="0"/>
              <w:jc w:val="left"/>
            </w:pPr>
            <w:r>
              <w:rPr>
                <w:sz w:val="16"/>
              </w:rPr>
              <w:t>property not reported; $0 crops (2010 dollars)</w:t>
            </w:r>
          </w:p>
        </w:tc>
        <w:tc>
          <w:tcPr>
            <w:tcW w:type="dxa" w:w="930"/>
          </w:tcPr>
          <w:p>
            <w:pPr>
              <w:spacing w:after="0"/>
              <w:jc w:val="right"/>
            </w:pPr>
            <w:r>
              <w:rPr>
                <w:sz w:val="16"/>
              </w:rPr>
              <w:t>0, 1</w:t>
            </w:r>
          </w:p>
        </w:tc>
        <w:tc>
          <w:tcPr>
            <w:tcW w:type="dxa" w:w="1573"/>
          </w:tcPr>
          <w:p>
            <w:pPr>
              <w:spacing w:after="0"/>
              <w:jc w:val="left"/>
            </w:pPr>
            <w:r>
              <w:rPr>
                <w:sz w:val="16"/>
              </w:rPr>
              <w:t>PECOS</w:t>
            </w:r>
          </w:p>
        </w:tc>
        <w:tc>
          <w:tcPr>
            <w:tcW w:type="dxa" w:w="709"/>
          </w:tcPr>
          <w:p>
            <w:pPr>
              <w:spacing w:after="0"/>
              <w:jc w:val="left"/>
            </w:pPr>
          </w:p>
        </w:tc>
        <w:tc>
          <w:tcPr>
            <w:tcW w:type="dxa" w:w="2511"/>
          </w:tcPr>
          <w:p>
            <w:pPr>
              <w:spacing w:after="0"/>
              <w:jc w:val="left"/>
            </w:pPr>
            <w:r>
              <w:rPr>
                <w:sz w:val="16"/>
              </w:rPr>
              <w:t>deaths or injuries recorded</w:t>
            </w:r>
          </w:p>
        </w:tc>
      </w:tr>
      <w:tr>
        <w:trPr>
          <w:cantSplit/>
        </w:trPr>
        <w:tc>
          <w:tcPr>
            <w:tcW w:type="dxa" w:w="1037"/>
          </w:tcPr>
          <w:p>
            <w:pPr>
              <w:spacing w:after="0"/>
              <w:jc w:val="left"/>
            </w:pPr>
            <w:r>
              <w:rPr>
                <w:sz w:val="16"/>
              </w:rPr>
              <w:t>2004-04-04</w:t>
            </w:r>
          </w:p>
        </w:tc>
        <w:tc>
          <w:tcPr>
            <w:tcW w:type="dxa" w:w="1305"/>
          </w:tcPr>
          <w:p>
            <w:pPr>
              <w:spacing w:after="0"/>
              <w:jc w:val="left"/>
            </w:pPr>
            <w:r>
              <w:rPr>
                <w:sz w:val="16"/>
              </w:rPr>
              <w:t>Flash Flood</w:t>
            </w:r>
          </w:p>
        </w:tc>
        <w:tc>
          <w:tcPr>
            <w:tcW w:type="dxa" w:w="3047"/>
          </w:tcPr>
          <w:p>
            <w:pPr>
              <w:spacing w:after="0"/>
              <w:jc w:val="left"/>
            </w:pPr>
          </w:p>
        </w:tc>
        <w:tc>
          <w:tcPr>
            <w:tcW w:type="dxa" w:w="3002"/>
          </w:tcPr>
          <w:p>
            <w:pPr>
              <w:spacing w:after="0"/>
              <w:jc w:val="left"/>
            </w:pPr>
            <w:r>
              <w:rPr>
                <w:sz w:val="16"/>
              </w:rPr>
              <w:t>$2,500,000 property; $0 crops (2004 dollars)</w:t>
            </w:r>
          </w:p>
        </w:tc>
        <w:tc>
          <w:tcPr>
            <w:tcW w:type="dxa" w:w="930"/>
          </w:tcPr>
          <w:p>
            <w:pPr>
              <w:spacing w:after="0"/>
              <w:jc w:val="right"/>
            </w:pPr>
            <w:r>
              <w:rPr>
                <w:sz w:val="16"/>
              </w:rPr>
              <w:t>0, 0</w:t>
            </w:r>
          </w:p>
        </w:tc>
        <w:tc>
          <w:tcPr>
            <w:tcW w:type="dxa" w:w="1573"/>
          </w:tcPr>
          <w:p>
            <w:pPr>
              <w:spacing w:after="0"/>
              <w:jc w:val="left"/>
            </w:pPr>
            <w:r>
              <w:rPr>
                <w:sz w:val="16"/>
              </w:rPr>
              <w:t>TOYAH</w:t>
            </w:r>
          </w:p>
        </w:tc>
        <w:tc>
          <w:tcPr>
            <w:tcW w:type="dxa" w:w="709"/>
          </w:tcPr>
          <w:p>
            <w:pPr>
              <w:spacing w:after="0"/>
              <w:jc w:val="left"/>
            </w:pPr>
          </w:p>
        </w:tc>
        <w:tc>
          <w:tcPr>
            <w:tcW w:type="dxa" w:w="25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2004-04-03</w:t>
            </w:r>
          </w:p>
        </w:tc>
        <w:tc>
          <w:tcPr>
            <w:tcW w:type="dxa" w:w="1305"/>
          </w:tcPr>
          <w:p>
            <w:pPr>
              <w:spacing w:after="0"/>
              <w:jc w:val="left"/>
            </w:pPr>
            <w:r>
              <w:rPr>
                <w:sz w:val="16"/>
              </w:rPr>
              <w:t>Hail</w:t>
            </w:r>
          </w:p>
        </w:tc>
        <w:tc>
          <w:tcPr>
            <w:tcW w:type="dxa" w:w="3047"/>
          </w:tcPr>
          <w:p>
            <w:pPr>
              <w:spacing w:after="0"/>
              <w:jc w:val="left"/>
            </w:pPr>
            <w:r>
              <w:rPr>
                <w:sz w:val="16"/>
              </w:rPr>
              <w:t>4.25 in</w:t>
            </w:r>
          </w:p>
        </w:tc>
        <w:tc>
          <w:tcPr>
            <w:tcW w:type="dxa" w:w="3002"/>
          </w:tcPr>
          <w:p>
            <w:pPr>
              <w:spacing w:after="0"/>
              <w:jc w:val="left"/>
            </w:pPr>
            <w:r>
              <w:rPr>
                <w:sz w:val="16"/>
              </w:rPr>
              <w:t>$100,000 property; $0 crops (2004 dollars)</w:t>
            </w:r>
          </w:p>
        </w:tc>
        <w:tc>
          <w:tcPr>
            <w:tcW w:type="dxa" w:w="930"/>
          </w:tcPr>
          <w:p>
            <w:pPr>
              <w:spacing w:after="0"/>
              <w:jc w:val="right"/>
            </w:pPr>
            <w:r>
              <w:rPr>
                <w:sz w:val="16"/>
              </w:rPr>
              <w:t>0, 0</w:t>
            </w:r>
          </w:p>
        </w:tc>
        <w:tc>
          <w:tcPr>
            <w:tcW w:type="dxa" w:w="1573"/>
          </w:tcPr>
          <w:p>
            <w:pPr>
              <w:spacing w:after="0"/>
              <w:jc w:val="left"/>
            </w:pPr>
            <w:r>
              <w:rPr>
                <w:sz w:val="16"/>
              </w:rPr>
              <w:t>TOYAH</w:t>
            </w:r>
          </w:p>
        </w:tc>
        <w:tc>
          <w:tcPr>
            <w:tcW w:type="dxa" w:w="709"/>
          </w:tcPr>
          <w:p>
            <w:pPr>
              <w:spacing w:after="0"/>
              <w:jc w:val="left"/>
            </w:pPr>
          </w:p>
        </w:tc>
        <w:tc>
          <w:tcPr>
            <w:tcW w:type="dxa" w:w="2511"/>
          </w:tcPr>
          <w:p>
            <w:pPr>
              <w:spacing w:after="0"/>
              <w:jc w:val="left"/>
            </w:pPr>
            <w:r>
              <w:rPr>
                <w:sz w:val="16"/>
              </w:rPr>
              <w:t>B1-c worst recorded: Hail</w:t>
            </w:r>
          </w:p>
        </w:tc>
      </w:tr>
      <w:tr>
        <w:trPr>
          <w:cantSplit/>
        </w:trPr>
        <w:tc>
          <w:tcPr>
            <w:tcW w:type="dxa" w:w="1037"/>
          </w:tcPr>
          <w:p>
            <w:pPr>
              <w:spacing w:after="0"/>
              <w:jc w:val="left"/>
            </w:pPr>
            <w:r>
              <w:rPr>
                <w:sz w:val="16"/>
              </w:rPr>
              <w:t>1998-05-28</w:t>
            </w:r>
          </w:p>
        </w:tc>
        <w:tc>
          <w:tcPr>
            <w:tcW w:type="dxa" w:w="1305"/>
          </w:tcPr>
          <w:p>
            <w:pPr>
              <w:spacing w:after="0"/>
              <w:jc w:val="left"/>
            </w:pPr>
            <w:r>
              <w:rPr>
                <w:sz w:val="16"/>
              </w:rPr>
              <w:t>Thunderstorm Wind</w:t>
            </w:r>
          </w:p>
        </w:tc>
        <w:tc>
          <w:tcPr>
            <w:tcW w:type="dxa" w:w="3047"/>
          </w:tcPr>
          <w:p>
            <w:pPr>
              <w:spacing w:after="0"/>
              <w:jc w:val="left"/>
            </w:pPr>
            <w:r>
              <w:rPr>
                <w:sz w:val="16"/>
              </w:rPr>
              <w:t>speed not recorded</w:t>
            </w:r>
          </w:p>
        </w:tc>
        <w:tc>
          <w:tcPr>
            <w:tcW w:type="dxa" w:w="3002"/>
          </w:tcPr>
          <w:p>
            <w:pPr>
              <w:spacing w:after="0"/>
              <w:jc w:val="left"/>
            </w:pPr>
            <w:r>
              <w:rPr>
                <w:sz w:val="16"/>
              </w:rPr>
              <w:t>$15,000 property; crops not reported (1998 dollars)</w:t>
            </w:r>
          </w:p>
        </w:tc>
        <w:tc>
          <w:tcPr>
            <w:tcW w:type="dxa" w:w="930"/>
          </w:tcPr>
          <w:p>
            <w:pPr>
              <w:spacing w:after="0"/>
              <w:jc w:val="right"/>
            </w:pPr>
            <w:r>
              <w:rPr>
                <w:sz w:val="16"/>
              </w:rPr>
              <w:t>0, 1</w:t>
            </w:r>
          </w:p>
        </w:tc>
        <w:tc>
          <w:tcPr>
            <w:tcW w:type="dxa" w:w="1573"/>
          </w:tcPr>
          <w:p>
            <w:pPr>
              <w:spacing w:after="0"/>
              <w:jc w:val="left"/>
            </w:pPr>
            <w:r>
              <w:rPr>
                <w:sz w:val="16"/>
              </w:rPr>
              <w:t>PECOS</w:t>
            </w:r>
          </w:p>
        </w:tc>
        <w:tc>
          <w:tcPr>
            <w:tcW w:type="dxa" w:w="709"/>
          </w:tcPr>
          <w:p>
            <w:pPr>
              <w:spacing w:after="0"/>
              <w:jc w:val="left"/>
            </w:pPr>
          </w:p>
        </w:tc>
        <w:tc>
          <w:tcPr>
            <w:tcW w:type="dxa" w:w="2511"/>
          </w:tcPr>
          <w:p>
            <w:pPr>
              <w:spacing w:after="0"/>
              <w:jc w:val="left"/>
            </w:pPr>
            <w:r>
              <w:rPr>
                <w:sz w:val="16"/>
              </w:rPr>
              <w:t>deaths or injuries recorded</w:t>
            </w:r>
          </w:p>
        </w:tc>
      </w:tr>
      <w:tr>
        <w:trPr>
          <w:cantSplit/>
        </w:trPr>
        <w:tc>
          <w:tcPr>
            <w:tcW w:type="dxa" w:w="1037"/>
          </w:tcPr>
          <w:p>
            <w:pPr>
              <w:spacing w:after="0"/>
              <w:jc w:val="left"/>
            </w:pPr>
            <w:r>
              <w:rPr>
                <w:sz w:val="16"/>
              </w:rPr>
              <w:t>1987-05-22</w:t>
            </w:r>
          </w:p>
        </w:tc>
        <w:tc>
          <w:tcPr>
            <w:tcW w:type="dxa" w:w="1305"/>
          </w:tcPr>
          <w:p>
            <w:pPr>
              <w:spacing w:after="0"/>
              <w:jc w:val="left"/>
            </w:pPr>
            <w:r>
              <w:rPr>
                <w:sz w:val="16"/>
              </w:rPr>
              <w:t>Tornado</w:t>
            </w:r>
          </w:p>
        </w:tc>
        <w:tc>
          <w:tcPr>
            <w:tcW w:type="dxa" w:w="3047"/>
          </w:tcPr>
          <w:p>
            <w:pPr>
              <w:spacing w:after="0"/>
              <w:jc w:val="left"/>
            </w:pPr>
            <w:r>
              <w:rPr>
                <w:sz w:val="16"/>
              </w:rPr>
              <w:t>F4, 3 mi path length (whole path, pre-1996), 1,000 yd wide</w:t>
            </w:r>
          </w:p>
        </w:tc>
        <w:tc>
          <w:tcPr>
            <w:tcW w:type="dxa" w:w="3002"/>
          </w:tcPr>
          <w:p>
            <w:pPr>
              <w:spacing w:after="0"/>
              <w:jc w:val="left"/>
            </w:pPr>
            <w:r>
              <w:rPr>
                <w:sz w:val="16"/>
              </w:rPr>
              <w:t>$2,500,000 property; crops not recorded (1987 dollars)</w:t>
            </w:r>
          </w:p>
        </w:tc>
        <w:tc>
          <w:tcPr>
            <w:tcW w:type="dxa" w:w="930"/>
          </w:tcPr>
          <w:p>
            <w:pPr>
              <w:spacing w:after="0"/>
              <w:jc w:val="right"/>
            </w:pPr>
            <w:r>
              <w:rPr>
                <w:sz w:val="16"/>
              </w:rPr>
              <w:t>30, 121</w:t>
            </w:r>
          </w:p>
        </w:tc>
        <w:tc>
          <w:tcPr>
            <w:tcW w:type="dxa" w:w="1573"/>
          </w:tcPr>
          <w:p>
            <w:pPr>
              <w:spacing w:after="0"/>
              <w:jc w:val="left"/>
            </w:pPr>
            <w:r>
              <w:rPr>
                <w:sz w:val="16"/>
              </w:rPr>
              <w:t>location not recorded</w:t>
            </w:r>
          </w:p>
        </w:tc>
        <w:tc>
          <w:tcPr>
            <w:tcW w:type="dxa" w:w="709"/>
          </w:tcPr>
          <w:p>
            <w:pPr>
              <w:spacing w:after="0"/>
              <w:jc w:val="left"/>
            </w:pPr>
          </w:p>
        </w:tc>
        <w:tc>
          <w:tcPr>
            <w:tcW w:type="dxa" w:w="2511"/>
          </w:tcPr>
          <w:p>
            <w:pPr>
              <w:spacing w:after="0"/>
              <w:jc w:val="left"/>
            </w:pPr>
            <w:r>
              <w:rPr>
                <w:sz w:val="16"/>
              </w:rPr>
              <w:t>deaths or injuries recorded</w:t>
            </w:r>
          </w:p>
        </w:tc>
      </w:tr>
      <w:tr>
        <w:trPr>
          <w:cantSplit/>
        </w:trPr>
        <w:tc>
          <w:tcPr>
            <w:tcW w:type="dxa" w:w="1037"/>
          </w:tcPr>
          <w:p>
            <w:pPr>
              <w:spacing w:after="0"/>
              <w:jc w:val="left"/>
            </w:pPr>
            <w:r>
              <w:rPr>
                <w:sz w:val="16"/>
              </w:rPr>
              <w:t>1976-06-13</w:t>
            </w:r>
          </w:p>
        </w:tc>
        <w:tc>
          <w:tcPr>
            <w:tcW w:type="dxa" w:w="1305"/>
          </w:tcPr>
          <w:p>
            <w:pPr>
              <w:spacing w:after="0"/>
              <w:jc w:val="left"/>
            </w:pPr>
            <w:r>
              <w:rPr>
                <w:sz w:val="16"/>
              </w:rPr>
              <w:t>Tornado</w:t>
            </w:r>
          </w:p>
        </w:tc>
        <w:tc>
          <w:tcPr>
            <w:tcW w:type="dxa" w:w="3047"/>
          </w:tcPr>
          <w:p>
            <w:pPr>
              <w:spacing w:after="0"/>
              <w:jc w:val="left"/>
            </w:pPr>
            <w:r>
              <w:rPr>
                <w:sz w:val="16"/>
              </w:rPr>
              <w:t>F0, 0.1 mi path length (whole path, pre-1996), 10 yd wide</w:t>
            </w:r>
          </w:p>
        </w:tc>
        <w:tc>
          <w:tcPr>
            <w:tcW w:type="dxa" w:w="3002"/>
          </w:tcPr>
          <w:p>
            <w:pPr>
              <w:spacing w:after="0"/>
              <w:jc w:val="left"/>
            </w:pPr>
            <w:r>
              <w:rPr>
                <w:sz w:val="16"/>
              </w:rPr>
              <w:t>damage not recorded (pre-1996 record)</w:t>
            </w:r>
          </w:p>
        </w:tc>
        <w:tc>
          <w:tcPr>
            <w:tcW w:type="dxa" w:w="930"/>
          </w:tcPr>
          <w:p>
            <w:pPr>
              <w:spacing w:after="0"/>
              <w:jc w:val="right"/>
            </w:pPr>
            <w:r>
              <w:rPr>
                <w:sz w:val="16"/>
              </w:rPr>
              <w:t>0, 1</w:t>
            </w:r>
          </w:p>
        </w:tc>
        <w:tc>
          <w:tcPr>
            <w:tcW w:type="dxa" w:w="1573"/>
          </w:tcPr>
          <w:p>
            <w:pPr>
              <w:spacing w:after="0"/>
              <w:jc w:val="left"/>
            </w:pPr>
            <w:r>
              <w:rPr>
                <w:sz w:val="16"/>
              </w:rPr>
              <w:t>location not recorded</w:t>
            </w:r>
          </w:p>
        </w:tc>
        <w:tc>
          <w:tcPr>
            <w:tcW w:type="dxa" w:w="709"/>
          </w:tcPr>
          <w:p>
            <w:pPr>
              <w:spacing w:after="0"/>
              <w:jc w:val="left"/>
            </w:pPr>
          </w:p>
        </w:tc>
        <w:tc>
          <w:tcPr>
            <w:tcW w:type="dxa" w:w="2511"/>
          </w:tcPr>
          <w:p>
            <w:pPr>
              <w:spacing w:after="0"/>
              <w:jc w:val="left"/>
            </w:pPr>
            <w:r>
              <w:rPr>
                <w:sz w:val="16"/>
              </w:rPr>
              <w:t>deaths or injuries recorded</w:t>
            </w:r>
          </w:p>
        </w:tc>
      </w:tr>
      <w:tr>
        <w:trPr>
          <w:cantSplit/>
        </w:trPr>
        <w:tc>
          <w:tcPr>
            <w:tcW w:type="dxa" w:w="1037"/>
          </w:tcPr>
          <w:p>
            <w:pPr>
              <w:spacing w:after="0"/>
              <w:jc w:val="left"/>
            </w:pPr>
            <w:r>
              <w:rPr>
                <w:sz w:val="16"/>
              </w:rPr>
              <w:t>1974-04-26</w:t>
            </w:r>
          </w:p>
        </w:tc>
        <w:tc>
          <w:tcPr>
            <w:tcW w:type="dxa" w:w="1305"/>
          </w:tcPr>
          <w:p>
            <w:pPr>
              <w:spacing w:after="0"/>
              <w:jc w:val="left"/>
            </w:pPr>
            <w:r>
              <w:rPr>
                <w:sz w:val="16"/>
              </w:rPr>
              <w:t>Tornado</w:t>
            </w:r>
          </w:p>
        </w:tc>
        <w:tc>
          <w:tcPr>
            <w:tcW w:type="dxa" w:w="3047"/>
          </w:tcPr>
          <w:p>
            <w:pPr>
              <w:spacing w:after="0"/>
              <w:jc w:val="left"/>
            </w:pPr>
            <w:r>
              <w:rPr>
                <w:sz w:val="16"/>
              </w:rPr>
              <w:t>F2, 0.5 mi path length (whole path, pre-1996), 110 yd wide</w:t>
            </w:r>
          </w:p>
        </w:tc>
        <w:tc>
          <w:tcPr>
            <w:tcW w:type="dxa" w:w="3002"/>
          </w:tcPr>
          <w:p>
            <w:pPr>
              <w:spacing w:after="0"/>
              <w:jc w:val="left"/>
            </w:pPr>
            <w:r>
              <w:rPr>
                <w:sz w:val="16"/>
              </w:rPr>
              <w:t>$250,000 property; crops not recorded (1974 dollars)</w:t>
            </w:r>
          </w:p>
        </w:tc>
        <w:tc>
          <w:tcPr>
            <w:tcW w:type="dxa" w:w="930"/>
          </w:tcPr>
          <w:p>
            <w:pPr>
              <w:spacing w:after="0"/>
              <w:jc w:val="right"/>
            </w:pPr>
            <w:r>
              <w:rPr>
                <w:sz w:val="16"/>
              </w:rPr>
              <w:t>0, 12</w:t>
            </w:r>
          </w:p>
        </w:tc>
        <w:tc>
          <w:tcPr>
            <w:tcW w:type="dxa" w:w="1573"/>
          </w:tcPr>
          <w:p>
            <w:pPr>
              <w:spacing w:after="0"/>
              <w:jc w:val="left"/>
            </w:pPr>
            <w:r>
              <w:rPr>
                <w:sz w:val="16"/>
              </w:rPr>
              <w:t>location not recorded</w:t>
            </w:r>
          </w:p>
        </w:tc>
        <w:tc>
          <w:tcPr>
            <w:tcW w:type="dxa" w:w="709"/>
          </w:tcPr>
          <w:p>
            <w:pPr>
              <w:spacing w:after="0"/>
              <w:jc w:val="left"/>
            </w:pPr>
          </w:p>
        </w:tc>
        <w:tc>
          <w:tcPr>
            <w:tcW w:type="dxa" w:w="2511"/>
          </w:tcPr>
          <w:p>
            <w:pPr>
              <w:spacing w:after="0"/>
              <w:jc w:val="left"/>
            </w:pPr>
            <w:r>
              <w:rPr>
                <w:sz w:val="16"/>
              </w:rPr>
              <w:t>deaths or injuries recorded</w:t>
            </w:r>
          </w:p>
        </w:tc>
      </w:tr>
      <w:tr>
        <w:trPr>
          <w:cantSplit/>
        </w:trPr>
        <w:tc>
          <w:tcPr>
            <w:tcW w:type="dxa" w:w="1037"/>
          </w:tcPr>
          <w:p>
            <w:pPr>
              <w:spacing w:after="0"/>
              <w:jc w:val="left"/>
            </w:pPr>
            <w:r>
              <w:rPr>
                <w:sz w:val="16"/>
              </w:rPr>
              <w:t>1962-05-17</w:t>
            </w:r>
          </w:p>
        </w:tc>
        <w:tc>
          <w:tcPr>
            <w:tcW w:type="dxa" w:w="1305"/>
          </w:tcPr>
          <w:p>
            <w:pPr>
              <w:spacing w:after="0"/>
              <w:jc w:val="left"/>
            </w:pPr>
            <w:r>
              <w:rPr>
                <w:sz w:val="16"/>
              </w:rPr>
              <w:t>Tornado</w:t>
            </w:r>
          </w:p>
        </w:tc>
        <w:tc>
          <w:tcPr>
            <w:tcW w:type="dxa" w:w="3047"/>
          </w:tcPr>
          <w:p>
            <w:pPr>
              <w:spacing w:after="0"/>
              <w:jc w:val="left"/>
            </w:pPr>
            <w:r>
              <w:rPr>
                <w:sz w:val="16"/>
              </w:rPr>
              <w:t>F2, 2 mi path length (whole path, pre-1996), 67 yd wide</w:t>
            </w:r>
          </w:p>
        </w:tc>
        <w:tc>
          <w:tcPr>
            <w:tcW w:type="dxa" w:w="3002"/>
          </w:tcPr>
          <w:p>
            <w:pPr>
              <w:spacing w:after="0"/>
              <w:jc w:val="left"/>
            </w:pPr>
            <w:r>
              <w:rPr>
                <w:sz w:val="16"/>
              </w:rPr>
              <w:t>$250,000 property; crops not recorded (1962 dollars)</w:t>
            </w:r>
          </w:p>
        </w:tc>
        <w:tc>
          <w:tcPr>
            <w:tcW w:type="dxa" w:w="930"/>
          </w:tcPr>
          <w:p>
            <w:pPr>
              <w:spacing w:after="0"/>
              <w:jc w:val="right"/>
            </w:pPr>
            <w:r>
              <w:rPr>
                <w:sz w:val="16"/>
              </w:rPr>
              <w:t>0, 3</w:t>
            </w:r>
          </w:p>
        </w:tc>
        <w:tc>
          <w:tcPr>
            <w:tcW w:type="dxa" w:w="1573"/>
          </w:tcPr>
          <w:p>
            <w:pPr>
              <w:spacing w:after="0"/>
              <w:jc w:val="left"/>
            </w:pPr>
            <w:r>
              <w:rPr>
                <w:sz w:val="16"/>
              </w:rPr>
              <w:t>location not recorded</w:t>
            </w:r>
          </w:p>
        </w:tc>
        <w:tc>
          <w:tcPr>
            <w:tcW w:type="dxa" w:w="709"/>
          </w:tcPr>
          <w:p>
            <w:pPr>
              <w:spacing w:after="0"/>
              <w:jc w:val="left"/>
            </w:pPr>
          </w:p>
        </w:tc>
        <w:tc>
          <w:tcPr>
            <w:tcW w:type="dxa" w:w="251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4"/>
        <w:gridCol w:w="1313"/>
        <w:gridCol w:w="1671"/>
        <w:gridCol w:w="1155"/>
        <w:gridCol w:w="1879"/>
        <w:gridCol w:w="1553"/>
        <w:gridCol w:w="1621"/>
        <w:gridCol w:w="1037"/>
        <w:gridCol w:w="1552"/>
      </w:tblGrid>
      <w:tr>
        <w:trPr>
          <w:cantSplit/>
          <w:tblHeader/>
        </w:trPr>
        <w:tc>
          <w:tcPr>
            <w:tcW w:type="dxa" w:w="1037"/>
            <w:shd w:val="clear" w:color="auto" w:fill="E8E8E8"/>
          </w:tcPr>
          <w:p>
            <w:pPr>
              <w:spacing w:after="0"/>
              <w:jc w:val="left"/>
            </w:pPr>
            <w:r>
              <w:rPr>
                <w:b/>
                <w:sz w:val="16"/>
              </w:rPr>
              <w:t>Hazard</w:t>
            </w:r>
          </w:p>
        </w:tc>
        <w:tc>
          <w:tcPr>
            <w:tcW w:type="dxa" w:w="12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13"/>
            <w:shd w:val="clear" w:color="auto" w:fill="E8E8E8"/>
          </w:tcPr>
          <w:p>
            <w:pPr>
              <w:spacing w:after="0"/>
              <w:jc w:val="left"/>
            </w:pPr>
            <w:r>
              <w:rPr>
                <w:b/>
                <w:sz w:val="16"/>
              </w:rPr>
              <w:t>Unit</w:t>
            </w:r>
          </w:p>
        </w:tc>
        <w:tc>
          <w:tcPr>
            <w:tcW w:type="dxa" w:w="1671"/>
            <w:shd w:val="clear" w:color="auto" w:fill="E8E8E8"/>
          </w:tcPr>
          <w:p>
            <w:pPr>
              <w:spacing w:after="0"/>
              <w:jc w:val="left"/>
            </w:pPr>
            <w:r>
              <w:rPr>
                <w:b/>
                <w:sz w:val="16"/>
              </w:rPr>
              <w:t>In plain terms</w:t>
            </w:r>
          </w:p>
        </w:tc>
        <w:tc>
          <w:tcPr>
            <w:tcW w:type="dxa" w:w="1155"/>
            <w:shd w:val="clear" w:color="auto" w:fill="E8E8E8"/>
          </w:tcPr>
          <w:p>
            <w:pPr>
              <w:spacing w:after="0"/>
              <w:jc w:val="left"/>
            </w:pPr>
            <w:r>
              <w:rPr>
                <w:b/>
                <w:sz w:val="16"/>
              </w:rPr>
              <w:t>Descriptor</w:t>
            </w:r>
          </w:p>
        </w:tc>
        <w:tc>
          <w:tcPr>
            <w:tcW w:type="dxa" w:w="1879"/>
            <w:shd w:val="clear" w:color="auto" w:fill="E8E8E8"/>
          </w:tcPr>
          <w:p>
            <w:pPr>
              <w:spacing w:after="0"/>
              <w:jc w:val="left"/>
            </w:pPr>
            <w:r>
              <w:rPr>
                <w:b/>
                <w:sz w:val="16"/>
              </w:rPr>
              <w:t>Descriptor basis</w:t>
            </w:r>
          </w:p>
        </w:tc>
        <w:tc>
          <w:tcPr>
            <w:tcW w:type="dxa" w:w="1553"/>
            <w:shd w:val="clear" w:color="auto" w:fill="E8E8E8"/>
          </w:tcPr>
          <w:p>
            <w:pPr>
              <w:spacing w:after="0"/>
              <w:jc w:val="right"/>
            </w:pPr>
            <w:r>
              <w:rPr>
                <w:b/>
                <w:sz w:val="16"/>
              </w:rPr>
              <w:t>NRI events or days in its record period (hail, wind and tornado are area-weighted, so can be fractional)</w:t>
            </w:r>
          </w:p>
        </w:tc>
        <w:tc>
          <w:tcPr>
            <w:tcW w:type="dxa" w:w="16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4"/>
          </w:tcPr>
          <w:p>
            <w:pPr>
              <w:spacing w:after="0"/>
              <w:jc w:val="right"/>
            </w:pPr>
            <w:r>
              <w:rPr>
                <w:sz w:val="16"/>
              </w:rPr>
              <w:t>0.01</w:t>
            </w:r>
          </w:p>
        </w:tc>
        <w:tc>
          <w:tcPr>
            <w:tcW w:type="dxa" w:w="1313"/>
          </w:tcPr>
          <w:p>
            <w:pPr>
              <w:spacing w:after="0"/>
              <w:jc w:val="left"/>
            </w:pPr>
            <w:r>
              <w:rPr>
                <w:sz w:val="16"/>
              </w:rPr>
              <w:t>events per year</w:t>
            </w:r>
          </w:p>
        </w:tc>
        <w:tc>
          <w:tcPr>
            <w:tcW w:type="dxa" w:w="1671"/>
          </w:tcPr>
          <w:p>
            <w:pPr>
              <w:spacing w:after="0"/>
              <w:jc w:val="left"/>
            </w:pPr>
            <w:r>
              <w:rPr>
                <w:sz w:val="16"/>
              </w:rPr>
              <w:t>about 1 in 100 years</w:t>
            </w:r>
          </w:p>
        </w:tc>
        <w:tc>
          <w:tcPr>
            <w:tcW w:type="dxa" w:w="1155"/>
          </w:tcPr>
          <w:p>
            <w:pPr>
              <w:spacing w:after="0"/>
              <w:jc w:val="left"/>
            </w:pPr>
            <w:r>
              <w:rPr>
                <w:sz w:val="16"/>
              </w:rPr>
              <w:t>Possible</w:t>
            </w:r>
          </w:p>
        </w:tc>
        <w:tc>
          <w:tcPr>
            <w:tcW w:type="dxa" w:w="1879"/>
          </w:tcPr>
          <w:p>
            <w:pPr>
              <w:spacing w:after="0"/>
              <w:jc w:val="left"/>
            </w:pPr>
            <w:r>
              <w:rPr>
                <w:sz w:val="16"/>
              </w:rPr>
              <w:t>FEMA annualized frequency (modeled)</w:t>
            </w:r>
          </w:p>
        </w:tc>
        <w:tc>
          <w:tcPr>
            <w:tcW w:type="dxa" w:w="1553"/>
          </w:tcPr>
          <w:p>
            <w:pPr>
              <w:spacing w:after="0"/>
              <w:jc w:val="right"/>
            </w:pPr>
            <w:r>
              <w:rPr>
                <w:sz w:val="16"/>
              </w:rPr>
              <w:t>0</w:t>
            </w:r>
          </w:p>
        </w:tc>
        <w:tc>
          <w:tcPr>
            <w:tcW w:type="dxa" w:w="1621"/>
          </w:tcPr>
          <w:p>
            <w:pPr>
              <w:spacing w:after="0"/>
              <w:jc w:val="left"/>
            </w:pPr>
            <w:r>
              <w:rPr>
                <w:sz w:val="16"/>
              </w:rPr>
              <w:t>1994 to 2023 (30 years)</w:t>
            </w:r>
          </w:p>
        </w:tc>
        <w:tc>
          <w:tcPr>
            <w:tcW w:type="dxa" w:w="1037"/>
          </w:tcPr>
          <w:p>
            <w:pPr>
              <w:spacing w:after="0"/>
              <w:jc w:val="left"/>
            </w:pPr>
            <w:r>
              <w:rPr>
                <w:sz w:val="16"/>
              </w:rPr>
              <w:t>see B1-f</w:t>
            </w:r>
          </w:p>
        </w:tc>
        <w:tc>
          <w:tcPr>
            <w:tcW w:type="dxa" w:w="155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94"/>
          </w:tcPr>
          <w:p>
            <w:pPr>
              <w:spacing w:after="0"/>
              <w:jc w:val="right"/>
            </w:pPr>
            <w:r>
              <w:rPr>
                <w:sz w:val="16"/>
              </w:rPr>
              <w:t>0.424</w:t>
            </w:r>
          </w:p>
        </w:tc>
        <w:tc>
          <w:tcPr>
            <w:tcW w:type="dxa" w:w="1313"/>
          </w:tcPr>
          <w:p>
            <w:pPr>
              <w:spacing w:after="0"/>
              <w:jc w:val="left"/>
            </w:pPr>
            <w:r>
              <w:rPr>
                <w:sz w:val="16"/>
              </w:rPr>
              <w:t>event-days per year</w:t>
            </w:r>
          </w:p>
        </w:tc>
        <w:tc>
          <w:tcPr>
            <w:tcW w:type="dxa" w:w="1671"/>
          </w:tcPr>
          <w:p>
            <w:pPr>
              <w:spacing w:after="0"/>
              <w:jc w:val="left"/>
            </w:pPr>
            <w:r>
              <w:rPr>
                <w:sz w:val="16"/>
              </w:rPr>
              <w:t>about 0.424 days per year</w:t>
            </w:r>
          </w:p>
        </w:tc>
        <w:tc>
          <w:tcPr>
            <w:tcW w:type="dxa" w:w="1155"/>
          </w:tcPr>
          <w:p>
            <w:pPr>
              <w:spacing w:after="0"/>
              <w:jc w:val="left"/>
            </w:pPr>
          </w:p>
        </w:tc>
        <w:tc>
          <w:tcPr>
            <w:tcW w:type="dxa" w:w="1879"/>
          </w:tcPr>
          <w:p>
            <w:pPr>
              <w:spacing w:after="0"/>
              <w:jc w:val="left"/>
            </w:pPr>
            <w:r>
              <w:rPr>
                <w:sz w:val="16"/>
              </w:rPr>
              <w:t>event-days in 0 of 30 years, 1996 to 2025 (0%)</w:t>
            </w:r>
          </w:p>
        </w:tc>
        <w:tc>
          <w:tcPr>
            <w:tcW w:type="dxa" w:w="1553"/>
          </w:tcPr>
          <w:p>
            <w:pPr>
              <w:spacing w:after="0"/>
              <w:jc w:val="right"/>
            </w:pPr>
            <w:r>
              <w:rPr>
                <w:sz w:val="16"/>
              </w:rPr>
              <w:t>8.06</w:t>
            </w:r>
          </w:p>
        </w:tc>
        <w:tc>
          <w:tcPr>
            <w:tcW w:type="dxa" w:w="1621"/>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94"/>
          </w:tcPr>
          <w:p>
            <w:pPr>
              <w:spacing w:after="0"/>
              <w:jc w:val="right"/>
            </w:pPr>
            <w:r>
              <w:rPr>
                <w:sz w:val="16"/>
              </w:rPr>
              <w:t>102</w:t>
            </w:r>
          </w:p>
        </w:tc>
        <w:tc>
          <w:tcPr>
            <w:tcW w:type="dxa" w:w="1313"/>
          </w:tcPr>
          <w:p>
            <w:pPr>
              <w:spacing w:after="0"/>
              <w:jc w:val="left"/>
            </w:pPr>
            <w:r>
              <w:rPr>
                <w:sz w:val="16"/>
              </w:rPr>
              <w:t>event-days per year</w:t>
            </w:r>
          </w:p>
        </w:tc>
        <w:tc>
          <w:tcPr>
            <w:tcW w:type="dxa" w:w="1671"/>
          </w:tcPr>
          <w:p>
            <w:pPr>
              <w:spacing w:after="0"/>
              <w:jc w:val="left"/>
            </w:pPr>
            <w:r>
              <w:rPr>
                <w:sz w:val="16"/>
              </w:rPr>
              <w:t>about 102 days per year</w:t>
            </w:r>
          </w:p>
        </w:tc>
        <w:tc>
          <w:tcPr>
            <w:tcW w:type="dxa" w:w="1155"/>
          </w:tcPr>
          <w:p>
            <w:pPr>
              <w:spacing w:after="0"/>
              <w:jc w:val="left"/>
            </w:pPr>
          </w:p>
        </w:tc>
        <w:tc>
          <w:tcPr>
            <w:tcW w:type="dxa" w:w="1879"/>
          </w:tcPr>
          <w:p>
            <w:pPr>
              <w:spacing w:after="0"/>
              <w:jc w:val="left"/>
            </w:pPr>
            <w:r>
              <w:rPr>
                <w:sz w:val="16"/>
              </w:rPr>
              <w:t>event-days in 0 of 30 years, 1996 to 2025 (0%)</w:t>
            </w:r>
          </w:p>
        </w:tc>
        <w:tc>
          <w:tcPr>
            <w:tcW w:type="dxa" w:w="1553"/>
          </w:tcPr>
          <w:p>
            <w:pPr>
              <w:spacing w:after="0"/>
              <w:jc w:val="right"/>
            </w:pPr>
            <w:r>
              <w:rPr>
                <w:sz w:val="16"/>
              </w:rPr>
              <w:t>2,569</w:t>
            </w:r>
          </w:p>
        </w:tc>
        <w:tc>
          <w:tcPr>
            <w:tcW w:type="dxa" w:w="16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94"/>
          </w:tcPr>
          <w:p>
            <w:pPr>
              <w:spacing w:after="0"/>
              <w:jc w:val="right"/>
            </w:pPr>
            <w:r>
              <w:rPr>
                <w:sz w:val="16"/>
              </w:rPr>
              <w:t>0.000544</w:t>
            </w:r>
          </w:p>
        </w:tc>
        <w:tc>
          <w:tcPr>
            <w:tcW w:type="dxa" w:w="1313"/>
          </w:tcPr>
          <w:p>
            <w:pPr>
              <w:spacing w:after="0"/>
              <w:jc w:val="left"/>
            </w:pPr>
            <w:r>
              <w:rPr>
                <w:sz w:val="16"/>
              </w:rPr>
              <w:t>annual probability at a location</w:t>
            </w:r>
          </w:p>
        </w:tc>
        <w:tc>
          <w:tcPr>
            <w:tcW w:type="dxa" w:w="1671"/>
          </w:tcPr>
          <w:p>
            <w:pPr>
              <w:spacing w:after="0"/>
              <w:jc w:val="left"/>
            </w:pPr>
            <w:r>
              <w:rPr>
                <w:sz w:val="16"/>
              </w:rPr>
              <w:t>chance a given location in the county has at least minor-damage shaking in a year: 0.0544%</w:t>
            </w:r>
          </w:p>
        </w:tc>
        <w:tc>
          <w:tcPr>
            <w:tcW w:type="dxa" w:w="1155"/>
          </w:tcPr>
          <w:p>
            <w:pPr>
              <w:spacing w:after="0"/>
              <w:jc w:val="left"/>
            </w:pPr>
          </w:p>
        </w:tc>
        <w:tc>
          <w:tcPr>
            <w:tcW w:type="dxa" w:w="1879"/>
          </w:tcPr>
          <w:p>
            <w:pPr>
              <w:spacing w:after="0"/>
              <w:jc w:val="left"/>
            </w:pPr>
          </w:p>
        </w:tc>
        <w:tc>
          <w:tcPr>
            <w:tcW w:type="dxa" w:w="1553"/>
          </w:tcPr>
          <w:p>
            <w:pPr>
              <w:spacing w:after="0"/>
              <w:jc w:val="right"/>
            </w:pPr>
            <w:r>
              <w:rPr>
                <w:sz w:val="16"/>
              </w:rPr>
              <w:t>not shown</w:t>
            </w:r>
          </w:p>
        </w:tc>
        <w:tc>
          <w:tcPr>
            <w:tcW w:type="dxa" w:w="1621"/>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4"/>
          </w:tcPr>
          <w:p>
            <w:pPr>
              <w:spacing w:after="0"/>
              <w:jc w:val="right"/>
            </w:pPr>
            <w:r>
              <w:rPr>
                <w:sz w:val="16"/>
              </w:rPr>
              <w:t>1.56</w:t>
            </w:r>
          </w:p>
        </w:tc>
        <w:tc>
          <w:tcPr>
            <w:tcW w:type="dxa" w:w="1313"/>
          </w:tcPr>
          <w:p>
            <w:pPr>
              <w:spacing w:after="0"/>
              <w:jc w:val="left"/>
            </w:pPr>
            <w:r>
              <w:rPr>
                <w:sz w:val="16"/>
              </w:rPr>
              <w:t>events per year</w:t>
            </w:r>
          </w:p>
        </w:tc>
        <w:tc>
          <w:tcPr>
            <w:tcW w:type="dxa" w:w="1671"/>
          </w:tcPr>
          <w:p>
            <w:pPr>
              <w:spacing w:after="0"/>
              <w:jc w:val="left"/>
            </w:pPr>
            <w:r>
              <w:rPr>
                <w:sz w:val="16"/>
              </w:rPr>
              <w:t>about 1.56 per year</w:t>
            </w:r>
          </w:p>
        </w:tc>
        <w:tc>
          <w:tcPr>
            <w:tcW w:type="dxa" w:w="1155"/>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53"/>
          </w:tcPr>
          <w:p>
            <w:pPr>
              <w:spacing w:after="0"/>
              <w:jc w:val="right"/>
            </w:pPr>
            <w:r>
              <w:rPr>
                <w:sz w:val="16"/>
              </w:rPr>
              <w:t>59.3 (modeled)</w:t>
            </w:r>
          </w:p>
        </w:tc>
        <w:tc>
          <w:tcPr>
            <w:tcW w:type="dxa" w:w="1621"/>
          </w:tcPr>
          <w:p>
            <w:pPr>
              <w:spacing w:after="0"/>
              <w:jc w:val="left"/>
            </w:pPr>
            <w:r>
              <w:rPr>
                <w:sz w:val="16"/>
              </w:rPr>
              <w:t>1986 to 2023 (38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Heat Wave</w:t>
            </w:r>
          </w:p>
        </w:tc>
        <w:tc>
          <w:tcPr>
            <w:tcW w:type="dxa" w:w="1294"/>
          </w:tcPr>
          <w:p>
            <w:pPr>
              <w:spacing w:after="0"/>
              <w:jc w:val="right"/>
            </w:pPr>
            <w:r>
              <w:rPr>
                <w:sz w:val="16"/>
              </w:rPr>
              <w:t>5.3</w:t>
            </w:r>
          </w:p>
        </w:tc>
        <w:tc>
          <w:tcPr>
            <w:tcW w:type="dxa" w:w="1313"/>
          </w:tcPr>
          <w:p>
            <w:pPr>
              <w:spacing w:after="0"/>
              <w:jc w:val="left"/>
            </w:pPr>
            <w:r>
              <w:rPr>
                <w:sz w:val="16"/>
              </w:rPr>
              <w:t>event-days per year</w:t>
            </w:r>
          </w:p>
        </w:tc>
        <w:tc>
          <w:tcPr>
            <w:tcW w:type="dxa" w:w="1671"/>
          </w:tcPr>
          <w:p>
            <w:pPr>
              <w:spacing w:after="0"/>
              <w:jc w:val="left"/>
            </w:pPr>
            <w:r>
              <w:rPr>
                <w:sz w:val="16"/>
              </w:rPr>
              <w:t>about 5.3 days per year</w:t>
            </w:r>
          </w:p>
        </w:tc>
        <w:tc>
          <w:tcPr>
            <w:tcW w:type="dxa" w:w="1155"/>
          </w:tcPr>
          <w:p>
            <w:pPr>
              <w:spacing w:after="0"/>
              <w:jc w:val="left"/>
            </w:pPr>
            <w:r>
              <w:rPr>
                <w:sz w:val="16"/>
              </w:rPr>
              <w:t>Possible (from Storm Events: 1 of 30 years)</w:t>
            </w:r>
          </w:p>
        </w:tc>
        <w:tc>
          <w:tcPr>
            <w:tcW w:type="dxa" w:w="1879"/>
          </w:tcPr>
          <w:p>
            <w:pPr>
              <w:spacing w:after="0"/>
              <w:jc w:val="left"/>
            </w:pPr>
            <w:r>
              <w:rPr>
                <w:sz w:val="16"/>
              </w:rPr>
              <w:t>event-days in 1 of 30 years, 1996 to 2025 (3.33%)</w:t>
            </w:r>
          </w:p>
        </w:tc>
        <w:tc>
          <w:tcPr>
            <w:tcW w:type="dxa" w:w="1553"/>
          </w:tcPr>
          <w:p>
            <w:pPr>
              <w:spacing w:after="0"/>
              <w:jc w:val="right"/>
            </w:pPr>
            <w:r>
              <w:rPr>
                <w:sz w:val="16"/>
              </w:rPr>
              <w:t>96.3</w:t>
            </w:r>
          </w:p>
        </w:tc>
        <w:tc>
          <w:tcPr>
            <w:tcW w:type="dxa" w:w="1621"/>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Hurricane</w:t>
            </w:r>
          </w:p>
        </w:tc>
        <w:tc>
          <w:tcPr>
            <w:tcW w:type="dxa" w:w="1294"/>
          </w:tcPr>
          <w:p>
            <w:pPr>
              <w:spacing w:after="0"/>
              <w:jc w:val="right"/>
            </w:pPr>
            <w:r>
              <w:rPr>
                <w:sz w:val="16"/>
              </w:rPr>
              <w:t>0.00578</w:t>
            </w:r>
          </w:p>
        </w:tc>
        <w:tc>
          <w:tcPr>
            <w:tcW w:type="dxa" w:w="1313"/>
          </w:tcPr>
          <w:p>
            <w:pPr>
              <w:spacing w:after="0"/>
              <w:jc w:val="left"/>
            </w:pPr>
            <w:r>
              <w:rPr>
                <w:sz w:val="16"/>
              </w:rPr>
              <w:t>events per year</w:t>
            </w:r>
          </w:p>
        </w:tc>
        <w:tc>
          <w:tcPr>
            <w:tcW w:type="dxa" w:w="1671"/>
          </w:tcPr>
          <w:p>
            <w:pPr>
              <w:spacing w:after="0"/>
              <w:jc w:val="left"/>
            </w:pPr>
            <w:r>
              <w:rPr>
                <w:sz w:val="16"/>
              </w:rPr>
              <w:t>about 1 in 173 years</w:t>
            </w:r>
          </w:p>
        </w:tc>
        <w:tc>
          <w:tcPr>
            <w:tcW w:type="dxa" w:w="1155"/>
          </w:tcPr>
          <w:p>
            <w:pPr>
              <w:spacing w:after="0"/>
              <w:jc w:val="left"/>
            </w:pPr>
            <w:r>
              <w:rPr>
                <w:sz w:val="16"/>
              </w:rPr>
              <w:t>Unlikely</w:t>
            </w:r>
          </w:p>
        </w:tc>
        <w:tc>
          <w:tcPr>
            <w:tcW w:type="dxa" w:w="1879"/>
          </w:tcPr>
          <w:p>
            <w:pPr>
              <w:spacing w:after="0"/>
              <w:jc w:val="left"/>
            </w:pPr>
            <w:r>
              <w:rPr>
                <w:sz w:val="16"/>
              </w:rPr>
              <w:t>FEMA annualized frequency (modeled)</w:t>
            </w:r>
          </w:p>
        </w:tc>
        <w:tc>
          <w:tcPr>
            <w:tcW w:type="dxa" w:w="1553"/>
          </w:tcPr>
          <w:p>
            <w:pPr>
              <w:spacing w:after="0"/>
              <w:jc w:val="right"/>
            </w:pPr>
            <w:r>
              <w:rPr>
                <w:sz w:val="16"/>
              </w:rPr>
              <w:t>2</w:t>
            </w:r>
          </w:p>
        </w:tc>
        <w:tc>
          <w:tcPr>
            <w:tcW w:type="dxa" w:w="1621"/>
          </w:tcPr>
          <w:p>
            <w:pPr>
              <w:spacing w:after="0"/>
              <w:jc w:val="left"/>
            </w:pPr>
            <w:r>
              <w:rPr>
                <w:sz w:val="16"/>
              </w:rPr>
              <w:t>1851 to 2024 (Atlantic)</w:t>
            </w:r>
          </w:p>
        </w:tc>
        <w:tc>
          <w:tcPr>
            <w:tcW w:type="dxa" w:w="1037"/>
          </w:tcPr>
          <w:p>
            <w:pPr>
              <w:spacing w:after="0"/>
              <w:jc w:val="left"/>
            </w:pPr>
            <w:r>
              <w:rPr>
                <w:sz w:val="16"/>
              </w:rPr>
              <w:t>see B1-f</w:t>
            </w:r>
          </w:p>
        </w:tc>
        <w:tc>
          <w:tcPr>
            <w:tcW w:type="dxa" w:w="15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4"/>
          </w:tcPr>
          <w:p>
            <w:pPr>
              <w:spacing w:after="0"/>
              <w:jc w:val="right"/>
            </w:pPr>
            <w:r>
              <w:rPr>
                <w:sz w:val="16"/>
              </w:rPr>
              <w:t>0.374</w:t>
            </w:r>
          </w:p>
        </w:tc>
        <w:tc>
          <w:tcPr>
            <w:tcW w:type="dxa" w:w="1313"/>
          </w:tcPr>
          <w:p>
            <w:pPr>
              <w:spacing w:after="0"/>
              <w:jc w:val="left"/>
            </w:pPr>
            <w:r>
              <w:rPr>
                <w:sz w:val="16"/>
              </w:rPr>
              <w:t>event-days per year</w:t>
            </w:r>
          </w:p>
        </w:tc>
        <w:tc>
          <w:tcPr>
            <w:tcW w:type="dxa" w:w="1671"/>
          </w:tcPr>
          <w:p>
            <w:pPr>
              <w:spacing w:after="0"/>
              <w:jc w:val="left"/>
            </w:pPr>
            <w:r>
              <w:rPr>
                <w:sz w:val="16"/>
              </w:rPr>
              <w:t>about 0.374 days per year</w:t>
            </w:r>
          </w:p>
        </w:tc>
        <w:tc>
          <w:tcPr>
            <w:tcW w:type="dxa" w:w="1155"/>
          </w:tcPr>
          <w:p>
            <w:pPr>
              <w:spacing w:after="0"/>
              <w:jc w:val="left"/>
            </w:pPr>
          </w:p>
        </w:tc>
        <w:tc>
          <w:tcPr>
            <w:tcW w:type="dxa" w:w="1879"/>
          </w:tcPr>
          <w:p>
            <w:pPr>
              <w:spacing w:after="0"/>
              <w:jc w:val="left"/>
            </w:pPr>
            <w:r>
              <w:rPr>
                <w:sz w:val="16"/>
              </w:rPr>
              <w:t>event-days in 0 of 30 years, 1996 to 2025 (0%)</w:t>
            </w:r>
          </w:p>
        </w:tc>
        <w:tc>
          <w:tcPr>
            <w:tcW w:type="dxa" w:w="1553"/>
          </w:tcPr>
          <w:p>
            <w:pPr>
              <w:spacing w:after="0"/>
              <w:jc w:val="right"/>
            </w:pPr>
            <w:r>
              <w:rPr>
                <w:sz w:val="16"/>
              </w:rPr>
              <w:t>26</w:t>
            </w:r>
          </w:p>
        </w:tc>
        <w:tc>
          <w:tcPr>
            <w:tcW w:type="dxa" w:w="1621"/>
          </w:tcPr>
          <w:p>
            <w:pPr>
              <w:spacing w:after="0"/>
              <w:jc w:val="left"/>
            </w:pPr>
            <w:r>
              <w:rPr>
                <w:sz w:val="16"/>
              </w:rPr>
              <w:t>1946-12-31 to 2014-02-12 (67 years)</w:t>
            </w:r>
          </w:p>
        </w:tc>
        <w:tc>
          <w:tcPr>
            <w:tcW w:type="dxa" w:w="1037"/>
          </w:tcPr>
          <w:p>
            <w:pPr>
              <w:spacing w:after="0"/>
              <w:jc w:val="left"/>
            </w:pPr>
            <w:r>
              <w:rPr>
                <w:sz w:val="16"/>
              </w:rPr>
              <w:t>countywide</w:t>
            </w:r>
          </w:p>
        </w:tc>
        <w:tc>
          <w:tcPr>
            <w:tcW w:type="dxa" w:w="155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94"/>
          </w:tcPr>
          <w:p>
            <w:pPr>
              <w:spacing w:after="0"/>
              <w:jc w:val="right"/>
            </w:pPr>
            <w:r>
              <w:rPr>
                <w:sz w:val="16"/>
              </w:rPr>
              <w:t>1.32</w:t>
            </w:r>
          </w:p>
        </w:tc>
        <w:tc>
          <w:tcPr>
            <w:tcW w:type="dxa" w:w="1313"/>
          </w:tcPr>
          <w:p>
            <w:pPr>
              <w:spacing w:after="0"/>
              <w:jc w:val="left"/>
            </w:pPr>
            <w:r>
              <w:rPr>
                <w:sz w:val="16"/>
              </w:rPr>
              <w:t>event-days per year</w:t>
            </w:r>
          </w:p>
        </w:tc>
        <w:tc>
          <w:tcPr>
            <w:tcW w:type="dxa" w:w="1671"/>
          </w:tcPr>
          <w:p>
            <w:pPr>
              <w:spacing w:after="0"/>
              <w:jc w:val="left"/>
            </w:pPr>
            <w:r>
              <w:rPr>
                <w:sz w:val="16"/>
              </w:rPr>
              <w:t>about 1.32 days per year</w:t>
            </w:r>
          </w:p>
        </w:tc>
        <w:tc>
          <w:tcPr>
            <w:tcW w:type="dxa" w:w="1155"/>
          </w:tcPr>
          <w:p>
            <w:pPr>
              <w:spacing w:after="0"/>
              <w:jc w:val="left"/>
            </w:pPr>
            <w:r>
              <w:rPr>
                <w:sz w:val="16"/>
              </w:rPr>
              <w:t>Likely (from Storm Events: 12 of 30 years)</w:t>
            </w:r>
          </w:p>
        </w:tc>
        <w:tc>
          <w:tcPr>
            <w:tcW w:type="dxa" w:w="1879"/>
          </w:tcPr>
          <w:p>
            <w:pPr>
              <w:spacing w:after="0"/>
              <w:jc w:val="left"/>
            </w:pPr>
            <w:r>
              <w:rPr>
                <w:sz w:val="16"/>
              </w:rPr>
              <w:t>event-days in 12 of 30 years, 1996 to 2025 (40%)</w:t>
            </w:r>
          </w:p>
        </w:tc>
        <w:tc>
          <w:tcPr>
            <w:tcW w:type="dxa" w:w="1553"/>
          </w:tcPr>
          <w:p>
            <w:pPr>
              <w:spacing w:after="0"/>
              <w:jc w:val="right"/>
            </w:pPr>
            <w:r>
              <w:rPr>
                <w:sz w:val="16"/>
              </w:rPr>
              <w:t>37</w:t>
            </w:r>
          </w:p>
        </w:tc>
        <w:tc>
          <w:tcPr>
            <w:tcW w:type="dxa" w:w="1621"/>
          </w:tcPr>
          <w:p>
            <w:pPr>
              <w:spacing w:after="0"/>
              <w:jc w:val="left"/>
            </w:pPr>
            <w:r>
              <w:rPr>
                <w:sz w:val="16"/>
              </w:rPr>
              <w:t>1996 to 2023 (28 years)</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Landslide</w:t>
            </w:r>
          </w:p>
        </w:tc>
        <w:tc>
          <w:tcPr>
            <w:tcW w:type="dxa" w:w="1294"/>
          </w:tcPr>
          <w:p>
            <w:pPr>
              <w:spacing w:after="0"/>
              <w:jc w:val="right"/>
            </w:pPr>
            <w:r>
              <w:rPr>
                <w:sz w:val="16"/>
              </w:rPr>
              <w:t>0.172</w:t>
            </w:r>
          </w:p>
        </w:tc>
        <w:tc>
          <w:tcPr>
            <w:tcW w:type="dxa" w:w="1313"/>
          </w:tcPr>
          <w:p>
            <w:pPr>
              <w:spacing w:after="0"/>
              <w:jc w:val="left"/>
            </w:pPr>
            <w:r>
              <w:rPr>
                <w:sz w:val="16"/>
              </w:rPr>
              <w:t>events per year (modeled)</w:t>
            </w:r>
          </w:p>
        </w:tc>
        <w:tc>
          <w:tcPr>
            <w:tcW w:type="dxa" w:w="1671"/>
          </w:tcPr>
          <w:p>
            <w:pPr>
              <w:spacing w:after="0"/>
              <w:jc w:val="left"/>
            </w:pPr>
            <w:r>
              <w:rPr>
                <w:sz w:val="16"/>
              </w:rPr>
              <w:t>about 1 in 6 years</w:t>
            </w:r>
          </w:p>
        </w:tc>
        <w:tc>
          <w:tcPr>
            <w:tcW w:type="dxa" w:w="1155"/>
          </w:tcPr>
          <w:p>
            <w:pPr>
              <w:spacing w:after="0"/>
              <w:jc w:val="left"/>
            </w:pPr>
            <w:r>
              <w:rPr>
                <w:sz w:val="16"/>
              </w:rPr>
              <w:t>Likely</w:t>
            </w:r>
          </w:p>
        </w:tc>
        <w:tc>
          <w:tcPr>
            <w:tcW w:type="dxa" w:w="1879"/>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1"/>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Lightning</w:t>
            </w:r>
          </w:p>
        </w:tc>
        <w:tc>
          <w:tcPr>
            <w:tcW w:type="dxa" w:w="1294"/>
          </w:tcPr>
          <w:p>
            <w:pPr>
              <w:spacing w:after="0"/>
              <w:jc w:val="right"/>
            </w:pPr>
            <w:r>
              <w:rPr>
                <w:sz w:val="16"/>
              </w:rPr>
              <w:t>44.9</w:t>
            </w:r>
          </w:p>
        </w:tc>
        <w:tc>
          <w:tcPr>
            <w:tcW w:type="dxa" w:w="1313"/>
          </w:tcPr>
          <w:p>
            <w:pPr>
              <w:spacing w:after="0"/>
              <w:jc w:val="left"/>
            </w:pPr>
            <w:r>
              <w:rPr>
                <w:sz w:val="16"/>
              </w:rPr>
              <w:t>days per year with a strike</w:t>
            </w:r>
          </w:p>
        </w:tc>
        <w:tc>
          <w:tcPr>
            <w:tcW w:type="dxa" w:w="1671"/>
          </w:tcPr>
          <w:p>
            <w:pPr>
              <w:spacing w:after="0"/>
              <w:jc w:val="left"/>
            </w:pPr>
            <w:r>
              <w:rPr>
                <w:sz w:val="16"/>
              </w:rPr>
              <w:t>about 44.9 days per year</w:t>
            </w:r>
          </w:p>
        </w:tc>
        <w:tc>
          <w:tcPr>
            <w:tcW w:type="dxa" w:w="1155"/>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1"/>
          </w:tcPr>
          <w:p>
            <w:pPr>
              <w:spacing w:after="0"/>
              <w:jc w:val="left"/>
            </w:pPr>
            <w:r>
              <w:rPr>
                <w:sz w:val="16"/>
              </w:rPr>
              <w:t>1995 to 2023 (29 years; CONUS)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Strong Wind</w:t>
            </w:r>
          </w:p>
        </w:tc>
        <w:tc>
          <w:tcPr>
            <w:tcW w:type="dxa" w:w="1294"/>
          </w:tcPr>
          <w:p>
            <w:pPr>
              <w:spacing w:after="0"/>
              <w:jc w:val="right"/>
            </w:pPr>
            <w:r>
              <w:rPr>
                <w:sz w:val="16"/>
              </w:rPr>
              <w:t>0.516</w:t>
            </w:r>
          </w:p>
        </w:tc>
        <w:tc>
          <w:tcPr>
            <w:tcW w:type="dxa" w:w="1313"/>
          </w:tcPr>
          <w:p>
            <w:pPr>
              <w:spacing w:after="0"/>
              <w:jc w:val="left"/>
            </w:pPr>
            <w:r>
              <w:rPr>
                <w:sz w:val="16"/>
              </w:rPr>
              <w:t>events per year</w:t>
            </w:r>
          </w:p>
        </w:tc>
        <w:tc>
          <w:tcPr>
            <w:tcW w:type="dxa" w:w="1671"/>
          </w:tcPr>
          <w:p>
            <w:pPr>
              <w:spacing w:after="0"/>
              <w:jc w:val="left"/>
            </w:pPr>
            <w:r>
              <w:rPr>
                <w:sz w:val="16"/>
              </w:rPr>
              <w:t>about 0.52 per year</w:t>
            </w:r>
          </w:p>
        </w:tc>
        <w:tc>
          <w:tcPr>
            <w:tcW w:type="dxa" w:w="1155"/>
          </w:tcPr>
          <w:p>
            <w:pPr>
              <w:spacing w:after="0"/>
              <w:jc w:val="left"/>
            </w:pPr>
            <w:r>
              <w:rPr>
                <w:sz w:val="16"/>
              </w:rPr>
              <w:t>Likely</w:t>
            </w:r>
          </w:p>
        </w:tc>
        <w:tc>
          <w:tcPr>
            <w:tcW w:type="dxa" w:w="1879"/>
          </w:tcPr>
          <w:p>
            <w:pPr>
              <w:spacing w:after="0"/>
              <w:jc w:val="left"/>
            </w:pPr>
            <w:r>
              <w:rPr>
                <w:sz w:val="16"/>
              </w:rPr>
              <w:t>FEMA annualized frequency (modeled)</w:t>
            </w:r>
          </w:p>
        </w:tc>
        <w:tc>
          <w:tcPr>
            <w:tcW w:type="dxa" w:w="1553"/>
          </w:tcPr>
          <w:p>
            <w:pPr>
              <w:spacing w:after="0"/>
              <w:jc w:val="right"/>
            </w:pPr>
            <w:r>
              <w:rPr>
                <w:sz w:val="16"/>
              </w:rPr>
              <w:t>20</w:t>
            </w:r>
          </w:p>
        </w:tc>
        <w:tc>
          <w:tcPr>
            <w:tcW w:type="dxa" w:w="1621"/>
          </w:tcPr>
          <w:p>
            <w:pPr>
              <w:spacing w:after="0"/>
              <w:jc w:val="left"/>
            </w:pPr>
            <w:r>
              <w:rPr>
                <w:sz w:val="16"/>
              </w:rPr>
              <w:t>1986 to 2023 (38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Tornado</w:t>
            </w:r>
          </w:p>
        </w:tc>
        <w:tc>
          <w:tcPr>
            <w:tcW w:type="dxa" w:w="1294"/>
          </w:tcPr>
          <w:p>
            <w:pPr>
              <w:spacing w:after="0"/>
              <w:jc w:val="right"/>
            </w:pPr>
            <w:r>
              <w:rPr>
                <w:sz w:val="16"/>
              </w:rPr>
              <w:t>0.475</w:t>
            </w:r>
          </w:p>
        </w:tc>
        <w:tc>
          <w:tcPr>
            <w:tcW w:type="dxa" w:w="1313"/>
          </w:tcPr>
          <w:p>
            <w:pPr>
              <w:spacing w:after="0"/>
              <w:jc w:val="left"/>
            </w:pPr>
            <w:r>
              <w:rPr>
                <w:sz w:val="16"/>
              </w:rPr>
              <w:t>events per year</w:t>
            </w:r>
          </w:p>
        </w:tc>
        <w:tc>
          <w:tcPr>
            <w:tcW w:type="dxa" w:w="1671"/>
          </w:tcPr>
          <w:p>
            <w:pPr>
              <w:spacing w:after="0"/>
              <w:jc w:val="left"/>
            </w:pPr>
            <w:r>
              <w:rPr>
                <w:sz w:val="16"/>
              </w:rPr>
              <w:t>about 1 in 2 years</w:t>
            </w:r>
          </w:p>
        </w:tc>
        <w:tc>
          <w:tcPr>
            <w:tcW w:type="dxa" w:w="1155"/>
          </w:tcPr>
          <w:p>
            <w:pPr>
              <w:spacing w:after="0"/>
              <w:jc w:val="left"/>
            </w:pPr>
            <w:r>
              <w:rPr>
                <w:sz w:val="16"/>
              </w:rPr>
              <w:t>Likely</w:t>
            </w:r>
          </w:p>
        </w:tc>
        <w:tc>
          <w:tcPr>
            <w:tcW w:type="dxa" w:w="1879"/>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1"/>
          </w:tcPr>
          <w:p>
            <w:pPr>
              <w:spacing w:after="0"/>
              <w:jc w:val="left"/>
            </w:pPr>
            <w:r>
              <w:rPr>
                <w:sz w:val="16"/>
              </w:rPr>
              <w:t>1950 to 2023 (EF2+); 1986 to 2023 (EF0-1)</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Wildfire</w:t>
            </w:r>
          </w:p>
        </w:tc>
        <w:tc>
          <w:tcPr>
            <w:tcW w:type="dxa" w:w="1294"/>
          </w:tcPr>
          <w:p>
            <w:pPr>
              <w:spacing w:after="0"/>
              <w:jc w:val="right"/>
            </w:pPr>
            <w:r>
              <w:rPr>
                <w:sz w:val="16"/>
              </w:rPr>
              <w:t>0.00109</w:t>
            </w:r>
          </w:p>
        </w:tc>
        <w:tc>
          <w:tcPr>
            <w:tcW w:type="dxa" w:w="1313"/>
          </w:tcPr>
          <w:p>
            <w:pPr>
              <w:spacing w:after="0"/>
              <w:jc w:val="left"/>
            </w:pPr>
            <w:r>
              <w:rPr>
                <w:sz w:val="16"/>
              </w:rPr>
              <w:t>annual probability at a location</w:t>
            </w:r>
          </w:p>
        </w:tc>
        <w:tc>
          <w:tcPr>
            <w:tcW w:type="dxa" w:w="1671"/>
          </w:tcPr>
          <w:p>
            <w:pPr>
              <w:spacing w:after="0"/>
              <w:jc w:val="left"/>
            </w:pPr>
            <w:r>
              <w:rPr>
                <w:sz w:val="16"/>
              </w:rPr>
              <w:t>chance a given location in the county burns in a year: 0.109%</w:t>
            </w:r>
          </w:p>
        </w:tc>
        <w:tc>
          <w:tcPr>
            <w:tcW w:type="dxa" w:w="1155"/>
          </w:tcPr>
          <w:p>
            <w:pPr>
              <w:spacing w:after="0"/>
              <w:jc w:val="left"/>
            </w:pPr>
          </w:p>
        </w:tc>
        <w:tc>
          <w:tcPr>
            <w:tcW w:type="dxa" w:w="1879"/>
          </w:tcPr>
          <w:p>
            <w:pPr>
              <w:spacing w:after="0"/>
              <w:jc w:val="left"/>
            </w:pPr>
            <w:r>
              <w:rPr>
                <w:sz w:val="16"/>
              </w:rPr>
              <w:t>Storm Events records in 0 of 30 years, 1996 to 2025 (0%)</w:t>
            </w:r>
          </w:p>
        </w:tc>
        <w:tc>
          <w:tcPr>
            <w:tcW w:type="dxa" w:w="1553"/>
          </w:tcPr>
          <w:p>
            <w:pPr>
              <w:spacing w:after="0"/>
              <w:jc w:val="right"/>
            </w:pPr>
            <w:r>
              <w:rPr>
                <w:sz w:val="16"/>
              </w:rPr>
              <w:t>not shown</w:t>
            </w:r>
          </w:p>
        </w:tc>
        <w:tc>
          <w:tcPr>
            <w:tcW w:type="dxa" w:w="1621"/>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94"/>
          </w:tcPr>
          <w:p>
            <w:pPr>
              <w:spacing w:after="0"/>
              <w:jc w:val="right"/>
            </w:pPr>
            <w:r>
              <w:rPr>
                <w:sz w:val="16"/>
              </w:rPr>
              <w:t>4.76</w:t>
            </w:r>
          </w:p>
        </w:tc>
        <w:tc>
          <w:tcPr>
            <w:tcW w:type="dxa" w:w="1313"/>
          </w:tcPr>
          <w:p>
            <w:pPr>
              <w:spacing w:after="0"/>
              <w:jc w:val="left"/>
            </w:pPr>
            <w:r>
              <w:rPr>
                <w:sz w:val="16"/>
              </w:rPr>
              <w:t>event-days per year</w:t>
            </w:r>
          </w:p>
        </w:tc>
        <w:tc>
          <w:tcPr>
            <w:tcW w:type="dxa" w:w="1671"/>
          </w:tcPr>
          <w:p>
            <w:pPr>
              <w:spacing w:after="0"/>
              <w:jc w:val="left"/>
            </w:pPr>
            <w:r>
              <w:rPr>
                <w:sz w:val="16"/>
              </w:rPr>
              <w:t>about 4.76 days per year</w:t>
            </w:r>
          </w:p>
        </w:tc>
        <w:tc>
          <w:tcPr>
            <w:tcW w:type="dxa" w:w="1155"/>
          </w:tcPr>
          <w:p>
            <w:pPr>
              <w:spacing w:after="0"/>
              <w:jc w:val="left"/>
            </w:pPr>
            <w:r>
              <w:rPr>
                <w:sz w:val="16"/>
              </w:rPr>
              <w:t>Possible (from Storm Events: 2 of 30 years)</w:t>
            </w:r>
          </w:p>
        </w:tc>
        <w:tc>
          <w:tcPr>
            <w:tcW w:type="dxa" w:w="1879"/>
          </w:tcPr>
          <w:p>
            <w:pPr>
              <w:spacing w:after="0"/>
              <w:jc w:val="left"/>
            </w:pPr>
            <w:r>
              <w:rPr>
                <w:sz w:val="16"/>
              </w:rPr>
              <w:t>event-days in 2 of 30 years, 1996 to 2025 (6.67%)</w:t>
            </w:r>
          </w:p>
        </w:tc>
        <w:tc>
          <w:tcPr>
            <w:tcW w:type="dxa" w:w="1553"/>
          </w:tcPr>
          <w:p>
            <w:pPr>
              <w:spacing w:after="0"/>
              <w:jc w:val="right"/>
            </w:pPr>
            <w:r>
              <w:rPr>
                <w:sz w:val="16"/>
              </w:rPr>
              <w:t>90.5</w:t>
            </w:r>
          </w:p>
        </w:tc>
        <w:tc>
          <w:tcPr>
            <w:tcW w:type="dxa" w:w="1621"/>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1 of 4</w:t>
            </w:r>
          </w:p>
        </w:tc>
        <w:tc>
          <w:tcPr>
            <w:tcW w:type="dxa" w:w="1250"/>
          </w:tcPr>
          <w:p>
            <w:pPr>
              <w:spacing w:after="0"/>
              <w:jc w:val="right"/>
            </w:pPr>
            <w:r>
              <w:rPr>
                <w:sz w:val="16"/>
              </w:rPr>
              <w:t>0.2</w:t>
            </w:r>
          </w:p>
        </w:tc>
        <w:tc>
          <w:tcPr>
            <w:tcW w:type="dxa" w:w="1311"/>
          </w:tcPr>
          <w:p>
            <w:pPr>
              <w:spacing w:after="0"/>
              <w:jc w:val="right"/>
            </w:pPr>
            <w:r>
              <w:rPr>
                <w:sz w:val="16"/>
              </w:rPr>
              <w:t>0.2</w:t>
            </w:r>
          </w:p>
        </w:tc>
        <w:tc>
          <w:tcPr>
            <w:tcW w:type="dxa" w:w="1250"/>
          </w:tcPr>
          <w:p>
            <w:pPr>
              <w:spacing w:after="0"/>
              <w:jc w:val="right"/>
            </w:pPr>
            <w:r>
              <w:rPr>
                <w:sz w:val="16"/>
              </w:rPr>
              <w:t>0.2</w:t>
            </w:r>
          </w:p>
        </w:tc>
        <w:tc>
          <w:tcPr>
            <w:tcW w:type="dxa" w:w="6992"/>
          </w:tcPr>
          <w:p>
            <w:pPr>
              <w:spacing w:after="0"/>
              <w:jc w:val="left"/>
            </w:pPr>
            <w:r>
              <w:rPr>
                <w:sz w:val="16"/>
              </w:rPr>
              <w:t>Very Low 1, Not Applicable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35.4</w:t>
            </w:r>
          </w:p>
        </w:tc>
        <w:tc>
          <w:tcPr>
            <w:tcW w:type="dxa" w:w="1311"/>
          </w:tcPr>
          <w:p>
            <w:pPr>
              <w:spacing w:after="0"/>
              <w:jc w:val="right"/>
            </w:pPr>
            <w:r>
              <w:rPr>
                <w:sz w:val="16"/>
              </w:rPr>
              <w:t>41.9</w:t>
            </w:r>
          </w:p>
        </w:tc>
        <w:tc>
          <w:tcPr>
            <w:tcW w:type="dxa" w:w="1250"/>
          </w:tcPr>
          <w:p>
            <w:pPr>
              <w:spacing w:after="0"/>
              <w:jc w:val="right"/>
            </w:pPr>
            <w:r>
              <w:rPr>
                <w:sz w:val="16"/>
              </w:rPr>
              <w:t>58.0</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1 of 4</w:t>
            </w:r>
          </w:p>
        </w:tc>
        <w:tc>
          <w:tcPr>
            <w:tcW w:type="dxa" w:w="1250"/>
          </w:tcPr>
          <w:p>
            <w:pPr>
              <w:spacing w:after="0"/>
              <w:jc w:val="right"/>
            </w:pPr>
            <w:r>
              <w:rPr>
                <w:sz w:val="16"/>
              </w:rPr>
              <w:t>99.6</w:t>
            </w:r>
          </w:p>
        </w:tc>
        <w:tc>
          <w:tcPr>
            <w:tcW w:type="dxa" w:w="1311"/>
          </w:tcPr>
          <w:p>
            <w:pPr>
              <w:spacing w:after="0"/>
              <w:jc w:val="right"/>
            </w:pPr>
            <w:r>
              <w:rPr>
                <w:sz w:val="16"/>
              </w:rPr>
              <w:t>99.6</w:t>
            </w:r>
          </w:p>
        </w:tc>
        <w:tc>
          <w:tcPr>
            <w:tcW w:type="dxa" w:w="1250"/>
          </w:tcPr>
          <w:p>
            <w:pPr>
              <w:spacing w:after="0"/>
              <w:jc w:val="right"/>
            </w:pPr>
            <w:r>
              <w:rPr>
                <w:sz w:val="16"/>
              </w:rPr>
              <w:t>99.6</w:t>
            </w:r>
          </w:p>
        </w:tc>
        <w:tc>
          <w:tcPr>
            <w:tcW w:type="dxa" w:w="6992"/>
          </w:tcPr>
          <w:p>
            <w:pPr>
              <w:spacing w:after="0"/>
              <w:jc w:val="left"/>
            </w:pPr>
            <w:r>
              <w:rPr>
                <w:sz w:val="16"/>
              </w:rPr>
              <w:t>Relatively High 1, 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18.7</w:t>
            </w:r>
          </w:p>
        </w:tc>
        <w:tc>
          <w:tcPr>
            <w:tcW w:type="dxa" w:w="1311"/>
          </w:tcPr>
          <w:p>
            <w:pPr>
              <w:spacing w:after="0"/>
              <w:jc w:val="right"/>
            </w:pPr>
            <w:r>
              <w:rPr>
                <w:sz w:val="16"/>
              </w:rPr>
              <w:t>28.6</w:t>
            </w:r>
          </w:p>
        </w:tc>
        <w:tc>
          <w:tcPr>
            <w:tcW w:type="dxa" w:w="1250"/>
          </w:tcPr>
          <w:p>
            <w:pPr>
              <w:spacing w:after="0"/>
              <w:jc w:val="right"/>
            </w:pPr>
            <w:r>
              <w:rPr>
                <w:sz w:val="16"/>
              </w:rPr>
              <w:t>41.6</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75.3</w:t>
            </w:r>
          </w:p>
        </w:tc>
        <w:tc>
          <w:tcPr>
            <w:tcW w:type="dxa" w:w="1311"/>
          </w:tcPr>
          <w:p>
            <w:pPr>
              <w:spacing w:after="0"/>
              <w:jc w:val="right"/>
            </w:pPr>
            <w:r>
              <w:rPr>
                <w:sz w:val="16"/>
              </w:rPr>
              <w:t>80.1</w:t>
            </w:r>
          </w:p>
        </w:tc>
        <w:tc>
          <w:tcPr>
            <w:tcW w:type="dxa" w:w="1250"/>
          </w:tcPr>
          <w:p>
            <w:pPr>
              <w:spacing w:after="0"/>
              <w:jc w:val="right"/>
            </w:pPr>
            <w:r>
              <w:rPr>
                <w:sz w:val="16"/>
              </w:rPr>
              <w:t>91.1</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42.9</w:t>
            </w:r>
          </w:p>
        </w:tc>
        <w:tc>
          <w:tcPr>
            <w:tcW w:type="dxa" w:w="1311"/>
          </w:tcPr>
          <w:p>
            <w:pPr>
              <w:spacing w:after="0"/>
              <w:jc w:val="right"/>
            </w:pPr>
            <w:r>
              <w:rPr>
                <w:sz w:val="16"/>
              </w:rPr>
              <w:t>53.5</w:t>
            </w:r>
          </w:p>
        </w:tc>
        <w:tc>
          <w:tcPr>
            <w:tcW w:type="dxa" w:w="1250"/>
          </w:tcPr>
          <w:p>
            <w:pPr>
              <w:spacing w:after="0"/>
              <w:jc w:val="right"/>
            </w:pPr>
            <w:r>
              <w:rPr>
                <w:sz w:val="16"/>
              </w:rPr>
              <w:t>71.3</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30.0</w:t>
            </w:r>
          </w:p>
        </w:tc>
        <w:tc>
          <w:tcPr>
            <w:tcW w:type="dxa" w:w="1311"/>
          </w:tcPr>
          <w:p>
            <w:pPr>
              <w:spacing w:after="0"/>
              <w:jc w:val="right"/>
            </w:pPr>
            <w:r>
              <w:rPr>
                <w:sz w:val="16"/>
              </w:rPr>
              <w:t>32.4</w:t>
            </w:r>
          </w:p>
        </w:tc>
        <w:tc>
          <w:tcPr>
            <w:tcW w:type="dxa" w:w="1250"/>
          </w:tcPr>
          <w:p>
            <w:pPr>
              <w:spacing w:after="0"/>
              <w:jc w:val="right"/>
            </w:pPr>
            <w:r>
              <w:rPr>
                <w:sz w:val="16"/>
              </w:rPr>
              <w:t>40.1</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82.8</w:t>
            </w:r>
          </w:p>
        </w:tc>
        <w:tc>
          <w:tcPr>
            <w:tcW w:type="dxa" w:w="1311"/>
          </w:tcPr>
          <w:p>
            <w:pPr>
              <w:spacing w:after="0"/>
              <w:jc w:val="right"/>
            </w:pPr>
            <w:r>
              <w:rPr>
                <w:sz w:val="16"/>
              </w:rPr>
              <w:t>87.5</w:t>
            </w:r>
          </w:p>
        </w:tc>
        <w:tc>
          <w:tcPr>
            <w:tcW w:type="dxa" w:w="1250"/>
          </w:tcPr>
          <w:p>
            <w:pPr>
              <w:spacing w:after="0"/>
              <w:jc w:val="right"/>
            </w:pPr>
            <w:r>
              <w:rPr>
                <w:sz w:val="16"/>
              </w:rPr>
              <w:t>94.9</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39.9</w:t>
            </w:r>
          </w:p>
        </w:tc>
        <w:tc>
          <w:tcPr>
            <w:tcW w:type="dxa" w:w="1311"/>
          </w:tcPr>
          <w:p>
            <w:pPr>
              <w:spacing w:after="0"/>
              <w:jc w:val="right"/>
            </w:pPr>
            <w:r>
              <w:rPr>
                <w:sz w:val="16"/>
              </w:rPr>
              <w:t>68.7</w:t>
            </w:r>
          </w:p>
        </w:tc>
        <w:tc>
          <w:tcPr>
            <w:tcW w:type="dxa" w:w="1250"/>
          </w:tcPr>
          <w:p>
            <w:pPr>
              <w:spacing w:after="0"/>
              <w:jc w:val="right"/>
            </w:pPr>
            <w:r>
              <w:rPr>
                <w:sz w:val="16"/>
              </w:rPr>
              <w:t>90.0</w:t>
            </w:r>
          </w:p>
        </w:tc>
        <w:tc>
          <w:tcPr>
            <w:tcW w:type="dxa" w:w="6992"/>
          </w:tcPr>
          <w:p>
            <w:pPr>
              <w:spacing w:after="0"/>
              <w:jc w:val="left"/>
            </w:pPr>
            <w:r>
              <w:rPr>
                <w:sz w:val="16"/>
              </w:rPr>
              <w:t>Relatively High 1, 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4</w:t>
            </w:r>
          </w:p>
        </w:tc>
        <w:tc>
          <w:tcPr>
            <w:tcW w:type="dxa" w:w="1250"/>
          </w:tcPr>
          <w:p>
            <w:pPr>
              <w:spacing w:after="0"/>
              <w:jc w:val="right"/>
            </w:pPr>
            <w:r>
              <w:rPr>
                <w:sz w:val="16"/>
              </w:rPr>
              <w:t>9.8</w:t>
            </w:r>
          </w:p>
        </w:tc>
        <w:tc>
          <w:tcPr>
            <w:tcW w:type="dxa" w:w="1311"/>
          </w:tcPr>
          <w:p>
            <w:pPr>
              <w:spacing w:after="0"/>
              <w:jc w:val="right"/>
            </w:pPr>
            <w:r>
              <w:rPr>
                <w:sz w:val="16"/>
              </w:rPr>
              <w:t>38.3</w:t>
            </w:r>
          </w:p>
        </w:tc>
        <w:tc>
          <w:tcPr>
            <w:tcW w:type="dxa" w:w="1250"/>
          </w:tcPr>
          <w:p>
            <w:pPr>
              <w:spacing w:after="0"/>
              <w:jc w:val="right"/>
            </w:pPr>
            <w:r>
              <w:rPr>
                <w:sz w:val="16"/>
              </w:rPr>
              <w:t>66.9</w:t>
            </w:r>
          </w:p>
        </w:tc>
        <w:tc>
          <w:tcPr>
            <w:tcW w:type="dxa" w:w="6992"/>
          </w:tcPr>
          <w:p>
            <w:pPr>
              <w:spacing w:after="0"/>
              <w:jc w:val="left"/>
            </w:pPr>
            <w:r>
              <w:rPr>
                <w:sz w:val="16"/>
              </w:rPr>
              <w:t>Very Low 2, No Rating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72.9</w:t>
            </w:r>
          </w:p>
        </w:tc>
        <w:tc>
          <w:tcPr>
            <w:tcW w:type="dxa" w:w="1311"/>
          </w:tcPr>
          <w:p>
            <w:pPr>
              <w:spacing w:after="0"/>
              <w:jc w:val="right"/>
            </w:pPr>
            <w:r>
              <w:rPr>
                <w:sz w:val="16"/>
              </w:rPr>
              <w:t>81.8</w:t>
            </w:r>
          </w:p>
        </w:tc>
        <w:tc>
          <w:tcPr>
            <w:tcW w:type="dxa" w:w="1250"/>
          </w:tcPr>
          <w:p>
            <w:pPr>
              <w:spacing w:after="0"/>
              <w:jc w:val="right"/>
            </w:pPr>
            <w:r>
              <w:rPr>
                <w:sz w:val="16"/>
              </w:rPr>
              <w:t>93.8</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96.2</w:t>
            </w:r>
          </w:p>
        </w:tc>
        <w:tc>
          <w:tcPr>
            <w:tcW w:type="dxa" w:w="1311"/>
          </w:tcPr>
          <w:p>
            <w:pPr>
              <w:spacing w:after="0"/>
              <w:jc w:val="right"/>
            </w:pPr>
            <w:r>
              <w:rPr>
                <w:sz w:val="16"/>
              </w:rPr>
              <w:t>97.8</w:t>
            </w:r>
          </w:p>
        </w:tc>
        <w:tc>
          <w:tcPr>
            <w:tcW w:type="dxa" w:w="1250"/>
          </w:tcPr>
          <w:p>
            <w:pPr>
              <w:spacing w:after="0"/>
              <w:jc w:val="right"/>
            </w:pPr>
            <w:r>
              <w:rPr>
                <w:sz w:val="16"/>
              </w:rPr>
              <w:t>99.4</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38.9</w:t>
            </w:r>
          </w:p>
        </w:tc>
        <w:tc>
          <w:tcPr>
            <w:tcW w:type="dxa" w:w="1311"/>
          </w:tcPr>
          <w:p>
            <w:pPr>
              <w:spacing w:after="0"/>
              <w:jc w:val="right"/>
            </w:pPr>
            <w:r>
              <w:rPr>
                <w:sz w:val="16"/>
              </w:rPr>
              <w:t>44.6</w:t>
            </w:r>
          </w:p>
        </w:tc>
        <w:tc>
          <w:tcPr>
            <w:tcW w:type="dxa" w:w="1250"/>
          </w:tcPr>
          <w:p>
            <w:pPr>
              <w:spacing w:after="0"/>
              <w:jc w:val="right"/>
            </w:pPr>
            <w:r>
              <w:rPr>
                <w:sz w:val="16"/>
              </w:rPr>
              <w:t>58.7</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33.5</w:t>
            </w:r>
          </w:p>
        </w:tc>
        <w:tc>
          <w:tcPr>
            <w:tcW w:type="dxa" w:w="1311"/>
          </w:tcPr>
          <w:p>
            <w:pPr>
              <w:spacing w:after="0"/>
              <w:jc w:val="right"/>
            </w:pPr>
            <w:r>
              <w:rPr>
                <w:sz w:val="16"/>
              </w:rPr>
              <w:t>45.3</w:t>
            </w:r>
          </w:p>
        </w:tc>
        <w:tc>
          <w:tcPr>
            <w:tcW w:type="dxa" w:w="1250"/>
          </w:tcPr>
          <w:p>
            <w:pPr>
              <w:spacing w:after="0"/>
              <w:jc w:val="right"/>
            </w:pPr>
            <w:r>
              <w:rPr>
                <w:sz w:val="16"/>
              </w:rPr>
              <w:t>92.6</w:t>
            </w:r>
          </w:p>
        </w:tc>
        <w:tc>
          <w:tcPr>
            <w:tcW w:type="dxa" w:w="6992"/>
          </w:tcPr>
          <w:p>
            <w:pPr>
              <w:spacing w:after="0"/>
              <w:jc w:val="left"/>
            </w:pPr>
            <w:r>
              <w:rPr>
                <w:sz w:val="16"/>
              </w:rPr>
              <w:t>Relatively Moderate 1, 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89.2</w:t>
            </w:r>
          </w:p>
        </w:tc>
        <w:tc>
          <w:tcPr>
            <w:tcW w:type="dxa" w:w="1311"/>
          </w:tcPr>
          <w:p>
            <w:pPr>
              <w:spacing w:after="0"/>
              <w:jc w:val="right"/>
            </w:pPr>
            <w:r>
              <w:rPr>
                <w:sz w:val="16"/>
              </w:rPr>
              <w:t>92.9</w:t>
            </w:r>
          </w:p>
        </w:tc>
        <w:tc>
          <w:tcPr>
            <w:tcW w:type="dxa" w:w="1250"/>
          </w:tcPr>
          <w:p>
            <w:pPr>
              <w:spacing w:after="0"/>
              <w:jc w:val="right"/>
            </w:pPr>
            <w:r>
              <w:rPr>
                <w:sz w:val="16"/>
              </w:rPr>
              <w:t>97.5</w:t>
            </w:r>
          </w:p>
        </w:tc>
        <w:tc>
          <w:tcPr>
            <w:tcW w:type="dxa" w:w="6992"/>
          </w:tcPr>
          <w:p>
            <w:pPr>
              <w:spacing w:after="0"/>
              <w:jc w:val="left"/>
            </w:pPr>
            <w:r>
              <w:rPr>
                <w:sz w:val="16"/>
              </w:rPr>
              <w:t>Very High 1, Relatively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7"/>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01"/>
          </w:tcPr>
          <w:p>
            <w:pPr>
              <w:spacing w:after="0"/>
              <w:jc w:val="right"/>
            </w:pPr>
            <w:r>
              <w:rPr>
                <w:sz w:val="16"/>
              </w:rPr>
              <w:t>under $1</w:t>
            </w:r>
          </w:p>
        </w:tc>
        <w:tc>
          <w:tcPr>
            <w:tcW w:type="dxa" w:w="1305"/>
          </w:tcPr>
          <w:p>
            <w:pPr>
              <w:spacing w:after="0"/>
              <w:jc w:val="right"/>
            </w:pP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$3,083,693,302</w:t>
            </w:r>
          </w:p>
        </w:tc>
        <w:tc>
          <w:tcPr>
            <w:tcW w:type="dxa" w:w="1137"/>
          </w:tcPr>
          <w:p>
            <w:pPr>
              <w:spacing w:after="0"/>
              <w:jc w:val="right"/>
            </w:pPr>
            <w:r>
              <w:rPr>
                <w:sz w:val="16"/>
              </w:rPr>
              <w:t>$14,022,733</w:t>
            </w:r>
          </w:p>
        </w:tc>
        <w:tc>
          <w:tcPr>
            <w:tcW w:type="dxa" w:w="1045"/>
          </w:tcPr>
          <w:p>
            <w:pPr>
              <w:spacing w:after="0"/>
              <w:jc w:val="right"/>
            </w:pPr>
            <w:r>
              <w:rPr>
                <w:sz w:val="16"/>
              </w:rPr>
              <w:t>14,701</w:t>
            </w:r>
          </w:p>
        </w:tc>
        <w:tc>
          <w:tcPr>
            <w:tcW w:type="dxa" w:w="1037"/>
          </w:tcPr>
          <w:p>
            <w:pPr>
              <w:spacing w:after="0"/>
              <w:jc w:val="right"/>
            </w:pPr>
            <w:r>
              <w:rPr>
                <w:sz w:val="16"/>
              </w:rPr>
              <w:t>$909</w:t>
            </w:r>
          </w:p>
        </w:tc>
        <w:tc>
          <w:tcPr>
            <w:tcW w:type="dxa" w:w="1126"/>
          </w:tcPr>
          <w:p>
            <w:pPr>
              <w:spacing w:after="0"/>
              <w:jc w:val="right"/>
            </w:pPr>
            <w:r>
              <w:rPr>
                <w:sz w:val="16"/>
              </w:rPr>
              <w:t>$4,604</w:t>
            </w:r>
          </w:p>
        </w:tc>
        <w:tc>
          <w:tcPr>
            <w:tcW w:type="dxa" w:w="1001"/>
          </w:tcPr>
          <w:p>
            <w:pPr>
              <w:spacing w:after="0"/>
              <w:jc w:val="right"/>
            </w:pPr>
            <w:r>
              <w:rPr>
                <w:sz w:val="16"/>
              </w:rPr>
              <w:t>$120,900</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$3,013,905</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$895,917</w:t>
            </w:r>
          </w:p>
        </w:tc>
        <w:tc>
          <w:tcPr>
            <w:tcW w:type="dxa" w:w="1001"/>
          </w:tcPr>
          <w:p>
            <w:pPr>
              <w:spacing w:after="0"/>
              <w:jc w:val="right"/>
            </w:pPr>
            <w:r>
              <w:rPr>
                <w:sz w:val="16"/>
              </w:rPr>
              <w:t>n/a</w:t>
            </w:r>
          </w:p>
        </w:tc>
        <w:tc>
          <w:tcPr>
            <w:tcW w:type="dxa" w:w="1305"/>
          </w:tcPr>
          <w:p>
            <w:pPr>
              <w:spacing w:after="0"/>
              <w:jc w:val="right"/>
            </w:pPr>
            <w:r>
              <w:rPr>
                <w:sz w:val="16"/>
              </w:rPr>
              <w:t>29.7%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$5,694,383,150</w:t>
            </w:r>
          </w:p>
        </w:tc>
        <w:tc>
          <w:tcPr>
            <w:tcW w:type="dxa" w:w="1137"/>
          </w:tcPr>
          <w:p>
            <w:pPr>
              <w:spacing w:after="0"/>
              <w:jc w:val="right"/>
            </w:pPr>
            <w:r>
              <w:rPr>
                <w:sz w:val="16"/>
              </w:rPr>
              <w:t>n/a</w:t>
            </w:r>
          </w:p>
        </w:tc>
        <w:tc>
          <w:tcPr>
            <w:tcW w:type="dxa" w:w="1045"/>
          </w:tcPr>
          <w:p>
            <w:pPr>
              <w:spacing w:after="0"/>
              <w:jc w:val="right"/>
            </w:pPr>
            <w:r>
              <w:rPr>
                <w:sz w:val="16"/>
              </w:rPr>
              <w:t>14,748</w:t>
            </w:r>
          </w:p>
        </w:tc>
        <w:tc>
          <w:tcPr>
            <w:tcW w:type="dxa" w:w="1037"/>
          </w:tcPr>
          <w:p>
            <w:pPr>
              <w:spacing w:after="0"/>
              <w:jc w:val="right"/>
            </w:pPr>
            <w:r>
              <w:rPr>
                <w:sz w:val="16"/>
              </w:rPr>
              <w:t>$28,112</w:t>
            </w:r>
          </w:p>
        </w:tc>
        <w:tc>
          <w:tcPr>
            <w:tcW w:type="dxa" w:w="1126"/>
          </w:tcPr>
          <w:p>
            <w:pPr>
              <w:spacing w:after="0"/>
              <w:jc w:val="right"/>
            </w:pPr>
            <w:r>
              <w:rPr>
                <w:sz w:val="16"/>
              </w:rPr>
              <w:t>n/a</w:t>
            </w:r>
          </w:p>
        </w:tc>
        <w:tc>
          <w:tcPr>
            <w:tcW w:type="dxa" w:w="1001"/>
          </w:tcPr>
          <w:p>
            <w:pPr>
              <w:spacing w:after="0"/>
              <w:jc w:val="right"/>
            </w:pPr>
            <w:r>
              <w:rPr>
                <w:sz w:val="16"/>
              </w:rPr>
              <w:t>$6,987</w:t>
            </w:r>
          </w:p>
        </w:tc>
        <w:tc>
          <w:tcPr>
            <w:tcW w:type="dxa" w:w="1305"/>
          </w:tcPr>
          <w:p>
            <w:pPr>
              <w:spacing w:after="0"/>
              <w:jc w:val="right"/>
            </w:pPr>
            <w:r>
              <w:rPr>
                <w:sz w:val="16"/>
              </w:rPr>
              <w:t>0.000494%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$3,083,693,302</w:t>
            </w:r>
          </w:p>
        </w:tc>
        <w:tc>
          <w:tcPr>
            <w:tcW w:type="dxa" w:w="1137"/>
          </w:tcPr>
          <w:p>
            <w:pPr>
              <w:spacing w:after="0"/>
              <w:jc w:val="right"/>
            </w:pPr>
            <w:r>
              <w:rPr>
                <w:sz w:val="16"/>
              </w:rPr>
              <w:t>$14,022,733</w:t>
            </w:r>
          </w:p>
        </w:tc>
        <w:tc>
          <w:tcPr>
            <w:tcW w:type="dxa" w:w="1045"/>
          </w:tcPr>
          <w:p>
            <w:pPr>
              <w:spacing w:after="0"/>
              <w:jc w:val="right"/>
            </w:pPr>
            <w:r>
              <w:rPr>
                <w:sz w:val="16"/>
              </w:rPr>
              <w:t>14,701</w:t>
            </w:r>
          </w:p>
        </w:tc>
        <w:tc>
          <w:tcPr>
            <w:tcW w:type="dxa" w:w="1037"/>
          </w:tcPr>
          <w:p>
            <w:pPr>
              <w:spacing w:after="0"/>
              <w:jc w:val="right"/>
            </w:pPr>
            <w:r>
              <w:rPr>
                <w:sz w:val="16"/>
              </w:rPr>
              <w:t>$144,712</w:t>
            </w:r>
          </w:p>
        </w:tc>
        <w:tc>
          <w:tcPr>
            <w:tcW w:type="dxa" w:w="1126"/>
          </w:tcPr>
          <w:p>
            <w:pPr>
              <w:spacing w:after="0"/>
              <w:jc w:val="right"/>
            </w:pPr>
            <w:r>
              <w:rPr>
                <w:sz w:val="16"/>
              </w:rPr>
              <w:t>$3,194</w:t>
            </w:r>
          </w:p>
        </w:tc>
        <w:tc>
          <w:tcPr>
            <w:tcW w:type="dxa" w:w="1001"/>
          </w:tcPr>
          <w:p>
            <w:pPr>
              <w:spacing w:after="0"/>
              <w:jc w:val="right"/>
            </w:pPr>
            <w:r>
              <w:rPr>
                <w:sz w:val="16"/>
              </w:rPr>
              <w:t>$13,451</w:t>
            </w:r>
          </w:p>
        </w:tc>
        <w:tc>
          <w:tcPr>
            <w:tcW w:type="dxa" w:w="1305"/>
          </w:tcPr>
          <w:p>
            <w:pPr>
              <w:spacing w:after="0"/>
              <w:jc w:val="right"/>
            </w:pPr>
            <w:r>
              <w:rPr>
                <w:sz w:val="16"/>
              </w:rPr>
              <w:t>0.00469%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$3,083,693,302</w:t>
            </w:r>
          </w:p>
        </w:tc>
        <w:tc>
          <w:tcPr>
            <w:tcW w:type="dxa" w:w="1137"/>
          </w:tcPr>
          <w:p>
            <w:pPr>
              <w:spacing w:after="0"/>
              <w:jc w:val="right"/>
            </w:pPr>
            <w:r>
              <w:rPr>
                <w:sz w:val="16"/>
              </w:rPr>
              <w:t>$14,022,733</w:t>
            </w:r>
          </w:p>
        </w:tc>
        <w:tc>
          <w:tcPr>
            <w:tcW w:type="dxa" w:w="1045"/>
          </w:tcPr>
          <w:p>
            <w:pPr>
              <w:spacing w:after="0"/>
              <w:jc w:val="right"/>
            </w:pPr>
            <w:r>
              <w:rPr>
                <w:sz w:val="16"/>
              </w:rPr>
              <w:t>14,701</w:t>
            </w:r>
          </w:p>
        </w:tc>
        <w:tc>
          <w:tcPr>
            <w:tcW w:type="dxa" w:w="1037"/>
          </w:tcPr>
          <w:p>
            <w:pPr>
              <w:spacing w:after="0"/>
              <w:jc w:val="right"/>
            </w:pPr>
            <w:r>
              <w:rPr>
                <w:sz w:val="16"/>
              </w:rPr>
              <w:t>$12</w:t>
            </w:r>
          </w:p>
        </w:tc>
        <w:tc>
          <w:tcPr>
            <w:tcW w:type="dxa" w:w="1126"/>
          </w:tcPr>
          <w:p>
            <w:pPr>
              <w:spacing w:after="0"/>
              <w:jc w:val="right"/>
            </w:pPr>
            <w:r>
              <w:rPr>
                <w:sz w:val="16"/>
              </w:rPr>
              <w:t>$26</w:t>
            </w:r>
          </w:p>
        </w:tc>
        <w:tc>
          <w:tcPr>
            <w:tcW w:type="dxa" w:w="1001"/>
          </w:tcPr>
          <w:p>
            <w:pPr>
              <w:spacing w:after="0"/>
              <w:jc w:val="right"/>
            </w:pPr>
            <w:r>
              <w:rPr>
                <w:sz w:val="16"/>
              </w:rPr>
              <w:t>$145,024</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$3,083,693,302</w:t>
            </w:r>
          </w:p>
        </w:tc>
        <w:tc>
          <w:tcPr>
            <w:tcW w:type="dxa" w:w="1137"/>
          </w:tcPr>
          <w:p>
            <w:pPr>
              <w:spacing w:after="0"/>
              <w:jc w:val="right"/>
            </w:pPr>
            <w:r>
              <w:rPr>
                <w:sz w:val="16"/>
              </w:rPr>
              <w:t>$13,976,047</w:t>
            </w:r>
          </w:p>
        </w:tc>
        <w:tc>
          <w:tcPr>
            <w:tcW w:type="dxa" w:w="1045"/>
          </w:tcPr>
          <w:p>
            <w:pPr>
              <w:spacing w:after="0"/>
              <w:jc w:val="right"/>
            </w:pPr>
            <w:r>
              <w:rPr>
                <w:sz w:val="16"/>
              </w:rPr>
              <w:t>14,701</w:t>
            </w:r>
          </w:p>
        </w:tc>
        <w:tc>
          <w:tcPr>
            <w:tcW w:type="dxa" w:w="1037"/>
          </w:tcPr>
          <w:p>
            <w:pPr>
              <w:spacing w:after="0"/>
              <w:jc w:val="right"/>
            </w:pPr>
            <w:r>
              <w:rPr>
                <w:sz w:val="16"/>
              </w:rPr>
              <w:t>$2,648</w:t>
            </w:r>
          </w:p>
        </w:tc>
        <w:tc>
          <w:tcPr>
            <w:tcW w:type="dxa" w:w="1126"/>
          </w:tcPr>
          <w:p>
            <w:pPr>
              <w:spacing w:after="0"/>
              <w:jc w:val="right"/>
            </w:pPr>
            <w:r>
              <w:rPr>
                <w:sz w:val="16"/>
              </w:rPr>
              <w:t>$411</w:t>
            </w:r>
          </w:p>
        </w:tc>
        <w:tc>
          <w:tcPr>
            <w:tcW w:type="dxa" w:w="1001"/>
          </w:tcPr>
          <w:p>
            <w:pPr>
              <w:spacing w:after="0"/>
              <w:jc w:val="right"/>
            </w:pPr>
            <w:r>
              <w:rPr>
                <w:sz w:val="16"/>
              </w:rPr>
              <w:t>$28</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$3,083,693,302</w:t>
            </w:r>
          </w:p>
        </w:tc>
        <w:tc>
          <w:tcPr>
            <w:tcW w:type="dxa" w:w="1137"/>
          </w:tcPr>
          <w:p>
            <w:pPr>
              <w:spacing w:after="0"/>
              <w:jc w:val="right"/>
            </w:pPr>
            <w:r>
              <w:rPr>
                <w:sz w:val="16"/>
              </w:rPr>
              <w:t>n/a</w:t>
            </w:r>
          </w:p>
        </w:tc>
        <w:tc>
          <w:tcPr>
            <w:tcW w:type="dxa" w:w="1045"/>
          </w:tcPr>
          <w:p>
            <w:pPr>
              <w:spacing w:after="0"/>
              <w:jc w:val="right"/>
            </w:pPr>
            <w:r>
              <w:rPr>
                <w:sz w:val="16"/>
              </w:rPr>
              <w:t>14,701</w:t>
            </w:r>
          </w:p>
        </w:tc>
        <w:tc>
          <w:tcPr>
            <w:tcW w:type="dxa" w:w="1037"/>
          </w:tcPr>
          <w:p>
            <w:pPr>
              <w:spacing w:after="0"/>
              <w:jc w:val="right"/>
            </w:pPr>
            <w:r>
              <w:rPr>
                <w:sz w:val="16"/>
              </w:rPr>
              <w:t>$92,831</w:t>
            </w:r>
          </w:p>
        </w:tc>
        <w:tc>
          <w:tcPr>
            <w:tcW w:type="dxa" w:w="1126"/>
          </w:tcPr>
          <w:p>
            <w:pPr>
              <w:spacing w:after="0"/>
              <w:jc w:val="right"/>
            </w:pPr>
            <w:r>
              <w:rPr>
                <w:sz w:val="16"/>
              </w:rPr>
              <w:t>n/a</w:t>
            </w:r>
          </w:p>
        </w:tc>
        <w:tc>
          <w:tcPr>
            <w:tcW w:type="dxa" w:w="1001"/>
          </w:tcPr>
          <w:p>
            <w:pPr>
              <w:spacing w:after="0"/>
              <w:jc w:val="right"/>
            </w:pPr>
            <w:r>
              <w:rPr>
                <w:sz w:val="16"/>
              </w:rPr>
              <w:t>$8,174</w:t>
            </w:r>
          </w:p>
        </w:tc>
        <w:tc>
          <w:tcPr>
            <w:tcW w:type="dxa" w:w="1305"/>
          </w:tcPr>
          <w:p>
            <w:pPr>
              <w:spacing w:after="0"/>
              <w:jc w:val="right"/>
            </w:pPr>
            <w:r>
              <w:rPr>
                <w:sz w:val="16"/>
              </w:rPr>
              <w:t>0.00301%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$3,082,795,622</w:t>
            </w:r>
          </w:p>
        </w:tc>
        <w:tc>
          <w:tcPr>
            <w:tcW w:type="dxa" w:w="1137"/>
          </w:tcPr>
          <w:p>
            <w:pPr>
              <w:spacing w:after="0"/>
              <w:jc w:val="right"/>
            </w:pPr>
            <w:r>
              <w:rPr>
                <w:sz w:val="16"/>
              </w:rPr>
              <w:t>$20</w:t>
            </w:r>
          </w:p>
        </w:tc>
        <w:tc>
          <w:tcPr>
            <w:tcW w:type="dxa" w:w="1045"/>
          </w:tcPr>
          <w:p>
            <w:pPr>
              <w:spacing w:after="0"/>
              <w:jc w:val="right"/>
            </w:pPr>
            <w:r>
              <w:rPr>
                <w:sz w:val="16"/>
              </w:rPr>
              <w:t>854</w:t>
            </w:r>
          </w:p>
        </w:tc>
        <w:tc>
          <w:tcPr>
            <w:tcW w:type="dxa" w:w="1037"/>
          </w:tcPr>
          <w:p>
            <w:pPr>
              <w:spacing w:after="0"/>
              <w:jc w:val="right"/>
            </w:pPr>
            <w:r>
              <w:rPr>
                <w:sz w:val="16"/>
              </w:rPr>
              <w:t>$2,812,134</w:t>
            </w:r>
          </w:p>
        </w:tc>
        <w:tc>
          <w:tcPr>
            <w:tcW w:type="dxa" w:w="1126"/>
          </w:tcPr>
          <w:p>
            <w:pPr>
              <w:spacing w:after="0"/>
              <w:jc w:val="right"/>
            </w:pPr>
            <w:r>
              <w:rPr>
                <w:sz w:val="16"/>
              </w:rPr>
              <w:t>under $1</w:t>
            </w:r>
          </w:p>
        </w:tc>
        <w:tc>
          <w:tcPr>
            <w:tcW w:type="dxa" w:w="1001"/>
          </w:tcPr>
          <w:p>
            <w:pPr>
              <w:spacing w:after="0"/>
              <w:jc w:val="right"/>
            </w:pPr>
            <w:r>
              <w:rPr>
                <w:sz w:val="16"/>
              </w:rPr>
              <w:t>$9,313</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$690,737</w:t>
            </w:r>
          </w:p>
        </w:tc>
        <w:tc>
          <w:tcPr>
            <w:tcW w:type="dxa" w:w="1137"/>
          </w:tcPr>
          <w:p>
            <w:pPr>
              <w:spacing w:after="0"/>
              <w:jc w:val="right"/>
            </w:pPr>
            <w:r>
              <w:rPr>
                <w:sz w:val="16"/>
              </w:rPr>
              <w:t>n/a</w:t>
            </w:r>
          </w:p>
        </w:tc>
        <w:tc>
          <w:tcPr>
            <w:tcW w:type="dxa" w:w="1045"/>
          </w:tcPr>
          <w:p>
            <w:pPr>
              <w:spacing w:after="0"/>
              <w:jc w:val="right"/>
            </w:pPr>
            <w:r>
              <w:rPr>
                <w:sz w:val="16"/>
              </w:rPr>
              <w:t>16</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001"/>
          </w:tcPr>
          <w:p>
            <w:pPr>
              <w:spacing w:after="0"/>
              <w:jc w:val="right"/>
            </w:pPr>
            <w:r>
              <w:rPr>
                <w:sz w:val="16"/>
              </w:rPr>
              <w:t>$10</w:t>
            </w:r>
          </w:p>
        </w:tc>
        <w:tc>
          <w:tcPr>
            <w:tcW w:type="dxa" w:w="1305"/>
          </w:tcPr>
          <w:p>
            <w:pPr>
              <w:spacing w:after="0"/>
              <w:jc w:val="right"/>
            </w:pPr>
            <w:r>
              <w:rPr>
                <w:sz w:val="16"/>
              </w:rPr>
              <w:t>0.000163%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$3,083,693,302</w:t>
            </w:r>
          </w:p>
        </w:tc>
        <w:tc>
          <w:tcPr>
            <w:tcW w:type="dxa" w:w="1137"/>
          </w:tcPr>
          <w:p>
            <w:pPr>
              <w:spacing w:after="0"/>
              <w:jc w:val="right"/>
            </w:pPr>
            <w:r>
              <w:rPr>
                <w:sz w:val="16"/>
              </w:rPr>
              <w:t>n/a</w:t>
            </w:r>
          </w:p>
        </w:tc>
        <w:tc>
          <w:tcPr>
            <w:tcW w:type="dxa" w:w="1045"/>
          </w:tcPr>
          <w:p>
            <w:pPr>
              <w:spacing w:after="0"/>
              <w:jc w:val="right"/>
            </w:pPr>
            <w:r>
              <w:rPr>
                <w:sz w:val="16"/>
              </w:rPr>
              <w:t>14,701</w:t>
            </w:r>
          </w:p>
        </w:tc>
        <w:tc>
          <w:tcPr>
            <w:tcW w:type="dxa" w:w="1037"/>
          </w:tcPr>
          <w:p>
            <w:pPr>
              <w:spacing w:after="0"/>
              <w:jc w:val="right"/>
            </w:pPr>
            <w:r>
              <w:rPr>
                <w:sz w:val="16"/>
              </w:rPr>
              <w:t>$4,433</w:t>
            </w:r>
          </w:p>
        </w:tc>
        <w:tc>
          <w:tcPr>
            <w:tcW w:type="dxa" w:w="1126"/>
          </w:tcPr>
          <w:p>
            <w:pPr>
              <w:spacing w:after="0"/>
              <w:jc w:val="right"/>
            </w:pPr>
            <w:r>
              <w:rPr>
                <w:sz w:val="16"/>
              </w:rPr>
              <w:t>n/a</w:t>
            </w:r>
          </w:p>
        </w:tc>
        <w:tc>
          <w:tcPr>
            <w:tcW w:type="dxa" w:w="1001"/>
          </w:tcPr>
          <w:p>
            <w:pPr>
              <w:spacing w:after="0"/>
              <w:jc w:val="right"/>
            </w:pPr>
            <w:r>
              <w:rPr>
                <w:sz w:val="16"/>
              </w:rPr>
              <w:t>$105,892</w:t>
            </w:r>
          </w:p>
        </w:tc>
        <w:tc>
          <w:tcPr>
            <w:tcW w:type="dxa" w:w="1305"/>
          </w:tcPr>
          <w:p>
            <w:pPr>
              <w:spacing w:after="0"/>
              <w:jc w:val="right"/>
            </w:pPr>
            <w:r>
              <w:rPr>
                <w:sz w:val="16"/>
              </w:rPr>
              <w:t>0.000144%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$3,083,693,302</w:t>
            </w:r>
          </w:p>
        </w:tc>
        <w:tc>
          <w:tcPr>
            <w:tcW w:type="dxa" w:w="1137"/>
          </w:tcPr>
          <w:p>
            <w:pPr>
              <w:spacing w:after="0"/>
              <w:jc w:val="right"/>
            </w:pPr>
            <w:r>
              <w:rPr>
                <w:sz w:val="16"/>
              </w:rPr>
              <w:t>$14,022,733</w:t>
            </w:r>
          </w:p>
        </w:tc>
        <w:tc>
          <w:tcPr>
            <w:tcW w:type="dxa" w:w="1045"/>
          </w:tcPr>
          <w:p>
            <w:pPr>
              <w:spacing w:after="0"/>
              <w:jc w:val="right"/>
            </w:pPr>
            <w:r>
              <w:rPr>
                <w:sz w:val="16"/>
              </w:rPr>
              <w:t>14,701</w:t>
            </w:r>
          </w:p>
        </w:tc>
        <w:tc>
          <w:tcPr>
            <w:tcW w:type="dxa" w:w="1037"/>
          </w:tcPr>
          <w:p>
            <w:pPr>
              <w:spacing w:after="0"/>
              <w:jc w:val="right"/>
            </w:pPr>
            <w:r>
              <w:rPr>
                <w:sz w:val="16"/>
              </w:rPr>
              <w:t>$50,543</w:t>
            </w:r>
          </w:p>
        </w:tc>
        <w:tc>
          <w:tcPr>
            <w:tcW w:type="dxa" w:w="1126"/>
          </w:tcPr>
          <w:p>
            <w:pPr>
              <w:spacing w:after="0"/>
              <w:jc w:val="right"/>
            </w:pPr>
            <w:r>
              <w:rPr>
                <w:sz w:val="16"/>
              </w:rPr>
              <w:t>$342</w:t>
            </w:r>
          </w:p>
        </w:tc>
        <w:tc>
          <w:tcPr>
            <w:tcW w:type="dxa" w:w="1001"/>
          </w:tcPr>
          <w:p>
            <w:pPr>
              <w:spacing w:after="0"/>
              <w:jc w:val="right"/>
            </w:pPr>
            <w:r>
              <w:rPr>
                <w:sz w:val="16"/>
              </w:rPr>
              <w:t>$733,928</w:t>
            </w:r>
          </w:p>
        </w:tc>
        <w:tc>
          <w:tcPr>
            <w:tcW w:type="dxa" w:w="1305"/>
          </w:tcPr>
          <w:p>
            <w:pPr>
              <w:spacing w:after="0"/>
              <w:jc w:val="right"/>
            </w:pPr>
            <w:r>
              <w:rPr>
                <w:sz w:val="16"/>
              </w:rPr>
              <w:t>0.00164%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$3,083,693,302</w:t>
            </w:r>
          </w:p>
        </w:tc>
        <w:tc>
          <w:tcPr>
            <w:tcW w:type="dxa" w:w="1137"/>
          </w:tcPr>
          <w:p>
            <w:pPr>
              <w:spacing w:after="0"/>
              <w:jc w:val="right"/>
            </w:pPr>
            <w:r>
              <w:rPr>
                <w:sz w:val="16"/>
              </w:rPr>
              <w:t>$14,022,733</w:t>
            </w:r>
          </w:p>
        </w:tc>
        <w:tc>
          <w:tcPr>
            <w:tcW w:type="dxa" w:w="1045"/>
          </w:tcPr>
          <w:p>
            <w:pPr>
              <w:spacing w:after="0"/>
              <w:jc w:val="right"/>
            </w:pPr>
            <w:r>
              <w:rPr>
                <w:sz w:val="16"/>
              </w:rPr>
              <w:t>14,701</w:t>
            </w:r>
          </w:p>
        </w:tc>
        <w:tc>
          <w:tcPr>
            <w:tcW w:type="dxa" w:w="1037"/>
          </w:tcPr>
          <w:p>
            <w:pPr>
              <w:spacing w:after="0"/>
              <w:jc w:val="right"/>
            </w:pPr>
            <w:r>
              <w:rPr>
                <w:sz w:val="16"/>
              </w:rPr>
              <w:t>$95,650</w:t>
            </w:r>
          </w:p>
        </w:tc>
        <w:tc>
          <w:tcPr>
            <w:tcW w:type="dxa" w:w="1126"/>
          </w:tcPr>
          <w:p>
            <w:pPr>
              <w:spacing w:after="0"/>
              <w:jc w:val="right"/>
            </w:pPr>
            <w:r>
              <w:rPr>
                <w:sz w:val="16"/>
              </w:rPr>
              <w:t>$158</w:t>
            </w:r>
          </w:p>
        </w:tc>
        <w:tc>
          <w:tcPr>
            <w:tcW w:type="dxa" w:w="1001"/>
          </w:tcPr>
          <w:p>
            <w:pPr>
              <w:spacing w:after="0"/>
              <w:jc w:val="right"/>
            </w:pPr>
            <w:r>
              <w:rPr>
                <w:sz w:val="16"/>
              </w:rPr>
              <w:t>$75,237</w:t>
            </w:r>
          </w:p>
        </w:tc>
        <w:tc>
          <w:tcPr>
            <w:tcW w:type="dxa" w:w="1305"/>
          </w:tcPr>
          <w:p>
            <w:pPr>
              <w:spacing w:after="0"/>
              <w:jc w:val="right"/>
            </w:pPr>
            <w:r>
              <w:rPr>
                <w:sz w:val="16"/>
              </w:rPr>
              <w:t>0.0031%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$413,485,005</w:t>
            </w:r>
          </w:p>
        </w:tc>
        <w:tc>
          <w:tcPr>
            <w:tcW w:type="dxa" w:w="1137"/>
          </w:tcPr>
          <w:p>
            <w:pPr>
              <w:spacing w:after="0"/>
              <w:jc w:val="right"/>
            </w:pPr>
            <w:r>
              <w:rPr>
                <w:sz w:val="16"/>
              </w:rPr>
              <w:t>$8,479,405</w:t>
            </w:r>
          </w:p>
        </w:tc>
        <w:tc>
          <w:tcPr>
            <w:tcW w:type="dxa" w:w="1045"/>
          </w:tcPr>
          <w:p>
            <w:pPr>
              <w:spacing w:after="0"/>
              <w:jc w:val="right"/>
            </w:pPr>
            <w:r>
              <w:rPr>
                <w:sz w:val="16"/>
              </w:rPr>
              <w:t>1,672</w:t>
            </w:r>
          </w:p>
        </w:tc>
        <w:tc>
          <w:tcPr>
            <w:tcW w:type="dxa" w:w="1037"/>
          </w:tcPr>
          <w:p>
            <w:pPr>
              <w:spacing w:after="0"/>
              <w:jc w:val="right"/>
            </w:pPr>
            <w:r>
              <w:rPr>
                <w:sz w:val="16"/>
              </w:rPr>
              <w:t>$36,615</w:t>
            </w:r>
          </w:p>
        </w:tc>
        <w:tc>
          <w:tcPr>
            <w:tcW w:type="dxa" w:w="1126"/>
          </w:tcPr>
          <w:p>
            <w:pPr>
              <w:spacing w:after="0"/>
              <w:jc w:val="right"/>
            </w:pPr>
            <w:r>
              <w:rPr>
                <w:sz w:val="16"/>
              </w:rPr>
              <w:t>$76</w:t>
            </w:r>
          </w:p>
        </w:tc>
        <w:tc>
          <w:tcPr>
            <w:tcW w:type="dxa" w:w="1001"/>
          </w:tcPr>
          <w:p>
            <w:pPr>
              <w:spacing w:after="0"/>
              <w:jc w:val="right"/>
            </w:pPr>
            <w:r>
              <w:rPr>
                <w:sz w:val="16"/>
              </w:rPr>
              <w:t>$2,379</w:t>
            </w:r>
          </w:p>
        </w:tc>
        <w:tc>
          <w:tcPr>
            <w:tcW w:type="dxa" w:w="1305"/>
          </w:tcPr>
          <w:p>
            <w:pPr>
              <w:spacing w:after="0"/>
              <w:jc w:val="right"/>
            </w:pPr>
            <w:r>
              <w:rPr>
                <w:sz w:val="16"/>
              </w:rPr>
              <w:t>0.00886%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$3,083,693,302</w:t>
            </w:r>
          </w:p>
        </w:tc>
        <w:tc>
          <w:tcPr>
            <w:tcW w:type="dxa" w:w="1137"/>
          </w:tcPr>
          <w:p>
            <w:pPr>
              <w:spacing w:after="0"/>
              <w:jc w:val="right"/>
            </w:pPr>
            <w:r>
              <w:rPr>
                <w:sz w:val="16"/>
              </w:rPr>
              <w:t>$14,022,733</w:t>
            </w:r>
          </w:p>
        </w:tc>
        <w:tc>
          <w:tcPr>
            <w:tcW w:type="dxa" w:w="1045"/>
          </w:tcPr>
          <w:p>
            <w:pPr>
              <w:spacing w:after="0"/>
              <w:jc w:val="right"/>
            </w:pPr>
            <w:r>
              <w:rPr>
                <w:sz w:val="16"/>
              </w:rPr>
              <w:t>14,701</w:t>
            </w:r>
          </w:p>
        </w:tc>
        <w:tc>
          <w:tcPr>
            <w:tcW w:type="dxa" w:w="1037"/>
          </w:tcPr>
          <w:p>
            <w:pPr>
              <w:spacing w:after="0"/>
              <w:jc w:val="right"/>
            </w:pPr>
            <w:r>
              <w:rPr>
                <w:sz w:val="16"/>
              </w:rPr>
              <w:t>$18,812</w:t>
            </w:r>
          </w:p>
        </w:tc>
        <w:tc>
          <w:tcPr>
            <w:tcW w:type="dxa" w:w="1126"/>
          </w:tcPr>
          <w:p>
            <w:pPr>
              <w:spacing w:after="0"/>
              <w:jc w:val="right"/>
            </w:pPr>
            <w:r>
              <w:rPr>
                <w:sz w:val="16"/>
              </w:rPr>
              <w:t>$24</w:t>
            </w:r>
          </w:p>
        </w:tc>
        <w:tc>
          <w:tcPr>
            <w:tcW w:type="dxa" w:w="1001"/>
          </w:tcPr>
          <w:p>
            <w:pPr>
              <w:spacing w:after="0"/>
              <w:jc w:val="right"/>
            </w:pPr>
            <w:r>
              <w:rPr>
                <w:sz w:val="16"/>
              </w:rPr>
              <w:t>$55,493</w:t>
            </w:r>
          </w:p>
        </w:tc>
        <w:tc>
          <w:tcPr>
            <w:tcW w:type="dxa" w:w="1305"/>
          </w:tcPr>
          <w:p>
            <w:pPr>
              <w:spacing w:after="0"/>
              <w:jc w:val="right"/>
            </w:pPr>
            <w:r>
              <w:rPr>
                <w:sz w:val="16"/>
              </w:rPr>
              <w:t>0.00061%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14,701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$3,083,693,302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$14,022,733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$4,192,161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$1,276,816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Reeves County, TX: risk-assessment baseline packet, release 2026-10 (data as of 2026-09-30; County FIPS 48389). Automated baseline. </w:t>
      </w:r>
      <w:hyperlink r:id="rId15">
        <w:r>
          <w:rPr>
            <w:color w:val="1F4E99"/>
            <w:sz w:val="17"/>
            <w:u w:val="single"/>
          </w:rPr>
          <w:t>https://hazardplain.org/tx/48389/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Reeves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Reeves County, TX: Risk-assessment baseline packet</dc:title>
  <dc:subject>Hazard Plain release 2026-10, as of 2026-09-30. Automated baseline</dc:subject>
  <dc:creator>Hazard Plain</dc:creator>
  <cp:keywords>Hazard Plain; hazard mitigation; risk assessment; 48389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