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hand-checked on 2026-09-28</w:t>
      </w:r>
    </w:p>
    <w:p>
      <w:pPr>
        <w:pStyle w:val="Title"/>
        <w:spacing w:after="80"/>
      </w:pPr>
      <w:r>
        <w:rPr/>
        <w:t>Pecos County, TX</w:t>
      </w:r>
    </w:p>
    <w:p>
      <w:pPr>
        <w:spacing w:after="120" w:before="0"/>
      </w:pPr>
      <w:r>
        <w:rPr>
          <w:color w:val="555555"/>
          <w:sz w:val="24"/>
        </w:rPr>
        <w:t>Risk-assessment baseline packet</w:t>
      </w:r>
    </w:p>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This packet was hand-checked against FEMA and NOAA sources on 2026-09-28; other packets are automated and not yet checked by hand.</w:t>
      </w:r>
    </w:p>
    <w:p>
      <w:pPr>
        <w:spacing w:after="120" w:before="0"/>
      </w:pPr>
      <w:r>
        <w:rPr>
          <w:b/>
          <w:sz w:val="18"/>
        </w:rPr>
        <w:t xml:space="preserve">Unit: </w:t>
      </w:r>
      <w:r>
        <w:rPr>
          <w:sz w:val="18"/>
        </w:rPr>
        <w:t>County area 48371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2025-09-16</w:t>
      </w:r>
    </w:p>
    <w:p>
      <w:pPr>
        <w:keepNext/>
        <w:spacing w:after="40" w:before="0"/>
      </w:pPr>
      <w:r>
        <w:rPr>
          <w:b/>
        </w:rPr>
        <w:t xml:space="preserve">Plan: </w:t>
      </w:r>
      <w:r>
        <w:rPr/>
        <w:t>Pecos County (FEMA plan 105041)</w:t>
      </w:r>
    </w:p>
    <w:p>
      <w:pPr>
        <w:keepNext/>
        <w:spacing w:after="40" w:before="0"/>
      </w:pPr>
      <w:r>
        <w:rPr>
          <w:b/>
        </w:rPr>
        <w:t xml:space="preserve">Approved: </w:t>
      </w:r>
      <w:r>
        <w:rPr/>
        <w:t>2020-09-17</w:t>
      </w:r>
    </w:p>
    <w:p>
      <w:pPr>
        <w:keepNext/>
        <w:spacing w:after="40" w:before="0"/>
      </w:pPr>
      <w:r>
        <w:rPr>
          <w:b/>
        </w:rPr>
        <w:t xml:space="preserve">Expires: </w:t>
      </w:r>
      <w:r>
        <w:rPr/>
        <w:t>2025-09-16</w:t>
      </w:r>
    </w:p>
    <w:p>
      <w:pPr>
        <w:keepNext/>
        <w:spacing w:after="40" w:before="0"/>
      </w:pPr>
      <w:r>
        <w:rPr>
          <w:b/>
        </w:rPr>
        <w:t xml:space="preserve">As of: </w:t>
      </w:r>
      <w:r>
        <w:rPr/>
        <w:t>2026-09-28</w:t>
      </w:r>
    </w:p>
    <w:p>
      <w:pPr>
        <w:keepNext/>
        <w:spacing w:after="40" w:before="0"/>
      </w:pPr>
      <w:r>
        <w:rPr>
          <w:b/>
        </w:rPr>
        <w:t xml:space="preserve">Days: </w:t>
      </w:r>
      <w:r>
        <w:rPr/>
        <w:t>377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EM-3554-TX, DR-4586-TX, EM-3649-TX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9"/>
        <w:gridCol w:w="726"/>
        <w:gridCol w:w="2157"/>
        <w:gridCol w:w="3111"/>
        <w:gridCol w:w="1108"/>
        <w:gridCol w:w="1108"/>
        <w:gridCol w:w="955"/>
        <w:gridCol w:w="1013"/>
        <w:gridCol w:w="2634"/>
      </w:tblGrid>
      <w:tr>
        <w:trPr>
          <w:cantSplit/>
          <w:tblHeader/>
        </w:trPr>
        <w:tc>
          <w:tcPr>
            <w:tcW w:type="dxa" w:w="1299"/>
            <w:shd w:val="clear" w:color="auto" w:fill="E8E8E8"/>
          </w:tcPr>
          <w:p>
            <w:pPr>
              <w:spacing w:after="0"/>
              <w:jc w:val="left"/>
            </w:pPr>
            <w:r>
              <w:rPr>
                <w:b/>
                <w:sz w:val="16"/>
              </w:rPr>
              <w:t>Jurisdiction</w:t>
            </w:r>
          </w:p>
        </w:tc>
        <w:tc>
          <w:tcPr>
            <w:tcW w:type="dxa" w:w="726"/>
            <w:shd w:val="clear" w:color="auto" w:fill="E8E8E8"/>
          </w:tcPr>
          <w:p>
            <w:pPr>
              <w:spacing w:after="0"/>
              <w:jc w:val="left"/>
            </w:pPr>
            <w:r>
              <w:rPr>
                <w:b/>
                <w:sz w:val="16"/>
              </w:rPr>
              <w:t>Type</w:t>
            </w:r>
          </w:p>
        </w:tc>
        <w:tc>
          <w:tcPr>
            <w:tcW w:type="dxa" w:w="2157"/>
            <w:shd w:val="clear" w:color="auto" w:fill="E8E8E8"/>
          </w:tcPr>
          <w:p>
            <w:pPr>
              <w:spacing w:after="0"/>
              <w:jc w:val="left"/>
            </w:pPr>
            <w:r>
              <w:rPr>
                <w:b/>
                <w:sz w:val="16"/>
              </w:rPr>
              <w:t>Status</w:t>
            </w:r>
          </w:p>
        </w:tc>
        <w:tc>
          <w:tcPr>
            <w:tcW w:type="dxa" w:w="3111"/>
            <w:shd w:val="clear" w:color="auto" w:fill="E8E8E8"/>
          </w:tcPr>
          <w:p>
            <w:pPr>
              <w:spacing w:after="0"/>
              <w:jc w:val="left"/>
            </w:pPr>
            <w:r>
              <w:rPr>
                <w:b/>
                <w:sz w:val="16"/>
              </w:rPr>
              <w:t>Plan</w:t>
            </w:r>
          </w:p>
        </w:tc>
        <w:tc>
          <w:tcPr>
            <w:tcW w:type="dxa" w:w="1108"/>
            <w:shd w:val="clear" w:color="auto" w:fill="E8E8E8"/>
          </w:tcPr>
          <w:p>
            <w:pPr>
              <w:spacing w:after="0"/>
              <w:jc w:val="left"/>
            </w:pPr>
            <w:r>
              <w:rPr>
                <w:b/>
                <w:sz w:val="16"/>
              </w:rPr>
              <w:t>Approved</w:t>
            </w:r>
          </w:p>
        </w:tc>
        <w:tc>
          <w:tcPr>
            <w:tcW w:type="dxa" w:w="1108"/>
            <w:shd w:val="clear" w:color="auto" w:fill="E8E8E8"/>
          </w:tcPr>
          <w:p>
            <w:pPr>
              <w:spacing w:after="0"/>
              <w:jc w:val="left"/>
            </w:pPr>
            <w:r>
              <w:rPr>
                <w:b/>
                <w:sz w:val="16"/>
              </w:rPr>
              <w:t>Expires</w:t>
            </w:r>
          </w:p>
        </w:tc>
        <w:tc>
          <w:tcPr>
            <w:tcW w:type="dxa" w:w="9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3"/>
            <w:shd w:val="clear" w:color="auto" w:fill="E8E8E8"/>
          </w:tcPr>
          <w:p>
            <w:pPr>
              <w:spacing w:after="0"/>
              <w:jc w:val="left"/>
            </w:pPr>
            <w:r>
              <w:rPr>
                <w:b/>
                <w:sz w:val="16"/>
              </w:rPr>
              <w:t>Update underway</w:t>
            </w:r>
          </w:p>
        </w:tc>
        <w:tc>
          <w:tcPr>
            <w:tcW w:type="dxa" w:w="2634"/>
            <w:shd w:val="clear" w:color="auto" w:fill="E8E8E8"/>
          </w:tcPr>
          <w:p>
            <w:pPr>
              <w:spacing w:after="0"/>
              <w:jc w:val="left"/>
            </w:pPr>
            <w:r>
              <w:rPr>
                <w:b/>
                <w:sz w:val="16"/>
              </w:rPr>
              <w:t>Notes</w:t>
            </w:r>
          </w:p>
        </w:tc>
      </w:tr>
      <w:tr>
        <w:trPr>
          <w:cantSplit/>
        </w:trPr>
        <w:tc>
          <w:tcPr>
            <w:tcW w:type="dxa" w:w="1299"/>
          </w:tcPr>
          <w:p>
            <w:pPr>
              <w:spacing w:after="0"/>
              <w:jc w:val="left"/>
            </w:pPr>
            <w:r>
              <w:rPr>
                <w:sz w:val="16"/>
              </w:rPr>
              <w:t>Pecos County</w:t>
            </w:r>
          </w:p>
        </w:tc>
        <w:tc>
          <w:tcPr>
            <w:tcW w:type="dxa" w:w="726"/>
          </w:tcPr>
          <w:p>
            <w:pPr>
              <w:spacing w:after="0"/>
              <w:jc w:val="left"/>
            </w:pPr>
            <w:r>
              <w:rPr>
                <w:sz w:val="16"/>
              </w:rPr>
              <w:t>County</w:t>
            </w:r>
          </w:p>
        </w:tc>
        <w:tc>
          <w:tcPr>
            <w:tcW w:type="dxa" w:w="2157"/>
          </w:tcPr>
          <w:p>
            <w:pPr>
              <w:spacing w:after="0"/>
              <w:jc w:val="left"/>
            </w:pPr>
            <w:r>
              <w:rPr>
                <w:sz w:val="16"/>
              </w:rPr>
              <w:t>Expired on 2025-09-16</w:t>
            </w:r>
          </w:p>
        </w:tc>
        <w:tc>
          <w:tcPr>
            <w:tcW w:type="dxa" w:w="3111"/>
          </w:tcPr>
          <w:p>
            <w:pPr>
              <w:spacing w:after="0"/>
              <w:jc w:val="left"/>
            </w:pPr>
            <w:r>
              <w:rPr>
                <w:sz w:val="16"/>
              </w:rPr>
              <w:t>Pecos County (FEMA plan 105041)</w:t>
            </w:r>
          </w:p>
        </w:tc>
        <w:tc>
          <w:tcPr>
            <w:tcW w:type="dxa" w:w="1108"/>
          </w:tcPr>
          <w:p>
            <w:pPr>
              <w:spacing w:after="0"/>
              <w:jc w:val="left"/>
            </w:pPr>
            <w:r>
              <w:rPr>
                <w:sz w:val="16"/>
              </w:rPr>
              <w:t>2020-09-17</w:t>
            </w:r>
          </w:p>
        </w:tc>
        <w:tc>
          <w:tcPr>
            <w:tcW w:type="dxa" w:w="1108"/>
          </w:tcPr>
          <w:p>
            <w:pPr>
              <w:spacing w:after="0"/>
              <w:jc w:val="left"/>
            </w:pPr>
            <w:r>
              <w:rPr>
                <w:sz w:val="16"/>
              </w:rPr>
              <w:t>2025-09-16</w:t>
            </w:r>
          </w:p>
        </w:tc>
        <w:tc>
          <w:tcPr>
            <w:tcW w:type="dxa" w:w="955"/>
          </w:tcPr>
          <w:p>
            <w:pPr>
              <w:spacing w:after="0"/>
              <w:jc w:val="right"/>
            </w:pPr>
            <w:r>
              <w:rPr>
                <w:sz w:val="16"/>
              </w:rPr>
              <w:t>-377</w:t>
            </w:r>
          </w:p>
        </w:tc>
        <w:tc>
          <w:tcPr>
            <w:tcW w:type="dxa" w:w="1013"/>
          </w:tcPr>
          <w:p>
            <w:pPr>
              <w:spacing w:after="0"/>
              <w:jc w:val="left"/>
            </w:pPr>
          </w:p>
        </w:tc>
        <w:tc>
          <w:tcPr>
            <w:tcW w:type="dxa" w:w="2634"/>
          </w:tcPr>
          <w:p>
            <w:pPr>
              <w:spacing w:after="0"/>
              <w:jc w:val="left"/>
            </w:pPr>
            <w:r>
              <w:rPr>
                <w:sz w:val="16"/>
              </w:rPr>
              <w:t>member approved 2020-08-25</w:t>
            </w:r>
          </w:p>
        </w:tc>
      </w:tr>
      <w:tr>
        <w:trPr>
          <w:cantSplit/>
        </w:trPr>
        <w:tc>
          <w:tcPr>
            <w:tcW w:type="dxa" w:w="1299"/>
          </w:tcPr>
          <w:p>
            <w:pPr>
              <w:spacing w:after="0"/>
              <w:jc w:val="left"/>
            </w:pPr>
            <w:r>
              <w:rPr>
                <w:sz w:val="16"/>
              </w:rPr>
              <w:t>Fort Stockton city</w:t>
            </w:r>
          </w:p>
        </w:tc>
        <w:tc>
          <w:tcPr>
            <w:tcW w:type="dxa" w:w="726"/>
          </w:tcPr>
          <w:p>
            <w:pPr>
              <w:spacing w:after="0"/>
              <w:jc w:val="left"/>
            </w:pPr>
            <w:r>
              <w:rPr>
                <w:sz w:val="16"/>
              </w:rPr>
              <w:t>City</w:t>
            </w:r>
          </w:p>
        </w:tc>
        <w:tc>
          <w:tcPr>
            <w:tcW w:type="dxa" w:w="2157"/>
          </w:tcPr>
          <w:p>
            <w:pPr>
              <w:spacing w:after="0"/>
              <w:jc w:val="left"/>
            </w:pPr>
            <w:r>
              <w:rPr>
                <w:sz w:val="16"/>
              </w:rPr>
              <w:t>Expired on 2025-09-16</w:t>
            </w:r>
          </w:p>
        </w:tc>
        <w:tc>
          <w:tcPr>
            <w:tcW w:type="dxa" w:w="3111"/>
          </w:tcPr>
          <w:p>
            <w:pPr>
              <w:spacing w:after="0"/>
              <w:jc w:val="left"/>
            </w:pPr>
            <w:r>
              <w:rPr>
                <w:sz w:val="16"/>
              </w:rPr>
              <w:t>Pecos County (FEMA plan 105041)</w:t>
            </w:r>
          </w:p>
        </w:tc>
        <w:tc>
          <w:tcPr>
            <w:tcW w:type="dxa" w:w="1108"/>
          </w:tcPr>
          <w:p>
            <w:pPr>
              <w:spacing w:after="0"/>
              <w:jc w:val="left"/>
            </w:pPr>
            <w:r>
              <w:rPr>
                <w:sz w:val="16"/>
              </w:rPr>
              <w:t>2020-09-17</w:t>
            </w:r>
          </w:p>
        </w:tc>
        <w:tc>
          <w:tcPr>
            <w:tcW w:type="dxa" w:w="1108"/>
          </w:tcPr>
          <w:p>
            <w:pPr>
              <w:spacing w:after="0"/>
              <w:jc w:val="left"/>
            </w:pPr>
            <w:r>
              <w:rPr>
                <w:sz w:val="16"/>
              </w:rPr>
              <w:t>2025-09-16</w:t>
            </w:r>
          </w:p>
        </w:tc>
        <w:tc>
          <w:tcPr>
            <w:tcW w:type="dxa" w:w="955"/>
          </w:tcPr>
          <w:p>
            <w:pPr>
              <w:spacing w:after="0"/>
              <w:jc w:val="right"/>
            </w:pPr>
            <w:r>
              <w:rPr>
                <w:sz w:val="16"/>
              </w:rPr>
              <w:t>-377</w:t>
            </w:r>
          </w:p>
        </w:tc>
        <w:tc>
          <w:tcPr>
            <w:tcW w:type="dxa" w:w="1013"/>
          </w:tcPr>
          <w:p>
            <w:pPr>
              <w:spacing w:after="0"/>
              <w:jc w:val="left"/>
            </w:pPr>
          </w:p>
        </w:tc>
        <w:tc>
          <w:tcPr>
            <w:tcW w:type="dxa" w:w="2634"/>
          </w:tcPr>
          <w:p>
            <w:pPr>
              <w:spacing w:after="0"/>
              <w:jc w:val="left"/>
            </w:pPr>
            <w:r>
              <w:rPr>
                <w:sz w:val="16"/>
              </w:rPr>
              <w:t>member approved 2020-08-24</w:t>
            </w:r>
          </w:p>
        </w:tc>
      </w:tr>
      <w:tr>
        <w:trPr>
          <w:cantSplit/>
        </w:trPr>
        <w:tc>
          <w:tcPr>
            <w:tcW w:type="dxa" w:w="1299"/>
          </w:tcPr>
          <w:p>
            <w:pPr>
              <w:spacing w:after="0"/>
              <w:jc w:val="left"/>
            </w:pPr>
            <w:r>
              <w:rPr>
                <w:sz w:val="16"/>
              </w:rPr>
              <w:t>Iraan city</w:t>
            </w:r>
          </w:p>
        </w:tc>
        <w:tc>
          <w:tcPr>
            <w:tcW w:type="dxa" w:w="726"/>
          </w:tcPr>
          <w:p>
            <w:pPr>
              <w:spacing w:after="0"/>
              <w:jc w:val="left"/>
            </w:pPr>
            <w:r>
              <w:rPr>
                <w:sz w:val="16"/>
              </w:rPr>
              <w:t>City</w:t>
            </w:r>
          </w:p>
        </w:tc>
        <w:tc>
          <w:tcPr>
            <w:tcW w:type="dxa" w:w="2157"/>
          </w:tcPr>
          <w:p>
            <w:pPr>
              <w:spacing w:after="0"/>
              <w:jc w:val="left"/>
            </w:pPr>
            <w:r>
              <w:rPr>
                <w:sz w:val="16"/>
              </w:rPr>
              <w:t>Expired on 2025-09-16</w:t>
            </w:r>
          </w:p>
        </w:tc>
        <w:tc>
          <w:tcPr>
            <w:tcW w:type="dxa" w:w="3111"/>
          </w:tcPr>
          <w:p>
            <w:pPr>
              <w:spacing w:after="0"/>
              <w:jc w:val="left"/>
            </w:pPr>
            <w:r>
              <w:rPr>
                <w:sz w:val="16"/>
              </w:rPr>
              <w:t>Pecos County (FEMA plan 105041)</w:t>
            </w:r>
          </w:p>
        </w:tc>
        <w:tc>
          <w:tcPr>
            <w:tcW w:type="dxa" w:w="1108"/>
          </w:tcPr>
          <w:p>
            <w:pPr>
              <w:spacing w:after="0"/>
              <w:jc w:val="left"/>
            </w:pPr>
            <w:r>
              <w:rPr>
                <w:sz w:val="16"/>
              </w:rPr>
              <w:t>2020-09-17</w:t>
            </w:r>
          </w:p>
        </w:tc>
        <w:tc>
          <w:tcPr>
            <w:tcW w:type="dxa" w:w="1108"/>
          </w:tcPr>
          <w:p>
            <w:pPr>
              <w:spacing w:after="0"/>
              <w:jc w:val="left"/>
            </w:pPr>
            <w:r>
              <w:rPr>
                <w:sz w:val="16"/>
              </w:rPr>
              <w:t>2025-09-16</w:t>
            </w:r>
          </w:p>
        </w:tc>
        <w:tc>
          <w:tcPr>
            <w:tcW w:type="dxa" w:w="955"/>
          </w:tcPr>
          <w:p>
            <w:pPr>
              <w:spacing w:after="0"/>
              <w:jc w:val="right"/>
            </w:pPr>
            <w:r>
              <w:rPr>
                <w:sz w:val="16"/>
              </w:rPr>
              <w:t>-377</w:t>
            </w:r>
          </w:p>
        </w:tc>
        <w:tc>
          <w:tcPr>
            <w:tcW w:type="dxa" w:w="1013"/>
          </w:tcPr>
          <w:p>
            <w:pPr>
              <w:spacing w:after="0"/>
              <w:jc w:val="left"/>
            </w:pPr>
          </w:p>
        </w:tc>
        <w:tc>
          <w:tcPr>
            <w:tcW w:type="dxa" w:w="2634"/>
          </w:tcPr>
          <w:p>
            <w:pPr>
              <w:spacing w:after="0"/>
              <w:jc w:val="left"/>
            </w:pPr>
            <w:r>
              <w:rPr>
                <w:sz w:val="16"/>
              </w:rPr>
              <w:t>member approved 2020-09-15</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$1,859,168</w:t>
            </w:r>
          </w:p>
        </w:tc>
        <w:tc>
          <w:tcPr>
            <w:tcW w:type="dxa" w:w="1126"/>
          </w:tcPr>
          <w:p>
            <w:pPr>
              <w:spacing w:after="0"/>
              <w:jc w:val="right"/>
            </w:pPr>
            <w:r>
              <w:rPr>
                <w:sz w:val="16"/>
              </w:rPr>
              <w:t>$0</w:t>
            </w:r>
          </w:p>
        </w:tc>
        <w:tc>
          <w:tcPr>
            <w:tcW w:type="dxa" w:w="1297"/>
          </w:tcPr>
          <w:p>
            <w:pPr>
              <w:spacing w:after="0"/>
              <w:jc w:val="right"/>
            </w:pPr>
            <w:r>
              <w:rPr>
                <w:sz w:val="16"/>
              </w:rPr>
              <w:t>$15,798</w:t>
            </w:r>
          </w:p>
        </w:tc>
        <w:tc>
          <w:tcPr>
            <w:tcW w:type="dxa" w:w="1111"/>
          </w:tcPr>
          <w:p>
            <w:pPr>
              <w:spacing w:after="0"/>
              <w:jc w:val="right"/>
            </w:pPr>
            <w:r>
              <w:rPr>
                <w:sz w:val="16"/>
              </w:rPr>
              <w:t>$1,874,966</w:t>
            </w:r>
          </w:p>
        </w:tc>
        <w:tc>
          <w:tcPr>
            <w:tcW w:type="dxa" w:w="1199"/>
          </w:tcPr>
          <w:p>
            <w:pPr>
              <w:spacing w:after="0"/>
              <w:jc w:val="right"/>
            </w:pPr>
            <w:r>
              <w:rPr>
                <w:sz w:val="16"/>
              </w:rPr>
              <w:t>124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Drought</w:t>
            </w:r>
          </w:p>
        </w:tc>
        <w:tc>
          <w:tcPr>
            <w:tcW w:type="dxa" w:w="1185"/>
          </w:tcPr>
          <w:p>
            <w:pPr>
              <w:spacing w:after="0"/>
              <w:jc w:val="left"/>
            </w:pPr>
            <w:r>
              <w:rPr>
                <w:sz w:val="16"/>
              </w:rPr>
              <w:t>Relatively High</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$1,641,910</w:t>
            </w:r>
          </w:p>
        </w:tc>
        <w:tc>
          <w:tcPr>
            <w:tcW w:type="dxa" w:w="1297"/>
          </w:tcPr>
          <w:p>
            <w:pPr>
              <w:spacing w:after="0"/>
              <w:jc w:val="right"/>
            </w:pPr>
          </w:p>
        </w:tc>
        <w:tc>
          <w:tcPr>
            <w:tcW w:type="dxa" w:w="1111"/>
          </w:tcPr>
          <w:p>
            <w:pPr>
              <w:spacing w:after="0"/>
              <w:jc w:val="right"/>
            </w:pPr>
            <w:r>
              <w:rPr>
                <w:sz w:val="16"/>
              </w:rPr>
              <w:t>$1,641,910</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$210,465</w:t>
            </w:r>
          </w:p>
        </w:tc>
        <w:tc>
          <w:tcPr>
            <w:tcW w:type="dxa" w:w="1126"/>
          </w:tcPr>
          <w:p>
            <w:pPr>
              <w:spacing w:after="0"/>
              <w:jc w:val="right"/>
            </w:pPr>
            <w:r>
              <w:rPr>
                <w:sz w:val="16"/>
              </w:rPr>
              <w:t>$288,594</w:t>
            </w:r>
          </w:p>
        </w:tc>
        <w:tc>
          <w:tcPr>
            <w:tcW w:type="dxa" w:w="1297"/>
          </w:tcPr>
          <w:p>
            <w:pPr>
              <w:spacing w:after="0"/>
              <w:jc w:val="right"/>
            </w:pPr>
            <w:r>
              <w:rPr>
                <w:sz w:val="16"/>
              </w:rPr>
              <w:t>$57,900</w:t>
            </w:r>
          </w:p>
        </w:tc>
        <w:tc>
          <w:tcPr>
            <w:tcW w:type="dxa" w:w="1111"/>
          </w:tcPr>
          <w:p>
            <w:pPr>
              <w:spacing w:after="0"/>
              <w:jc w:val="right"/>
            </w:pPr>
            <w:r>
              <w:rPr>
                <w:sz w:val="16"/>
              </w:rPr>
              <w:t>$556,959</w:t>
            </w:r>
          </w:p>
        </w:tc>
        <w:tc>
          <w:tcPr>
            <w:tcW w:type="dxa" w:w="1199"/>
          </w:tcPr>
          <w:p>
            <w:pPr>
              <w:spacing w:after="0"/>
              <w:jc w:val="right"/>
            </w:pPr>
            <w:r>
              <w:rPr>
                <w:sz w:val="16"/>
              </w:rPr>
              <w:t>502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w:t>
            </w:r>
          </w:p>
        </w:tc>
        <w:tc>
          <w:tcPr>
            <w:tcW w:type="dxa" w:w="1126"/>
          </w:tcPr>
          <w:p>
            <w:pPr>
              <w:spacing w:after="0"/>
              <w:jc w:val="right"/>
            </w:pPr>
            <w:r>
              <w:rPr>
                <w:sz w:val="16"/>
              </w:rPr>
              <w:t>$101</w:t>
            </w:r>
          </w:p>
        </w:tc>
        <w:tc>
          <w:tcPr>
            <w:tcW w:type="dxa" w:w="1297"/>
          </w:tcPr>
          <w:p>
            <w:pPr>
              <w:spacing w:after="0"/>
              <w:jc w:val="right"/>
            </w:pPr>
            <w:r>
              <w:rPr>
                <w:sz w:val="16"/>
              </w:rPr>
              <w:t>$403,487</w:t>
            </w:r>
          </w:p>
        </w:tc>
        <w:tc>
          <w:tcPr>
            <w:tcW w:type="dxa" w:w="1111"/>
          </w:tcPr>
          <w:p>
            <w:pPr>
              <w:spacing w:after="0"/>
              <w:jc w:val="right"/>
            </w:pPr>
            <w:r>
              <w:rPr>
                <w:sz w:val="16"/>
              </w:rPr>
              <w:t>$403,602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$5,635</w:t>
            </w:r>
          </w:p>
        </w:tc>
        <w:tc>
          <w:tcPr>
            <w:tcW w:type="dxa" w:w="1126"/>
          </w:tcPr>
          <w:p>
            <w:pPr>
              <w:spacing w:after="0"/>
              <w:jc w:val="right"/>
            </w:pPr>
          </w:p>
        </w:tc>
        <w:tc>
          <w:tcPr>
            <w:tcW w:type="dxa" w:w="1297"/>
          </w:tcPr>
          <w:p>
            <w:pPr>
              <w:spacing w:after="0"/>
              <w:jc w:val="right"/>
            </w:pPr>
            <w:r>
              <w:rPr>
                <w:sz w:val="16"/>
              </w:rPr>
              <w:t>$313,523</w:t>
            </w:r>
          </w:p>
        </w:tc>
        <w:tc>
          <w:tcPr>
            <w:tcW w:type="dxa" w:w="1111"/>
          </w:tcPr>
          <w:p>
            <w:pPr>
              <w:spacing w:after="0"/>
              <w:jc w:val="right"/>
            </w:pPr>
            <w:r>
              <w:rPr>
                <w:sz w:val="16"/>
              </w:rPr>
              <w:t>$319,158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$136,956</w:t>
            </w:r>
          </w:p>
        </w:tc>
        <w:tc>
          <w:tcPr>
            <w:tcW w:type="dxa" w:w="1126"/>
          </w:tcPr>
          <w:p>
            <w:pPr>
              <w:spacing w:after="0"/>
              <w:jc w:val="right"/>
            </w:pPr>
            <w:r>
              <w:rPr>
                <w:sz w:val="16"/>
              </w:rPr>
              <w:t>$16,895</w:t>
            </w:r>
          </w:p>
        </w:tc>
        <w:tc>
          <w:tcPr>
            <w:tcW w:type="dxa" w:w="1297"/>
          </w:tcPr>
          <w:p>
            <w:pPr>
              <w:spacing w:after="0"/>
              <w:jc w:val="right"/>
            </w:pPr>
            <w:r>
              <w:rPr>
                <w:sz w:val="16"/>
              </w:rPr>
              <w:t>$138,411</w:t>
            </w:r>
          </w:p>
        </w:tc>
        <w:tc>
          <w:tcPr>
            <w:tcW w:type="dxa" w:w="1111"/>
          </w:tcPr>
          <w:p>
            <w:pPr>
              <w:spacing w:after="0"/>
              <w:jc w:val="right"/>
            </w:pPr>
            <w:r>
              <w:rPr>
                <w:sz w:val="16"/>
              </w:rPr>
              <w:t>$292,262</w:t>
            </w:r>
          </w:p>
        </w:tc>
        <w:tc>
          <w:tcPr>
            <w:tcW w:type="dxa" w:w="1199"/>
          </w:tcPr>
          <w:p>
            <w:pPr>
              <w:spacing w:after="0"/>
              <w:jc w:val="right"/>
            </w:pPr>
            <w:r>
              <w:rPr>
                <w:sz w:val="16"/>
              </w:rPr>
              <w:t>171</w:t>
            </w:r>
          </w:p>
        </w:tc>
        <w:tc>
          <w:tcPr>
            <w:tcW w:type="dxa" w:w="2172"/>
          </w:tcPr>
          <w:p>
            <w:pPr>
              <w:spacing w:after="0"/>
              <w:jc w:val="left"/>
            </w:pPr>
          </w:p>
        </w:tc>
        <w:tc>
          <w:tcPr>
            <w:tcW w:type="dxa" w:w="2080"/>
          </w:tcPr>
          <w:p>
            <w:pPr>
              <w:spacing w:after="0"/>
              <w:jc w:val="left"/>
            </w:pPr>
            <w:r>
              <w:rPr>
                <w:sz w:val="16"/>
              </w:rPr>
              <w:t>Includes 21 High Wind records and 2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$134,937</w:t>
            </w:r>
          </w:p>
        </w:tc>
        <w:tc>
          <w:tcPr>
            <w:tcW w:type="dxa" w:w="1126"/>
          </w:tcPr>
          <w:p>
            <w:pPr>
              <w:spacing w:after="0"/>
              <w:jc w:val="right"/>
            </w:pPr>
            <w:r>
              <w:rPr>
                <w:sz w:val="16"/>
              </w:rPr>
              <w:t>$2,026</w:t>
            </w:r>
          </w:p>
        </w:tc>
        <w:tc>
          <w:tcPr>
            <w:tcW w:type="dxa" w:w="1297"/>
          </w:tcPr>
          <w:p>
            <w:pPr>
              <w:spacing w:after="0"/>
              <w:jc w:val="right"/>
            </w:pPr>
            <w:r>
              <w:rPr>
                <w:sz w:val="16"/>
              </w:rPr>
              <w:t>$127,776</w:t>
            </w:r>
          </w:p>
        </w:tc>
        <w:tc>
          <w:tcPr>
            <w:tcW w:type="dxa" w:w="1111"/>
          </w:tcPr>
          <w:p>
            <w:pPr>
              <w:spacing w:after="0"/>
              <w:jc w:val="right"/>
            </w:pPr>
            <w:r>
              <w:rPr>
                <w:sz w:val="16"/>
              </w:rPr>
              <w:t>$264,739</w:t>
            </w:r>
          </w:p>
        </w:tc>
        <w:tc>
          <w:tcPr>
            <w:tcW w:type="dxa" w:w="1199"/>
          </w:tcPr>
          <w:p>
            <w:pPr>
              <w:spacing w:after="0"/>
              <w:jc w:val="right"/>
            </w:pPr>
            <w:r>
              <w:rPr>
                <w:sz w:val="16"/>
              </w:rPr>
              <w:t>50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$800</w:t>
            </w:r>
          </w:p>
        </w:tc>
        <w:tc>
          <w:tcPr>
            <w:tcW w:type="dxa" w:w="1126"/>
          </w:tcPr>
          <w:p>
            <w:pPr>
              <w:spacing w:after="0"/>
              <w:jc w:val="right"/>
            </w:pPr>
            <w:r>
              <w:rPr>
                <w:sz w:val="16"/>
              </w:rPr>
              <w:t>$17,044</w:t>
            </w:r>
          </w:p>
        </w:tc>
        <w:tc>
          <w:tcPr>
            <w:tcW w:type="dxa" w:w="1297"/>
          </w:tcPr>
          <w:p>
            <w:pPr>
              <w:spacing w:after="0"/>
              <w:jc w:val="right"/>
            </w:pPr>
            <w:r>
              <w:rPr>
                <w:sz w:val="16"/>
              </w:rPr>
              <w:t>$120,195</w:t>
            </w:r>
          </w:p>
        </w:tc>
        <w:tc>
          <w:tcPr>
            <w:tcW w:type="dxa" w:w="1111"/>
          </w:tcPr>
          <w:p>
            <w:pPr>
              <w:spacing w:after="0"/>
              <w:jc w:val="right"/>
            </w:pPr>
            <w:r>
              <w:rPr>
                <w:sz w:val="16"/>
              </w:rPr>
              <w:t>$138,038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9</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$74,197</w:t>
            </w:r>
          </w:p>
        </w:tc>
        <w:tc>
          <w:tcPr>
            <w:tcW w:type="dxa" w:w="1126"/>
          </w:tcPr>
          <w:p>
            <w:pPr>
              <w:spacing w:after="0"/>
              <w:jc w:val="right"/>
            </w:pPr>
            <w:r>
              <w:rPr>
                <w:sz w:val="16"/>
              </w:rPr>
              <w:t>$134</w:t>
            </w:r>
          </w:p>
        </w:tc>
        <w:tc>
          <w:tcPr>
            <w:tcW w:type="dxa" w:w="1297"/>
          </w:tcPr>
          <w:p>
            <w:pPr>
              <w:spacing w:after="0"/>
              <w:jc w:val="right"/>
            </w:pPr>
            <w:r>
              <w:rPr>
                <w:sz w:val="16"/>
              </w:rPr>
              <w:t>$6,571</w:t>
            </w:r>
          </w:p>
        </w:tc>
        <w:tc>
          <w:tcPr>
            <w:tcW w:type="dxa" w:w="1111"/>
          </w:tcPr>
          <w:p>
            <w:pPr>
              <w:spacing w:after="0"/>
              <w:jc w:val="right"/>
            </w:pPr>
            <w:r>
              <w:rPr>
                <w:sz w:val="16"/>
              </w:rPr>
              <w:t>$80,902</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$68,855</w:t>
            </w:r>
          </w:p>
        </w:tc>
        <w:tc>
          <w:tcPr>
            <w:tcW w:type="dxa" w:w="1126"/>
          </w:tcPr>
          <w:p>
            <w:pPr>
              <w:spacing w:after="0"/>
              <w:jc w:val="right"/>
            </w:pPr>
          </w:p>
        </w:tc>
        <w:tc>
          <w:tcPr>
            <w:tcW w:type="dxa" w:w="1297"/>
          </w:tcPr>
          <w:p>
            <w:pPr>
              <w:spacing w:after="0"/>
              <w:jc w:val="right"/>
            </w:pPr>
            <w:r>
              <w:rPr>
                <w:sz w:val="16"/>
              </w:rPr>
              <w:t>$6,612</w:t>
            </w:r>
          </w:p>
        </w:tc>
        <w:tc>
          <w:tcPr>
            <w:tcW w:type="dxa" w:w="1111"/>
          </w:tcPr>
          <w:p>
            <w:pPr>
              <w:spacing w:after="0"/>
              <w:jc w:val="right"/>
            </w:pPr>
            <w:r>
              <w:rPr>
                <w:sz w:val="16"/>
              </w:rPr>
              <w:t>$75,467</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$1,490</w:t>
            </w:r>
          </w:p>
        </w:tc>
        <w:tc>
          <w:tcPr>
            <w:tcW w:type="dxa" w:w="1126"/>
          </w:tcPr>
          <w:p>
            <w:pPr>
              <w:spacing w:after="0"/>
              <w:jc w:val="right"/>
            </w:pPr>
            <w:r>
              <w:rPr>
                <w:sz w:val="16"/>
              </w:rPr>
              <w:t>$261</w:t>
            </w:r>
          </w:p>
        </w:tc>
        <w:tc>
          <w:tcPr>
            <w:tcW w:type="dxa" w:w="1297"/>
          </w:tcPr>
          <w:p>
            <w:pPr>
              <w:spacing w:after="0"/>
              <w:jc w:val="right"/>
            </w:pPr>
            <w:r>
              <w:rPr>
                <w:sz w:val="16"/>
              </w:rPr>
              <w:t>$56,772</w:t>
            </w:r>
          </w:p>
        </w:tc>
        <w:tc>
          <w:tcPr>
            <w:tcW w:type="dxa" w:w="1111"/>
          </w:tcPr>
          <w:p>
            <w:pPr>
              <w:spacing w:after="0"/>
              <w:jc w:val="right"/>
            </w:pPr>
            <w:r>
              <w:rPr>
                <w:sz w:val="16"/>
              </w:rPr>
              <w:t>$58,524</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$16,632</w:t>
            </w:r>
          </w:p>
        </w:tc>
        <w:tc>
          <w:tcPr>
            <w:tcW w:type="dxa" w:w="1126"/>
          </w:tcPr>
          <w:p>
            <w:pPr>
              <w:spacing w:after="0"/>
              <w:jc w:val="right"/>
            </w:pPr>
          </w:p>
        </w:tc>
        <w:tc>
          <w:tcPr>
            <w:tcW w:type="dxa" w:w="1297"/>
          </w:tcPr>
          <w:p>
            <w:pPr>
              <w:spacing w:after="0"/>
              <w:jc w:val="right"/>
            </w:pPr>
            <w:r>
              <w:rPr>
                <w:sz w:val="16"/>
              </w:rPr>
              <w:t>$3,998</w:t>
            </w:r>
          </w:p>
        </w:tc>
        <w:tc>
          <w:tcPr>
            <w:tcW w:type="dxa" w:w="1111"/>
          </w:tcPr>
          <w:p>
            <w:pPr>
              <w:spacing w:after="0"/>
              <w:jc w:val="right"/>
            </w:pPr>
            <w:r>
              <w:rPr>
                <w:sz w:val="16"/>
              </w:rPr>
              <w:t>$20,629</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$6,294</w:t>
            </w:r>
          </w:p>
        </w:tc>
        <w:tc>
          <w:tcPr>
            <w:tcW w:type="dxa" w:w="1126"/>
          </w:tcPr>
          <w:p>
            <w:pPr>
              <w:spacing w:after="0"/>
              <w:jc w:val="right"/>
            </w:pPr>
            <w:r>
              <w:rPr>
                <w:sz w:val="16"/>
              </w:rPr>
              <w:t>$3,444</w:t>
            </w:r>
          </w:p>
        </w:tc>
        <w:tc>
          <w:tcPr>
            <w:tcW w:type="dxa" w:w="1297"/>
          </w:tcPr>
          <w:p>
            <w:pPr>
              <w:spacing w:after="0"/>
              <w:jc w:val="right"/>
            </w:pPr>
            <w:r>
              <w:rPr>
                <w:sz w:val="16"/>
              </w:rPr>
              <w:t>$100</w:t>
            </w:r>
          </w:p>
        </w:tc>
        <w:tc>
          <w:tcPr>
            <w:tcW w:type="dxa" w:w="1111"/>
          </w:tcPr>
          <w:p>
            <w:pPr>
              <w:spacing w:after="0"/>
              <w:jc w:val="right"/>
            </w:pPr>
            <w:r>
              <w:rPr>
                <w:sz w:val="16"/>
              </w:rPr>
              <w:t>$9,838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p>
        </w:tc>
        <w:tc>
          <w:tcPr>
            <w:tcW w:type="dxa" w:w="1297"/>
          </w:tcPr>
          <w:p>
            <w:pPr>
              <w:spacing w:after="0"/>
              <w:jc w:val="right"/>
            </w:pPr>
            <w:r>
              <w:rPr>
                <w:sz w:val="16"/>
              </w:rPr>
              <w:t>$40</w:t>
            </w:r>
          </w:p>
        </w:tc>
        <w:tc>
          <w:tcPr>
            <w:tcW w:type="dxa" w:w="1111"/>
          </w:tcPr>
          <w:p>
            <w:pPr>
              <w:spacing w:after="0"/>
              <w:jc w:val="right"/>
            </w:pPr>
            <w:r>
              <w:rPr>
                <w:sz w:val="16"/>
              </w:rPr>
              <w:t>$51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15</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$1</w:t>
            </w:r>
          </w:p>
        </w:tc>
        <w:tc>
          <w:tcPr>
            <w:tcW w:type="dxa" w:w="1111"/>
          </w:tcPr>
          <w:p>
            <w:pPr>
              <w:spacing w:after="0"/>
              <w:jc w:val="right"/>
            </w:pPr>
            <w:r>
              <w:rPr>
                <w:sz w:val="16"/>
              </w:rPr>
              <w:t>$1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1"/>
        <w:gridCol w:w="1776"/>
        <w:gridCol w:w="1610"/>
        <w:gridCol w:w="1413"/>
        <w:gridCol w:w="1694"/>
        <w:gridCol w:w="1801"/>
        <w:gridCol w:w="1687"/>
        <w:gridCol w:w="2329"/>
      </w:tblGrid>
      <w:tr>
        <w:trPr>
          <w:cantSplit/>
          <w:tblHeader/>
        </w:trPr>
        <w:tc>
          <w:tcPr>
            <w:tcW w:type="dxa" w:w="1801"/>
            <w:shd w:val="clear" w:color="auto" w:fill="E8E8E8"/>
          </w:tcPr>
          <w:p>
            <w:pPr>
              <w:spacing w:after="0"/>
              <w:jc w:val="left"/>
            </w:pPr>
            <w:r>
              <w:rPr>
                <w:b/>
                <w:sz w:val="16"/>
              </w:rPr>
              <w:t>Hazard</w:t>
            </w:r>
          </w:p>
        </w:tc>
        <w:tc>
          <w:tcPr>
            <w:tcW w:type="dxa" w:w="1776"/>
            <w:shd w:val="clear" w:color="auto" w:fill="E8E8E8"/>
          </w:tcPr>
          <w:p>
            <w:pPr>
              <w:spacing w:after="0"/>
              <w:jc w:val="left"/>
            </w:pPr>
            <w:r>
              <w:rPr>
                <w:b/>
                <w:sz w:val="16"/>
              </w:rPr>
              <w:t>Scale</w:t>
            </w:r>
          </w:p>
        </w:tc>
        <w:tc>
          <w:tcPr>
            <w:tcW w:type="dxa" w:w="1610"/>
            <w:shd w:val="clear" w:color="auto" w:fill="E8E8E8"/>
          </w:tcPr>
          <w:p>
            <w:pPr>
              <w:spacing w:after="0"/>
              <w:jc w:val="right"/>
            </w:pPr>
            <w:r>
              <w:rPr>
                <w:b/>
                <w:sz w:val="16"/>
              </w:rPr>
              <w:t>Records</w:t>
            </w:r>
          </w:p>
          <w:p>
            <w:pPr>
              <w:spacing w:after="0"/>
              <w:jc w:val="right"/>
            </w:pPr>
            <w:r>
              <w:rPr>
                <w:i/>
                <w:color w:val="555555"/>
                <w:sz w:val="14"/>
              </w:rPr>
              <w:t>count, years</w:t>
            </w:r>
          </w:p>
        </w:tc>
        <w:tc>
          <w:tcPr>
            <w:tcW w:type="dxa" w:w="1413"/>
            <w:shd w:val="clear" w:color="auto" w:fill="E8E8E8"/>
          </w:tcPr>
          <w:p>
            <w:pPr>
              <w:spacing w:after="0"/>
              <w:jc w:val="left"/>
            </w:pPr>
            <w:r>
              <w:rPr>
                <w:b/>
                <w:sz w:val="16"/>
              </w:rPr>
              <w:t>Observed range</w:t>
            </w:r>
          </w:p>
        </w:tc>
        <w:tc>
          <w:tcPr>
            <w:tcW w:type="dxa" w:w="1694"/>
            <w:shd w:val="clear" w:color="auto" w:fill="E8E8E8"/>
          </w:tcPr>
          <w:p>
            <w:pPr>
              <w:spacing w:after="0"/>
              <w:jc w:val="left"/>
            </w:pPr>
            <w:r>
              <w:rPr>
                <w:b/>
                <w:sz w:val="16"/>
              </w:rPr>
              <w:t>Worst recorded event</w:t>
            </w:r>
          </w:p>
        </w:tc>
        <w:tc>
          <w:tcPr>
            <w:tcW w:type="dxa" w:w="1801"/>
            <w:shd w:val="clear" w:color="auto" w:fill="E8E8E8"/>
          </w:tcPr>
          <w:p>
            <w:pPr>
              <w:spacing w:after="0"/>
              <w:jc w:val="left"/>
            </w:pPr>
            <w:r>
              <w:rPr>
                <w:b/>
                <w:sz w:val="16"/>
              </w:rPr>
              <w:t>Most damaging (when different)</w:t>
            </w:r>
          </w:p>
        </w:tc>
        <w:tc>
          <w:tcPr>
            <w:tcW w:type="dxa" w:w="1687"/>
            <w:shd w:val="clear" w:color="auto" w:fill="E8E8E8"/>
          </w:tcPr>
          <w:p>
            <w:pPr>
              <w:spacing w:after="0"/>
              <w:jc w:val="left"/>
            </w:pPr>
            <w:r>
              <w:rPr>
                <w:b/>
                <w:sz w:val="16"/>
              </w:rPr>
              <w:t>How it applies to members</w:t>
            </w:r>
          </w:p>
        </w:tc>
        <w:tc>
          <w:tcPr>
            <w:tcW w:type="dxa" w:w="2329"/>
            <w:shd w:val="clear" w:color="auto" w:fill="E8E8E8"/>
          </w:tcPr>
          <w:p>
            <w:pPr>
              <w:spacing w:after="0"/>
              <w:jc w:val="left"/>
            </w:pPr>
            <w:r>
              <w:rPr>
                <w:b/>
                <w:sz w:val="16"/>
              </w:rPr>
              <w:t>Note</w:t>
            </w:r>
          </w:p>
        </w:tc>
      </w:tr>
      <w:tr>
        <w:trPr>
          <w:cantSplit/>
        </w:trPr>
        <w:tc>
          <w:tcPr>
            <w:tcW w:type="dxa" w:w="1801"/>
          </w:tcPr>
          <w:p>
            <w:pPr>
              <w:spacing w:after="0"/>
              <w:jc w:val="left"/>
            </w:pPr>
            <w:r>
              <w:rPr>
                <w:sz w:val="16"/>
              </w:rPr>
              <w:t>Avalanche</w:t>
            </w:r>
          </w:p>
        </w:tc>
        <w:tc>
          <w:tcPr>
            <w:tcW w:type="dxa" w:w="1776"/>
          </w:tcPr>
          <w:p>
            <w:pPr>
              <w:spacing w:after="0"/>
              <w:jc w:val="left"/>
            </w:pPr>
            <w:r>
              <w:rPr>
                <w:sz w:val="16"/>
              </w:rPr>
              <w:t>none (count and damage)</w:t>
            </w:r>
          </w:p>
        </w:tc>
        <w:tc>
          <w:tcPr>
            <w:tcW w:type="dxa" w:w="1610"/>
          </w:tcPr>
          <w:p>
            <w:pPr>
              <w:spacing w:after="0"/>
              <w:jc w:val="right"/>
            </w:pPr>
            <w:r>
              <w:rPr>
                <w:sz w:val="16"/>
              </w:rPr>
              <w:t>0</w:t>
            </w:r>
          </w:p>
        </w:tc>
        <w:tc>
          <w:tcPr>
            <w:tcW w:type="dxa" w:w="1413"/>
          </w:tcPr>
          <w:p>
            <w:pPr>
              <w:spacing w:after="0"/>
              <w:jc w:val="left"/>
            </w:pPr>
          </w:p>
        </w:tc>
        <w:tc>
          <w:tcPr>
            <w:tcW w:type="dxa" w:w="1694"/>
          </w:tcPr>
          <w:p>
            <w:pPr>
              <w:spacing w:after="0"/>
              <w:jc w:val="left"/>
            </w:pPr>
          </w:p>
        </w:tc>
        <w:tc>
          <w:tcPr>
            <w:tcW w:type="dxa" w:w="1801"/>
          </w:tcPr>
          <w:p>
            <w:pPr>
              <w:spacing w:after="0"/>
              <w:jc w:val="left"/>
            </w:pPr>
          </w:p>
        </w:tc>
        <w:tc>
          <w:tcPr>
            <w:tcW w:type="dxa" w:w="1687"/>
          </w:tcPr>
          <w:p>
            <w:pPr>
              <w:spacing w:after="0"/>
              <w:jc w:val="left"/>
            </w:pPr>
          </w:p>
        </w:tc>
        <w:tc>
          <w:tcPr>
            <w:tcW w:type="dxa" w:w="2329"/>
          </w:tcPr>
          <w:p>
            <w:pPr>
              <w:spacing w:after="0"/>
              <w:jc w:val="left"/>
            </w:pPr>
            <w:r>
              <w:rPr>
                <w:sz w:val="16"/>
              </w:rPr>
              <w:t>Physical measure: in event narratives only; local data required.</w:t>
            </w:r>
          </w:p>
        </w:tc>
      </w:tr>
      <w:tr>
        <w:trPr>
          <w:cantSplit/>
        </w:trPr>
        <w:tc>
          <w:tcPr>
            <w:tcW w:type="dxa" w:w="1801"/>
          </w:tcPr>
          <w:p>
            <w:pPr>
              <w:spacing w:after="0"/>
              <w:jc w:val="left"/>
            </w:pPr>
            <w:r>
              <w:rPr>
                <w:sz w:val="16"/>
              </w:rPr>
              <w:t>Coastal Flood, Storm Surge/Tide</w:t>
            </w:r>
          </w:p>
        </w:tc>
        <w:tc>
          <w:tcPr>
            <w:tcW w:type="dxa" w:w="1776"/>
          </w:tcPr>
          <w:p>
            <w:pPr>
              <w:spacing w:after="0"/>
              <w:jc w:val="left"/>
            </w:pPr>
            <w:r>
              <w:rPr>
                <w:sz w:val="16"/>
              </w:rPr>
              <w:t>none in data (FIRM for depth)</w:t>
            </w:r>
          </w:p>
        </w:tc>
        <w:tc>
          <w:tcPr>
            <w:tcW w:type="dxa" w:w="1610"/>
          </w:tcPr>
          <w:p>
            <w:pPr>
              <w:spacing w:after="0"/>
              <w:jc w:val="right"/>
            </w:pPr>
            <w:r>
              <w:rPr>
                <w:sz w:val="16"/>
              </w:rPr>
              <w:t>0</w:t>
            </w:r>
          </w:p>
        </w:tc>
        <w:tc>
          <w:tcPr>
            <w:tcW w:type="dxa" w:w="1413"/>
          </w:tcPr>
          <w:p>
            <w:pPr>
              <w:spacing w:after="0"/>
              <w:jc w:val="left"/>
            </w:pPr>
          </w:p>
        </w:tc>
        <w:tc>
          <w:tcPr>
            <w:tcW w:type="dxa" w:w="1694"/>
          </w:tcPr>
          <w:p>
            <w:pPr>
              <w:spacing w:after="0"/>
              <w:jc w:val="left"/>
            </w:pPr>
          </w:p>
        </w:tc>
        <w:tc>
          <w:tcPr>
            <w:tcW w:type="dxa" w:w="1801"/>
          </w:tcPr>
          <w:p>
            <w:pPr>
              <w:spacing w:after="0"/>
              <w:jc w:val="left"/>
            </w:pPr>
          </w:p>
        </w:tc>
        <w:tc>
          <w:tcPr>
            <w:tcW w:type="dxa" w:w="1687"/>
          </w:tcPr>
          <w:p>
            <w:pPr>
              <w:spacing w:after="0"/>
              <w:jc w:val="left"/>
            </w:pPr>
          </w:p>
        </w:tc>
        <w:tc>
          <w:tcPr>
            <w:tcW w:type="dxa" w:w="2329"/>
          </w:tcPr>
          <w:p>
            <w:pPr>
              <w:spacing w:after="0"/>
              <w:jc w:val="left"/>
            </w:pPr>
            <w:r>
              <w:rPr>
                <w:sz w:val="16"/>
              </w:rPr>
              <w:t>Flood depth: see the FEMA Flood Insurance Rate Map.</w:t>
            </w:r>
          </w:p>
        </w:tc>
      </w:tr>
      <w:tr>
        <w:trPr>
          <w:cantSplit/>
        </w:trPr>
        <w:tc>
          <w:tcPr>
            <w:tcW w:type="dxa" w:w="1801"/>
          </w:tcPr>
          <w:p>
            <w:pPr>
              <w:spacing w:after="0"/>
              <w:jc w:val="left"/>
            </w:pPr>
            <w:r>
              <w:rPr>
                <w:sz w:val="16"/>
              </w:rPr>
              <w:t>Cold/Wind Chill, Extreme Cold/Wind Chill</w:t>
            </w:r>
          </w:p>
        </w:tc>
        <w:tc>
          <w:tcPr>
            <w:tcW w:type="dxa" w:w="1776"/>
          </w:tcPr>
          <w:p>
            <w:pPr>
              <w:spacing w:after="0"/>
              <w:jc w:val="left"/>
            </w:pPr>
            <w:r>
              <w:rPr>
                <w:sz w:val="16"/>
              </w:rPr>
              <w:t>wind chill</w:t>
            </w:r>
          </w:p>
        </w:tc>
        <w:tc>
          <w:tcPr>
            <w:tcW w:type="dxa" w:w="1610"/>
          </w:tcPr>
          <w:p>
            <w:pPr>
              <w:spacing w:after="0"/>
              <w:jc w:val="right"/>
            </w:pPr>
            <w:r>
              <w:rPr>
                <w:sz w:val="16"/>
              </w:rPr>
              <w:t>0</w:t>
            </w:r>
          </w:p>
        </w:tc>
        <w:tc>
          <w:tcPr>
            <w:tcW w:type="dxa" w:w="1413"/>
          </w:tcPr>
          <w:p>
            <w:pPr>
              <w:spacing w:after="0"/>
              <w:jc w:val="left"/>
            </w:pPr>
          </w:p>
        </w:tc>
        <w:tc>
          <w:tcPr>
            <w:tcW w:type="dxa" w:w="1694"/>
          </w:tcPr>
          <w:p>
            <w:pPr>
              <w:spacing w:after="0"/>
              <w:jc w:val="left"/>
            </w:pPr>
          </w:p>
        </w:tc>
        <w:tc>
          <w:tcPr>
            <w:tcW w:type="dxa" w:w="1801"/>
          </w:tcPr>
          <w:p>
            <w:pPr>
              <w:spacing w:after="0"/>
              <w:jc w:val="left"/>
            </w:pPr>
          </w:p>
        </w:tc>
        <w:tc>
          <w:tcPr>
            <w:tcW w:type="dxa" w:w="1687"/>
          </w:tcPr>
          <w:p>
            <w:pPr>
              <w:spacing w:after="0"/>
              <w:jc w:val="left"/>
            </w:pPr>
          </w:p>
        </w:tc>
        <w:tc>
          <w:tcPr>
            <w:tcW w:type="dxa" w:w="2329"/>
          </w:tcPr>
          <w:p>
            <w:pPr>
              <w:spacing w:after="0"/>
              <w:jc w:val="left"/>
            </w:pPr>
            <w:r>
              <w:rPr>
                <w:sz w:val="16"/>
              </w:rPr>
              <w:t>Wind chill: in event narratives only; local data required.</w:t>
            </w:r>
          </w:p>
        </w:tc>
      </w:tr>
      <w:tr>
        <w:trPr>
          <w:cantSplit/>
        </w:trPr>
        <w:tc>
          <w:tcPr>
            <w:tcW w:type="dxa" w:w="1801"/>
          </w:tcPr>
          <w:p>
            <w:pPr>
              <w:spacing w:after="0"/>
              <w:jc w:val="left"/>
            </w:pPr>
            <w:r>
              <w:rPr>
                <w:sz w:val="16"/>
              </w:rPr>
              <w:t>Frost/Freeze (outside NRI Cold Wave definition)</w:t>
            </w:r>
          </w:p>
        </w:tc>
        <w:tc>
          <w:tcPr>
            <w:tcW w:type="dxa" w:w="1776"/>
          </w:tcPr>
          <w:p>
            <w:pPr>
              <w:spacing w:after="0"/>
              <w:jc w:val="left"/>
            </w:pPr>
            <w:r>
              <w:rPr>
                <w:sz w:val="16"/>
              </w:rPr>
              <w:t>crop damage</w:t>
            </w:r>
          </w:p>
        </w:tc>
        <w:tc>
          <w:tcPr>
            <w:tcW w:type="dxa" w:w="1610"/>
          </w:tcPr>
          <w:p>
            <w:pPr>
              <w:spacing w:after="0"/>
              <w:jc w:val="right"/>
            </w:pPr>
            <w:r>
              <w:rPr>
                <w:sz w:val="16"/>
              </w:rPr>
              <w:t>0</w:t>
            </w:r>
          </w:p>
        </w:tc>
        <w:tc>
          <w:tcPr>
            <w:tcW w:type="dxa" w:w="1413"/>
          </w:tcPr>
          <w:p>
            <w:pPr>
              <w:spacing w:after="0"/>
              <w:jc w:val="left"/>
            </w:pPr>
          </w:p>
        </w:tc>
        <w:tc>
          <w:tcPr>
            <w:tcW w:type="dxa" w:w="1694"/>
          </w:tcPr>
          <w:p>
            <w:pPr>
              <w:spacing w:after="0"/>
              <w:jc w:val="left"/>
            </w:pPr>
          </w:p>
        </w:tc>
        <w:tc>
          <w:tcPr>
            <w:tcW w:type="dxa" w:w="1801"/>
          </w:tcPr>
          <w:p>
            <w:pPr>
              <w:spacing w:after="0"/>
              <w:jc w:val="left"/>
            </w:pPr>
          </w:p>
        </w:tc>
        <w:tc>
          <w:tcPr>
            <w:tcW w:type="dxa" w:w="1687"/>
          </w:tcPr>
          <w:p>
            <w:pPr>
              <w:spacing w:after="0"/>
              <w:jc w:val="left"/>
            </w:pPr>
          </w:p>
        </w:tc>
        <w:tc>
          <w:tcPr>
            <w:tcW w:type="dxa" w:w="2329"/>
          </w:tcPr>
          <w:p>
            <w:pPr>
              <w:spacing w:after="0"/>
              <w:jc w:val="left"/>
            </w:pPr>
            <w:r>
              <w:rPr>
                <w:sz w:val="16"/>
              </w:rPr>
              <w:t>Temperature: in event narratives only; local data required.</w:t>
            </w:r>
          </w:p>
        </w:tc>
      </w:tr>
      <w:tr>
        <w:trPr>
          <w:cantSplit/>
        </w:trPr>
        <w:tc>
          <w:tcPr>
            <w:tcW w:type="dxa" w:w="1801"/>
          </w:tcPr>
          <w:p>
            <w:pPr>
              <w:spacing w:after="0"/>
              <w:jc w:val="left"/>
            </w:pPr>
            <w:r>
              <w:rPr>
                <w:sz w:val="16"/>
              </w:rPr>
              <w:t>Drought</w:t>
            </w:r>
          </w:p>
        </w:tc>
        <w:tc>
          <w:tcPr>
            <w:tcW w:type="dxa" w:w="1776"/>
          </w:tcPr>
          <w:p>
            <w:pPr>
              <w:spacing w:after="0"/>
              <w:jc w:val="left"/>
            </w:pPr>
            <w:r>
              <w:rPr>
                <w:sz w:val="16"/>
              </w:rPr>
              <w:t>US Drought Monitor D-scale</w:t>
            </w:r>
          </w:p>
        </w:tc>
        <w:tc>
          <w:tcPr>
            <w:tcW w:type="dxa" w:w="1610"/>
          </w:tcPr>
          <w:p>
            <w:pPr>
              <w:spacing w:after="0"/>
              <w:jc w:val="right"/>
            </w:pPr>
            <w:r>
              <w:rPr>
                <w:sz w:val="16"/>
              </w:rPr>
              <w:t>17, 1996 to 2006 (17 zone-level)</w:t>
            </w:r>
          </w:p>
        </w:tc>
        <w:tc>
          <w:tcPr>
            <w:tcW w:type="dxa" w:w="1413"/>
          </w:tcPr>
          <w:p>
            <w:pPr>
              <w:spacing w:after="0"/>
              <w:jc w:val="left"/>
            </w:pPr>
            <w:r>
              <w:rPr>
                <w:sz w:val="16"/>
              </w:rPr>
              <w:t>22 days to 394 days (median 46 days); 4 with a recorded value</w:t>
            </w:r>
          </w:p>
        </w:tc>
        <w:tc>
          <w:tcPr>
            <w:tcW w:type="dxa" w:w="1694"/>
          </w:tcPr>
          <w:p>
            <w:pPr>
              <w:spacing w:after="0"/>
              <w:jc w:val="left"/>
            </w:pPr>
            <w:r>
              <w:rPr>
                <w:sz w:val="16"/>
              </w:rPr>
              <w:t>394 days (about 12.9 months), 1998-04-01 to 1999-04-29, a run of 13 consecutive Storm Events drought records, zone-level</w:t>
            </w:r>
          </w:p>
        </w:tc>
        <w:tc>
          <w:tcPr>
            <w:tcW w:type="dxa" w:w="1801"/>
          </w:tcPr>
          <w:p>
            <w:pPr>
              <w:spacing w:after="0"/>
              <w:jc w:val="left"/>
            </w:pPr>
            <w:r>
              <w:rPr>
                <w:sz w:val="16"/>
              </w:rPr>
              <w:t>Drought, 1996-08-01, property not reported; $1,200,000 crops, reported for the zone (1996 dollars)</w:t>
            </w:r>
          </w:p>
        </w:tc>
        <w:tc>
          <w:tcPr>
            <w:tcW w:type="dxa" w:w="1687"/>
          </w:tcPr>
          <w:p>
            <w:pPr>
              <w:spacing w:after="0"/>
              <w:jc w:val="left"/>
            </w:pPr>
            <w:r>
              <w:rPr>
                <w:sz w:val="16"/>
              </w:rPr>
              <w:t>Zone-level records: applies countywide; national data do not locate these events within the county.</w:t>
            </w:r>
          </w:p>
        </w:tc>
        <w:tc>
          <w:tcPr>
            <w:tcW w:type="dxa" w:w="23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1"/>
          </w:tcPr>
          <w:p>
            <w:pPr>
              <w:spacing w:after="0"/>
              <w:jc w:val="left"/>
            </w:pPr>
            <w:r>
              <w:rPr>
                <w:sz w:val="16"/>
              </w:rPr>
              <w:t>Earthquake</w:t>
            </w:r>
          </w:p>
        </w:tc>
        <w:tc>
          <w:tcPr>
            <w:tcW w:type="dxa" w:w="1776"/>
          </w:tcPr>
          <w:p>
            <w:pPr>
              <w:spacing w:after="0"/>
              <w:jc w:val="left"/>
            </w:pPr>
            <w:r>
              <w:rPr>
                <w:sz w:val="16"/>
              </w:rPr>
              <w:t>Modified Mercalli (local data)</w:t>
            </w:r>
          </w:p>
        </w:tc>
        <w:tc>
          <w:tcPr>
            <w:tcW w:type="dxa" w:w="1610"/>
          </w:tcPr>
          <w:p>
            <w:pPr>
              <w:spacing w:after="0"/>
              <w:jc w:val="right"/>
            </w:pPr>
            <w:r>
              <w:rPr>
                <w:sz w:val="16"/>
              </w:rPr>
              <w:t>0</w:t>
            </w:r>
          </w:p>
        </w:tc>
        <w:tc>
          <w:tcPr>
            <w:tcW w:type="dxa" w:w="1413"/>
          </w:tcPr>
          <w:p>
            <w:pPr>
              <w:spacing w:after="0"/>
              <w:jc w:val="left"/>
            </w:pPr>
          </w:p>
        </w:tc>
        <w:tc>
          <w:tcPr>
            <w:tcW w:type="dxa" w:w="1694"/>
          </w:tcPr>
          <w:p>
            <w:pPr>
              <w:spacing w:after="0"/>
              <w:jc w:val="left"/>
            </w:pPr>
          </w:p>
        </w:tc>
        <w:tc>
          <w:tcPr>
            <w:tcW w:type="dxa" w:w="1801"/>
          </w:tcPr>
          <w:p>
            <w:pPr>
              <w:spacing w:after="0"/>
              <w:jc w:val="left"/>
            </w:pPr>
          </w:p>
        </w:tc>
        <w:tc>
          <w:tcPr>
            <w:tcW w:type="dxa" w:w="1687"/>
          </w:tcPr>
          <w:p>
            <w:pPr>
              <w:spacing w:after="0"/>
              <w:jc w:val="left"/>
            </w:pPr>
          </w:p>
        </w:tc>
        <w:tc>
          <w:tcPr>
            <w:tcW w:type="dxa" w:w="2329"/>
          </w:tcPr>
          <w:p>
            <w:pPr>
              <w:spacing w:after="0"/>
              <w:jc w:val="left"/>
            </w:pPr>
            <w:r>
              <w:rPr>
                <w:sz w:val="16"/>
              </w:rPr>
              <w:t>No Storm Events record; local data required (e.g., USGS).</w:t>
            </w:r>
          </w:p>
        </w:tc>
      </w:tr>
      <w:tr>
        <w:trPr>
          <w:cantSplit/>
        </w:trPr>
        <w:tc>
          <w:tcPr>
            <w:tcW w:type="dxa" w:w="1801"/>
          </w:tcPr>
          <w:p>
            <w:pPr>
              <w:spacing w:after="0"/>
              <w:jc w:val="left"/>
            </w:pPr>
            <w:r>
              <w:rPr>
                <w:sz w:val="16"/>
              </w:rPr>
              <w:t>Hail</w:t>
            </w:r>
          </w:p>
        </w:tc>
        <w:tc>
          <w:tcPr>
            <w:tcW w:type="dxa" w:w="1776"/>
          </w:tcPr>
          <w:p>
            <w:pPr>
              <w:spacing w:after="0"/>
              <w:jc w:val="left"/>
            </w:pPr>
            <w:r>
              <w:rPr>
                <w:sz w:val="16"/>
              </w:rPr>
              <w:t>hail size (inches)</w:t>
            </w:r>
          </w:p>
        </w:tc>
        <w:tc>
          <w:tcPr>
            <w:tcW w:type="dxa" w:w="1610"/>
          </w:tcPr>
          <w:p>
            <w:pPr>
              <w:spacing w:after="0"/>
              <w:jc w:val="right"/>
            </w:pPr>
            <w:r>
              <w:rPr>
                <w:sz w:val="16"/>
              </w:rPr>
              <w:t>589, 1957 to 2026</w:t>
            </w:r>
          </w:p>
        </w:tc>
        <w:tc>
          <w:tcPr>
            <w:tcW w:type="dxa" w:w="1413"/>
          </w:tcPr>
          <w:p>
            <w:pPr>
              <w:spacing w:after="0"/>
              <w:jc w:val="left"/>
            </w:pPr>
            <w:r>
              <w:rPr>
                <w:sz w:val="16"/>
              </w:rPr>
              <w:t>0.75 in to 5 in (median 1.25 in); 589 with a recorded value</w:t>
            </w:r>
          </w:p>
        </w:tc>
        <w:tc>
          <w:tcPr>
            <w:tcW w:type="dxa" w:w="1694"/>
          </w:tcPr>
          <w:p>
            <w:pPr>
              <w:spacing w:after="0"/>
              <w:jc w:val="left"/>
            </w:pPr>
            <w:r>
              <w:rPr>
                <w:sz w:val="16"/>
              </w:rPr>
              <w:t>5 in hail, 2025-04-26</w:t>
            </w:r>
          </w:p>
        </w:tc>
        <w:tc>
          <w:tcPr>
            <w:tcW w:type="dxa" w:w="1801"/>
          </w:tcPr>
          <w:p>
            <w:pPr>
              <w:spacing w:after="0"/>
              <w:jc w:val="left"/>
            </w:pPr>
            <w:r>
              <w:rPr>
                <w:sz w:val="16"/>
              </w:rPr>
              <w:t>Hail, 1994-04-24, $5,000,000 property; crops not recorded (1994 dollars)</w:t>
            </w:r>
          </w:p>
        </w:tc>
        <w:tc>
          <w:tcPr>
            <w:tcW w:type="dxa" w:w="1687"/>
          </w:tcPr>
          <w:p>
            <w:pPr>
              <w:spacing w:after="0"/>
              <w:jc w:val="left"/>
            </w:pPr>
            <w:r>
              <w:rPr>
                <w:sz w:val="16"/>
              </w:rPr>
              <w:t>Event records naming member places: Fort Stockton city (199 records), Iraan city (35 records).</w:t>
            </w:r>
          </w:p>
        </w:tc>
        <w:tc>
          <w:tcPr>
            <w:tcW w:type="dxa" w:w="2329"/>
          </w:tcPr>
          <w:p>
            <w:pPr>
              <w:spacing w:after="0"/>
              <w:jc w:val="left"/>
            </w:pPr>
          </w:p>
        </w:tc>
      </w:tr>
      <w:tr>
        <w:trPr>
          <w:cantSplit/>
        </w:trPr>
        <w:tc>
          <w:tcPr>
            <w:tcW w:type="dxa" w:w="1801"/>
          </w:tcPr>
          <w:p>
            <w:pPr>
              <w:spacing w:after="0"/>
              <w:jc w:val="left"/>
            </w:pPr>
            <w:r>
              <w:rPr>
                <w:sz w:val="16"/>
              </w:rPr>
              <w:t>Excessive Heat, Heat</w:t>
            </w:r>
          </w:p>
        </w:tc>
        <w:tc>
          <w:tcPr>
            <w:tcW w:type="dxa" w:w="1776"/>
          </w:tcPr>
          <w:p>
            <w:pPr>
              <w:spacing w:after="0"/>
              <w:jc w:val="left"/>
            </w:pPr>
            <w:r>
              <w:rPr>
                <w:sz w:val="16"/>
              </w:rPr>
              <w:t>heat index (narratives)</w:t>
            </w:r>
          </w:p>
        </w:tc>
        <w:tc>
          <w:tcPr>
            <w:tcW w:type="dxa" w:w="1610"/>
          </w:tcPr>
          <w:p>
            <w:pPr>
              <w:spacing w:after="0"/>
              <w:jc w:val="right"/>
            </w:pPr>
            <w:r>
              <w:rPr>
                <w:sz w:val="16"/>
              </w:rPr>
              <w:t>0</w:t>
            </w:r>
          </w:p>
        </w:tc>
        <w:tc>
          <w:tcPr>
            <w:tcW w:type="dxa" w:w="1413"/>
          </w:tcPr>
          <w:p>
            <w:pPr>
              <w:spacing w:after="0"/>
              <w:jc w:val="left"/>
            </w:pPr>
          </w:p>
        </w:tc>
        <w:tc>
          <w:tcPr>
            <w:tcW w:type="dxa" w:w="1694"/>
          </w:tcPr>
          <w:p>
            <w:pPr>
              <w:spacing w:after="0"/>
              <w:jc w:val="left"/>
            </w:pPr>
          </w:p>
        </w:tc>
        <w:tc>
          <w:tcPr>
            <w:tcW w:type="dxa" w:w="1801"/>
          </w:tcPr>
          <w:p>
            <w:pPr>
              <w:spacing w:after="0"/>
              <w:jc w:val="left"/>
            </w:pPr>
          </w:p>
        </w:tc>
        <w:tc>
          <w:tcPr>
            <w:tcW w:type="dxa" w:w="1687"/>
          </w:tcPr>
          <w:p>
            <w:pPr>
              <w:spacing w:after="0"/>
              <w:jc w:val="left"/>
            </w:pPr>
          </w:p>
        </w:tc>
        <w:tc>
          <w:tcPr>
            <w:tcW w:type="dxa" w:w="2329"/>
          </w:tcPr>
          <w:p>
            <w:pPr>
              <w:spacing w:after="0"/>
              <w:jc w:val="left"/>
            </w:pPr>
            <w:r>
              <w:rPr>
                <w:sz w:val="16"/>
              </w:rPr>
              <w:t>Heat index: in event narratives only; local data required.</w:t>
            </w:r>
          </w:p>
        </w:tc>
      </w:tr>
      <w:tr>
        <w:trPr>
          <w:cantSplit/>
        </w:trPr>
        <w:tc>
          <w:tcPr>
            <w:tcW w:type="dxa" w:w="1801"/>
          </w:tcPr>
          <w:p>
            <w:pPr>
              <w:spacing w:after="0"/>
              <w:jc w:val="left"/>
            </w:pPr>
            <w:r>
              <w:rPr>
                <w:sz w:val="16"/>
              </w:rPr>
              <w:t>Hurricane, Tropical Storm, Tropical Depression</w:t>
            </w:r>
          </w:p>
        </w:tc>
        <w:tc>
          <w:tcPr>
            <w:tcW w:type="dxa" w:w="1776"/>
          </w:tcPr>
          <w:p>
            <w:pPr>
              <w:spacing w:after="0"/>
              <w:jc w:val="left"/>
            </w:pPr>
            <w:r>
              <w:rPr>
                <w:sz w:val="16"/>
              </w:rPr>
              <w:t>Saffir-Simpson</w:t>
            </w:r>
          </w:p>
        </w:tc>
        <w:tc>
          <w:tcPr>
            <w:tcW w:type="dxa" w:w="1610"/>
          </w:tcPr>
          <w:p>
            <w:pPr>
              <w:spacing w:after="0"/>
              <w:jc w:val="right"/>
            </w:pPr>
            <w:r>
              <w:rPr>
                <w:sz w:val="16"/>
              </w:rPr>
              <w:t>0</w:t>
            </w:r>
          </w:p>
        </w:tc>
        <w:tc>
          <w:tcPr>
            <w:tcW w:type="dxa" w:w="1413"/>
          </w:tcPr>
          <w:p>
            <w:pPr>
              <w:spacing w:after="0"/>
              <w:jc w:val="left"/>
            </w:pPr>
          </w:p>
        </w:tc>
        <w:tc>
          <w:tcPr>
            <w:tcW w:type="dxa" w:w="1694"/>
          </w:tcPr>
          <w:p>
            <w:pPr>
              <w:spacing w:after="0"/>
              <w:jc w:val="left"/>
            </w:pPr>
          </w:p>
        </w:tc>
        <w:tc>
          <w:tcPr>
            <w:tcW w:type="dxa" w:w="1801"/>
          </w:tcPr>
          <w:p>
            <w:pPr>
              <w:spacing w:after="0"/>
              <w:jc w:val="left"/>
            </w:pPr>
          </w:p>
        </w:tc>
        <w:tc>
          <w:tcPr>
            <w:tcW w:type="dxa" w:w="1687"/>
          </w:tcPr>
          <w:p>
            <w:pPr>
              <w:spacing w:after="0"/>
              <w:jc w:val="left"/>
            </w:pPr>
          </w:p>
        </w:tc>
        <w:tc>
          <w:tcPr>
            <w:tcW w:type="dxa" w:w="23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01"/>
          </w:tcPr>
          <w:p>
            <w:pPr>
              <w:spacing w:after="0"/>
              <w:jc w:val="left"/>
            </w:pPr>
            <w:r>
              <w:rPr>
                <w:sz w:val="16"/>
              </w:rPr>
              <w:t>Ice Storm</w:t>
            </w:r>
          </w:p>
        </w:tc>
        <w:tc>
          <w:tcPr>
            <w:tcW w:type="dxa" w:w="1776"/>
          </w:tcPr>
          <w:p>
            <w:pPr>
              <w:spacing w:after="0"/>
              <w:jc w:val="left"/>
            </w:pPr>
            <w:r>
              <w:rPr>
                <w:sz w:val="16"/>
              </w:rPr>
              <w:t>Sperry-Piltz (local data)</w:t>
            </w:r>
          </w:p>
        </w:tc>
        <w:tc>
          <w:tcPr>
            <w:tcW w:type="dxa" w:w="1610"/>
          </w:tcPr>
          <w:p>
            <w:pPr>
              <w:spacing w:after="0"/>
              <w:jc w:val="right"/>
            </w:pPr>
            <w:r>
              <w:rPr>
                <w:sz w:val="16"/>
              </w:rPr>
              <w:t>4, 2000 to 2015 (4 zone-level)</w:t>
            </w:r>
          </w:p>
        </w:tc>
        <w:tc>
          <w:tcPr>
            <w:tcW w:type="dxa" w:w="1413"/>
          </w:tcPr>
          <w:p>
            <w:pPr>
              <w:spacing w:after="0"/>
              <w:jc w:val="left"/>
            </w:pPr>
          </w:p>
        </w:tc>
        <w:tc>
          <w:tcPr>
            <w:tcW w:type="dxa" w:w="1694"/>
          </w:tcPr>
          <w:p>
            <w:pPr>
              <w:spacing w:after="0"/>
              <w:jc w:val="left"/>
            </w:pPr>
            <w:r>
              <w:rPr>
                <w:sz w:val="16"/>
              </w:rPr>
              <w:t>No damage reported in 4 records.</w:t>
            </w:r>
          </w:p>
        </w:tc>
        <w:tc>
          <w:tcPr>
            <w:tcW w:type="dxa" w:w="1801"/>
          </w:tcPr>
          <w:p>
            <w:pPr>
              <w:spacing w:after="0"/>
              <w:jc w:val="left"/>
            </w:pPr>
          </w:p>
        </w:tc>
        <w:tc>
          <w:tcPr>
            <w:tcW w:type="dxa" w:w="1687"/>
          </w:tcPr>
          <w:p>
            <w:pPr>
              <w:spacing w:after="0"/>
              <w:jc w:val="left"/>
            </w:pPr>
            <w:r>
              <w:rPr>
                <w:sz w:val="16"/>
              </w:rPr>
              <w:t>Zone-level records: applies countywide; national data do not locate these events within the county.</w:t>
            </w:r>
          </w:p>
        </w:tc>
        <w:tc>
          <w:tcPr>
            <w:tcW w:type="dxa" w:w="2329"/>
          </w:tcPr>
          <w:p>
            <w:pPr>
              <w:spacing w:after="0"/>
              <w:jc w:val="left"/>
            </w:pPr>
            <w:r>
              <w:rPr>
                <w:sz w:val="16"/>
              </w:rPr>
              <w:t>Ice thickness: in event narratives only; local data required.</w:t>
            </w:r>
          </w:p>
        </w:tc>
      </w:tr>
      <w:tr>
        <w:trPr>
          <w:cantSplit/>
        </w:trPr>
        <w:tc>
          <w:tcPr>
            <w:tcW w:type="dxa" w:w="1801"/>
          </w:tcPr>
          <w:p>
            <w:pPr>
              <w:spacing w:after="0"/>
              <w:jc w:val="left"/>
            </w:pPr>
            <w:r>
              <w:rPr>
                <w:sz w:val="16"/>
              </w:rPr>
              <w:t>Flash Flood, Flood, Lakeshore Flood</w:t>
            </w:r>
          </w:p>
        </w:tc>
        <w:tc>
          <w:tcPr>
            <w:tcW w:type="dxa" w:w="1776"/>
          </w:tcPr>
          <w:p>
            <w:pPr>
              <w:spacing w:after="0"/>
              <w:jc w:val="left"/>
            </w:pPr>
            <w:r>
              <w:rPr>
                <w:sz w:val="16"/>
              </w:rPr>
              <w:t>damage and flood days (FIRM for depth)</w:t>
            </w:r>
          </w:p>
        </w:tc>
        <w:tc>
          <w:tcPr>
            <w:tcW w:type="dxa" w:w="1610"/>
          </w:tcPr>
          <w:p>
            <w:pPr>
              <w:spacing w:after="0"/>
              <w:jc w:val="right"/>
            </w:pPr>
            <w:r>
              <w:rPr>
                <w:sz w:val="16"/>
              </w:rPr>
              <w:t>124, 1997 to 2026 (2 zone-level)</w:t>
            </w:r>
          </w:p>
        </w:tc>
        <w:tc>
          <w:tcPr>
            <w:tcW w:type="dxa" w:w="1413"/>
          </w:tcPr>
          <w:p>
            <w:pPr>
              <w:spacing w:after="0"/>
              <w:jc w:val="left"/>
            </w:pPr>
          </w:p>
        </w:tc>
        <w:tc>
          <w:tcPr>
            <w:tcW w:type="dxa" w:w="1694"/>
          </w:tcPr>
          <w:p>
            <w:pPr>
              <w:spacing w:after="0"/>
              <w:jc w:val="left"/>
            </w:pPr>
            <w:r>
              <w:rPr>
                <w:sz w:val="16"/>
              </w:rPr>
              <w:t>Flash Flood, 2022-10-10, $250,000 property; $0 crops (2022 dollars)</w:t>
            </w:r>
          </w:p>
        </w:tc>
        <w:tc>
          <w:tcPr>
            <w:tcW w:type="dxa" w:w="1801"/>
          </w:tcPr>
          <w:p>
            <w:pPr>
              <w:spacing w:after="0"/>
              <w:jc w:val="left"/>
            </w:pPr>
          </w:p>
        </w:tc>
        <w:tc>
          <w:tcPr>
            <w:tcW w:type="dxa" w:w="1687"/>
          </w:tcPr>
          <w:p>
            <w:pPr>
              <w:spacing w:after="0"/>
              <w:jc w:val="left"/>
            </w:pPr>
            <w:r>
              <w:rPr>
                <w:sz w:val="16"/>
              </w:rPr>
              <w:t>Event records naming member places: Fort Stockton city (55 records), Iraan city (11 records). Zone-level records (2) apply countywide.</w:t>
            </w:r>
          </w:p>
        </w:tc>
        <w:tc>
          <w:tcPr>
            <w:tcW w:type="dxa" w:w="23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01"/>
          </w:tcPr>
          <w:p>
            <w:pPr>
              <w:spacing w:after="0"/>
              <w:jc w:val="left"/>
            </w:pPr>
            <w:r>
              <w:rPr>
                <w:sz w:val="16"/>
              </w:rPr>
              <w:t>Debris Flow</w:t>
            </w:r>
          </w:p>
        </w:tc>
        <w:tc>
          <w:tcPr>
            <w:tcW w:type="dxa" w:w="1776"/>
          </w:tcPr>
          <w:p>
            <w:pPr>
              <w:spacing w:after="0"/>
              <w:jc w:val="left"/>
            </w:pPr>
            <w:r>
              <w:rPr>
                <w:sz w:val="16"/>
              </w:rPr>
              <w:t>none (count and damage)</w:t>
            </w:r>
          </w:p>
        </w:tc>
        <w:tc>
          <w:tcPr>
            <w:tcW w:type="dxa" w:w="1610"/>
          </w:tcPr>
          <w:p>
            <w:pPr>
              <w:spacing w:after="0"/>
              <w:jc w:val="right"/>
            </w:pPr>
            <w:r>
              <w:rPr>
                <w:sz w:val="16"/>
              </w:rPr>
              <w:t>0</w:t>
            </w:r>
          </w:p>
        </w:tc>
        <w:tc>
          <w:tcPr>
            <w:tcW w:type="dxa" w:w="1413"/>
          </w:tcPr>
          <w:p>
            <w:pPr>
              <w:spacing w:after="0"/>
              <w:jc w:val="left"/>
            </w:pPr>
          </w:p>
        </w:tc>
        <w:tc>
          <w:tcPr>
            <w:tcW w:type="dxa" w:w="1694"/>
          </w:tcPr>
          <w:p>
            <w:pPr>
              <w:spacing w:after="0"/>
              <w:jc w:val="left"/>
            </w:pPr>
          </w:p>
        </w:tc>
        <w:tc>
          <w:tcPr>
            <w:tcW w:type="dxa" w:w="1801"/>
          </w:tcPr>
          <w:p>
            <w:pPr>
              <w:spacing w:after="0"/>
              <w:jc w:val="left"/>
            </w:pPr>
          </w:p>
        </w:tc>
        <w:tc>
          <w:tcPr>
            <w:tcW w:type="dxa" w:w="1687"/>
          </w:tcPr>
          <w:p>
            <w:pPr>
              <w:spacing w:after="0"/>
              <w:jc w:val="left"/>
            </w:pPr>
          </w:p>
        </w:tc>
        <w:tc>
          <w:tcPr>
            <w:tcW w:type="dxa" w:w="2329"/>
          </w:tcPr>
          <w:p>
            <w:pPr>
              <w:spacing w:after="0"/>
              <w:jc w:val="left"/>
            </w:pPr>
            <w:r>
              <w:rPr>
                <w:sz w:val="16"/>
              </w:rPr>
              <w:t>Physical measure: in event narratives only; local data required.</w:t>
            </w:r>
          </w:p>
        </w:tc>
      </w:tr>
      <w:tr>
        <w:trPr>
          <w:cantSplit/>
        </w:trPr>
        <w:tc>
          <w:tcPr>
            <w:tcW w:type="dxa" w:w="1801"/>
          </w:tcPr>
          <w:p>
            <w:pPr>
              <w:spacing w:after="0"/>
              <w:jc w:val="left"/>
            </w:pPr>
            <w:r>
              <w:rPr>
                <w:sz w:val="16"/>
              </w:rPr>
              <w:t>Lightning</w:t>
            </w:r>
          </w:p>
        </w:tc>
        <w:tc>
          <w:tcPr>
            <w:tcW w:type="dxa" w:w="1776"/>
          </w:tcPr>
          <w:p>
            <w:pPr>
              <w:spacing w:after="0"/>
              <w:jc w:val="left"/>
            </w:pPr>
            <w:r>
              <w:rPr>
                <w:sz w:val="16"/>
              </w:rPr>
              <w:t>annualized frequency (the measure FEMA's Local Mitigation Planning Handbook names)</w:t>
            </w:r>
          </w:p>
        </w:tc>
        <w:tc>
          <w:tcPr>
            <w:tcW w:type="dxa" w:w="1610"/>
          </w:tcPr>
          <w:p>
            <w:pPr>
              <w:spacing w:after="0"/>
              <w:jc w:val="right"/>
            </w:pPr>
            <w:r>
              <w:rPr>
                <w:sz w:val="16"/>
              </w:rPr>
              <w:t>0</w:t>
            </w:r>
          </w:p>
        </w:tc>
        <w:tc>
          <w:tcPr>
            <w:tcW w:type="dxa" w:w="1413"/>
          </w:tcPr>
          <w:p>
            <w:pPr>
              <w:spacing w:after="0"/>
              <w:jc w:val="left"/>
            </w:pPr>
          </w:p>
        </w:tc>
        <w:tc>
          <w:tcPr>
            <w:tcW w:type="dxa" w:w="1694"/>
          </w:tcPr>
          <w:p>
            <w:pPr>
              <w:spacing w:after="0"/>
              <w:jc w:val="left"/>
            </w:pPr>
          </w:p>
        </w:tc>
        <w:tc>
          <w:tcPr>
            <w:tcW w:type="dxa" w:w="1801"/>
          </w:tcPr>
          <w:p>
            <w:pPr>
              <w:spacing w:after="0"/>
              <w:jc w:val="left"/>
            </w:pPr>
          </w:p>
        </w:tc>
        <w:tc>
          <w:tcPr>
            <w:tcW w:type="dxa" w:w="1687"/>
          </w:tcPr>
          <w:p>
            <w:pPr>
              <w:spacing w:after="0"/>
              <w:jc w:val="left"/>
            </w:pPr>
          </w:p>
        </w:tc>
        <w:tc>
          <w:tcPr>
            <w:tcW w:type="dxa" w:w="2329"/>
          </w:tcPr>
          <w:p>
            <w:pPr>
              <w:spacing w:after="0"/>
              <w:jc w:val="left"/>
            </w:pPr>
            <w:r>
              <w:rPr>
                <w:sz w:val="16"/>
              </w:rPr>
              <w:t>Storm Events lists lightning with damage or casualties; physical measure in event narratives only; local data required.</w:t>
            </w:r>
          </w:p>
        </w:tc>
      </w:tr>
      <w:tr>
        <w:trPr>
          <w:cantSplit/>
        </w:trPr>
        <w:tc>
          <w:tcPr>
            <w:tcW w:type="dxa" w:w="1801"/>
          </w:tcPr>
          <w:p>
            <w:pPr>
              <w:spacing w:after="0"/>
              <w:jc w:val="left"/>
            </w:pPr>
            <w:r>
              <w:rPr>
                <w:sz w:val="16"/>
              </w:rPr>
              <w:t>High Wind and Strong Wind (outside NRI Strong Wind definition)</w:t>
            </w:r>
          </w:p>
        </w:tc>
        <w:tc>
          <w:tcPr>
            <w:tcW w:type="dxa" w:w="1776"/>
          </w:tcPr>
          <w:p>
            <w:pPr>
              <w:spacing w:after="0"/>
              <w:jc w:val="left"/>
            </w:pPr>
            <w:r>
              <w:rPr>
                <w:sz w:val="16"/>
              </w:rPr>
              <w:t>wind speed (kt and mph)</w:t>
            </w:r>
          </w:p>
        </w:tc>
        <w:tc>
          <w:tcPr>
            <w:tcW w:type="dxa" w:w="1610"/>
          </w:tcPr>
          <w:p>
            <w:pPr>
              <w:spacing w:after="0"/>
              <w:jc w:val="right"/>
            </w:pPr>
            <w:r>
              <w:rPr>
                <w:sz w:val="16"/>
              </w:rPr>
              <w:t>23, 1998 to 2025 (23 zone-level)</w:t>
            </w:r>
          </w:p>
        </w:tc>
        <w:tc>
          <w:tcPr>
            <w:tcW w:type="dxa" w:w="1413"/>
          </w:tcPr>
          <w:p>
            <w:pPr>
              <w:spacing w:after="0"/>
              <w:jc w:val="left"/>
            </w:pPr>
            <w:r>
              <w:rPr>
                <w:sz w:val="16"/>
              </w:rPr>
              <w:t>35 kt (40 mph) to 64 kt (74 mph) (median 53.5 kt (62 mph)); 22 with a recorded value</w:t>
            </w:r>
          </w:p>
        </w:tc>
        <w:tc>
          <w:tcPr>
            <w:tcW w:type="dxa" w:w="1694"/>
          </w:tcPr>
          <w:p>
            <w:pPr>
              <w:spacing w:after="0"/>
              <w:jc w:val="left"/>
            </w:pPr>
            <w:r>
              <w:rPr>
                <w:sz w:val="16"/>
              </w:rPr>
              <w:t>64 kt (74 mph) measured gust, High Wind, 2025-04-28; NWS zone TXZ075 (PECOS), zone-level: may include parts of neighboring counties</w:t>
            </w:r>
          </w:p>
        </w:tc>
        <w:tc>
          <w:tcPr>
            <w:tcW w:type="dxa" w:w="1801"/>
          </w:tcPr>
          <w:p>
            <w:pPr>
              <w:spacing w:after="0"/>
              <w:jc w:val="left"/>
            </w:pPr>
            <w:r>
              <w:rPr>
                <w:sz w:val="16"/>
              </w:rPr>
              <w:t>High Wind, 2001-04-10, $1,000,000 property; crops not reported, reported for the zone (2001 dollars)</w:t>
            </w:r>
          </w:p>
        </w:tc>
        <w:tc>
          <w:tcPr>
            <w:tcW w:type="dxa" w:w="1687"/>
          </w:tcPr>
          <w:p>
            <w:pPr>
              <w:spacing w:after="0"/>
              <w:jc w:val="left"/>
            </w:pPr>
            <w:r>
              <w:rPr>
                <w:sz w:val="16"/>
              </w:rPr>
              <w:t>Zone-level records: applies countywide; national data do not locate these events within the county.</w:t>
            </w:r>
          </w:p>
        </w:tc>
        <w:tc>
          <w:tcPr>
            <w:tcW w:type="dxa" w:w="2329"/>
          </w:tcPr>
          <w:p>
            <w:pPr>
              <w:spacing w:after="0"/>
              <w:jc w:val="left"/>
            </w:pPr>
          </w:p>
        </w:tc>
      </w:tr>
      <w:tr>
        <w:trPr>
          <w:cantSplit/>
        </w:trPr>
        <w:tc>
          <w:tcPr>
            <w:tcW w:type="dxa" w:w="1801"/>
          </w:tcPr>
          <w:p>
            <w:pPr>
              <w:spacing w:after="0"/>
              <w:jc w:val="left"/>
            </w:pPr>
            <w:r>
              <w:rPr>
                <w:sz w:val="16"/>
              </w:rPr>
              <w:t>Thunderstorm Wind</w:t>
            </w:r>
          </w:p>
        </w:tc>
        <w:tc>
          <w:tcPr>
            <w:tcW w:type="dxa" w:w="1776"/>
          </w:tcPr>
          <w:p>
            <w:pPr>
              <w:spacing w:after="0"/>
              <w:jc w:val="left"/>
            </w:pPr>
            <w:r>
              <w:rPr>
                <w:sz w:val="16"/>
              </w:rPr>
              <w:t>wind speed (kt and mph)</w:t>
            </w:r>
          </w:p>
        </w:tc>
        <w:tc>
          <w:tcPr>
            <w:tcW w:type="dxa" w:w="1610"/>
          </w:tcPr>
          <w:p>
            <w:pPr>
              <w:spacing w:after="0"/>
              <w:jc w:val="right"/>
            </w:pPr>
            <w:r>
              <w:rPr>
                <w:sz w:val="16"/>
              </w:rPr>
              <w:t>175, 1963 to 2026</w:t>
            </w:r>
          </w:p>
        </w:tc>
        <w:tc>
          <w:tcPr>
            <w:tcW w:type="dxa" w:w="1413"/>
          </w:tcPr>
          <w:p>
            <w:pPr>
              <w:spacing w:after="0"/>
              <w:jc w:val="left"/>
            </w:pPr>
            <w:r>
              <w:rPr>
                <w:sz w:val="16"/>
              </w:rPr>
              <w:t>50 kt (58 mph) to 103 kt (119 mph) (median 56 kt (64 mph)); 158 with a recorded value</w:t>
            </w:r>
          </w:p>
        </w:tc>
        <w:tc>
          <w:tcPr>
            <w:tcW w:type="dxa" w:w="1694"/>
          </w:tcPr>
          <w:p>
            <w:pPr>
              <w:spacing w:after="0"/>
              <w:jc w:val="left"/>
            </w:pPr>
            <w:r>
              <w:rPr>
                <w:sz w:val="16"/>
              </w:rPr>
              <w:t>103 kt (119 mph) estimated gust, Thunderstorm Wind, 2023-06-02</w:t>
            </w:r>
          </w:p>
        </w:tc>
        <w:tc>
          <w:tcPr>
            <w:tcW w:type="dxa" w:w="1801"/>
          </w:tcPr>
          <w:p>
            <w:pPr>
              <w:spacing w:after="0"/>
              <w:jc w:val="left"/>
            </w:pPr>
            <w:r>
              <w:rPr>
                <w:sz w:val="16"/>
              </w:rPr>
              <w:t>Thunderstorm Wind, 2025-06-02, $600,000 property; $0 crops (2025 dollars)</w:t>
            </w:r>
          </w:p>
        </w:tc>
        <w:tc>
          <w:tcPr>
            <w:tcW w:type="dxa" w:w="1687"/>
          </w:tcPr>
          <w:p>
            <w:pPr>
              <w:spacing w:after="0"/>
              <w:jc w:val="left"/>
            </w:pPr>
            <w:r>
              <w:rPr>
                <w:sz w:val="16"/>
              </w:rPr>
              <w:t>Event records naming member places: Fort Stockton city (67 records), Iraan city (3 records).</w:t>
            </w:r>
          </w:p>
        </w:tc>
        <w:tc>
          <w:tcPr>
            <w:tcW w:type="dxa" w:w="2329"/>
          </w:tcPr>
          <w:p>
            <w:pPr>
              <w:spacing w:after="0"/>
              <w:jc w:val="left"/>
            </w:pPr>
          </w:p>
        </w:tc>
      </w:tr>
      <w:tr>
        <w:trPr>
          <w:cantSplit/>
        </w:trPr>
        <w:tc>
          <w:tcPr>
            <w:tcW w:type="dxa" w:w="1801"/>
          </w:tcPr>
          <w:p>
            <w:pPr>
              <w:spacing w:after="0"/>
              <w:jc w:val="left"/>
            </w:pPr>
            <w:r>
              <w:rPr>
                <w:sz w:val="16"/>
              </w:rPr>
              <w:t>Tornado</w:t>
            </w:r>
          </w:p>
        </w:tc>
        <w:tc>
          <w:tcPr>
            <w:tcW w:type="dxa" w:w="1776"/>
          </w:tcPr>
          <w:p>
            <w:pPr>
              <w:spacing w:after="0"/>
              <w:jc w:val="left"/>
            </w:pPr>
            <w:r>
              <w:rPr>
                <w:sz w:val="16"/>
              </w:rPr>
              <w:t>Enhanced Fujita (F before Feb 2007)</w:t>
            </w:r>
          </w:p>
        </w:tc>
        <w:tc>
          <w:tcPr>
            <w:tcW w:type="dxa" w:w="1610"/>
          </w:tcPr>
          <w:p>
            <w:pPr>
              <w:spacing w:after="0"/>
              <w:jc w:val="right"/>
            </w:pPr>
            <w:r>
              <w:rPr>
                <w:sz w:val="16"/>
              </w:rPr>
              <w:t>97, 1954 to 2026</w:t>
            </w:r>
          </w:p>
        </w:tc>
        <w:tc>
          <w:tcPr>
            <w:tcW w:type="dxa" w:w="1413"/>
          </w:tcPr>
          <w:p>
            <w:pPr>
              <w:spacing w:after="0"/>
              <w:jc w:val="left"/>
            </w:pPr>
            <w:r>
              <w:rPr>
                <w:sz w:val="16"/>
              </w:rPr>
              <w:t>F/EF0 to F/EF4 (median F/EF0); 81 with a recorded value</w:t>
            </w:r>
          </w:p>
        </w:tc>
        <w:tc>
          <w:tcPr>
            <w:tcW w:type="dxa" w:w="1694"/>
          </w:tcPr>
          <w:p>
            <w:pPr>
              <w:spacing w:after="0"/>
              <w:jc w:val="left"/>
            </w:pPr>
            <w:r>
              <w:rPr>
                <w:sz w:val="16"/>
              </w:rPr>
              <w:t>F4 tornado, 1990-06-01, 22 mi path length (records before 1996 may include the whole path; rating and listing come from the county where the tornado began), 1,233 yd wide, $25,000,000 property; crops not recorded (1990 dollars), 2 direct deaths, 21 direct injuries</w:t>
            </w:r>
          </w:p>
        </w:tc>
        <w:tc>
          <w:tcPr>
            <w:tcW w:type="dxa" w:w="1801"/>
          </w:tcPr>
          <w:p>
            <w:pPr>
              <w:spacing w:after="0"/>
              <w:jc w:val="left"/>
            </w:pPr>
          </w:p>
        </w:tc>
        <w:tc>
          <w:tcPr>
            <w:tcW w:type="dxa" w:w="1687"/>
          </w:tcPr>
          <w:p>
            <w:pPr>
              <w:spacing w:after="0"/>
              <w:jc w:val="left"/>
            </w:pPr>
            <w:r>
              <w:rPr>
                <w:sz w:val="16"/>
              </w:rPr>
              <w:t>Event records naming member places: Fort Stockton city (23 records), Iraan city (1 record).</w:t>
            </w:r>
          </w:p>
        </w:tc>
        <w:tc>
          <w:tcPr>
            <w:tcW w:type="dxa" w:w="23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01"/>
          </w:tcPr>
          <w:p>
            <w:pPr>
              <w:spacing w:after="0"/>
              <w:jc w:val="left"/>
            </w:pPr>
            <w:r>
              <w:rPr>
                <w:sz w:val="16"/>
              </w:rPr>
              <w:t>Tsunami</w:t>
            </w:r>
          </w:p>
        </w:tc>
        <w:tc>
          <w:tcPr>
            <w:tcW w:type="dxa" w:w="1776"/>
          </w:tcPr>
          <w:p>
            <w:pPr>
              <w:spacing w:after="0"/>
              <w:jc w:val="left"/>
            </w:pPr>
            <w:r>
              <w:rPr>
                <w:sz w:val="16"/>
              </w:rPr>
              <w:t>none (count and damage)</w:t>
            </w:r>
          </w:p>
        </w:tc>
        <w:tc>
          <w:tcPr>
            <w:tcW w:type="dxa" w:w="1610"/>
          </w:tcPr>
          <w:p>
            <w:pPr>
              <w:spacing w:after="0"/>
              <w:jc w:val="right"/>
            </w:pPr>
            <w:r>
              <w:rPr>
                <w:sz w:val="16"/>
              </w:rPr>
              <w:t>0</w:t>
            </w:r>
          </w:p>
        </w:tc>
        <w:tc>
          <w:tcPr>
            <w:tcW w:type="dxa" w:w="1413"/>
          </w:tcPr>
          <w:p>
            <w:pPr>
              <w:spacing w:after="0"/>
              <w:jc w:val="left"/>
            </w:pPr>
          </w:p>
        </w:tc>
        <w:tc>
          <w:tcPr>
            <w:tcW w:type="dxa" w:w="1694"/>
          </w:tcPr>
          <w:p>
            <w:pPr>
              <w:spacing w:after="0"/>
              <w:jc w:val="left"/>
            </w:pPr>
          </w:p>
        </w:tc>
        <w:tc>
          <w:tcPr>
            <w:tcW w:type="dxa" w:w="1801"/>
          </w:tcPr>
          <w:p>
            <w:pPr>
              <w:spacing w:after="0"/>
              <w:jc w:val="left"/>
            </w:pPr>
          </w:p>
        </w:tc>
        <w:tc>
          <w:tcPr>
            <w:tcW w:type="dxa" w:w="1687"/>
          </w:tcPr>
          <w:p>
            <w:pPr>
              <w:spacing w:after="0"/>
              <w:jc w:val="left"/>
            </w:pPr>
          </w:p>
        </w:tc>
        <w:tc>
          <w:tcPr>
            <w:tcW w:type="dxa" w:w="2329"/>
          </w:tcPr>
          <w:p>
            <w:pPr>
              <w:spacing w:after="0"/>
              <w:jc w:val="left"/>
            </w:pPr>
            <w:r>
              <w:rPr>
                <w:sz w:val="16"/>
              </w:rPr>
              <w:t>Physical measure: in event narratives only; local data required.</w:t>
            </w:r>
          </w:p>
        </w:tc>
      </w:tr>
      <w:tr>
        <w:trPr>
          <w:cantSplit/>
        </w:trPr>
        <w:tc>
          <w:tcPr>
            <w:tcW w:type="dxa" w:w="1801"/>
          </w:tcPr>
          <w:p>
            <w:pPr>
              <w:spacing w:after="0"/>
              <w:jc w:val="left"/>
            </w:pPr>
            <w:r>
              <w:rPr>
                <w:sz w:val="16"/>
              </w:rPr>
              <w:t>Volcanic Ash, Volcanic Ashfall</w:t>
            </w:r>
          </w:p>
        </w:tc>
        <w:tc>
          <w:tcPr>
            <w:tcW w:type="dxa" w:w="1776"/>
          </w:tcPr>
          <w:p>
            <w:pPr>
              <w:spacing w:after="0"/>
              <w:jc w:val="left"/>
            </w:pPr>
            <w:r>
              <w:rPr>
                <w:sz w:val="16"/>
              </w:rPr>
              <w:t>Volcanic Explosivity Index (local data)</w:t>
            </w:r>
          </w:p>
        </w:tc>
        <w:tc>
          <w:tcPr>
            <w:tcW w:type="dxa" w:w="1610"/>
          </w:tcPr>
          <w:p>
            <w:pPr>
              <w:spacing w:after="0"/>
              <w:jc w:val="right"/>
            </w:pPr>
            <w:r>
              <w:rPr>
                <w:sz w:val="16"/>
              </w:rPr>
              <w:t>0</w:t>
            </w:r>
          </w:p>
        </w:tc>
        <w:tc>
          <w:tcPr>
            <w:tcW w:type="dxa" w:w="1413"/>
          </w:tcPr>
          <w:p>
            <w:pPr>
              <w:spacing w:after="0"/>
              <w:jc w:val="left"/>
            </w:pPr>
          </w:p>
        </w:tc>
        <w:tc>
          <w:tcPr>
            <w:tcW w:type="dxa" w:w="1694"/>
          </w:tcPr>
          <w:p>
            <w:pPr>
              <w:spacing w:after="0"/>
              <w:jc w:val="left"/>
            </w:pPr>
          </w:p>
        </w:tc>
        <w:tc>
          <w:tcPr>
            <w:tcW w:type="dxa" w:w="1801"/>
          </w:tcPr>
          <w:p>
            <w:pPr>
              <w:spacing w:after="0"/>
              <w:jc w:val="left"/>
            </w:pPr>
          </w:p>
        </w:tc>
        <w:tc>
          <w:tcPr>
            <w:tcW w:type="dxa" w:w="1687"/>
          </w:tcPr>
          <w:p>
            <w:pPr>
              <w:spacing w:after="0"/>
              <w:jc w:val="left"/>
            </w:pPr>
          </w:p>
        </w:tc>
        <w:tc>
          <w:tcPr>
            <w:tcW w:type="dxa" w:w="2329"/>
          </w:tcPr>
          <w:p>
            <w:pPr>
              <w:spacing w:after="0"/>
              <w:jc w:val="left"/>
            </w:pPr>
            <w:r>
              <w:rPr>
                <w:sz w:val="16"/>
              </w:rPr>
              <w:t>Physical measure: in event narratives only; local data required.</w:t>
            </w:r>
          </w:p>
        </w:tc>
      </w:tr>
      <w:tr>
        <w:trPr>
          <w:cantSplit/>
        </w:trPr>
        <w:tc>
          <w:tcPr>
            <w:tcW w:type="dxa" w:w="1801"/>
          </w:tcPr>
          <w:p>
            <w:pPr>
              <w:spacing w:after="0"/>
              <w:jc w:val="left"/>
            </w:pPr>
            <w:r>
              <w:rPr>
                <w:sz w:val="16"/>
              </w:rPr>
              <w:t>Wildfire</w:t>
            </w:r>
          </w:p>
        </w:tc>
        <w:tc>
          <w:tcPr>
            <w:tcW w:type="dxa" w:w="1776"/>
          </w:tcPr>
          <w:p>
            <w:pPr>
              <w:spacing w:after="0"/>
              <w:jc w:val="left"/>
            </w:pPr>
            <w:r>
              <w:rPr>
                <w:sz w:val="16"/>
              </w:rPr>
              <w:t>acres burned (local data)</w:t>
            </w:r>
          </w:p>
        </w:tc>
        <w:tc>
          <w:tcPr>
            <w:tcW w:type="dxa" w:w="1610"/>
          </w:tcPr>
          <w:p>
            <w:pPr>
              <w:spacing w:after="0"/>
              <w:jc w:val="right"/>
            </w:pPr>
            <w:r>
              <w:rPr>
                <w:sz w:val="16"/>
              </w:rPr>
              <w:t>1, 2011 to 2011 (1 zone-level)</w:t>
            </w:r>
          </w:p>
        </w:tc>
        <w:tc>
          <w:tcPr>
            <w:tcW w:type="dxa" w:w="1413"/>
          </w:tcPr>
          <w:p>
            <w:pPr>
              <w:spacing w:after="0"/>
              <w:jc w:val="left"/>
            </w:pPr>
          </w:p>
        </w:tc>
        <w:tc>
          <w:tcPr>
            <w:tcW w:type="dxa" w:w="1694"/>
          </w:tcPr>
          <w:p>
            <w:pPr>
              <w:spacing w:after="0"/>
              <w:jc w:val="left"/>
            </w:pPr>
            <w:r>
              <w:rPr>
                <w:sz w:val="16"/>
              </w:rPr>
              <w:t>No damage reported in 1 records.</w:t>
            </w:r>
          </w:p>
        </w:tc>
        <w:tc>
          <w:tcPr>
            <w:tcW w:type="dxa" w:w="1801"/>
          </w:tcPr>
          <w:p>
            <w:pPr>
              <w:spacing w:after="0"/>
              <w:jc w:val="left"/>
            </w:pPr>
          </w:p>
        </w:tc>
        <w:tc>
          <w:tcPr>
            <w:tcW w:type="dxa" w:w="1687"/>
          </w:tcPr>
          <w:p>
            <w:pPr>
              <w:spacing w:after="0"/>
              <w:jc w:val="left"/>
            </w:pPr>
            <w:r>
              <w:rPr>
                <w:sz w:val="16"/>
              </w:rPr>
              <w:t>Zone-level records: applies countywide; national data do not locate these events within the county.</w:t>
            </w:r>
          </w:p>
        </w:tc>
        <w:tc>
          <w:tcPr>
            <w:tcW w:type="dxa" w:w="2329"/>
          </w:tcPr>
          <w:p>
            <w:pPr>
              <w:spacing w:after="0"/>
              <w:jc w:val="left"/>
            </w:pPr>
            <w:r>
              <w:rPr>
                <w:sz w:val="16"/>
              </w:rPr>
              <w:t>Acres burned: in event narratives only; local data required.</w:t>
            </w:r>
          </w:p>
        </w:tc>
      </w:tr>
      <w:tr>
        <w:trPr>
          <w:cantSplit/>
        </w:trPr>
        <w:tc>
          <w:tcPr>
            <w:tcW w:type="dxa" w:w="1801"/>
          </w:tcPr>
          <w:p>
            <w:pPr>
              <w:spacing w:after="0"/>
              <w:jc w:val="left"/>
            </w:pPr>
            <w:r>
              <w:rPr>
                <w:sz w:val="16"/>
              </w:rPr>
              <w:t>Winter Storm, Heavy Snow, Blizzard, Lake-Effect Snow, Winter Weather, Sleet</w:t>
            </w:r>
          </w:p>
        </w:tc>
        <w:tc>
          <w:tcPr>
            <w:tcW w:type="dxa" w:w="1776"/>
          </w:tcPr>
          <w:p>
            <w:pPr>
              <w:spacing w:after="0"/>
              <w:jc w:val="left"/>
            </w:pPr>
            <w:r>
              <w:rPr>
                <w:sz w:val="16"/>
              </w:rPr>
              <w:t>none in data (snowfall local)</w:t>
            </w:r>
          </w:p>
        </w:tc>
        <w:tc>
          <w:tcPr>
            <w:tcW w:type="dxa" w:w="1610"/>
          </w:tcPr>
          <w:p>
            <w:pPr>
              <w:spacing w:after="0"/>
              <w:jc w:val="right"/>
            </w:pPr>
            <w:r>
              <w:rPr>
                <w:sz w:val="16"/>
              </w:rPr>
              <w:t>9, 2004 to 2021 (9 zone-level)</w:t>
            </w:r>
          </w:p>
        </w:tc>
        <w:tc>
          <w:tcPr>
            <w:tcW w:type="dxa" w:w="1413"/>
          </w:tcPr>
          <w:p>
            <w:pPr>
              <w:spacing w:after="0"/>
              <w:jc w:val="left"/>
            </w:pPr>
          </w:p>
        </w:tc>
        <w:tc>
          <w:tcPr>
            <w:tcW w:type="dxa" w:w="1694"/>
          </w:tcPr>
          <w:p>
            <w:pPr>
              <w:spacing w:after="0"/>
              <w:jc w:val="left"/>
            </w:pPr>
            <w:r>
              <w:rPr>
                <w:sz w:val="16"/>
              </w:rPr>
              <w:t>No damage reported in 9 records.</w:t>
            </w:r>
          </w:p>
        </w:tc>
        <w:tc>
          <w:tcPr>
            <w:tcW w:type="dxa" w:w="1801"/>
          </w:tcPr>
          <w:p>
            <w:pPr>
              <w:spacing w:after="0"/>
              <w:jc w:val="left"/>
            </w:pPr>
          </w:p>
        </w:tc>
        <w:tc>
          <w:tcPr>
            <w:tcW w:type="dxa" w:w="1687"/>
          </w:tcPr>
          <w:p>
            <w:pPr>
              <w:spacing w:after="0"/>
              <w:jc w:val="left"/>
            </w:pPr>
            <w:r>
              <w:rPr>
                <w:sz w:val="16"/>
              </w:rPr>
              <w:t>Zone-level records: applies countywide; national data do not locate these events within the county.</w:t>
            </w:r>
          </w:p>
        </w:tc>
        <w:tc>
          <w:tcPr>
            <w:tcW w:type="dxa" w:w="23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1"/>
        <w:gridCol w:w="1041"/>
        <w:gridCol w:w="1041"/>
        <w:gridCol w:w="1399"/>
        <w:gridCol w:w="2116"/>
        <w:gridCol w:w="2056"/>
        <w:gridCol w:w="2497"/>
        <w:gridCol w:w="2026"/>
        <w:gridCol w:w="897"/>
      </w:tblGrid>
      <w:tr>
        <w:trPr>
          <w:cantSplit/>
          <w:tblHeader/>
        </w:trPr>
        <w:tc>
          <w:tcPr>
            <w:tcW w:type="dxa" w:w="1041"/>
            <w:shd w:val="clear" w:color="auto" w:fill="E8E8E8"/>
          </w:tcPr>
          <w:p>
            <w:pPr>
              <w:spacing w:after="0"/>
              <w:jc w:val="left"/>
            </w:pPr>
            <w:r>
              <w:rPr>
                <w:b/>
                <w:sz w:val="16"/>
              </w:rPr>
              <w:t>Declared</w:t>
            </w:r>
          </w:p>
        </w:tc>
        <w:tc>
          <w:tcPr>
            <w:tcW w:type="dxa" w:w="1041"/>
            <w:shd w:val="clear" w:color="auto" w:fill="E8E8E8"/>
          </w:tcPr>
          <w:p>
            <w:pPr>
              <w:spacing w:after="0"/>
              <w:jc w:val="left"/>
            </w:pPr>
            <w:r>
              <w:rPr>
                <w:b/>
                <w:sz w:val="16"/>
              </w:rPr>
              <w:t>Incident began</w:t>
            </w:r>
          </w:p>
        </w:tc>
        <w:tc>
          <w:tcPr>
            <w:tcW w:type="dxa" w:w="1041"/>
            <w:shd w:val="clear" w:color="auto" w:fill="E8E8E8"/>
          </w:tcPr>
          <w:p>
            <w:pPr>
              <w:spacing w:after="0"/>
              <w:jc w:val="left"/>
            </w:pPr>
            <w:r>
              <w:rPr>
                <w:b/>
                <w:sz w:val="16"/>
              </w:rPr>
              <w:t>FEMA number</w:t>
            </w:r>
          </w:p>
        </w:tc>
        <w:tc>
          <w:tcPr>
            <w:tcW w:type="dxa" w:w="1399"/>
            <w:shd w:val="clear" w:color="auto" w:fill="E8E8E8"/>
          </w:tcPr>
          <w:p>
            <w:pPr>
              <w:spacing w:after="0"/>
              <w:jc w:val="left"/>
            </w:pPr>
            <w:r>
              <w:rPr>
                <w:b/>
                <w:sz w:val="16"/>
              </w:rPr>
              <w:t>Type</w:t>
            </w:r>
          </w:p>
        </w:tc>
        <w:tc>
          <w:tcPr>
            <w:tcW w:type="dxa" w:w="2116"/>
            <w:shd w:val="clear" w:color="auto" w:fill="E8E8E8"/>
          </w:tcPr>
          <w:p>
            <w:pPr>
              <w:spacing w:after="0"/>
              <w:jc w:val="left"/>
            </w:pPr>
            <w:r>
              <w:rPr>
                <w:b/>
                <w:sz w:val="16"/>
              </w:rPr>
              <w:t>Title</w:t>
            </w:r>
          </w:p>
        </w:tc>
        <w:tc>
          <w:tcPr>
            <w:tcW w:type="dxa" w:w="2056"/>
            <w:shd w:val="clear" w:color="auto" w:fill="E8E8E8"/>
          </w:tcPr>
          <w:p>
            <w:pPr>
              <w:spacing w:after="0"/>
              <w:jc w:val="left"/>
            </w:pPr>
            <w:r>
              <w:rPr>
                <w:b/>
                <w:sz w:val="16"/>
              </w:rPr>
              <w:t>Mapped hazard</w:t>
            </w:r>
          </w:p>
        </w:tc>
        <w:tc>
          <w:tcPr>
            <w:tcW w:type="dxa" w:w="24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26"/>
            <w:shd w:val="clear" w:color="auto" w:fill="E8E8E8"/>
          </w:tcPr>
          <w:p>
            <w:pPr>
              <w:spacing w:after="0"/>
              <w:jc w:val="left"/>
            </w:pPr>
            <w:r>
              <w:rPr>
                <w:b/>
                <w:sz w:val="16"/>
              </w:rPr>
              <w:t>Flags</w:t>
            </w:r>
          </w:p>
        </w:tc>
        <w:tc>
          <w:tcPr>
            <w:tcW w:type="dxa" w:w="897"/>
            <w:shd w:val="clear" w:color="auto" w:fill="E8E8E8"/>
          </w:tcPr>
          <w:p>
            <w:pPr>
              <w:spacing w:after="0"/>
              <w:jc w:val="left"/>
            </w:pPr>
            <w:r>
              <w:rPr>
                <w:b/>
                <w:sz w:val="16"/>
              </w:rPr>
              <w:t>Notes</w:t>
            </w:r>
          </w:p>
        </w:tc>
      </w:tr>
      <w:tr>
        <w:trPr>
          <w:cantSplit/>
        </w:trPr>
        <w:tc>
          <w:tcPr>
            <w:tcW w:type="dxa" w:w="1041"/>
          </w:tcPr>
          <w:p>
            <w:pPr>
              <w:spacing w:after="0"/>
              <w:jc w:val="left"/>
            </w:pPr>
            <w:r>
              <w:rPr>
                <w:sz w:val="16"/>
              </w:rPr>
              <w:t>2026-07-18</w:t>
            </w:r>
          </w:p>
        </w:tc>
        <w:tc>
          <w:tcPr>
            <w:tcW w:type="dxa" w:w="1041"/>
          </w:tcPr>
          <w:p>
            <w:pPr>
              <w:spacing w:after="0"/>
              <w:jc w:val="left"/>
            </w:pPr>
            <w:r>
              <w:rPr>
                <w:sz w:val="16"/>
              </w:rPr>
              <w:t>2026-07-12</w:t>
            </w:r>
          </w:p>
        </w:tc>
        <w:tc>
          <w:tcPr>
            <w:tcW w:type="dxa" w:w="1041"/>
          </w:tcPr>
          <w:p>
            <w:pPr>
              <w:spacing w:after="0"/>
              <w:jc w:val="left"/>
            </w:pPr>
            <w:r>
              <w:rPr>
                <w:sz w:val="16"/>
              </w:rPr>
              <w:t>EM-3649-TX</w:t>
            </w:r>
          </w:p>
        </w:tc>
        <w:tc>
          <w:tcPr>
            <w:tcW w:type="dxa" w:w="1399"/>
          </w:tcPr>
          <w:p>
            <w:pPr>
              <w:spacing w:after="0"/>
              <w:jc w:val="left"/>
            </w:pPr>
            <w:r>
              <w:rPr>
                <w:sz w:val="16"/>
              </w:rPr>
              <w:t>Emergency</w:t>
            </w:r>
          </w:p>
        </w:tc>
        <w:tc>
          <w:tcPr>
            <w:tcW w:type="dxa" w:w="2116"/>
          </w:tcPr>
          <w:p>
            <w:pPr>
              <w:spacing w:after="0"/>
              <w:jc w:val="left"/>
            </w:pPr>
            <w:r>
              <w:rPr>
                <w:sz w:val="16"/>
              </w:rPr>
              <w:t>FLOODING</w:t>
            </w:r>
          </w:p>
        </w:tc>
        <w:tc>
          <w:tcPr>
            <w:tcW w:type="dxa" w:w="2056"/>
          </w:tcPr>
          <w:p>
            <w:pPr>
              <w:spacing w:after="0"/>
              <w:jc w:val="left"/>
            </w:pPr>
            <w:r>
              <w:rPr>
                <w:sz w:val="16"/>
              </w:rPr>
              <w:t>Inland Flooding (primary); also designated: Strong Wind, Tornado</w:t>
            </w:r>
          </w:p>
        </w:tc>
        <w:tc>
          <w:tcPr>
            <w:tcW w:type="dxa" w:w="2497"/>
          </w:tcPr>
          <w:p>
            <w:pPr>
              <w:spacing w:after="0"/>
              <w:jc w:val="right"/>
            </w:pPr>
            <w:r>
              <w:rPr>
                <w:sz w:val="16"/>
              </w:rPr>
              <w:t>not yet in FEMA's PA summaries (they cover declarations through 2026-06-30)</w:t>
            </w:r>
          </w:p>
        </w:tc>
        <w:tc>
          <w:tcPr>
            <w:tcW w:type="dxa" w:w="2026"/>
          </w:tcPr>
          <w:p>
            <w:pPr>
              <w:spacing w:after="0"/>
              <w:jc w:val="left"/>
            </w:pPr>
            <w:r>
              <w:rPr>
                <w:sz w:val="16"/>
              </w:rPr>
              <w:t>new since last plan; within last 5 years</w:t>
            </w:r>
          </w:p>
        </w:tc>
        <w:tc>
          <w:tcPr>
            <w:tcW w:type="dxa" w:w="897"/>
          </w:tcPr>
          <w:p>
            <w:pPr>
              <w:spacing w:after="0"/>
              <w:jc w:val="left"/>
            </w:pPr>
          </w:p>
        </w:tc>
      </w:tr>
      <w:tr>
        <w:trPr>
          <w:cantSplit/>
        </w:trPr>
        <w:tc>
          <w:tcPr>
            <w:tcW w:type="dxa" w:w="1041"/>
          </w:tcPr>
          <w:p>
            <w:pPr>
              <w:spacing w:after="0"/>
              <w:jc w:val="left"/>
            </w:pPr>
            <w:r>
              <w:rPr>
                <w:sz w:val="16"/>
              </w:rPr>
              <w:t>2021-02-19</w:t>
            </w:r>
          </w:p>
        </w:tc>
        <w:tc>
          <w:tcPr>
            <w:tcW w:type="dxa" w:w="1041"/>
          </w:tcPr>
          <w:p>
            <w:pPr>
              <w:spacing w:after="0"/>
              <w:jc w:val="left"/>
            </w:pPr>
            <w:r>
              <w:rPr>
                <w:sz w:val="16"/>
              </w:rPr>
              <w:t>2021-02-11</w:t>
            </w:r>
          </w:p>
        </w:tc>
        <w:tc>
          <w:tcPr>
            <w:tcW w:type="dxa" w:w="1041"/>
          </w:tcPr>
          <w:p>
            <w:pPr>
              <w:spacing w:after="0"/>
              <w:jc w:val="left"/>
            </w:pPr>
            <w:r>
              <w:rPr>
                <w:sz w:val="16"/>
              </w:rPr>
              <w:t>DR-4586-TX</w:t>
            </w:r>
          </w:p>
        </w:tc>
        <w:tc>
          <w:tcPr>
            <w:tcW w:type="dxa" w:w="1399"/>
          </w:tcPr>
          <w:p>
            <w:pPr>
              <w:spacing w:after="0"/>
              <w:jc w:val="left"/>
            </w:pPr>
            <w:r>
              <w:rPr>
                <w:sz w:val="16"/>
              </w:rPr>
              <w:t>Major disaster</w:t>
            </w:r>
          </w:p>
        </w:tc>
        <w:tc>
          <w:tcPr>
            <w:tcW w:type="dxa" w:w="2116"/>
          </w:tcPr>
          <w:p>
            <w:pPr>
              <w:spacing w:after="0"/>
              <w:jc w:val="left"/>
            </w:pPr>
            <w:r>
              <w:rPr>
                <w:sz w:val="16"/>
              </w:rPr>
              <w:t>SEVERE WINTER STORMS</w:t>
            </w:r>
          </w:p>
        </w:tc>
        <w:tc>
          <w:tcPr>
            <w:tcW w:type="dxa" w:w="2056"/>
          </w:tcPr>
          <w:p>
            <w:pPr>
              <w:spacing w:after="0"/>
              <w:jc w:val="left"/>
            </w:pPr>
            <w:r>
              <w:rPr>
                <w:sz w:val="16"/>
              </w:rPr>
              <w:t>Ice Storm</w:t>
            </w:r>
          </w:p>
        </w:tc>
        <w:tc>
          <w:tcPr>
            <w:tcW w:type="dxa" w:w="2497"/>
          </w:tcPr>
          <w:p>
            <w:pPr>
              <w:spacing w:after="0"/>
              <w:jc w:val="right"/>
            </w:pPr>
            <w:r>
              <w:rPr>
                <w:sz w:val="16"/>
              </w:rPr>
              <w:t>none found</w:t>
            </w:r>
          </w:p>
        </w:tc>
        <w:tc>
          <w:tcPr>
            <w:tcW w:type="dxa" w:w="2026"/>
          </w:tcPr>
          <w:p>
            <w:pPr>
              <w:spacing w:after="0"/>
              <w:jc w:val="left"/>
            </w:pPr>
            <w:r>
              <w:rPr>
                <w:sz w:val="16"/>
              </w:rPr>
              <w:t>new since last plan</w:t>
            </w:r>
          </w:p>
        </w:tc>
        <w:tc>
          <w:tcPr>
            <w:tcW w:type="dxa" w:w="897"/>
          </w:tcPr>
          <w:p>
            <w:pPr>
              <w:spacing w:after="0"/>
              <w:jc w:val="left"/>
            </w:pPr>
          </w:p>
        </w:tc>
      </w:tr>
      <w:tr>
        <w:trPr>
          <w:cantSplit/>
        </w:trPr>
        <w:tc>
          <w:tcPr>
            <w:tcW w:type="dxa" w:w="1041"/>
          </w:tcPr>
          <w:p>
            <w:pPr>
              <w:spacing w:after="0"/>
              <w:jc w:val="left"/>
            </w:pPr>
            <w:r>
              <w:rPr>
                <w:sz w:val="16"/>
              </w:rPr>
              <w:t>2021-02-14</w:t>
            </w:r>
          </w:p>
        </w:tc>
        <w:tc>
          <w:tcPr>
            <w:tcW w:type="dxa" w:w="1041"/>
          </w:tcPr>
          <w:p>
            <w:pPr>
              <w:spacing w:after="0"/>
              <w:jc w:val="left"/>
            </w:pPr>
            <w:r>
              <w:rPr>
                <w:sz w:val="16"/>
              </w:rPr>
              <w:t>2021-02-11</w:t>
            </w:r>
          </w:p>
        </w:tc>
        <w:tc>
          <w:tcPr>
            <w:tcW w:type="dxa" w:w="1041"/>
          </w:tcPr>
          <w:p>
            <w:pPr>
              <w:spacing w:after="0"/>
              <w:jc w:val="left"/>
            </w:pPr>
            <w:r>
              <w:rPr>
                <w:sz w:val="16"/>
              </w:rPr>
              <w:t>EM-3554-TX</w:t>
            </w:r>
          </w:p>
        </w:tc>
        <w:tc>
          <w:tcPr>
            <w:tcW w:type="dxa" w:w="1399"/>
          </w:tcPr>
          <w:p>
            <w:pPr>
              <w:spacing w:after="0"/>
              <w:jc w:val="left"/>
            </w:pPr>
            <w:r>
              <w:rPr>
                <w:sz w:val="16"/>
              </w:rPr>
              <w:t>Emergency</w:t>
            </w:r>
          </w:p>
        </w:tc>
        <w:tc>
          <w:tcPr>
            <w:tcW w:type="dxa" w:w="2116"/>
          </w:tcPr>
          <w:p>
            <w:pPr>
              <w:spacing w:after="0"/>
              <w:jc w:val="left"/>
            </w:pPr>
            <w:r>
              <w:rPr>
                <w:sz w:val="16"/>
              </w:rPr>
              <w:t>SEVERE WINTER STORM</w:t>
            </w:r>
          </w:p>
        </w:tc>
        <w:tc>
          <w:tcPr>
            <w:tcW w:type="dxa" w:w="2056"/>
          </w:tcPr>
          <w:p>
            <w:pPr>
              <w:spacing w:after="0"/>
              <w:jc w:val="left"/>
            </w:pPr>
            <w:r>
              <w:rPr>
                <w:sz w:val="16"/>
              </w:rPr>
              <w:t>Ice Storm</w:t>
            </w:r>
          </w:p>
        </w:tc>
        <w:tc>
          <w:tcPr>
            <w:tcW w:type="dxa" w:w="2497"/>
          </w:tcPr>
          <w:p>
            <w:pPr>
              <w:spacing w:after="0"/>
              <w:jc w:val="right"/>
            </w:pPr>
            <w:r>
              <w:rPr>
                <w:sz w:val="16"/>
              </w:rPr>
              <w:t>none found</w:t>
            </w:r>
          </w:p>
        </w:tc>
        <w:tc>
          <w:tcPr>
            <w:tcW w:type="dxa" w:w="2026"/>
          </w:tcPr>
          <w:p>
            <w:pPr>
              <w:spacing w:after="0"/>
              <w:jc w:val="left"/>
            </w:pPr>
            <w:r>
              <w:rPr>
                <w:sz w:val="16"/>
              </w:rPr>
              <w:t>new since last plan</w:t>
            </w:r>
          </w:p>
        </w:tc>
        <w:tc>
          <w:tcPr>
            <w:tcW w:type="dxa" w:w="897"/>
          </w:tcPr>
          <w:p>
            <w:pPr>
              <w:spacing w:after="0"/>
              <w:jc w:val="left"/>
            </w:pPr>
            <w:r>
              <w:rPr>
                <w:sz w:val="16"/>
              </w:rPr>
              <w:t>same incident as DR-4586</w:t>
            </w:r>
          </w:p>
        </w:tc>
      </w:tr>
      <w:tr>
        <w:trPr>
          <w:cantSplit/>
        </w:trPr>
        <w:tc>
          <w:tcPr>
            <w:tcW w:type="dxa" w:w="1041"/>
          </w:tcPr>
          <w:p>
            <w:pPr>
              <w:spacing w:after="0"/>
              <w:jc w:val="left"/>
            </w:pPr>
            <w:r>
              <w:rPr>
                <w:sz w:val="16"/>
              </w:rPr>
              <w:t>2020-03-25</w:t>
            </w:r>
          </w:p>
        </w:tc>
        <w:tc>
          <w:tcPr>
            <w:tcW w:type="dxa" w:w="1041"/>
          </w:tcPr>
          <w:p>
            <w:pPr>
              <w:spacing w:after="0"/>
              <w:jc w:val="left"/>
            </w:pPr>
            <w:r>
              <w:rPr>
                <w:sz w:val="16"/>
              </w:rPr>
              <w:t>2020-01-20</w:t>
            </w:r>
          </w:p>
        </w:tc>
        <w:tc>
          <w:tcPr>
            <w:tcW w:type="dxa" w:w="1041"/>
          </w:tcPr>
          <w:p>
            <w:pPr>
              <w:spacing w:after="0"/>
              <w:jc w:val="left"/>
            </w:pPr>
            <w:r>
              <w:rPr>
                <w:sz w:val="16"/>
              </w:rPr>
              <w:t>DR-4485-TX</w:t>
            </w:r>
          </w:p>
        </w:tc>
        <w:tc>
          <w:tcPr>
            <w:tcW w:type="dxa" w:w="1399"/>
          </w:tcPr>
          <w:p>
            <w:pPr>
              <w:spacing w:after="0"/>
              <w:jc w:val="left"/>
            </w:pPr>
            <w:r>
              <w:rPr>
                <w:sz w:val="16"/>
              </w:rPr>
              <w:t>Major disaster</w:t>
            </w:r>
          </w:p>
        </w:tc>
        <w:tc>
          <w:tcPr>
            <w:tcW w:type="dxa" w:w="2116"/>
          </w:tcPr>
          <w:p>
            <w:pPr>
              <w:spacing w:after="0"/>
              <w:jc w:val="left"/>
            </w:pPr>
            <w:r>
              <w:rPr>
                <w:sz w:val="16"/>
              </w:rPr>
              <w:t>COVID-19 PANDEMIC</w:t>
            </w:r>
          </w:p>
        </w:tc>
        <w:tc>
          <w:tcPr>
            <w:tcW w:type="dxa" w:w="2056"/>
          </w:tcPr>
          <w:p>
            <w:pPr>
              <w:spacing w:after="0"/>
              <w:jc w:val="left"/>
            </w:pPr>
            <w:r>
              <w:rPr>
                <w:sz w:val="16"/>
              </w:rPr>
              <w:t>Non-natural, not counted</w:t>
            </w:r>
          </w:p>
        </w:tc>
        <w:tc>
          <w:tcPr>
            <w:tcW w:type="dxa" w:w="2497"/>
          </w:tcPr>
          <w:p>
            <w:pPr>
              <w:spacing w:after="0"/>
              <w:jc w:val="right"/>
            </w:pPr>
            <w:r>
              <w:rPr>
                <w:sz w:val="16"/>
              </w:rPr>
              <w:t>none found</w:t>
            </w:r>
          </w:p>
        </w:tc>
        <w:tc>
          <w:tcPr>
            <w:tcW w:type="dxa" w:w="2026"/>
          </w:tcPr>
          <w:p>
            <w:pPr>
              <w:spacing w:after="0"/>
              <w:jc w:val="left"/>
            </w:pPr>
            <w:r>
              <w:rPr>
                <w:sz w:val="16"/>
              </w:rPr>
              <w:t>during plan review, check whether your last plan included it</w:t>
            </w:r>
          </w:p>
        </w:tc>
        <w:tc>
          <w:tcPr>
            <w:tcW w:type="dxa" w:w="897"/>
          </w:tcPr>
          <w:p>
            <w:pPr>
              <w:spacing w:after="0"/>
              <w:jc w:val="left"/>
            </w:pPr>
          </w:p>
        </w:tc>
      </w:tr>
      <w:tr>
        <w:trPr>
          <w:cantSplit/>
        </w:trPr>
        <w:tc>
          <w:tcPr>
            <w:tcW w:type="dxa" w:w="1041"/>
          </w:tcPr>
          <w:p>
            <w:pPr>
              <w:spacing w:after="0"/>
              <w:jc w:val="left"/>
            </w:pPr>
            <w:r>
              <w:rPr>
                <w:sz w:val="16"/>
              </w:rPr>
              <w:t>2020-03-13</w:t>
            </w:r>
          </w:p>
        </w:tc>
        <w:tc>
          <w:tcPr>
            <w:tcW w:type="dxa" w:w="1041"/>
          </w:tcPr>
          <w:p>
            <w:pPr>
              <w:spacing w:after="0"/>
              <w:jc w:val="left"/>
            </w:pPr>
            <w:r>
              <w:rPr>
                <w:sz w:val="16"/>
              </w:rPr>
              <w:t>2020-01-20</w:t>
            </w:r>
          </w:p>
        </w:tc>
        <w:tc>
          <w:tcPr>
            <w:tcW w:type="dxa" w:w="1041"/>
          </w:tcPr>
          <w:p>
            <w:pPr>
              <w:spacing w:after="0"/>
              <w:jc w:val="left"/>
            </w:pPr>
            <w:r>
              <w:rPr>
                <w:sz w:val="16"/>
              </w:rPr>
              <w:t>EM-3458-TX</w:t>
            </w:r>
          </w:p>
        </w:tc>
        <w:tc>
          <w:tcPr>
            <w:tcW w:type="dxa" w:w="1399"/>
          </w:tcPr>
          <w:p>
            <w:pPr>
              <w:spacing w:after="0"/>
              <w:jc w:val="left"/>
            </w:pPr>
            <w:r>
              <w:rPr>
                <w:sz w:val="16"/>
              </w:rPr>
              <w:t>Emergency</w:t>
            </w:r>
          </w:p>
        </w:tc>
        <w:tc>
          <w:tcPr>
            <w:tcW w:type="dxa" w:w="2116"/>
          </w:tcPr>
          <w:p>
            <w:pPr>
              <w:spacing w:after="0"/>
              <w:jc w:val="left"/>
            </w:pPr>
            <w:r>
              <w:rPr>
                <w:sz w:val="16"/>
              </w:rPr>
              <w:t>COVID-19</w:t>
            </w:r>
          </w:p>
        </w:tc>
        <w:tc>
          <w:tcPr>
            <w:tcW w:type="dxa" w:w="2056"/>
          </w:tcPr>
          <w:p>
            <w:pPr>
              <w:spacing w:after="0"/>
              <w:jc w:val="left"/>
            </w:pPr>
            <w:r>
              <w:rPr>
                <w:sz w:val="16"/>
              </w:rPr>
              <w:t>Non-natural, not counted</w:t>
            </w:r>
          </w:p>
        </w:tc>
        <w:tc>
          <w:tcPr>
            <w:tcW w:type="dxa" w:w="2497"/>
          </w:tcPr>
          <w:p>
            <w:pPr>
              <w:spacing w:after="0"/>
              <w:jc w:val="right"/>
            </w:pPr>
            <w:r>
              <w:rPr>
                <w:sz w:val="16"/>
              </w:rPr>
              <w:t>none found</w:t>
            </w:r>
          </w:p>
        </w:tc>
        <w:tc>
          <w:tcPr>
            <w:tcW w:type="dxa" w:w="2026"/>
          </w:tcPr>
          <w:p>
            <w:pPr>
              <w:spacing w:after="0"/>
              <w:jc w:val="left"/>
            </w:pPr>
            <w:r>
              <w:rPr>
                <w:sz w:val="16"/>
              </w:rPr>
              <w:t>during plan review, check whether your last plan included it</w:t>
            </w:r>
          </w:p>
        </w:tc>
        <w:tc>
          <w:tcPr>
            <w:tcW w:type="dxa" w:w="897"/>
          </w:tcPr>
          <w:p>
            <w:pPr>
              <w:spacing w:after="0"/>
              <w:jc w:val="left"/>
            </w:pPr>
            <w:r>
              <w:rPr>
                <w:sz w:val="16"/>
              </w:rPr>
              <w:t>same incident as DR-4485</w:t>
            </w:r>
          </w:p>
        </w:tc>
      </w:tr>
      <w:tr>
        <w:trPr>
          <w:cantSplit/>
        </w:trPr>
        <w:tc>
          <w:tcPr>
            <w:tcW w:type="dxa" w:w="1041"/>
          </w:tcPr>
          <w:p>
            <w:pPr>
              <w:spacing w:after="0"/>
              <w:jc w:val="left"/>
            </w:pPr>
            <w:r>
              <w:rPr>
                <w:sz w:val="16"/>
              </w:rPr>
              <w:t>2011-09-09</w:t>
            </w:r>
          </w:p>
        </w:tc>
        <w:tc>
          <w:tcPr>
            <w:tcW w:type="dxa" w:w="1041"/>
          </w:tcPr>
          <w:p>
            <w:pPr>
              <w:spacing w:after="0"/>
              <w:jc w:val="left"/>
            </w:pPr>
            <w:r>
              <w:rPr>
                <w:sz w:val="16"/>
              </w:rPr>
              <w:t>2011-08-30</w:t>
            </w:r>
          </w:p>
        </w:tc>
        <w:tc>
          <w:tcPr>
            <w:tcW w:type="dxa" w:w="1041"/>
          </w:tcPr>
          <w:p>
            <w:pPr>
              <w:spacing w:after="0"/>
              <w:jc w:val="left"/>
            </w:pPr>
            <w:r>
              <w:rPr>
                <w:sz w:val="16"/>
              </w:rPr>
              <w:t>DR-4029-TX</w:t>
            </w:r>
          </w:p>
        </w:tc>
        <w:tc>
          <w:tcPr>
            <w:tcW w:type="dxa" w:w="1399"/>
          </w:tcPr>
          <w:p>
            <w:pPr>
              <w:spacing w:after="0"/>
              <w:jc w:val="left"/>
            </w:pPr>
            <w:r>
              <w:rPr>
                <w:sz w:val="16"/>
              </w:rPr>
              <w:t>Major disaster</w:t>
            </w:r>
          </w:p>
        </w:tc>
        <w:tc>
          <w:tcPr>
            <w:tcW w:type="dxa" w:w="2116"/>
          </w:tcPr>
          <w:p>
            <w:pPr>
              <w:spacing w:after="0"/>
              <w:jc w:val="left"/>
            </w:pPr>
            <w:r>
              <w:rPr>
                <w:sz w:val="16"/>
              </w:rPr>
              <w:t>WILDFIRES</w:t>
            </w:r>
          </w:p>
        </w:tc>
        <w:tc>
          <w:tcPr>
            <w:tcW w:type="dxa" w:w="2056"/>
          </w:tcPr>
          <w:p>
            <w:pPr>
              <w:spacing w:after="0"/>
              <w:jc w:val="left"/>
            </w:pPr>
            <w:r>
              <w:rPr>
                <w:sz w:val="16"/>
              </w:rPr>
              <w:t>Wildfire</w:t>
            </w:r>
          </w:p>
        </w:tc>
        <w:tc>
          <w:tcPr>
            <w:tcW w:type="dxa" w:w="2497"/>
          </w:tcPr>
          <w:p>
            <w:pPr>
              <w:spacing w:after="0"/>
              <w:jc w:val="right"/>
            </w:pPr>
            <w:r>
              <w:rPr>
                <w:sz w:val="16"/>
              </w:rPr>
              <w:t>none found</w:t>
            </w:r>
          </w:p>
        </w:tc>
        <w:tc>
          <w:tcPr>
            <w:tcW w:type="dxa" w:w="2026"/>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2011-07-01</w:t>
            </w:r>
          </w:p>
        </w:tc>
        <w:tc>
          <w:tcPr>
            <w:tcW w:type="dxa" w:w="1041"/>
          </w:tcPr>
          <w:p>
            <w:pPr>
              <w:spacing w:after="0"/>
              <w:jc w:val="left"/>
            </w:pPr>
            <w:r>
              <w:rPr>
                <w:sz w:val="16"/>
              </w:rPr>
              <w:t>2011-04-06</w:t>
            </w:r>
          </w:p>
        </w:tc>
        <w:tc>
          <w:tcPr>
            <w:tcW w:type="dxa" w:w="1041"/>
          </w:tcPr>
          <w:p>
            <w:pPr>
              <w:spacing w:after="0"/>
              <w:jc w:val="left"/>
            </w:pPr>
            <w:r>
              <w:rPr>
                <w:sz w:val="16"/>
              </w:rPr>
              <w:t>DR-1999-TX</w:t>
            </w:r>
          </w:p>
        </w:tc>
        <w:tc>
          <w:tcPr>
            <w:tcW w:type="dxa" w:w="1399"/>
          </w:tcPr>
          <w:p>
            <w:pPr>
              <w:spacing w:after="0"/>
              <w:jc w:val="left"/>
            </w:pPr>
            <w:r>
              <w:rPr>
                <w:sz w:val="16"/>
              </w:rPr>
              <w:t>Major disaster</w:t>
            </w:r>
          </w:p>
        </w:tc>
        <w:tc>
          <w:tcPr>
            <w:tcW w:type="dxa" w:w="2116"/>
          </w:tcPr>
          <w:p>
            <w:pPr>
              <w:spacing w:after="0"/>
              <w:jc w:val="left"/>
            </w:pPr>
            <w:r>
              <w:rPr>
                <w:sz w:val="16"/>
              </w:rPr>
              <w:t>WILDFIRES</w:t>
            </w:r>
          </w:p>
        </w:tc>
        <w:tc>
          <w:tcPr>
            <w:tcW w:type="dxa" w:w="2056"/>
          </w:tcPr>
          <w:p>
            <w:pPr>
              <w:spacing w:after="0"/>
              <w:jc w:val="left"/>
            </w:pPr>
            <w:r>
              <w:rPr>
                <w:sz w:val="16"/>
              </w:rPr>
              <w:t>Wildfire</w:t>
            </w:r>
          </w:p>
        </w:tc>
        <w:tc>
          <w:tcPr>
            <w:tcW w:type="dxa" w:w="2497"/>
          </w:tcPr>
          <w:p>
            <w:pPr>
              <w:spacing w:after="0"/>
              <w:jc w:val="right"/>
            </w:pPr>
            <w:r>
              <w:rPr>
                <w:sz w:val="16"/>
              </w:rPr>
              <w:t>$59,682.94</w:t>
            </w:r>
          </w:p>
        </w:tc>
        <w:tc>
          <w:tcPr>
            <w:tcW w:type="dxa" w:w="2026"/>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2008-03-14</w:t>
            </w:r>
          </w:p>
        </w:tc>
        <w:tc>
          <w:tcPr>
            <w:tcW w:type="dxa" w:w="1041"/>
          </w:tcPr>
          <w:p>
            <w:pPr>
              <w:spacing w:after="0"/>
              <w:jc w:val="left"/>
            </w:pPr>
            <w:r>
              <w:rPr>
                <w:sz w:val="16"/>
              </w:rPr>
              <w:t>2008-03-14</w:t>
            </w:r>
          </w:p>
        </w:tc>
        <w:tc>
          <w:tcPr>
            <w:tcW w:type="dxa" w:w="1041"/>
          </w:tcPr>
          <w:p>
            <w:pPr>
              <w:spacing w:after="0"/>
              <w:jc w:val="left"/>
            </w:pPr>
            <w:r>
              <w:rPr>
                <w:sz w:val="16"/>
              </w:rPr>
              <w:t>EM-3284-TX</w:t>
            </w:r>
          </w:p>
        </w:tc>
        <w:tc>
          <w:tcPr>
            <w:tcW w:type="dxa" w:w="1399"/>
          </w:tcPr>
          <w:p>
            <w:pPr>
              <w:spacing w:after="0"/>
              <w:jc w:val="left"/>
            </w:pPr>
            <w:r>
              <w:rPr>
                <w:sz w:val="16"/>
              </w:rPr>
              <w:t>Emergency</w:t>
            </w:r>
          </w:p>
        </w:tc>
        <w:tc>
          <w:tcPr>
            <w:tcW w:type="dxa" w:w="2116"/>
          </w:tcPr>
          <w:p>
            <w:pPr>
              <w:spacing w:after="0"/>
              <w:jc w:val="left"/>
            </w:pPr>
            <w:r>
              <w:rPr>
                <w:sz w:val="16"/>
              </w:rPr>
              <w:t>WILDFIRES</w:t>
            </w:r>
          </w:p>
        </w:tc>
        <w:tc>
          <w:tcPr>
            <w:tcW w:type="dxa" w:w="2056"/>
          </w:tcPr>
          <w:p>
            <w:pPr>
              <w:spacing w:after="0"/>
              <w:jc w:val="left"/>
            </w:pPr>
            <w:r>
              <w:rPr>
                <w:sz w:val="16"/>
              </w:rPr>
              <w:t>Wildfire</w:t>
            </w:r>
          </w:p>
        </w:tc>
        <w:tc>
          <w:tcPr>
            <w:tcW w:type="dxa" w:w="2497"/>
          </w:tcPr>
          <w:p>
            <w:pPr>
              <w:spacing w:after="0"/>
              <w:jc w:val="right"/>
            </w:pPr>
            <w:r>
              <w:rPr>
                <w:sz w:val="16"/>
              </w:rPr>
              <w:t>none found</w:t>
            </w:r>
          </w:p>
        </w:tc>
        <w:tc>
          <w:tcPr>
            <w:tcW w:type="dxa" w:w="2026"/>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2006-01-11</w:t>
            </w:r>
          </w:p>
        </w:tc>
        <w:tc>
          <w:tcPr>
            <w:tcW w:type="dxa" w:w="1041"/>
          </w:tcPr>
          <w:p>
            <w:pPr>
              <w:spacing w:after="0"/>
              <w:jc w:val="left"/>
            </w:pPr>
            <w:r>
              <w:rPr>
                <w:sz w:val="16"/>
              </w:rPr>
              <w:t>2005-11-27</w:t>
            </w:r>
          </w:p>
        </w:tc>
        <w:tc>
          <w:tcPr>
            <w:tcW w:type="dxa" w:w="1041"/>
          </w:tcPr>
          <w:p>
            <w:pPr>
              <w:spacing w:after="0"/>
              <w:jc w:val="left"/>
            </w:pPr>
            <w:r>
              <w:rPr>
                <w:sz w:val="16"/>
              </w:rPr>
              <w:t>DR-1624-TX</w:t>
            </w:r>
          </w:p>
        </w:tc>
        <w:tc>
          <w:tcPr>
            <w:tcW w:type="dxa" w:w="1399"/>
          </w:tcPr>
          <w:p>
            <w:pPr>
              <w:spacing w:after="0"/>
              <w:jc w:val="left"/>
            </w:pPr>
            <w:r>
              <w:rPr>
                <w:sz w:val="16"/>
              </w:rPr>
              <w:t>Major disaster</w:t>
            </w:r>
          </w:p>
        </w:tc>
        <w:tc>
          <w:tcPr>
            <w:tcW w:type="dxa" w:w="2116"/>
          </w:tcPr>
          <w:p>
            <w:pPr>
              <w:spacing w:after="0"/>
              <w:jc w:val="left"/>
            </w:pPr>
            <w:r>
              <w:rPr>
                <w:sz w:val="16"/>
              </w:rPr>
              <w:t>EXTREME WILDFIRE THREAT</w:t>
            </w:r>
          </w:p>
        </w:tc>
        <w:tc>
          <w:tcPr>
            <w:tcW w:type="dxa" w:w="2056"/>
          </w:tcPr>
          <w:p>
            <w:pPr>
              <w:spacing w:after="0"/>
              <w:jc w:val="left"/>
            </w:pPr>
            <w:r>
              <w:rPr>
                <w:sz w:val="16"/>
              </w:rPr>
              <w:t>Wildfire</w:t>
            </w:r>
          </w:p>
        </w:tc>
        <w:tc>
          <w:tcPr>
            <w:tcW w:type="dxa" w:w="2497"/>
          </w:tcPr>
          <w:p>
            <w:pPr>
              <w:spacing w:after="0"/>
              <w:jc w:val="right"/>
            </w:pPr>
            <w:r>
              <w:rPr>
                <w:sz w:val="16"/>
              </w:rPr>
              <w:t>$3,229.81</w:t>
            </w:r>
          </w:p>
        </w:tc>
        <w:tc>
          <w:tcPr>
            <w:tcW w:type="dxa" w:w="2026"/>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2005-09-24</w:t>
            </w:r>
          </w:p>
        </w:tc>
        <w:tc>
          <w:tcPr>
            <w:tcW w:type="dxa" w:w="1041"/>
          </w:tcPr>
          <w:p>
            <w:pPr>
              <w:spacing w:after="0"/>
              <w:jc w:val="left"/>
            </w:pPr>
            <w:r>
              <w:rPr>
                <w:sz w:val="16"/>
              </w:rPr>
              <w:t>2005-09-23</w:t>
            </w:r>
          </w:p>
        </w:tc>
        <w:tc>
          <w:tcPr>
            <w:tcW w:type="dxa" w:w="1041"/>
          </w:tcPr>
          <w:p>
            <w:pPr>
              <w:spacing w:after="0"/>
              <w:jc w:val="left"/>
            </w:pPr>
            <w:r>
              <w:rPr>
                <w:sz w:val="16"/>
              </w:rPr>
              <w:t>DR-1606-TX</w:t>
            </w:r>
          </w:p>
        </w:tc>
        <w:tc>
          <w:tcPr>
            <w:tcW w:type="dxa" w:w="1399"/>
          </w:tcPr>
          <w:p>
            <w:pPr>
              <w:spacing w:after="0"/>
              <w:jc w:val="left"/>
            </w:pPr>
            <w:r>
              <w:rPr>
                <w:sz w:val="16"/>
              </w:rPr>
              <w:t>Major disaster</w:t>
            </w:r>
          </w:p>
        </w:tc>
        <w:tc>
          <w:tcPr>
            <w:tcW w:type="dxa" w:w="2116"/>
          </w:tcPr>
          <w:p>
            <w:pPr>
              <w:spacing w:after="0"/>
              <w:jc w:val="left"/>
            </w:pPr>
            <w:r>
              <w:rPr>
                <w:sz w:val="16"/>
              </w:rPr>
              <w:t>HURRICANE RITA</w:t>
            </w:r>
          </w:p>
        </w:tc>
        <w:tc>
          <w:tcPr>
            <w:tcW w:type="dxa" w:w="2056"/>
          </w:tcPr>
          <w:p>
            <w:pPr>
              <w:spacing w:after="0"/>
              <w:jc w:val="left"/>
            </w:pPr>
            <w:r>
              <w:rPr>
                <w:sz w:val="16"/>
              </w:rPr>
              <w:t>Hurricane: evacuation support (county designated for sheltering evacuees, no Individual Assistance), not a local hazard event; not counted</w:t>
            </w:r>
          </w:p>
        </w:tc>
        <w:tc>
          <w:tcPr>
            <w:tcW w:type="dxa" w:w="2497"/>
          </w:tcPr>
          <w:p>
            <w:pPr>
              <w:spacing w:after="0"/>
              <w:jc w:val="right"/>
            </w:pPr>
            <w:r>
              <w:rPr>
                <w:sz w:val="16"/>
              </w:rPr>
              <w:t>none found</w:t>
            </w:r>
          </w:p>
        </w:tc>
        <w:tc>
          <w:tcPr>
            <w:tcW w:type="dxa" w:w="2026"/>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2005-09-21</w:t>
            </w:r>
          </w:p>
        </w:tc>
        <w:tc>
          <w:tcPr>
            <w:tcW w:type="dxa" w:w="1041"/>
          </w:tcPr>
          <w:p>
            <w:pPr>
              <w:spacing w:after="0"/>
              <w:jc w:val="left"/>
            </w:pPr>
            <w:r>
              <w:rPr>
                <w:sz w:val="16"/>
              </w:rPr>
              <w:t>2005-09-20</w:t>
            </w:r>
          </w:p>
        </w:tc>
        <w:tc>
          <w:tcPr>
            <w:tcW w:type="dxa" w:w="1041"/>
          </w:tcPr>
          <w:p>
            <w:pPr>
              <w:spacing w:after="0"/>
              <w:jc w:val="left"/>
            </w:pPr>
            <w:r>
              <w:rPr>
                <w:sz w:val="16"/>
              </w:rPr>
              <w:t>EM-3261-TX</w:t>
            </w:r>
          </w:p>
        </w:tc>
        <w:tc>
          <w:tcPr>
            <w:tcW w:type="dxa" w:w="1399"/>
          </w:tcPr>
          <w:p>
            <w:pPr>
              <w:spacing w:after="0"/>
              <w:jc w:val="left"/>
            </w:pPr>
            <w:r>
              <w:rPr>
                <w:sz w:val="16"/>
              </w:rPr>
              <w:t>Emergency</w:t>
            </w:r>
          </w:p>
        </w:tc>
        <w:tc>
          <w:tcPr>
            <w:tcW w:type="dxa" w:w="2116"/>
          </w:tcPr>
          <w:p>
            <w:pPr>
              <w:spacing w:after="0"/>
              <w:jc w:val="left"/>
            </w:pPr>
            <w:r>
              <w:rPr>
                <w:sz w:val="16"/>
              </w:rPr>
              <w:t>HURRICANE RITA</w:t>
            </w:r>
          </w:p>
        </w:tc>
        <w:tc>
          <w:tcPr>
            <w:tcW w:type="dxa" w:w="2056"/>
          </w:tcPr>
          <w:p>
            <w:pPr>
              <w:spacing w:after="0"/>
              <w:jc w:val="left"/>
            </w:pPr>
            <w:r>
              <w:rPr>
                <w:sz w:val="16"/>
              </w:rPr>
              <w:t>Hurricane: evacuation support (county designated for sheltering evacuees, no Individual Assistance), not a local hazard event; not counted</w:t>
            </w:r>
          </w:p>
        </w:tc>
        <w:tc>
          <w:tcPr>
            <w:tcW w:type="dxa" w:w="2497"/>
          </w:tcPr>
          <w:p>
            <w:pPr>
              <w:spacing w:after="0"/>
              <w:jc w:val="right"/>
            </w:pPr>
            <w:r>
              <w:rPr>
                <w:sz w:val="16"/>
              </w:rPr>
              <w:t>none found</w:t>
            </w:r>
          </w:p>
        </w:tc>
        <w:tc>
          <w:tcPr>
            <w:tcW w:type="dxa" w:w="2026"/>
          </w:tcPr>
          <w:p>
            <w:pPr>
              <w:spacing w:after="0"/>
              <w:jc w:val="left"/>
            </w:pPr>
          </w:p>
        </w:tc>
        <w:tc>
          <w:tcPr>
            <w:tcW w:type="dxa" w:w="897"/>
          </w:tcPr>
          <w:p>
            <w:pPr>
              <w:spacing w:after="0"/>
              <w:jc w:val="left"/>
            </w:pPr>
            <w:r>
              <w:rPr>
                <w:sz w:val="16"/>
              </w:rPr>
              <w:t>same incident as DR-1606</w:t>
            </w:r>
          </w:p>
        </w:tc>
      </w:tr>
      <w:tr>
        <w:trPr>
          <w:cantSplit/>
        </w:trPr>
        <w:tc>
          <w:tcPr>
            <w:tcW w:type="dxa" w:w="1041"/>
          </w:tcPr>
          <w:p>
            <w:pPr>
              <w:spacing w:after="0"/>
              <w:jc w:val="left"/>
            </w:pPr>
            <w:r>
              <w:rPr>
                <w:sz w:val="16"/>
              </w:rPr>
              <w:t>2005-09-02</w:t>
            </w:r>
          </w:p>
        </w:tc>
        <w:tc>
          <w:tcPr>
            <w:tcW w:type="dxa" w:w="1041"/>
          </w:tcPr>
          <w:p>
            <w:pPr>
              <w:spacing w:after="0"/>
              <w:jc w:val="left"/>
            </w:pPr>
            <w:r>
              <w:rPr>
                <w:sz w:val="16"/>
              </w:rPr>
              <w:t>2005-08-29</w:t>
            </w:r>
          </w:p>
        </w:tc>
        <w:tc>
          <w:tcPr>
            <w:tcW w:type="dxa" w:w="1041"/>
          </w:tcPr>
          <w:p>
            <w:pPr>
              <w:spacing w:after="0"/>
              <w:jc w:val="left"/>
            </w:pPr>
            <w:r>
              <w:rPr>
                <w:sz w:val="16"/>
              </w:rPr>
              <w:t>EM-3216-TX</w:t>
            </w:r>
          </w:p>
        </w:tc>
        <w:tc>
          <w:tcPr>
            <w:tcW w:type="dxa" w:w="1399"/>
          </w:tcPr>
          <w:p>
            <w:pPr>
              <w:spacing w:after="0"/>
              <w:jc w:val="left"/>
            </w:pPr>
            <w:r>
              <w:rPr>
                <w:sz w:val="16"/>
              </w:rPr>
              <w:t>Emergency</w:t>
            </w:r>
          </w:p>
        </w:tc>
        <w:tc>
          <w:tcPr>
            <w:tcW w:type="dxa" w:w="2116"/>
          </w:tcPr>
          <w:p>
            <w:pPr>
              <w:spacing w:after="0"/>
              <w:jc w:val="left"/>
            </w:pPr>
            <w:r>
              <w:rPr>
                <w:sz w:val="16"/>
              </w:rPr>
              <w:t>HURRICANE KATRINA EVACUATION</w:t>
            </w:r>
          </w:p>
        </w:tc>
        <w:tc>
          <w:tcPr>
            <w:tcW w:type="dxa" w:w="2056"/>
          </w:tcPr>
          <w:p>
            <w:pPr>
              <w:spacing w:after="0"/>
              <w:jc w:val="left"/>
            </w:pPr>
            <w:r>
              <w:rPr>
                <w:sz w:val="16"/>
              </w:rPr>
              <w:t>Hurricane: evacuation support, not a local hazard event; not counted</w:t>
            </w:r>
          </w:p>
        </w:tc>
        <w:tc>
          <w:tcPr>
            <w:tcW w:type="dxa" w:w="2497"/>
          </w:tcPr>
          <w:p>
            <w:pPr>
              <w:spacing w:after="0"/>
              <w:jc w:val="right"/>
            </w:pPr>
            <w:r>
              <w:rPr>
                <w:sz w:val="16"/>
              </w:rPr>
              <w:t>none found</w:t>
            </w:r>
          </w:p>
        </w:tc>
        <w:tc>
          <w:tcPr>
            <w:tcW w:type="dxa" w:w="2026"/>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1999-09-01</w:t>
            </w:r>
          </w:p>
        </w:tc>
        <w:tc>
          <w:tcPr>
            <w:tcW w:type="dxa" w:w="1041"/>
          </w:tcPr>
          <w:p>
            <w:pPr>
              <w:spacing w:after="0"/>
              <w:jc w:val="left"/>
            </w:pPr>
            <w:r>
              <w:rPr>
                <w:sz w:val="16"/>
              </w:rPr>
              <w:t>1999-08-01</w:t>
            </w:r>
          </w:p>
        </w:tc>
        <w:tc>
          <w:tcPr>
            <w:tcW w:type="dxa" w:w="1041"/>
          </w:tcPr>
          <w:p>
            <w:pPr>
              <w:spacing w:after="0"/>
              <w:jc w:val="left"/>
            </w:pPr>
            <w:r>
              <w:rPr>
                <w:sz w:val="16"/>
              </w:rPr>
              <w:t>EM-3142-TX</w:t>
            </w:r>
          </w:p>
        </w:tc>
        <w:tc>
          <w:tcPr>
            <w:tcW w:type="dxa" w:w="1399"/>
          </w:tcPr>
          <w:p>
            <w:pPr>
              <w:spacing w:after="0"/>
              <w:jc w:val="left"/>
            </w:pPr>
            <w:r>
              <w:rPr>
                <w:sz w:val="16"/>
              </w:rPr>
              <w:t>Emergency</w:t>
            </w:r>
          </w:p>
        </w:tc>
        <w:tc>
          <w:tcPr>
            <w:tcW w:type="dxa" w:w="2116"/>
          </w:tcPr>
          <w:p>
            <w:pPr>
              <w:spacing w:after="0"/>
              <w:jc w:val="left"/>
            </w:pPr>
            <w:r>
              <w:rPr>
                <w:sz w:val="16"/>
              </w:rPr>
              <w:t>EXTREME FIRE HAZARDS</w:t>
            </w:r>
          </w:p>
        </w:tc>
        <w:tc>
          <w:tcPr>
            <w:tcW w:type="dxa" w:w="2056"/>
          </w:tcPr>
          <w:p>
            <w:pPr>
              <w:spacing w:after="0"/>
              <w:jc w:val="left"/>
            </w:pPr>
            <w:r>
              <w:rPr>
                <w:sz w:val="16"/>
              </w:rPr>
              <w:t>Wildfire</w:t>
            </w:r>
          </w:p>
        </w:tc>
        <w:tc>
          <w:tcPr>
            <w:tcW w:type="dxa" w:w="2497"/>
          </w:tcPr>
          <w:p>
            <w:pPr>
              <w:spacing w:after="0"/>
              <w:jc w:val="right"/>
            </w:pPr>
            <w:r>
              <w:rPr>
                <w:sz w:val="16"/>
              </w:rPr>
              <w:t>none found</w:t>
            </w:r>
          </w:p>
        </w:tc>
        <w:tc>
          <w:tcPr>
            <w:tcW w:type="dxa" w:w="2026"/>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1998-08-26</w:t>
            </w:r>
          </w:p>
        </w:tc>
        <w:tc>
          <w:tcPr>
            <w:tcW w:type="dxa" w:w="1041"/>
          </w:tcPr>
          <w:p>
            <w:pPr>
              <w:spacing w:after="0"/>
              <w:jc w:val="left"/>
            </w:pPr>
            <w:r>
              <w:rPr>
                <w:sz w:val="16"/>
              </w:rPr>
              <w:t>1998-08-22</w:t>
            </w:r>
          </w:p>
        </w:tc>
        <w:tc>
          <w:tcPr>
            <w:tcW w:type="dxa" w:w="1041"/>
          </w:tcPr>
          <w:p>
            <w:pPr>
              <w:spacing w:after="0"/>
              <w:jc w:val="left"/>
            </w:pPr>
            <w:r>
              <w:rPr>
                <w:sz w:val="16"/>
              </w:rPr>
              <w:t>DR-1239-TX</w:t>
            </w:r>
          </w:p>
        </w:tc>
        <w:tc>
          <w:tcPr>
            <w:tcW w:type="dxa" w:w="1399"/>
          </w:tcPr>
          <w:p>
            <w:pPr>
              <w:spacing w:after="0"/>
              <w:jc w:val="left"/>
            </w:pPr>
            <w:r>
              <w:rPr>
                <w:sz w:val="16"/>
              </w:rPr>
              <w:t>Major disaster</w:t>
            </w:r>
          </w:p>
        </w:tc>
        <w:tc>
          <w:tcPr>
            <w:tcW w:type="dxa" w:w="2116"/>
          </w:tcPr>
          <w:p>
            <w:pPr>
              <w:spacing w:after="0"/>
              <w:jc w:val="left"/>
            </w:pPr>
            <w:r>
              <w:rPr>
                <w:sz w:val="16"/>
              </w:rPr>
              <w:t>TROPICAL STORM CHARLEY</w:t>
            </w:r>
          </w:p>
        </w:tc>
        <w:tc>
          <w:tcPr>
            <w:tcW w:type="dxa" w:w="2056"/>
          </w:tcPr>
          <w:p>
            <w:pPr>
              <w:spacing w:after="0"/>
              <w:jc w:val="left"/>
            </w:pPr>
            <w:r>
              <w:rPr>
                <w:sz w:val="16"/>
              </w:rPr>
              <w:t>Hurricane; Inland Flooding: designated for Hazard Mitigation only (no Public or Individual Assistance for this county); not counted</w:t>
            </w:r>
          </w:p>
        </w:tc>
        <w:tc>
          <w:tcPr>
            <w:tcW w:type="dxa" w:w="2497"/>
          </w:tcPr>
          <w:p>
            <w:pPr>
              <w:spacing w:after="0"/>
              <w:jc w:val="right"/>
            </w:pPr>
            <w:r>
              <w:rPr>
                <w:sz w:val="16"/>
              </w:rPr>
              <w:t>PA not declared for this county</w:t>
            </w:r>
          </w:p>
        </w:tc>
        <w:tc>
          <w:tcPr>
            <w:tcW w:type="dxa" w:w="2026"/>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1990-05-02</w:t>
            </w:r>
          </w:p>
        </w:tc>
        <w:tc>
          <w:tcPr>
            <w:tcW w:type="dxa" w:w="1041"/>
          </w:tcPr>
          <w:p>
            <w:pPr>
              <w:spacing w:after="0"/>
              <w:jc w:val="left"/>
            </w:pPr>
            <w:r>
              <w:rPr>
                <w:sz w:val="16"/>
              </w:rPr>
              <w:t>1990-04-15</w:t>
            </w:r>
          </w:p>
        </w:tc>
        <w:tc>
          <w:tcPr>
            <w:tcW w:type="dxa" w:w="1041"/>
          </w:tcPr>
          <w:p>
            <w:pPr>
              <w:spacing w:after="0"/>
              <w:jc w:val="left"/>
            </w:pPr>
            <w:r>
              <w:rPr>
                <w:sz w:val="16"/>
              </w:rPr>
              <w:t>DR-863-TX</w:t>
            </w:r>
          </w:p>
        </w:tc>
        <w:tc>
          <w:tcPr>
            <w:tcW w:type="dxa" w:w="1399"/>
          </w:tcPr>
          <w:p>
            <w:pPr>
              <w:spacing w:after="0"/>
              <w:jc w:val="left"/>
            </w:pPr>
            <w:r>
              <w:rPr>
                <w:sz w:val="16"/>
              </w:rPr>
              <w:t>Major disaster</w:t>
            </w:r>
          </w:p>
        </w:tc>
        <w:tc>
          <w:tcPr>
            <w:tcW w:type="dxa" w:w="2116"/>
          </w:tcPr>
          <w:p>
            <w:pPr>
              <w:spacing w:after="0"/>
              <w:jc w:val="left"/>
            </w:pPr>
            <w:r>
              <w:rPr>
                <w:sz w:val="16"/>
              </w:rPr>
              <w:t>SEVERE STORMS, TORNADOES &amp; FLOODING</w:t>
            </w:r>
          </w:p>
        </w:tc>
        <w:tc>
          <w:tcPr>
            <w:tcW w:type="dxa" w:w="2056"/>
          </w:tcPr>
          <w:p>
            <w:pPr>
              <w:spacing w:after="0"/>
              <w:jc w:val="left"/>
            </w:pPr>
            <w:r>
              <w:rPr>
                <w:sz w:val="16"/>
              </w:rPr>
              <w:t>Inland Flooding; Tornado</w:t>
            </w:r>
          </w:p>
        </w:tc>
        <w:tc>
          <w:tcPr>
            <w:tcW w:type="dxa" w:w="2497"/>
          </w:tcPr>
          <w:p>
            <w:pPr>
              <w:spacing w:after="0"/>
              <w:jc w:val="right"/>
            </w:pPr>
            <w:r>
              <w:rPr>
                <w:sz w:val="16"/>
              </w:rPr>
              <w:t>PA not declared for this county</w:t>
            </w:r>
          </w:p>
        </w:tc>
        <w:tc>
          <w:tcPr>
            <w:tcW w:type="dxa" w:w="2026"/>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1989-05-19</w:t>
            </w:r>
          </w:p>
        </w:tc>
        <w:tc>
          <w:tcPr>
            <w:tcW w:type="dxa" w:w="1041"/>
          </w:tcPr>
          <w:p>
            <w:pPr>
              <w:spacing w:after="0"/>
              <w:jc w:val="left"/>
            </w:pPr>
            <w:r>
              <w:rPr>
                <w:sz w:val="16"/>
              </w:rPr>
              <w:t>1989-05-04</w:t>
            </w:r>
          </w:p>
        </w:tc>
        <w:tc>
          <w:tcPr>
            <w:tcW w:type="dxa" w:w="1041"/>
          </w:tcPr>
          <w:p>
            <w:pPr>
              <w:spacing w:after="0"/>
              <w:jc w:val="left"/>
            </w:pPr>
            <w:r>
              <w:rPr>
                <w:sz w:val="16"/>
              </w:rPr>
              <w:t>DR-828-TX</w:t>
            </w:r>
          </w:p>
        </w:tc>
        <w:tc>
          <w:tcPr>
            <w:tcW w:type="dxa" w:w="1399"/>
          </w:tcPr>
          <w:p>
            <w:pPr>
              <w:spacing w:after="0"/>
              <w:jc w:val="left"/>
            </w:pPr>
            <w:r>
              <w:rPr>
                <w:sz w:val="16"/>
              </w:rPr>
              <w:t>Major disaster</w:t>
            </w:r>
          </w:p>
        </w:tc>
        <w:tc>
          <w:tcPr>
            <w:tcW w:type="dxa" w:w="2116"/>
          </w:tcPr>
          <w:p>
            <w:pPr>
              <w:spacing w:after="0"/>
              <w:jc w:val="left"/>
            </w:pPr>
            <w:r>
              <w:rPr>
                <w:sz w:val="16"/>
              </w:rPr>
              <w:t>SEVERE STORMS, TORNADOES &amp; FLOODING</w:t>
            </w:r>
          </w:p>
        </w:tc>
        <w:tc>
          <w:tcPr>
            <w:tcW w:type="dxa" w:w="2056"/>
          </w:tcPr>
          <w:p>
            <w:pPr>
              <w:spacing w:after="0"/>
              <w:jc w:val="left"/>
            </w:pPr>
            <w:r>
              <w:rPr>
                <w:sz w:val="16"/>
              </w:rPr>
              <w:t>Inland Flooding; Tornado</w:t>
            </w:r>
          </w:p>
        </w:tc>
        <w:tc>
          <w:tcPr>
            <w:tcW w:type="dxa" w:w="2497"/>
          </w:tcPr>
          <w:p>
            <w:pPr>
              <w:spacing w:after="0"/>
              <w:jc w:val="right"/>
            </w:pPr>
            <w:r>
              <w:rPr>
                <w:sz w:val="16"/>
              </w:rPr>
              <w:t>PA not declared for this county</w:t>
            </w:r>
          </w:p>
        </w:tc>
        <w:tc>
          <w:tcPr>
            <w:tcW w:type="dxa" w:w="2026"/>
          </w:tcPr>
          <w:p>
            <w:pPr>
              <w:spacing w:after="0"/>
              <w:jc w:val="left"/>
            </w:pPr>
          </w:p>
        </w:tc>
        <w:tc>
          <w:tcPr>
            <w:tcW w:type="dxa" w:w="89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589</w:t>
            </w:r>
          </w:p>
        </w:tc>
        <w:tc>
          <w:tcPr>
            <w:tcW w:type="dxa" w:w="1422"/>
          </w:tcPr>
          <w:p>
            <w:pPr>
              <w:spacing w:after="0"/>
              <w:jc w:val="right"/>
            </w:pPr>
            <w:r>
              <w:rPr>
                <w:sz w:val="16"/>
              </w:rPr>
              <w:t>100</w:t>
            </w:r>
          </w:p>
        </w:tc>
        <w:tc>
          <w:tcPr>
            <w:tcW w:type="dxa" w:w="1356"/>
          </w:tcPr>
          <w:p>
            <w:pPr>
              <w:spacing w:after="0"/>
              <w:jc w:val="right"/>
            </w:pPr>
            <w:r>
              <w:rPr>
                <w:sz w:val="16"/>
              </w:rPr>
              <w:t>7</w:t>
            </w:r>
          </w:p>
        </w:tc>
        <w:tc>
          <w:tcPr>
            <w:tcW w:type="dxa" w:w="963"/>
          </w:tcPr>
          <w:p>
            <w:pPr>
              <w:spacing w:after="0"/>
              <w:jc w:val="right"/>
            </w:pPr>
            <w:r>
              <w:rPr>
                <w:sz w:val="16"/>
              </w:rPr>
              <w:t>88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124</w:t>
            </w:r>
          </w:p>
        </w:tc>
        <w:tc>
          <w:tcPr>
            <w:tcW w:type="dxa" w:w="1422"/>
          </w:tcPr>
          <w:p>
            <w:pPr>
              <w:spacing w:after="0"/>
              <w:jc w:val="right"/>
            </w:pPr>
            <w:r>
              <w:rPr>
                <w:sz w:val="16"/>
              </w:rPr>
              <w:t>17</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198</w:t>
            </w:r>
          </w:p>
        </w:tc>
        <w:tc>
          <w:tcPr>
            <w:tcW w:type="dxa" w:w="1422"/>
          </w:tcPr>
          <w:p>
            <w:pPr>
              <w:spacing w:after="0"/>
              <w:jc w:val="right"/>
            </w:pPr>
            <w:r>
              <w:rPr>
                <w:sz w:val="16"/>
              </w:rPr>
              <w:t>55</w:t>
            </w:r>
          </w:p>
        </w:tc>
        <w:tc>
          <w:tcPr>
            <w:tcW w:type="dxa" w:w="1356"/>
          </w:tcPr>
          <w:p>
            <w:pPr>
              <w:spacing w:after="0"/>
              <w:jc w:val="right"/>
            </w:pPr>
            <w:r>
              <w:rPr>
                <w:sz w:val="16"/>
              </w:rPr>
              <w:t>3</w:t>
            </w:r>
          </w:p>
        </w:tc>
        <w:tc>
          <w:tcPr>
            <w:tcW w:type="dxa" w:w="963"/>
          </w:tcPr>
          <w:p>
            <w:pPr>
              <w:spacing w:after="0"/>
              <w:jc w:val="right"/>
            </w:pPr>
            <w:r>
              <w:rPr>
                <w:sz w:val="16"/>
              </w:rPr>
              <w:t>54</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21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97</w:t>
            </w:r>
          </w:p>
        </w:tc>
        <w:tc>
          <w:tcPr>
            <w:tcW w:type="dxa" w:w="1422"/>
          </w:tcPr>
          <w:p>
            <w:pPr>
              <w:spacing w:after="0"/>
              <w:jc w:val="right"/>
            </w:pPr>
            <w:r>
              <w:rPr>
                <w:sz w:val="16"/>
              </w:rPr>
              <w:t>17</w:t>
            </w: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3"/>
        <w:gridCol w:w="2514"/>
        <w:gridCol w:w="2597"/>
        <w:gridCol w:w="1052"/>
        <w:gridCol w:w="1628"/>
        <w:gridCol w:w="1817"/>
        <w:gridCol w:w="2085"/>
      </w:tblGrid>
      <w:tr>
        <w:trPr>
          <w:cantSplit/>
          <w:tblHeader/>
        </w:trPr>
        <w:tc>
          <w:tcPr>
            <w:tcW w:type="dxa" w:w="1037"/>
            <w:shd w:val="clear" w:color="auto" w:fill="E8E8E8"/>
          </w:tcPr>
          <w:p>
            <w:pPr>
              <w:spacing w:after="0"/>
              <w:jc w:val="left"/>
            </w:pPr>
            <w:r>
              <w:rPr>
                <w:b/>
                <w:sz w:val="16"/>
              </w:rPr>
              <w:t>Date</w:t>
            </w:r>
          </w:p>
        </w:tc>
        <w:tc>
          <w:tcPr>
            <w:tcW w:type="dxa" w:w="1383"/>
            <w:shd w:val="clear" w:color="auto" w:fill="E8E8E8"/>
          </w:tcPr>
          <w:p>
            <w:pPr>
              <w:spacing w:after="0"/>
              <w:jc w:val="left"/>
            </w:pPr>
            <w:r>
              <w:rPr>
                <w:b/>
                <w:sz w:val="16"/>
              </w:rPr>
              <w:t>Event type</w:t>
            </w:r>
          </w:p>
        </w:tc>
        <w:tc>
          <w:tcPr>
            <w:tcW w:type="dxa" w:w="2514"/>
            <w:shd w:val="clear" w:color="auto" w:fill="E8E8E8"/>
          </w:tcPr>
          <w:p>
            <w:pPr>
              <w:spacing w:after="0"/>
              <w:jc w:val="left"/>
            </w:pPr>
            <w:r>
              <w:rPr>
                <w:b/>
                <w:sz w:val="16"/>
              </w:rPr>
              <w:t>Magnitude or extent</w:t>
            </w:r>
          </w:p>
        </w:tc>
        <w:tc>
          <w:tcPr>
            <w:tcW w:type="dxa" w:w="2597"/>
            <w:shd w:val="clear" w:color="auto" w:fill="E8E8E8"/>
          </w:tcPr>
          <w:p>
            <w:pPr>
              <w:spacing w:after="0"/>
              <w:jc w:val="left"/>
            </w:pPr>
            <w:r>
              <w:rPr>
                <w:b/>
                <w:sz w:val="16"/>
              </w:rPr>
              <w:t>Damage</w:t>
            </w:r>
          </w:p>
          <w:p>
            <w:pPr>
              <w:spacing w:after="0"/>
              <w:jc w:val="left"/>
            </w:pPr>
            <w:r>
              <w:rPr>
                <w:i/>
                <w:color w:val="555555"/>
                <w:sz w:val="14"/>
              </w:rPr>
              <w:t>nominal dollars</w:t>
            </w:r>
          </w:p>
        </w:tc>
        <w:tc>
          <w:tcPr>
            <w:tcW w:type="dxa" w:w="105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28"/>
            <w:shd w:val="clear" w:color="auto" w:fill="E8E8E8"/>
          </w:tcPr>
          <w:p>
            <w:pPr>
              <w:spacing w:after="0"/>
              <w:jc w:val="left"/>
            </w:pPr>
            <w:r>
              <w:rPr>
                <w:b/>
                <w:sz w:val="16"/>
              </w:rPr>
              <w:t>Location</w:t>
            </w:r>
          </w:p>
        </w:tc>
        <w:tc>
          <w:tcPr>
            <w:tcW w:type="dxa" w:w="1817"/>
            <w:shd w:val="clear" w:color="auto" w:fill="E8E8E8"/>
          </w:tcPr>
          <w:p>
            <w:pPr>
              <w:spacing w:after="0"/>
              <w:jc w:val="left"/>
            </w:pPr>
            <w:r>
              <w:rPr>
                <w:b/>
                <w:sz w:val="16"/>
              </w:rPr>
              <w:t>Flags</w:t>
            </w:r>
          </w:p>
        </w:tc>
        <w:tc>
          <w:tcPr>
            <w:tcW w:type="dxa" w:w="20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2025-06-02</w:t>
            </w:r>
          </w:p>
        </w:tc>
        <w:tc>
          <w:tcPr>
            <w:tcW w:type="dxa" w:w="1383"/>
          </w:tcPr>
          <w:p>
            <w:pPr>
              <w:spacing w:after="0"/>
              <w:jc w:val="left"/>
            </w:pPr>
            <w:r>
              <w:rPr>
                <w:sz w:val="16"/>
              </w:rPr>
              <w:t>Thunderstorm Wind</w:t>
            </w:r>
          </w:p>
        </w:tc>
        <w:tc>
          <w:tcPr>
            <w:tcW w:type="dxa" w:w="2514"/>
          </w:tcPr>
          <w:p>
            <w:pPr>
              <w:spacing w:after="0"/>
              <w:jc w:val="left"/>
            </w:pPr>
            <w:r>
              <w:rPr>
                <w:sz w:val="16"/>
              </w:rPr>
              <w:t>96 kt (110 mph) estimated gust</w:t>
            </w:r>
          </w:p>
        </w:tc>
        <w:tc>
          <w:tcPr>
            <w:tcW w:type="dxa" w:w="2597"/>
          </w:tcPr>
          <w:p>
            <w:pPr>
              <w:spacing w:after="0"/>
              <w:jc w:val="left"/>
            </w:pPr>
            <w:r>
              <w:rPr>
                <w:sz w:val="16"/>
              </w:rPr>
              <w:t>$600,000 property; $0 crops (2025 dollars)</w:t>
            </w:r>
          </w:p>
        </w:tc>
        <w:tc>
          <w:tcPr>
            <w:tcW w:type="dxa" w:w="1052"/>
          </w:tcPr>
          <w:p>
            <w:pPr>
              <w:spacing w:after="0"/>
              <w:jc w:val="right"/>
            </w:pPr>
            <w:r>
              <w:rPr>
                <w:sz w:val="16"/>
              </w:rPr>
              <w:t>0, 0</w:t>
            </w:r>
          </w:p>
        </w:tc>
        <w:tc>
          <w:tcPr>
            <w:tcW w:type="dxa" w:w="1628"/>
          </w:tcPr>
          <w:p>
            <w:pPr>
              <w:spacing w:after="0"/>
              <w:jc w:val="left"/>
            </w:pPr>
            <w:r>
              <w:rPr>
                <w:sz w:val="16"/>
              </w:rPr>
              <w:t>FT STOCKTON</w:t>
            </w:r>
          </w:p>
        </w:tc>
        <w:tc>
          <w:tcPr>
            <w:tcW w:type="dxa" w:w="1817"/>
          </w:tcPr>
          <w:p>
            <w:pPr>
              <w:spacing w:after="0"/>
              <w:jc w:val="left"/>
            </w:pPr>
            <w:r>
              <w:rPr>
                <w:sz w:val="16"/>
              </w:rPr>
              <w:t>new since last plan; within last 5 years</w:t>
            </w:r>
          </w:p>
        </w:tc>
        <w:tc>
          <w:tcPr>
            <w:tcW w:type="dxa" w:w="2085"/>
          </w:tcPr>
          <w:p>
            <w:pPr>
              <w:spacing w:after="0"/>
              <w:jc w:val="left"/>
            </w:pPr>
            <w:r>
              <w:rPr>
                <w:sz w:val="16"/>
              </w:rPr>
              <w:t>B1-c most damaging: Thunderstorm Wind</w:t>
            </w:r>
          </w:p>
        </w:tc>
      </w:tr>
      <w:tr>
        <w:trPr>
          <w:cantSplit/>
        </w:trPr>
        <w:tc>
          <w:tcPr>
            <w:tcW w:type="dxa" w:w="1037"/>
          </w:tcPr>
          <w:p>
            <w:pPr>
              <w:spacing w:after="0"/>
              <w:jc w:val="left"/>
            </w:pPr>
            <w:r>
              <w:rPr>
                <w:sz w:val="16"/>
              </w:rPr>
              <w:t>2025-04-28</w:t>
            </w:r>
          </w:p>
        </w:tc>
        <w:tc>
          <w:tcPr>
            <w:tcW w:type="dxa" w:w="1383"/>
          </w:tcPr>
          <w:p>
            <w:pPr>
              <w:spacing w:after="0"/>
              <w:jc w:val="left"/>
            </w:pPr>
            <w:r>
              <w:rPr>
                <w:sz w:val="16"/>
              </w:rPr>
              <w:t>High Wind</w:t>
            </w:r>
          </w:p>
        </w:tc>
        <w:tc>
          <w:tcPr>
            <w:tcW w:type="dxa" w:w="2514"/>
          </w:tcPr>
          <w:p>
            <w:pPr>
              <w:spacing w:after="0"/>
              <w:jc w:val="left"/>
            </w:pPr>
            <w:r>
              <w:rPr>
                <w:sz w:val="16"/>
              </w:rPr>
              <w:t>64 kt (74 mph) measured gust</w:t>
            </w:r>
          </w:p>
        </w:tc>
        <w:tc>
          <w:tcPr>
            <w:tcW w:type="dxa" w:w="2597"/>
          </w:tcPr>
          <w:p>
            <w:pPr>
              <w:spacing w:after="0"/>
              <w:jc w:val="left"/>
            </w:pPr>
            <w:r>
              <w:rPr>
                <w:sz w:val="16"/>
              </w:rPr>
              <w:t>property not reported; $0 crops, reported for the zone (2025 dollars)</w:t>
            </w:r>
          </w:p>
        </w:tc>
        <w:tc>
          <w:tcPr>
            <w:tcW w:type="dxa" w:w="1052"/>
          </w:tcPr>
          <w:p>
            <w:pPr>
              <w:spacing w:after="0"/>
              <w:jc w:val="right"/>
            </w:pPr>
            <w:r>
              <w:rPr>
                <w:sz w:val="16"/>
              </w:rPr>
              <w:t>0, 0</w:t>
            </w:r>
          </w:p>
        </w:tc>
        <w:tc>
          <w:tcPr>
            <w:tcW w:type="dxa" w:w="1628"/>
          </w:tcPr>
          <w:p>
            <w:pPr>
              <w:spacing w:after="0"/>
              <w:jc w:val="left"/>
            </w:pPr>
            <w:r>
              <w:rPr>
                <w:sz w:val="16"/>
              </w:rPr>
              <w:t>NWS zone TXZ075 (PECOS), zone-level: may include parts of neighboring counties</w:t>
            </w:r>
          </w:p>
        </w:tc>
        <w:tc>
          <w:tcPr>
            <w:tcW w:type="dxa" w:w="1817"/>
          </w:tcPr>
          <w:p>
            <w:pPr>
              <w:spacing w:after="0"/>
              <w:jc w:val="left"/>
            </w:pPr>
            <w:r>
              <w:rPr>
                <w:sz w:val="16"/>
              </w:rPr>
              <w:t>new since last plan; within last 5 years</w:t>
            </w:r>
          </w:p>
        </w:tc>
        <w:tc>
          <w:tcPr>
            <w:tcW w:type="dxa" w:w="208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2025-04-26</w:t>
            </w:r>
          </w:p>
        </w:tc>
        <w:tc>
          <w:tcPr>
            <w:tcW w:type="dxa" w:w="1383"/>
          </w:tcPr>
          <w:p>
            <w:pPr>
              <w:spacing w:after="0"/>
              <w:jc w:val="left"/>
            </w:pPr>
            <w:r>
              <w:rPr>
                <w:sz w:val="16"/>
              </w:rPr>
              <w:t>Hail</w:t>
            </w:r>
          </w:p>
        </w:tc>
        <w:tc>
          <w:tcPr>
            <w:tcW w:type="dxa" w:w="2514"/>
          </w:tcPr>
          <w:p>
            <w:pPr>
              <w:spacing w:after="0"/>
              <w:jc w:val="left"/>
            </w:pPr>
            <w:r>
              <w:rPr>
                <w:sz w:val="16"/>
              </w:rPr>
              <w:t>5 in</w:t>
            </w:r>
          </w:p>
        </w:tc>
        <w:tc>
          <w:tcPr>
            <w:tcW w:type="dxa" w:w="2597"/>
          </w:tcPr>
          <w:p>
            <w:pPr>
              <w:spacing w:after="0"/>
              <w:jc w:val="left"/>
            </w:pPr>
            <w:r>
              <w:rPr>
                <w:sz w:val="16"/>
              </w:rPr>
              <w:t>$5,000 property; $0 crops (2025 dollars)</w:t>
            </w:r>
          </w:p>
        </w:tc>
        <w:tc>
          <w:tcPr>
            <w:tcW w:type="dxa" w:w="1052"/>
          </w:tcPr>
          <w:p>
            <w:pPr>
              <w:spacing w:after="0"/>
              <w:jc w:val="right"/>
            </w:pPr>
            <w:r>
              <w:rPr>
                <w:sz w:val="16"/>
              </w:rPr>
              <w:t>0, 0</w:t>
            </w:r>
          </w:p>
        </w:tc>
        <w:tc>
          <w:tcPr>
            <w:tcW w:type="dxa" w:w="1628"/>
          </w:tcPr>
          <w:p>
            <w:pPr>
              <w:spacing w:after="0"/>
              <w:jc w:val="left"/>
            </w:pPr>
            <w:r>
              <w:rPr>
                <w:sz w:val="16"/>
              </w:rPr>
              <w:t>FT STOCKTON</w:t>
            </w:r>
          </w:p>
        </w:tc>
        <w:tc>
          <w:tcPr>
            <w:tcW w:type="dxa" w:w="1817"/>
          </w:tcPr>
          <w:p>
            <w:pPr>
              <w:spacing w:after="0"/>
              <w:jc w:val="left"/>
            </w:pPr>
            <w:r>
              <w:rPr>
                <w:sz w:val="16"/>
              </w:rPr>
              <w:t>new since last plan; within last 5 years</w:t>
            </w:r>
          </w:p>
        </w:tc>
        <w:tc>
          <w:tcPr>
            <w:tcW w:type="dxa" w:w="2085"/>
          </w:tcPr>
          <w:p>
            <w:pPr>
              <w:spacing w:after="0"/>
              <w:jc w:val="left"/>
            </w:pPr>
            <w:r>
              <w:rPr>
                <w:sz w:val="16"/>
              </w:rPr>
              <w:t>B1-c worst recorded: Hail</w:t>
            </w:r>
          </w:p>
        </w:tc>
      </w:tr>
      <w:tr>
        <w:trPr>
          <w:cantSplit/>
        </w:trPr>
        <w:tc>
          <w:tcPr>
            <w:tcW w:type="dxa" w:w="1037"/>
          </w:tcPr>
          <w:p>
            <w:pPr>
              <w:spacing w:after="0"/>
              <w:jc w:val="left"/>
            </w:pPr>
            <w:r>
              <w:rPr>
                <w:sz w:val="16"/>
              </w:rPr>
              <w:t>2023-06-02</w:t>
            </w:r>
          </w:p>
        </w:tc>
        <w:tc>
          <w:tcPr>
            <w:tcW w:type="dxa" w:w="1383"/>
          </w:tcPr>
          <w:p>
            <w:pPr>
              <w:spacing w:after="0"/>
              <w:jc w:val="left"/>
            </w:pPr>
            <w:r>
              <w:rPr>
                <w:sz w:val="16"/>
              </w:rPr>
              <w:t>Thunderstorm Wind</w:t>
            </w:r>
          </w:p>
        </w:tc>
        <w:tc>
          <w:tcPr>
            <w:tcW w:type="dxa" w:w="2514"/>
          </w:tcPr>
          <w:p>
            <w:pPr>
              <w:spacing w:after="0"/>
              <w:jc w:val="left"/>
            </w:pPr>
            <w:r>
              <w:rPr>
                <w:sz w:val="16"/>
              </w:rPr>
              <w:t>103 kt (119 mph) estimated gust</w:t>
            </w:r>
          </w:p>
        </w:tc>
        <w:tc>
          <w:tcPr>
            <w:tcW w:type="dxa" w:w="2597"/>
          </w:tcPr>
          <w:p>
            <w:pPr>
              <w:spacing w:after="0"/>
              <w:jc w:val="left"/>
            </w:pPr>
            <w:r>
              <w:rPr>
                <w:sz w:val="16"/>
              </w:rPr>
              <w:t>$25,000 property; $0 crops (2023 dollars)</w:t>
            </w:r>
          </w:p>
        </w:tc>
        <w:tc>
          <w:tcPr>
            <w:tcW w:type="dxa" w:w="1052"/>
          </w:tcPr>
          <w:p>
            <w:pPr>
              <w:spacing w:after="0"/>
              <w:jc w:val="right"/>
            </w:pPr>
            <w:r>
              <w:rPr>
                <w:sz w:val="16"/>
              </w:rPr>
              <w:t>0, 0</w:t>
            </w:r>
          </w:p>
        </w:tc>
        <w:tc>
          <w:tcPr>
            <w:tcW w:type="dxa" w:w="1628"/>
          </w:tcPr>
          <w:p>
            <w:pPr>
              <w:spacing w:after="0"/>
              <w:jc w:val="left"/>
            </w:pPr>
            <w:r>
              <w:rPr>
                <w:sz w:val="16"/>
              </w:rPr>
              <w:t>BALDRIDGE</w:t>
            </w:r>
          </w:p>
        </w:tc>
        <w:tc>
          <w:tcPr>
            <w:tcW w:type="dxa" w:w="1817"/>
          </w:tcPr>
          <w:p>
            <w:pPr>
              <w:spacing w:after="0"/>
              <w:jc w:val="left"/>
            </w:pPr>
            <w:r>
              <w:rPr>
                <w:sz w:val="16"/>
              </w:rPr>
              <w:t>new since last plan; within last 5 years</w:t>
            </w:r>
          </w:p>
        </w:tc>
        <w:tc>
          <w:tcPr>
            <w:tcW w:type="dxa" w:w="2085"/>
          </w:tcPr>
          <w:p>
            <w:pPr>
              <w:spacing w:after="0"/>
              <w:jc w:val="left"/>
            </w:pPr>
            <w:r>
              <w:rPr>
                <w:sz w:val="16"/>
              </w:rPr>
              <w:t>B1-c worst recorded: Thunderstorm Wind</w:t>
            </w:r>
          </w:p>
        </w:tc>
      </w:tr>
      <w:tr>
        <w:trPr>
          <w:cantSplit/>
        </w:trPr>
        <w:tc>
          <w:tcPr>
            <w:tcW w:type="dxa" w:w="1037"/>
          </w:tcPr>
          <w:p>
            <w:pPr>
              <w:spacing w:after="0"/>
              <w:jc w:val="left"/>
            </w:pPr>
            <w:r>
              <w:rPr>
                <w:sz w:val="16"/>
              </w:rPr>
              <w:t>2022-10-10</w:t>
            </w:r>
          </w:p>
        </w:tc>
        <w:tc>
          <w:tcPr>
            <w:tcW w:type="dxa" w:w="1383"/>
          </w:tcPr>
          <w:p>
            <w:pPr>
              <w:spacing w:after="0"/>
              <w:jc w:val="left"/>
            </w:pPr>
            <w:r>
              <w:rPr>
                <w:sz w:val="16"/>
              </w:rPr>
              <w:t>Flash Flood</w:t>
            </w:r>
          </w:p>
        </w:tc>
        <w:tc>
          <w:tcPr>
            <w:tcW w:type="dxa" w:w="2514"/>
          </w:tcPr>
          <w:p>
            <w:pPr>
              <w:spacing w:after="0"/>
              <w:jc w:val="left"/>
            </w:pPr>
          </w:p>
        </w:tc>
        <w:tc>
          <w:tcPr>
            <w:tcW w:type="dxa" w:w="2597"/>
          </w:tcPr>
          <w:p>
            <w:pPr>
              <w:spacing w:after="0"/>
              <w:jc w:val="left"/>
            </w:pPr>
            <w:r>
              <w:rPr>
                <w:sz w:val="16"/>
              </w:rPr>
              <w:t>$250,000 property; $0 crops (2022 dollars)</w:t>
            </w:r>
          </w:p>
        </w:tc>
        <w:tc>
          <w:tcPr>
            <w:tcW w:type="dxa" w:w="1052"/>
          </w:tcPr>
          <w:p>
            <w:pPr>
              <w:spacing w:after="0"/>
              <w:jc w:val="right"/>
            </w:pPr>
            <w:r>
              <w:rPr>
                <w:sz w:val="16"/>
              </w:rPr>
              <w:t>0, 0</w:t>
            </w:r>
          </w:p>
        </w:tc>
        <w:tc>
          <w:tcPr>
            <w:tcW w:type="dxa" w:w="1628"/>
          </w:tcPr>
          <w:p>
            <w:pPr>
              <w:spacing w:after="0"/>
              <w:jc w:val="left"/>
            </w:pPr>
            <w:r>
              <w:rPr>
                <w:sz w:val="16"/>
              </w:rPr>
              <w:t>FT STOCKTON ARPT FST to FT STOCKTON</w:t>
            </w:r>
          </w:p>
        </w:tc>
        <w:tc>
          <w:tcPr>
            <w:tcW w:type="dxa" w:w="1817"/>
          </w:tcPr>
          <w:p>
            <w:pPr>
              <w:spacing w:after="0"/>
              <w:jc w:val="left"/>
            </w:pPr>
            <w:r>
              <w:rPr>
                <w:sz w:val="16"/>
              </w:rPr>
              <w:t>new since last plan; within last 5 years</w:t>
            </w:r>
          </w:p>
        </w:tc>
        <w:tc>
          <w:tcPr>
            <w:tcW w:type="dxa" w:w="20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2001-04-10</w:t>
            </w:r>
          </w:p>
        </w:tc>
        <w:tc>
          <w:tcPr>
            <w:tcW w:type="dxa" w:w="1383"/>
          </w:tcPr>
          <w:p>
            <w:pPr>
              <w:spacing w:after="0"/>
              <w:jc w:val="left"/>
            </w:pPr>
            <w:r>
              <w:rPr>
                <w:sz w:val="16"/>
              </w:rPr>
              <w:t>High Wind</w:t>
            </w:r>
          </w:p>
        </w:tc>
        <w:tc>
          <w:tcPr>
            <w:tcW w:type="dxa" w:w="2514"/>
          </w:tcPr>
          <w:p>
            <w:pPr>
              <w:spacing w:after="0"/>
              <w:jc w:val="left"/>
            </w:pPr>
            <w:r>
              <w:rPr>
                <w:sz w:val="16"/>
              </w:rPr>
              <w:t>62 kt (71 mph) measured</w:t>
            </w:r>
          </w:p>
        </w:tc>
        <w:tc>
          <w:tcPr>
            <w:tcW w:type="dxa" w:w="2597"/>
          </w:tcPr>
          <w:p>
            <w:pPr>
              <w:spacing w:after="0"/>
              <w:jc w:val="left"/>
            </w:pPr>
            <w:r>
              <w:rPr>
                <w:sz w:val="16"/>
              </w:rPr>
              <w:t>$1,000,000 property; crops not reported, reported for the zone (2001 dollars)</w:t>
            </w:r>
          </w:p>
        </w:tc>
        <w:tc>
          <w:tcPr>
            <w:tcW w:type="dxa" w:w="1052"/>
          </w:tcPr>
          <w:p>
            <w:pPr>
              <w:spacing w:after="0"/>
              <w:jc w:val="right"/>
            </w:pPr>
            <w:r>
              <w:rPr>
                <w:sz w:val="16"/>
              </w:rPr>
              <w:t>0, 0</w:t>
            </w:r>
          </w:p>
        </w:tc>
        <w:tc>
          <w:tcPr>
            <w:tcW w:type="dxa" w:w="1628"/>
          </w:tcPr>
          <w:p>
            <w:pPr>
              <w:spacing w:after="0"/>
              <w:jc w:val="left"/>
            </w:pPr>
            <w:r>
              <w:rPr>
                <w:sz w:val="16"/>
              </w:rPr>
              <w:t>NWS zone TXZ075 (PECOS), zone-level: may include parts of neighboring counties</w:t>
            </w:r>
          </w:p>
        </w:tc>
        <w:tc>
          <w:tcPr>
            <w:tcW w:type="dxa" w:w="1817"/>
          </w:tcPr>
          <w:p>
            <w:pPr>
              <w:spacing w:after="0"/>
              <w:jc w:val="left"/>
            </w:pPr>
          </w:p>
        </w:tc>
        <w:tc>
          <w:tcPr>
            <w:tcW w:type="dxa" w:w="208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2000-05-31</w:t>
            </w:r>
          </w:p>
        </w:tc>
        <w:tc>
          <w:tcPr>
            <w:tcW w:type="dxa" w:w="1383"/>
          </w:tcPr>
          <w:p>
            <w:pPr>
              <w:spacing w:after="0"/>
              <w:jc w:val="left"/>
            </w:pPr>
            <w:r>
              <w:rPr>
                <w:sz w:val="16"/>
              </w:rPr>
              <w:t>Thunderstorm Wind</w:t>
            </w:r>
          </w:p>
        </w:tc>
        <w:tc>
          <w:tcPr>
            <w:tcW w:type="dxa" w:w="2514"/>
          </w:tcPr>
          <w:p>
            <w:pPr>
              <w:spacing w:after="0"/>
              <w:jc w:val="left"/>
            </w:pPr>
            <w:r>
              <w:rPr>
                <w:sz w:val="16"/>
              </w:rPr>
              <w:t>speed not recorded</w:t>
            </w:r>
          </w:p>
        </w:tc>
        <w:tc>
          <w:tcPr>
            <w:tcW w:type="dxa" w:w="2597"/>
          </w:tcPr>
          <w:p>
            <w:pPr>
              <w:spacing w:after="0"/>
              <w:jc w:val="left"/>
            </w:pPr>
            <w:r>
              <w:rPr>
                <w:sz w:val="16"/>
              </w:rPr>
              <w:t>$50,000 property; crops not reported (2000 dollars)</w:t>
            </w:r>
          </w:p>
        </w:tc>
        <w:tc>
          <w:tcPr>
            <w:tcW w:type="dxa" w:w="1052"/>
          </w:tcPr>
          <w:p>
            <w:pPr>
              <w:spacing w:after="0"/>
              <w:jc w:val="right"/>
            </w:pPr>
            <w:r>
              <w:rPr>
                <w:sz w:val="16"/>
              </w:rPr>
              <w:t>0, 1</w:t>
            </w:r>
          </w:p>
        </w:tc>
        <w:tc>
          <w:tcPr>
            <w:tcW w:type="dxa" w:w="1628"/>
          </w:tcPr>
          <w:p>
            <w:pPr>
              <w:spacing w:after="0"/>
              <w:jc w:val="left"/>
            </w:pPr>
            <w:r>
              <w:rPr>
                <w:sz w:val="16"/>
              </w:rPr>
              <w:t>COYANOSA</w:t>
            </w:r>
          </w:p>
        </w:tc>
        <w:tc>
          <w:tcPr>
            <w:tcW w:type="dxa" w:w="1817"/>
          </w:tcPr>
          <w:p>
            <w:pPr>
              <w:spacing w:after="0"/>
              <w:jc w:val="left"/>
            </w:pPr>
          </w:p>
        </w:tc>
        <w:tc>
          <w:tcPr>
            <w:tcW w:type="dxa" w:w="2085"/>
          </w:tcPr>
          <w:p>
            <w:pPr>
              <w:spacing w:after="0"/>
              <w:jc w:val="left"/>
            </w:pPr>
            <w:r>
              <w:rPr>
                <w:sz w:val="16"/>
              </w:rPr>
              <w:t>deaths or injuries recorded</w:t>
            </w:r>
          </w:p>
        </w:tc>
      </w:tr>
      <w:tr>
        <w:trPr>
          <w:cantSplit/>
        </w:trPr>
        <w:tc>
          <w:tcPr>
            <w:tcW w:type="dxa" w:w="1037"/>
          </w:tcPr>
          <w:p>
            <w:pPr>
              <w:spacing w:after="0"/>
              <w:jc w:val="left"/>
            </w:pPr>
            <w:r>
              <w:rPr>
                <w:sz w:val="16"/>
              </w:rPr>
              <w:t>1998-04-01</w:t>
            </w:r>
          </w:p>
        </w:tc>
        <w:tc>
          <w:tcPr>
            <w:tcW w:type="dxa" w:w="1383"/>
          </w:tcPr>
          <w:p>
            <w:pPr>
              <w:spacing w:after="0"/>
              <w:jc w:val="left"/>
            </w:pPr>
            <w:r>
              <w:rPr>
                <w:sz w:val="16"/>
              </w:rPr>
              <w:t>Drought</w:t>
            </w:r>
          </w:p>
        </w:tc>
        <w:tc>
          <w:tcPr>
            <w:tcW w:type="dxa" w:w="2514"/>
          </w:tcPr>
          <w:p>
            <w:pPr>
              <w:spacing w:after="0"/>
              <w:jc w:val="left"/>
            </w:pPr>
          </w:p>
        </w:tc>
        <w:tc>
          <w:tcPr>
            <w:tcW w:type="dxa" w:w="2597"/>
          </w:tcPr>
          <w:p>
            <w:pPr>
              <w:spacing w:after="0"/>
              <w:jc w:val="left"/>
            </w:pPr>
            <w:r>
              <w:rPr>
                <w:sz w:val="16"/>
              </w:rPr>
              <w:t>damage not reported</w:t>
            </w:r>
          </w:p>
        </w:tc>
        <w:tc>
          <w:tcPr>
            <w:tcW w:type="dxa" w:w="1052"/>
          </w:tcPr>
          <w:p>
            <w:pPr>
              <w:spacing w:after="0"/>
              <w:jc w:val="right"/>
            </w:pPr>
            <w:r>
              <w:rPr>
                <w:sz w:val="16"/>
              </w:rPr>
              <w:t>0, 0</w:t>
            </w:r>
          </w:p>
        </w:tc>
        <w:tc>
          <w:tcPr>
            <w:tcW w:type="dxa" w:w="1628"/>
          </w:tcPr>
          <w:p>
            <w:pPr>
              <w:spacing w:after="0"/>
              <w:jc w:val="left"/>
            </w:pPr>
            <w:r>
              <w:rPr>
                <w:sz w:val="16"/>
              </w:rPr>
              <w:t>NWS zone TXZ075 (PECOS), zone-level: may include parts of neighboring counties</w:t>
            </w:r>
          </w:p>
        </w:tc>
        <w:tc>
          <w:tcPr>
            <w:tcW w:type="dxa" w:w="1817"/>
          </w:tcPr>
          <w:p>
            <w:pPr>
              <w:spacing w:after="0"/>
              <w:jc w:val="left"/>
            </w:pPr>
          </w:p>
        </w:tc>
        <w:tc>
          <w:tcPr>
            <w:tcW w:type="dxa" w:w="2085"/>
          </w:tcPr>
          <w:p>
            <w:pPr>
              <w:spacing w:after="0"/>
              <w:jc w:val="left"/>
            </w:pPr>
            <w:r>
              <w:rPr>
                <w:sz w:val="16"/>
              </w:rPr>
              <w:t>B1-c worst recorded: Drought</w:t>
            </w:r>
          </w:p>
        </w:tc>
      </w:tr>
      <w:tr>
        <w:trPr>
          <w:cantSplit/>
        </w:trPr>
        <w:tc>
          <w:tcPr>
            <w:tcW w:type="dxa" w:w="1037"/>
          </w:tcPr>
          <w:p>
            <w:pPr>
              <w:spacing w:after="0"/>
              <w:jc w:val="left"/>
            </w:pPr>
            <w:r>
              <w:rPr>
                <w:sz w:val="16"/>
              </w:rPr>
              <w:t>1996-08-01</w:t>
            </w:r>
          </w:p>
        </w:tc>
        <w:tc>
          <w:tcPr>
            <w:tcW w:type="dxa" w:w="1383"/>
          </w:tcPr>
          <w:p>
            <w:pPr>
              <w:spacing w:after="0"/>
              <w:jc w:val="left"/>
            </w:pPr>
            <w:r>
              <w:rPr>
                <w:sz w:val="16"/>
              </w:rPr>
              <w:t>Drought</w:t>
            </w:r>
          </w:p>
        </w:tc>
        <w:tc>
          <w:tcPr>
            <w:tcW w:type="dxa" w:w="2514"/>
          </w:tcPr>
          <w:p>
            <w:pPr>
              <w:spacing w:after="0"/>
              <w:jc w:val="left"/>
            </w:pPr>
          </w:p>
        </w:tc>
        <w:tc>
          <w:tcPr>
            <w:tcW w:type="dxa" w:w="2597"/>
          </w:tcPr>
          <w:p>
            <w:pPr>
              <w:spacing w:after="0"/>
              <w:jc w:val="left"/>
            </w:pPr>
            <w:r>
              <w:rPr>
                <w:sz w:val="16"/>
              </w:rPr>
              <w:t>property not reported; $1,200,000 crops, reported for the zone (1996 dollars)</w:t>
            </w:r>
          </w:p>
        </w:tc>
        <w:tc>
          <w:tcPr>
            <w:tcW w:type="dxa" w:w="1052"/>
          </w:tcPr>
          <w:p>
            <w:pPr>
              <w:spacing w:after="0"/>
              <w:jc w:val="right"/>
            </w:pPr>
            <w:r>
              <w:rPr>
                <w:sz w:val="16"/>
              </w:rPr>
              <w:t>0, 0</w:t>
            </w:r>
          </w:p>
        </w:tc>
        <w:tc>
          <w:tcPr>
            <w:tcW w:type="dxa" w:w="1628"/>
          </w:tcPr>
          <w:p>
            <w:pPr>
              <w:spacing w:after="0"/>
              <w:jc w:val="left"/>
            </w:pPr>
            <w:r>
              <w:rPr>
                <w:sz w:val="16"/>
              </w:rPr>
              <w:t>NWS zone TXZ075 (PECOS), zone-level: may include parts of neighboring counties</w:t>
            </w:r>
          </w:p>
        </w:tc>
        <w:tc>
          <w:tcPr>
            <w:tcW w:type="dxa" w:w="1817"/>
          </w:tcPr>
          <w:p>
            <w:pPr>
              <w:spacing w:after="0"/>
              <w:jc w:val="left"/>
            </w:pPr>
          </w:p>
        </w:tc>
        <w:tc>
          <w:tcPr>
            <w:tcW w:type="dxa" w:w="2085"/>
          </w:tcPr>
          <w:p>
            <w:pPr>
              <w:spacing w:after="0"/>
              <w:jc w:val="left"/>
            </w:pPr>
            <w:r>
              <w:rPr>
                <w:sz w:val="16"/>
              </w:rPr>
              <w:t>B1-c most damaging: Drought</w:t>
            </w:r>
          </w:p>
        </w:tc>
      </w:tr>
      <w:tr>
        <w:trPr>
          <w:cantSplit/>
        </w:trPr>
        <w:tc>
          <w:tcPr>
            <w:tcW w:type="dxa" w:w="1037"/>
          </w:tcPr>
          <w:p>
            <w:pPr>
              <w:spacing w:after="0"/>
              <w:jc w:val="left"/>
            </w:pPr>
            <w:r>
              <w:rPr>
                <w:sz w:val="16"/>
              </w:rPr>
              <w:t>1994-04-24</w:t>
            </w:r>
          </w:p>
        </w:tc>
        <w:tc>
          <w:tcPr>
            <w:tcW w:type="dxa" w:w="1383"/>
          </w:tcPr>
          <w:p>
            <w:pPr>
              <w:spacing w:after="0"/>
              <w:jc w:val="left"/>
            </w:pPr>
            <w:r>
              <w:rPr>
                <w:sz w:val="16"/>
              </w:rPr>
              <w:t>Hail</w:t>
            </w:r>
          </w:p>
        </w:tc>
        <w:tc>
          <w:tcPr>
            <w:tcW w:type="dxa" w:w="2514"/>
          </w:tcPr>
          <w:p>
            <w:pPr>
              <w:spacing w:after="0"/>
              <w:jc w:val="left"/>
            </w:pPr>
            <w:r>
              <w:rPr>
                <w:sz w:val="16"/>
              </w:rPr>
              <w:t>1.75 in</w:t>
            </w:r>
          </w:p>
        </w:tc>
        <w:tc>
          <w:tcPr>
            <w:tcW w:type="dxa" w:w="2597"/>
          </w:tcPr>
          <w:p>
            <w:pPr>
              <w:spacing w:after="0"/>
              <w:jc w:val="left"/>
            </w:pPr>
            <w:r>
              <w:rPr>
                <w:sz w:val="16"/>
              </w:rPr>
              <w:t>$5,000,000 property; crops not recorded (1994 dollars)</w:t>
            </w:r>
          </w:p>
        </w:tc>
        <w:tc>
          <w:tcPr>
            <w:tcW w:type="dxa" w:w="1052"/>
          </w:tcPr>
          <w:p>
            <w:pPr>
              <w:spacing w:after="0"/>
              <w:jc w:val="right"/>
            </w:pPr>
            <w:r>
              <w:rPr>
                <w:sz w:val="16"/>
              </w:rPr>
              <w:t>0, 0</w:t>
            </w:r>
          </w:p>
        </w:tc>
        <w:tc>
          <w:tcPr>
            <w:tcW w:type="dxa" w:w="1628"/>
          </w:tcPr>
          <w:p>
            <w:pPr>
              <w:spacing w:after="0"/>
              <w:jc w:val="left"/>
            </w:pPr>
            <w:r>
              <w:rPr>
                <w:sz w:val="16"/>
              </w:rPr>
              <w:t>Iraan</w:t>
            </w:r>
          </w:p>
        </w:tc>
        <w:tc>
          <w:tcPr>
            <w:tcW w:type="dxa" w:w="1817"/>
          </w:tcPr>
          <w:p>
            <w:pPr>
              <w:spacing w:after="0"/>
              <w:jc w:val="left"/>
            </w:pPr>
          </w:p>
        </w:tc>
        <w:tc>
          <w:tcPr>
            <w:tcW w:type="dxa" w:w="2085"/>
          </w:tcPr>
          <w:p>
            <w:pPr>
              <w:spacing w:after="0"/>
              <w:jc w:val="left"/>
            </w:pPr>
            <w:r>
              <w:rPr>
                <w:sz w:val="16"/>
              </w:rPr>
              <w:t>B1-c most damaging: Hail</w:t>
            </w:r>
          </w:p>
        </w:tc>
      </w:tr>
      <w:tr>
        <w:trPr>
          <w:cantSplit/>
        </w:trPr>
        <w:tc>
          <w:tcPr>
            <w:tcW w:type="dxa" w:w="1037"/>
          </w:tcPr>
          <w:p>
            <w:pPr>
              <w:spacing w:after="0"/>
              <w:jc w:val="left"/>
            </w:pPr>
            <w:r>
              <w:rPr>
                <w:sz w:val="16"/>
              </w:rPr>
              <w:t>1990-06-01</w:t>
            </w:r>
          </w:p>
        </w:tc>
        <w:tc>
          <w:tcPr>
            <w:tcW w:type="dxa" w:w="1383"/>
          </w:tcPr>
          <w:p>
            <w:pPr>
              <w:spacing w:after="0"/>
              <w:jc w:val="left"/>
            </w:pPr>
            <w:r>
              <w:rPr>
                <w:sz w:val="16"/>
              </w:rPr>
              <w:t>Tornado</w:t>
            </w:r>
          </w:p>
        </w:tc>
        <w:tc>
          <w:tcPr>
            <w:tcW w:type="dxa" w:w="2514"/>
          </w:tcPr>
          <w:p>
            <w:pPr>
              <w:spacing w:after="0"/>
              <w:jc w:val="left"/>
            </w:pPr>
            <w:r>
              <w:rPr>
                <w:sz w:val="16"/>
              </w:rPr>
              <w:t>F4, 22 mi path length (records before 1996 may include the whole path; rating and listing come from the county where the tornado began), 1,233 yd wide</w:t>
            </w:r>
          </w:p>
        </w:tc>
        <w:tc>
          <w:tcPr>
            <w:tcW w:type="dxa" w:w="2597"/>
          </w:tcPr>
          <w:p>
            <w:pPr>
              <w:spacing w:after="0"/>
              <w:jc w:val="left"/>
            </w:pPr>
            <w:r>
              <w:rPr>
                <w:sz w:val="16"/>
              </w:rPr>
              <w:t>$25,000,000 property; crops not recorded (1990 dollars)</w:t>
            </w:r>
          </w:p>
        </w:tc>
        <w:tc>
          <w:tcPr>
            <w:tcW w:type="dxa" w:w="1052"/>
          </w:tcPr>
          <w:p>
            <w:pPr>
              <w:spacing w:after="0"/>
              <w:jc w:val="right"/>
            </w:pPr>
            <w:r>
              <w:rPr>
                <w:sz w:val="16"/>
              </w:rPr>
              <w:t>2, 21</w:t>
            </w:r>
          </w:p>
        </w:tc>
        <w:tc>
          <w:tcPr>
            <w:tcW w:type="dxa" w:w="1628"/>
          </w:tcPr>
          <w:p>
            <w:pPr>
              <w:spacing w:after="0"/>
              <w:jc w:val="left"/>
            </w:pPr>
            <w:r>
              <w:rPr>
                <w:sz w:val="16"/>
              </w:rPr>
              <w:t>location not recorded</w:t>
            </w:r>
          </w:p>
        </w:tc>
        <w:tc>
          <w:tcPr>
            <w:tcW w:type="dxa" w:w="1817"/>
          </w:tcPr>
          <w:p>
            <w:pPr>
              <w:spacing w:after="0"/>
              <w:jc w:val="left"/>
            </w:pPr>
          </w:p>
        </w:tc>
        <w:tc>
          <w:tcPr>
            <w:tcW w:type="dxa" w:w="2085"/>
          </w:tcPr>
          <w:p>
            <w:pPr>
              <w:spacing w:after="0"/>
              <w:jc w:val="left"/>
            </w:pPr>
            <w:r>
              <w:rPr>
                <w:sz w:val="16"/>
              </w:rPr>
              <w:t>deaths or injuries recorded</w:t>
            </w:r>
          </w:p>
        </w:tc>
      </w:tr>
      <w:tr>
        <w:trPr>
          <w:cantSplit/>
        </w:trPr>
        <w:tc>
          <w:tcPr>
            <w:tcW w:type="dxa" w:w="1037"/>
          </w:tcPr>
          <w:p>
            <w:pPr>
              <w:spacing w:after="0"/>
              <w:jc w:val="left"/>
            </w:pPr>
            <w:r>
              <w:rPr>
                <w:sz w:val="16"/>
              </w:rPr>
              <w:t>1989-06-06</w:t>
            </w:r>
          </w:p>
        </w:tc>
        <w:tc>
          <w:tcPr>
            <w:tcW w:type="dxa" w:w="1383"/>
          </w:tcPr>
          <w:p>
            <w:pPr>
              <w:spacing w:after="0"/>
              <w:jc w:val="left"/>
            </w:pPr>
            <w:r>
              <w:rPr>
                <w:sz w:val="16"/>
              </w:rPr>
              <w:t>Thunderstorm Wind</w:t>
            </w:r>
          </w:p>
        </w:tc>
        <w:tc>
          <w:tcPr>
            <w:tcW w:type="dxa" w:w="2514"/>
          </w:tcPr>
          <w:p>
            <w:pPr>
              <w:spacing w:after="0"/>
              <w:jc w:val="left"/>
            </w:pPr>
            <w:r>
              <w:rPr>
                <w:sz w:val="16"/>
              </w:rPr>
              <w:t>70 kt (81 mph), measurement type not recorded</w:t>
            </w:r>
          </w:p>
        </w:tc>
        <w:tc>
          <w:tcPr>
            <w:tcW w:type="dxa" w:w="2597"/>
          </w:tcPr>
          <w:p>
            <w:pPr>
              <w:spacing w:after="0"/>
              <w:jc w:val="left"/>
            </w:pPr>
            <w:r>
              <w:rPr>
                <w:sz w:val="16"/>
              </w:rPr>
              <w:t>damage not recorded (pre-1996 record)</w:t>
            </w:r>
          </w:p>
        </w:tc>
        <w:tc>
          <w:tcPr>
            <w:tcW w:type="dxa" w:w="1052"/>
          </w:tcPr>
          <w:p>
            <w:pPr>
              <w:spacing w:after="0"/>
              <w:jc w:val="right"/>
            </w:pPr>
            <w:r>
              <w:rPr>
                <w:sz w:val="16"/>
              </w:rPr>
              <w:t>0, 4</w:t>
            </w:r>
          </w:p>
        </w:tc>
        <w:tc>
          <w:tcPr>
            <w:tcW w:type="dxa" w:w="1628"/>
          </w:tcPr>
          <w:p>
            <w:pPr>
              <w:spacing w:after="0"/>
              <w:jc w:val="left"/>
            </w:pPr>
            <w:r>
              <w:rPr>
                <w:sz w:val="16"/>
              </w:rPr>
              <w:t>location not recorded</w:t>
            </w:r>
          </w:p>
        </w:tc>
        <w:tc>
          <w:tcPr>
            <w:tcW w:type="dxa" w:w="1817"/>
          </w:tcPr>
          <w:p>
            <w:pPr>
              <w:spacing w:after="0"/>
              <w:jc w:val="left"/>
            </w:pPr>
          </w:p>
        </w:tc>
        <w:tc>
          <w:tcPr>
            <w:tcW w:type="dxa" w:w="208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(1,039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439"/>
        <w:gridCol w:w="1554"/>
        <w:gridCol w:w="1037"/>
        <w:gridCol w:w="1685"/>
        <w:gridCol w:w="1516"/>
        <w:gridCol w:w="1487"/>
        <w:gridCol w:w="1037"/>
        <w:gridCol w:w="2085"/>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9"/>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5"/>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5"/>
          </w:tcPr>
          <w:p>
            <w:pPr>
              <w:spacing w:after="0"/>
              <w:jc w:val="right"/>
            </w:pPr>
            <w:r>
              <w:rPr>
                <w:sz w:val="16"/>
              </w:rPr>
              <w:t>0.01</w:t>
            </w:r>
          </w:p>
        </w:tc>
        <w:tc>
          <w:tcPr>
            <w:tcW w:type="dxa" w:w="1439"/>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685"/>
          </w:tcPr>
          <w:p>
            <w:pPr>
              <w:spacing w:after="0"/>
              <w:jc w:val="left"/>
            </w:pPr>
            <w:r>
              <w:rPr>
                <w:sz w:val="16"/>
              </w:rPr>
              <w:t>FEMA annualized frequency (modeled)</w:t>
            </w:r>
          </w:p>
        </w:tc>
        <w:tc>
          <w:tcPr>
            <w:tcW w:type="dxa" w:w="1516"/>
          </w:tcPr>
          <w:p>
            <w:pPr>
              <w:spacing w:after="0"/>
              <w:jc w:val="right"/>
            </w:pPr>
            <w:r>
              <w:rPr>
                <w:sz w:val="16"/>
              </w:rPr>
              <w:t>0</w:t>
            </w:r>
          </w:p>
        </w:tc>
        <w:tc>
          <w:tcPr>
            <w:tcW w:type="dxa" w:w="1487"/>
          </w:tcPr>
          <w:p>
            <w:pPr>
              <w:spacing w:after="0"/>
              <w:jc w:val="left"/>
            </w:pPr>
            <w:r>
              <w:rPr>
                <w:sz w:val="16"/>
              </w:rPr>
              <w:t>1994 to 2023 (30 years)</w:t>
            </w:r>
          </w:p>
        </w:tc>
        <w:tc>
          <w:tcPr>
            <w:tcW w:type="dxa" w:w="1037"/>
          </w:tcPr>
          <w:p>
            <w:pPr>
              <w:spacing w:after="0"/>
              <w:jc w:val="left"/>
            </w:pPr>
            <w:r>
              <w:rPr>
                <w:sz w:val="16"/>
              </w:rPr>
              <w:t>see B1-f</w:t>
            </w:r>
          </w:p>
        </w:tc>
        <w:tc>
          <w:tcPr>
            <w:tcW w:type="dxa" w:w="208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5"/>
          </w:tcPr>
          <w:p>
            <w:pPr>
              <w:spacing w:after="0"/>
              <w:jc w:val="right"/>
            </w:pPr>
          </w:p>
        </w:tc>
        <w:tc>
          <w:tcPr>
            <w:tcW w:type="dxa" w:w="1439"/>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685"/>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5"/>
          </w:tcPr>
          <w:p>
            <w:pPr>
              <w:spacing w:after="0"/>
              <w:jc w:val="right"/>
            </w:pPr>
            <w:r>
              <w:rPr>
                <w:sz w:val="16"/>
              </w:rPr>
              <w:t>0.368</w:t>
            </w:r>
          </w:p>
        </w:tc>
        <w:tc>
          <w:tcPr>
            <w:tcW w:type="dxa" w:w="1439"/>
          </w:tcPr>
          <w:p>
            <w:pPr>
              <w:spacing w:after="0"/>
              <w:jc w:val="left"/>
            </w:pPr>
            <w:r>
              <w:rPr>
                <w:sz w:val="16"/>
              </w:rPr>
              <w:t>event-days per year</w:t>
            </w:r>
          </w:p>
        </w:tc>
        <w:tc>
          <w:tcPr>
            <w:tcW w:type="dxa" w:w="1554"/>
          </w:tcPr>
          <w:p>
            <w:pPr>
              <w:spacing w:after="0"/>
              <w:jc w:val="left"/>
            </w:pPr>
            <w:r>
              <w:rPr>
                <w:sz w:val="16"/>
              </w:rPr>
              <w:t>about 0.368 days per year</w:t>
            </w:r>
          </w:p>
        </w:tc>
        <w:tc>
          <w:tcPr>
            <w:tcW w:type="dxa" w:w="1037"/>
          </w:tcPr>
          <w:p>
            <w:pPr>
              <w:spacing w:after="0"/>
              <w:jc w:val="left"/>
            </w:pPr>
          </w:p>
        </w:tc>
        <w:tc>
          <w:tcPr>
            <w:tcW w:type="dxa" w:w="1685"/>
          </w:tcPr>
          <w:p>
            <w:pPr>
              <w:spacing w:after="0"/>
              <w:jc w:val="left"/>
            </w:pPr>
            <w:r>
              <w:rPr>
                <w:sz w:val="16"/>
              </w:rPr>
              <w:t>event-days in 0 of 30 years, 1996 to 2025 (0%)</w:t>
            </w:r>
          </w:p>
        </w:tc>
        <w:tc>
          <w:tcPr>
            <w:tcW w:type="dxa" w:w="1516"/>
          </w:tcPr>
          <w:p>
            <w:pPr>
              <w:spacing w:after="0"/>
              <w:jc w:val="right"/>
            </w:pPr>
            <w:r>
              <w:rPr>
                <w:sz w:val="16"/>
              </w:rPr>
              <w:t>7</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2085"/>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5"/>
          </w:tcPr>
          <w:p>
            <w:pPr>
              <w:spacing w:after="0"/>
              <w:jc w:val="right"/>
            </w:pPr>
            <w:r>
              <w:rPr>
                <w:sz w:val="16"/>
              </w:rPr>
              <w:t>78.7</w:t>
            </w:r>
          </w:p>
        </w:tc>
        <w:tc>
          <w:tcPr>
            <w:tcW w:type="dxa" w:w="1439"/>
          </w:tcPr>
          <w:p>
            <w:pPr>
              <w:spacing w:after="0"/>
              <w:jc w:val="left"/>
            </w:pPr>
            <w:r>
              <w:rPr>
                <w:sz w:val="16"/>
              </w:rPr>
              <w:t>event-days per year</w:t>
            </w:r>
          </w:p>
        </w:tc>
        <w:tc>
          <w:tcPr>
            <w:tcW w:type="dxa" w:w="1554"/>
          </w:tcPr>
          <w:p>
            <w:pPr>
              <w:spacing w:after="0"/>
              <w:jc w:val="left"/>
            </w:pPr>
            <w:r>
              <w:rPr>
                <w:sz w:val="16"/>
              </w:rPr>
              <w:t>about 78.7 days per year</w:t>
            </w:r>
          </w:p>
        </w:tc>
        <w:tc>
          <w:tcPr>
            <w:tcW w:type="dxa" w:w="1037"/>
          </w:tcPr>
          <w:p>
            <w:pPr>
              <w:spacing w:after="0"/>
              <w:jc w:val="left"/>
            </w:pPr>
            <w:r>
              <w:rPr>
                <w:sz w:val="16"/>
              </w:rPr>
              <w:t>Likely</w:t>
            </w:r>
          </w:p>
        </w:tc>
        <w:tc>
          <w:tcPr>
            <w:tcW w:type="dxa" w:w="1685"/>
          </w:tcPr>
          <w:p>
            <w:pPr>
              <w:spacing w:after="0"/>
              <w:jc w:val="left"/>
            </w:pPr>
            <w:r>
              <w:rPr>
                <w:sz w:val="16"/>
              </w:rPr>
              <w:t>event-days in 4 of 30 years, 1996 to 2025 (13.3%)</w:t>
            </w:r>
          </w:p>
        </w:tc>
        <w:tc>
          <w:tcPr>
            <w:tcW w:type="dxa" w:w="1516"/>
          </w:tcPr>
          <w:p>
            <w:pPr>
              <w:spacing w:after="0"/>
              <w:jc w:val="right"/>
            </w:pPr>
            <w:r>
              <w:rPr>
                <w:sz w:val="16"/>
              </w:rPr>
              <w:t>2,100</w:t>
            </w:r>
          </w:p>
        </w:tc>
        <w:tc>
          <w:tcPr>
            <w:tcW w:type="dxa" w:w="14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5"/>
          </w:tcPr>
          <w:p>
            <w:pPr>
              <w:spacing w:after="0"/>
              <w:jc w:val="left"/>
            </w:pPr>
            <w:r>
              <w:rPr>
                <w:sz w:val="16"/>
              </w:rPr>
              <w:t>NRI gives about 78.7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0.0006</w:t>
            </w:r>
          </w:p>
        </w:tc>
        <w:tc>
          <w:tcPr>
            <w:tcW w:type="dxa" w:w="1439"/>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0.06%</w:t>
            </w:r>
          </w:p>
        </w:tc>
        <w:tc>
          <w:tcPr>
            <w:tcW w:type="dxa" w:w="1037"/>
          </w:tcPr>
          <w:p>
            <w:pPr>
              <w:spacing w:after="0"/>
              <w:jc w:val="left"/>
            </w:pPr>
          </w:p>
        </w:tc>
        <w:tc>
          <w:tcPr>
            <w:tcW w:type="dxa" w:w="1685"/>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2.05</w:t>
            </w:r>
          </w:p>
        </w:tc>
        <w:tc>
          <w:tcPr>
            <w:tcW w:type="dxa" w:w="1439"/>
          </w:tcPr>
          <w:p>
            <w:pPr>
              <w:spacing w:after="0"/>
              <w:jc w:val="left"/>
            </w:pPr>
            <w:r>
              <w:rPr>
                <w:sz w:val="16"/>
              </w:rPr>
              <w:t>events per year</w:t>
            </w:r>
          </w:p>
        </w:tc>
        <w:tc>
          <w:tcPr>
            <w:tcW w:type="dxa" w:w="1554"/>
          </w:tcPr>
          <w:p>
            <w:pPr>
              <w:spacing w:after="0"/>
              <w:jc w:val="left"/>
            </w:pPr>
            <w:r>
              <w:rPr>
                <w:sz w:val="16"/>
              </w:rPr>
              <w:t>about 2.05 per year</w:t>
            </w:r>
          </w:p>
        </w:tc>
        <w:tc>
          <w:tcPr>
            <w:tcW w:type="dxa" w:w="1037"/>
          </w:tcPr>
          <w:p>
            <w:pPr>
              <w:spacing w:after="0"/>
              <w:jc w:val="left"/>
            </w:pPr>
            <w:r>
              <w:rPr>
                <w:sz w:val="16"/>
              </w:rPr>
              <w:t>Highly likely</w:t>
            </w:r>
          </w:p>
        </w:tc>
        <w:tc>
          <w:tcPr>
            <w:tcW w:type="dxa" w:w="1685"/>
          </w:tcPr>
          <w:p>
            <w:pPr>
              <w:spacing w:after="0"/>
              <w:jc w:val="left"/>
            </w:pPr>
            <w:r>
              <w:rPr>
                <w:sz w:val="16"/>
              </w:rPr>
              <w:t>FEMA annualized frequency (modeled)</w:t>
            </w:r>
          </w:p>
        </w:tc>
        <w:tc>
          <w:tcPr>
            <w:tcW w:type="dxa" w:w="1516"/>
          </w:tcPr>
          <w:p>
            <w:pPr>
              <w:spacing w:after="0"/>
              <w:jc w:val="right"/>
            </w:pPr>
            <w:r>
              <w:rPr>
                <w:sz w:val="16"/>
              </w:rPr>
              <w:t>77.8 (modeled)</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2085"/>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6.26</w:t>
            </w:r>
          </w:p>
        </w:tc>
        <w:tc>
          <w:tcPr>
            <w:tcW w:type="dxa" w:w="1439"/>
          </w:tcPr>
          <w:p>
            <w:pPr>
              <w:spacing w:after="0"/>
              <w:jc w:val="left"/>
            </w:pPr>
            <w:r>
              <w:rPr>
                <w:sz w:val="16"/>
              </w:rPr>
              <w:t>event-days per year</w:t>
            </w:r>
          </w:p>
        </w:tc>
        <w:tc>
          <w:tcPr>
            <w:tcW w:type="dxa" w:w="1554"/>
          </w:tcPr>
          <w:p>
            <w:pPr>
              <w:spacing w:after="0"/>
              <w:jc w:val="left"/>
            </w:pPr>
            <w:r>
              <w:rPr>
                <w:sz w:val="16"/>
              </w:rPr>
              <w:t>about 6.26 days per year</w:t>
            </w:r>
          </w:p>
        </w:tc>
        <w:tc>
          <w:tcPr>
            <w:tcW w:type="dxa" w:w="1037"/>
          </w:tcPr>
          <w:p>
            <w:pPr>
              <w:spacing w:after="0"/>
              <w:jc w:val="left"/>
            </w:pPr>
          </w:p>
        </w:tc>
        <w:tc>
          <w:tcPr>
            <w:tcW w:type="dxa" w:w="1685"/>
          </w:tcPr>
          <w:p>
            <w:pPr>
              <w:spacing w:after="0"/>
              <w:jc w:val="left"/>
            </w:pPr>
            <w:r>
              <w:rPr>
                <w:sz w:val="16"/>
              </w:rPr>
              <w:t>event-days in 0 of 30 years, 1996 to 2025 (0%)</w:t>
            </w:r>
          </w:p>
        </w:tc>
        <w:tc>
          <w:tcPr>
            <w:tcW w:type="dxa" w:w="1516"/>
          </w:tcPr>
          <w:p>
            <w:pPr>
              <w:spacing w:after="0"/>
              <w:jc w:val="right"/>
            </w:pPr>
            <w:r>
              <w:rPr>
                <w:sz w:val="16"/>
              </w:rPr>
              <w:t>111</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20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5"/>
          </w:tcPr>
          <w:p>
            <w:pPr>
              <w:spacing w:after="0"/>
              <w:jc w:val="right"/>
            </w:pPr>
            <w:r>
              <w:rPr>
                <w:sz w:val="16"/>
              </w:rPr>
              <w:t>0.00755</w:t>
            </w:r>
          </w:p>
        </w:tc>
        <w:tc>
          <w:tcPr>
            <w:tcW w:type="dxa" w:w="1439"/>
          </w:tcPr>
          <w:p>
            <w:pPr>
              <w:spacing w:after="0"/>
              <w:jc w:val="left"/>
            </w:pPr>
            <w:r>
              <w:rPr>
                <w:sz w:val="16"/>
              </w:rPr>
              <w:t>events per year</w:t>
            </w:r>
          </w:p>
        </w:tc>
        <w:tc>
          <w:tcPr>
            <w:tcW w:type="dxa" w:w="1554"/>
          </w:tcPr>
          <w:p>
            <w:pPr>
              <w:spacing w:after="0"/>
              <w:jc w:val="left"/>
            </w:pPr>
            <w:r>
              <w:rPr>
                <w:sz w:val="16"/>
              </w:rPr>
              <w:t>about 1 in 132 years</w:t>
            </w:r>
          </w:p>
        </w:tc>
        <w:tc>
          <w:tcPr>
            <w:tcW w:type="dxa" w:w="1037"/>
          </w:tcPr>
          <w:p>
            <w:pPr>
              <w:spacing w:after="0"/>
              <w:jc w:val="left"/>
            </w:pPr>
            <w:r>
              <w:rPr>
                <w:sz w:val="16"/>
              </w:rPr>
              <w:t>Unlikely</w:t>
            </w:r>
          </w:p>
        </w:tc>
        <w:tc>
          <w:tcPr>
            <w:tcW w:type="dxa" w:w="1685"/>
          </w:tcPr>
          <w:p>
            <w:pPr>
              <w:spacing w:after="0"/>
              <w:jc w:val="left"/>
            </w:pPr>
            <w:r>
              <w:rPr>
                <w:sz w:val="16"/>
              </w:rPr>
              <w:t>FEMA annualized frequency (modeled)</w:t>
            </w:r>
          </w:p>
        </w:tc>
        <w:tc>
          <w:tcPr>
            <w:tcW w:type="dxa" w:w="1516"/>
          </w:tcPr>
          <w:p>
            <w:pPr>
              <w:spacing w:after="0"/>
              <w:jc w:val="right"/>
            </w:pPr>
            <w:r>
              <w:rPr>
                <w:sz w:val="16"/>
              </w:rPr>
              <w:t>4</w:t>
            </w:r>
          </w:p>
        </w:tc>
        <w:tc>
          <w:tcPr>
            <w:tcW w:type="dxa" w:w="1487"/>
          </w:tcPr>
          <w:p>
            <w:pPr>
              <w:spacing w:after="0"/>
              <w:jc w:val="left"/>
            </w:pPr>
            <w:r>
              <w:rPr>
                <w:sz w:val="16"/>
              </w:rPr>
              <w:t>1851 to 2024 (Atlantic)</w:t>
            </w:r>
          </w:p>
        </w:tc>
        <w:tc>
          <w:tcPr>
            <w:tcW w:type="dxa" w:w="1037"/>
          </w:tcPr>
          <w:p>
            <w:pPr>
              <w:spacing w:after="0"/>
              <w:jc w:val="left"/>
            </w:pPr>
            <w:r>
              <w:rPr>
                <w:sz w:val="16"/>
              </w:rPr>
              <w:t>see B1-f</w:t>
            </w:r>
          </w:p>
        </w:tc>
        <w:tc>
          <w:tcPr>
            <w:tcW w:type="dxa" w:w="208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5"/>
          </w:tcPr>
          <w:p>
            <w:pPr>
              <w:spacing w:after="0"/>
              <w:jc w:val="right"/>
            </w:pPr>
            <w:r>
              <w:rPr>
                <w:sz w:val="16"/>
              </w:rPr>
              <w:t>0.202</w:t>
            </w:r>
          </w:p>
        </w:tc>
        <w:tc>
          <w:tcPr>
            <w:tcW w:type="dxa" w:w="1439"/>
          </w:tcPr>
          <w:p>
            <w:pPr>
              <w:spacing w:after="0"/>
              <w:jc w:val="left"/>
            </w:pPr>
            <w:r>
              <w:rPr>
                <w:sz w:val="16"/>
              </w:rPr>
              <w:t>event-days per year</w:t>
            </w:r>
          </w:p>
        </w:tc>
        <w:tc>
          <w:tcPr>
            <w:tcW w:type="dxa" w:w="1554"/>
          </w:tcPr>
          <w:p>
            <w:pPr>
              <w:spacing w:after="0"/>
              <w:jc w:val="left"/>
            </w:pPr>
            <w:r>
              <w:rPr>
                <w:sz w:val="16"/>
              </w:rPr>
              <w:t>about 0.202 days per year</w:t>
            </w:r>
          </w:p>
        </w:tc>
        <w:tc>
          <w:tcPr>
            <w:tcW w:type="dxa" w:w="1037"/>
          </w:tcPr>
          <w:p>
            <w:pPr>
              <w:spacing w:after="0"/>
              <w:jc w:val="left"/>
            </w:pPr>
            <w:r>
              <w:rPr>
                <w:sz w:val="16"/>
              </w:rPr>
              <w:t>Likely</w:t>
            </w:r>
          </w:p>
        </w:tc>
        <w:tc>
          <w:tcPr>
            <w:tcW w:type="dxa" w:w="1685"/>
          </w:tcPr>
          <w:p>
            <w:pPr>
              <w:spacing w:after="0"/>
              <w:jc w:val="left"/>
            </w:pPr>
            <w:r>
              <w:rPr>
                <w:sz w:val="16"/>
              </w:rPr>
              <w:t>event-days in 4 of 30 years, 1996 to 2025 (13.3%)</w:t>
            </w:r>
          </w:p>
        </w:tc>
        <w:tc>
          <w:tcPr>
            <w:tcW w:type="dxa" w:w="1516"/>
          </w:tcPr>
          <w:p>
            <w:pPr>
              <w:spacing w:after="0"/>
              <w:jc w:val="right"/>
            </w:pPr>
            <w:r>
              <w:rPr>
                <w:sz w:val="16"/>
              </w:rPr>
              <w:t>14</w:t>
            </w:r>
          </w:p>
        </w:tc>
        <w:tc>
          <w:tcPr>
            <w:tcW w:type="dxa" w:w="1487"/>
          </w:tcPr>
          <w:p>
            <w:pPr>
              <w:spacing w:after="0"/>
              <w:jc w:val="left"/>
            </w:pPr>
            <w:r>
              <w:rPr>
                <w:sz w:val="16"/>
              </w:rPr>
              <w:t>1946-12-31 to 2014-02-12 (67 years)</w:t>
            </w:r>
          </w:p>
        </w:tc>
        <w:tc>
          <w:tcPr>
            <w:tcW w:type="dxa" w:w="1037"/>
          </w:tcPr>
          <w:p>
            <w:pPr>
              <w:spacing w:after="0"/>
              <w:jc w:val="left"/>
            </w:pPr>
            <w:r>
              <w:rPr>
                <w:sz w:val="16"/>
              </w:rPr>
              <w:t>countywide</w:t>
            </w:r>
          </w:p>
        </w:tc>
        <w:tc>
          <w:tcPr>
            <w:tcW w:type="dxa" w:w="2085"/>
          </w:tcPr>
          <w:p>
            <w:pPr>
              <w:spacing w:after="0"/>
              <w:jc w:val="left"/>
            </w:pP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2.86</w:t>
            </w:r>
          </w:p>
        </w:tc>
        <w:tc>
          <w:tcPr>
            <w:tcW w:type="dxa" w:w="1439"/>
          </w:tcPr>
          <w:p>
            <w:pPr>
              <w:spacing w:after="0"/>
              <w:jc w:val="left"/>
            </w:pPr>
            <w:r>
              <w:rPr>
                <w:sz w:val="16"/>
              </w:rPr>
              <w:t>event-days per year</w:t>
            </w:r>
          </w:p>
        </w:tc>
        <w:tc>
          <w:tcPr>
            <w:tcW w:type="dxa" w:w="1554"/>
          </w:tcPr>
          <w:p>
            <w:pPr>
              <w:spacing w:after="0"/>
              <w:jc w:val="left"/>
            </w:pPr>
            <w:r>
              <w:rPr>
                <w:sz w:val="16"/>
              </w:rPr>
              <w:t>about 2.86 days per year</w:t>
            </w:r>
          </w:p>
        </w:tc>
        <w:tc>
          <w:tcPr>
            <w:tcW w:type="dxa" w:w="1037"/>
          </w:tcPr>
          <w:p>
            <w:pPr>
              <w:spacing w:after="0"/>
              <w:jc w:val="left"/>
            </w:pPr>
            <w:r>
              <w:rPr>
                <w:sz w:val="16"/>
              </w:rPr>
              <w:t>Likely</w:t>
            </w:r>
          </w:p>
        </w:tc>
        <w:tc>
          <w:tcPr>
            <w:tcW w:type="dxa" w:w="1685"/>
          </w:tcPr>
          <w:p>
            <w:pPr>
              <w:spacing w:after="0"/>
              <w:jc w:val="left"/>
            </w:pPr>
            <w:r>
              <w:rPr>
                <w:sz w:val="16"/>
              </w:rPr>
              <w:t>event-days in 24 of 30 years, 1996 to 2025 (80%)</w:t>
            </w:r>
          </w:p>
        </w:tc>
        <w:tc>
          <w:tcPr>
            <w:tcW w:type="dxa" w:w="1516"/>
          </w:tcPr>
          <w:p>
            <w:pPr>
              <w:spacing w:after="0"/>
              <w:jc w:val="right"/>
            </w:pPr>
            <w:r>
              <w:rPr>
                <w:sz w:val="16"/>
              </w:rPr>
              <w:t>80</w:t>
            </w:r>
          </w:p>
        </w:tc>
        <w:tc>
          <w:tcPr>
            <w:tcW w:type="dxa" w:w="1487"/>
          </w:tcPr>
          <w:p>
            <w:pPr>
              <w:spacing w:after="0"/>
              <w:jc w:val="left"/>
            </w:pPr>
            <w:r>
              <w:rPr>
                <w:sz w:val="16"/>
              </w:rPr>
              <w:t>1996 to 2023 (28 years)</w:t>
            </w:r>
          </w:p>
        </w:tc>
        <w:tc>
          <w:tcPr>
            <w:tcW w:type="dxa" w:w="1037"/>
          </w:tcPr>
          <w:p>
            <w:pPr>
              <w:spacing w:after="0"/>
              <w:jc w:val="left"/>
            </w:pPr>
            <w:r>
              <w:rPr>
                <w:sz w:val="16"/>
              </w:rPr>
              <w:t>see B1-f</w:t>
            </w:r>
          </w:p>
        </w:tc>
        <w:tc>
          <w:tcPr>
            <w:tcW w:type="dxa" w:w="2085"/>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0.537</w:t>
            </w:r>
          </w:p>
        </w:tc>
        <w:tc>
          <w:tcPr>
            <w:tcW w:type="dxa" w:w="1439"/>
          </w:tcPr>
          <w:p>
            <w:pPr>
              <w:spacing w:after="0"/>
              <w:jc w:val="left"/>
            </w:pPr>
            <w:r>
              <w:rPr>
                <w:sz w:val="16"/>
              </w:rPr>
              <w:t>events per year (modeled)</w:t>
            </w:r>
          </w:p>
        </w:tc>
        <w:tc>
          <w:tcPr>
            <w:tcW w:type="dxa" w:w="1554"/>
          </w:tcPr>
          <w:p>
            <w:pPr>
              <w:spacing w:after="0"/>
              <w:jc w:val="left"/>
            </w:pPr>
            <w:r>
              <w:rPr>
                <w:sz w:val="16"/>
              </w:rPr>
              <w:t>about 0.54 per year</w:t>
            </w:r>
          </w:p>
        </w:tc>
        <w:tc>
          <w:tcPr>
            <w:tcW w:type="dxa" w:w="1037"/>
          </w:tcPr>
          <w:p>
            <w:pPr>
              <w:spacing w:after="0"/>
              <w:jc w:val="left"/>
            </w:pPr>
            <w:r>
              <w:rPr>
                <w:sz w:val="16"/>
              </w:rPr>
              <w:t>Likely</w:t>
            </w:r>
          </w:p>
        </w:tc>
        <w:tc>
          <w:tcPr>
            <w:tcW w:type="dxa" w:w="1685"/>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85"/>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46.6</w:t>
            </w:r>
          </w:p>
        </w:tc>
        <w:tc>
          <w:tcPr>
            <w:tcW w:type="dxa" w:w="1439"/>
          </w:tcPr>
          <w:p>
            <w:pPr>
              <w:spacing w:after="0"/>
              <w:jc w:val="left"/>
            </w:pPr>
            <w:r>
              <w:rPr>
                <w:sz w:val="16"/>
              </w:rPr>
              <w:t>days per year with a strike</w:t>
            </w:r>
          </w:p>
        </w:tc>
        <w:tc>
          <w:tcPr>
            <w:tcW w:type="dxa" w:w="1554"/>
          </w:tcPr>
          <w:p>
            <w:pPr>
              <w:spacing w:after="0"/>
              <w:jc w:val="left"/>
            </w:pPr>
            <w:r>
              <w:rPr>
                <w:sz w:val="16"/>
              </w:rPr>
              <w:t>about 46.6 days per year</w:t>
            </w:r>
          </w:p>
        </w:tc>
        <w:tc>
          <w:tcPr>
            <w:tcW w:type="dxa" w:w="1037"/>
          </w:tcPr>
          <w:p>
            <w:pPr>
              <w:spacing w:after="0"/>
              <w:jc w:val="left"/>
            </w:pPr>
            <w:r>
              <w:rPr>
                <w:sz w:val="16"/>
              </w:rPr>
              <w:t>Highly likely</w:t>
            </w:r>
          </w:p>
        </w:tc>
        <w:tc>
          <w:tcPr>
            <w:tcW w:type="dxa" w:w="1685"/>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1995 to 2023 (29 years; CONUS)</w:t>
            </w:r>
          </w:p>
        </w:tc>
        <w:tc>
          <w:tcPr>
            <w:tcW w:type="dxa" w:w="1037"/>
          </w:tcPr>
          <w:p>
            <w:pPr>
              <w:spacing w:after="0"/>
              <w:jc w:val="left"/>
            </w:pPr>
            <w:r>
              <w:rPr>
                <w:sz w:val="16"/>
              </w:rPr>
              <w:t>countywide</w:t>
            </w:r>
          </w:p>
        </w:tc>
        <w:tc>
          <w:tcPr>
            <w:tcW w:type="dxa" w:w="2085"/>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0.586</w:t>
            </w:r>
          </w:p>
        </w:tc>
        <w:tc>
          <w:tcPr>
            <w:tcW w:type="dxa" w:w="1439"/>
          </w:tcPr>
          <w:p>
            <w:pPr>
              <w:spacing w:after="0"/>
              <w:jc w:val="left"/>
            </w:pPr>
            <w:r>
              <w:rPr>
                <w:sz w:val="16"/>
              </w:rPr>
              <w:t>events per year</w:t>
            </w:r>
          </w:p>
        </w:tc>
        <w:tc>
          <w:tcPr>
            <w:tcW w:type="dxa" w:w="1554"/>
          </w:tcPr>
          <w:p>
            <w:pPr>
              <w:spacing w:after="0"/>
              <w:jc w:val="left"/>
            </w:pPr>
            <w:r>
              <w:rPr>
                <w:sz w:val="16"/>
              </w:rPr>
              <w:t>about 0.59 per year</w:t>
            </w:r>
          </w:p>
        </w:tc>
        <w:tc>
          <w:tcPr>
            <w:tcW w:type="dxa" w:w="1037"/>
          </w:tcPr>
          <w:p>
            <w:pPr>
              <w:spacing w:after="0"/>
              <w:jc w:val="left"/>
            </w:pPr>
            <w:r>
              <w:rPr>
                <w:sz w:val="16"/>
              </w:rPr>
              <w:t>Likely</w:t>
            </w:r>
          </w:p>
        </w:tc>
        <w:tc>
          <w:tcPr>
            <w:tcW w:type="dxa" w:w="1685"/>
          </w:tcPr>
          <w:p>
            <w:pPr>
              <w:spacing w:after="0"/>
              <w:jc w:val="left"/>
            </w:pPr>
            <w:r>
              <w:rPr>
                <w:sz w:val="16"/>
              </w:rPr>
              <w:t>FEMA annualized frequency (modeled)</w:t>
            </w:r>
          </w:p>
        </w:tc>
        <w:tc>
          <w:tcPr>
            <w:tcW w:type="dxa" w:w="1516"/>
          </w:tcPr>
          <w:p>
            <w:pPr>
              <w:spacing w:after="0"/>
              <w:jc w:val="right"/>
            </w:pPr>
            <w:r>
              <w:rPr>
                <w:sz w:val="16"/>
              </w:rPr>
              <w:t>23</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2085"/>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1.03</w:t>
            </w:r>
          </w:p>
        </w:tc>
        <w:tc>
          <w:tcPr>
            <w:tcW w:type="dxa" w:w="1439"/>
          </w:tcPr>
          <w:p>
            <w:pPr>
              <w:spacing w:after="0"/>
              <w:jc w:val="left"/>
            </w:pPr>
            <w:r>
              <w:rPr>
                <w:sz w:val="16"/>
              </w:rPr>
              <w:t>events per year</w:t>
            </w:r>
          </w:p>
        </w:tc>
        <w:tc>
          <w:tcPr>
            <w:tcW w:type="dxa" w:w="1554"/>
          </w:tcPr>
          <w:p>
            <w:pPr>
              <w:spacing w:after="0"/>
              <w:jc w:val="left"/>
            </w:pPr>
            <w:r>
              <w:rPr>
                <w:sz w:val="16"/>
              </w:rPr>
              <w:t>about 1.03 per year</w:t>
            </w:r>
          </w:p>
        </w:tc>
        <w:tc>
          <w:tcPr>
            <w:tcW w:type="dxa" w:w="1037"/>
          </w:tcPr>
          <w:p>
            <w:pPr>
              <w:spacing w:after="0"/>
              <w:jc w:val="left"/>
            </w:pPr>
            <w:r>
              <w:rPr>
                <w:sz w:val="16"/>
              </w:rPr>
              <w:t>Highly likely</w:t>
            </w:r>
          </w:p>
        </w:tc>
        <w:tc>
          <w:tcPr>
            <w:tcW w:type="dxa" w:w="1685"/>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1950 to 2023 (EF2+); 1986 to 2023 (EF0-1)</w:t>
            </w:r>
          </w:p>
        </w:tc>
        <w:tc>
          <w:tcPr>
            <w:tcW w:type="dxa" w:w="1037"/>
          </w:tcPr>
          <w:p>
            <w:pPr>
              <w:spacing w:after="0"/>
              <w:jc w:val="left"/>
            </w:pPr>
            <w:r>
              <w:rPr>
                <w:sz w:val="16"/>
              </w:rPr>
              <w:t>see B1-f</w:t>
            </w:r>
          </w:p>
        </w:tc>
        <w:tc>
          <w:tcPr>
            <w:tcW w:type="dxa" w:w="2085"/>
          </w:tcPr>
          <w:p>
            <w:pPr>
              <w:spacing w:after="0"/>
              <w:jc w:val="left"/>
            </w:pPr>
          </w:p>
        </w:tc>
      </w:tr>
      <w:tr>
        <w:trPr>
          <w:cantSplit/>
        </w:trPr>
        <w:tc>
          <w:tcPr>
            <w:tcW w:type="dxa" w:w="1037"/>
          </w:tcPr>
          <w:p>
            <w:pPr>
              <w:spacing w:after="0"/>
              <w:jc w:val="left"/>
            </w:pPr>
            <w:r>
              <w:rPr>
                <w:sz w:val="16"/>
              </w:rPr>
              <w:t>Tsunami</w:t>
            </w:r>
          </w:p>
        </w:tc>
        <w:tc>
          <w:tcPr>
            <w:tcW w:type="dxa" w:w="1235"/>
          </w:tcPr>
          <w:p>
            <w:pPr>
              <w:spacing w:after="0"/>
              <w:jc w:val="right"/>
            </w:pPr>
          </w:p>
        </w:tc>
        <w:tc>
          <w:tcPr>
            <w:tcW w:type="dxa" w:w="1439"/>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685"/>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5"/>
          </w:tcPr>
          <w:p>
            <w:pPr>
              <w:spacing w:after="0"/>
              <w:jc w:val="right"/>
            </w:pPr>
          </w:p>
        </w:tc>
        <w:tc>
          <w:tcPr>
            <w:tcW w:type="dxa" w:w="1439"/>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685"/>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5"/>
          </w:tcPr>
          <w:p>
            <w:pPr>
              <w:spacing w:after="0"/>
              <w:jc w:val="right"/>
            </w:pPr>
            <w:r>
              <w:rPr>
                <w:sz w:val="16"/>
              </w:rPr>
              <w:t>0.000778</w:t>
            </w:r>
          </w:p>
        </w:tc>
        <w:tc>
          <w:tcPr>
            <w:tcW w:type="dxa" w:w="1439"/>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0.0778%</w:t>
            </w:r>
          </w:p>
        </w:tc>
        <w:tc>
          <w:tcPr>
            <w:tcW w:type="dxa" w:w="1037"/>
          </w:tcPr>
          <w:p>
            <w:pPr>
              <w:spacing w:after="0"/>
              <w:jc w:val="left"/>
            </w:pPr>
            <w:r>
              <w:rPr>
                <w:sz w:val="16"/>
              </w:rPr>
              <w:t>Possible</w:t>
            </w:r>
          </w:p>
        </w:tc>
        <w:tc>
          <w:tcPr>
            <w:tcW w:type="dxa" w:w="1685"/>
          </w:tcPr>
          <w:p>
            <w:pPr>
              <w:spacing w:after="0"/>
              <w:jc w:val="left"/>
            </w:pPr>
            <w:r>
              <w:rPr>
                <w:sz w:val="16"/>
              </w:rPr>
              <w:t>Storm Events records in 1 of 30 years, 1996 to 2025 (3.33%)</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8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4.58</w:t>
            </w:r>
          </w:p>
        </w:tc>
        <w:tc>
          <w:tcPr>
            <w:tcW w:type="dxa" w:w="1439"/>
          </w:tcPr>
          <w:p>
            <w:pPr>
              <w:spacing w:after="0"/>
              <w:jc w:val="left"/>
            </w:pPr>
            <w:r>
              <w:rPr>
                <w:sz w:val="16"/>
              </w:rPr>
              <w:t>event-days per year</w:t>
            </w:r>
          </w:p>
        </w:tc>
        <w:tc>
          <w:tcPr>
            <w:tcW w:type="dxa" w:w="1554"/>
          </w:tcPr>
          <w:p>
            <w:pPr>
              <w:spacing w:after="0"/>
              <w:jc w:val="left"/>
            </w:pPr>
            <w:r>
              <w:rPr>
                <w:sz w:val="16"/>
              </w:rPr>
              <w:t>about 4.58 days per year</w:t>
            </w:r>
          </w:p>
        </w:tc>
        <w:tc>
          <w:tcPr>
            <w:tcW w:type="dxa" w:w="1037"/>
          </w:tcPr>
          <w:p>
            <w:pPr>
              <w:spacing w:after="0"/>
              <w:jc w:val="left"/>
            </w:pPr>
            <w:r>
              <w:rPr>
                <w:sz w:val="16"/>
              </w:rPr>
              <w:t>Likely</w:t>
            </w:r>
          </w:p>
        </w:tc>
        <w:tc>
          <w:tcPr>
            <w:tcW w:type="dxa" w:w="1685"/>
          </w:tcPr>
          <w:p>
            <w:pPr>
              <w:spacing w:after="0"/>
              <w:jc w:val="left"/>
            </w:pPr>
            <w:r>
              <w:rPr>
                <w:sz w:val="16"/>
              </w:rPr>
              <w:t>event-days in 9 of 30 years, 1996 to 2025 (30%)</w:t>
            </w:r>
          </w:p>
        </w:tc>
        <w:tc>
          <w:tcPr>
            <w:tcW w:type="dxa" w:w="1516"/>
          </w:tcPr>
          <w:p>
            <w:pPr>
              <w:spacing w:after="0"/>
              <w:jc w:val="right"/>
            </w:pPr>
            <w:r>
              <w:rPr>
                <w:sz w:val="16"/>
              </w:rPr>
              <w:t>87</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2085"/>
          </w:tcPr>
          <w:p>
            <w:pPr>
              <w:spacing w:after="0"/>
              <w:jc w:val="left"/>
            </w:pPr>
            <w:r>
              <w:rPr>
                <w:sz w:val="16"/>
              </w:rPr>
              <w:t>NRI gives about 4.58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322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72</w:t>
            </w:r>
          </w:p>
        </w:tc>
        <w:tc>
          <w:tcPr>
            <w:tcW w:type="dxa" w:w="1476"/>
          </w:tcPr>
          <w:p>
            <w:pPr>
              <w:spacing w:after="0"/>
              <w:jc w:val="right"/>
            </w:pPr>
            <w:r>
              <w:rPr>
                <w:sz w:val="16"/>
              </w:rPr>
              <w:t>30</w:t>
            </w:r>
          </w:p>
        </w:tc>
        <w:tc>
          <w:tcPr>
            <w:tcW w:type="dxa" w:w="1476"/>
          </w:tcPr>
          <w:p>
            <w:pPr>
              <w:spacing w:after="0"/>
              <w:jc w:val="right"/>
            </w:pPr>
            <w:r>
              <w:rPr>
                <w:sz w:val="16"/>
              </w:rPr>
              <w:t>2.4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57"/>
        <w:gridCol w:w="680"/>
        <w:gridCol w:w="648"/>
        <w:gridCol w:w="4150"/>
        <w:gridCol w:w="6061"/>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5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50"/>
            <w:shd w:val="clear" w:color="auto" w:fill="E8E8E8"/>
          </w:tcPr>
          <w:p>
            <w:pPr>
              <w:spacing w:after="0"/>
              <w:jc w:val="left"/>
            </w:pPr>
            <w:r>
              <w:rPr>
                <w:b/>
                <w:sz w:val="16"/>
              </w:rPr>
              <w:t>Tracts by rating</w:t>
            </w:r>
          </w:p>
        </w:tc>
        <w:tc>
          <w:tcPr>
            <w:tcW w:type="dxa" w:w="60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1 of 5</w:t>
            </w:r>
          </w:p>
        </w:tc>
        <w:tc>
          <w:tcPr>
            <w:tcW w:type="dxa" w:w="857"/>
          </w:tcPr>
          <w:p>
            <w:pPr>
              <w:spacing w:after="0"/>
              <w:jc w:val="right"/>
            </w:pPr>
            <w:r>
              <w:rPr>
                <w:sz w:val="16"/>
              </w:rPr>
              <w:t>0.8</w:t>
            </w:r>
          </w:p>
        </w:tc>
        <w:tc>
          <w:tcPr>
            <w:tcW w:type="dxa" w:w="680"/>
          </w:tcPr>
          <w:p>
            <w:pPr>
              <w:spacing w:after="0"/>
              <w:jc w:val="right"/>
            </w:pPr>
            <w:r>
              <w:rPr>
                <w:sz w:val="16"/>
              </w:rPr>
              <w:t>0.8</w:t>
            </w:r>
          </w:p>
        </w:tc>
        <w:tc>
          <w:tcPr>
            <w:tcW w:type="dxa" w:w="648"/>
          </w:tcPr>
          <w:p>
            <w:pPr>
              <w:spacing w:after="0"/>
              <w:jc w:val="right"/>
            </w:pPr>
            <w:r>
              <w:rPr>
                <w:sz w:val="16"/>
              </w:rPr>
              <w:t>0.8</w:t>
            </w:r>
          </w:p>
        </w:tc>
        <w:tc>
          <w:tcPr>
            <w:tcW w:type="dxa" w:w="4150"/>
          </w:tcPr>
          <w:p>
            <w:pPr>
              <w:spacing w:after="0"/>
              <w:jc w:val="left"/>
            </w:pPr>
            <w:r>
              <w:rPr>
                <w:sz w:val="16"/>
              </w:rPr>
              <w:t>Very Low 1, Not Applicable 4</w:t>
            </w:r>
          </w:p>
        </w:tc>
        <w:tc>
          <w:tcPr>
            <w:tcW w:type="dxa" w:w="6061"/>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5</w:t>
            </w:r>
          </w:p>
        </w:tc>
        <w:tc>
          <w:tcPr>
            <w:tcW w:type="dxa" w:w="6061"/>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57"/>
          </w:tcPr>
          <w:p>
            <w:pPr>
              <w:spacing w:after="0"/>
              <w:jc w:val="right"/>
            </w:pPr>
            <w:r>
              <w:rPr>
                <w:sz w:val="16"/>
              </w:rPr>
              <w:t>21.2</w:t>
            </w:r>
          </w:p>
        </w:tc>
        <w:tc>
          <w:tcPr>
            <w:tcW w:type="dxa" w:w="680"/>
          </w:tcPr>
          <w:p>
            <w:pPr>
              <w:spacing w:after="0"/>
              <w:jc w:val="right"/>
            </w:pPr>
            <w:r>
              <w:rPr>
                <w:sz w:val="16"/>
              </w:rPr>
              <w:t>43.3</w:t>
            </w:r>
          </w:p>
        </w:tc>
        <w:tc>
          <w:tcPr>
            <w:tcW w:type="dxa" w:w="648"/>
          </w:tcPr>
          <w:p>
            <w:pPr>
              <w:spacing w:after="0"/>
              <w:jc w:val="right"/>
            </w:pPr>
            <w:r>
              <w:rPr>
                <w:sz w:val="16"/>
              </w:rPr>
              <w:t>54.7</w:t>
            </w:r>
          </w:p>
        </w:tc>
        <w:tc>
          <w:tcPr>
            <w:tcW w:type="dxa" w:w="4150"/>
          </w:tcPr>
          <w:p>
            <w:pPr>
              <w:spacing w:after="0"/>
              <w:jc w:val="left"/>
            </w:pPr>
            <w:r>
              <w:rPr>
                <w:sz w:val="16"/>
              </w:rPr>
              <w:t>Relatively Moderate 1, Relatively Low 4</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2 of 5</w:t>
            </w:r>
          </w:p>
        </w:tc>
        <w:tc>
          <w:tcPr>
            <w:tcW w:type="dxa" w:w="857"/>
          </w:tcPr>
          <w:p>
            <w:pPr>
              <w:spacing w:after="0"/>
              <w:jc w:val="right"/>
            </w:pPr>
            <w:r>
              <w:rPr>
                <w:sz w:val="16"/>
              </w:rPr>
              <w:t>99.4</w:t>
            </w:r>
          </w:p>
        </w:tc>
        <w:tc>
          <w:tcPr>
            <w:tcW w:type="dxa" w:w="680"/>
          </w:tcPr>
          <w:p>
            <w:pPr>
              <w:spacing w:after="0"/>
              <w:jc w:val="right"/>
            </w:pPr>
            <w:r>
              <w:rPr>
                <w:sz w:val="16"/>
              </w:rPr>
              <w:t>99.5</w:t>
            </w:r>
          </w:p>
        </w:tc>
        <w:tc>
          <w:tcPr>
            <w:tcW w:type="dxa" w:w="648"/>
          </w:tcPr>
          <w:p>
            <w:pPr>
              <w:spacing w:after="0"/>
              <w:jc w:val="right"/>
            </w:pPr>
            <w:r>
              <w:rPr>
                <w:sz w:val="16"/>
              </w:rPr>
              <w:t>99.5</w:t>
            </w:r>
          </w:p>
        </w:tc>
        <w:tc>
          <w:tcPr>
            <w:tcW w:type="dxa" w:w="4150"/>
          </w:tcPr>
          <w:p>
            <w:pPr>
              <w:spacing w:after="0"/>
              <w:jc w:val="left"/>
            </w:pPr>
            <w:r>
              <w:rPr>
                <w:sz w:val="16"/>
              </w:rPr>
              <w:t>Relatively High 2, No Rating 3</w:t>
            </w:r>
          </w:p>
        </w:tc>
        <w:tc>
          <w:tcPr>
            <w:tcW w:type="dxa" w:w="60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57"/>
          </w:tcPr>
          <w:p>
            <w:pPr>
              <w:spacing w:after="0"/>
              <w:jc w:val="right"/>
            </w:pPr>
            <w:r>
              <w:rPr>
                <w:sz w:val="16"/>
              </w:rPr>
              <w:t>1.9</w:t>
            </w:r>
          </w:p>
        </w:tc>
        <w:tc>
          <w:tcPr>
            <w:tcW w:type="dxa" w:w="680"/>
          </w:tcPr>
          <w:p>
            <w:pPr>
              <w:spacing w:after="0"/>
              <w:jc w:val="right"/>
            </w:pPr>
            <w:r>
              <w:rPr>
                <w:sz w:val="16"/>
              </w:rPr>
              <w:t>21.1</w:t>
            </w:r>
          </w:p>
        </w:tc>
        <w:tc>
          <w:tcPr>
            <w:tcW w:type="dxa" w:w="648"/>
          </w:tcPr>
          <w:p>
            <w:pPr>
              <w:spacing w:after="0"/>
              <w:jc w:val="right"/>
            </w:pPr>
            <w:r>
              <w:rPr>
                <w:sz w:val="16"/>
              </w:rPr>
              <w:t>27.3</w:t>
            </w:r>
          </w:p>
        </w:tc>
        <w:tc>
          <w:tcPr>
            <w:tcW w:type="dxa" w:w="4150"/>
          </w:tcPr>
          <w:p>
            <w:pPr>
              <w:spacing w:after="0"/>
              <w:jc w:val="left"/>
            </w:pPr>
            <w:r>
              <w:rPr>
                <w:sz w:val="16"/>
              </w:rPr>
              <w:t>Very Low 5</w:t>
            </w:r>
          </w:p>
        </w:tc>
        <w:tc>
          <w:tcPr>
            <w:tcW w:type="dxa" w:w="6061"/>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57"/>
          </w:tcPr>
          <w:p>
            <w:pPr>
              <w:spacing w:after="0"/>
              <w:jc w:val="right"/>
            </w:pPr>
            <w:r>
              <w:rPr>
                <w:sz w:val="16"/>
              </w:rPr>
              <w:t>34.6</w:t>
            </w:r>
          </w:p>
        </w:tc>
        <w:tc>
          <w:tcPr>
            <w:tcW w:type="dxa" w:w="680"/>
          </w:tcPr>
          <w:p>
            <w:pPr>
              <w:spacing w:after="0"/>
              <w:jc w:val="right"/>
            </w:pPr>
            <w:r>
              <w:rPr>
                <w:sz w:val="16"/>
              </w:rPr>
              <w:t>91.6</w:t>
            </w:r>
          </w:p>
        </w:tc>
        <w:tc>
          <w:tcPr>
            <w:tcW w:type="dxa" w:w="648"/>
          </w:tcPr>
          <w:p>
            <w:pPr>
              <w:spacing w:after="0"/>
              <w:jc w:val="right"/>
            </w:pPr>
            <w:r>
              <w:rPr>
                <w:sz w:val="16"/>
              </w:rPr>
              <w:t>98.0</w:t>
            </w:r>
          </w:p>
        </w:tc>
        <w:tc>
          <w:tcPr>
            <w:tcW w:type="dxa" w:w="4150"/>
          </w:tcPr>
          <w:p>
            <w:pPr>
              <w:spacing w:after="0"/>
              <w:jc w:val="left"/>
            </w:pPr>
            <w:r>
              <w:rPr>
                <w:sz w:val="16"/>
              </w:rPr>
              <w:t>Relatively High 4, Very Low 1</w:t>
            </w:r>
          </w:p>
        </w:tc>
        <w:tc>
          <w:tcPr>
            <w:tcW w:type="dxa" w:w="6061"/>
          </w:tcPr>
          <w:p>
            <w:pPr>
              <w:spacing w:after="0"/>
              <w:jc w:val="left"/>
            </w:pPr>
            <w:r>
              <w:rPr>
                <w:sz w:val="16"/>
              </w:rPr>
              <w:t>National data give a county-wide or coarse (49 km grid or NWS zone) frequency for this hazard, so they cannot show members' hazard differing. Agriculture is 52%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57"/>
          </w:tcPr>
          <w:p>
            <w:pPr>
              <w:spacing w:after="0"/>
              <w:jc w:val="right"/>
            </w:pPr>
            <w:r>
              <w:rPr>
                <w:sz w:val="16"/>
              </w:rPr>
              <w:t>27.8</w:t>
            </w:r>
          </w:p>
        </w:tc>
        <w:tc>
          <w:tcPr>
            <w:tcW w:type="dxa" w:w="680"/>
          </w:tcPr>
          <w:p>
            <w:pPr>
              <w:spacing w:after="0"/>
              <w:jc w:val="right"/>
            </w:pPr>
            <w:r>
              <w:rPr>
                <w:sz w:val="16"/>
              </w:rPr>
              <w:t>84.5</w:t>
            </w:r>
          </w:p>
        </w:tc>
        <w:tc>
          <w:tcPr>
            <w:tcW w:type="dxa" w:w="648"/>
          </w:tcPr>
          <w:p>
            <w:pPr>
              <w:spacing w:after="0"/>
              <w:jc w:val="right"/>
            </w:pPr>
            <w:r>
              <w:rPr>
                <w:sz w:val="16"/>
              </w:rPr>
              <w:t>87.7</w:t>
            </w:r>
          </w:p>
        </w:tc>
        <w:tc>
          <w:tcPr>
            <w:tcW w:type="dxa" w:w="4150"/>
          </w:tcPr>
          <w:p>
            <w:pPr>
              <w:spacing w:after="0"/>
              <w:jc w:val="left"/>
            </w:pPr>
            <w:r>
              <w:rPr>
                <w:sz w:val="16"/>
              </w:rPr>
              <w:t>Relatively High 3, Relatively Moderate 1, Relatively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57"/>
          </w:tcPr>
          <w:p>
            <w:pPr>
              <w:spacing w:after="0"/>
              <w:jc w:val="right"/>
            </w:pPr>
            <w:r>
              <w:rPr>
                <w:sz w:val="16"/>
              </w:rPr>
              <w:t>11.8</w:t>
            </w:r>
          </w:p>
        </w:tc>
        <w:tc>
          <w:tcPr>
            <w:tcW w:type="dxa" w:w="680"/>
          </w:tcPr>
          <w:p>
            <w:pPr>
              <w:spacing w:after="0"/>
              <w:jc w:val="right"/>
            </w:pPr>
            <w:r>
              <w:rPr>
                <w:sz w:val="16"/>
              </w:rPr>
              <w:t>42.1</w:t>
            </w:r>
          </w:p>
        </w:tc>
        <w:tc>
          <w:tcPr>
            <w:tcW w:type="dxa" w:w="648"/>
          </w:tcPr>
          <w:p>
            <w:pPr>
              <w:spacing w:after="0"/>
              <w:jc w:val="right"/>
            </w:pPr>
            <w:r>
              <w:rPr>
                <w:sz w:val="16"/>
              </w:rPr>
              <w:t>47.6</w:t>
            </w:r>
          </w:p>
        </w:tc>
        <w:tc>
          <w:tcPr>
            <w:tcW w:type="dxa" w:w="4150"/>
          </w:tcPr>
          <w:p>
            <w:pPr>
              <w:spacing w:after="0"/>
              <w:jc w:val="left"/>
            </w:pPr>
            <w:r>
              <w:rPr>
                <w:sz w:val="16"/>
              </w:rPr>
              <w:t>Very Low 5</w:t>
            </w:r>
          </w:p>
        </w:tc>
        <w:tc>
          <w:tcPr>
            <w:tcW w:type="dxa" w:w="6061"/>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57"/>
          </w:tcPr>
          <w:p>
            <w:pPr>
              <w:spacing w:after="0"/>
              <w:jc w:val="right"/>
            </w:pPr>
            <w:r>
              <w:rPr>
                <w:sz w:val="16"/>
              </w:rPr>
              <w:t>3.9</w:t>
            </w:r>
          </w:p>
        </w:tc>
        <w:tc>
          <w:tcPr>
            <w:tcW w:type="dxa" w:w="680"/>
          </w:tcPr>
          <w:p>
            <w:pPr>
              <w:spacing w:after="0"/>
              <w:jc w:val="right"/>
            </w:pPr>
            <w:r>
              <w:rPr>
                <w:sz w:val="16"/>
              </w:rPr>
              <w:t>86.3</w:t>
            </w:r>
          </w:p>
        </w:tc>
        <w:tc>
          <w:tcPr>
            <w:tcW w:type="dxa" w:w="648"/>
          </w:tcPr>
          <w:p>
            <w:pPr>
              <w:spacing w:after="0"/>
              <w:jc w:val="right"/>
            </w:pPr>
            <w:r>
              <w:rPr>
                <w:sz w:val="16"/>
              </w:rPr>
              <w:t>91.0</w:t>
            </w:r>
          </w:p>
        </w:tc>
        <w:tc>
          <w:tcPr>
            <w:tcW w:type="dxa" w:w="4150"/>
          </w:tcPr>
          <w:p>
            <w:pPr>
              <w:spacing w:after="0"/>
              <w:jc w:val="left"/>
            </w:pPr>
            <w:r>
              <w:rPr>
                <w:sz w:val="16"/>
              </w:rPr>
              <w:t>Relatively High 1, Relatively Moderate 3, Very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57"/>
          </w:tcPr>
          <w:p>
            <w:pPr>
              <w:spacing w:after="0"/>
              <w:jc w:val="right"/>
            </w:pPr>
            <w:r>
              <w:rPr>
                <w:sz w:val="16"/>
              </w:rPr>
              <w:t>0.2</w:t>
            </w:r>
          </w:p>
        </w:tc>
        <w:tc>
          <w:tcPr>
            <w:tcW w:type="dxa" w:w="680"/>
          </w:tcPr>
          <w:p>
            <w:pPr>
              <w:spacing w:after="0"/>
              <w:jc w:val="right"/>
            </w:pPr>
            <w:r>
              <w:rPr>
                <w:sz w:val="16"/>
              </w:rPr>
              <w:t>46.3</w:t>
            </w:r>
          </w:p>
        </w:tc>
        <w:tc>
          <w:tcPr>
            <w:tcW w:type="dxa" w:w="648"/>
          </w:tcPr>
          <w:p>
            <w:pPr>
              <w:spacing w:after="0"/>
              <w:jc w:val="right"/>
            </w:pPr>
            <w:r>
              <w:rPr>
                <w:sz w:val="16"/>
              </w:rPr>
              <w:t>74.5</w:t>
            </w:r>
          </w:p>
        </w:tc>
        <w:tc>
          <w:tcPr>
            <w:tcW w:type="dxa" w:w="4150"/>
          </w:tcPr>
          <w:p>
            <w:pPr>
              <w:spacing w:after="0"/>
              <w:jc w:val="left"/>
            </w:pPr>
            <w:r>
              <w:rPr>
                <w:sz w:val="16"/>
              </w:rPr>
              <w:t>Relatively Moderate 2, Relatively Low 2, Very Low 1</w:t>
            </w:r>
          </w:p>
        </w:tc>
        <w:tc>
          <w:tcPr>
            <w:tcW w:type="dxa" w:w="6061"/>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5</w:t>
            </w:r>
          </w:p>
        </w:tc>
        <w:tc>
          <w:tcPr>
            <w:tcW w:type="dxa" w:w="857"/>
          </w:tcPr>
          <w:p>
            <w:pPr>
              <w:spacing w:after="0"/>
              <w:jc w:val="right"/>
            </w:pPr>
            <w:r>
              <w:rPr>
                <w:sz w:val="16"/>
              </w:rPr>
              <w:t>8.9</w:t>
            </w:r>
          </w:p>
        </w:tc>
        <w:tc>
          <w:tcPr>
            <w:tcW w:type="dxa" w:w="680"/>
          </w:tcPr>
          <w:p>
            <w:pPr>
              <w:spacing w:after="0"/>
              <w:jc w:val="right"/>
            </w:pPr>
            <w:r>
              <w:rPr>
                <w:sz w:val="16"/>
              </w:rPr>
              <w:t>51.0</w:t>
            </w:r>
          </w:p>
        </w:tc>
        <w:tc>
          <w:tcPr>
            <w:tcW w:type="dxa" w:w="648"/>
          </w:tcPr>
          <w:p>
            <w:pPr>
              <w:spacing w:after="0"/>
              <w:jc w:val="right"/>
            </w:pPr>
            <w:r>
              <w:rPr>
                <w:sz w:val="16"/>
              </w:rPr>
              <w:t>77.4</w:t>
            </w:r>
          </w:p>
        </w:tc>
        <w:tc>
          <w:tcPr>
            <w:tcW w:type="dxa" w:w="4150"/>
          </w:tcPr>
          <w:p>
            <w:pPr>
              <w:spacing w:after="0"/>
              <w:jc w:val="left"/>
            </w:pPr>
            <w:r>
              <w:rPr>
                <w:sz w:val="16"/>
              </w:rPr>
              <w:t>Very Low 3, No Rating 2</w:t>
            </w:r>
          </w:p>
        </w:tc>
        <w:tc>
          <w:tcPr>
            <w:tcW w:type="dxa" w:w="6061"/>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57"/>
          </w:tcPr>
          <w:p>
            <w:pPr>
              <w:spacing w:after="0"/>
              <w:jc w:val="right"/>
            </w:pPr>
            <w:r>
              <w:rPr>
                <w:sz w:val="16"/>
              </w:rPr>
              <w:t>59.1</w:t>
            </w:r>
          </w:p>
        </w:tc>
        <w:tc>
          <w:tcPr>
            <w:tcW w:type="dxa" w:w="680"/>
          </w:tcPr>
          <w:p>
            <w:pPr>
              <w:spacing w:after="0"/>
              <w:jc w:val="right"/>
            </w:pPr>
            <w:r>
              <w:rPr>
                <w:sz w:val="16"/>
              </w:rPr>
              <w:t>98.4</w:t>
            </w:r>
          </w:p>
        </w:tc>
        <w:tc>
          <w:tcPr>
            <w:tcW w:type="dxa" w:w="648"/>
          </w:tcPr>
          <w:p>
            <w:pPr>
              <w:spacing w:after="0"/>
              <w:jc w:val="right"/>
            </w:pPr>
            <w:r>
              <w:rPr>
                <w:sz w:val="16"/>
              </w:rPr>
              <w:t>98.9</w:t>
            </w:r>
          </w:p>
        </w:tc>
        <w:tc>
          <w:tcPr>
            <w:tcW w:type="dxa" w:w="4150"/>
          </w:tcPr>
          <w:p>
            <w:pPr>
              <w:spacing w:after="0"/>
              <w:jc w:val="left"/>
            </w:pPr>
            <w:r>
              <w:rPr>
                <w:sz w:val="16"/>
              </w:rPr>
              <w:t>Very High 3, Relatively High 1, Relatively Moderate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57"/>
          </w:tcPr>
          <w:p>
            <w:pPr>
              <w:spacing w:after="0"/>
              <w:jc w:val="right"/>
            </w:pPr>
            <w:r>
              <w:rPr>
                <w:sz w:val="16"/>
              </w:rPr>
              <w:t>27.2</w:t>
            </w:r>
          </w:p>
        </w:tc>
        <w:tc>
          <w:tcPr>
            <w:tcW w:type="dxa" w:w="680"/>
          </w:tcPr>
          <w:p>
            <w:pPr>
              <w:spacing w:after="0"/>
              <w:jc w:val="right"/>
            </w:pPr>
            <w:r>
              <w:rPr>
                <w:sz w:val="16"/>
              </w:rPr>
              <w:t>90.5</w:t>
            </w:r>
          </w:p>
        </w:tc>
        <w:tc>
          <w:tcPr>
            <w:tcW w:type="dxa" w:w="648"/>
          </w:tcPr>
          <w:p>
            <w:pPr>
              <w:spacing w:after="0"/>
              <w:jc w:val="right"/>
            </w:pPr>
            <w:r>
              <w:rPr>
                <w:sz w:val="16"/>
              </w:rPr>
              <w:t>91.7</w:t>
            </w:r>
          </w:p>
        </w:tc>
        <w:tc>
          <w:tcPr>
            <w:tcW w:type="dxa" w:w="4150"/>
          </w:tcPr>
          <w:p>
            <w:pPr>
              <w:spacing w:after="0"/>
              <w:jc w:val="left"/>
            </w:pPr>
            <w:r>
              <w:rPr>
                <w:sz w:val="16"/>
              </w:rPr>
              <w:t>Relatively High 4, Relatively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57"/>
          </w:tcPr>
          <w:p>
            <w:pPr>
              <w:spacing w:after="0"/>
              <w:jc w:val="right"/>
            </w:pPr>
            <w:r>
              <w:rPr>
                <w:sz w:val="16"/>
              </w:rPr>
              <w:t>16.0</w:t>
            </w:r>
          </w:p>
        </w:tc>
        <w:tc>
          <w:tcPr>
            <w:tcW w:type="dxa" w:w="680"/>
          </w:tcPr>
          <w:p>
            <w:pPr>
              <w:spacing w:after="0"/>
              <w:jc w:val="right"/>
            </w:pPr>
            <w:r>
              <w:rPr>
                <w:sz w:val="16"/>
              </w:rPr>
              <w:t>56.5</w:t>
            </w:r>
          </w:p>
        </w:tc>
        <w:tc>
          <w:tcPr>
            <w:tcW w:type="dxa" w:w="648"/>
          </w:tcPr>
          <w:p>
            <w:pPr>
              <w:spacing w:after="0"/>
              <w:jc w:val="right"/>
            </w:pPr>
            <w:r>
              <w:rPr>
                <w:sz w:val="16"/>
              </w:rPr>
              <w:t>60.3</w:t>
            </w:r>
          </w:p>
        </w:tc>
        <w:tc>
          <w:tcPr>
            <w:tcW w:type="dxa" w:w="4150"/>
          </w:tcPr>
          <w:p>
            <w:pPr>
              <w:spacing w:after="0"/>
              <w:jc w:val="left"/>
            </w:pPr>
            <w:r>
              <w:rPr>
                <w:sz w:val="16"/>
              </w:rPr>
              <w:t>Relatively Moderate 3, Relatively Low 1, Very Low 1</w:t>
            </w:r>
          </w:p>
        </w:tc>
        <w:tc>
          <w:tcPr>
            <w:tcW w:type="dxa" w:w="6061"/>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5</w:t>
            </w:r>
          </w:p>
        </w:tc>
        <w:tc>
          <w:tcPr>
            <w:tcW w:type="dxa" w:w="6061"/>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5</w:t>
            </w:r>
          </w:p>
        </w:tc>
        <w:tc>
          <w:tcPr>
            <w:tcW w:type="dxa" w:w="6061"/>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57"/>
          </w:tcPr>
          <w:p>
            <w:pPr>
              <w:spacing w:after="0"/>
              <w:jc w:val="right"/>
            </w:pPr>
            <w:r>
              <w:rPr>
                <w:sz w:val="16"/>
              </w:rPr>
              <w:t>18.9</w:t>
            </w:r>
          </w:p>
        </w:tc>
        <w:tc>
          <w:tcPr>
            <w:tcW w:type="dxa" w:w="680"/>
          </w:tcPr>
          <w:p>
            <w:pPr>
              <w:spacing w:after="0"/>
              <w:jc w:val="right"/>
            </w:pPr>
            <w:r>
              <w:rPr>
                <w:sz w:val="16"/>
              </w:rPr>
              <w:t>68.8</w:t>
            </w:r>
          </w:p>
        </w:tc>
        <w:tc>
          <w:tcPr>
            <w:tcW w:type="dxa" w:w="648"/>
          </w:tcPr>
          <w:p>
            <w:pPr>
              <w:spacing w:after="0"/>
              <w:jc w:val="right"/>
            </w:pPr>
            <w:r>
              <w:rPr>
                <w:sz w:val="16"/>
              </w:rPr>
              <w:t>92.8</w:t>
            </w:r>
          </w:p>
        </w:tc>
        <w:tc>
          <w:tcPr>
            <w:tcW w:type="dxa" w:w="4150"/>
          </w:tcPr>
          <w:p>
            <w:pPr>
              <w:spacing w:after="0"/>
              <w:jc w:val="left"/>
            </w:pPr>
            <w:r>
              <w:rPr>
                <w:sz w:val="16"/>
              </w:rPr>
              <w:t>Relatively Moderate 2, Relatively Low 1, Very Low 2</w:t>
            </w:r>
          </w:p>
        </w:tc>
        <w:tc>
          <w:tcPr>
            <w:tcW w:type="dxa" w:w="6061"/>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57"/>
          </w:tcPr>
          <w:p>
            <w:pPr>
              <w:spacing w:after="0"/>
              <w:jc w:val="right"/>
            </w:pPr>
            <w:r>
              <w:rPr>
                <w:sz w:val="16"/>
              </w:rPr>
              <w:t>51.2</w:t>
            </w:r>
          </w:p>
        </w:tc>
        <w:tc>
          <w:tcPr>
            <w:tcW w:type="dxa" w:w="680"/>
          </w:tcPr>
          <w:p>
            <w:pPr>
              <w:spacing w:after="0"/>
              <w:jc w:val="right"/>
            </w:pPr>
            <w:r>
              <w:rPr>
                <w:sz w:val="16"/>
              </w:rPr>
              <w:t>91.8</w:t>
            </w:r>
          </w:p>
        </w:tc>
        <w:tc>
          <w:tcPr>
            <w:tcW w:type="dxa" w:w="648"/>
          </w:tcPr>
          <w:p>
            <w:pPr>
              <w:spacing w:after="0"/>
              <w:jc w:val="right"/>
            </w:pPr>
            <w:r>
              <w:rPr>
                <w:sz w:val="16"/>
              </w:rPr>
              <w:t>93.8</w:t>
            </w:r>
          </w:p>
        </w:tc>
        <w:tc>
          <w:tcPr>
            <w:tcW w:type="dxa" w:w="4150"/>
          </w:tcPr>
          <w:p>
            <w:pPr>
              <w:spacing w:after="0"/>
              <w:jc w:val="left"/>
            </w:pPr>
            <w:r>
              <w:rPr>
                <w:sz w:val="16"/>
              </w:rPr>
              <w:t>Relatively High 4, Relatively Moderate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2"/>
        <w:gridCol w:w="963"/>
        <w:gridCol w:w="2861"/>
        <w:gridCol w:w="2988"/>
        <w:gridCol w:w="2102"/>
        <w:gridCol w:w="2557"/>
        <w:gridCol w:w="918"/>
      </w:tblGrid>
      <w:tr>
        <w:trPr>
          <w:cantSplit/>
          <w:tblHeader/>
        </w:trPr>
        <w:tc>
          <w:tcPr>
            <w:tcW w:type="dxa" w:w="1722"/>
            <w:shd w:val="clear" w:color="auto" w:fill="E8E8E8"/>
          </w:tcPr>
          <w:p>
            <w:pPr>
              <w:spacing w:after="0"/>
              <w:jc w:val="left"/>
            </w:pPr>
            <w:r>
              <w:rPr>
                <w:b/>
                <w:sz w:val="16"/>
              </w:rPr>
              <w:t>Member</w:t>
            </w:r>
          </w:p>
        </w:tc>
        <w:tc>
          <w:tcPr>
            <w:tcW w:type="dxa" w:w="963"/>
            <w:shd w:val="clear" w:color="auto" w:fill="E8E8E8"/>
          </w:tcPr>
          <w:p>
            <w:pPr>
              <w:spacing w:after="0"/>
              <w:jc w:val="left"/>
            </w:pPr>
            <w:r>
              <w:rPr>
                <w:b/>
                <w:sz w:val="16"/>
              </w:rPr>
              <w:t>Type</w:t>
            </w:r>
          </w:p>
        </w:tc>
        <w:tc>
          <w:tcPr>
            <w:tcW w:type="dxa" w:w="2861"/>
            <w:shd w:val="clear" w:color="auto" w:fill="E8E8E8"/>
          </w:tcPr>
          <w:p>
            <w:pPr>
              <w:spacing w:after="0"/>
              <w:jc w:val="left"/>
            </w:pPr>
            <w:r>
              <w:rPr>
                <w:b/>
                <w:sz w:val="16"/>
              </w:rPr>
              <w:t>Plan status</w:t>
            </w:r>
          </w:p>
        </w:tc>
        <w:tc>
          <w:tcPr>
            <w:tcW w:type="dxa" w:w="29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8"/>
            <w:shd w:val="clear" w:color="auto" w:fill="E8E8E8"/>
          </w:tcPr>
          <w:p>
            <w:pPr>
              <w:spacing w:after="0"/>
              <w:jc w:val="left"/>
            </w:pPr>
            <w:r>
              <w:rPr>
                <w:b/>
                <w:sz w:val="16"/>
              </w:rPr>
              <w:t>Notes</w:t>
            </w:r>
          </w:p>
        </w:tc>
      </w:tr>
      <w:tr>
        <w:trPr>
          <w:cantSplit/>
        </w:trPr>
        <w:tc>
          <w:tcPr>
            <w:tcW w:type="dxa" w:w="1722"/>
          </w:tcPr>
          <w:p>
            <w:pPr>
              <w:spacing w:after="0"/>
              <w:jc w:val="left"/>
            </w:pPr>
            <w:r>
              <w:rPr>
                <w:sz w:val="16"/>
              </w:rPr>
              <w:t>Pecos County</w:t>
            </w:r>
          </w:p>
        </w:tc>
        <w:tc>
          <w:tcPr>
            <w:tcW w:type="dxa" w:w="963"/>
          </w:tcPr>
          <w:p>
            <w:pPr>
              <w:spacing w:after="0"/>
              <w:jc w:val="left"/>
            </w:pPr>
            <w:r>
              <w:rPr>
                <w:sz w:val="16"/>
              </w:rPr>
              <w:t>County</w:t>
            </w:r>
          </w:p>
        </w:tc>
        <w:tc>
          <w:tcPr>
            <w:tcW w:type="dxa" w:w="2861"/>
          </w:tcPr>
          <w:p>
            <w:pPr>
              <w:spacing w:after="0"/>
              <w:jc w:val="left"/>
            </w:pPr>
            <w:r>
              <w:rPr>
                <w:sz w:val="16"/>
              </w:rPr>
              <w:t>Expired on 2025-09-16</w:t>
            </w:r>
          </w:p>
        </w:tc>
        <w:tc>
          <w:tcPr>
            <w:tcW w:type="dxa" w:w="2988"/>
          </w:tcPr>
          <w:p>
            <w:pPr>
              <w:spacing w:after="0"/>
              <w:jc w:val="right"/>
            </w:pPr>
            <w:r>
              <w:rPr>
                <w:sz w:val="16"/>
              </w:rPr>
              <w:t>FMA RL 0, SRL 0; any 0</w:t>
            </w:r>
          </w:p>
        </w:tc>
        <w:tc>
          <w:tcPr>
            <w:tcW w:type="dxa" w:w="2102"/>
          </w:tcPr>
          <w:p>
            <w:pPr>
              <w:spacing w:after="0"/>
              <w:jc w:val="right"/>
            </w:pPr>
            <w:r>
              <w:rPr>
                <w:sz w:val="16"/>
              </w:rPr>
              <w:t>$62,912.75</w:t>
            </w:r>
          </w:p>
        </w:tc>
        <w:tc>
          <w:tcPr>
            <w:tcW w:type="dxa" w:w="2557"/>
          </w:tcPr>
          <w:p>
            <w:pPr>
              <w:spacing w:after="0"/>
              <w:jc w:val="right"/>
            </w:pPr>
            <w:r>
              <w:rPr>
                <w:sz w:val="16"/>
              </w:rPr>
              <w:t>0; 0</w:t>
            </w:r>
          </w:p>
        </w:tc>
        <w:tc>
          <w:tcPr>
            <w:tcW w:type="dxa" w:w="918"/>
          </w:tcPr>
          <w:p>
            <w:pPr>
              <w:spacing w:after="0"/>
              <w:jc w:val="left"/>
            </w:pPr>
          </w:p>
        </w:tc>
      </w:tr>
      <w:tr>
        <w:trPr>
          <w:cantSplit/>
        </w:trPr>
        <w:tc>
          <w:tcPr>
            <w:tcW w:type="dxa" w:w="1722"/>
          </w:tcPr>
          <w:p>
            <w:pPr>
              <w:spacing w:after="0"/>
              <w:jc w:val="left"/>
            </w:pPr>
            <w:r>
              <w:rPr>
                <w:sz w:val="16"/>
              </w:rPr>
              <w:t>Fort Stockton city</w:t>
            </w:r>
          </w:p>
        </w:tc>
        <w:tc>
          <w:tcPr>
            <w:tcW w:type="dxa" w:w="963"/>
          </w:tcPr>
          <w:p>
            <w:pPr>
              <w:spacing w:after="0"/>
              <w:jc w:val="left"/>
            </w:pPr>
            <w:r>
              <w:rPr>
                <w:sz w:val="16"/>
              </w:rPr>
              <w:t>City</w:t>
            </w:r>
          </w:p>
        </w:tc>
        <w:tc>
          <w:tcPr>
            <w:tcW w:type="dxa" w:w="2861"/>
          </w:tcPr>
          <w:p>
            <w:pPr>
              <w:spacing w:after="0"/>
              <w:jc w:val="left"/>
            </w:pPr>
            <w:r>
              <w:rPr>
                <w:sz w:val="16"/>
              </w:rPr>
              <w:t>Expired on 2025-09-16</w:t>
            </w:r>
          </w:p>
        </w:tc>
        <w:tc>
          <w:tcPr>
            <w:tcW w:type="dxa" w:w="2988"/>
          </w:tcPr>
          <w:p>
            <w:pPr>
              <w:spacing w:after="0"/>
              <w:jc w:val="right"/>
            </w:pPr>
            <w:r>
              <w:rPr>
                <w:sz w:val="16"/>
              </w:rPr>
              <w:t>FMA RL 0, SRL 0; any 0</w:t>
            </w:r>
          </w:p>
        </w:tc>
        <w:tc>
          <w:tcPr>
            <w:tcW w:type="dxa" w:w="2102"/>
          </w:tcPr>
          <w:p>
            <w:pPr>
              <w:spacing w:after="0"/>
              <w:jc w:val="right"/>
            </w:pPr>
            <w:r>
              <w:rPr>
                <w:sz w:val="16"/>
              </w:rPr>
              <w:t>none found</w:t>
            </w:r>
          </w:p>
        </w:tc>
        <w:tc>
          <w:tcPr>
            <w:tcW w:type="dxa" w:w="2557"/>
          </w:tcPr>
          <w:p>
            <w:pPr>
              <w:spacing w:after="0"/>
              <w:jc w:val="right"/>
            </w:pPr>
            <w:r>
              <w:rPr>
                <w:sz w:val="16"/>
              </w:rPr>
              <w:t>344; 68</w:t>
            </w:r>
          </w:p>
        </w:tc>
        <w:tc>
          <w:tcPr>
            <w:tcW w:type="dxa" w:w="918"/>
          </w:tcPr>
          <w:p>
            <w:pPr>
              <w:spacing w:after="0"/>
              <w:jc w:val="left"/>
            </w:pPr>
          </w:p>
        </w:tc>
      </w:tr>
      <w:tr>
        <w:trPr>
          <w:cantSplit/>
        </w:trPr>
        <w:tc>
          <w:tcPr>
            <w:tcW w:type="dxa" w:w="1722"/>
          </w:tcPr>
          <w:p>
            <w:pPr>
              <w:spacing w:after="0"/>
              <w:jc w:val="left"/>
            </w:pPr>
            <w:r>
              <w:rPr>
                <w:sz w:val="16"/>
              </w:rPr>
              <w:t>Iraan city</w:t>
            </w:r>
          </w:p>
        </w:tc>
        <w:tc>
          <w:tcPr>
            <w:tcW w:type="dxa" w:w="963"/>
          </w:tcPr>
          <w:p>
            <w:pPr>
              <w:spacing w:after="0"/>
              <w:jc w:val="left"/>
            </w:pPr>
            <w:r>
              <w:rPr>
                <w:sz w:val="16"/>
              </w:rPr>
              <w:t>City</w:t>
            </w:r>
          </w:p>
        </w:tc>
        <w:tc>
          <w:tcPr>
            <w:tcW w:type="dxa" w:w="2861"/>
          </w:tcPr>
          <w:p>
            <w:pPr>
              <w:spacing w:after="0"/>
              <w:jc w:val="left"/>
            </w:pPr>
            <w:r>
              <w:rPr>
                <w:sz w:val="16"/>
              </w:rPr>
              <w:t>Expired on 2025-09-16</w:t>
            </w:r>
          </w:p>
        </w:tc>
        <w:tc>
          <w:tcPr>
            <w:tcW w:type="dxa" w:w="2988"/>
          </w:tcPr>
          <w:p>
            <w:pPr>
              <w:spacing w:after="0"/>
              <w:jc w:val="right"/>
            </w:pPr>
            <w:r>
              <w:rPr>
                <w:sz w:val="16"/>
              </w:rPr>
              <w:t>FMA RL 0, SRL 0; any 0</w:t>
            </w:r>
          </w:p>
        </w:tc>
        <w:tc>
          <w:tcPr>
            <w:tcW w:type="dxa" w:w="2102"/>
          </w:tcPr>
          <w:p>
            <w:pPr>
              <w:spacing w:after="0"/>
              <w:jc w:val="right"/>
            </w:pPr>
            <w:r>
              <w:rPr>
                <w:sz w:val="16"/>
              </w:rPr>
              <w:t>none found</w:t>
            </w:r>
          </w:p>
        </w:tc>
        <w:tc>
          <w:tcPr>
            <w:tcW w:type="dxa" w:w="2557"/>
          </w:tcPr>
          <w:p>
            <w:pPr>
              <w:spacing w:after="0"/>
              <w:jc w:val="right"/>
            </w:pPr>
            <w:r>
              <w:rPr>
                <w:sz w:val="16"/>
              </w:rPr>
              <w:t>50; 1</w:t>
            </w:r>
          </w:p>
        </w:tc>
        <w:tc>
          <w:tcPr>
            <w:tcW w:type="dxa" w:w="91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2020-09-17</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67"/>
          </w:tcPr>
          <w:p>
            <w:pPr>
              <w:spacing w:after="0"/>
              <w:jc w:val="right"/>
            </w:pPr>
            <w:r>
              <w:rPr>
                <w:sz w:val="16"/>
              </w:rPr>
              <w:t>$1</w:t>
            </w: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$3,098,905,315</w:t>
            </w:r>
          </w:p>
        </w:tc>
        <w:tc>
          <w:tcPr>
            <w:tcW w:type="dxa" w:w="1135"/>
          </w:tcPr>
          <w:p>
            <w:pPr>
              <w:spacing w:after="0"/>
              <w:jc w:val="right"/>
            </w:pPr>
            <w:r>
              <w:rPr>
                <w:sz w:val="16"/>
              </w:rPr>
              <w:t>$59,436,120</w:t>
            </w:r>
          </w:p>
        </w:tc>
        <w:tc>
          <w:tcPr>
            <w:tcW w:type="dxa" w:w="1044"/>
          </w:tcPr>
          <w:p>
            <w:pPr>
              <w:spacing w:after="0"/>
              <w:jc w:val="right"/>
            </w:pPr>
            <w:r>
              <w:rPr>
                <w:sz w:val="16"/>
              </w:rPr>
              <w:t>15,175</w:t>
            </w:r>
          </w:p>
        </w:tc>
        <w:tc>
          <w:tcPr>
            <w:tcW w:type="dxa" w:w="1037"/>
          </w:tcPr>
          <w:p>
            <w:pPr>
              <w:spacing w:after="0"/>
              <w:jc w:val="right"/>
            </w:pPr>
            <w:r>
              <w:rPr>
                <w:sz w:val="16"/>
              </w:rPr>
              <w:t>$800</w:t>
            </w:r>
          </w:p>
        </w:tc>
        <w:tc>
          <w:tcPr>
            <w:tcW w:type="dxa" w:w="1126"/>
          </w:tcPr>
          <w:p>
            <w:pPr>
              <w:spacing w:after="0"/>
              <w:jc w:val="right"/>
            </w:pPr>
            <w:r>
              <w:rPr>
                <w:sz w:val="16"/>
              </w:rPr>
              <w:t>$17,044</w:t>
            </w:r>
          </w:p>
        </w:tc>
        <w:tc>
          <w:tcPr>
            <w:tcW w:type="dxa" w:w="1167"/>
          </w:tcPr>
          <w:p>
            <w:pPr>
              <w:spacing w:after="0"/>
              <w:jc w:val="right"/>
            </w:pPr>
            <w:r>
              <w:rPr>
                <w:sz w:val="16"/>
              </w:rPr>
              <w:t>$120,195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$13,455,528</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$1,641,910</w:t>
            </w:r>
          </w:p>
        </w:tc>
        <w:tc>
          <w:tcPr>
            <w:tcW w:type="dxa" w:w="1167"/>
          </w:tcPr>
          <w:p>
            <w:pPr>
              <w:spacing w:after="0"/>
              <w:jc w:val="right"/>
            </w:pPr>
          </w:p>
        </w:tc>
        <w:tc>
          <w:tcPr>
            <w:tcW w:type="dxa" w:w="1305"/>
          </w:tcPr>
          <w:p>
            <w:pPr>
              <w:spacing w:after="0"/>
              <w:jc w:val="right"/>
            </w:pPr>
            <w:r>
              <w:rPr>
                <w:sz w:val="16"/>
              </w:rPr>
              <w:t>12.2% (agriculture)</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$5,374,908,692</w:t>
            </w:r>
          </w:p>
        </w:tc>
        <w:tc>
          <w:tcPr>
            <w:tcW w:type="dxa" w:w="1135"/>
          </w:tcPr>
          <w:p>
            <w:pPr>
              <w:spacing w:after="0"/>
              <w:jc w:val="right"/>
            </w:pPr>
          </w:p>
        </w:tc>
        <w:tc>
          <w:tcPr>
            <w:tcW w:type="dxa" w:w="1044"/>
          </w:tcPr>
          <w:p>
            <w:pPr>
              <w:spacing w:after="0"/>
              <w:jc w:val="right"/>
            </w:pPr>
            <w:r>
              <w:rPr>
                <w:sz w:val="16"/>
              </w:rPr>
              <w:t>15,193</w:t>
            </w:r>
          </w:p>
        </w:tc>
        <w:tc>
          <w:tcPr>
            <w:tcW w:type="dxa" w:w="1037"/>
          </w:tcPr>
          <w:p>
            <w:pPr>
              <w:spacing w:after="0"/>
              <w:jc w:val="right"/>
            </w:pPr>
            <w:r>
              <w:rPr>
                <w:sz w:val="16"/>
              </w:rPr>
              <w:t>$16,632</w:t>
            </w:r>
          </w:p>
        </w:tc>
        <w:tc>
          <w:tcPr>
            <w:tcW w:type="dxa" w:w="1126"/>
          </w:tcPr>
          <w:p>
            <w:pPr>
              <w:spacing w:after="0"/>
              <w:jc w:val="right"/>
            </w:pPr>
          </w:p>
        </w:tc>
        <w:tc>
          <w:tcPr>
            <w:tcW w:type="dxa" w:w="1167"/>
          </w:tcPr>
          <w:p>
            <w:pPr>
              <w:spacing w:after="0"/>
              <w:jc w:val="right"/>
            </w:pPr>
            <w:r>
              <w:rPr>
                <w:sz w:val="16"/>
              </w:rPr>
              <w:t>$3,998</w:t>
            </w:r>
          </w:p>
        </w:tc>
        <w:tc>
          <w:tcPr>
            <w:tcW w:type="dxa" w:w="1305"/>
          </w:tcPr>
          <w:p>
            <w:pPr>
              <w:spacing w:after="0"/>
              <w:jc w:val="right"/>
            </w:pPr>
            <w:r>
              <w:rPr>
                <w:sz w:val="16"/>
              </w:rPr>
              <w:t>0.000309%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$3,098,906,590</w:t>
            </w:r>
          </w:p>
        </w:tc>
        <w:tc>
          <w:tcPr>
            <w:tcW w:type="dxa" w:w="1135"/>
          </w:tcPr>
          <w:p>
            <w:pPr>
              <w:spacing w:after="0"/>
              <w:jc w:val="right"/>
            </w:pPr>
            <w:r>
              <w:rPr>
                <w:sz w:val="16"/>
              </w:rPr>
              <w:t>$59,436,120</w:t>
            </w:r>
          </w:p>
        </w:tc>
        <w:tc>
          <w:tcPr>
            <w:tcW w:type="dxa" w:w="1044"/>
          </w:tcPr>
          <w:p>
            <w:pPr>
              <w:spacing w:after="0"/>
              <w:jc w:val="right"/>
            </w:pPr>
            <w:r>
              <w:rPr>
                <w:sz w:val="16"/>
              </w:rPr>
              <w:t>15,175</w:t>
            </w:r>
          </w:p>
        </w:tc>
        <w:tc>
          <w:tcPr>
            <w:tcW w:type="dxa" w:w="1037"/>
          </w:tcPr>
          <w:p>
            <w:pPr>
              <w:spacing w:after="0"/>
              <w:jc w:val="right"/>
            </w:pPr>
            <w:r>
              <w:rPr>
                <w:sz w:val="16"/>
              </w:rPr>
              <w:t>$210,465</w:t>
            </w:r>
          </w:p>
        </w:tc>
        <w:tc>
          <w:tcPr>
            <w:tcW w:type="dxa" w:w="1126"/>
          </w:tcPr>
          <w:p>
            <w:pPr>
              <w:spacing w:after="0"/>
              <w:jc w:val="right"/>
            </w:pPr>
            <w:r>
              <w:rPr>
                <w:sz w:val="16"/>
              </w:rPr>
              <w:t>$288,594</w:t>
            </w:r>
          </w:p>
        </w:tc>
        <w:tc>
          <w:tcPr>
            <w:tcW w:type="dxa" w:w="1167"/>
          </w:tcPr>
          <w:p>
            <w:pPr>
              <w:spacing w:after="0"/>
              <w:jc w:val="right"/>
            </w:pPr>
            <w:r>
              <w:rPr>
                <w:sz w:val="16"/>
              </w:rPr>
              <w:t>$57,900</w:t>
            </w:r>
          </w:p>
        </w:tc>
        <w:tc>
          <w:tcPr>
            <w:tcW w:type="dxa" w:w="1305"/>
          </w:tcPr>
          <w:p>
            <w:pPr>
              <w:spacing w:after="0"/>
              <w:jc w:val="right"/>
            </w:pPr>
            <w:r>
              <w:rPr>
                <w:sz w:val="16"/>
              </w:rPr>
              <w:t>0.00679%</w:t>
            </w:r>
          </w:p>
        </w:tc>
        <w:tc>
          <w:tcPr>
            <w:tcW w:type="dxa" w:w="1203"/>
          </w:tcPr>
          <w:p>
            <w:pPr>
              <w:spacing w:after="0"/>
              <w:jc w:val="right"/>
            </w:pPr>
            <w:r>
              <w:rPr>
                <w:sz w:val="16"/>
              </w:rPr>
              <w:t>$20,000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$3,098,905,315</w:t>
            </w:r>
          </w:p>
        </w:tc>
        <w:tc>
          <w:tcPr>
            <w:tcW w:type="dxa" w:w="1135"/>
          </w:tcPr>
          <w:p>
            <w:pPr>
              <w:spacing w:after="0"/>
              <w:jc w:val="right"/>
            </w:pPr>
            <w:r>
              <w:rPr>
                <w:sz w:val="16"/>
              </w:rPr>
              <w:t>$59,436,120</w:t>
            </w:r>
          </w:p>
        </w:tc>
        <w:tc>
          <w:tcPr>
            <w:tcW w:type="dxa" w:w="1044"/>
          </w:tcPr>
          <w:p>
            <w:pPr>
              <w:spacing w:after="0"/>
              <w:jc w:val="right"/>
            </w:pPr>
            <w:r>
              <w:rPr>
                <w:sz w:val="16"/>
              </w:rPr>
              <w:t>15,175</w:t>
            </w:r>
          </w:p>
        </w:tc>
        <w:tc>
          <w:tcPr>
            <w:tcW w:type="dxa" w:w="1037"/>
          </w:tcPr>
          <w:p>
            <w:pPr>
              <w:spacing w:after="0"/>
              <w:jc w:val="right"/>
            </w:pPr>
            <w:r>
              <w:rPr>
                <w:sz w:val="16"/>
              </w:rPr>
              <w:t>$13</w:t>
            </w:r>
          </w:p>
        </w:tc>
        <w:tc>
          <w:tcPr>
            <w:tcW w:type="dxa" w:w="1126"/>
          </w:tcPr>
          <w:p>
            <w:pPr>
              <w:spacing w:after="0"/>
              <w:jc w:val="right"/>
            </w:pPr>
            <w:r>
              <w:rPr>
                <w:sz w:val="16"/>
              </w:rPr>
              <w:t>$101</w:t>
            </w:r>
          </w:p>
        </w:tc>
        <w:tc>
          <w:tcPr>
            <w:tcW w:type="dxa" w:w="1167"/>
          </w:tcPr>
          <w:p>
            <w:pPr>
              <w:spacing w:after="0"/>
              <w:jc w:val="right"/>
            </w:pPr>
            <w:r>
              <w:rPr>
                <w:sz w:val="16"/>
              </w:rPr>
              <w:t>$403,487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$3,098,661,308</w:t>
            </w:r>
          </w:p>
        </w:tc>
        <w:tc>
          <w:tcPr>
            <w:tcW w:type="dxa" w:w="1135"/>
          </w:tcPr>
          <w:p>
            <w:pPr>
              <w:spacing w:after="0"/>
              <w:jc w:val="right"/>
            </w:pPr>
            <w:r>
              <w:rPr>
                <w:sz w:val="16"/>
              </w:rPr>
              <w:t>$58,707,646</w:t>
            </w:r>
          </w:p>
        </w:tc>
        <w:tc>
          <w:tcPr>
            <w:tcW w:type="dxa" w:w="1044"/>
          </w:tcPr>
          <w:p>
            <w:pPr>
              <w:spacing w:after="0"/>
              <w:jc w:val="right"/>
            </w:pPr>
            <w:r>
              <w:rPr>
                <w:sz w:val="16"/>
              </w:rPr>
              <w:t>15,175</w:t>
            </w:r>
          </w:p>
        </w:tc>
        <w:tc>
          <w:tcPr>
            <w:tcW w:type="dxa" w:w="1037"/>
          </w:tcPr>
          <w:p>
            <w:pPr>
              <w:spacing w:after="0"/>
              <w:jc w:val="right"/>
            </w:pPr>
            <w:r>
              <w:rPr>
                <w:sz w:val="16"/>
              </w:rPr>
              <w:t>$6,294</w:t>
            </w:r>
          </w:p>
        </w:tc>
        <w:tc>
          <w:tcPr>
            <w:tcW w:type="dxa" w:w="1126"/>
          </w:tcPr>
          <w:p>
            <w:pPr>
              <w:spacing w:after="0"/>
              <w:jc w:val="right"/>
            </w:pPr>
            <w:r>
              <w:rPr>
                <w:sz w:val="16"/>
              </w:rPr>
              <w:t>$3,444</w:t>
            </w:r>
          </w:p>
        </w:tc>
        <w:tc>
          <w:tcPr>
            <w:tcW w:type="dxa" w:w="1167"/>
          </w:tcPr>
          <w:p>
            <w:pPr>
              <w:spacing w:after="0"/>
              <w:jc w:val="right"/>
            </w:pPr>
            <w:r>
              <w:rPr>
                <w:sz w:val="16"/>
              </w:rPr>
              <w:t>$100</w:t>
            </w:r>
          </w:p>
        </w:tc>
        <w:tc>
          <w:tcPr>
            <w:tcW w:type="dxa" w:w="1305"/>
          </w:tcPr>
          <w:p>
            <w:pPr>
              <w:spacing w:after="0"/>
              <w:jc w:val="right"/>
            </w:pPr>
            <w:r>
              <w:rPr>
                <w:sz w:val="16"/>
              </w:rPr>
              <w:t>0.000203%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$3,097,756,043</w:t>
            </w:r>
          </w:p>
        </w:tc>
        <w:tc>
          <w:tcPr>
            <w:tcW w:type="dxa" w:w="1135"/>
          </w:tcPr>
          <w:p>
            <w:pPr>
              <w:spacing w:after="0"/>
              <w:jc w:val="right"/>
            </w:pPr>
          </w:p>
        </w:tc>
        <w:tc>
          <w:tcPr>
            <w:tcW w:type="dxa" w:w="1044"/>
          </w:tcPr>
          <w:p>
            <w:pPr>
              <w:spacing w:after="0"/>
              <w:jc w:val="right"/>
            </w:pPr>
            <w:r>
              <w:rPr>
                <w:sz w:val="16"/>
              </w:rPr>
              <w:t>15,161</w:t>
            </w:r>
          </w:p>
        </w:tc>
        <w:tc>
          <w:tcPr>
            <w:tcW w:type="dxa" w:w="1037"/>
          </w:tcPr>
          <w:p>
            <w:pPr>
              <w:spacing w:after="0"/>
              <w:jc w:val="right"/>
            </w:pPr>
            <w:r>
              <w:rPr>
                <w:sz w:val="16"/>
              </w:rPr>
              <w:t>$68,855</w:t>
            </w:r>
          </w:p>
        </w:tc>
        <w:tc>
          <w:tcPr>
            <w:tcW w:type="dxa" w:w="1126"/>
          </w:tcPr>
          <w:p>
            <w:pPr>
              <w:spacing w:after="0"/>
              <w:jc w:val="right"/>
            </w:pPr>
          </w:p>
        </w:tc>
        <w:tc>
          <w:tcPr>
            <w:tcW w:type="dxa" w:w="1167"/>
          </w:tcPr>
          <w:p>
            <w:pPr>
              <w:spacing w:after="0"/>
              <w:jc w:val="right"/>
            </w:pPr>
            <w:r>
              <w:rPr>
                <w:sz w:val="16"/>
              </w:rPr>
              <w:t>$6,612</w:t>
            </w:r>
          </w:p>
        </w:tc>
        <w:tc>
          <w:tcPr>
            <w:tcW w:type="dxa" w:w="1305"/>
          </w:tcPr>
          <w:p>
            <w:pPr>
              <w:spacing w:after="0"/>
              <w:jc w:val="right"/>
            </w:pPr>
            <w:r>
              <w:rPr>
                <w:sz w:val="16"/>
              </w:rPr>
              <w:t>0.00222%</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$3,098,800,031</w:t>
            </w:r>
          </w:p>
        </w:tc>
        <w:tc>
          <w:tcPr>
            <w:tcW w:type="dxa" w:w="1135"/>
          </w:tcPr>
          <w:p>
            <w:pPr>
              <w:spacing w:after="0"/>
              <w:jc w:val="right"/>
            </w:pPr>
            <w:r>
              <w:rPr>
                <w:sz w:val="16"/>
              </w:rPr>
              <w:t>$0</w:t>
            </w:r>
          </w:p>
        </w:tc>
        <w:tc>
          <w:tcPr>
            <w:tcW w:type="dxa" w:w="1044"/>
          </w:tcPr>
          <w:p>
            <w:pPr>
              <w:spacing w:after="0"/>
              <w:jc w:val="right"/>
            </w:pPr>
            <w:r>
              <w:rPr>
                <w:sz w:val="16"/>
              </w:rPr>
              <w:t>83</w:t>
            </w:r>
          </w:p>
        </w:tc>
        <w:tc>
          <w:tcPr>
            <w:tcW w:type="dxa" w:w="1037"/>
          </w:tcPr>
          <w:p>
            <w:pPr>
              <w:spacing w:after="0"/>
              <w:jc w:val="right"/>
            </w:pPr>
            <w:r>
              <w:rPr>
                <w:sz w:val="16"/>
              </w:rPr>
              <w:t>$1,859,168</w:t>
            </w:r>
          </w:p>
        </w:tc>
        <w:tc>
          <w:tcPr>
            <w:tcW w:type="dxa" w:w="1126"/>
          </w:tcPr>
          <w:p>
            <w:pPr>
              <w:spacing w:after="0"/>
              <w:jc w:val="right"/>
            </w:pPr>
            <w:r>
              <w:rPr>
                <w:sz w:val="16"/>
              </w:rPr>
              <w:t>$0</w:t>
            </w:r>
          </w:p>
        </w:tc>
        <w:tc>
          <w:tcPr>
            <w:tcW w:type="dxa" w:w="1167"/>
          </w:tcPr>
          <w:p>
            <w:pPr>
              <w:spacing w:after="0"/>
              <w:jc w:val="right"/>
            </w:pPr>
            <w:r>
              <w:rPr>
                <w:sz w:val="16"/>
              </w:rPr>
              <w:t>$15,798</w:t>
            </w:r>
          </w:p>
        </w:tc>
        <w:tc>
          <w:tcPr>
            <w:tcW w:type="dxa" w:w="1305"/>
          </w:tcPr>
          <w:p>
            <w:pPr>
              <w:spacing w:after="0"/>
              <w:jc w:val="right"/>
            </w:pPr>
            <w:r>
              <w:rPr>
                <w:sz w:val="16"/>
              </w:rPr>
              <w:t>n/a (see note)</w:t>
            </w:r>
          </w:p>
        </w:tc>
        <w:tc>
          <w:tcPr>
            <w:tcW w:type="dxa" w:w="1203"/>
          </w:tcPr>
          <w:p>
            <w:pPr>
              <w:spacing w:after="0"/>
              <w:jc w:val="right"/>
            </w:pPr>
            <w:r>
              <w:rPr>
                <w:sz w:val="16"/>
              </w:rPr>
              <w:t>$560,000</w:t>
            </w: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$2,162,094</w:t>
            </w:r>
          </w:p>
        </w:tc>
        <w:tc>
          <w:tcPr>
            <w:tcW w:type="dxa" w:w="1135"/>
          </w:tcPr>
          <w:p>
            <w:pPr>
              <w:spacing w:after="0"/>
              <w:jc w:val="right"/>
            </w:pPr>
          </w:p>
        </w:tc>
        <w:tc>
          <w:tcPr>
            <w:tcW w:type="dxa" w:w="1044"/>
          </w:tcPr>
          <w:p>
            <w:pPr>
              <w:spacing w:after="0"/>
              <w:jc w:val="right"/>
            </w:pPr>
            <w:r>
              <w:rPr>
                <w:sz w:val="16"/>
              </w:rPr>
              <w:t>25</w:t>
            </w:r>
          </w:p>
        </w:tc>
        <w:tc>
          <w:tcPr>
            <w:tcW w:type="dxa" w:w="1037"/>
          </w:tcPr>
          <w:p>
            <w:pPr>
              <w:spacing w:after="0"/>
              <w:jc w:val="right"/>
            </w:pPr>
            <w:r>
              <w:rPr>
                <w:sz w:val="16"/>
              </w:rPr>
              <w:t>$11</w:t>
            </w:r>
          </w:p>
        </w:tc>
        <w:tc>
          <w:tcPr>
            <w:tcW w:type="dxa" w:w="1126"/>
          </w:tcPr>
          <w:p>
            <w:pPr>
              <w:spacing w:after="0"/>
              <w:jc w:val="right"/>
            </w:pPr>
          </w:p>
        </w:tc>
        <w:tc>
          <w:tcPr>
            <w:tcW w:type="dxa" w:w="1167"/>
          </w:tcPr>
          <w:p>
            <w:pPr>
              <w:spacing w:after="0"/>
              <w:jc w:val="right"/>
            </w:pPr>
            <w:r>
              <w:rPr>
                <w:sz w:val="16"/>
              </w:rPr>
              <w:t>$40</w:t>
            </w:r>
          </w:p>
        </w:tc>
        <w:tc>
          <w:tcPr>
            <w:tcW w:type="dxa" w:w="1305"/>
          </w:tcPr>
          <w:p>
            <w:pPr>
              <w:spacing w:after="0"/>
              <w:jc w:val="right"/>
            </w:pPr>
            <w:r>
              <w:rPr>
                <w:sz w:val="16"/>
              </w:rPr>
              <w:t>0.000508%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$3,098,906,590</w:t>
            </w:r>
          </w:p>
        </w:tc>
        <w:tc>
          <w:tcPr>
            <w:tcW w:type="dxa" w:w="1135"/>
          </w:tcPr>
          <w:p>
            <w:pPr>
              <w:spacing w:after="0"/>
              <w:jc w:val="right"/>
            </w:pPr>
          </w:p>
        </w:tc>
        <w:tc>
          <w:tcPr>
            <w:tcW w:type="dxa" w:w="1044"/>
          </w:tcPr>
          <w:p>
            <w:pPr>
              <w:spacing w:after="0"/>
              <w:jc w:val="right"/>
            </w:pPr>
            <w:r>
              <w:rPr>
                <w:sz w:val="16"/>
              </w:rPr>
              <w:t>15,175</w:t>
            </w:r>
          </w:p>
        </w:tc>
        <w:tc>
          <w:tcPr>
            <w:tcW w:type="dxa" w:w="1037"/>
          </w:tcPr>
          <w:p>
            <w:pPr>
              <w:spacing w:after="0"/>
              <w:jc w:val="right"/>
            </w:pPr>
            <w:r>
              <w:rPr>
                <w:sz w:val="16"/>
              </w:rPr>
              <w:t>$5,635</w:t>
            </w:r>
          </w:p>
        </w:tc>
        <w:tc>
          <w:tcPr>
            <w:tcW w:type="dxa" w:w="1126"/>
          </w:tcPr>
          <w:p>
            <w:pPr>
              <w:spacing w:after="0"/>
              <w:jc w:val="right"/>
            </w:pPr>
          </w:p>
        </w:tc>
        <w:tc>
          <w:tcPr>
            <w:tcW w:type="dxa" w:w="1167"/>
          </w:tcPr>
          <w:p>
            <w:pPr>
              <w:spacing w:after="0"/>
              <w:jc w:val="right"/>
            </w:pPr>
            <w:r>
              <w:rPr>
                <w:sz w:val="16"/>
              </w:rPr>
              <w:t>$313,523</w:t>
            </w:r>
          </w:p>
        </w:tc>
        <w:tc>
          <w:tcPr>
            <w:tcW w:type="dxa" w:w="1305"/>
          </w:tcPr>
          <w:p>
            <w:pPr>
              <w:spacing w:after="0"/>
              <w:jc w:val="right"/>
            </w:pPr>
            <w:r>
              <w:rPr>
                <w:sz w:val="16"/>
              </w:rPr>
              <w:t>0.000182%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$3,098,906,590</w:t>
            </w:r>
          </w:p>
        </w:tc>
        <w:tc>
          <w:tcPr>
            <w:tcW w:type="dxa" w:w="1135"/>
          </w:tcPr>
          <w:p>
            <w:pPr>
              <w:spacing w:after="0"/>
              <w:jc w:val="right"/>
            </w:pPr>
            <w:r>
              <w:rPr>
                <w:sz w:val="16"/>
              </w:rPr>
              <w:t>$59,436,120</w:t>
            </w:r>
          </w:p>
        </w:tc>
        <w:tc>
          <w:tcPr>
            <w:tcW w:type="dxa" w:w="1044"/>
          </w:tcPr>
          <w:p>
            <w:pPr>
              <w:spacing w:after="0"/>
              <w:jc w:val="right"/>
            </w:pPr>
            <w:r>
              <w:rPr>
                <w:sz w:val="16"/>
              </w:rPr>
              <w:t>15,175</w:t>
            </w:r>
          </w:p>
        </w:tc>
        <w:tc>
          <w:tcPr>
            <w:tcW w:type="dxa" w:w="1037"/>
          </w:tcPr>
          <w:p>
            <w:pPr>
              <w:spacing w:after="0"/>
              <w:jc w:val="right"/>
            </w:pPr>
            <w:r>
              <w:rPr>
                <w:sz w:val="16"/>
              </w:rPr>
              <w:t>$136,956</w:t>
            </w:r>
          </w:p>
        </w:tc>
        <w:tc>
          <w:tcPr>
            <w:tcW w:type="dxa" w:w="1126"/>
          </w:tcPr>
          <w:p>
            <w:pPr>
              <w:spacing w:after="0"/>
              <w:jc w:val="right"/>
            </w:pPr>
            <w:r>
              <w:rPr>
                <w:sz w:val="16"/>
              </w:rPr>
              <w:t>$16,895</w:t>
            </w:r>
          </w:p>
        </w:tc>
        <w:tc>
          <w:tcPr>
            <w:tcW w:type="dxa" w:w="1167"/>
          </w:tcPr>
          <w:p>
            <w:pPr>
              <w:spacing w:after="0"/>
              <w:jc w:val="right"/>
            </w:pPr>
            <w:r>
              <w:rPr>
                <w:sz w:val="16"/>
              </w:rPr>
              <w:t>$138,411</w:t>
            </w:r>
          </w:p>
        </w:tc>
        <w:tc>
          <w:tcPr>
            <w:tcW w:type="dxa" w:w="1305"/>
          </w:tcPr>
          <w:p>
            <w:pPr>
              <w:spacing w:after="0"/>
              <w:jc w:val="right"/>
            </w:pPr>
            <w:r>
              <w:rPr>
                <w:sz w:val="16"/>
              </w:rPr>
              <w:t>0.00442%</w:t>
            </w:r>
          </w:p>
        </w:tc>
        <w:tc>
          <w:tcPr>
            <w:tcW w:type="dxa" w:w="1203"/>
          </w:tcPr>
          <w:p>
            <w:pPr>
              <w:spacing w:after="0"/>
              <w:jc w:val="right"/>
            </w:pPr>
            <w:r>
              <w:rPr>
                <w:sz w:val="16"/>
              </w:rPr>
              <w:t>$1,504,000</w:t>
            </w:r>
          </w:p>
        </w:tc>
        <w:tc>
          <w:tcPr>
            <w:tcW w:type="dxa" w:w="1097"/>
          </w:tcPr>
          <w:p>
            <w:pPr>
              <w:spacing w:after="0"/>
              <w:jc w:val="right"/>
            </w:pPr>
            <w:r>
              <w:rPr>
                <w:sz w:val="16"/>
              </w:rPr>
              <w:t>$0</w:t>
            </w:r>
          </w:p>
        </w:tc>
        <w:tc>
          <w:tcPr>
            <w:tcW w:type="dxa" w:w="133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$3,098,906,590</w:t>
            </w:r>
          </w:p>
        </w:tc>
        <w:tc>
          <w:tcPr>
            <w:tcW w:type="dxa" w:w="1135"/>
          </w:tcPr>
          <w:p>
            <w:pPr>
              <w:spacing w:after="0"/>
              <w:jc w:val="right"/>
            </w:pPr>
            <w:r>
              <w:rPr>
                <w:sz w:val="16"/>
              </w:rPr>
              <w:t>$59,436,120</w:t>
            </w:r>
          </w:p>
        </w:tc>
        <w:tc>
          <w:tcPr>
            <w:tcW w:type="dxa" w:w="1044"/>
          </w:tcPr>
          <w:p>
            <w:pPr>
              <w:spacing w:after="0"/>
              <w:jc w:val="right"/>
            </w:pPr>
            <w:r>
              <w:rPr>
                <w:sz w:val="16"/>
              </w:rPr>
              <w:t>15,175</w:t>
            </w:r>
          </w:p>
        </w:tc>
        <w:tc>
          <w:tcPr>
            <w:tcW w:type="dxa" w:w="1037"/>
          </w:tcPr>
          <w:p>
            <w:pPr>
              <w:spacing w:after="0"/>
              <w:jc w:val="right"/>
            </w:pPr>
            <w:r>
              <w:rPr>
                <w:sz w:val="16"/>
              </w:rPr>
              <w:t>$134,937</w:t>
            </w:r>
          </w:p>
        </w:tc>
        <w:tc>
          <w:tcPr>
            <w:tcW w:type="dxa" w:w="1126"/>
          </w:tcPr>
          <w:p>
            <w:pPr>
              <w:spacing w:after="0"/>
              <w:jc w:val="right"/>
            </w:pPr>
            <w:r>
              <w:rPr>
                <w:sz w:val="16"/>
              </w:rPr>
              <w:t>$2,026</w:t>
            </w:r>
          </w:p>
        </w:tc>
        <w:tc>
          <w:tcPr>
            <w:tcW w:type="dxa" w:w="1167"/>
          </w:tcPr>
          <w:p>
            <w:pPr>
              <w:spacing w:after="0"/>
              <w:jc w:val="right"/>
            </w:pPr>
            <w:r>
              <w:rPr>
                <w:sz w:val="16"/>
              </w:rPr>
              <w:t>$127,776</w:t>
            </w:r>
          </w:p>
        </w:tc>
        <w:tc>
          <w:tcPr>
            <w:tcW w:type="dxa" w:w="1305"/>
          </w:tcPr>
          <w:p>
            <w:pPr>
              <w:spacing w:after="0"/>
              <w:jc w:val="right"/>
            </w:pPr>
            <w:r>
              <w:rPr>
                <w:sz w:val="16"/>
              </w:rPr>
              <w:t>0.00435%</w:t>
            </w:r>
          </w:p>
        </w:tc>
        <w:tc>
          <w:tcPr>
            <w:tcW w:type="dxa" w:w="1203"/>
          </w:tcPr>
          <w:p>
            <w:pPr>
              <w:spacing w:after="0"/>
              <w:jc w:val="right"/>
            </w:pPr>
            <w:r>
              <w:rPr>
                <w:sz w:val="16"/>
              </w:rPr>
              <w:t>$2,000</w:t>
            </w: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$789,317,915</w:t>
            </w:r>
          </w:p>
        </w:tc>
        <w:tc>
          <w:tcPr>
            <w:tcW w:type="dxa" w:w="1135"/>
          </w:tcPr>
          <w:p>
            <w:pPr>
              <w:spacing w:after="0"/>
              <w:jc w:val="right"/>
            </w:pPr>
            <w:r>
              <w:rPr>
                <w:sz w:val="16"/>
              </w:rPr>
              <w:t>$33,396,396</w:t>
            </w:r>
          </w:p>
        </w:tc>
        <w:tc>
          <w:tcPr>
            <w:tcW w:type="dxa" w:w="1044"/>
          </w:tcPr>
          <w:p>
            <w:pPr>
              <w:spacing w:after="0"/>
              <w:jc w:val="right"/>
            </w:pPr>
            <w:r>
              <w:rPr>
                <w:sz w:val="16"/>
              </w:rPr>
              <w:t>5,142</w:t>
            </w:r>
          </w:p>
        </w:tc>
        <w:tc>
          <w:tcPr>
            <w:tcW w:type="dxa" w:w="1037"/>
          </w:tcPr>
          <w:p>
            <w:pPr>
              <w:spacing w:after="0"/>
              <w:jc w:val="right"/>
            </w:pPr>
            <w:r>
              <w:rPr>
                <w:sz w:val="16"/>
              </w:rPr>
              <w:t>$74,197</w:t>
            </w:r>
          </w:p>
        </w:tc>
        <w:tc>
          <w:tcPr>
            <w:tcW w:type="dxa" w:w="1126"/>
          </w:tcPr>
          <w:p>
            <w:pPr>
              <w:spacing w:after="0"/>
              <w:jc w:val="right"/>
            </w:pPr>
            <w:r>
              <w:rPr>
                <w:sz w:val="16"/>
              </w:rPr>
              <w:t>$134</w:t>
            </w:r>
          </w:p>
        </w:tc>
        <w:tc>
          <w:tcPr>
            <w:tcW w:type="dxa" w:w="1167"/>
          </w:tcPr>
          <w:p>
            <w:pPr>
              <w:spacing w:after="0"/>
              <w:jc w:val="right"/>
            </w:pPr>
            <w:r>
              <w:rPr>
                <w:sz w:val="16"/>
              </w:rPr>
              <w:t>$6,571</w:t>
            </w:r>
          </w:p>
        </w:tc>
        <w:tc>
          <w:tcPr>
            <w:tcW w:type="dxa" w:w="1305"/>
          </w:tcPr>
          <w:p>
            <w:pPr>
              <w:spacing w:after="0"/>
              <w:jc w:val="right"/>
            </w:pPr>
            <w:r>
              <w:rPr>
                <w:sz w:val="16"/>
              </w:rPr>
              <w:t>0.0094%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$3,098,905,315</w:t>
            </w:r>
          </w:p>
        </w:tc>
        <w:tc>
          <w:tcPr>
            <w:tcW w:type="dxa" w:w="1135"/>
          </w:tcPr>
          <w:p>
            <w:pPr>
              <w:spacing w:after="0"/>
              <w:jc w:val="right"/>
            </w:pPr>
            <w:r>
              <w:rPr>
                <w:sz w:val="16"/>
              </w:rPr>
              <w:t>$59,436,120</w:t>
            </w:r>
          </w:p>
        </w:tc>
        <w:tc>
          <w:tcPr>
            <w:tcW w:type="dxa" w:w="1044"/>
          </w:tcPr>
          <w:p>
            <w:pPr>
              <w:spacing w:after="0"/>
              <w:jc w:val="right"/>
            </w:pPr>
            <w:r>
              <w:rPr>
                <w:sz w:val="16"/>
              </w:rPr>
              <w:t>15,175</w:t>
            </w:r>
          </w:p>
        </w:tc>
        <w:tc>
          <w:tcPr>
            <w:tcW w:type="dxa" w:w="1037"/>
          </w:tcPr>
          <w:p>
            <w:pPr>
              <w:spacing w:after="0"/>
              <w:jc w:val="right"/>
            </w:pPr>
            <w:r>
              <w:rPr>
                <w:sz w:val="16"/>
              </w:rPr>
              <w:t>$1,490</w:t>
            </w:r>
          </w:p>
        </w:tc>
        <w:tc>
          <w:tcPr>
            <w:tcW w:type="dxa" w:w="1126"/>
          </w:tcPr>
          <w:p>
            <w:pPr>
              <w:spacing w:after="0"/>
              <w:jc w:val="right"/>
            </w:pPr>
            <w:r>
              <w:rPr>
                <w:sz w:val="16"/>
              </w:rPr>
              <w:t>$261</w:t>
            </w:r>
          </w:p>
        </w:tc>
        <w:tc>
          <w:tcPr>
            <w:tcW w:type="dxa" w:w="1167"/>
          </w:tcPr>
          <w:p>
            <w:pPr>
              <w:spacing w:after="0"/>
              <w:jc w:val="right"/>
            </w:pPr>
            <w:r>
              <w:rPr>
                <w:sz w:val="16"/>
              </w:rPr>
              <w:t>$56,772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bl>
    <w:p>
      <w:pPr>
        <w:spacing w:after="40" w:before="60"/>
      </w:pPr>
      <w:r>
        <w:rPr>
          <w:sz w:val="15"/>
        </w:rPr>
        <w:t>Totals since 2020-09-17 (Storm Events through 2026-06-30): 176 county-coded records, 146 with a damage value recorded (including $0), $2,086,000; 15 zone-level records, 15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15,175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$3,098,906,590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$59,436,120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$4,485,862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$1,251,183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Pecos County</w:t>
            </w:r>
          </w:p>
        </w:tc>
        <w:tc>
          <w:tcPr>
            <w:tcW w:type="dxa" w:w="1541"/>
          </w:tcPr>
          <w:p>
            <w:pPr>
              <w:spacing w:after="0"/>
              <w:jc w:val="left"/>
            </w:pPr>
            <w:r>
              <w:rPr>
                <w:sz w:val="16"/>
              </w:rPr>
              <w:t>480524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Fort Stockton city</w:t>
            </w:r>
          </w:p>
        </w:tc>
        <w:tc>
          <w:tcPr>
            <w:tcW w:type="dxa" w:w="1541"/>
          </w:tcPr>
          <w:p>
            <w:pPr>
              <w:spacing w:after="0"/>
              <w:jc w:val="left"/>
            </w:pPr>
            <w:r>
              <w:rPr>
                <w:sz w:val="16"/>
              </w:rPr>
              <w:t>480525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Iraan city</w:t>
            </w:r>
          </w:p>
        </w:tc>
        <w:tc>
          <w:tcPr>
            <w:tcW w:type="dxa" w:w="1541"/>
          </w:tcPr>
          <w:p>
            <w:pPr>
              <w:spacing w:after="0"/>
              <w:jc w:val="left"/>
            </w:pPr>
            <w:r>
              <w:rPr>
                <w:sz w:val="16"/>
              </w:rPr>
              <w:t>480973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Pecos County, TX: risk-assessment baseline packet, release 2026-10 (data as of 2026-09-28; County area 48371). Preview release, hand-checked on 2026-09-28.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Pecos County, TX | Risk-assessment baseline packet | release 2026-10, as of 2026-09-28</w:t>
    </w:r>
  </w:p>
  <w:p>
    <w:r>
      <w:rPr>
        <w:b/>
        <w:color w:val="555555"/>
        <w:sz w:val="15"/>
      </w:rPr>
      <w:t>Preview release, hand-checked on 2026-09-28</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Pecos County, TX: Risk-assessment baseline packet</dc:title>
  <dc:subject>Hazard Plain release 2026-10, as of 2026-09-28. Preview release, hand-checked on 2026-09-28</dc:subject>
  <dc:creator>Hazard Plain</dc:creator>
  <cp:keywords>Hazard Plain; hazard mitigation; risk assessment; 48371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