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Hardeman County, TX</w:t>
      </w:r>
    </w:p>
    <w:p>
      <w:pPr>
        <w:spacing w:after="120" w:before="0"/>
      </w:pPr>
      <w:r>
        <w:rPr>
          <w:color w:val="555555"/>
          <w:sz w:val="24"/>
        </w:rPr>
        <w:t>Risk-assessment baseline packet</w:t>
      </w:r>
    </w:p>
    <w:p>
      <w:pPr>
        <w:spacing w:after="120" w:before="0"/>
      </w:pPr>
      <w:r>
        <w:rPr>
          <w:b/>
          <w:sz w:val="18"/>
        </w:rPr>
        <w:t xml:space="preserve">County FIPS: </w:t>
      </w:r>
      <w:r>
        <w:rPr>
          <w:sz w:val="18"/>
        </w:rPr>
        <w:t>48197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2025-05-31. Plan: Hardeman County (FEMA plan 105920), approved 2020-06-01.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2020-06-01: 2 new hazard declarations (1 incident): EM-3554-TX (Severe Winter Storm), DR-4586-TX (Severe Winter Storms).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138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($628,397 a year), Strong Wind ($530,071) and Tornado ($395,071).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2025-05-31</w:t>
      </w:r>
    </w:p>
    <w:p>
      <w:pPr>
        <w:keepNext/>
        <w:spacing w:after="40" w:before="0"/>
      </w:pPr>
      <w:r>
        <w:rPr>
          <w:b/>
        </w:rPr>
        <w:t xml:space="preserve">Plan: </w:t>
      </w:r>
      <w:r>
        <w:rPr/>
        <w:t>Hardeman County (FEMA plan 105920)</w:t>
      </w:r>
    </w:p>
    <w:p>
      <w:pPr>
        <w:keepNext/>
        <w:spacing w:after="40" w:before="0"/>
      </w:pPr>
      <w:r>
        <w:rPr>
          <w:b/>
        </w:rPr>
        <w:t xml:space="preserve">Approved: </w:t>
      </w:r>
      <w:r>
        <w:rPr/>
        <w:t>2020-06-01</w:t>
      </w:r>
    </w:p>
    <w:p>
      <w:pPr>
        <w:keepNext/>
        <w:spacing w:after="40" w:before="0"/>
      </w:pPr>
      <w:r>
        <w:rPr>
          <w:b/>
        </w:rPr>
        <w:t xml:space="preserve">Days since expiry: </w:t>
      </w:r>
      <w:r>
        <w:rPr/>
        <w:t>487</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EM-3554-TX (Severe Winter Storm), DR-4586-TX (Severe Winter Storms)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90"/>
        <w:gridCol w:w="1826"/>
        <w:gridCol w:w="1964"/>
        <w:gridCol w:w="2364"/>
        <w:gridCol w:w="1037"/>
        <w:gridCol w:w="1037"/>
        <w:gridCol w:w="856"/>
        <w:gridCol w:w="2538"/>
      </w:tblGrid>
      <w:tr>
        <w:trPr>
          <w:cantSplit/>
          <w:tblHeader/>
        </w:trPr>
        <w:tc>
          <w:tcPr>
            <w:tcW w:type="dxa" w:w="2490"/>
            <w:shd w:val="clear" w:color="auto" w:fill="E8E8E8"/>
          </w:tcPr>
          <w:p>
            <w:pPr>
              <w:spacing w:after="0"/>
              <w:jc w:val="left"/>
            </w:pPr>
            <w:r>
              <w:rPr>
                <w:b/>
                <w:sz w:val="16"/>
              </w:rPr>
              <w:t>Jurisdiction</w:t>
            </w:r>
          </w:p>
        </w:tc>
        <w:tc>
          <w:tcPr>
            <w:tcW w:type="dxa" w:w="1826"/>
            <w:shd w:val="clear" w:color="auto" w:fill="E8E8E8"/>
          </w:tcPr>
          <w:p>
            <w:pPr>
              <w:spacing w:after="0"/>
              <w:jc w:val="left"/>
            </w:pPr>
            <w:r>
              <w:rPr>
                <w:b/>
                <w:sz w:val="16"/>
              </w:rPr>
              <w:t>Type</w:t>
            </w:r>
          </w:p>
        </w:tc>
        <w:tc>
          <w:tcPr>
            <w:tcW w:type="dxa" w:w="1964"/>
            <w:shd w:val="clear" w:color="auto" w:fill="E8E8E8"/>
          </w:tcPr>
          <w:p>
            <w:pPr>
              <w:spacing w:after="0"/>
              <w:jc w:val="left"/>
            </w:pPr>
            <w:r>
              <w:rPr>
                <w:b/>
                <w:sz w:val="16"/>
              </w:rPr>
              <w:t>Status</w:t>
            </w:r>
          </w:p>
        </w:tc>
        <w:tc>
          <w:tcPr>
            <w:tcW w:type="dxa" w:w="236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38"/>
            <w:shd w:val="clear" w:color="auto" w:fill="E8E8E8"/>
          </w:tcPr>
          <w:p>
            <w:pPr>
              <w:spacing w:after="0"/>
              <w:jc w:val="left"/>
            </w:pPr>
            <w:r>
              <w:rPr>
                <w:b/>
                <w:sz w:val="16"/>
              </w:rPr>
              <w:t>Update underway</w:t>
            </w:r>
          </w:p>
        </w:tc>
      </w:tr>
      <w:tr>
        <w:trPr>
          <w:cantSplit/>
        </w:trPr>
        <w:tc>
          <w:tcPr>
            <w:tcW w:type="dxa" w:w="2490"/>
          </w:tcPr>
          <w:p>
            <w:pPr>
              <w:spacing w:after="0"/>
              <w:jc w:val="left"/>
            </w:pPr>
            <w:r>
              <w:rPr>
                <w:sz w:val="16"/>
              </w:rPr>
              <w:t>Hardeman County</w:t>
            </w:r>
          </w:p>
        </w:tc>
        <w:tc>
          <w:tcPr>
            <w:tcW w:type="dxa" w:w="1826"/>
          </w:tcPr>
          <w:p>
            <w:pPr>
              <w:spacing w:after="0"/>
              <w:jc w:val="left"/>
            </w:pPr>
            <w:r>
              <w:rPr>
                <w:sz w:val="16"/>
              </w:rPr>
              <w:t>County</w:t>
            </w:r>
          </w:p>
        </w:tc>
        <w:tc>
          <w:tcPr>
            <w:tcW w:type="dxa" w:w="1964"/>
          </w:tcPr>
          <w:p>
            <w:pPr>
              <w:spacing w:after="0"/>
              <w:jc w:val="left"/>
            </w:pPr>
            <w:r>
              <w:rPr>
                <w:sz w:val="16"/>
              </w:rPr>
              <w:t>Expired on 2025-05-31</w:t>
            </w:r>
          </w:p>
        </w:tc>
        <w:tc>
          <w:tcPr>
            <w:tcW w:type="dxa" w:w="2364"/>
          </w:tcPr>
          <w:p>
            <w:pPr>
              <w:spacing w:after="0"/>
              <w:jc w:val="left"/>
            </w:pPr>
            <w:r>
              <w:rPr>
                <w:sz w:val="16"/>
              </w:rPr>
              <w:t>Hardeman County (FEMA plan 105920)</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56"/>
          </w:tcPr>
          <w:p>
            <w:pPr>
              <w:spacing w:after="0"/>
              <w:jc w:val="right"/>
            </w:pPr>
            <w:r>
              <w:rPr>
                <w:sz w:val="16"/>
              </w:rPr>
              <w:t>-487</w:t>
            </w:r>
          </w:p>
        </w:tc>
        <w:tc>
          <w:tcPr>
            <w:tcW w:type="dxa" w:w="2538"/>
          </w:tcPr>
          <w:p>
            <w:pPr>
              <w:spacing w:after="0"/>
              <w:jc w:val="left"/>
            </w:pPr>
            <w:r>
              <w:rPr>
                <w:sz w:val="16"/>
              </w:rPr>
              <w:t>FEMA tracker shows a plan in progress</w:t>
            </w:r>
          </w:p>
        </w:tc>
      </w:tr>
      <w:tr>
        <w:trPr>
          <w:cantSplit/>
        </w:trPr>
        <w:tc>
          <w:tcPr>
            <w:tcW w:type="dxa" w:w="2490"/>
          </w:tcPr>
          <w:p>
            <w:pPr>
              <w:spacing w:after="0"/>
              <w:jc w:val="left"/>
            </w:pPr>
            <w:r>
              <w:rPr>
                <w:sz w:val="16"/>
              </w:rPr>
              <w:t>Chillicothe city</w:t>
            </w:r>
          </w:p>
        </w:tc>
        <w:tc>
          <w:tcPr>
            <w:tcW w:type="dxa" w:w="1826"/>
          </w:tcPr>
          <w:p>
            <w:pPr>
              <w:spacing w:after="0"/>
              <w:jc w:val="left"/>
            </w:pPr>
            <w:r>
              <w:rPr>
                <w:sz w:val="16"/>
              </w:rPr>
              <w:t>City</w:t>
            </w:r>
          </w:p>
        </w:tc>
        <w:tc>
          <w:tcPr>
            <w:tcW w:type="dxa" w:w="1964"/>
          </w:tcPr>
          <w:p>
            <w:pPr>
              <w:spacing w:after="0"/>
              <w:jc w:val="left"/>
            </w:pPr>
            <w:r>
              <w:rPr>
                <w:sz w:val="16"/>
              </w:rPr>
              <w:t>Expired on 2025-05-31</w:t>
            </w:r>
          </w:p>
        </w:tc>
        <w:tc>
          <w:tcPr>
            <w:tcW w:type="dxa" w:w="2364"/>
          </w:tcPr>
          <w:p>
            <w:pPr>
              <w:spacing w:after="0"/>
              <w:jc w:val="left"/>
            </w:pPr>
            <w:r>
              <w:rPr>
                <w:sz w:val="16"/>
              </w:rPr>
              <w:t>Hardeman County (FEMA plan 105920)</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56"/>
          </w:tcPr>
          <w:p>
            <w:pPr>
              <w:spacing w:after="0"/>
              <w:jc w:val="right"/>
            </w:pPr>
            <w:r>
              <w:rPr>
                <w:sz w:val="16"/>
              </w:rPr>
              <w:t>-487</w:t>
            </w:r>
          </w:p>
        </w:tc>
        <w:tc>
          <w:tcPr>
            <w:tcW w:type="dxa" w:w="2538"/>
          </w:tcPr>
          <w:p>
            <w:pPr>
              <w:spacing w:after="0"/>
              <w:jc w:val="left"/>
            </w:pPr>
            <w:r>
              <w:rPr>
                <w:sz w:val="16"/>
              </w:rPr>
              <w:t>FEMA tracker shows a plan in progress</w:t>
            </w:r>
          </w:p>
        </w:tc>
      </w:tr>
      <w:tr>
        <w:trPr>
          <w:cantSplit/>
        </w:trPr>
        <w:tc>
          <w:tcPr>
            <w:tcW w:type="dxa" w:w="2490"/>
          </w:tcPr>
          <w:p>
            <w:pPr>
              <w:spacing w:after="0"/>
              <w:jc w:val="left"/>
            </w:pPr>
            <w:r>
              <w:rPr>
                <w:sz w:val="16"/>
              </w:rPr>
              <w:t>Quanah city</w:t>
            </w:r>
          </w:p>
        </w:tc>
        <w:tc>
          <w:tcPr>
            <w:tcW w:type="dxa" w:w="1826"/>
          </w:tcPr>
          <w:p>
            <w:pPr>
              <w:spacing w:after="0"/>
              <w:jc w:val="left"/>
            </w:pPr>
            <w:r>
              <w:rPr>
                <w:sz w:val="16"/>
              </w:rPr>
              <w:t>City</w:t>
            </w:r>
          </w:p>
        </w:tc>
        <w:tc>
          <w:tcPr>
            <w:tcW w:type="dxa" w:w="1964"/>
          </w:tcPr>
          <w:p>
            <w:pPr>
              <w:spacing w:after="0"/>
              <w:jc w:val="left"/>
            </w:pPr>
            <w:r>
              <w:rPr>
                <w:sz w:val="16"/>
              </w:rPr>
              <w:t>Expired on 2025-05-31</w:t>
            </w:r>
          </w:p>
        </w:tc>
        <w:tc>
          <w:tcPr>
            <w:tcW w:type="dxa" w:w="2364"/>
          </w:tcPr>
          <w:p>
            <w:pPr>
              <w:spacing w:after="0"/>
              <w:jc w:val="left"/>
            </w:pPr>
            <w:r>
              <w:rPr>
                <w:sz w:val="16"/>
              </w:rPr>
              <w:t>Hardeman County (FEMA plan 105920)</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56"/>
          </w:tcPr>
          <w:p>
            <w:pPr>
              <w:spacing w:after="0"/>
              <w:jc w:val="right"/>
            </w:pPr>
            <w:r>
              <w:rPr>
                <w:sz w:val="16"/>
              </w:rPr>
              <w:t>-487</w:t>
            </w:r>
          </w:p>
        </w:tc>
        <w:tc>
          <w:tcPr>
            <w:tcW w:type="dxa" w:w="2538"/>
          </w:tcPr>
          <w:p>
            <w:pPr>
              <w:spacing w:after="0"/>
              <w:jc w:val="left"/>
            </w:pPr>
            <w:r>
              <w:rPr>
                <w:sz w:val="16"/>
              </w:rPr>
              <w:t>FEMA tracker shows a plan in progress</w:t>
            </w:r>
          </w:p>
        </w:tc>
      </w:tr>
      <w:tr>
        <w:trPr>
          <w:cantSplit/>
        </w:trPr>
        <w:tc>
          <w:tcPr>
            <w:tcW w:type="dxa" w:w="2490"/>
          </w:tcPr>
          <w:p>
            <w:pPr>
              <w:spacing w:after="0"/>
              <w:jc w:val="left"/>
            </w:pPr>
            <w:r>
              <w:rPr>
                <w:sz w:val="16"/>
              </w:rPr>
              <w:t>Chillicothe Independent School District</w:t>
            </w:r>
          </w:p>
        </w:tc>
        <w:tc>
          <w:tcPr>
            <w:tcW w:type="dxa" w:w="1826"/>
          </w:tcPr>
          <w:p>
            <w:pPr>
              <w:spacing w:after="0"/>
              <w:jc w:val="left"/>
            </w:pPr>
            <w:r>
              <w:rPr>
                <w:sz w:val="16"/>
              </w:rPr>
              <w:t>School/School District</w:t>
            </w:r>
          </w:p>
        </w:tc>
        <w:tc>
          <w:tcPr>
            <w:tcW w:type="dxa" w:w="1964"/>
          </w:tcPr>
          <w:p>
            <w:pPr>
              <w:spacing w:after="0"/>
              <w:jc w:val="left"/>
            </w:pPr>
            <w:r>
              <w:rPr>
                <w:sz w:val="16"/>
              </w:rPr>
              <w:t>No approved plan on record</w:t>
            </w:r>
          </w:p>
        </w:tc>
        <w:tc>
          <w:tcPr>
            <w:tcW w:type="dxa" w:w="236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6"/>
          </w:tcPr>
          <w:p>
            <w:pPr>
              <w:spacing w:after="0"/>
              <w:jc w:val="right"/>
            </w:pPr>
          </w:p>
        </w:tc>
        <w:tc>
          <w:tcPr>
            <w:tcW w:type="dxa" w:w="2538"/>
          </w:tcPr>
          <w:p>
            <w:pPr>
              <w:spacing w:after="0"/>
              <w:jc w:val="left"/>
            </w:pPr>
            <w:r>
              <w:rPr>
                <w:sz w:val="16"/>
              </w:rPr>
              <w:t>FEMA tracker shows a plan in progress</w:t>
            </w:r>
          </w:p>
        </w:tc>
      </w:tr>
      <w:tr>
        <w:trPr>
          <w:cantSplit/>
        </w:trPr>
        <w:tc>
          <w:tcPr>
            <w:tcW w:type="dxa" w:w="2490"/>
          </w:tcPr>
          <w:p>
            <w:pPr>
              <w:spacing w:after="0"/>
              <w:jc w:val="left"/>
            </w:pPr>
            <w:r>
              <w:rPr>
                <w:sz w:val="16"/>
              </w:rPr>
              <w:t>Quanah Independent School District</w:t>
            </w:r>
          </w:p>
        </w:tc>
        <w:tc>
          <w:tcPr>
            <w:tcW w:type="dxa" w:w="1826"/>
          </w:tcPr>
          <w:p>
            <w:pPr>
              <w:spacing w:after="0"/>
              <w:jc w:val="left"/>
            </w:pPr>
            <w:r>
              <w:rPr>
                <w:sz w:val="16"/>
              </w:rPr>
              <w:t>School/School District</w:t>
            </w:r>
          </w:p>
        </w:tc>
        <w:tc>
          <w:tcPr>
            <w:tcW w:type="dxa" w:w="1964"/>
          </w:tcPr>
          <w:p>
            <w:pPr>
              <w:spacing w:after="0"/>
              <w:jc w:val="left"/>
            </w:pPr>
            <w:r>
              <w:rPr>
                <w:sz w:val="16"/>
              </w:rPr>
              <w:t>No approved plan on record</w:t>
            </w:r>
          </w:p>
        </w:tc>
        <w:tc>
          <w:tcPr>
            <w:tcW w:type="dxa" w:w="236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6"/>
          </w:tcPr>
          <w:p>
            <w:pPr>
              <w:spacing w:after="0"/>
              <w:jc w:val="right"/>
            </w:pPr>
          </w:p>
        </w:tc>
        <w:tc>
          <w:tcPr>
            <w:tcW w:type="dxa" w:w="2538"/>
          </w:tcPr>
          <w:p>
            <w:pPr>
              <w:spacing w:after="0"/>
              <w:jc w:val="left"/>
            </w:pPr>
            <w:r>
              <w:rPr>
                <w:sz w:val="16"/>
              </w:rPr>
              <w:t>FEMA tracker shows a plan in progress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948"/>
        <w:gridCol w:w="1126"/>
        <w:gridCol w:w="1622"/>
        <w:gridCol w:w="1083"/>
        <w:gridCol w:w="1823"/>
        <w:gridCol w:w="3249"/>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49"/>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Drought</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$628,397</w:t>
            </w:r>
          </w:p>
        </w:tc>
        <w:tc>
          <w:tcPr>
            <w:tcW w:type="dxa" w:w="1622"/>
          </w:tcPr>
          <w:p>
            <w:pPr>
              <w:spacing w:after="0"/>
              <w:jc w:val="right"/>
            </w:pPr>
            <w:r>
              <w:rPr>
                <w:sz w:val="16"/>
              </w:rPr>
              <w:t>n/a</w:t>
            </w:r>
          </w:p>
        </w:tc>
        <w:tc>
          <w:tcPr>
            <w:tcW w:type="dxa" w:w="1083"/>
          </w:tcPr>
          <w:p>
            <w:pPr>
              <w:spacing w:after="0"/>
              <w:jc w:val="right"/>
            </w:pPr>
            <w:r>
              <w:rPr>
                <w:sz w:val="16"/>
              </w:rPr>
              <w:t>$628,397</w:t>
            </w:r>
          </w:p>
        </w:tc>
        <w:tc>
          <w:tcPr>
            <w:tcW w:type="dxa" w:w="1823"/>
          </w:tcPr>
          <w:p>
            <w:pPr>
              <w:spacing w:after="0"/>
              <w:jc w:val="right"/>
            </w:pPr>
            <w:r>
              <w:rPr>
                <w:sz w:val="16"/>
              </w:rPr>
              <w:t>126</w:t>
            </w:r>
          </w:p>
        </w:tc>
        <w:tc>
          <w:tcPr>
            <w:tcW w:type="dxa" w:w="3249"/>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Strong Wind</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948"/>
          </w:tcPr>
          <w:p>
            <w:pPr>
              <w:spacing w:after="0"/>
              <w:jc w:val="right"/>
            </w:pPr>
            <w:r>
              <w:rPr>
                <w:sz w:val="16"/>
              </w:rPr>
              <w:t>$467,322</w:t>
            </w:r>
          </w:p>
        </w:tc>
        <w:tc>
          <w:tcPr>
            <w:tcW w:type="dxa" w:w="1126"/>
          </w:tcPr>
          <w:p>
            <w:pPr>
              <w:spacing w:after="0"/>
              <w:jc w:val="right"/>
            </w:pPr>
            <w:r>
              <w:rPr>
                <w:sz w:val="16"/>
              </w:rPr>
              <w:t>$4,651</w:t>
            </w:r>
          </w:p>
        </w:tc>
        <w:tc>
          <w:tcPr>
            <w:tcW w:type="dxa" w:w="1622"/>
          </w:tcPr>
          <w:p>
            <w:pPr>
              <w:spacing w:after="0"/>
              <w:jc w:val="right"/>
            </w:pPr>
            <w:r>
              <w:rPr>
                <w:sz w:val="16"/>
              </w:rPr>
              <w:t>$58,098</w:t>
            </w:r>
          </w:p>
        </w:tc>
        <w:tc>
          <w:tcPr>
            <w:tcW w:type="dxa" w:w="1083"/>
          </w:tcPr>
          <w:p>
            <w:pPr>
              <w:spacing w:after="0"/>
              <w:jc w:val="right"/>
            </w:pPr>
            <w:r>
              <w:rPr>
                <w:sz w:val="16"/>
              </w:rPr>
              <w:t>$530,071</w:t>
            </w:r>
          </w:p>
        </w:tc>
        <w:tc>
          <w:tcPr>
            <w:tcW w:type="dxa" w:w="1823"/>
          </w:tcPr>
          <w:p>
            <w:pPr>
              <w:spacing w:after="0"/>
              <w:jc w:val="right"/>
            </w:pPr>
            <w:r>
              <w:rPr>
                <w:sz w:val="16"/>
              </w:rPr>
              <w:t>114</w:t>
            </w:r>
          </w:p>
        </w:tc>
        <w:tc>
          <w:tcPr>
            <w:tcW w:type="dxa" w:w="3249"/>
          </w:tcPr>
          <w:p>
            <w:pPr>
              <w:spacing w:after="0"/>
              <w:jc w:val="left"/>
            </w:pPr>
            <w:r>
              <w:rPr>
                <w:sz w:val="16"/>
              </w:rPr>
              <w:t>Includes 23 High Wind and 1 Strong Wind records (NOAA non-thunderstorm wind types, outside NRI's Strong Wind definition).</w:t>
            </w:r>
          </w:p>
        </w:tc>
      </w:tr>
      <w:tr>
        <w:trPr>
          <w:cantSplit/>
        </w:trPr>
        <w:tc>
          <w:tcPr>
            <w:tcW w:type="dxa" w:w="702"/>
          </w:tcPr>
          <w:p>
            <w:pPr>
              <w:spacing w:after="0"/>
              <w:jc w:val="right"/>
            </w:pPr>
            <w:r>
              <w:rPr>
                <w:sz w:val="16"/>
              </w:rPr>
              <w:t>3</w:t>
            </w:r>
          </w:p>
        </w:tc>
        <w:tc>
          <w:tcPr>
            <w:tcW w:type="dxa" w:w="1037"/>
          </w:tcPr>
          <w:p>
            <w:pPr>
              <w:spacing w:after="0"/>
              <w:jc w:val="left"/>
            </w:pPr>
            <w:r>
              <w:rPr>
                <w:sz w:val="16"/>
              </w:rPr>
              <w:t>Tornado</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948"/>
          </w:tcPr>
          <w:p>
            <w:pPr>
              <w:spacing w:after="0"/>
              <w:jc w:val="right"/>
            </w:pPr>
            <w:r>
              <w:rPr>
                <w:sz w:val="16"/>
              </w:rPr>
              <w:t>$238,943</w:t>
            </w:r>
          </w:p>
        </w:tc>
        <w:tc>
          <w:tcPr>
            <w:tcW w:type="dxa" w:w="1126"/>
          </w:tcPr>
          <w:p>
            <w:pPr>
              <w:spacing w:after="0"/>
              <w:jc w:val="right"/>
            </w:pPr>
            <w:r>
              <w:rPr>
                <w:sz w:val="16"/>
              </w:rPr>
              <w:t>$822</w:t>
            </w:r>
          </w:p>
        </w:tc>
        <w:tc>
          <w:tcPr>
            <w:tcW w:type="dxa" w:w="1622"/>
          </w:tcPr>
          <w:p>
            <w:pPr>
              <w:spacing w:after="0"/>
              <w:jc w:val="right"/>
            </w:pPr>
            <w:r>
              <w:rPr>
                <w:sz w:val="16"/>
              </w:rPr>
              <w:t>$155,306</w:t>
            </w:r>
          </w:p>
        </w:tc>
        <w:tc>
          <w:tcPr>
            <w:tcW w:type="dxa" w:w="1083"/>
          </w:tcPr>
          <w:p>
            <w:pPr>
              <w:spacing w:after="0"/>
              <w:jc w:val="right"/>
            </w:pPr>
            <w:r>
              <w:rPr>
                <w:sz w:val="16"/>
              </w:rPr>
              <w:t>$395,071</w:t>
            </w:r>
          </w:p>
        </w:tc>
        <w:tc>
          <w:tcPr>
            <w:tcW w:type="dxa" w:w="1823"/>
          </w:tcPr>
          <w:p>
            <w:pPr>
              <w:spacing w:after="0"/>
              <w:jc w:val="right"/>
            </w:pPr>
            <w:r>
              <w:rPr>
                <w:sz w:val="16"/>
              </w:rPr>
              <w:t>13</w:t>
            </w:r>
          </w:p>
        </w:tc>
        <w:tc>
          <w:tcPr>
            <w:tcW w:type="dxa" w:w="3249"/>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Inland Flooding</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948"/>
          </w:tcPr>
          <w:p>
            <w:pPr>
              <w:spacing w:after="0"/>
              <w:jc w:val="right"/>
            </w:pPr>
            <w:r>
              <w:rPr>
                <w:sz w:val="16"/>
              </w:rPr>
              <w:t>$379,839</w:t>
            </w:r>
          </w:p>
        </w:tc>
        <w:tc>
          <w:tcPr>
            <w:tcW w:type="dxa" w:w="1126"/>
          </w:tcPr>
          <w:p>
            <w:pPr>
              <w:spacing w:after="0"/>
              <w:jc w:val="right"/>
            </w:pPr>
            <w:r>
              <w:rPr>
                <w:sz w:val="16"/>
              </w:rPr>
              <w:t>$61</w:t>
            </w:r>
          </w:p>
        </w:tc>
        <w:tc>
          <w:tcPr>
            <w:tcW w:type="dxa" w:w="1622"/>
          </w:tcPr>
          <w:p>
            <w:pPr>
              <w:spacing w:after="0"/>
              <w:jc w:val="right"/>
            </w:pPr>
            <w:r>
              <w:rPr>
                <w:sz w:val="16"/>
              </w:rPr>
              <w:t>$748</w:t>
            </w:r>
          </w:p>
        </w:tc>
        <w:tc>
          <w:tcPr>
            <w:tcW w:type="dxa" w:w="1083"/>
          </w:tcPr>
          <w:p>
            <w:pPr>
              <w:spacing w:after="0"/>
              <w:jc w:val="right"/>
            </w:pPr>
            <w:r>
              <w:rPr>
                <w:sz w:val="16"/>
              </w:rPr>
              <w:t>$380,648</w:t>
            </w:r>
          </w:p>
        </w:tc>
        <w:tc>
          <w:tcPr>
            <w:tcW w:type="dxa" w:w="1823"/>
          </w:tcPr>
          <w:p>
            <w:pPr>
              <w:spacing w:after="0"/>
              <w:jc w:val="right"/>
            </w:pPr>
            <w:r>
              <w:rPr>
                <w:sz w:val="16"/>
              </w:rPr>
              <w:t>8</w:t>
            </w:r>
          </w:p>
        </w:tc>
        <w:tc>
          <w:tcPr>
            <w:tcW w:type="dxa" w:w="3249"/>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Hail</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948"/>
          </w:tcPr>
          <w:p>
            <w:pPr>
              <w:spacing w:after="0"/>
              <w:jc w:val="right"/>
            </w:pPr>
            <w:r>
              <w:rPr>
                <w:sz w:val="16"/>
              </w:rPr>
              <w:t>$164,683</w:t>
            </w:r>
          </w:p>
        </w:tc>
        <w:tc>
          <w:tcPr>
            <w:tcW w:type="dxa" w:w="1126"/>
          </w:tcPr>
          <w:p>
            <w:pPr>
              <w:spacing w:after="0"/>
              <w:jc w:val="right"/>
            </w:pPr>
            <w:r>
              <w:rPr>
                <w:sz w:val="16"/>
              </w:rPr>
              <w:t>$65,993</w:t>
            </w:r>
          </w:p>
        </w:tc>
        <w:tc>
          <w:tcPr>
            <w:tcW w:type="dxa" w:w="1622"/>
          </w:tcPr>
          <w:p>
            <w:pPr>
              <w:spacing w:after="0"/>
              <w:jc w:val="right"/>
            </w:pPr>
            <w:r>
              <w:rPr>
                <w:sz w:val="16"/>
              </w:rPr>
              <w:t>$13,279</w:t>
            </w:r>
          </w:p>
        </w:tc>
        <w:tc>
          <w:tcPr>
            <w:tcW w:type="dxa" w:w="1083"/>
          </w:tcPr>
          <w:p>
            <w:pPr>
              <w:spacing w:after="0"/>
              <w:jc w:val="right"/>
            </w:pPr>
            <w:r>
              <w:rPr>
                <w:sz w:val="16"/>
              </w:rPr>
              <w:t>$243,955</w:t>
            </w:r>
          </w:p>
        </w:tc>
        <w:tc>
          <w:tcPr>
            <w:tcW w:type="dxa" w:w="1823"/>
          </w:tcPr>
          <w:p>
            <w:pPr>
              <w:spacing w:after="0"/>
              <w:jc w:val="right"/>
            </w:pPr>
            <w:r>
              <w:rPr>
                <w:sz w:val="16"/>
              </w:rPr>
              <w:t>215</w:t>
            </w:r>
          </w:p>
        </w:tc>
        <w:tc>
          <w:tcPr>
            <w:tcW w:type="dxa" w:w="3249"/>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948"/>
          </w:tcPr>
          <w:p>
            <w:pPr>
              <w:spacing w:after="0"/>
              <w:jc w:val="right"/>
            </w:pPr>
            <w:r>
              <w:rPr>
                <w:sz w:val="16"/>
              </w:rPr>
              <w:t>$16</w:t>
            </w:r>
          </w:p>
        </w:tc>
        <w:tc>
          <w:tcPr>
            <w:tcW w:type="dxa" w:w="1126"/>
          </w:tcPr>
          <w:p>
            <w:pPr>
              <w:spacing w:after="0"/>
              <w:jc w:val="right"/>
            </w:pPr>
            <w:r>
              <w:rPr>
                <w:sz w:val="16"/>
              </w:rPr>
              <w:t>$1,071</w:t>
            </w:r>
          </w:p>
        </w:tc>
        <w:tc>
          <w:tcPr>
            <w:tcW w:type="dxa" w:w="1622"/>
          </w:tcPr>
          <w:p>
            <w:pPr>
              <w:spacing w:after="0"/>
              <w:jc w:val="right"/>
            </w:pPr>
            <w:r>
              <w:rPr>
                <w:sz w:val="16"/>
              </w:rPr>
              <w:t>$102,912</w:t>
            </w:r>
          </w:p>
        </w:tc>
        <w:tc>
          <w:tcPr>
            <w:tcW w:type="dxa" w:w="1083"/>
          </w:tcPr>
          <w:p>
            <w:pPr>
              <w:spacing w:after="0"/>
              <w:jc w:val="right"/>
            </w:pPr>
            <w:r>
              <w:rPr>
                <w:sz w:val="16"/>
              </w:rPr>
              <w:t>$103,998</w:t>
            </w:r>
          </w:p>
        </w:tc>
        <w:tc>
          <w:tcPr>
            <w:tcW w:type="dxa" w:w="1823"/>
          </w:tcPr>
          <w:p>
            <w:pPr>
              <w:spacing w:after="0"/>
              <w:jc w:val="right"/>
            </w:pPr>
            <w:r>
              <w:rPr>
                <w:sz w:val="16"/>
              </w:rPr>
              <w:t>18</w:t>
            </w:r>
          </w:p>
        </w:tc>
        <w:tc>
          <w:tcPr>
            <w:tcW w:type="dxa" w:w="3249"/>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Ice Storm</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948"/>
          </w:tcPr>
          <w:p>
            <w:pPr>
              <w:spacing w:after="0"/>
              <w:jc w:val="right"/>
            </w:pPr>
            <w:r>
              <w:rPr>
                <w:sz w:val="16"/>
              </w:rPr>
              <w:t>$82,215</w:t>
            </w:r>
          </w:p>
        </w:tc>
        <w:tc>
          <w:tcPr>
            <w:tcW w:type="dxa" w:w="1126"/>
          </w:tcPr>
          <w:p>
            <w:pPr>
              <w:spacing w:after="0"/>
              <w:jc w:val="right"/>
            </w:pPr>
            <w:r>
              <w:rPr>
                <w:sz w:val="16"/>
              </w:rPr>
              <w:t>n/a</w:t>
            </w:r>
          </w:p>
        </w:tc>
        <w:tc>
          <w:tcPr>
            <w:tcW w:type="dxa" w:w="1622"/>
          </w:tcPr>
          <w:p>
            <w:pPr>
              <w:spacing w:after="0"/>
              <w:jc w:val="right"/>
            </w:pPr>
            <w:r>
              <w:rPr>
                <w:sz w:val="16"/>
              </w:rPr>
              <w:t>$5,745</w:t>
            </w:r>
          </w:p>
        </w:tc>
        <w:tc>
          <w:tcPr>
            <w:tcW w:type="dxa" w:w="1083"/>
          </w:tcPr>
          <w:p>
            <w:pPr>
              <w:spacing w:after="0"/>
              <w:jc w:val="right"/>
            </w:pPr>
            <w:r>
              <w:rPr>
                <w:sz w:val="16"/>
              </w:rPr>
              <w:t>$87,960</w:t>
            </w:r>
          </w:p>
        </w:tc>
        <w:tc>
          <w:tcPr>
            <w:tcW w:type="dxa" w:w="1823"/>
          </w:tcPr>
          <w:p>
            <w:pPr>
              <w:spacing w:after="0"/>
              <w:jc w:val="right"/>
            </w:pPr>
            <w:r>
              <w:rPr>
                <w:sz w:val="16"/>
              </w:rPr>
              <w:t>8</w:t>
            </w:r>
          </w:p>
        </w:tc>
        <w:tc>
          <w:tcPr>
            <w:tcW w:type="dxa" w:w="3249"/>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Cold Wave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948"/>
          </w:tcPr>
          <w:p>
            <w:pPr>
              <w:spacing w:after="0"/>
              <w:jc w:val="right"/>
            </w:pPr>
            <w:r>
              <w:rPr>
                <w:sz w:val="16"/>
              </w:rPr>
              <w:t>$2,247</w:t>
            </w:r>
          </w:p>
        </w:tc>
        <w:tc>
          <w:tcPr>
            <w:tcW w:type="dxa" w:w="1126"/>
          </w:tcPr>
          <w:p>
            <w:pPr>
              <w:spacing w:after="0"/>
              <w:jc w:val="right"/>
            </w:pPr>
            <w:r>
              <w:rPr>
                <w:sz w:val="16"/>
              </w:rPr>
              <w:t>$21,836</w:t>
            </w:r>
          </w:p>
        </w:tc>
        <w:tc>
          <w:tcPr>
            <w:tcW w:type="dxa" w:w="1622"/>
          </w:tcPr>
          <w:p>
            <w:pPr>
              <w:spacing w:after="0"/>
              <w:jc w:val="right"/>
            </w:pPr>
            <w:r>
              <w:rPr>
                <w:sz w:val="16"/>
              </w:rPr>
              <w:t>$42,552</w:t>
            </w:r>
          </w:p>
        </w:tc>
        <w:tc>
          <w:tcPr>
            <w:tcW w:type="dxa" w:w="1083"/>
          </w:tcPr>
          <w:p>
            <w:pPr>
              <w:spacing w:after="0"/>
              <w:jc w:val="right"/>
            </w:pPr>
            <w:r>
              <w:rPr>
                <w:sz w:val="16"/>
              </w:rPr>
              <w:t>$66,634</w:t>
            </w:r>
          </w:p>
        </w:tc>
        <w:tc>
          <w:tcPr>
            <w:tcW w:type="dxa" w:w="1823"/>
          </w:tcPr>
          <w:p>
            <w:pPr>
              <w:spacing w:after="0"/>
              <w:jc w:val="right"/>
            </w:pPr>
            <w:r>
              <w:rPr>
                <w:sz w:val="16"/>
              </w:rPr>
              <w:t>3</w:t>
            </w:r>
          </w:p>
        </w:tc>
        <w:tc>
          <w:tcPr>
            <w:tcW w:type="dxa" w:w="3249"/>
          </w:tcPr>
          <w:p>
            <w:pPr>
              <w:spacing w:after="0"/>
              <w:jc w:val="left"/>
            </w:pPr>
            <w:r>
              <w:rPr>
                <w:sz w:val="16"/>
              </w:rPr>
              <w:t>Includes 1 Frost/Freeze record (outside NRI's Cold Wave definition; counted in this table and in B1-d, not in the B1-e descriptor).</w:t>
            </w:r>
          </w:p>
        </w:tc>
      </w:tr>
      <w:tr>
        <w:trPr>
          <w:cantSplit/>
        </w:trPr>
        <w:tc>
          <w:tcPr>
            <w:tcW w:type="dxa" w:w="702"/>
          </w:tcPr>
          <w:p>
            <w:pPr>
              <w:spacing w:after="0"/>
              <w:jc w:val="right"/>
            </w:pPr>
            <w:r>
              <w:rPr>
                <w:sz w:val="16"/>
              </w:rPr>
              <w:t>9</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948"/>
          </w:tcPr>
          <w:p>
            <w:pPr>
              <w:spacing w:after="0"/>
              <w:jc w:val="right"/>
            </w:pPr>
            <w:r>
              <w:rPr>
                <w:sz w:val="16"/>
              </w:rPr>
              <w:t>$54,279</w:t>
            </w:r>
          </w:p>
        </w:tc>
        <w:tc>
          <w:tcPr>
            <w:tcW w:type="dxa" w:w="1126"/>
          </w:tcPr>
          <w:p>
            <w:pPr>
              <w:spacing w:after="0"/>
              <w:jc w:val="right"/>
            </w:pPr>
            <w:r>
              <w:rPr>
                <w:sz w:val="16"/>
              </w:rPr>
              <w:t>$125</w:t>
            </w:r>
          </w:p>
        </w:tc>
        <w:tc>
          <w:tcPr>
            <w:tcW w:type="dxa" w:w="1622"/>
          </w:tcPr>
          <w:p>
            <w:pPr>
              <w:spacing w:after="0"/>
              <w:jc w:val="right"/>
            </w:pPr>
            <w:r>
              <w:rPr>
                <w:sz w:val="16"/>
              </w:rPr>
              <w:t>$2,239</w:t>
            </w:r>
          </w:p>
        </w:tc>
        <w:tc>
          <w:tcPr>
            <w:tcW w:type="dxa" w:w="1083"/>
          </w:tcPr>
          <w:p>
            <w:pPr>
              <w:spacing w:after="0"/>
              <w:jc w:val="right"/>
            </w:pPr>
            <w:r>
              <w:rPr>
                <w:sz w:val="16"/>
              </w:rPr>
              <w:t>$56,644</w:t>
            </w:r>
          </w:p>
        </w:tc>
        <w:tc>
          <w:tcPr>
            <w:tcW w:type="dxa" w:w="1823"/>
          </w:tcPr>
          <w:p>
            <w:pPr>
              <w:spacing w:after="0"/>
              <w:jc w:val="right"/>
            </w:pPr>
            <w:r>
              <w:rPr>
                <w:sz w:val="16"/>
              </w:rPr>
              <w:t>2</w:t>
            </w:r>
          </w:p>
        </w:tc>
        <w:tc>
          <w:tcPr>
            <w:tcW w:type="dxa" w:w="3249"/>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Earthquake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948"/>
          </w:tcPr>
          <w:p>
            <w:pPr>
              <w:spacing w:after="0"/>
              <w:jc w:val="right"/>
            </w:pPr>
            <w:r>
              <w:rPr>
                <w:sz w:val="16"/>
              </w:rPr>
              <w:t>$17,921</w:t>
            </w:r>
          </w:p>
        </w:tc>
        <w:tc>
          <w:tcPr>
            <w:tcW w:type="dxa" w:w="1126"/>
          </w:tcPr>
          <w:p>
            <w:pPr>
              <w:spacing w:after="0"/>
              <w:jc w:val="right"/>
            </w:pPr>
            <w:r>
              <w:rPr>
                <w:sz w:val="16"/>
              </w:rPr>
              <w:t>n/a</w:t>
            </w:r>
          </w:p>
        </w:tc>
        <w:tc>
          <w:tcPr>
            <w:tcW w:type="dxa" w:w="1622"/>
          </w:tcPr>
          <w:p>
            <w:pPr>
              <w:spacing w:after="0"/>
              <w:jc w:val="right"/>
            </w:pPr>
            <w:r>
              <w:rPr>
                <w:sz w:val="16"/>
              </w:rPr>
              <w:t>$3,933</w:t>
            </w:r>
          </w:p>
        </w:tc>
        <w:tc>
          <w:tcPr>
            <w:tcW w:type="dxa" w:w="1083"/>
          </w:tcPr>
          <w:p>
            <w:pPr>
              <w:spacing w:after="0"/>
              <w:jc w:val="right"/>
            </w:pPr>
            <w:r>
              <w:rPr>
                <w:sz w:val="16"/>
              </w:rPr>
              <w:t>$21,854</w:t>
            </w:r>
          </w:p>
        </w:tc>
        <w:tc>
          <w:tcPr>
            <w:tcW w:type="dxa" w:w="1823"/>
          </w:tcPr>
          <w:p>
            <w:pPr>
              <w:spacing w:after="0"/>
              <w:jc w:val="right"/>
            </w:pPr>
          </w:p>
        </w:tc>
        <w:tc>
          <w:tcPr>
            <w:tcW w:type="dxa" w:w="3249"/>
          </w:tcPr>
          <w:p>
            <w:pPr>
              <w:spacing w:after="0"/>
              <w:jc w:val="left"/>
            </w:pPr>
            <w:r>
              <w:rPr>
                <w:sz w:val="16"/>
              </w:rPr>
              <w:t>Storm Events does not record earthquakes.</w:t>
            </w:r>
          </w:p>
        </w:tc>
      </w:tr>
      <w:tr>
        <w:trPr>
          <w:cantSplit/>
        </w:trPr>
        <w:tc>
          <w:tcPr>
            <w:tcW w:type="dxa" w:w="702"/>
          </w:tcPr>
          <w:p>
            <w:pPr>
              <w:spacing w:after="0"/>
              <w:jc w:val="right"/>
            </w:pPr>
            <w:r>
              <w:rPr>
                <w:sz w:val="16"/>
              </w:rPr>
              <w:t>11</w:t>
            </w:r>
          </w:p>
        </w:tc>
        <w:tc>
          <w:tcPr>
            <w:tcW w:type="dxa" w:w="1037"/>
          </w:tcPr>
          <w:p>
            <w:pPr>
              <w:spacing w:after="0"/>
              <w:jc w:val="left"/>
            </w:pPr>
            <w:r>
              <w:rPr>
                <w:sz w:val="16"/>
              </w:rPr>
              <w:t>Winter Weather</w:t>
            </w:r>
          </w:p>
        </w:tc>
        <w:tc>
          <w:tcPr>
            <w:tcW w:type="dxa" w:w="1261"/>
          </w:tcPr>
          <w:p>
            <w:pPr>
              <w:spacing w:after="0"/>
              <w:jc w:val="left"/>
            </w:pPr>
            <w:r>
              <w:rPr>
                <w:sz w:val="16"/>
              </w:rPr>
              <w:t>Very Low</w:t>
            </w:r>
          </w:p>
        </w:tc>
        <w:tc>
          <w:tcPr>
            <w:tcW w:type="dxa" w:w="1261"/>
          </w:tcPr>
          <w:p>
            <w:pPr>
              <w:spacing w:after="0"/>
              <w:jc w:val="left"/>
            </w:pPr>
            <w:r>
              <w:rPr>
                <w:sz w:val="16"/>
              </w:rPr>
              <w:t>Relatively Low</w:t>
            </w:r>
          </w:p>
        </w:tc>
        <w:tc>
          <w:tcPr>
            <w:tcW w:type="dxa" w:w="948"/>
          </w:tcPr>
          <w:p>
            <w:pPr>
              <w:spacing w:after="0"/>
              <w:jc w:val="right"/>
            </w:pPr>
            <w:r>
              <w:rPr>
                <w:sz w:val="16"/>
              </w:rPr>
              <w:t>$7,419</w:t>
            </w:r>
          </w:p>
        </w:tc>
        <w:tc>
          <w:tcPr>
            <w:tcW w:type="dxa" w:w="1126"/>
          </w:tcPr>
          <w:p>
            <w:pPr>
              <w:spacing w:after="0"/>
              <w:jc w:val="right"/>
            </w:pPr>
            <w:r>
              <w:rPr>
                <w:sz w:val="16"/>
              </w:rPr>
              <w:t>$189</w:t>
            </w:r>
          </w:p>
        </w:tc>
        <w:tc>
          <w:tcPr>
            <w:tcW w:type="dxa" w:w="1622"/>
          </w:tcPr>
          <w:p>
            <w:pPr>
              <w:spacing w:after="0"/>
              <w:jc w:val="right"/>
            </w:pPr>
            <w:r>
              <w:rPr>
                <w:sz w:val="16"/>
              </w:rPr>
              <w:t>$4,740</w:t>
            </w:r>
          </w:p>
        </w:tc>
        <w:tc>
          <w:tcPr>
            <w:tcW w:type="dxa" w:w="1083"/>
          </w:tcPr>
          <w:p>
            <w:pPr>
              <w:spacing w:after="0"/>
              <w:jc w:val="right"/>
            </w:pPr>
            <w:r>
              <w:rPr>
                <w:sz w:val="16"/>
              </w:rPr>
              <w:t>$12,348</w:t>
            </w:r>
          </w:p>
        </w:tc>
        <w:tc>
          <w:tcPr>
            <w:tcW w:type="dxa" w:w="1823"/>
          </w:tcPr>
          <w:p>
            <w:pPr>
              <w:spacing w:after="0"/>
              <w:jc w:val="right"/>
            </w:pPr>
            <w:r>
              <w:rPr>
                <w:sz w:val="16"/>
              </w:rPr>
              <w:t>30</w:t>
            </w:r>
          </w:p>
        </w:tc>
        <w:tc>
          <w:tcPr>
            <w:tcW w:type="dxa" w:w="3249"/>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Lightning</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948"/>
          </w:tcPr>
          <w:p>
            <w:pPr>
              <w:spacing w:after="0"/>
              <w:jc w:val="right"/>
            </w:pPr>
            <w:r>
              <w:rPr>
                <w:sz w:val="16"/>
              </w:rPr>
              <w:t>$4,360</w:t>
            </w:r>
          </w:p>
        </w:tc>
        <w:tc>
          <w:tcPr>
            <w:tcW w:type="dxa" w:w="1126"/>
          </w:tcPr>
          <w:p>
            <w:pPr>
              <w:spacing w:after="0"/>
              <w:jc w:val="right"/>
            </w:pPr>
            <w:r>
              <w:rPr>
                <w:sz w:val="16"/>
              </w:rPr>
              <w:t>n/a</w:t>
            </w:r>
          </w:p>
        </w:tc>
        <w:tc>
          <w:tcPr>
            <w:tcW w:type="dxa" w:w="1622"/>
          </w:tcPr>
          <w:p>
            <w:pPr>
              <w:spacing w:after="0"/>
              <w:jc w:val="right"/>
            </w:pPr>
            <w:r>
              <w:rPr>
                <w:sz w:val="16"/>
              </w:rPr>
              <w:t>$3,053</w:t>
            </w:r>
          </w:p>
        </w:tc>
        <w:tc>
          <w:tcPr>
            <w:tcW w:type="dxa" w:w="1083"/>
          </w:tcPr>
          <w:p>
            <w:pPr>
              <w:spacing w:after="0"/>
              <w:jc w:val="right"/>
            </w:pPr>
            <w:r>
              <w:rPr>
                <w:sz w:val="16"/>
              </w:rPr>
              <w:t>$7,412</w:t>
            </w:r>
          </w:p>
        </w:tc>
        <w:tc>
          <w:tcPr>
            <w:tcW w:type="dxa" w:w="1823"/>
          </w:tcPr>
          <w:p>
            <w:pPr>
              <w:spacing w:after="0"/>
              <w:jc w:val="right"/>
            </w:pPr>
            <w:r>
              <w:rPr>
                <w:sz w:val="16"/>
              </w:rPr>
              <w:t>1</w:t>
            </w:r>
          </w:p>
        </w:tc>
        <w:tc>
          <w:tcPr>
            <w:tcW w:type="dxa" w:w="3249"/>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Hurricane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948"/>
          </w:tcPr>
          <w:p>
            <w:pPr>
              <w:spacing w:after="0"/>
              <w:jc w:val="right"/>
            </w:pPr>
            <w:r>
              <w:rPr>
                <w:sz w:val="16"/>
              </w:rPr>
              <w:t>$3,062</w:t>
            </w:r>
          </w:p>
        </w:tc>
        <w:tc>
          <w:tcPr>
            <w:tcW w:type="dxa" w:w="1126"/>
          </w:tcPr>
          <w:p>
            <w:pPr>
              <w:spacing w:after="0"/>
              <w:jc w:val="right"/>
            </w:pPr>
            <w:r>
              <w:rPr>
                <w:sz w:val="16"/>
              </w:rPr>
              <w:t>$1,249</w:t>
            </w:r>
          </w:p>
        </w:tc>
        <w:tc>
          <w:tcPr>
            <w:tcW w:type="dxa" w:w="1622"/>
          </w:tcPr>
          <w:p>
            <w:pPr>
              <w:spacing w:after="0"/>
              <w:jc w:val="right"/>
            </w:pPr>
            <w:r>
              <w:rPr>
                <w:sz w:val="16"/>
              </w:rPr>
              <w:t>$17</w:t>
            </w:r>
          </w:p>
        </w:tc>
        <w:tc>
          <w:tcPr>
            <w:tcW w:type="dxa" w:w="1083"/>
          </w:tcPr>
          <w:p>
            <w:pPr>
              <w:spacing w:after="0"/>
              <w:jc w:val="right"/>
            </w:pPr>
            <w:r>
              <w:rPr>
                <w:sz w:val="16"/>
              </w:rPr>
              <w:t>$4,328</w:t>
            </w:r>
          </w:p>
        </w:tc>
        <w:tc>
          <w:tcPr>
            <w:tcW w:type="dxa" w:w="1823"/>
          </w:tcPr>
          <w:p>
            <w:pPr>
              <w:spacing w:after="0"/>
              <w:jc w:val="right"/>
            </w:pPr>
            <w:r>
              <w:rPr>
                <w:sz w:val="16"/>
              </w:rPr>
              <w:t>0</w:t>
            </w:r>
          </w:p>
        </w:tc>
        <w:tc>
          <w:tcPr>
            <w:tcW w:type="dxa" w:w="324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622"/>
          </w:tcPr>
          <w:p>
            <w:pPr>
              <w:spacing w:after="0"/>
              <w:jc w:val="right"/>
            </w:pPr>
            <w:r>
              <w:rPr>
                <w:sz w:val="16"/>
              </w:rPr>
              <w:t>$52</w:t>
            </w:r>
          </w:p>
        </w:tc>
        <w:tc>
          <w:tcPr>
            <w:tcW w:type="dxa" w:w="1083"/>
          </w:tcPr>
          <w:p>
            <w:pPr>
              <w:spacing w:after="0"/>
              <w:jc w:val="right"/>
            </w:pPr>
            <w:r>
              <w:rPr>
                <w:sz w:val="16"/>
              </w:rPr>
              <w:t>$54</w:t>
            </w:r>
          </w:p>
        </w:tc>
        <w:tc>
          <w:tcPr>
            <w:tcW w:type="dxa" w:w="1823"/>
          </w:tcPr>
          <w:p>
            <w:pPr>
              <w:spacing w:after="0"/>
              <w:jc w:val="right"/>
            </w:pPr>
            <w:r>
              <w:rPr>
                <w:sz w:val="16"/>
              </w:rPr>
              <w:t>0</w:t>
            </w:r>
          </w:p>
        </w:tc>
        <w:tc>
          <w:tcPr>
            <w:tcW w:type="dxa" w:w="324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9501 (Relatively Low, 53.9)</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9501 (Very Low, 49.9)</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9501 (Very Low, 80.1)</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9501 (Very High, 97.5)</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9501 (Relatively Moderate, 94.4)</w:t>
            </w:r>
          </w:p>
        </w:tc>
      </w:tr>
    </w:tbl>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7"/>
        <w:gridCol w:w="1898"/>
        <w:gridCol w:w="1822"/>
        <w:gridCol w:w="2082"/>
        <w:gridCol w:w="1511"/>
        <w:gridCol w:w="1479"/>
        <w:gridCol w:w="1561"/>
        <w:gridCol w:w="1871"/>
      </w:tblGrid>
      <w:tr>
        <w:trPr>
          <w:cantSplit/>
          <w:tblHeader/>
        </w:trPr>
        <w:tc>
          <w:tcPr>
            <w:tcW w:type="dxa" w:w="1887"/>
            <w:shd w:val="clear" w:color="auto" w:fill="E8E8E8"/>
          </w:tcPr>
          <w:p>
            <w:pPr>
              <w:spacing w:after="0"/>
              <w:jc w:val="left"/>
            </w:pPr>
            <w:r>
              <w:rPr>
                <w:b/>
                <w:sz w:val="16"/>
              </w:rPr>
              <w:t>Hazard</w:t>
            </w:r>
          </w:p>
        </w:tc>
        <w:tc>
          <w:tcPr>
            <w:tcW w:type="dxa" w:w="1898"/>
            <w:shd w:val="clear" w:color="auto" w:fill="E8E8E8"/>
          </w:tcPr>
          <w:p>
            <w:pPr>
              <w:spacing w:after="0"/>
              <w:jc w:val="left"/>
            </w:pPr>
            <w:r>
              <w:rPr>
                <w:b/>
                <w:sz w:val="16"/>
              </w:rPr>
              <w:t>Scale</w:t>
            </w:r>
          </w:p>
        </w:tc>
        <w:tc>
          <w:tcPr>
            <w:tcW w:type="dxa" w:w="18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2"/>
            <w:shd w:val="clear" w:color="auto" w:fill="E8E8E8"/>
          </w:tcPr>
          <w:p>
            <w:pPr>
              <w:spacing w:after="0"/>
              <w:jc w:val="left"/>
            </w:pPr>
            <w:r>
              <w:rPr>
                <w:b/>
                <w:sz w:val="16"/>
              </w:rPr>
              <w:t>Observed range</w:t>
            </w:r>
          </w:p>
        </w:tc>
        <w:tc>
          <w:tcPr>
            <w:tcW w:type="dxa" w:w="1511"/>
            <w:shd w:val="clear" w:color="auto" w:fill="E8E8E8"/>
          </w:tcPr>
          <w:p>
            <w:pPr>
              <w:spacing w:after="0"/>
              <w:jc w:val="left"/>
            </w:pPr>
            <w:r>
              <w:rPr>
                <w:b/>
                <w:sz w:val="16"/>
              </w:rPr>
              <w:t>Worst recorded event</w:t>
            </w:r>
          </w:p>
        </w:tc>
        <w:tc>
          <w:tcPr>
            <w:tcW w:type="dxa" w:w="1479"/>
            <w:shd w:val="clear" w:color="auto" w:fill="E8E8E8"/>
          </w:tcPr>
          <w:p>
            <w:pPr>
              <w:spacing w:after="0"/>
              <w:jc w:val="left"/>
            </w:pPr>
            <w:r>
              <w:rPr>
                <w:b/>
                <w:sz w:val="16"/>
              </w:rPr>
              <w:t>Most damaging (when different)</w:t>
            </w:r>
          </w:p>
        </w:tc>
        <w:tc>
          <w:tcPr>
            <w:tcW w:type="dxa" w:w="1561"/>
            <w:shd w:val="clear" w:color="auto" w:fill="E8E8E8"/>
          </w:tcPr>
          <w:p>
            <w:pPr>
              <w:spacing w:after="0"/>
              <w:jc w:val="left"/>
            </w:pPr>
            <w:r>
              <w:rPr>
                <w:b/>
                <w:sz w:val="16"/>
              </w:rPr>
              <w:t>How it applies to jurisdictions</w:t>
            </w:r>
          </w:p>
        </w:tc>
        <w:tc>
          <w:tcPr>
            <w:tcW w:type="dxa" w:w="1871"/>
            <w:shd w:val="clear" w:color="auto" w:fill="E8E8E8"/>
          </w:tcPr>
          <w:p>
            <w:pPr>
              <w:spacing w:after="0"/>
              <w:jc w:val="left"/>
            </w:pPr>
            <w:r>
              <w:rPr>
                <w:b/>
                <w:sz w:val="16"/>
              </w:rPr>
              <w:t>Note</w:t>
            </w:r>
          </w:p>
        </w:tc>
      </w:tr>
      <w:tr>
        <w:trPr>
          <w:cantSplit/>
        </w:trPr>
        <w:tc>
          <w:tcPr>
            <w:tcW w:type="dxa" w:w="1887"/>
          </w:tcPr>
          <w:p>
            <w:pPr>
              <w:spacing w:after="0"/>
              <w:jc w:val="left"/>
            </w:pPr>
            <w:r>
              <w:rPr>
                <w:sz w:val="16"/>
              </w:rPr>
              <w:t>Cold/Wind Chill, Extreme Cold/Wind Chill</w:t>
            </w:r>
          </w:p>
        </w:tc>
        <w:tc>
          <w:tcPr>
            <w:tcW w:type="dxa" w:w="1898"/>
          </w:tcPr>
          <w:p>
            <w:pPr>
              <w:spacing w:after="0"/>
              <w:jc w:val="left"/>
            </w:pPr>
            <w:r>
              <w:rPr>
                <w:sz w:val="16"/>
              </w:rPr>
              <w:t>wind chill</w:t>
            </w:r>
          </w:p>
        </w:tc>
        <w:tc>
          <w:tcPr>
            <w:tcW w:type="dxa" w:w="1822"/>
          </w:tcPr>
          <w:p>
            <w:pPr>
              <w:spacing w:after="0"/>
              <w:jc w:val="right"/>
            </w:pPr>
            <w:r>
              <w:rPr>
                <w:sz w:val="16"/>
              </w:rPr>
              <w:t>2 records, 2021 to 2024 (2 zone-level)</w:t>
            </w:r>
          </w:p>
        </w:tc>
        <w:tc>
          <w:tcPr>
            <w:tcW w:type="dxa" w:w="2082"/>
          </w:tcPr>
          <w:p>
            <w:pPr>
              <w:spacing w:after="0"/>
              <w:jc w:val="left"/>
            </w:pPr>
            <w:r>
              <w:rPr>
                <w:sz w:val="16"/>
              </w:rPr>
              <w:t>3 days to 4 days (median 3.5 days); 2 with a recorded value</w:t>
            </w:r>
          </w:p>
        </w:tc>
        <w:tc>
          <w:tcPr>
            <w:tcW w:type="dxa" w:w="1511"/>
          </w:tcPr>
          <w:p>
            <w:pPr>
              <w:spacing w:after="0"/>
              <w:jc w:val="left"/>
            </w:pPr>
            <w:r>
              <w:rPr>
                <w:sz w:val="16"/>
              </w:rPr>
              <w:t>4 consecutive days, 2024-01-13 to 2024-01-16, zone-level</w:t>
            </w:r>
          </w:p>
        </w:tc>
        <w:tc>
          <w:tcPr>
            <w:tcW w:type="dxa" w:w="1479"/>
          </w:tcPr>
          <w:p>
            <w:pPr>
              <w:spacing w:after="0"/>
              <w:jc w:val="left"/>
            </w:pPr>
          </w:p>
        </w:tc>
        <w:tc>
          <w:tcPr>
            <w:tcW w:type="dxa" w:w="1561"/>
          </w:tcPr>
          <w:p>
            <w:pPr>
              <w:spacing w:after="0"/>
              <w:jc w:val="left"/>
            </w:pPr>
            <w:r>
              <w:rPr>
                <w:sz w:val="16"/>
              </w:rPr>
              <w:t>Countywide (zone-level records).</w:t>
            </w:r>
          </w:p>
        </w:tc>
        <w:tc>
          <w:tcPr>
            <w:tcW w:type="dxa" w:w="1871"/>
          </w:tcPr>
          <w:p>
            <w:pPr>
              <w:spacing w:after="0"/>
              <w:jc w:val="left"/>
            </w:pPr>
            <w:r>
              <w:rPr>
                <w:sz w:val="16"/>
              </w:rPr>
              <w:t>Wind chill: in event narratives only (local data needed).</w:t>
            </w:r>
          </w:p>
        </w:tc>
      </w:tr>
      <w:tr>
        <w:trPr>
          <w:cantSplit/>
        </w:trPr>
        <w:tc>
          <w:tcPr>
            <w:tcW w:type="dxa" w:w="1887"/>
          </w:tcPr>
          <w:p>
            <w:pPr>
              <w:spacing w:after="0"/>
              <w:jc w:val="left"/>
            </w:pPr>
            <w:r>
              <w:rPr>
                <w:sz w:val="16"/>
              </w:rPr>
              <w:t>Frost/Freeze (outside NRI's Cold Wave definition)</w:t>
            </w:r>
          </w:p>
        </w:tc>
        <w:tc>
          <w:tcPr>
            <w:tcW w:type="dxa" w:w="1898"/>
          </w:tcPr>
          <w:p>
            <w:pPr>
              <w:spacing w:after="0"/>
              <w:jc w:val="left"/>
            </w:pPr>
            <w:r>
              <w:rPr>
                <w:sz w:val="16"/>
              </w:rPr>
              <w:t>crop damage</w:t>
            </w:r>
          </w:p>
        </w:tc>
        <w:tc>
          <w:tcPr>
            <w:tcW w:type="dxa" w:w="1822"/>
          </w:tcPr>
          <w:p>
            <w:pPr>
              <w:spacing w:after="0"/>
              <w:jc w:val="right"/>
            </w:pPr>
            <w:r>
              <w:rPr>
                <w:sz w:val="16"/>
              </w:rPr>
              <w:t>1 record, 2024 (1 zone-level)</w:t>
            </w:r>
          </w:p>
        </w:tc>
        <w:tc>
          <w:tcPr>
            <w:tcW w:type="dxa" w:w="2082"/>
          </w:tcPr>
          <w:p>
            <w:pPr>
              <w:spacing w:after="0"/>
              <w:jc w:val="left"/>
            </w:pPr>
          </w:p>
        </w:tc>
        <w:tc>
          <w:tcPr>
            <w:tcW w:type="dxa" w:w="1511"/>
          </w:tcPr>
          <w:p>
            <w:pPr>
              <w:spacing w:after="0"/>
              <w:jc w:val="left"/>
            </w:pPr>
            <w:r>
              <w:rPr>
                <w:sz w:val="16"/>
              </w:rPr>
              <w:t>No crop damage reported in 1 record.</w:t>
            </w:r>
          </w:p>
        </w:tc>
        <w:tc>
          <w:tcPr>
            <w:tcW w:type="dxa" w:w="1479"/>
          </w:tcPr>
          <w:p>
            <w:pPr>
              <w:spacing w:after="0"/>
              <w:jc w:val="left"/>
            </w:pPr>
          </w:p>
        </w:tc>
        <w:tc>
          <w:tcPr>
            <w:tcW w:type="dxa" w:w="1561"/>
          </w:tcPr>
          <w:p>
            <w:pPr>
              <w:spacing w:after="0"/>
              <w:jc w:val="left"/>
            </w:pPr>
            <w:r>
              <w:rPr>
                <w:sz w:val="16"/>
              </w:rPr>
              <w:t>Countywide (zone-level records).</w:t>
            </w:r>
          </w:p>
        </w:tc>
        <w:tc>
          <w:tcPr>
            <w:tcW w:type="dxa" w:w="1871"/>
          </w:tcPr>
          <w:p>
            <w:pPr>
              <w:spacing w:after="0"/>
              <w:jc w:val="left"/>
            </w:pPr>
            <w:r>
              <w:rPr>
                <w:sz w:val="16"/>
              </w:rPr>
              <w:t>Temperature: in event narratives only (local data needed).</w:t>
            </w:r>
          </w:p>
        </w:tc>
      </w:tr>
      <w:tr>
        <w:trPr>
          <w:cantSplit/>
        </w:trPr>
        <w:tc>
          <w:tcPr>
            <w:tcW w:type="dxa" w:w="1887"/>
          </w:tcPr>
          <w:p>
            <w:pPr>
              <w:spacing w:after="0"/>
              <w:jc w:val="left"/>
            </w:pPr>
            <w:r>
              <w:rPr>
                <w:sz w:val="16"/>
              </w:rPr>
              <w:t>Drought</w:t>
            </w:r>
          </w:p>
        </w:tc>
        <w:tc>
          <w:tcPr>
            <w:tcW w:type="dxa" w:w="1898"/>
          </w:tcPr>
          <w:p>
            <w:pPr>
              <w:spacing w:after="0"/>
              <w:jc w:val="left"/>
            </w:pPr>
            <w:r>
              <w:rPr>
                <w:sz w:val="16"/>
              </w:rPr>
              <w:t>U.S. Drought Monitor scale (D0 to D4)</w:t>
            </w:r>
          </w:p>
        </w:tc>
        <w:tc>
          <w:tcPr>
            <w:tcW w:type="dxa" w:w="1822"/>
          </w:tcPr>
          <w:p>
            <w:pPr>
              <w:spacing w:after="0"/>
              <w:jc w:val="right"/>
            </w:pPr>
            <w:r>
              <w:rPr>
                <w:sz w:val="16"/>
              </w:rPr>
              <w:t>126 records, 2000 to 2026 (126 zone-level)</w:t>
            </w:r>
          </w:p>
        </w:tc>
        <w:tc>
          <w:tcPr>
            <w:tcW w:type="dxa" w:w="2082"/>
          </w:tcPr>
          <w:p>
            <w:pPr>
              <w:spacing w:after="0"/>
              <w:jc w:val="left"/>
            </w:pPr>
            <w:r>
              <w:rPr>
                <w:sz w:val="16"/>
              </w:rPr>
              <w:t>7 days to 1,156 days (median 62 days); 20 with a recorded value</w:t>
            </w:r>
          </w:p>
        </w:tc>
        <w:tc>
          <w:tcPr>
            <w:tcW w:type="dxa" w:w="1511"/>
          </w:tcPr>
          <w:p>
            <w:pPr>
              <w:spacing w:after="0"/>
              <w:jc w:val="left"/>
            </w:pPr>
            <w:r>
              <w:rPr>
                <w:sz w:val="16"/>
              </w:rPr>
              <w:t>1156 days (38 months), 2012-04-01 to 2015-05-31, a run of 38 consecutive Storm Events drought records, zone-level</w:t>
            </w:r>
          </w:p>
        </w:tc>
        <w:tc>
          <w:tcPr>
            <w:tcW w:type="dxa" w:w="1479"/>
          </w:tcPr>
          <w:p>
            <w:pPr>
              <w:spacing w:after="0"/>
              <w:jc w:val="left"/>
            </w:pPr>
            <w:r>
              <w:rPr>
                <w:sz w:val="16"/>
              </w:rPr>
              <w:t>Drought, 2006-08-01, $20,000 property; $500,000 crops, reported for the zone (2006 dollars)</w:t>
            </w:r>
          </w:p>
        </w:tc>
        <w:tc>
          <w:tcPr>
            <w:tcW w:type="dxa" w:w="1561"/>
          </w:tcPr>
          <w:p>
            <w:pPr>
              <w:spacing w:after="0"/>
              <w:jc w:val="left"/>
            </w:pPr>
            <w:r>
              <w:rPr>
                <w:sz w:val="16"/>
              </w:rPr>
              <w:t>Countywide (zone-level records).</w:t>
            </w:r>
          </w:p>
        </w:tc>
        <w:tc>
          <w:tcPr>
            <w:tcW w:type="dxa" w:w="18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7"/>
          </w:tcPr>
          <w:p>
            <w:pPr>
              <w:spacing w:after="0"/>
              <w:jc w:val="left"/>
            </w:pPr>
            <w:r>
              <w:rPr>
                <w:sz w:val="16"/>
              </w:rPr>
              <w:t>Earthquake</w:t>
            </w:r>
          </w:p>
        </w:tc>
        <w:tc>
          <w:tcPr>
            <w:tcW w:type="dxa" w:w="1898"/>
          </w:tcPr>
          <w:p>
            <w:pPr>
              <w:spacing w:after="0"/>
              <w:jc w:val="left"/>
            </w:pPr>
            <w:r>
              <w:rPr>
                <w:sz w:val="16"/>
              </w:rPr>
              <w:t>Modified Mercalli (local data)</w:t>
            </w:r>
          </w:p>
        </w:tc>
        <w:tc>
          <w:tcPr>
            <w:tcW w:type="dxa" w:w="1822"/>
          </w:tcPr>
          <w:p>
            <w:pPr>
              <w:spacing w:after="0"/>
              <w:jc w:val="right"/>
            </w:pPr>
            <w:r>
              <w:rPr>
                <w:sz w:val="16"/>
              </w:rPr>
              <w:t>0</w:t>
            </w:r>
          </w:p>
        </w:tc>
        <w:tc>
          <w:tcPr>
            <w:tcW w:type="dxa" w:w="2082"/>
          </w:tcPr>
          <w:p>
            <w:pPr>
              <w:spacing w:after="0"/>
              <w:jc w:val="left"/>
            </w:pPr>
          </w:p>
        </w:tc>
        <w:tc>
          <w:tcPr>
            <w:tcW w:type="dxa" w:w="1511"/>
          </w:tcPr>
          <w:p>
            <w:pPr>
              <w:spacing w:after="0"/>
              <w:jc w:val="left"/>
            </w:pPr>
          </w:p>
        </w:tc>
        <w:tc>
          <w:tcPr>
            <w:tcW w:type="dxa" w:w="1479"/>
          </w:tcPr>
          <w:p>
            <w:pPr>
              <w:spacing w:after="0"/>
              <w:jc w:val="left"/>
            </w:pPr>
          </w:p>
        </w:tc>
        <w:tc>
          <w:tcPr>
            <w:tcW w:type="dxa" w:w="1561"/>
          </w:tcPr>
          <w:p>
            <w:pPr>
              <w:spacing w:after="0"/>
              <w:jc w:val="left"/>
            </w:pPr>
          </w:p>
        </w:tc>
        <w:tc>
          <w:tcPr>
            <w:tcW w:type="dxa" w:w="1871"/>
          </w:tcPr>
          <w:p>
            <w:pPr>
              <w:spacing w:after="0"/>
              <w:jc w:val="left"/>
            </w:pPr>
            <w:r>
              <w:rPr>
                <w:sz w:val="16"/>
              </w:rPr>
              <w:t>Storm Events does not record earthquakes; the USGS earthquake catalog is the source.</w:t>
            </w:r>
          </w:p>
        </w:tc>
      </w:tr>
      <w:tr>
        <w:trPr>
          <w:cantSplit/>
        </w:trPr>
        <w:tc>
          <w:tcPr>
            <w:tcW w:type="dxa" w:w="1887"/>
          </w:tcPr>
          <w:p>
            <w:pPr>
              <w:spacing w:after="0"/>
              <w:jc w:val="left"/>
            </w:pPr>
            <w:r>
              <w:rPr>
                <w:sz w:val="16"/>
              </w:rPr>
              <w:t>Hail</w:t>
            </w:r>
          </w:p>
        </w:tc>
        <w:tc>
          <w:tcPr>
            <w:tcW w:type="dxa" w:w="1898"/>
          </w:tcPr>
          <w:p>
            <w:pPr>
              <w:spacing w:after="0"/>
              <w:jc w:val="left"/>
            </w:pPr>
            <w:r>
              <w:rPr>
                <w:sz w:val="16"/>
              </w:rPr>
              <w:t>hail size (inches)</w:t>
            </w:r>
          </w:p>
        </w:tc>
        <w:tc>
          <w:tcPr>
            <w:tcW w:type="dxa" w:w="1822"/>
          </w:tcPr>
          <w:p>
            <w:pPr>
              <w:spacing w:after="0"/>
              <w:jc w:val="right"/>
            </w:pPr>
            <w:r>
              <w:rPr>
                <w:sz w:val="16"/>
              </w:rPr>
              <w:t>284 records, 1961 to 2026 (1 zone-level)</w:t>
            </w:r>
          </w:p>
        </w:tc>
        <w:tc>
          <w:tcPr>
            <w:tcW w:type="dxa" w:w="2082"/>
          </w:tcPr>
          <w:p>
            <w:pPr>
              <w:spacing w:after="0"/>
              <w:jc w:val="left"/>
            </w:pPr>
            <w:r>
              <w:rPr>
                <w:sz w:val="16"/>
              </w:rPr>
              <w:t>0.75 in to 5 in (median 1 in); 283 with a recorded value</w:t>
            </w:r>
          </w:p>
        </w:tc>
        <w:tc>
          <w:tcPr>
            <w:tcW w:type="dxa" w:w="1511"/>
          </w:tcPr>
          <w:p>
            <w:pPr>
              <w:spacing w:after="0"/>
              <w:jc w:val="left"/>
            </w:pPr>
            <w:r>
              <w:rPr>
                <w:sz w:val="16"/>
              </w:rPr>
              <w:t>5 in hail, 1971-06-08</w:t>
            </w:r>
          </w:p>
        </w:tc>
        <w:tc>
          <w:tcPr>
            <w:tcW w:type="dxa" w:w="1479"/>
          </w:tcPr>
          <w:p>
            <w:pPr>
              <w:spacing w:after="0"/>
              <w:jc w:val="left"/>
            </w:pPr>
            <w:r>
              <w:rPr>
                <w:sz w:val="16"/>
              </w:rPr>
              <w:t>Hail, 1993-10-12, $50,000 property; crops not recorded (1993 dollars)</w:t>
            </w:r>
          </w:p>
        </w:tc>
        <w:tc>
          <w:tcPr>
            <w:tcW w:type="dxa" w:w="1561"/>
          </w:tcPr>
          <w:p>
            <w:pPr>
              <w:spacing w:after="0"/>
              <w:jc w:val="left"/>
            </w:pPr>
            <w:r>
              <w:rPr>
                <w:sz w:val="16"/>
              </w:rPr>
              <w:t>Event records naming jurisdictions in the plan: Quanah city (107 records), Chillicothe city (63 records). Zone-level records (1) apply countywide.</w:t>
            </w:r>
          </w:p>
        </w:tc>
        <w:tc>
          <w:tcPr>
            <w:tcW w:type="dxa" w:w="1871"/>
          </w:tcPr>
          <w:p>
            <w:pPr>
              <w:spacing w:after="0"/>
              <w:jc w:val="left"/>
            </w:pPr>
          </w:p>
        </w:tc>
      </w:tr>
      <w:tr>
        <w:trPr>
          <w:cantSplit/>
        </w:trPr>
        <w:tc>
          <w:tcPr>
            <w:tcW w:type="dxa" w:w="1887"/>
          </w:tcPr>
          <w:p>
            <w:pPr>
              <w:spacing w:after="0"/>
              <w:jc w:val="left"/>
            </w:pPr>
            <w:r>
              <w:rPr>
                <w:sz w:val="16"/>
              </w:rPr>
              <w:t>Excessive Heat, Heat</w:t>
            </w:r>
          </w:p>
        </w:tc>
        <w:tc>
          <w:tcPr>
            <w:tcW w:type="dxa" w:w="1898"/>
          </w:tcPr>
          <w:p>
            <w:pPr>
              <w:spacing w:after="0"/>
              <w:jc w:val="left"/>
            </w:pPr>
            <w:r>
              <w:rPr>
                <w:sz w:val="16"/>
              </w:rPr>
              <w:t>heat index (in event narratives)</w:t>
            </w:r>
          </w:p>
        </w:tc>
        <w:tc>
          <w:tcPr>
            <w:tcW w:type="dxa" w:w="1822"/>
          </w:tcPr>
          <w:p>
            <w:pPr>
              <w:spacing w:after="0"/>
              <w:jc w:val="right"/>
            </w:pPr>
            <w:r>
              <w:rPr>
                <w:sz w:val="16"/>
              </w:rPr>
              <w:t>18 records, 2006 to 2026 (18 zone-level)</w:t>
            </w:r>
          </w:p>
        </w:tc>
        <w:tc>
          <w:tcPr>
            <w:tcW w:type="dxa" w:w="2082"/>
          </w:tcPr>
          <w:p>
            <w:pPr>
              <w:spacing w:after="0"/>
              <w:jc w:val="left"/>
            </w:pPr>
            <w:r>
              <w:rPr>
                <w:sz w:val="16"/>
              </w:rPr>
              <w:t>1 day to 21 days (median 1.5 days); 10 with a recorded value</w:t>
            </w:r>
          </w:p>
        </w:tc>
        <w:tc>
          <w:tcPr>
            <w:tcW w:type="dxa" w:w="1511"/>
          </w:tcPr>
          <w:p>
            <w:pPr>
              <w:spacing w:after="0"/>
              <w:jc w:val="left"/>
            </w:pPr>
            <w:r>
              <w:rPr>
                <w:sz w:val="16"/>
              </w:rPr>
              <w:t>July 2006 (1 monthly summary record), zone-level</w:t>
            </w:r>
          </w:p>
        </w:tc>
        <w:tc>
          <w:tcPr>
            <w:tcW w:type="dxa" w:w="1479"/>
          </w:tcPr>
          <w:p>
            <w:pPr>
              <w:spacing w:after="0"/>
              <w:jc w:val="left"/>
            </w:pPr>
          </w:p>
        </w:tc>
        <w:tc>
          <w:tcPr>
            <w:tcW w:type="dxa" w:w="1561"/>
          </w:tcPr>
          <w:p>
            <w:pPr>
              <w:spacing w:after="0"/>
              <w:jc w:val="left"/>
            </w:pPr>
            <w:r>
              <w:rPr>
                <w:sz w:val="16"/>
              </w:rPr>
              <w:t>Countywide (zone-level records).</w:t>
            </w:r>
          </w:p>
        </w:tc>
        <w:tc>
          <w:tcPr>
            <w:tcW w:type="dxa" w:w="1871"/>
          </w:tcPr>
          <w:p>
            <w:pPr>
              <w:spacing w:after="0"/>
              <w:jc w:val="left"/>
            </w:pPr>
            <w:r>
              <w:rPr>
                <w:sz w:val="16"/>
              </w:rPr>
              <w:t>Heat index: in event narratives only (local data needed).</w:t>
            </w:r>
          </w:p>
        </w:tc>
      </w:tr>
      <w:tr>
        <w:trPr>
          <w:cantSplit/>
        </w:trPr>
        <w:tc>
          <w:tcPr>
            <w:tcW w:type="dxa" w:w="1887"/>
          </w:tcPr>
          <w:p>
            <w:pPr>
              <w:spacing w:after="0"/>
              <w:jc w:val="left"/>
            </w:pPr>
            <w:r>
              <w:rPr>
                <w:sz w:val="16"/>
              </w:rPr>
              <w:t>Hurricane, Tropical Storm, Tropical Depression</w:t>
            </w:r>
          </w:p>
        </w:tc>
        <w:tc>
          <w:tcPr>
            <w:tcW w:type="dxa" w:w="1898"/>
          </w:tcPr>
          <w:p>
            <w:pPr>
              <w:spacing w:after="0"/>
              <w:jc w:val="left"/>
            </w:pPr>
            <w:r>
              <w:rPr>
                <w:sz w:val="16"/>
              </w:rPr>
              <w:t>Saffir-Simpson</w:t>
            </w:r>
          </w:p>
        </w:tc>
        <w:tc>
          <w:tcPr>
            <w:tcW w:type="dxa" w:w="1822"/>
          </w:tcPr>
          <w:p>
            <w:pPr>
              <w:spacing w:after="0"/>
              <w:jc w:val="right"/>
            </w:pPr>
            <w:r>
              <w:rPr>
                <w:sz w:val="16"/>
              </w:rPr>
              <w:t>0</w:t>
            </w:r>
          </w:p>
        </w:tc>
        <w:tc>
          <w:tcPr>
            <w:tcW w:type="dxa" w:w="2082"/>
          </w:tcPr>
          <w:p>
            <w:pPr>
              <w:spacing w:after="0"/>
              <w:jc w:val="left"/>
            </w:pPr>
          </w:p>
        </w:tc>
        <w:tc>
          <w:tcPr>
            <w:tcW w:type="dxa" w:w="1511"/>
          </w:tcPr>
          <w:p>
            <w:pPr>
              <w:spacing w:after="0"/>
              <w:jc w:val="left"/>
            </w:pPr>
          </w:p>
        </w:tc>
        <w:tc>
          <w:tcPr>
            <w:tcW w:type="dxa" w:w="1479"/>
          </w:tcPr>
          <w:p>
            <w:pPr>
              <w:spacing w:after="0"/>
              <w:jc w:val="left"/>
            </w:pPr>
          </w:p>
        </w:tc>
        <w:tc>
          <w:tcPr>
            <w:tcW w:type="dxa" w:w="1561"/>
          </w:tcPr>
          <w:p>
            <w:pPr>
              <w:spacing w:after="0"/>
              <w:jc w:val="left"/>
            </w:pPr>
          </w:p>
        </w:tc>
        <w:tc>
          <w:tcPr>
            <w:tcW w:type="dxa" w:w="187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7"/>
          </w:tcPr>
          <w:p>
            <w:pPr>
              <w:spacing w:after="0"/>
              <w:jc w:val="left"/>
            </w:pPr>
            <w:r>
              <w:rPr>
                <w:sz w:val="16"/>
              </w:rPr>
              <w:t>Ice Storm</w:t>
            </w:r>
          </w:p>
        </w:tc>
        <w:tc>
          <w:tcPr>
            <w:tcW w:type="dxa" w:w="1898"/>
          </w:tcPr>
          <w:p>
            <w:pPr>
              <w:spacing w:after="0"/>
              <w:jc w:val="left"/>
            </w:pPr>
            <w:r>
              <w:rPr>
                <w:sz w:val="16"/>
              </w:rPr>
              <w:t>Sperry-Piltz ice scale (local data)</w:t>
            </w:r>
          </w:p>
        </w:tc>
        <w:tc>
          <w:tcPr>
            <w:tcW w:type="dxa" w:w="1822"/>
          </w:tcPr>
          <w:p>
            <w:pPr>
              <w:spacing w:after="0"/>
              <w:jc w:val="right"/>
            </w:pPr>
            <w:r>
              <w:rPr>
                <w:sz w:val="16"/>
              </w:rPr>
              <w:t>8 records, 1998 to 2020 (8 zone-level)</w:t>
            </w:r>
          </w:p>
        </w:tc>
        <w:tc>
          <w:tcPr>
            <w:tcW w:type="dxa" w:w="2082"/>
          </w:tcPr>
          <w:p>
            <w:pPr>
              <w:spacing w:after="0"/>
              <w:jc w:val="left"/>
            </w:pPr>
          </w:p>
        </w:tc>
        <w:tc>
          <w:tcPr>
            <w:tcW w:type="dxa" w:w="1511"/>
          </w:tcPr>
          <w:p>
            <w:pPr>
              <w:spacing w:after="0"/>
              <w:jc w:val="left"/>
            </w:pPr>
            <w:r>
              <w:rPr>
                <w:sz w:val="16"/>
              </w:rPr>
              <w:t>No damage reported in 8 records.</w:t>
            </w:r>
          </w:p>
        </w:tc>
        <w:tc>
          <w:tcPr>
            <w:tcW w:type="dxa" w:w="1479"/>
          </w:tcPr>
          <w:p>
            <w:pPr>
              <w:spacing w:after="0"/>
              <w:jc w:val="left"/>
            </w:pPr>
          </w:p>
        </w:tc>
        <w:tc>
          <w:tcPr>
            <w:tcW w:type="dxa" w:w="1561"/>
          </w:tcPr>
          <w:p>
            <w:pPr>
              <w:spacing w:after="0"/>
              <w:jc w:val="left"/>
            </w:pPr>
            <w:r>
              <w:rPr>
                <w:sz w:val="16"/>
              </w:rPr>
              <w:t>Countywide (zone-level records).</w:t>
            </w:r>
          </w:p>
        </w:tc>
        <w:tc>
          <w:tcPr>
            <w:tcW w:type="dxa" w:w="1871"/>
          </w:tcPr>
          <w:p>
            <w:pPr>
              <w:spacing w:after="0"/>
              <w:jc w:val="left"/>
            </w:pPr>
            <w:r>
              <w:rPr>
                <w:sz w:val="16"/>
              </w:rPr>
              <w:t>Ice thickness: in event narratives only (local data needed).</w:t>
            </w:r>
          </w:p>
        </w:tc>
      </w:tr>
      <w:tr>
        <w:trPr>
          <w:cantSplit/>
        </w:trPr>
        <w:tc>
          <w:tcPr>
            <w:tcW w:type="dxa" w:w="1887"/>
          </w:tcPr>
          <w:p>
            <w:pPr>
              <w:spacing w:after="0"/>
              <w:jc w:val="left"/>
            </w:pPr>
            <w:r>
              <w:rPr>
                <w:sz w:val="16"/>
              </w:rPr>
              <w:t>Flash Flood, Flood, Lakeshore Flood</w:t>
            </w:r>
          </w:p>
        </w:tc>
        <w:tc>
          <w:tcPr>
            <w:tcW w:type="dxa" w:w="1898"/>
          </w:tcPr>
          <w:p>
            <w:pPr>
              <w:spacing w:after="0"/>
              <w:jc w:val="left"/>
            </w:pPr>
            <w:r>
              <w:rPr>
                <w:sz w:val="16"/>
              </w:rPr>
              <w:t>damage and flood days (flood depth: FIRM)</w:t>
            </w:r>
          </w:p>
        </w:tc>
        <w:tc>
          <w:tcPr>
            <w:tcW w:type="dxa" w:w="1822"/>
          </w:tcPr>
          <w:p>
            <w:pPr>
              <w:spacing w:after="0"/>
              <w:jc w:val="right"/>
            </w:pPr>
            <w:r>
              <w:rPr>
                <w:sz w:val="16"/>
              </w:rPr>
              <w:t>8 records, 2000 to 2015</w:t>
            </w:r>
          </w:p>
        </w:tc>
        <w:tc>
          <w:tcPr>
            <w:tcW w:type="dxa" w:w="2082"/>
          </w:tcPr>
          <w:p>
            <w:pPr>
              <w:spacing w:after="0"/>
              <w:jc w:val="left"/>
            </w:pPr>
          </w:p>
        </w:tc>
        <w:tc>
          <w:tcPr>
            <w:tcW w:type="dxa" w:w="1511"/>
          </w:tcPr>
          <w:p>
            <w:pPr>
              <w:spacing w:after="0"/>
              <w:jc w:val="left"/>
            </w:pPr>
            <w:r>
              <w:rPr>
                <w:sz w:val="16"/>
              </w:rPr>
              <w:t>No damage reported in 8 records.</w:t>
            </w:r>
          </w:p>
        </w:tc>
        <w:tc>
          <w:tcPr>
            <w:tcW w:type="dxa" w:w="1479"/>
          </w:tcPr>
          <w:p>
            <w:pPr>
              <w:spacing w:after="0"/>
              <w:jc w:val="left"/>
            </w:pPr>
          </w:p>
        </w:tc>
        <w:tc>
          <w:tcPr>
            <w:tcW w:type="dxa" w:w="1561"/>
          </w:tcPr>
          <w:p>
            <w:pPr>
              <w:spacing w:after="0"/>
              <w:jc w:val="left"/>
            </w:pPr>
            <w:r>
              <w:rPr>
                <w:sz w:val="16"/>
              </w:rPr>
              <w:t>Event records naming jurisdictions in the plan: Quanah city (5 records), Chillicothe city (3 records).</w:t>
            </w:r>
          </w:p>
        </w:tc>
        <w:tc>
          <w:tcPr>
            <w:tcW w:type="dxa" w:w="187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7"/>
          </w:tcPr>
          <w:p>
            <w:pPr>
              <w:spacing w:after="0"/>
              <w:jc w:val="left"/>
            </w:pPr>
            <w:r>
              <w:rPr>
                <w:sz w:val="16"/>
              </w:rPr>
              <w:t>Debris Flow</w:t>
            </w:r>
          </w:p>
        </w:tc>
        <w:tc>
          <w:tcPr>
            <w:tcW w:type="dxa" w:w="1898"/>
          </w:tcPr>
          <w:p>
            <w:pPr>
              <w:spacing w:after="0"/>
              <w:jc w:val="left"/>
            </w:pPr>
            <w:r>
              <w:rPr>
                <w:sz w:val="16"/>
              </w:rPr>
              <w:t>none (count and damage only)</w:t>
            </w:r>
          </w:p>
        </w:tc>
        <w:tc>
          <w:tcPr>
            <w:tcW w:type="dxa" w:w="1822"/>
          </w:tcPr>
          <w:p>
            <w:pPr>
              <w:spacing w:after="0"/>
              <w:jc w:val="right"/>
            </w:pPr>
            <w:r>
              <w:rPr>
                <w:sz w:val="16"/>
              </w:rPr>
              <w:t>0</w:t>
            </w:r>
          </w:p>
        </w:tc>
        <w:tc>
          <w:tcPr>
            <w:tcW w:type="dxa" w:w="2082"/>
          </w:tcPr>
          <w:p>
            <w:pPr>
              <w:spacing w:after="0"/>
              <w:jc w:val="left"/>
            </w:pPr>
          </w:p>
        </w:tc>
        <w:tc>
          <w:tcPr>
            <w:tcW w:type="dxa" w:w="1511"/>
          </w:tcPr>
          <w:p>
            <w:pPr>
              <w:spacing w:after="0"/>
              <w:jc w:val="left"/>
            </w:pPr>
          </w:p>
        </w:tc>
        <w:tc>
          <w:tcPr>
            <w:tcW w:type="dxa" w:w="1479"/>
          </w:tcPr>
          <w:p>
            <w:pPr>
              <w:spacing w:after="0"/>
              <w:jc w:val="left"/>
            </w:pPr>
          </w:p>
        </w:tc>
        <w:tc>
          <w:tcPr>
            <w:tcW w:type="dxa" w:w="1561"/>
          </w:tcPr>
          <w:p>
            <w:pPr>
              <w:spacing w:after="0"/>
              <w:jc w:val="left"/>
            </w:pPr>
          </w:p>
        </w:tc>
        <w:tc>
          <w:tcPr>
            <w:tcW w:type="dxa" w:w="1871"/>
          </w:tcPr>
          <w:p>
            <w:pPr>
              <w:spacing w:after="0"/>
              <w:jc w:val="left"/>
            </w:pPr>
            <w:r>
              <w:rPr>
                <w:sz w:val="16"/>
              </w:rPr>
              <w:t>Physical measure: in event narratives only (local data needed).</w:t>
            </w:r>
          </w:p>
        </w:tc>
      </w:tr>
      <w:tr>
        <w:trPr>
          <w:cantSplit/>
        </w:trPr>
        <w:tc>
          <w:tcPr>
            <w:tcW w:type="dxa" w:w="1887"/>
          </w:tcPr>
          <w:p>
            <w:pPr>
              <w:spacing w:after="0"/>
              <w:jc w:val="left"/>
            </w:pPr>
            <w:r>
              <w:rPr>
                <w:sz w:val="16"/>
              </w:rPr>
              <w:t>Lightning</w:t>
            </w:r>
          </w:p>
        </w:tc>
        <w:tc>
          <w:tcPr>
            <w:tcW w:type="dxa" w:w="1898"/>
          </w:tcPr>
          <w:p>
            <w:pPr>
              <w:spacing w:after="0"/>
              <w:jc w:val="left"/>
            </w:pPr>
            <w:r>
              <w:rPr>
                <w:sz w:val="16"/>
              </w:rPr>
              <w:t>annualized frequency (the measure FEMA's Local Mitigation Planning Handbook names)</w:t>
            </w:r>
          </w:p>
        </w:tc>
        <w:tc>
          <w:tcPr>
            <w:tcW w:type="dxa" w:w="1822"/>
          </w:tcPr>
          <w:p>
            <w:pPr>
              <w:spacing w:after="0"/>
              <w:jc w:val="right"/>
            </w:pPr>
            <w:r>
              <w:rPr>
                <w:sz w:val="16"/>
              </w:rPr>
              <w:t>1 record, 2001</w:t>
            </w:r>
          </w:p>
        </w:tc>
        <w:tc>
          <w:tcPr>
            <w:tcW w:type="dxa" w:w="2082"/>
          </w:tcPr>
          <w:p>
            <w:pPr>
              <w:spacing w:after="0"/>
              <w:jc w:val="left"/>
            </w:pPr>
          </w:p>
        </w:tc>
        <w:tc>
          <w:tcPr>
            <w:tcW w:type="dxa" w:w="1511"/>
          </w:tcPr>
          <w:p>
            <w:pPr>
              <w:spacing w:after="0"/>
              <w:jc w:val="left"/>
            </w:pPr>
            <w:r>
              <w:rPr>
                <w:sz w:val="16"/>
              </w:rPr>
              <w:t>Lightning, 2001-08-09, $2,000 property; crops not reported (2001 dollars)</w:t>
            </w:r>
          </w:p>
        </w:tc>
        <w:tc>
          <w:tcPr>
            <w:tcW w:type="dxa" w:w="1479"/>
          </w:tcPr>
          <w:p>
            <w:pPr>
              <w:spacing w:after="0"/>
              <w:jc w:val="left"/>
            </w:pPr>
          </w:p>
        </w:tc>
        <w:tc>
          <w:tcPr>
            <w:tcW w:type="dxa" w:w="1561"/>
          </w:tcPr>
          <w:p>
            <w:pPr>
              <w:spacing w:after="0"/>
              <w:jc w:val="left"/>
            </w:pPr>
            <w:r>
              <w:rPr>
                <w:sz w:val="16"/>
              </w:rPr>
              <w:t>Event records naming jurisdictions in the plan: Quanah city (1 record).</w:t>
            </w:r>
          </w:p>
        </w:tc>
        <w:tc>
          <w:tcPr>
            <w:tcW w:type="dxa" w:w="1871"/>
          </w:tcPr>
          <w:p>
            <w:pPr>
              <w:spacing w:after="0"/>
              <w:jc w:val="left"/>
            </w:pPr>
            <w:r>
              <w:rPr>
                <w:sz w:val="16"/>
              </w:rPr>
              <w:t>Storm Events lists lightning with damage or casualties; physical measure in event narratives only (local data needed).</w:t>
            </w:r>
          </w:p>
        </w:tc>
      </w:tr>
      <w:tr>
        <w:trPr>
          <w:cantSplit/>
        </w:trPr>
        <w:tc>
          <w:tcPr>
            <w:tcW w:type="dxa" w:w="1887"/>
          </w:tcPr>
          <w:p>
            <w:pPr>
              <w:spacing w:after="0"/>
              <w:jc w:val="left"/>
            </w:pPr>
            <w:r>
              <w:rPr>
                <w:sz w:val="16"/>
              </w:rPr>
              <w:t>High Wind and Strong Wind (outside NRI's Strong Wind definition)</w:t>
            </w:r>
          </w:p>
        </w:tc>
        <w:tc>
          <w:tcPr>
            <w:tcW w:type="dxa" w:w="1898"/>
          </w:tcPr>
          <w:p>
            <w:pPr>
              <w:spacing w:after="0"/>
              <w:jc w:val="left"/>
            </w:pPr>
            <w:r>
              <w:rPr>
                <w:sz w:val="16"/>
              </w:rPr>
              <w:t>wind speed (kt and mph)</w:t>
            </w:r>
          </w:p>
        </w:tc>
        <w:tc>
          <w:tcPr>
            <w:tcW w:type="dxa" w:w="1822"/>
          </w:tcPr>
          <w:p>
            <w:pPr>
              <w:spacing w:after="0"/>
              <w:jc w:val="right"/>
            </w:pPr>
            <w:r>
              <w:rPr>
                <w:sz w:val="16"/>
              </w:rPr>
              <w:t>24 records, 1996 to 2026 (24 zone-level)</w:t>
            </w:r>
          </w:p>
        </w:tc>
        <w:tc>
          <w:tcPr>
            <w:tcW w:type="dxa" w:w="2082"/>
          </w:tcPr>
          <w:p>
            <w:pPr>
              <w:spacing w:after="0"/>
              <w:jc w:val="left"/>
            </w:pPr>
            <w:r>
              <w:rPr>
                <w:sz w:val="16"/>
              </w:rPr>
              <w:t>35 kt (40 mph) to 67 kt (77 mph) (median 51.5 kt (59 mph)); 18 with a recorded value</w:t>
            </w:r>
          </w:p>
        </w:tc>
        <w:tc>
          <w:tcPr>
            <w:tcW w:type="dxa" w:w="1511"/>
          </w:tcPr>
          <w:p>
            <w:pPr>
              <w:spacing w:after="0"/>
              <w:jc w:val="left"/>
            </w:pPr>
            <w:r>
              <w:rPr>
                <w:sz w:val="16"/>
              </w:rPr>
              <w:t>67 kt (77 mph) measured gust, High Wind, 2023-02-26; NWS zone TXZ083</w:t>
            </w:r>
          </w:p>
        </w:tc>
        <w:tc>
          <w:tcPr>
            <w:tcW w:type="dxa" w:w="1479"/>
          </w:tcPr>
          <w:p>
            <w:pPr>
              <w:spacing w:after="0"/>
              <w:jc w:val="left"/>
            </w:pPr>
            <w:r>
              <w:rPr>
                <w:sz w:val="16"/>
              </w:rPr>
              <w:t>High Wind, 2008-01-29, $5,000 property; $0 crops, reported for the zone (2008 dollars)</w:t>
            </w:r>
          </w:p>
        </w:tc>
        <w:tc>
          <w:tcPr>
            <w:tcW w:type="dxa" w:w="1561"/>
          </w:tcPr>
          <w:p>
            <w:pPr>
              <w:spacing w:after="0"/>
              <w:jc w:val="left"/>
            </w:pPr>
            <w:r>
              <w:rPr>
                <w:sz w:val="16"/>
              </w:rPr>
              <w:t>Countywide (zone-level records).</w:t>
            </w:r>
          </w:p>
        </w:tc>
        <w:tc>
          <w:tcPr>
            <w:tcW w:type="dxa" w:w="1871"/>
          </w:tcPr>
          <w:p>
            <w:pPr>
              <w:spacing w:after="0"/>
              <w:jc w:val="left"/>
            </w:pPr>
          </w:p>
        </w:tc>
      </w:tr>
      <w:tr>
        <w:trPr>
          <w:cantSplit/>
        </w:trPr>
        <w:tc>
          <w:tcPr>
            <w:tcW w:type="dxa" w:w="1887"/>
          </w:tcPr>
          <w:p>
            <w:pPr>
              <w:spacing w:after="0"/>
              <w:jc w:val="left"/>
            </w:pPr>
            <w:r>
              <w:rPr>
                <w:sz w:val="16"/>
              </w:rPr>
              <w:t>Thunderstorm Wind</w:t>
            </w:r>
          </w:p>
        </w:tc>
        <w:tc>
          <w:tcPr>
            <w:tcW w:type="dxa" w:w="1898"/>
          </w:tcPr>
          <w:p>
            <w:pPr>
              <w:spacing w:after="0"/>
              <w:jc w:val="left"/>
            </w:pPr>
            <w:r>
              <w:rPr>
                <w:sz w:val="16"/>
              </w:rPr>
              <w:t>wind speed (kt and mph)</w:t>
            </w:r>
          </w:p>
        </w:tc>
        <w:tc>
          <w:tcPr>
            <w:tcW w:type="dxa" w:w="1822"/>
          </w:tcPr>
          <w:p>
            <w:pPr>
              <w:spacing w:after="0"/>
              <w:jc w:val="right"/>
            </w:pPr>
            <w:r>
              <w:rPr>
                <w:sz w:val="16"/>
              </w:rPr>
              <w:t>130 records, 1956 to 2026</w:t>
            </w:r>
          </w:p>
        </w:tc>
        <w:tc>
          <w:tcPr>
            <w:tcW w:type="dxa" w:w="2082"/>
          </w:tcPr>
          <w:p>
            <w:pPr>
              <w:spacing w:after="0"/>
              <w:jc w:val="left"/>
            </w:pPr>
            <w:r>
              <w:rPr>
                <w:sz w:val="16"/>
              </w:rPr>
              <w:t>50 kt (58 mph) to 87 kt (100 mph) (median 54 kt (62 mph)); 104 with a recorded value</w:t>
            </w:r>
          </w:p>
        </w:tc>
        <w:tc>
          <w:tcPr>
            <w:tcW w:type="dxa" w:w="1511"/>
          </w:tcPr>
          <w:p>
            <w:pPr>
              <w:spacing w:after="0"/>
              <w:jc w:val="left"/>
            </w:pPr>
            <w:r>
              <w:rPr>
                <w:sz w:val="16"/>
              </w:rPr>
              <w:t>87 kt (100 mph) measured, Thunderstorm Wind, 2001-05-29</w:t>
            </w:r>
          </w:p>
        </w:tc>
        <w:tc>
          <w:tcPr>
            <w:tcW w:type="dxa" w:w="1479"/>
          </w:tcPr>
          <w:p>
            <w:pPr>
              <w:spacing w:after="0"/>
              <w:jc w:val="left"/>
            </w:pPr>
            <w:r>
              <w:rPr>
                <w:sz w:val="16"/>
              </w:rPr>
              <w:t>Thunderstorm Wind, 2001-05-29, $300,000 property; crops not reported (2001 dollars)</w:t>
            </w:r>
          </w:p>
        </w:tc>
        <w:tc>
          <w:tcPr>
            <w:tcW w:type="dxa" w:w="1561"/>
          </w:tcPr>
          <w:p>
            <w:pPr>
              <w:spacing w:after="0"/>
              <w:jc w:val="left"/>
            </w:pPr>
            <w:r>
              <w:rPr>
                <w:sz w:val="16"/>
              </w:rPr>
              <w:t>Event records naming jurisdictions in the plan: Quanah city (30 records), Chillicothe city (28 records).</w:t>
            </w:r>
          </w:p>
        </w:tc>
        <w:tc>
          <w:tcPr>
            <w:tcW w:type="dxa" w:w="1871"/>
          </w:tcPr>
          <w:p>
            <w:pPr>
              <w:spacing w:after="0"/>
              <w:jc w:val="left"/>
            </w:pPr>
            <w:r>
              <w:rPr>
                <w:sz w:val="16"/>
              </w:rPr>
              <w:t>Speeds under 20 kt (likely entry errors) are left out of the observed range.</w:t>
            </w:r>
          </w:p>
        </w:tc>
      </w:tr>
      <w:tr>
        <w:trPr>
          <w:cantSplit/>
        </w:trPr>
        <w:tc>
          <w:tcPr>
            <w:tcW w:type="dxa" w:w="1887"/>
          </w:tcPr>
          <w:p>
            <w:pPr>
              <w:spacing w:after="0"/>
              <w:jc w:val="left"/>
            </w:pPr>
            <w:r>
              <w:rPr>
                <w:sz w:val="16"/>
              </w:rPr>
              <w:t>Tornado</w:t>
            </w:r>
          </w:p>
        </w:tc>
        <w:tc>
          <w:tcPr>
            <w:tcW w:type="dxa" w:w="1898"/>
          </w:tcPr>
          <w:p>
            <w:pPr>
              <w:spacing w:after="0"/>
              <w:jc w:val="left"/>
            </w:pPr>
            <w:r>
              <w:rPr>
                <w:sz w:val="16"/>
              </w:rPr>
              <w:t>Enhanced Fujita (Fujita before Feb 2007)</w:t>
            </w:r>
          </w:p>
        </w:tc>
        <w:tc>
          <w:tcPr>
            <w:tcW w:type="dxa" w:w="1822"/>
          </w:tcPr>
          <w:p>
            <w:pPr>
              <w:spacing w:after="0"/>
              <w:jc w:val="right"/>
            </w:pPr>
            <w:r>
              <w:rPr>
                <w:sz w:val="16"/>
              </w:rPr>
              <w:t>42 records, 1954 to 2021</w:t>
            </w:r>
          </w:p>
        </w:tc>
        <w:tc>
          <w:tcPr>
            <w:tcW w:type="dxa" w:w="2082"/>
          </w:tcPr>
          <w:p>
            <w:pPr>
              <w:spacing w:after="0"/>
              <w:jc w:val="left"/>
            </w:pPr>
            <w:r>
              <w:rPr>
                <w:sz w:val="16"/>
              </w:rPr>
              <w:t>F/EF0 to F/EF2 (median F/EF0); 36 with a recorded value</w:t>
            </w:r>
          </w:p>
        </w:tc>
        <w:tc>
          <w:tcPr>
            <w:tcW w:type="dxa" w:w="1511"/>
          </w:tcPr>
          <w:p>
            <w:pPr>
              <w:spacing w:after="0"/>
              <w:jc w:val="left"/>
            </w:pPr>
            <w:r>
              <w:rPr>
                <w:sz w:val="16"/>
              </w:rPr>
              <w:t>F2 tornado, 1970-08-18, 0.8 mi path length (whole path, pre-1996), 440 yd wide, $25,000 property; crops not recorded (1970 dollars), 1 direct injury</w:t>
            </w:r>
          </w:p>
        </w:tc>
        <w:tc>
          <w:tcPr>
            <w:tcW w:type="dxa" w:w="1479"/>
          </w:tcPr>
          <w:p>
            <w:pPr>
              <w:spacing w:after="0"/>
              <w:jc w:val="left"/>
            </w:pPr>
            <w:r>
              <w:rPr>
                <w:sz w:val="16"/>
              </w:rPr>
              <w:t>Tornado, 2003-04-15, $75,000 property; crops not reported (2003 dollars)</w:t>
            </w:r>
          </w:p>
        </w:tc>
        <w:tc>
          <w:tcPr>
            <w:tcW w:type="dxa" w:w="1561"/>
          </w:tcPr>
          <w:p>
            <w:pPr>
              <w:spacing w:after="0"/>
              <w:jc w:val="left"/>
            </w:pPr>
            <w:r>
              <w:rPr>
                <w:sz w:val="16"/>
              </w:rPr>
              <w:t>Event records naming jurisdictions in the plan: Chillicothe city (8 records), Quanah city (3 records).</w:t>
            </w:r>
          </w:p>
        </w:tc>
        <w:tc>
          <w:tcPr>
            <w:tcW w:type="dxa" w:w="187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7"/>
          </w:tcPr>
          <w:p>
            <w:pPr>
              <w:spacing w:after="0"/>
              <w:jc w:val="left"/>
            </w:pPr>
            <w:r>
              <w:rPr>
                <w:sz w:val="16"/>
              </w:rPr>
              <w:t>Wildfire</w:t>
            </w:r>
          </w:p>
        </w:tc>
        <w:tc>
          <w:tcPr>
            <w:tcW w:type="dxa" w:w="1898"/>
          </w:tcPr>
          <w:p>
            <w:pPr>
              <w:spacing w:after="0"/>
              <w:jc w:val="left"/>
            </w:pPr>
            <w:r>
              <w:rPr>
                <w:sz w:val="16"/>
              </w:rPr>
              <w:t>acres burned (local data)</w:t>
            </w:r>
          </w:p>
        </w:tc>
        <w:tc>
          <w:tcPr>
            <w:tcW w:type="dxa" w:w="1822"/>
          </w:tcPr>
          <w:p>
            <w:pPr>
              <w:spacing w:after="0"/>
              <w:jc w:val="right"/>
            </w:pPr>
            <w:r>
              <w:rPr>
                <w:sz w:val="16"/>
              </w:rPr>
              <w:t>2 records, 2019 to 2023 (2 zone-level)</w:t>
            </w:r>
          </w:p>
        </w:tc>
        <w:tc>
          <w:tcPr>
            <w:tcW w:type="dxa" w:w="2082"/>
          </w:tcPr>
          <w:p>
            <w:pPr>
              <w:spacing w:after="0"/>
              <w:jc w:val="left"/>
            </w:pPr>
          </w:p>
        </w:tc>
        <w:tc>
          <w:tcPr>
            <w:tcW w:type="dxa" w:w="1511"/>
          </w:tcPr>
          <w:p>
            <w:pPr>
              <w:spacing w:after="0"/>
              <w:jc w:val="left"/>
            </w:pPr>
            <w:r>
              <w:rPr>
                <w:sz w:val="16"/>
              </w:rPr>
              <w:t>Wildfire, 2019-08-16, $2,200,000 property; $0 crops (2019 dollars); NWS zone TXZ083</w:t>
            </w:r>
          </w:p>
        </w:tc>
        <w:tc>
          <w:tcPr>
            <w:tcW w:type="dxa" w:w="1479"/>
          </w:tcPr>
          <w:p>
            <w:pPr>
              <w:spacing w:after="0"/>
              <w:jc w:val="left"/>
            </w:pPr>
          </w:p>
        </w:tc>
        <w:tc>
          <w:tcPr>
            <w:tcW w:type="dxa" w:w="1561"/>
          </w:tcPr>
          <w:p>
            <w:pPr>
              <w:spacing w:after="0"/>
              <w:jc w:val="left"/>
            </w:pPr>
            <w:r>
              <w:rPr>
                <w:sz w:val="16"/>
              </w:rPr>
              <w:t>Countywide (zone-level records).</w:t>
            </w:r>
          </w:p>
        </w:tc>
        <w:tc>
          <w:tcPr>
            <w:tcW w:type="dxa" w:w="1871"/>
          </w:tcPr>
          <w:p>
            <w:pPr>
              <w:spacing w:after="0"/>
              <w:jc w:val="left"/>
            </w:pPr>
            <w:r>
              <w:rPr>
                <w:sz w:val="16"/>
              </w:rPr>
              <w:t>Acres burned: in event narratives only (local data needed).</w:t>
            </w:r>
          </w:p>
        </w:tc>
      </w:tr>
      <w:tr>
        <w:trPr>
          <w:cantSplit/>
        </w:trPr>
        <w:tc>
          <w:tcPr>
            <w:tcW w:type="dxa" w:w="1887"/>
          </w:tcPr>
          <w:p>
            <w:pPr>
              <w:spacing w:after="0"/>
              <w:jc w:val="left"/>
            </w:pPr>
            <w:r>
              <w:rPr>
                <w:sz w:val="16"/>
              </w:rPr>
              <w:t>Winter Storm, Heavy Snow, Blizzard, Lake-Effect Snow, Winter Weather, Sleet</w:t>
            </w:r>
          </w:p>
        </w:tc>
        <w:tc>
          <w:tcPr>
            <w:tcW w:type="dxa" w:w="1898"/>
          </w:tcPr>
          <w:p>
            <w:pPr>
              <w:spacing w:after="0"/>
              <w:jc w:val="left"/>
            </w:pPr>
            <w:r>
              <w:rPr>
                <w:sz w:val="16"/>
              </w:rPr>
              <w:t>none in data (snowfall: local data)</w:t>
            </w:r>
          </w:p>
        </w:tc>
        <w:tc>
          <w:tcPr>
            <w:tcW w:type="dxa" w:w="1822"/>
          </w:tcPr>
          <w:p>
            <w:pPr>
              <w:spacing w:after="0"/>
              <w:jc w:val="right"/>
            </w:pPr>
            <w:r>
              <w:rPr>
                <w:sz w:val="16"/>
              </w:rPr>
              <w:t>30 records, 1997 to 2026 (30 zone-level)</w:t>
            </w:r>
          </w:p>
        </w:tc>
        <w:tc>
          <w:tcPr>
            <w:tcW w:type="dxa" w:w="2082"/>
          </w:tcPr>
          <w:p>
            <w:pPr>
              <w:spacing w:after="0"/>
              <w:jc w:val="left"/>
            </w:pPr>
          </w:p>
        </w:tc>
        <w:tc>
          <w:tcPr>
            <w:tcW w:type="dxa" w:w="1511"/>
          </w:tcPr>
          <w:p>
            <w:pPr>
              <w:spacing w:after="0"/>
              <w:jc w:val="left"/>
            </w:pPr>
            <w:r>
              <w:rPr>
                <w:sz w:val="16"/>
              </w:rPr>
              <w:t>Winter Storm, 2000-12-26, $25,000 property; crops not reported (2000 dollars); NWS zone TXZ083</w:t>
            </w:r>
          </w:p>
        </w:tc>
        <w:tc>
          <w:tcPr>
            <w:tcW w:type="dxa" w:w="1479"/>
          </w:tcPr>
          <w:p>
            <w:pPr>
              <w:spacing w:after="0"/>
              <w:jc w:val="left"/>
            </w:pPr>
          </w:p>
        </w:tc>
        <w:tc>
          <w:tcPr>
            <w:tcW w:type="dxa" w:w="1561"/>
          </w:tcPr>
          <w:p>
            <w:pPr>
              <w:spacing w:after="0"/>
              <w:jc w:val="left"/>
            </w:pPr>
            <w:r>
              <w:rPr>
                <w:sz w:val="16"/>
              </w:rPr>
              <w:t>Countywide (zone-level records).</w:t>
            </w:r>
          </w:p>
        </w:tc>
        <w:tc>
          <w:tcPr>
            <w:tcW w:type="dxa" w:w="187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6"/>
        <w:gridCol w:w="1859"/>
        <w:gridCol w:w="3465"/>
        <w:gridCol w:w="2079"/>
        <w:gridCol w:w="146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6"/>
            <w:shd w:val="clear" w:color="auto" w:fill="E8E8E8"/>
          </w:tcPr>
          <w:p>
            <w:pPr>
              <w:spacing w:after="0"/>
              <w:jc w:val="left"/>
            </w:pPr>
            <w:r>
              <w:rPr>
                <w:b/>
                <w:sz w:val="16"/>
              </w:rPr>
              <w:t>Type</w:t>
            </w:r>
          </w:p>
        </w:tc>
        <w:tc>
          <w:tcPr>
            <w:tcW w:type="dxa" w:w="1859"/>
            <w:shd w:val="clear" w:color="auto" w:fill="E8E8E8"/>
          </w:tcPr>
          <w:p>
            <w:pPr>
              <w:spacing w:after="0"/>
              <w:jc w:val="left"/>
            </w:pPr>
            <w:r>
              <w:rPr>
                <w:b/>
                <w:sz w:val="16"/>
              </w:rPr>
              <w:t>Title</w:t>
            </w:r>
          </w:p>
        </w:tc>
        <w:tc>
          <w:tcPr>
            <w:tcW w:type="dxa" w:w="3465"/>
            <w:shd w:val="clear" w:color="auto" w:fill="E8E8E8"/>
          </w:tcPr>
          <w:p>
            <w:pPr>
              <w:spacing w:after="0"/>
              <w:jc w:val="left"/>
            </w:pPr>
            <w:r>
              <w:rPr>
                <w:b/>
                <w:sz w:val="16"/>
              </w:rPr>
              <w:t>Mapped hazard</w:t>
            </w:r>
          </w:p>
        </w:tc>
        <w:tc>
          <w:tcPr>
            <w:tcW w:type="dxa" w:w="20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6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6"/>
          </w:tcPr>
          <w:p>
            <w:pPr>
              <w:spacing w:after="0"/>
              <w:jc w:val="left"/>
            </w:pPr>
            <w:r>
              <w:rPr>
                <w:sz w:val="16"/>
              </w:rPr>
              <w:t>Major disaster</w:t>
            </w:r>
          </w:p>
        </w:tc>
        <w:tc>
          <w:tcPr>
            <w:tcW w:type="dxa" w:w="1859"/>
          </w:tcPr>
          <w:p>
            <w:pPr>
              <w:spacing w:after="0"/>
              <w:jc w:val="left"/>
            </w:pPr>
            <w:r>
              <w:rPr>
                <w:sz w:val="16"/>
              </w:rPr>
              <w:t>Severe Winter Storms</w:t>
            </w:r>
          </w:p>
        </w:tc>
        <w:tc>
          <w:tcPr>
            <w:tcW w:type="dxa" w:w="3465"/>
          </w:tcPr>
          <w:p>
            <w:pPr>
              <w:spacing w:after="0"/>
              <w:jc w:val="left"/>
            </w:pPr>
            <w:r>
              <w:rPr>
                <w:sz w:val="16"/>
              </w:rPr>
              <w:t>Ice Storm</w:t>
            </w:r>
          </w:p>
        </w:tc>
        <w:tc>
          <w:tcPr>
            <w:tcW w:type="dxa" w:w="2079"/>
          </w:tcPr>
          <w:p>
            <w:pPr>
              <w:spacing w:after="0"/>
              <w:jc w:val="right"/>
            </w:pPr>
            <w:r>
              <w:rPr>
                <w:sz w:val="16"/>
              </w:rPr>
              <w:t>no Public Assistance recorded</w:t>
            </w:r>
          </w:p>
        </w:tc>
        <w:tc>
          <w:tcPr>
            <w:tcW w:type="dxa" w:w="1462"/>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6"/>
          </w:tcPr>
          <w:p>
            <w:pPr>
              <w:spacing w:after="0"/>
              <w:jc w:val="left"/>
            </w:pPr>
            <w:r>
              <w:rPr>
                <w:sz w:val="16"/>
              </w:rPr>
              <w:t>Emergency</w:t>
            </w:r>
          </w:p>
        </w:tc>
        <w:tc>
          <w:tcPr>
            <w:tcW w:type="dxa" w:w="1859"/>
          </w:tcPr>
          <w:p>
            <w:pPr>
              <w:spacing w:after="0"/>
              <w:jc w:val="left"/>
            </w:pPr>
            <w:r>
              <w:rPr>
                <w:sz w:val="16"/>
              </w:rPr>
              <w:t>Severe Winter Storm</w:t>
            </w:r>
          </w:p>
        </w:tc>
        <w:tc>
          <w:tcPr>
            <w:tcW w:type="dxa" w:w="3465"/>
          </w:tcPr>
          <w:p>
            <w:pPr>
              <w:spacing w:after="0"/>
              <w:jc w:val="left"/>
            </w:pPr>
            <w:r>
              <w:rPr>
                <w:sz w:val="16"/>
              </w:rPr>
              <w:t>Ice Storm</w:t>
            </w:r>
          </w:p>
        </w:tc>
        <w:tc>
          <w:tcPr>
            <w:tcW w:type="dxa" w:w="2079"/>
          </w:tcPr>
          <w:p>
            <w:pPr>
              <w:spacing w:after="0"/>
              <w:jc w:val="right"/>
            </w:pPr>
            <w:r>
              <w:rPr>
                <w:sz w:val="16"/>
              </w:rPr>
              <w:t>no Public Assistance recorded</w:t>
            </w:r>
          </w:p>
        </w:tc>
        <w:tc>
          <w:tcPr>
            <w:tcW w:type="dxa" w:w="1462"/>
          </w:tcPr>
          <w:p>
            <w:pPr>
              <w:spacing w:after="0"/>
              <w:jc w:val="left"/>
            </w:pPr>
            <w:r>
              <w:rPr>
                <w:sz w:val="16"/>
              </w:rPr>
              <w:t>new since last plan</w:t>
            </w: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6"/>
          </w:tcPr>
          <w:p>
            <w:pPr>
              <w:spacing w:after="0"/>
              <w:jc w:val="left"/>
            </w:pPr>
            <w:r>
              <w:rPr>
                <w:sz w:val="16"/>
              </w:rPr>
              <w:t>Major disaster</w:t>
            </w:r>
          </w:p>
        </w:tc>
        <w:tc>
          <w:tcPr>
            <w:tcW w:type="dxa" w:w="1859"/>
          </w:tcPr>
          <w:p>
            <w:pPr>
              <w:spacing w:after="0"/>
              <w:jc w:val="left"/>
            </w:pPr>
            <w:r>
              <w:rPr>
                <w:sz w:val="16"/>
              </w:rPr>
              <w:t>COVID-19 Pandemic</w:t>
            </w:r>
          </w:p>
        </w:tc>
        <w:tc>
          <w:tcPr>
            <w:tcW w:type="dxa" w:w="3465"/>
          </w:tcPr>
          <w:p>
            <w:pPr>
              <w:spacing w:after="0"/>
              <w:jc w:val="left"/>
            </w:pPr>
            <w:r>
              <w:rPr>
                <w:sz w:val="16"/>
              </w:rPr>
              <w:t>Non-natural, not counted</w:t>
            </w:r>
          </w:p>
        </w:tc>
        <w:tc>
          <w:tcPr>
            <w:tcW w:type="dxa" w:w="2079"/>
          </w:tcPr>
          <w:p>
            <w:pPr>
              <w:spacing w:after="0"/>
              <w:jc w:val="right"/>
            </w:pPr>
            <w:r>
              <w:rPr>
                <w:sz w:val="16"/>
              </w:rPr>
              <w:t>no Public Assistance recorded</w:t>
            </w:r>
          </w:p>
        </w:tc>
        <w:tc>
          <w:tcPr>
            <w:tcW w:type="dxa" w:w="1462"/>
          </w:tcPr>
          <w:p>
            <w:pPr>
              <w:spacing w:after="0"/>
              <w:jc w:val="left"/>
            </w:pPr>
            <w:r>
              <w:rPr>
                <w:sz w:val="16"/>
              </w:rPr>
              <w:t>in the 12 months before plan approval</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6"/>
          </w:tcPr>
          <w:p>
            <w:pPr>
              <w:spacing w:after="0"/>
              <w:jc w:val="left"/>
            </w:pPr>
            <w:r>
              <w:rPr>
                <w:sz w:val="16"/>
              </w:rPr>
              <w:t>Emergency</w:t>
            </w:r>
          </w:p>
        </w:tc>
        <w:tc>
          <w:tcPr>
            <w:tcW w:type="dxa" w:w="1859"/>
          </w:tcPr>
          <w:p>
            <w:pPr>
              <w:spacing w:after="0"/>
              <w:jc w:val="left"/>
            </w:pPr>
            <w:r>
              <w:rPr>
                <w:sz w:val="16"/>
              </w:rPr>
              <w:t>COVID-19</w:t>
            </w:r>
          </w:p>
        </w:tc>
        <w:tc>
          <w:tcPr>
            <w:tcW w:type="dxa" w:w="3465"/>
          </w:tcPr>
          <w:p>
            <w:pPr>
              <w:spacing w:after="0"/>
              <w:jc w:val="left"/>
            </w:pPr>
            <w:r>
              <w:rPr>
                <w:sz w:val="16"/>
              </w:rPr>
              <w:t>Non-natural, not counted</w:t>
            </w:r>
          </w:p>
        </w:tc>
        <w:tc>
          <w:tcPr>
            <w:tcW w:type="dxa" w:w="2079"/>
          </w:tcPr>
          <w:p>
            <w:pPr>
              <w:spacing w:after="0"/>
              <w:jc w:val="right"/>
            </w:pPr>
            <w:r>
              <w:rPr>
                <w:sz w:val="16"/>
              </w:rPr>
              <w:t>no Public Assistance recorded</w:t>
            </w:r>
          </w:p>
        </w:tc>
        <w:tc>
          <w:tcPr>
            <w:tcW w:type="dxa" w:w="1462"/>
          </w:tcPr>
          <w:p>
            <w:pPr>
              <w:spacing w:after="0"/>
              <w:jc w:val="left"/>
            </w:pPr>
            <w:r>
              <w:rPr>
                <w:sz w:val="16"/>
              </w:rPr>
              <w:t>in the 12 months before plan approval</w:t>
            </w: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2019-08-18</w:t>
            </w:r>
          </w:p>
        </w:tc>
        <w:tc>
          <w:tcPr>
            <w:tcW w:type="dxa" w:w="1037"/>
          </w:tcPr>
          <w:p>
            <w:pPr>
              <w:spacing w:after="0"/>
              <w:jc w:val="left"/>
            </w:pPr>
            <w:r>
              <w:rPr>
                <w:sz w:val="16"/>
              </w:rPr>
              <w:t>2019-08-16</w:t>
            </w:r>
          </w:p>
        </w:tc>
        <w:tc>
          <w:tcPr>
            <w:tcW w:type="dxa" w:w="1037"/>
          </w:tcPr>
          <w:p>
            <w:pPr>
              <w:spacing w:after="0"/>
              <w:jc w:val="left"/>
            </w:pPr>
            <w:r>
              <w:rPr>
                <w:sz w:val="16"/>
              </w:rPr>
              <w:t>FM-5288-TX</w:t>
            </w:r>
          </w:p>
        </w:tc>
        <w:tc>
          <w:tcPr>
            <w:tcW w:type="dxa" w:w="1256"/>
          </w:tcPr>
          <w:p>
            <w:pPr>
              <w:spacing w:after="0"/>
              <w:jc w:val="left"/>
            </w:pPr>
            <w:r>
              <w:rPr>
                <w:sz w:val="16"/>
              </w:rPr>
              <w:t>Fire management</w:t>
            </w:r>
          </w:p>
        </w:tc>
        <w:tc>
          <w:tcPr>
            <w:tcW w:type="dxa" w:w="1859"/>
          </w:tcPr>
          <w:p>
            <w:pPr>
              <w:spacing w:after="0"/>
              <w:jc w:val="left"/>
            </w:pPr>
            <w:r>
              <w:rPr>
                <w:sz w:val="16"/>
              </w:rPr>
              <w:t>Copper Breaks Fire</w:t>
            </w:r>
          </w:p>
        </w:tc>
        <w:tc>
          <w:tcPr>
            <w:tcW w:type="dxa" w:w="3465"/>
          </w:tcPr>
          <w:p>
            <w:pPr>
              <w:spacing w:after="0"/>
              <w:jc w:val="left"/>
            </w:pPr>
            <w:r>
              <w:rPr>
                <w:sz w:val="16"/>
              </w:rPr>
              <w:t>Wildfire</w:t>
            </w:r>
          </w:p>
        </w:tc>
        <w:tc>
          <w:tcPr>
            <w:tcW w:type="dxa" w:w="2079"/>
          </w:tcPr>
          <w:p>
            <w:pPr>
              <w:spacing w:after="0"/>
              <w:jc w:val="right"/>
            </w:pPr>
            <w:r>
              <w:rPr>
                <w:sz w:val="16"/>
              </w:rPr>
              <w:t>no Public Assistance recorded</w:t>
            </w:r>
          </w:p>
        </w:tc>
        <w:tc>
          <w:tcPr>
            <w:tcW w:type="dxa" w:w="1462"/>
          </w:tcPr>
          <w:p>
            <w:pPr>
              <w:spacing w:after="0"/>
              <w:jc w:val="left"/>
            </w:pPr>
            <w:r>
              <w:rPr>
                <w:sz w:val="16"/>
              </w:rPr>
              <w:t>in the 12 months before plan approval</w:t>
            </w:r>
          </w:p>
        </w:tc>
        <w:tc>
          <w:tcPr>
            <w:tcW w:type="dxa" w:w="880"/>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56"/>
          </w:tcPr>
          <w:p>
            <w:pPr>
              <w:spacing w:after="0"/>
              <w:jc w:val="left"/>
            </w:pPr>
            <w:r>
              <w:rPr>
                <w:sz w:val="16"/>
              </w:rPr>
              <w:t>Major disaster</w:t>
            </w:r>
          </w:p>
        </w:tc>
        <w:tc>
          <w:tcPr>
            <w:tcW w:type="dxa" w:w="1859"/>
          </w:tcPr>
          <w:p>
            <w:pPr>
              <w:spacing w:after="0"/>
              <w:jc w:val="left"/>
            </w:pPr>
            <w:r>
              <w:rPr>
                <w:sz w:val="16"/>
              </w:rPr>
              <w:t>Severe Winter Storms, Tornadoes, Straight-Line Winds, and Flooding</w:t>
            </w:r>
          </w:p>
        </w:tc>
        <w:tc>
          <w:tcPr>
            <w:tcW w:type="dxa" w:w="3465"/>
          </w:tcPr>
          <w:p>
            <w:pPr>
              <w:spacing w:after="0"/>
              <w:jc w:val="left"/>
            </w:pPr>
            <w:r>
              <w:rPr>
                <w:sz w:val="16"/>
              </w:rPr>
              <w:t>Inland Flooding; Strong Wind; Tornado; Winter Weather</w:t>
            </w:r>
          </w:p>
        </w:tc>
        <w:tc>
          <w:tcPr>
            <w:tcW w:type="dxa" w:w="2079"/>
          </w:tcPr>
          <w:p>
            <w:pPr>
              <w:spacing w:after="0"/>
              <w:jc w:val="right"/>
            </w:pPr>
            <w:r>
              <w:rPr>
                <w:sz w:val="16"/>
              </w:rPr>
              <w:t>$33,696.56</w:t>
            </w:r>
          </w:p>
        </w:tc>
        <w:tc>
          <w:tcPr>
            <w:tcW w:type="dxa" w:w="14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56"/>
          </w:tcPr>
          <w:p>
            <w:pPr>
              <w:spacing w:after="0"/>
              <w:jc w:val="left"/>
            </w:pPr>
            <w:r>
              <w:rPr>
                <w:sz w:val="16"/>
              </w:rPr>
              <w:t>Major disaster</w:t>
            </w:r>
          </w:p>
        </w:tc>
        <w:tc>
          <w:tcPr>
            <w:tcW w:type="dxa" w:w="1859"/>
          </w:tcPr>
          <w:p>
            <w:pPr>
              <w:spacing w:after="0"/>
              <w:jc w:val="left"/>
            </w:pPr>
            <w:r>
              <w:rPr>
                <w:sz w:val="16"/>
              </w:rPr>
              <w:t>Wildfires</w:t>
            </w:r>
          </w:p>
        </w:tc>
        <w:tc>
          <w:tcPr>
            <w:tcW w:type="dxa" w:w="3465"/>
          </w:tcPr>
          <w:p>
            <w:pPr>
              <w:spacing w:after="0"/>
              <w:jc w:val="left"/>
            </w:pPr>
            <w:r>
              <w:rPr>
                <w:sz w:val="16"/>
              </w:rPr>
              <w:t>Wildfire</w:t>
            </w:r>
          </w:p>
        </w:tc>
        <w:tc>
          <w:tcPr>
            <w:tcW w:type="dxa" w:w="2079"/>
          </w:tcPr>
          <w:p>
            <w:pPr>
              <w:spacing w:after="0"/>
              <w:jc w:val="right"/>
            </w:pPr>
            <w:r>
              <w:rPr>
                <w:sz w:val="16"/>
              </w:rPr>
              <w:t>no Public Assistance recorded</w:t>
            </w:r>
          </w:p>
        </w:tc>
        <w:tc>
          <w:tcPr>
            <w:tcW w:type="dxa" w:w="14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6"/>
          </w:tcPr>
          <w:p>
            <w:pPr>
              <w:spacing w:after="0"/>
              <w:jc w:val="left"/>
            </w:pPr>
            <w:r>
              <w:rPr>
                <w:sz w:val="16"/>
              </w:rPr>
              <w:t>Emergency</w:t>
            </w:r>
          </w:p>
        </w:tc>
        <w:tc>
          <w:tcPr>
            <w:tcW w:type="dxa" w:w="1859"/>
          </w:tcPr>
          <w:p>
            <w:pPr>
              <w:spacing w:after="0"/>
              <w:jc w:val="left"/>
            </w:pPr>
            <w:r>
              <w:rPr>
                <w:sz w:val="16"/>
              </w:rPr>
              <w:t>Wildfires</w:t>
            </w:r>
          </w:p>
        </w:tc>
        <w:tc>
          <w:tcPr>
            <w:tcW w:type="dxa" w:w="3465"/>
          </w:tcPr>
          <w:p>
            <w:pPr>
              <w:spacing w:after="0"/>
              <w:jc w:val="left"/>
            </w:pPr>
            <w:r>
              <w:rPr>
                <w:sz w:val="16"/>
              </w:rPr>
              <w:t>Wildfire</w:t>
            </w:r>
          </w:p>
        </w:tc>
        <w:tc>
          <w:tcPr>
            <w:tcW w:type="dxa" w:w="2079"/>
          </w:tcPr>
          <w:p>
            <w:pPr>
              <w:spacing w:after="0"/>
              <w:jc w:val="right"/>
            </w:pPr>
            <w:r>
              <w:rPr>
                <w:sz w:val="16"/>
              </w:rPr>
              <w:t>no Public Assistance recorded</w:t>
            </w:r>
          </w:p>
        </w:tc>
        <w:tc>
          <w:tcPr>
            <w:tcW w:type="dxa" w:w="14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6"/>
          </w:tcPr>
          <w:p>
            <w:pPr>
              <w:spacing w:after="0"/>
              <w:jc w:val="left"/>
            </w:pPr>
            <w:r>
              <w:rPr>
                <w:sz w:val="16"/>
              </w:rPr>
              <w:t>Major disaster</w:t>
            </w:r>
          </w:p>
        </w:tc>
        <w:tc>
          <w:tcPr>
            <w:tcW w:type="dxa" w:w="1859"/>
          </w:tcPr>
          <w:p>
            <w:pPr>
              <w:spacing w:after="0"/>
              <w:jc w:val="left"/>
            </w:pPr>
            <w:r>
              <w:rPr>
                <w:sz w:val="16"/>
              </w:rPr>
              <w:t>Extreme Wildfire Threat</w:t>
            </w:r>
          </w:p>
        </w:tc>
        <w:tc>
          <w:tcPr>
            <w:tcW w:type="dxa" w:w="3465"/>
          </w:tcPr>
          <w:p>
            <w:pPr>
              <w:spacing w:after="0"/>
              <w:jc w:val="left"/>
            </w:pPr>
            <w:r>
              <w:rPr>
                <w:sz w:val="16"/>
              </w:rPr>
              <w:t>Wildfire</w:t>
            </w:r>
          </w:p>
        </w:tc>
        <w:tc>
          <w:tcPr>
            <w:tcW w:type="dxa" w:w="2079"/>
          </w:tcPr>
          <w:p>
            <w:pPr>
              <w:spacing w:after="0"/>
              <w:jc w:val="right"/>
            </w:pPr>
            <w:r>
              <w:rPr>
                <w:sz w:val="16"/>
              </w:rPr>
              <w:t>$2,112.16</w:t>
            </w:r>
          </w:p>
        </w:tc>
        <w:tc>
          <w:tcPr>
            <w:tcW w:type="dxa" w:w="14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6"/>
          </w:tcPr>
          <w:p>
            <w:pPr>
              <w:spacing w:after="0"/>
              <w:jc w:val="left"/>
            </w:pPr>
            <w:r>
              <w:rPr>
                <w:sz w:val="16"/>
              </w:rPr>
              <w:t>Major disaster</w:t>
            </w:r>
          </w:p>
        </w:tc>
        <w:tc>
          <w:tcPr>
            <w:tcW w:type="dxa" w:w="1859"/>
          </w:tcPr>
          <w:p>
            <w:pPr>
              <w:spacing w:after="0"/>
              <w:jc w:val="left"/>
            </w:pPr>
            <w:r>
              <w:rPr>
                <w:sz w:val="16"/>
              </w:rPr>
              <w:t>Hurricane Rita</w:t>
            </w:r>
          </w:p>
        </w:tc>
        <w:tc>
          <w:tcPr>
            <w:tcW w:type="dxa" w:w="3465"/>
          </w:tcPr>
          <w:p>
            <w:pPr>
              <w:spacing w:after="0"/>
              <w:jc w:val="left"/>
            </w:pPr>
            <w:r>
              <w:rPr>
                <w:sz w:val="16"/>
              </w:rPr>
              <w:t>Hurricane: evacuation support (county designated for sheltering evacuees, no Individual Assistance), not a local hazard event; not counted</w:t>
            </w:r>
          </w:p>
        </w:tc>
        <w:tc>
          <w:tcPr>
            <w:tcW w:type="dxa" w:w="2079"/>
          </w:tcPr>
          <w:p>
            <w:pPr>
              <w:spacing w:after="0"/>
              <w:jc w:val="right"/>
            </w:pPr>
            <w:r>
              <w:rPr>
                <w:sz w:val="16"/>
              </w:rPr>
              <w:t>no Public Assistance recorded</w:t>
            </w:r>
          </w:p>
        </w:tc>
        <w:tc>
          <w:tcPr>
            <w:tcW w:type="dxa" w:w="14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6"/>
          </w:tcPr>
          <w:p>
            <w:pPr>
              <w:spacing w:after="0"/>
              <w:jc w:val="left"/>
            </w:pPr>
            <w:r>
              <w:rPr>
                <w:sz w:val="16"/>
              </w:rPr>
              <w:t>Emergency</w:t>
            </w:r>
          </w:p>
        </w:tc>
        <w:tc>
          <w:tcPr>
            <w:tcW w:type="dxa" w:w="1859"/>
          </w:tcPr>
          <w:p>
            <w:pPr>
              <w:spacing w:after="0"/>
              <w:jc w:val="left"/>
            </w:pPr>
            <w:r>
              <w:rPr>
                <w:sz w:val="16"/>
              </w:rPr>
              <w:t>Hurricane Rita</w:t>
            </w:r>
          </w:p>
        </w:tc>
        <w:tc>
          <w:tcPr>
            <w:tcW w:type="dxa" w:w="3465"/>
          </w:tcPr>
          <w:p>
            <w:pPr>
              <w:spacing w:after="0"/>
              <w:jc w:val="left"/>
            </w:pPr>
            <w:r>
              <w:rPr>
                <w:sz w:val="16"/>
              </w:rPr>
              <w:t>Hurricane: evacuation support (county designated for sheltering evacuees, no Individual Assistance), not a local hazard event; not counted</w:t>
            </w:r>
          </w:p>
        </w:tc>
        <w:tc>
          <w:tcPr>
            <w:tcW w:type="dxa" w:w="2079"/>
          </w:tcPr>
          <w:p>
            <w:pPr>
              <w:spacing w:after="0"/>
              <w:jc w:val="right"/>
            </w:pPr>
            <w:r>
              <w:rPr>
                <w:sz w:val="16"/>
              </w:rPr>
              <w:t>no Public Assistance recorded</w:t>
            </w:r>
          </w:p>
        </w:tc>
        <w:tc>
          <w:tcPr>
            <w:tcW w:type="dxa" w:w="1462"/>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6"/>
          </w:tcPr>
          <w:p>
            <w:pPr>
              <w:spacing w:after="0"/>
              <w:jc w:val="left"/>
            </w:pPr>
            <w:r>
              <w:rPr>
                <w:sz w:val="16"/>
              </w:rPr>
              <w:t>Emergency</w:t>
            </w:r>
          </w:p>
        </w:tc>
        <w:tc>
          <w:tcPr>
            <w:tcW w:type="dxa" w:w="1859"/>
          </w:tcPr>
          <w:p>
            <w:pPr>
              <w:spacing w:after="0"/>
              <w:jc w:val="left"/>
            </w:pPr>
            <w:r>
              <w:rPr>
                <w:sz w:val="16"/>
              </w:rPr>
              <w:t>Hurricane Katrina Evacuation</w:t>
            </w:r>
          </w:p>
        </w:tc>
        <w:tc>
          <w:tcPr>
            <w:tcW w:type="dxa" w:w="3465"/>
          </w:tcPr>
          <w:p>
            <w:pPr>
              <w:spacing w:after="0"/>
              <w:jc w:val="left"/>
            </w:pPr>
            <w:r>
              <w:rPr>
                <w:sz w:val="16"/>
              </w:rPr>
              <w:t>Hurricane: evacuation support, not a local hazard event; not counted</w:t>
            </w:r>
          </w:p>
        </w:tc>
        <w:tc>
          <w:tcPr>
            <w:tcW w:type="dxa" w:w="2079"/>
          </w:tcPr>
          <w:p>
            <w:pPr>
              <w:spacing w:after="0"/>
              <w:jc w:val="right"/>
            </w:pPr>
            <w:r>
              <w:rPr>
                <w:sz w:val="16"/>
              </w:rPr>
              <w:t>no Public Assistance recorded</w:t>
            </w:r>
          </w:p>
        </w:tc>
        <w:tc>
          <w:tcPr>
            <w:tcW w:type="dxa" w:w="14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6"/>
          </w:tcPr>
          <w:p>
            <w:pPr>
              <w:spacing w:after="0"/>
              <w:jc w:val="left"/>
            </w:pPr>
            <w:r>
              <w:rPr>
                <w:sz w:val="16"/>
              </w:rPr>
              <w:t>Emergency</w:t>
            </w:r>
          </w:p>
        </w:tc>
        <w:tc>
          <w:tcPr>
            <w:tcW w:type="dxa" w:w="1859"/>
          </w:tcPr>
          <w:p>
            <w:pPr>
              <w:spacing w:after="0"/>
              <w:jc w:val="left"/>
            </w:pPr>
            <w:r>
              <w:rPr>
                <w:sz w:val="16"/>
              </w:rPr>
              <w:t>Extreme Fire Hazards</w:t>
            </w:r>
          </w:p>
        </w:tc>
        <w:tc>
          <w:tcPr>
            <w:tcW w:type="dxa" w:w="3465"/>
          </w:tcPr>
          <w:p>
            <w:pPr>
              <w:spacing w:after="0"/>
              <w:jc w:val="left"/>
            </w:pPr>
            <w:r>
              <w:rPr>
                <w:sz w:val="16"/>
              </w:rPr>
              <w:t>Wildfire</w:t>
            </w:r>
          </w:p>
        </w:tc>
        <w:tc>
          <w:tcPr>
            <w:tcW w:type="dxa" w:w="2079"/>
          </w:tcPr>
          <w:p>
            <w:pPr>
              <w:spacing w:after="0"/>
              <w:jc w:val="right"/>
            </w:pPr>
            <w:r>
              <w:rPr>
                <w:sz w:val="16"/>
              </w:rPr>
              <w:t>no Public Assistance recorded</w:t>
            </w:r>
          </w:p>
        </w:tc>
        <w:tc>
          <w:tcPr>
            <w:tcW w:type="dxa" w:w="14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6"/>
          </w:tcPr>
          <w:p>
            <w:pPr>
              <w:spacing w:after="0"/>
              <w:jc w:val="left"/>
            </w:pPr>
            <w:r>
              <w:rPr>
                <w:sz w:val="16"/>
              </w:rPr>
              <w:t>Major disaster</w:t>
            </w:r>
          </w:p>
        </w:tc>
        <w:tc>
          <w:tcPr>
            <w:tcW w:type="dxa" w:w="1859"/>
          </w:tcPr>
          <w:p>
            <w:pPr>
              <w:spacing w:after="0"/>
              <w:jc w:val="left"/>
            </w:pPr>
            <w:r>
              <w:rPr>
                <w:sz w:val="16"/>
              </w:rPr>
              <w:t>Tropical Storm Charley</w:t>
            </w:r>
          </w:p>
        </w:tc>
        <w:tc>
          <w:tcPr>
            <w:tcW w:type="dxa" w:w="3465"/>
          </w:tcPr>
          <w:p>
            <w:pPr>
              <w:spacing w:after="0"/>
              <w:jc w:val="left"/>
            </w:pPr>
            <w:r>
              <w:rPr>
                <w:sz w:val="16"/>
              </w:rPr>
              <w:t>Hurricane; Inland Flooding: designated for Hazard Mitigation only (no Public or Individual Assistance for this county); not counted</w:t>
            </w:r>
          </w:p>
        </w:tc>
        <w:tc>
          <w:tcPr>
            <w:tcW w:type="dxa" w:w="2079"/>
          </w:tcPr>
          <w:p>
            <w:pPr>
              <w:spacing w:after="0"/>
              <w:jc w:val="right"/>
            </w:pPr>
            <w:r>
              <w:rPr>
                <w:sz w:val="16"/>
              </w:rPr>
              <w:t>PA not declared for this county</w:t>
            </w:r>
          </w:p>
        </w:tc>
        <w:tc>
          <w:tcPr>
            <w:tcW w:type="dxa" w:w="14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56"/>
          </w:tcPr>
          <w:p>
            <w:pPr>
              <w:spacing w:after="0"/>
              <w:jc w:val="left"/>
            </w:pPr>
            <w:r>
              <w:rPr>
                <w:sz w:val="16"/>
              </w:rPr>
              <w:t>Emergency</w:t>
            </w:r>
          </w:p>
        </w:tc>
        <w:tc>
          <w:tcPr>
            <w:tcW w:type="dxa" w:w="1859"/>
          </w:tcPr>
          <w:p>
            <w:pPr>
              <w:spacing w:after="0"/>
              <w:jc w:val="left"/>
            </w:pPr>
            <w:r>
              <w:rPr>
                <w:sz w:val="16"/>
              </w:rPr>
              <w:t>Extreme  Fire Hazard</w:t>
            </w:r>
          </w:p>
        </w:tc>
        <w:tc>
          <w:tcPr>
            <w:tcW w:type="dxa" w:w="3465"/>
          </w:tcPr>
          <w:p>
            <w:pPr>
              <w:spacing w:after="0"/>
              <w:jc w:val="left"/>
            </w:pPr>
            <w:r>
              <w:rPr>
                <w:sz w:val="16"/>
              </w:rPr>
              <w:t>Wildfire</w:t>
            </w:r>
          </w:p>
        </w:tc>
        <w:tc>
          <w:tcPr>
            <w:tcW w:type="dxa" w:w="2079"/>
          </w:tcPr>
          <w:p>
            <w:pPr>
              <w:spacing w:after="0"/>
              <w:jc w:val="right"/>
            </w:pPr>
            <w:r>
              <w:rPr>
                <w:sz w:val="16"/>
              </w:rPr>
              <w:t>no Public Assistance recorded</w:t>
            </w:r>
          </w:p>
        </w:tc>
        <w:tc>
          <w:tcPr>
            <w:tcW w:type="dxa" w:w="14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6"/>
          </w:tcPr>
          <w:p>
            <w:pPr>
              <w:spacing w:after="0"/>
              <w:jc w:val="left"/>
            </w:pPr>
            <w:r>
              <w:rPr>
                <w:sz w:val="16"/>
              </w:rPr>
              <w:t>Emergency</w:t>
            </w:r>
          </w:p>
        </w:tc>
        <w:tc>
          <w:tcPr>
            <w:tcW w:type="dxa" w:w="1859"/>
          </w:tcPr>
          <w:p>
            <w:pPr>
              <w:spacing w:after="0"/>
              <w:jc w:val="left"/>
            </w:pPr>
            <w:r>
              <w:rPr>
                <w:sz w:val="16"/>
              </w:rPr>
              <w:t>Extreme Fire Hazard</w:t>
            </w:r>
          </w:p>
        </w:tc>
        <w:tc>
          <w:tcPr>
            <w:tcW w:type="dxa" w:w="3465"/>
          </w:tcPr>
          <w:p>
            <w:pPr>
              <w:spacing w:after="0"/>
              <w:jc w:val="left"/>
            </w:pPr>
            <w:r>
              <w:rPr>
                <w:sz w:val="16"/>
              </w:rPr>
              <w:t>Drought (primary); also designated: Wildfire</w:t>
            </w:r>
          </w:p>
        </w:tc>
        <w:tc>
          <w:tcPr>
            <w:tcW w:type="dxa" w:w="2079"/>
          </w:tcPr>
          <w:p>
            <w:pPr>
              <w:spacing w:after="0"/>
              <w:jc w:val="right"/>
            </w:pPr>
            <w:r>
              <w:rPr>
                <w:sz w:val="16"/>
              </w:rPr>
              <w:t>no Public Assistance recorded</w:t>
            </w:r>
          </w:p>
        </w:tc>
        <w:tc>
          <w:tcPr>
            <w:tcW w:type="dxa" w:w="1462"/>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3</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126</w:t>
            </w:r>
          </w:p>
        </w:tc>
        <w:tc>
          <w:tcPr>
            <w:tcW w:type="dxa" w:w="1117"/>
          </w:tcPr>
          <w:p>
            <w:pPr>
              <w:spacing w:after="0"/>
              <w:jc w:val="right"/>
            </w:pPr>
            <w:r>
              <w:rPr>
                <w:sz w:val="16"/>
              </w:rPr>
              <w:t>44</w:t>
            </w:r>
          </w:p>
        </w:tc>
        <w:tc>
          <w:tcPr>
            <w:tcW w:type="dxa" w:w="1940"/>
          </w:tcPr>
          <w:p>
            <w:pPr>
              <w:spacing w:after="0"/>
              <w:jc w:val="right"/>
            </w:pPr>
            <w:r>
              <w:rPr>
                <w:sz w:val="16"/>
              </w:rPr>
              <w:t>2</w:t>
            </w:r>
          </w:p>
        </w:tc>
        <w:tc>
          <w:tcPr>
            <w:tcW w:type="dxa" w:w="775"/>
          </w:tcPr>
          <w:p>
            <w:pPr>
              <w:spacing w:after="0"/>
              <w:jc w:val="right"/>
            </w:pPr>
            <w:r>
              <w:rPr>
                <w:sz w:val="16"/>
              </w:rPr>
              <w:t>40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284</w:t>
            </w:r>
          </w:p>
        </w:tc>
        <w:tc>
          <w:tcPr>
            <w:tcW w:type="dxa" w:w="1117"/>
          </w:tcPr>
          <w:p>
            <w:pPr>
              <w:spacing w:after="0"/>
              <w:jc w:val="right"/>
            </w:pPr>
            <w:r>
              <w:rPr>
                <w:sz w:val="16"/>
              </w:rPr>
              <w:t>25</w:t>
            </w:r>
          </w:p>
        </w:tc>
        <w:tc>
          <w:tcPr>
            <w:tcW w:type="dxa" w:w="1940"/>
          </w:tcPr>
          <w:p>
            <w:pPr>
              <w:spacing w:after="0"/>
              <w:jc w:val="right"/>
            </w:pPr>
            <w:r>
              <w:rPr>
                <w:sz w:val="16"/>
              </w:rPr>
              <w:t>8</w:t>
            </w:r>
          </w:p>
        </w:tc>
        <w:tc>
          <w:tcPr>
            <w:tcW w:type="dxa" w:w="775"/>
          </w:tcPr>
          <w:p>
            <w:pPr>
              <w:spacing w:after="0"/>
              <w:jc w:val="right"/>
            </w:pPr>
            <w:r>
              <w:rPr>
                <w:sz w:val="16"/>
              </w:rPr>
              <w:t>17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18</w:t>
            </w:r>
          </w:p>
        </w:tc>
        <w:tc>
          <w:tcPr>
            <w:tcW w:type="dxa" w:w="1117"/>
          </w:tcPr>
          <w:p>
            <w:pPr>
              <w:spacing w:after="0"/>
              <w:jc w:val="right"/>
            </w:pPr>
            <w:r>
              <w:rPr>
                <w:sz w:val="16"/>
              </w:rPr>
              <w:t>17</w:t>
            </w:r>
          </w:p>
        </w:tc>
        <w:tc>
          <w:tcPr>
            <w:tcW w:type="dxa" w:w="1940"/>
          </w:tcPr>
          <w:p>
            <w:pPr>
              <w:spacing w:after="0"/>
              <w:jc w:val="right"/>
            </w:pPr>
            <w:r>
              <w:rPr>
                <w:sz w:val="16"/>
              </w:rPr>
              <w:t>0</w:t>
            </w:r>
          </w:p>
        </w:tc>
        <w:tc>
          <w:tcPr>
            <w:tcW w:type="dxa" w:w="775"/>
          </w:tcPr>
          <w:p>
            <w:pPr>
              <w:spacing w:after="0"/>
              <w:jc w:val="right"/>
            </w:pPr>
            <w:r>
              <w:rPr>
                <w:sz w:val="16"/>
              </w:rPr>
              <w:t>17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8</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154</w:t>
            </w:r>
          </w:p>
        </w:tc>
        <w:tc>
          <w:tcPr>
            <w:tcW w:type="dxa" w:w="1117"/>
          </w:tcPr>
          <w:p>
            <w:pPr>
              <w:spacing w:after="0"/>
              <w:jc w:val="right"/>
            </w:pPr>
            <w:r>
              <w:rPr>
                <w:sz w:val="16"/>
              </w:rPr>
              <w:t>36</w:t>
            </w:r>
          </w:p>
        </w:tc>
        <w:tc>
          <w:tcPr>
            <w:tcW w:type="dxa" w:w="1940"/>
          </w:tcPr>
          <w:p>
            <w:pPr>
              <w:spacing w:after="0"/>
              <w:jc w:val="right"/>
            </w:pPr>
            <w:r>
              <w:rPr>
                <w:sz w:val="16"/>
              </w:rPr>
              <w:t>1</w:t>
            </w:r>
          </w:p>
        </w:tc>
        <w:tc>
          <w:tcPr>
            <w:tcW w:type="dxa" w:w="775"/>
          </w:tcPr>
          <w:p>
            <w:pPr>
              <w:spacing w:after="0"/>
              <w:jc w:val="right"/>
            </w:pPr>
            <w:r>
              <w:rPr>
                <w:sz w:val="16"/>
              </w:rPr>
              <w:t>33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23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42</w:t>
            </w:r>
          </w:p>
        </w:tc>
        <w:tc>
          <w:tcPr>
            <w:tcW w:type="dxa" w:w="1117"/>
          </w:tcPr>
          <w:p>
            <w:pPr>
              <w:spacing w:after="0"/>
              <w:jc w:val="right"/>
            </w:pPr>
            <w:r>
              <w:rPr>
                <w:sz w:val="16"/>
              </w:rPr>
              <w:t>6</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2</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7</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30</w:t>
            </w:r>
          </w:p>
        </w:tc>
        <w:tc>
          <w:tcPr>
            <w:tcW w:type="dxa" w:w="1117"/>
          </w:tcPr>
          <w:p>
            <w:pPr>
              <w:spacing w:after="0"/>
              <w:jc w:val="right"/>
            </w:pPr>
            <w:r>
              <w:rPr>
                <w:sz w:val="16"/>
              </w:rPr>
              <w:t>5</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13"/>
        <w:gridCol w:w="3017"/>
        <w:gridCol w:w="936"/>
        <w:gridCol w:w="2430"/>
        <w:gridCol w:w="1148"/>
        <w:gridCol w:w="26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13"/>
            <w:shd w:val="clear" w:color="auto" w:fill="E8E8E8"/>
          </w:tcPr>
          <w:p>
            <w:pPr>
              <w:spacing w:after="0"/>
              <w:jc w:val="left"/>
            </w:pPr>
            <w:r>
              <w:rPr>
                <w:b/>
                <w:sz w:val="16"/>
              </w:rPr>
              <w:t>Magnitude or extent</w:t>
            </w:r>
          </w:p>
        </w:tc>
        <w:tc>
          <w:tcPr>
            <w:tcW w:type="dxa" w:w="3017"/>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0"/>
            <w:shd w:val="clear" w:color="auto" w:fill="E8E8E8"/>
          </w:tcPr>
          <w:p>
            <w:pPr>
              <w:spacing w:after="0"/>
              <w:jc w:val="left"/>
            </w:pPr>
            <w:r>
              <w:rPr>
                <w:b/>
                <w:sz w:val="16"/>
              </w:rPr>
              <w:t>Location</w:t>
            </w:r>
          </w:p>
        </w:tc>
        <w:tc>
          <w:tcPr>
            <w:tcW w:type="dxa" w:w="1148"/>
            <w:shd w:val="clear" w:color="auto" w:fill="E8E8E8"/>
          </w:tcPr>
          <w:p>
            <w:pPr>
              <w:spacing w:after="0"/>
              <w:jc w:val="left"/>
            </w:pPr>
            <w:r>
              <w:rPr>
                <w:b/>
                <w:sz w:val="16"/>
              </w:rPr>
              <w:t>Flags</w:t>
            </w:r>
          </w:p>
        </w:tc>
        <w:tc>
          <w:tcPr>
            <w:tcW w:type="dxa" w:w="26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Cold/Wind Chill</w:t>
            </w:r>
          </w:p>
        </w:tc>
        <w:tc>
          <w:tcPr>
            <w:tcW w:type="dxa" w:w="1713"/>
          </w:tcPr>
          <w:p>
            <w:pPr>
              <w:spacing w:after="0"/>
              <w:jc w:val="left"/>
            </w:pPr>
          </w:p>
        </w:tc>
        <w:tc>
          <w:tcPr>
            <w:tcW w:type="dxa" w:w="3017"/>
          </w:tcPr>
          <w:p>
            <w:pPr>
              <w:spacing w:after="0"/>
              <w:jc w:val="left"/>
            </w:pPr>
            <w:r>
              <w:rPr>
                <w:sz w:val="16"/>
              </w:rPr>
              <w:t>damage not reported</w:t>
            </w:r>
          </w:p>
        </w:tc>
        <w:tc>
          <w:tcPr>
            <w:tcW w:type="dxa" w:w="936"/>
          </w:tcPr>
          <w:p>
            <w:pPr>
              <w:spacing w:after="0"/>
              <w:jc w:val="right"/>
            </w:pPr>
            <w:r>
              <w:rPr>
                <w:sz w:val="16"/>
              </w:rPr>
              <w:t>0, 0</w:t>
            </w:r>
          </w:p>
        </w:tc>
        <w:tc>
          <w:tcPr>
            <w:tcW w:type="dxa" w:w="2430"/>
          </w:tcPr>
          <w:p>
            <w:pPr>
              <w:spacing w:after="0"/>
              <w:jc w:val="left"/>
            </w:pPr>
            <w:r>
              <w:rPr>
                <w:sz w:val="16"/>
              </w:rPr>
              <w:t>NWS zone TXZ083 (HARDEMAN), zone-level</w:t>
            </w:r>
          </w:p>
        </w:tc>
        <w:tc>
          <w:tcPr>
            <w:tcW w:type="dxa" w:w="1148"/>
          </w:tcPr>
          <w:p>
            <w:pPr>
              <w:spacing w:after="0"/>
              <w:jc w:val="left"/>
            </w:pPr>
            <w:r>
              <w:rPr>
                <w:sz w:val="16"/>
              </w:rPr>
              <w:t>new since last plan; within last 5 years</w:t>
            </w:r>
          </w:p>
        </w:tc>
        <w:tc>
          <w:tcPr>
            <w:tcW w:type="dxa" w:w="26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2023-02-26</w:t>
            </w:r>
          </w:p>
        </w:tc>
        <w:tc>
          <w:tcPr>
            <w:tcW w:type="dxa" w:w="1215"/>
          </w:tcPr>
          <w:p>
            <w:pPr>
              <w:spacing w:after="0"/>
              <w:jc w:val="left"/>
            </w:pPr>
            <w:r>
              <w:rPr>
                <w:sz w:val="16"/>
              </w:rPr>
              <w:t>High Wind</w:t>
            </w:r>
          </w:p>
        </w:tc>
        <w:tc>
          <w:tcPr>
            <w:tcW w:type="dxa" w:w="1713"/>
          </w:tcPr>
          <w:p>
            <w:pPr>
              <w:spacing w:after="0"/>
              <w:jc w:val="left"/>
            </w:pPr>
            <w:r>
              <w:rPr>
                <w:sz w:val="16"/>
              </w:rPr>
              <w:t>67 kt (77 mph) measured gust</w:t>
            </w:r>
          </w:p>
        </w:tc>
        <w:tc>
          <w:tcPr>
            <w:tcW w:type="dxa" w:w="3017"/>
          </w:tcPr>
          <w:p>
            <w:pPr>
              <w:spacing w:after="0"/>
              <w:jc w:val="left"/>
            </w:pPr>
            <w:r>
              <w:rPr>
                <w:sz w:val="16"/>
              </w:rPr>
              <w:t>damage not reported</w:t>
            </w:r>
          </w:p>
        </w:tc>
        <w:tc>
          <w:tcPr>
            <w:tcW w:type="dxa" w:w="936"/>
          </w:tcPr>
          <w:p>
            <w:pPr>
              <w:spacing w:after="0"/>
              <w:jc w:val="right"/>
            </w:pPr>
            <w:r>
              <w:rPr>
                <w:sz w:val="16"/>
              </w:rPr>
              <w:t>0, 0</w:t>
            </w:r>
          </w:p>
        </w:tc>
        <w:tc>
          <w:tcPr>
            <w:tcW w:type="dxa" w:w="2430"/>
          </w:tcPr>
          <w:p>
            <w:pPr>
              <w:spacing w:after="0"/>
              <w:jc w:val="left"/>
            </w:pPr>
            <w:r>
              <w:rPr>
                <w:sz w:val="16"/>
              </w:rPr>
              <w:t>NWS zone TXZ083 (HARDEMAN), zone-level</w:t>
            </w:r>
          </w:p>
        </w:tc>
        <w:tc>
          <w:tcPr>
            <w:tcW w:type="dxa" w:w="1148"/>
          </w:tcPr>
          <w:p>
            <w:pPr>
              <w:spacing w:after="0"/>
              <w:jc w:val="left"/>
            </w:pPr>
            <w:r>
              <w:rPr>
                <w:sz w:val="16"/>
              </w:rPr>
              <w:t>new since last plan; within last 5 years</w:t>
            </w:r>
          </w:p>
        </w:tc>
        <w:tc>
          <w:tcPr>
            <w:tcW w:type="dxa" w:w="2616"/>
          </w:tcPr>
          <w:p>
            <w:pPr>
              <w:spacing w:after="0"/>
              <w:jc w:val="left"/>
            </w:pPr>
            <w:r>
              <w:rPr>
                <w:sz w:val="16"/>
              </w:rPr>
              <w:t>B1-c worst recorded: High Wind and Strong Wind</w:t>
            </w:r>
          </w:p>
        </w:tc>
      </w:tr>
      <w:tr>
        <w:trPr>
          <w:cantSplit/>
        </w:trPr>
        <w:tc>
          <w:tcPr>
            <w:tcW w:type="dxa" w:w="1037"/>
          </w:tcPr>
          <w:p>
            <w:pPr>
              <w:spacing w:after="0"/>
              <w:jc w:val="left"/>
            </w:pPr>
            <w:r>
              <w:rPr>
                <w:sz w:val="16"/>
              </w:rPr>
              <w:t>2019-08-16</w:t>
            </w:r>
          </w:p>
        </w:tc>
        <w:tc>
          <w:tcPr>
            <w:tcW w:type="dxa" w:w="1215"/>
          </w:tcPr>
          <w:p>
            <w:pPr>
              <w:spacing w:after="0"/>
              <w:jc w:val="left"/>
            </w:pPr>
            <w:r>
              <w:rPr>
                <w:sz w:val="16"/>
              </w:rPr>
              <w:t>Wildfire</w:t>
            </w:r>
          </w:p>
        </w:tc>
        <w:tc>
          <w:tcPr>
            <w:tcW w:type="dxa" w:w="1713"/>
          </w:tcPr>
          <w:p>
            <w:pPr>
              <w:spacing w:after="0"/>
              <w:jc w:val="left"/>
            </w:pPr>
          </w:p>
        </w:tc>
        <w:tc>
          <w:tcPr>
            <w:tcW w:type="dxa" w:w="3017"/>
          </w:tcPr>
          <w:p>
            <w:pPr>
              <w:spacing w:after="0"/>
              <w:jc w:val="left"/>
            </w:pPr>
            <w:r>
              <w:rPr>
                <w:sz w:val="16"/>
              </w:rPr>
              <w:t>$2,200,000 property; $0 crops, reported for the zone (2019 dollars)</w:t>
            </w:r>
          </w:p>
        </w:tc>
        <w:tc>
          <w:tcPr>
            <w:tcW w:type="dxa" w:w="936"/>
          </w:tcPr>
          <w:p>
            <w:pPr>
              <w:spacing w:after="0"/>
              <w:jc w:val="right"/>
            </w:pPr>
            <w:r>
              <w:rPr>
                <w:sz w:val="16"/>
              </w:rPr>
              <w:t>0, 0</w:t>
            </w:r>
          </w:p>
        </w:tc>
        <w:tc>
          <w:tcPr>
            <w:tcW w:type="dxa" w:w="2430"/>
          </w:tcPr>
          <w:p>
            <w:pPr>
              <w:spacing w:after="0"/>
              <w:jc w:val="left"/>
            </w:pPr>
            <w:r>
              <w:rPr>
                <w:sz w:val="16"/>
              </w:rPr>
              <w:t>NWS zone TXZ083 (HARDEMAN), zone-level</w:t>
            </w:r>
          </w:p>
        </w:tc>
        <w:tc>
          <w:tcPr>
            <w:tcW w:type="dxa" w:w="1148"/>
          </w:tcPr>
          <w:p>
            <w:pPr>
              <w:spacing w:after="0"/>
              <w:jc w:val="left"/>
            </w:pPr>
            <w:r>
              <w:rPr>
                <w:sz w:val="16"/>
              </w:rPr>
              <w:t>in the 12 months before plan approval</w:t>
            </w:r>
          </w:p>
        </w:tc>
        <w:tc>
          <w:tcPr>
            <w:tcW w:type="dxa" w:w="2616"/>
          </w:tcPr>
          <w:p>
            <w:pPr>
              <w:spacing w:after="0"/>
              <w:jc w:val="left"/>
            </w:pPr>
            <w:r>
              <w:rPr>
                <w:sz w:val="16"/>
              </w:rPr>
              <w:t>B1-c worst recorded: Wildfire</w:t>
            </w:r>
          </w:p>
        </w:tc>
      </w:tr>
      <w:tr>
        <w:trPr>
          <w:cantSplit/>
        </w:trPr>
        <w:tc>
          <w:tcPr>
            <w:tcW w:type="dxa" w:w="1037"/>
          </w:tcPr>
          <w:p>
            <w:pPr>
              <w:spacing w:after="0"/>
              <w:jc w:val="left"/>
            </w:pPr>
            <w:r>
              <w:rPr>
                <w:sz w:val="16"/>
              </w:rPr>
              <w:t>2012-04-01</w:t>
            </w:r>
          </w:p>
        </w:tc>
        <w:tc>
          <w:tcPr>
            <w:tcW w:type="dxa" w:w="1215"/>
          </w:tcPr>
          <w:p>
            <w:pPr>
              <w:spacing w:after="0"/>
              <w:jc w:val="left"/>
            </w:pPr>
            <w:r>
              <w:rPr>
                <w:sz w:val="16"/>
              </w:rPr>
              <w:t>Drought</w:t>
            </w:r>
          </w:p>
        </w:tc>
        <w:tc>
          <w:tcPr>
            <w:tcW w:type="dxa" w:w="1713"/>
          </w:tcPr>
          <w:p>
            <w:pPr>
              <w:spacing w:after="0"/>
              <w:jc w:val="left"/>
            </w:pPr>
          </w:p>
        </w:tc>
        <w:tc>
          <w:tcPr>
            <w:tcW w:type="dxa" w:w="3017"/>
          </w:tcPr>
          <w:p>
            <w:pPr>
              <w:spacing w:after="0"/>
              <w:jc w:val="left"/>
            </w:pPr>
            <w:r>
              <w:rPr>
                <w:sz w:val="16"/>
              </w:rPr>
              <w:t>damage not reported</w:t>
            </w:r>
          </w:p>
        </w:tc>
        <w:tc>
          <w:tcPr>
            <w:tcW w:type="dxa" w:w="936"/>
          </w:tcPr>
          <w:p>
            <w:pPr>
              <w:spacing w:after="0"/>
              <w:jc w:val="right"/>
            </w:pPr>
            <w:r>
              <w:rPr>
                <w:sz w:val="16"/>
              </w:rPr>
              <w:t>0, 0</w:t>
            </w:r>
          </w:p>
        </w:tc>
        <w:tc>
          <w:tcPr>
            <w:tcW w:type="dxa" w:w="2430"/>
          </w:tcPr>
          <w:p>
            <w:pPr>
              <w:spacing w:after="0"/>
              <w:jc w:val="left"/>
            </w:pPr>
            <w:r>
              <w:rPr>
                <w:sz w:val="16"/>
              </w:rPr>
              <w:t>NWS zone TXZ083 (HARDEMAN), zone-level</w:t>
            </w:r>
          </w:p>
        </w:tc>
        <w:tc>
          <w:tcPr>
            <w:tcW w:type="dxa" w:w="1148"/>
          </w:tcPr>
          <w:p>
            <w:pPr>
              <w:spacing w:after="0"/>
              <w:jc w:val="left"/>
            </w:pPr>
          </w:p>
        </w:tc>
        <w:tc>
          <w:tcPr>
            <w:tcW w:type="dxa" w:w="2616"/>
          </w:tcPr>
          <w:p>
            <w:pPr>
              <w:spacing w:after="0"/>
              <w:jc w:val="left"/>
            </w:pPr>
            <w:r>
              <w:rPr>
                <w:sz w:val="16"/>
              </w:rPr>
              <w:t>B1-c worst recorded: Drought</w:t>
            </w:r>
          </w:p>
        </w:tc>
      </w:tr>
      <w:tr>
        <w:trPr>
          <w:cantSplit/>
        </w:trPr>
        <w:tc>
          <w:tcPr>
            <w:tcW w:type="dxa" w:w="1037"/>
          </w:tcPr>
          <w:p>
            <w:pPr>
              <w:spacing w:after="0"/>
              <w:jc w:val="left"/>
            </w:pPr>
            <w:r>
              <w:rPr>
                <w:sz w:val="16"/>
              </w:rPr>
              <w:t>2006-08-01</w:t>
            </w:r>
          </w:p>
        </w:tc>
        <w:tc>
          <w:tcPr>
            <w:tcW w:type="dxa" w:w="1215"/>
          </w:tcPr>
          <w:p>
            <w:pPr>
              <w:spacing w:after="0"/>
              <w:jc w:val="left"/>
            </w:pPr>
            <w:r>
              <w:rPr>
                <w:sz w:val="16"/>
              </w:rPr>
              <w:t>Drought</w:t>
            </w:r>
          </w:p>
        </w:tc>
        <w:tc>
          <w:tcPr>
            <w:tcW w:type="dxa" w:w="1713"/>
          </w:tcPr>
          <w:p>
            <w:pPr>
              <w:spacing w:after="0"/>
              <w:jc w:val="left"/>
            </w:pPr>
          </w:p>
        </w:tc>
        <w:tc>
          <w:tcPr>
            <w:tcW w:type="dxa" w:w="3017"/>
          </w:tcPr>
          <w:p>
            <w:pPr>
              <w:spacing w:after="0"/>
              <w:jc w:val="left"/>
            </w:pPr>
            <w:r>
              <w:rPr>
                <w:sz w:val="16"/>
              </w:rPr>
              <w:t>$20,000 property; $500,000 crops, reported for the zone (2006 dollars)</w:t>
            </w:r>
          </w:p>
        </w:tc>
        <w:tc>
          <w:tcPr>
            <w:tcW w:type="dxa" w:w="936"/>
          </w:tcPr>
          <w:p>
            <w:pPr>
              <w:spacing w:after="0"/>
              <w:jc w:val="right"/>
            </w:pPr>
            <w:r>
              <w:rPr>
                <w:sz w:val="16"/>
              </w:rPr>
              <w:t>0, 0</w:t>
            </w:r>
          </w:p>
        </w:tc>
        <w:tc>
          <w:tcPr>
            <w:tcW w:type="dxa" w:w="2430"/>
          </w:tcPr>
          <w:p>
            <w:pPr>
              <w:spacing w:after="0"/>
              <w:jc w:val="left"/>
            </w:pPr>
            <w:r>
              <w:rPr>
                <w:sz w:val="16"/>
              </w:rPr>
              <w:t>NWS zone TXZ083 (HARDEMAN), zone-level</w:t>
            </w:r>
          </w:p>
        </w:tc>
        <w:tc>
          <w:tcPr>
            <w:tcW w:type="dxa" w:w="1148"/>
          </w:tcPr>
          <w:p>
            <w:pPr>
              <w:spacing w:after="0"/>
              <w:jc w:val="left"/>
            </w:pPr>
          </w:p>
        </w:tc>
        <w:tc>
          <w:tcPr>
            <w:tcW w:type="dxa" w:w="2616"/>
          </w:tcPr>
          <w:p>
            <w:pPr>
              <w:spacing w:after="0"/>
              <w:jc w:val="left"/>
            </w:pPr>
            <w:r>
              <w:rPr>
                <w:sz w:val="16"/>
              </w:rPr>
              <w:t>B1-c most damaging: Drought</w:t>
            </w:r>
          </w:p>
        </w:tc>
      </w:tr>
      <w:tr>
        <w:trPr>
          <w:cantSplit/>
        </w:trPr>
        <w:tc>
          <w:tcPr>
            <w:tcW w:type="dxa" w:w="1037"/>
          </w:tcPr>
          <w:p>
            <w:pPr>
              <w:spacing w:after="0"/>
              <w:jc w:val="left"/>
            </w:pPr>
            <w:r>
              <w:rPr>
                <w:sz w:val="16"/>
              </w:rPr>
              <w:t>2006-07-11</w:t>
            </w:r>
          </w:p>
        </w:tc>
        <w:tc>
          <w:tcPr>
            <w:tcW w:type="dxa" w:w="1215"/>
          </w:tcPr>
          <w:p>
            <w:pPr>
              <w:spacing w:after="0"/>
              <w:jc w:val="left"/>
            </w:pPr>
            <w:r>
              <w:rPr>
                <w:sz w:val="16"/>
              </w:rPr>
              <w:t>Heat</w:t>
            </w:r>
          </w:p>
        </w:tc>
        <w:tc>
          <w:tcPr>
            <w:tcW w:type="dxa" w:w="1713"/>
          </w:tcPr>
          <w:p>
            <w:pPr>
              <w:spacing w:after="0"/>
              <w:jc w:val="left"/>
            </w:pPr>
          </w:p>
        </w:tc>
        <w:tc>
          <w:tcPr>
            <w:tcW w:type="dxa" w:w="3017"/>
          </w:tcPr>
          <w:p>
            <w:pPr>
              <w:spacing w:after="0"/>
              <w:jc w:val="left"/>
            </w:pPr>
            <w:r>
              <w:rPr>
                <w:sz w:val="16"/>
              </w:rPr>
              <w:t>damage not reported</w:t>
            </w:r>
          </w:p>
        </w:tc>
        <w:tc>
          <w:tcPr>
            <w:tcW w:type="dxa" w:w="936"/>
          </w:tcPr>
          <w:p>
            <w:pPr>
              <w:spacing w:after="0"/>
              <w:jc w:val="right"/>
            </w:pPr>
            <w:r>
              <w:rPr>
                <w:sz w:val="16"/>
              </w:rPr>
              <w:t>0, 0</w:t>
            </w:r>
          </w:p>
        </w:tc>
        <w:tc>
          <w:tcPr>
            <w:tcW w:type="dxa" w:w="2430"/>
          </w:tcPr>
          <w:p>
            <w:pPr>
              <w:spacing w:after="0"/>
              <w:jc w:val="left"/>
            </w:pPr>
            <w:r>
              <w:rPr>
                <w:sz w:val="16"/>
              </w:rPr>
              <w:t>NWS zone TXZ083 (HARDEMAN), zone-level</w:t>
            </w:r>
          </w:p>
        </w:tc>
        <w:tc>
          <w:tcPr>
            <w:tcW w:type="dxa" w:w="1148"/>
          </w:tcPr>
          <w:p>
            <w:pPr>
              <w:spacing w:after="0"/>
              <w:jc w:val="left"/>
            </w:pPr>
          </w:p>
        </w:tc>
        <w:tc>
          <w:tcPr>
            <w:tcW w:type="dxa" w:w="2616"/>
          </w:tcPr>
          <w:p>
            <w:pPr>
              <w:spacing w:after="0"/>
              <w:jc w:val="left"/>
            </w:pPr>
            <w:r>
              <w:rPr>
                <w:sz w:val="16"/>
              </w:rPr>
              <w:t>B1-c worst recorded: Excessive Heat, Heat</w:t>
            </w:r>
          </w:p>
        </w:tc>
      </w:tr>
      <w:tr>
        <w:trPr>
          <w:cantSplit/>
        </w:trPr>
        <w:tc>
          <w:tcPr>
            <w:tcW w:type="dxa" w:w="1037"/>
          </w:tcPr>
          <w:p>
            <w:pPr>
              <w:spacing w:after="0"/>
              <w:jc w:val="left"/>
            </w:pPr>
            <w:r>
              <w:rPr>
                <w:sz w:val="16"/>
              </w:rPr>
              <w:t>2001-08-09</w:t>
            </w:r>
          </w:p>
        </w:tc>
        <w:tc>
          <w:tcPr>
            <w:tcW w:type="dxa" w:w="1215"/>
          </w:tcPr>
          <w:p>
            <w:pPr>
              <w:spacing w:after="0"/>
              <w:jc w:val="left"/>
            </w:pPr>
            <w:r>
              <w:rPr>
                <w:sz w:val="16"/>
              </w:rPr>
              <w:t>Lightning</w:t>
            </w:r>
          </w:p>
        </w:tc>
        <w:tc>
          <w:tcPr>
            <w:tcW w:type="dxa" w:w="1713"/>
          </w:tcPr>
          <w:p>
            <w:pPr>
              <w:spacing w:after="0"/>
              <w:jc w:val="left"/>
            </w:pPr>
          </w:p>
        </w:tc>
        <w:tc>
          <w:tcPr>
            <w:tcW w:type="dxa" w:w="3017"/>
          </w:tcPr>
          <w:p>
            <w:pPr>
              <w:spacing w:after="0"/>
              <w:jc w:val="left"/>
            </w:pPr>
            <w:r>
              <w:rPr>
                <w:sz w:val="16"/>
              </w:rPr>
              <w:t>$2,000 property; crops not reported (2001 dollars)</w:t>
            </w:r>
          </w:p>
        </w:tc>
        <w:tc>
          <w:tcPr>
            <w:tcW w:type="dxa" w:w="936"/>
          </w:tcPr>
          <w:p>
            <w:pPr>
              <w:spacing w:after="0"/>
              <w:jc w:val="right"/>
            </w:pPr>
            <w:r>
              <w:rPr>
                <w:sz w:val="16"/>
              </w:rPr>
              <w:t>0, 0</w:t>
            </w:r>
          </w:p>
        </w:tc>
        <w:tc>
          <w:tcPr>
            <w:tcW w:type="dxa" w:w="2430"/>
          </w:tcPr>
          <w:p>
            <w:pPr>
              <w:spacing w:after="0"/>
              <w:jc w:val="left"/>
            </w:pPr>
            <w:r>
              <w:rPr>
                <w:sz w:val="16"/>
              </w:rPr>
              <w:t>QUANAH</w:t>
            </w:r>
          </w:p>
        </w:tc>
        <w:tc>
          <w:tcPr>
            <w:tcW w:type="dxa" w:w="1148"/>
          </w:tcPr>
          <w:p>
            <w:pPr>
              <w:spacing w:after="0"/>
              <w:jc w:val="left"/>
            </w:pPr>
          </w:p>
        </w:tc>
        <w:tc>
          <w:tcPr>
            <w:tcW w:type="dxa" w:w="2616"/>
          </w:tcPr>
          <w:p>
            <w:pPr>
              <w:spacing w:after="0"/>
              <w:jc w:val="left"/>
            </w:pPr>
            <w:r>
              <w:rPr>
                <w:sz w:val="16"/>
              </w:rPr>
              <w:t>B1-c worst recorded: Lightning</w:t>
            </w:r>
          </w:p>
        </w:tc>
      </w:tr>
      <w:tr>
        <w:trPr>
          <w:cantSplit/>
        </w:trPr>
        <w:tc>
          <w:tcPr>
            <w:tcW w:type="dxa" w:w="1037"/>
          </w:tcPr>
          <w:p>
            <w:pPr>
              <w:spacing w:after="0"/>
              <w:jc w:val="left"/>
            </w:pPr>
            <w:r>
              <w:rPr>
                <w:sz w:val="16"/>
              </w:rPr>
              <w:t>2001-05-29</w:t>
            </w:r>
          </w:p>
        </w:tc>
        <w:tc>
          <w:tcPr>
            <w:tcW w:type="dxa" w:w="1215"/>
          </w:tcPr>
          <w:p>
            <w:pPr>
              <w:spacing w:after="0"/>
              <w:jc w:val="left"/>
            </w:pPr>
            <w:r>
              <w:rPr>
                <w:sz w:val="16"/>
              </w:rPr>
              <w:t>Tornado</w:t>
            </w:r>
          </w:p>
        </w:tc>
        <w:tc>
          <w:tcPr>
            <w:tcW w:type="dxa" w:w="1713"/>
          </w:tcPr>
          <w:p>
            <w:pPr>
              <w:spacing w:after="0"/>
              <w:jc w:val="left"/>
            </w:pPr>
            <w:r>
              <w:rPr>
                <w:sz w:val="16"/>
              </w:rPr>
              <w:t>F1, 8 mi within this county, 660 yd wide</w:t>
            </w:r>
          </w:p>
        </w:tc>
        <w:tc>
          <w:tcPr>
            <w:tcW w:type="dxa" w:w="3017"/>
          </w:tcPr>
          <w:p>
            <w:pPr>
              <w:spacing w:after="0"/>
              <w:jc w:val="left"/>
            </w:pPr>
            <w:r>
              <w:rPr>
                <w:sz w:val="16"/>
              </w:rPr>
              <w:t>$60,000 property; crops not reported (2001 dollars)</w:t>
            </w:r>
          </w:p>
        </w:tc>
        <w:tc>
          <w:tcPr>
            <w:tcW w:type="dxa" w:w="936"/>
          </w:tcPr>
          <w:p>
            <w:pPr>
              <w:spacing w:after="0"/>
              <w:jc w:val="right"/>
            </w:pPr>
            <w:r>
              <w:rPr>
                <w:sz w:val="16"/>
              </w:rPr>
              <w:t>0, 1</w:t>
            </w:r>
          </w:p>
        </w:tc>
        <w:tc>
          <w:tcPr>
            <w:tcW w:type="dxa" w:w="2430"/>
          </w:tcPr>
          <w:p>
            <w:pPr>
              <w:spacing w:after="0"/>
              <w:jc w:val="left"/>
            </w:pPr>
            <w:r>
              <w:rPr>
                <w:sz w:val="16"/>
              </w:rPr>
              <w:t>QUANAH</w:t>
            </w:r>
          </w:p>
        </w:tc>
        <w:tc>
          <w:tcPr>
            <w:tcW w:type="dxa" w:w="1148"/>
          </w:tcPr>
          <w:p>
            <w:pPr>
              <w:spacing w:after="0"/>
              <w:jc w:val="left"/>
            </w:pP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2001-05-29</w:t>
            </w:r>
          </w:p>
        </w:tc>
        <w:tc>
          <w:tcPr>
            <w:tcW w:type="dxa" w:w="1215"/>
          </w:tcPr>
          <w:p>
            <w:pPr>
              <w:spacing w:after="0"/>
              <w:jc w:val="left"/>
            </w:pPr>
            <w:r>
              <w:rPr>
                <w:sz w:val="16"/>
              </w:rPr>
              <w:t>Thunderstorm Wind</w:t>
            </w:r>
          </w:p>
        </w:tc>
        <w:tc>
          <w:tcPr>
            <w:tcW w:type="dxa" w:w="1713"/>
          </w:tcPr>
          <w:p>
            <w:pPr>
              <w:spacing w:after="0"/>
              <w:jc w:val="left"/>
            </w:pPr>
            <w:r>
              <w:rPr>
                <w:sz w:val="16"/>
              </w:rPr>
              <w:t>87 kt (100 mph) measured</w:t>
            </w:r>
          </w:p>
        </w:tc>
        <w:tc>
          <w:tcPr>
            <w:tcW w:type="dxa" w:w="3017"/>
          </w:tcPr>
          <w:p>
            <w:pPr>
              <w:spacing w:after="0"/>
              <w:jc w:val="left"/>
            </w:pPr>
            <w:r>
              <w:rPr>
                <w:sz w:val="16"/>
              </w:rPr>
              <w:t>damage not reported</w:t>
            </w:r>
          </w:p>
        </w:tc>
        <w:tc>
          <w:tcPr>
            <w:tcW w:type="dxa" w:w="936"/>
          </w:tcPr>
          <w:p>
            <w:pPr>
              <w:spacing w:after="0"/>
              <w:jc w:val="right"/>
            </w:pPr>
            <w:r>
              <w:rPr>
                <w:sz w:val="16"/>
              </w:rPr>
              <w:t>0, 0</w:t>
            </w:r>
          </w:p>
        </w:tc>
        <w:tc>
          <w:tcPr>
            <w:tcW w:type="dxa" w:w="2430"/>
          </w:tcPr>
          <w:p>
            <w:pPr>
              <w:spacing w:after="0"/>
              <w:jc w:val="left"/>
            </w:pPr>
            <w:r>
              <w:rPr>
                <w:sz w:val="16"/>
              </w:rPr>
              <w:t>CHILLICOTHE</w:t>
            </w:r>
          </w:p>
        </w:tc>
        <w:tc>
          <w:tcPr>
            <w:tcW w:type="dxa" w:w="1148"/>
          </w:tcPr>
          <w:p>
            <w:pPr>
              <w:spacing w:after="0"/>
              <w:jc w:val="left"/>
            </w:pPr>
          </w:p>
        </w:tc>
        <w:tc>
          <w:tcPr>
            <w:tcW w:type="dxa" w:w="2616"/>
          </w:tcPr>
          <w:p>
            <w:pPr>
              <w:spacing w:after="0"/>
              <w:jc w:val="left"/>
            </w:pPr>
            <w:r>
              <w:rPr>
                <w:sz w:val="16"/>
              </w:rPr>
              <w:t>B1-c worst recorded: Thunderstorm Wind</w:t>
            </w:r>
          </w:p>
        </w:tc>
      </w:tr>
      <w:tr>
        <w:trPr>
          <w:cantSplit/>
        </w:trPr>
        <w:tc>
          <w:tcPr>
            <w:tcW w:type="dxa" w:w="1037"/>
          </w:tcPr>
          <w:p>
            <w:pPr>
              <w:spacing w:after="0"/>
              <w:jc w:val="left"/>
            </w:pPr>
            <w:r>
              <w:rPr>
                <w:sz w:val="16"/>
              </w:rPr>
              <w:t>2000-12-26</w:t>
            </w:r>
          </w:p>
        </w:tc>
        <w:tc>
          <w:tcPr>
            <w:tcW w:type="dxa" w:w="1215"/>
          </w:tcPr>
          <w:p>
            <w:pPr>
              <w:spacing w:after="0"/>
              <w:jc w:val="left"/>
            </w:pPr>
            <w:r>
              <w:rPr>
                <w:sz w:val="16"/>
              </w:rPr>
              <w:t>Winter Storm</w:t>
            </w:r>
          </w:p>
        </w:tc>
        <w:tc>
          <w:tcPr>
            <w:tcW w:type="dxa" w:w="1713"/>
          </w:tcPr>
          <w:p>
            <w:pPr>
              <w:spacing w:after="0"/>
              <w:jc w:val="left"/>
            </w:pPr>
          </w:p>
        </w:tc>
        <w:tc>
          <w:tcPr>
            <w:tcW w:type="dxa" w:w="3017"/>
          </w:tcPr>
          <w:p>
            <w:pPr>
              <w:spacing w:after="0"/>
              <w:jc w:val="left"/>
            </w:pPr>
            <w:r>
              <w:rPr>
                <w:sz w:val="16"/>
              </w:rPr>
              <w:t>$25,000 property; crops not reported, reported for the zone (2000 dollars)</w:t>
            </w:r>
          </w:p>
        </w:tc>
        <w:tc>
          <w:tcPr>
            <w:tcW w:type="dxa" w:w="936"/>
          </w:tcPr>
          <w:p>
            <w:pPr>
              <w:spacing w:after="0"/>
              <w:jc w:val="right"/>
            </w:pPr>
            <w:r>
              <w:rPr>
                <w:sz w:val="16"/>
              </w:rPr>
              <w:t>0, 0</w:t>
            </w:r>
          </w:p>
        </w:tc>
        <w:tc>
          <w:tcPr>
            <w:tcW w:type="dxa" w:w="2430"/>
          </w:tcPr>
          <w:p>
            <w:pPr>
              <w:spacing w:after="0"/>
              <w:jc w:val="left"/>
            </w:pPr>
            <w:r>
              <w:rPr>
                <w:sz w:val="16"/>
              </w:rPr>
              <w:t>NWS zone TXZ083 (HARDEMAN), zone-level</w:t>
            </w:r>
          </w:p>
        </w:tc>
        <w:tc>
          <w:tcPr>
            <w:tcW w:type="dxa" w:w="1148"/>
          </w:tcPr>
          <w:p>
            <w:pPr>
              <w:spacing w:after="0"/>
              <w:jc w:val="left"/>
            </w:pPr>
          </w:p>
        </w:tc>
        <w:tc>
          <w:tcPr>
            <w:tcW w:type="dxa" w:w="261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1971-06-08</w:t>
            </w:r>
          </w:p>
        </w:tc>
        <w:tc>
          <w:tcPr>
            <w:tcW w:type="dxa" w:w="1215"/>
          </w:tcPr>
          <w:p>
            <w:pPr>
              <w:spacing w:after="0"/>
              <w:jc w:val="left"/>
            </w:pPr>
            <w:r>
              <w:rPr>
                <w:sz w:val="16"/>
              </w:rPr>
              <w:t>Hail</w:t>
            </w:r>
          </w:p>
        </w:tc>
        <w:tc>
          <w:tcPr>
            <w:tcW w:type="dxa" w:w="1713"/>
          </w:tcPr>
          <w:p>
            <w:pPr>
              <w:spacing w:after="0"/>
              <w:jc w:val="left"/>
            </w:pPr>
            <w:r>
              <w:rPr>
                <w:sz w:val="16"/>
              </w:rPr>
              <w:t>5 in</w:t>
            </w:r>
          </w:p>
        </w:tc>
        <w:tc>
          <w:tcPr>
            <w:tcW w:type="dxa" w:w="3017"/>
          </w:tcPr>
          <w:p>
            <w:pPr>
              <w:spacing w:after="0"/>
              <w:jc w:val="left"/>
            </w:pPr>
            <w:r>
              <w:rPr>
                <w:sz w:val="16"/>
              </w:rPr>
              <w:t>damage not recorded (pre-1996 record)</w:t>
            </w:r>
          </w:p>
        </w:tc>
        <w:tc>
          <w:tcPr>
            <w:tcW w:type="dxa" w:w="936"/>
          </w:tcPr>
          <w:p>
            <w:pPr>
              <w:spacing w:after="0"/>
              <w:jc w:val="right"/>
            </w:pPr>
            <w:r>
              <w:rPr>
                <w:sz w:val="16"/>
              </w:rPr>
              <w:t>0, 0</w:t>
            </w:r>
          </w:p>
        </w:tc>
        <w:tc>
          <w:tcPr>
            <w:tcW w:type="dxa" w:w="2430"/>
          </w:tcPr>
          <w:p>
            <w:pPr>
              <w:spacing w:after="0"/>
              <w:jc w:val="left"/>
            </w:pPr>
            <w:r>
              <w:rPr>
                <w:sz w:val="16"/>
              </w:rPr>
              <w:t>location not recorded</w:t>
            </w:r>
          </w:p>
        </w:tc>
        <w:tc>
          <w:tcPr>
            <w:tcW w:type="dxa" w:w="1148"/>
          </w:tcPr>
          <w:p>
            <w:pPr>
              <w:spacing w:after="0"/>
              <w:jc w:val="left"/>
            </w:pPr>
          </w:p>
        </w:tc>
        <w:tc>
          <w:tcPr>
            <w:tcW w:type="dxa" w:w="2616"/>
          </w:tcPr>
          <w:p>
            <w:pPr>
              <w:spacing w:after="0"/>
              <w:jc w:val="left"/>
            </w:pPr>
            <w:r>
              <w:rPr>
                <w:sz w:val="16"/>
              </w:rPr>
              <w:t>B1-c worst recorded: Hail</w:t>
            </w:r>
          </w:p>
        </w:tc>
      </w:tr>
      <w:tr>
        <w:trPr>
          <w:cantSplit/>
        </w:trPr>
        <w:tc>
          <w:tcPr>
            <w:tcW w:type="dxa" w:w="1037"/>
          </w:tcPr>
          <w:p>
            <w:pPr>
              <w:spacing w:after="0"/>
              <w:jc w:val="left"/>
            </w:pPr>
            <w:r>
              <w:rPr>
                <w:sz w:val="16"/>
              </w:rPr>
              <w:t>1970-08-18</w:t>
            </w:r>
          </w:p>
        </w:tc>
        <w:tc>
          <w:tcPr>
            <w:tcW w:type="dxa" w:w="1215"/>
          </w:tcPr>
          <w:p>
            <w:pPr>
              <w:spacing w:after="0"/>
              <w:jc w:val="left"/>
            </w:pPr>
            <w:r>
              <w:rPr>
                <w:sz w:val="16"/>
              </w:rPr>
              <w:t>Tornado</w:t>
            </w:r>
          </w:p>
        </w:tc>
        <w:tc>
          <w:tcPr>
            <w:tcW w:type="dxa" w:w="1713"/>
          </w:tcPr>
          <w:p>
            <w:pPr>
              <w:spacing w:after="0"/>
              <w:jc w:val="left"/>
            </w:pPr>
            <w:r>
              <w:rPr>
                <w:sz w:val="16"/>
              </w:rPr>
              <w:t>F2, 0.8 mi path length (whole path, pre-1996), 440 yd wide</w:t>
            </w:r>
          </w:p>
        </w:tc>
        <w:tc>
          <w:tcPr>
            <w:tcW w:type="dxa" w:w="3017"/>
          </w:tcPr>
          <w:p>
            <w:pPr>
              <w:spacing w:after="0"/>
              <w:jc w:val="left"/>
            </w:pPr>
            <w:r>
              <w:rPr>
                <w:sz w:val="16"/>
              </w:rPr>
              <w:t>$25,000 property; crops not recorded (1970 dollars)</w:t>
            </w:r>
          </w:p>
        </w:tc>
        <w:tc>
          <w:tcPr>
            <w:tcW w:type="dxa" w:w="936"/>
          </w:tcPr>
          <w:p>
            <w:pPr>
              <w:spacing w:after="0"/>
              <w:jc w:val="right"/>
            </w:pPr>
            <w:r>
              <w:rPr>
                <w:sz w:val="16"/>
              </w:rPr>
              <w:t>0, 1</w:t>
            </w:r>
          </w:p>
        </w:tc>
        <w:tc>
          <w:tcPr>
            <w:tcW w:type="dxa" w:w="2430"/>
          </w:tcPr>
          <w:p>
            <w:pPr>
              <w:spacing w:after="0"/>
              <w:jc w:val="left"/>
            </w:pPr>
            <w:r>
              <w:rPr>
                <w:sz w:val="16"/>
              </w:rPr>
              <w:t>location not recorded</w:t>
            </w:r>
          </w:p>
        </w:tc>
        <w:tc>
          <w:tcPr>
            <w:tcW w:type="dxa" w:w="1148"/>
          </w:tcPr>
          <w:p>
            <w:pPr>
              <w:spacing w:after="0"/>
              <w:jc w:val="left"/>
            </w:pPr>
          </w:p>
        </w:tc>
        <w:tc>
          <w:tcPr>
            <w:tcW w:type="dxa" w:w="2616"/>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6"/>
        <w:gridCol w:w="1563"/>
        <w:gridCol w:w="1682"/>
        <w:gridCol w:w="1509"/>
        <w:gridCol w:w="1461"/>
        <w:gridCol w:w="1037"/>
        <w:gridCol w:w="1791"/>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563"/>
            <w:shd w:val="clear" w:color="auto" w:fill="E8E8E8"/>
          </w:tcPr>
          <w:p>
            <w:pPr>
              <w:spacing w:after="0"/>
              <w:jc w:val="left"/>
            </w:pPr>
            <w:r>
              <w:rPr>
                <w:b/>
                <w:sz w:val="16"/>
              </w:rPr>
              <w:t>Descriptor</w:t>
            </w:r>
          </w:p>
        </w:tc>
        <w:tc>
          <w:tcPr>
            <w:tcW w:type="dxa" w:w="1682"/>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1.21</w:t>
            </w:r>
          </w:p>
        </w:tc>
        <w:tc>
          <w:tcPr>
            <w:tcW w:type="dxa" w:w="1262"/>
          </w:tcPr>
          <w:p>
            <w:pPr>
              <w:spacing w:after="0"/>
              <w:jc w:val="left"/>
            </w:pPr>
            <w:r>
              <w:rPr>
                <w:sz w:val="16"/>
              </w:rPr>
              <w:t>event-days per year</w:t>
            </w:r>
          </w:p>
        </w:tc>
        <w:tc>
          <w:tcPr>
            <w:tcW w:type="dxa" w:w="1546"/>
          </w:tcPr>
          <w:p>
            <w:pPr>
              <w:spacing w:after="0"/>
              <w:jc w:val="left"/>
            </w:pPr>
            <w:r>
              <w:rPr>
                <w:sz w:val="16"/>
              </w:rPr>
              <w:t>about 1.21 days per year</w:t>
            </w:r>
          </w:p>
        </w:tc>
        <w:tc>
          <w:tcPr>
            <w:tcW w:type="dxa" w:w="1563"/>
          </w:tcPr>
          <w:p>
            <w:pPr>
              <w:spacing w:after="0"/>
              <w:jc w:val="left"/>
            </w:pPr>
            <w:r>
              <w:rPr>
                <w:sz w:val="16"/>
              </w:rPr>
              <w:t>Possible (from Storm Events: 2 of 30 years)</w:t>
            </w:r>
          </w:p>
        </w:tc>
        <w:tc>
          <w:tcPr>
            <w:tcW w:type="dxa" w:w="1682"/>
          </w:tcPr>
          <w:p>
            <w:pPr>
              <w:spacing w:after="0"/>
              <w:jc w:val="left"/>
            </w:pPr>
            <w:r>
              <w:rPr>
                <w:sz w:val="16"/>
              </w:rPr>
              <w:t>event-days in 2 of 30 years, 1996 to 2025 (6.67%)</w:t>
            </w:r>
          </w:p>
        </w:tc>
        <w:tc>
          <w:tcPr>
            <w:tcW w:type="dxa" w:w="1509"/>
          </w:tcPr>
          <w:p>
            <w:pPr>
              <w:spacing w:after="0"/>
              <w:jc w:val="right"/>
            </w:pPr>
            <w:r>
              <w:rPr>
                <w:sz w:val="16"/>
              </w:rPr>
              <w:t>23</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150</w:t>
            </w:r>
          </w:p>
        </w:tc>
        <w:tc>
          <w:tcPr>
            <w:tcW w:type="dxa" w:w="1262"/>
          </w:tcPr>
          <w:p>
            <w:pPr>
              <w:spacing w:after="0"/>
              <w:jc w:val="left"/>
            </w:pPr>
            <w:r>
              <w:rPr>
                <w:sz w:val="16"/>
              </w:rPr>
              <w:t>event-days per year</w:t>
            </w:r>
          </w:p>
        </w:tc>
        <w:tc>
          <w:tcPr>
            <w:tcW w:type="dxa" w:w="1546"/>
          </w:tcPr>
          <w:p>
            <w:pPr>
              <w:spacing w:after="0"/>
              <w:jc w:val="left"/>
            </w:pPr>
            <w:r>
              <w:rPr>
                <w:sz w:val="16"/>
              </w:rPr>
              <w:t>about 150 days per year</w:t>
            </w:r>
          </w:p>
        </w:tc>
        <w:tc>
          <w:tcPr>
            <w:tcW w:type="dxa" w:w="1563"/>
          </w:tcPr>
          <w:p>
            <w:pPr>
              <w:spacing w:after="0"/>
              <w:jc w:val="left"/>
            </w:pPr>
            <w:r>
              <w:rPr>
                <w:sz w:val="16"/>
              </w:rPr>
              <w:t>Likely (from Storm Events: 18 of 30 years)</w:t>
            </w:r>
          </w:p>
        </w:tc>
        <w:tc>
          <w:tcPr>
            <w:tcW w:type="dxa" w:w="1682"/>
          </w:tcPr>
          <w:p>
            <w:pPr>
              <w:spacing w:after="0"/>
              <w:jc w:val="left"/>
            </w:pPr>
            <w:r>
              <w:rPr>
                <w:sz w:val="16"/>
              </w:rPr>
              <w:t>event-days in 18 of 30 years, 1996 to 2025 (60%)</w:t>
            </w:r>
          </w:p>
        </w:tc>
        <w:tc>
          <w:tcPr>
            <w:tcW w:type="dxa" w:w="1509"/>
          </w:tcPr>
          <w:p>
            <w:pPr>
              <w:spacing w:after="0"/>
              <w:jc w:val="right"/>
            </w:pPr>
            <w:r>
              <w:rPr>
                <w:sz w:val="16"/>
              </w:rPr>
              <w:t>3,780</w:t>
            </w:r>
          </w:p>
        </w:tc>
        <w:tc>
          <w:tcPr>
            <w:tcW w:type="dxa" w:w="14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0.000818</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0.0818%</w:t>
            </w:r>
          </w:p>
        </w:tc>
        <w:tc>
          <w:tcPr>
            <w:tcW w:type="dxa" w:w="1563"/>
          </w:tcPr>
          <w:p>
            <w:pPr>
              <w:spacing w:after="0"/>
              <w:jc w:val="left"/>
            </w:pPr>
          </w:p>
        </w:tc>
        <w:tc>
          <w:tcPr>
            <w:tcW w:type="dxa" w:w="1682"/>
          </w:tcPr>
          <w:p>
            <w:pPr>
              <w:spacing w:after="0"/>
              <w:jc w:val="left"/>
            </w:pP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7.65</w:t>
            </w:r>
          </w:p>
        </w:tc>
        <w:tc>
          <w:tcPr>
            <w:tcW w:type="dxa" w:w="1262"/>
          </w:tcPr>
          <w:p>
            <w:pPr>
              <w:spacing w:after="0"/>
              <w:jc w:val="left"/>
            </w:pPr>
            <w:r>
              <w:rPr>
                <w:sz w:val="16"/>
              </w:rPr>
              <w:t>events per year</w:t>
            </w:r>
          </w:p>
        </w:tc>
        <w:tc>
          <w:tcPr>
            <w:tcW w:type="dxa" w:w="1546"/>
          </w:tcPr>
          <w:p>
            <w:pPr>
              <w:spacing w:after="0"/>
              <w:jc w:val="left"/>
            </w:pPr>
            <w:r>
              <w:rPr>
                <w:sz w:val="16"/>
              </w:rPr>
              <w:t>about 7.65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290.7 (modeled)</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11.2</w:t>
            </w:r>
          </w:p>
        </w:tc>
        <w:tc>
          <w:tcPr>
            <w:tcW w:type="dxa" w:w="1262"/>
          </w:tcPr>
          <w:p>
            <w:pPr>
              <w:spacing w:after="0"/>
              <w:jc w:val="left"/>
            </w:pPr>
            <w:r>
              <w:rPr>
                <w:sz w:val="16"/>
              </w:rPr>
              <w:t>event-days per year</w:t>
            </w:r>
          </w:p>
        </w:tc>
        <w:tc>
          <w:tcPr>
            <w:tcW w:type="dxa" w:w="1546"/>
          </w:tcPr>
          <w:p>
            <w:pPr>
              <w:spacing w:after="0"/>
              <w:jc w:val="left"/>
            </w:pPr>
            <w:r>
              <w:rPr>
                <w:sz w:val="16"/>
              </w:rPr>
              <w:t>about 11.2 days per year</w:t>
            </w:r>
          </w:p>
        </w:tc>
        <w:tc>
          <w:tcPr>
            <w:tcW w:type="dxa" w:w="1563"/>
          </w:tcPr>
          <w:p>
            <w:pPr>
              <w:spacing w:after="0"/>
              <w:jc w:val="left"/>
            </w:pPr>
            <w:r>
              <w:rPr>
                <w:sz w:val="16"/>
              </w:rPr>
              <w:t>Likely (from Storm Events: 3 of 30 years)</w:t>
            </w:r>
          </w:p>
        </w:tc>
        <w:tc>
          <w:tcPr>
            <w:tcW w:type="dxa" w:w="1682"/>
          </w:tcPr>
          <w:p>
            <w:pPr>
              <w:spacing w:after="0"/>
              <w:jc w:val="left"/>
            </w:pPr>
            <w:r>
              <w:rPr>
                <w:sz w:val="16"/>
              </w:rPr>
              <w:t>event-days in 3 of 30 years, 1996 to 2025 (10%)</w:t>
            </w:r>
          </w:p>
        </w:tc>
        <w:tc>
          <w:tcPr>
            <w:tcW w:type="dxa" w:w="1509"/>
          </w:tcPr>
          <w:p>
            <w:pPr>
              <w:spacing w:after="0"/>
              <w:jc w:val="right"/>
            </w:pPr>
            <w:r>
              <w:rPr>
                <w:sz w:val="16"/>
              </w:rPr>
              <w:t>162</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0.00944</w:t>
            </w:r>
          </w:p>
        </w:tc>
        <w:tc>
          <w:tcPr>
            <w:tcW w:type="dxa" w:w="1262"/>
          </w:tcPr>
          <w:p>
            <w:pPr>
              <w:spacing w:after="0"/>
              <w:jc w:val="left"/>
            </w:pPr>
            <w:r>
              <w:rPr>
                <w:sz w:val="16"/>
              </w:rPr>
              <w:t>events per year</w:t>
            </w:r>
          </w:p>
        </w:tc>
        <w:tc>
          <w:tcPr>
            <w:tcW w:type="dxa" w:w="1546"/>
          </w:tcPr>
          <w:p>
            <w:pPr>
              <w:spacing w:after="0"/>
              <w:jc w:val="left"/>
            </w:pPr>
            <w:r>
              <w:rPr>
                <w:sz w:val="16"/>
              </w:rPr>
              <w:t>about 1 in 106 years</w:t>
            </w:r>
          </w:p>
        </w:tc>
        <w:tc>
          <w:tcPr>
            <w:tcW w:type="dxa" w:w="1563"/>
          </w:tcPr>
          <w:p>
            <w:pPr>
              <w:spacing w:after="0"/>
              <w:jc w:val="left"/>
            </w:pPr>
            <w:r>
              <w:rPr>
                <w:sz w:val="16"/>
              </w:rPr>
              <w:t>Unlikely</w:t>
            </w:r>
          </w:p>
        </w:tc>
        <w:tc>
          <w:tcPr>
            <w:tcW w:type="dxa" w:w="1682"/>
          </w:tcPr>
          <w:p>
            <w:pPr>
              <w:spacing w:after="0"/>
              <w:jc w:val="left"/>
            </w:pPr>
            <w:r>
              <w:rPr>
                <w:sz w:val="16"/>
              </w:rPr>
              <w:t>FEMA annualized frequency (modeled)</w:t>
            </w:r>
          </w:p>
        </w:tc>
        <w:tc>
          <w:tcPr>
            <w:tcW w:type="dxa" w:w="1509"/>
          </w:tcPr>
          <w:p>
            <w:pPr>
              <w:spacing w:after="0"/>
              <w:jc w:val="right"/>
            </w:pPr>
            <w:r>
              <w:rPr>
                <w:sz w:val="16"/>
              </w:rPr>
              <w:t>0</w:t>
            </w:r>
          </w:p>
        </w:tc>
        <w:tc>
          <w:tcPr>
            <w:tcW w:type="dxa" w:w="1461"/>
          </w:tcPr>
          <w:p>
            <w:pPr>
              <w:spacing w:after="0"/>
              <w:jc w:val="left"/>
            </w:pPr>
            <w:r>
              <w:rPr>
                <w:sz w:val="16"/>
              </w:rPr>
              <w:t>1851 to 2024 (Atlantic)</w:t>
            </w:r>
          </w:p>
        </w:tc>
        <w:tc>
          <w:tcPr>
            <w:tcW w:type="dxa" w:w="1037"/>
          </w:tcPr>
          <w:p>
            <w:pPr>
              <w:spacing w:after="0"/>
              <w:jc w:val="left"/>
            </w:pPr>
            <w:r>
              <w:rPr>
                <w:sz w:val="16"/>
              </w:rPr>
              <w:t>see B1-f</w:t>
            </w:r>
          </w:p>
        </w:tc>
        <w:tc>
          <w:tcPr>
            <w:tcW w:type="dxa" w:w="179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0.657</w:t>
            </w:r>
          </w:p>
        </w:tc>
        <w:tc>
          <w:tcPr>
            <w:tcW w:type="dxa" w:w="1262"/>
          </w:tcPr>
          <w:p>
            <w:pPr>
              <w:spacing w:after="0"/>
              <w:jc w:val="left"/>
            </w:pPr>
            <w:r>
              <w:rPr>
                <w:sz w:val="16"/>
              </w:rPr>
              <w:t>event-days per year</w:t>
            </w:r>
          </w:p>
        </w:tc>
        <w:tc>
          <w:tcPr>
            <w:tcW w:type="dxa" w:w="1546"/>
          </w:tcPr>
          <w:p>
            <w:pPr>
              <w:spacing w:after="0"/>
              <w:jc w:val="left"/>
            </w:pPr>
            <w:r>
              <w:rPr>
                <w:sz w:val="16"/>
              </w:rPr>
              <w:t>about 0.657 days per year</w:t>
            </w:r>
          </w:p>
        </w:tc>
        <w:tc>
          <w:tcPr>
            <w:tcW w:type="dxa" w:w="1563"/>
          </w:tcPr>
          <w:p>
            <w:pPr>
              <w:spacing w:after="0"/>
              <w:jc w:val="left"/>
            </w:pPr>
            <w:r>
              <w:rPr>
                <w:sz w:val="16"/>
              </w:rPr>
              <w:t>Likely (from Storm Events: 6 of 30 years)</w:t>
            </w:r>
          </w:p>
        </w:tc>
        <w:tc>
          <w:tcPr>
            <w:tcW w:type="dxa" w:w="1682"/>
          </w:tcPr>
          <w:p>
            <w:pPr>
              <w:spacing w:after="0"/>
              <w:jc w:val="left"/>
            </w:pPr>
            <w:r>
              <w:rPr>
                <w:sz w:val="16"/>
              </w:rPr>
              <w:t>event-days in 6 of 30 years, 1996 to 2025 (20%)</w:t>
            </w:r>
          </w:p>
        </w:tc>
        <w:tc>
          <w:tcPr>
            <w:tcW w:type="dxa" w:w="1509"/>
          </w:tcPr>
          <w:p>
            <w:pPr>
              <w:spacing w:after="0"/>
              <w:jc w:val="right"/>
            </w:pPr>
            <w:r>
              <w:rPr>
                <w:sz w:val="16"/>
              </w:rPr>
              <w:t>45</w:t>
            </w:r>
          </w:p>
        </w:tc>
        <w:tc>
          <w:tcPr>
            <w:tcW w:type="dxa" w:w="1461"/>
          </w:tcPr>
          <w:p>
            <w:pPr>
              <w:spacing w:after="0"/>
              <w:jc w:val="left"/>
            </w:pPr>
            <w:r>
              <w:rPr>
                <w:sz w:val="16"/>
              </w:rPr>
              <w:t>1946-12-31 to 2014-02-12 (67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0.214</w:t>
            </w:r>
          </w:p>
        </w:tc>
        <w:tc>
          <w:tcPr>
            <w:tcW w:type="dxa" w:w="1262"/>
          </w:tcPr>
          <w:p>
            <w:pPr>
              <w:spacing w:after="0"/>
              <w:jc w:val="left"/>
            </w:pPr>
            <w:r>
              <w:rPr>
                <w:sz w:val="16"/>
              </w:rPr>
              <w:t>event-days per year</w:t>
            </w:r>
          </w:p>
        </w:tc>
        <w:tc>
          <w:tcPr>
            <w:tcW w:type="dxa" w:w="1546"/>
          </w:tcPr>
          <w:p>
            <w:pPr>
              <w:spacing w:after="0"/>
              <w:jc w:val="left"/>
            </w:pPr>
            <w:r>
              <w:rPr>
                <w:sz w:val="16"/>
              </w:rPr>
              <w:t>about 0.214 days per year</w:t>
            </w:r>
          </w:p>
        </w:tc>
        <w:tc>
          <w:tcPr>
            <w:tcW w:type="dxa" w:w="1563"/>
          </w:tcPr>
          <w:p>
            <w:pPr>
              <w:spacing w:after="0"/>
              <w:jc w:val="left"/>
            </w:pPr>
            <w:r>
              <w:rPr>
                <w:sz w:val="16"/>
              </w:rPr>
              <w:t>Likely (from Storm Events: 5 of 30 years)</w:t>
            </w:r>
          </w:p>
        </w:tc>
        <w:tc>
          <w:tcPr>
            <w:tcW w:type="dxa" w:w="1682"/>
          </w:tcPr>
          <w:p>
            <w:pPr>
              <w:spacing w:after="0"/>
              <w:jc w:val="left"/>
            </w:pPr>
            <w:r>
              <w:rPr>
                <w:sz w:val="16"/>
              </w:rPr>
              <w:t>event-days in 5 of 30 years, 1996 to 2025 (16.7%)</w:t>
            </w:r>
          </w:p>
        </w:tc>
        <w:tc>
          <w:tcPr>
            <w:tcW w:type="dxa" w:w="1509"/>
          </w:tcPr>
          <w:p>
            <w:pPr>
              <w:spacing w:after="0"/>
              <w:jc w:val="right"/>
            </w:pPr>
            <w:r>
              <w:rPr>
                <w:sz w:val="16"/>
              </w:rPr>
              <w:t>6</w:t>
            </w:r>
          </w:p>
        </w:tc>
        <w:tc>
          <w:tcPr>
            <w:tcW w:type="dxa" w:w="1461"/>
          </w:tcPr>
          <w:p>
            <w:pPr>
              <w:spacing w:after="0"/>
              <w:jc w:val="left"/>
            </w:pPr>
            <w:r>
              <w:rPr>
                <w:sz w:val="16"/>
              </w:rPr>
              <w:t>1996 to 2023 (28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0.109</w:t>
            </w:r>
          </w:p>
        </w:tc>
        <w:tc>
          <w:tcPr>
            <w:tcW w:type="dxa" w:w="1262"/>
          </w:tcPr>
          <w:p>
            <w:pPr>
              <w:spacing w:after="0"/>
              <w:jc w:val="left"/>
            </w:pPr>
            <w:r>
              <w:rPr>
                <w:sz w:val="16"/>
              </w:rPr>
              <w:t>events per year (modeled)</w:t>
            </w:r>
          </w:p>
        </w:tc>
        <w:tc>
          <w:tcPr>
            <w:tcW w:type="dxa" w:w="1546"/>
          </w:tcPr>
          <w:p>
            <w:pPr>
              <w:spacing w:after="0"/>
              <w:jc w:val="left"/>
            </w:pPr>
            <w:r>
              <w:rPr>
                <w:sz w:val="16"/>
              </w:rPr>
              <w:t>about 1 in 9 years</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48.9</w:t>
            </w:r>
          </w:p>
        </w:tc>
        <w:tc>
          <w:tcPr>
            <w:tcW w:type="dxa" w:w="1262"/>
          </w:tcPr>
          <w:p>
            <w:pPr>
              <w:spacing w:after="0"/>
              <w:jc w:val="left"/>
            </w:pPr>
            <w:r>
              <w:rPr>
                <w:sz w:val="16"/>
              </w:rPr>
              <w:t>days per year with a strike</w:t>
            </w:r>
          </w:p>
        </w:tc>
        <w:tc>
          <w:tcPr>
            <w:tcW w:type="dxa" w:w="1546"/>
          </w:tcPr>
          <w:p>
            <w:pPr>
              <w:spacing w:after="0"/>
              <w:jc w:val="left"/>
            </w:pPr>
            <w:r>
              <w:rPr>
                <w:sz w:val="16"/>
              </w:rPr>
              <w:t>about 48.9 days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1995 to 2023 (29 years; CONUS)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3.24</w:t>
            </w:r>
          </w:p>
        </w:tc>
        <w:tc>
          <w:tcPr>
            <w:tcW w:type="dxa" w:w="1262"/>
          </w:tcPr>
          <w:p>
            <w:pPr>
              <w:spacing w:after="0"/>
              <w:jc w:val="left"/>
            </w:pPr>
            <w:r>
              <w:rPr>
                <w:sz w:val="16"/>
              </w:rPr>
              <w:t>events per year</w:t>
            </w:r>
          </w:p>
        </w:tc>
        <w:tc>
          <w:tcPr>
            <w:tcW w:type="dxa" w:w="1546"/>
          </w:tcPr>
          <w:p>
            <w:pPr>
              <w:spacing w:after="0"/>
              <w:jc w:val="left"/>
            </w:pPr>
            <w:r>
              <w:rPr>
                <w:sz w:val="16"/>
              </w:rPr>
              <w:t>about 3.24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124</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0.473</w:t>
            </w:r>
          </w:p>
        </w:tc>
        <w:tc>
          <w:tcPr>
            <w:tcW w:type="dxa" w:w="1262"/>
          </w:tcPr>
          <w:p>
            <w:pPr>
              <w:spacing w:after="0"/>
              <w:jc w:val="left"/>
            </w:pPr>
            <w:r>
              <w:rPr>
                <w:sz w:val="16"/>
              </w:rPr>
              <w:t>events per year</w:t>
            </w:r>
          </w:p>
        </w:tc>
        <w:tc>
          <w:tcPr>
            <w:tcW w:type="dxa" w:w="1546"/>
          </w:tcPr>
          <w:p>
            <w:pPr>
              <w:spacing w:after="0"/>
              <w:jc w:val="left"/>
            </w:pPr>
            <w:r>
              <w:rPr>
                <w:sz w:val="16"/>
              </w:rPr>
              <w:t>about 1 in 2 years</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1950 to 2023 (EF2+); 1986 to 2023 (EF0-1)</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0.00229</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0.229%</w:t>
            </w:r>
          </w:p>
        </w:tc>
        <w:tc>
          <w:tcPr>
            <w:tcW w:type="dxa" w:w="1563"/>
          </w:tcPr>
          <w:p>
            <w:pPr>
              <w:spacing w:after="0"/>
              <w:jc w:val="left"/>
            </w:pPr>
            <w:r>
              <w:rPr>
                <w:sz w:val="16"/>
              </w:rPr>
              <w:t>Possible (from Storm Events: 2 of 30 years)</w:t>
            </w:r>
          </w:p>
        </w:tc>
        <w:tc>
          <w:tcPr>
            <w:tcW w:type="dxa" w:w="1682"/>
          </w:tcPr>
          <w:p>
            <w:pPr>
              <w:spacing w:after="0"/>
              <w:jc w:val="left"/>
            </w:pPr>
            <w:r>
              <w:rPr>
                <w:sz w:val="16"/>
              </w:rPr>
              <w:t>Storm Events records in 2 of 30 years, 1996 to 2025 (6.67%)</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6.84</w:t>
            </w:r>
          </w:p>
        </w:tc>
        <w:tc>
          <w:tcPr>
            <w:tcW w:type="dxa" w:w="1262"/>
          </w:tcPr>
          <w:p>
            <w:pPr>
              <w:spacing w:after="0"/>
              <w:jc w:val="left"/>
            </w:pPr>
            <w:r>
              <w:rPr>
                <w:sz w:val="16"/>
              </w:rPr>
              <w:t>event-days per year</w:t>
            </w:r>
          </w:p>
        </w:tc>
        <w:tc>
          <w:tcPr>
            <w:tcW w:type="dxa" w:w="1546"/>
          </w:tcPr>
          <w:p>
            <w:pPr>
              <w:spacing w:after="0"/>
              <w:jc w:val="left"/>
            </w:pPr>
            <w:r>
              <w:rPr>
                <w:sz w:val="16"/>
              </w:rPr>
              <w:t>about 6.84 days per year</w:t>
            </w:r>
          </w:p>
        </w:tc>
        <w:tc>
          <w:tcPr>
            <w:tcW w:type="dxa" w:w="1563"/>
          </w:tcPr>
          <w:p>
            <w:pPr>
              <w:spacing w:after="0"/>
              <w:jc w:val="left"/>
            </w:pPr>
            <w:r>
              <w:rPr>
                <w:sz w:val="16"/>
              </w:rPr>
              <w:t>Likely (from Storm Events: 19 of 30 years)</w:t>
            </w:r>
          </w:p>
        </w:tc>
        <w:tc>
          <w:tcPr>
            <w:tcW w:type="dxa" w:w="1682"/>
          </w:tcPr>
          <w:p>
            <w:pPr>
              <w:spacing w:after="0"/>
              <w:jc w:val="left"/>
            </w:pPr>
            <w:r>
              <w:rPr>
                <w:sz w:val="16"/>
              </w:rPr>
              <w:t>event-days in 19 of 30 years, 1996 to 2025 (63.3%)</w:t>
            </w:r>
          </w:p>
        </w:tc>
        <w:tc>
          <w:tcPr>
            <w:tcW w:type="dxa" w:w="1509"/>
          </w:tcPr>
          <w:p>
            <w:pPr>
              <w:spacing w:after="0"/>
              <w:jc w:val="right"/>
            </w:pPr>
            <w:r>
              <w:rPr>
                <w:sz w:val="16"/>
              </w:rPr>
              <w:t>130</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108</w:t>
            </w:r>
          </w:p>
        </w:tc>
        <w:tc>
          <w:tcPr>
            <w:tcW w:type="dxa" w:w="1381"/>
          </w:tcPr>
          <w:p>
            <w:pPr>
              <w:spacing w:after="0"/>
              <w:jc w:val="right"/>
            </w:pPr>
            <w:r>
              <w:rPr>
                <w:sz w:val="16"/>
              </w:rPr>
              <w:t>30</w:t>
            </w:r>
          </w:p>
        </w:tc>
        <w:tc>
          <w:tcPr>
            <w:tcW w:type="dxa" w:w="1381"/>
          </w:tcPr>
          <w:p>
            <w:pPr>
              <w:spacing w:after="0"/>
              <w:jc w:val="right"/>
            </w:pPr>
            <w:r>
              <w:rPr>
                <w:sz w:val="16"/>
              </w:rPr>
              <w:t>3.6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69.3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99.4</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53.9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98.7</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89.1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Hurricane</w:t>
            </w:r>
          </w:p>
        </w:tc>
        <w:tc>
          <w:tcPr>
            <w:tcW w:type="dxa" w:w="3181"/>
          </w:tcPr>
          <w:p>
            <w:pPr>
              <w:spacing w:after="0"/>
              <w:jc w:val="right"/>
            </w:pPr>
            <w:r>
              <w:rPr>
                <w:sz w:val="16"/>
              </w:rPr>
              <w:t>49.9</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98.4</w:t>
            </w:r>
          </w:p>
        </w:tc>
        <w:tc>
          <w:tcPr>
            <w:tcW w:type="dxa" w:w="6434"/>
          </w:tcPr>
          <w:p>
            <w:pPr>
              <w:spacing w:after="0"/>
              <w:jc w:val="left"/>
            </w:pPr>
            <w:r>
              <w:rPr>
                <w:sz w:val="16"/>
              </w:rPr>
              <w:t>Very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53.0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80.1</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51.2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97.5</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94.4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92.7</w:t>
            </w:r>
          </w:p>
        </w:tc>
        <w:tc>
          <w:tcPr>
            <w:tcW w:type="dxa" w:w="6434"/>
          </w:tcPr>
          <w:p>
            <w:pPr>
              <w:spacing w:after="0"/>
              <w:jc w:val="left"/>
            </w:pPr>
            <w:r>
              <w:rPr>
                <w:sz w:val="16"/>
              </w:rPr>
              <w:t>Relatively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8"/>
        <w:gridCol w:w="828"/>
        <w:gridCol w:w="2461"/>
        <w:gridCol w:w="2570"/>
        <w:gridCol w:w="3331"/>
        <w:gridCol w:w="3114"/>
      </w:tblGrid>
      <w:tr>
        <w:trPr>
          <w:cantSplit/>
          <w:tblHeader/>
        </w:trPr>
        <w:tc>
          <w:tcPr>
            <w:tcW w:type="dxa" w:w="1808"/>
            <w:shd w:val="clear" w:color="auto" w:fill="E8E8E8"/>
          </w:tcPr>
          <w:p>
            <w:pPr>
              <w:spacing w:after="0"/>
              <w:jc w:val="left"/>
            </w:pPr>
            <w:r>
              <w:rPr>
                <w:b/>
                <w:sz w:val="16"/>
              </w:rPr>
              <w:t>Jurisdiction</w:t>
            </w:r>
          </w:p>
        </w:tc>
        <w:tc>
          <w:tcPr>
            <w:tcW w:type="dxa" w:w="828"/>
            <w:shd w:val="clear" w:color="auto" w:fill="E8E8E8"/>
          </w:tcPr>
          <w:p>
            <w:pPr>
              <w:spacing w:after="0"/>
              <w:jc w:val="left"/>
            </w:pPr>
            <w:r>
              <w:rPr>
                <w:b/>
                <w:sz w:val="16"/>
              </w:rPr>
              <w:t>Type</w:t>
            </w:r>
          </w:p>
        </w:tc>
        <w:tc>
          <w:tcPr>
            <w:tcW w:type="dxa" w:w="2461"/>
            <w:shd w:val="clear" w:color="auto" w:fill="E8E8E8"/>
          </w:tcPr>
          <w:p>
            <w:pPr>
              <w:spacing w:after="0"/>
              <w:jc w:val="left"/>
            </w:pPr>
            <w:r>
              <w:rPr>
                <w:b/>
                <w:sz w:val="16"/>
              </w:rPr>
              <w:t>Plan status</w:t>
            </w:r>
          </w:p>
        </w:tc>
        <w:tc>
          <w:tcPr>
            <w:tcW w:type="dxa" w:w="25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3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8"/>
          </w:tcPr>
          <w:p>
            <w:pPr>
              <w:spacing w:after="0"/>
              <w:jc w:val="left"/>
            </w:pPr>
            <w:r>
              <w:rPr>
                <w:sz w:val="16"/>
              </w:rPr>
              <w:t>Hardeman County</w:t>
            </w:r>
          </w:p>
        </w:tc>
        <w:tc>
          <w:tcPr>
            <w:tcW w:type="dxa" w:w="828"/>
          </w:tcPr>
          <w:p>
            <w:pPr>
              <w:spacing w:after="0"/>
              <w:jc w:val="left"/>
            </w:pPr>
            <w:r>
              <w:rPr>
                <w:sz w:val="16"/>
              </w:rPr>
              <w:t>County</w:t>
            </w:r>
          </w:p>
        </w:tc>
        <w:tc>
          <w:tcPr>
            <w:tcW w:type="dxa" w:w="2461"/>
          </w:tcPr>
          <w:p>
            <w:pPr>
              <w:spacing w:after="0"/>
              <w:jc w:val="left"/>
            </w:pPr>
            <w:r>
              <w:rPr>
                <w:sz w:val="16"/>
              </w:rPr>
              <w:t>Expired on 2025-05-31</w:t>
            </w:r>
          </w:p>
        </w:tc>
        <w:tc>
          <w:tcPr>
            <w:tcW w:type="dxa" w:w="2570"/>
          </w:tcPr>
          <w:p>
            <w:pPr>
              <w:spacing w:after="0"/>
              <w:jc w:val="right"/>
            </w:pPr>
            <w:r>
              <w:rPr>
                <w:sz w:val="16"/>
              </w:rPr>
              <w:t>FMA RL 0, SRL 0; any 0</w:t>
            </w:r>
          </w:p>
        </w:tc>
        <w:tc>
          <w:tcPr>
            <w:tcW w:type="dxa" w:w="3331"/>
          </w:tcPr>
          <w:p>
            <w:pPr>
              <w:spacing w:after="0"/>
              <w:jc w:val="right"/>
            </w:pPr>
            <w:r>
              <w:rPr>
                <w:sz w:val="16"/>
              </w:rPr>
              <w:t>$35,808.72</w:t>
            </w:r>
          </w:p>
        </w:tc>
        <w:tc>
          <w:tcPr>
            <w:tcW w:type="dxa" w:w="3114"/>
          </w:tcPr>
          <w:p>
            <w:pPr>
              <w:spacing w:after="0"/>
              <w:jc w:val="right"/>
            </w:pPr>
            <w:r>
              <w:rPr>
                <w:sz w:val="16"/>
              </w:rPr>
              <w:t>0 total; 0 since its plan</w:t>
            </w:r>
          </w:p>
        </w:tc>
      </w:tr>
      <w:tr>
        <w:trPr>
          <w:cantSplit/>
        </w:trPr>
        <w:tc>
          <w:tcPr>
            <w:tcW w:type="dxa" w:w="1808"/>
          </w:tcPr>
          <w:p>
            <w:pPr>
              <w:spacing w:after="0"/>
              <w:jc w:val="left"/>
            </w:pPr>
            <w:r>
              <w:rPr>
                <w:sz w:val="16"/>
              </w:rPr>
              <w:t>Chillicothe city</w:t>
            </w:r>
          </w:p>
        </w:tc>
        <w:tc>
          <w:tcPr>
            <w:tcW w:type="dxa" w:w="828"/>
          </w:tcPr>
          <w:p>
            <w:pPr>
              <w:spacing w:after="0"/>
              <w:jc w:val="left"/>
            </w:pPr>
            <w:r>
              <w:rPr>
                <w:sz w:val="16"/>
              </w:rPr>
              <w:t>City</w:t>
            </w:r>
          </w:p>
        </w:tc>
        <w:tc>
          <w:tcPr>
            <w:tcW w:type="dxa" w:w="2461"/>
          </w:tcPr>
          <w:p>
            <w:pPr>
              <w:spacing w:after="0"/>
              <w:jc w:val="left"/>
            </w:pPr>
            <w:r>
              <w:rPr>
                <w:sz w:val="16"/>
              </w:rPr>
              <w:t>Expired on 2025-05-31</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114"/>
          </w:tcPr>
          <w:p>
            <w:pPr>
              <w:spacing w:after="0"/>
              <w:jc w:val="right"/>
            </w:pPr>
            <w:r>
              <w:rPr>
                <w:sz w:val="16"/>
              </w:rPr>
              <w:t>102 total; 7 since its plan</w:t>
            </w:r>
          </w:p>
        </w:tc>
      </w:tr>
      <w:tr>
        <w:trPr>
          <w:cantSplit/>
        </w:trPr>
        <w:tc>
          <w:tcPr>
            <w:tcW w:type="dxa" w:w="1808"/>
          </w:tcPr>
          <w:p>
            <w:pPr>
              <w:spacing w:after="0"/>
              <w:jc w:val="left"/>
            </w:pPr>
            <w:r>
              <w:rPr>
                <w:sz w:val="16"/>
              </w:rPr>
              <w:t>Quanah city</w:t>
            </w:r>
          </w:p>
        </w:tc>
        <w:tc>
          <w:tcPr>
            <w:tcW w:type="dxa" w:w="828"/>
          </w:tcPr>
          <w:p>
            <w:pPr>
              <w:spacing w:after="0"/>
              <w:jc w:val="left"/>
            </w:pPr>
            <w:r>
              <w:rPr>
                <w:sz w:val="16"/>
              </w:rPr>
              <w:t>City</w:t>
            </w:r>
          </w:p>
        </w:tc>
        <w:tc>
          <w:tcPr>
            <w:tcW w:type="dxa" w:w="2461"/>
          </w:tcPr>
          <w:p>
            <w:pPr>
              <w:spacing w:after="0"/>
              <w:jc w:val="left"/>
            </w:pPr>
            <w:r>
              <w:rPr>
                <w:sz w:val="16"/>
              </w:rPr>
              <w:t>Expired on 2025-05-31</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114"/>
          </w:tcPr>
          <w:p>
            <w:pPr>
              <w:spacing w:after="0"/>
              <w:jc w:val="right"/>
            </w:pPr>
            <w:r>
              <w:rPr>
                <w:sz w:val="16"/>
              </w:rPr>
              <w:t>146 total; 18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948"/>
        <w:gridCol w:w="1126"/>
        <w:gridCol w:w="971"/>
        <w:gridCol w:w="1305"/>
        <w:gridCol w:w="1198"/>
        <w:gridCol w:w="1093"/>
        <w:gridCol w:w="1336"/>
        <w:gridCol w:w="15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2020-06-01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$1,245,786,386</w:t>
            </w:r>
          </w:p>
        </w:tc>
        <w:tc>
          <w:tcPr>
            <w:tcW w:type="dxa" w:w="1134"/>
          </w:tcPr>
          <w:p>
            <w:pPr>
              <w:spacing w:after="0"/>
              <w:jc w:val="right"/>
            </w:pPr>
            <w:r>
              <w:rPr>
                <w:sz w:val="16"/>
              </w:rPr>
              <w:t>$23,175,820</w:t>
            </w:r>
          </w:p>
        </w:tc>
        <w:tc>
          <w:tcPr>
            <w:tcW w:type="dxa" w:w="1043"/>
          </w:tcPr>
          <w:p>
            <w:pPr>
              <w:spacing w:after="0"/>
              <w:jc w:val="right"/>
            </w:pPr>
            <w:r>
              <w:rPr>
                <w:sz w:val="16"/>
              </w:rPr>
              <w:t>3,547</w:t>
            </w:r>
          </w:p>
        </w:tc>
        <w:tc>
          <w:tcPr>
            <w:tcW w:type="dxa" w:w="948"/>
          </w:tcPr>
          <w:p>
            <w:pPr>
              <w:spacing w:after="0"/>
              <w:jc w:val="right"/>
            </w:pPr>
            <w:r>
              <w:rPr>
                <w:sz w:val="16"/>
              </w:rPr>
              <w:t>$2,247</w:t>
            </w:r>
          </w:p>
        </w:tc>
        <w:tc>
          <w:tcPr>
            <w:tcW w:type="dxa" w:w="1126"/>
          </w:tcPr>
          <w:p>
            <w:pPr>
              <w:spacing w:after="0"/>
              <w:jc w:val="right"/>
            </w:pPr>
            <w:r>
              <w:rPr>
                <w:sz w:val="16"/>
              </w:rPr>
              <w:t>$21,836</w:t>
            </w:r>
          </w:p>
        </w:tc>
        <w:tc>
          <w:tcPr>
            <w:tcW w:type="dxa" w:w="971"/>
          </w:tcPr>
          <w:p>
            <w:pPr>
              <w:spacing w:after="0"/>
              <w:jc w:val="right"/>
            </w:pPr>
            <w:r>
              <w:rPr>
                <w:sz w:val="16"/>
              </w:rPr>
              <w:t>$42,552</w:t>
            </w:r>
          </w:p>
        </w:tc>
        <w:tc>
          <w:tcPr>
            <w:tcW w:type="dxa" w:w="1305"/>
          </w:tcPr>
          <w:p>
            <w:pPr>
              <w:spacing w:after="0"/>
              <w:jc w:val="right"/>
            </w:pPr>
            <w:r>
              <w:rPr>
                <w:sz w:val="16"/>
              </w:rPr>
              <w:t>0.00018%</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$3,528,402</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$628,397</w:t>
            </w:r>
          </w:p>
        </w:tc>
        <w:tc>
          <w:tcPr>
            <w:tcW w:type="dxa" w:w="971"/>
          </w:tcPr>
          <w:p>
            <w:pPr>
              <w:spacing w:after="0"/>
              <w:jc w:val="right"/>
            </w:pPr>
            <w:r>
              <w:rPr>
                <w:sz w:val="16"/>
              </w:rPr>
              <w:t>n/a</w:t>
            </w:r>
          </w:p>
        </w:tc>
        <w:tc>
          <w:tcPr>
            <w:tcW w:type="dxa" w:w="1305"/>
          </w:tcPr>
          <w:p>
            <w:pPr>
              <w:spacing w:after="0"/>
              <w:jc w:val="right"/>
            </w:pPr>
            <w:r>
              <w:rPr>
                <w:sz w:val="16"/>
              </w:rPr>
              <w:t>17.8% (agriculture)</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$2,249,459,629</w:t>
            </w:r>
          </w:p>
        </w:tc>
        <w:tc>
          <w:tcPr>
            <w:tcW w:type="dxa" w:w="1134"/>
          </w:tcPr>
          <w:p>
            <w:pPr>
              <w:spacing w:after="0"/>
              <w:jc w:val="right"/>
            </w:pPr>
            <w:r>
              <w:rPr>
                <w:sz w:val="16"/>
              </w:rPr>
              <w:t>n/a</w:t>
            </w:r>
          </w:p>
        </w:tc>
        <w:tc>
          <w:tcPr>
            <w:tcW w:type="dxa" w:w="1043"/>
          </w:tcPr>
          <w:p>
            <w:pPr>
              <w:spacing w:after="0"/>
              <w:jc w:val="right"/>
            </w:pPr>
            <w:r>
              <w:rPr>
                <w:sz w:val="16"/>
              </w:rPr>
              <w:t>3,549</w:t>
            </w:r>
          </w:p>
        </w:tc>
        <w:tc>
          <w:tcPr>
            <w:tcW w:type="dxa" w:w="948"/>
          </w:tcPr>
          <w:p>
            <w:pPr>
              <w:spacing w:after="0"/>
              <w:jc w:val="right"/>
            </w:pPr>
            <w:r>
              <w:rPr>
                <w:sz w:val="16"/>
              </w:rPr>
              <w:t>$17,921</w:t>
            </w:r>
          </w:p>
        </w:tc>
        <w:tc>
          <w:tcPr>
            <w:tcW w:type="dxa" w:w="1126"/>
          </w:tcPr>
          <w:p>
            <w:pPr>
              <w:spacing w:after="0"/>
              <w:jc w:val="right"/>
            </w:pPr>
            <w:r>
              <w:rPr>
                <w:sz w:val="16"/>
              </w:rPr>
              <w:t>n/a</w:t>
            </w:r>
          </w:p>
        </w:tc>
        <w:tc>
          <w:tcPr>
            <w:tcW w:type="dxa" w:w="971"/>
          </w:tcPr>
          <w:p>
            <w:pPr>
              <w:spacing w:after="0"/>
              <w:jc w:val="right"/>
            </w:pPr>
            <w:r>
              <w:rPr>
                <w:sz w:val="16"/>
              </w:rPr>
              <w:t>$3,933</w:t>
            </w:r>
          </w:p>
        </w:tc>
        <w:tc>
          <w:tcPr>
            <w:tcW w:type="dxa" w:w="1305"/>
          </w:tcPr>
          <w:p>
            <w:pPr>
              <w:spacing w:after="0"/>
              <w:jc w:val="right"/>
            </w:pPr>
            <w:r>
              <w:rPr>
                <w:sz w:val="16"/>
              </w:rPr>
              <w:t>0.000797%</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$1,245,786,386</w:t>
            </w:r>
          </w:p>
        </w:tc>
        <w:tc>
          <w:tcPr>
            <w:tcW w:type="dxa" w:w="1134"/>
          </w:tcPr>
          <w:p>
            <w:pPr>
              <w:spacing w:after="0"/>
              <w:jc w:val="right"/>
            </w:pPr>
            <w:r>
              <w:rPr>
                <w:sz w:val="16"/>
              </w:rPr>
              <w:t>$23,175,820</w:t>
            </w:r>
          </w:p>
        </w:tc>
        <w:tc>
          <w:tcPr>
            <w:tcW w:type="dxa" w:w="1043"/>
          </w:tcPr>
          <w:p>
            <w:pPr>
              <w:spacing w:after="0"/>
              <w:jc w:val="right"/>
            </w:pPr>
            <w:r>
              <w:rPr>
                <w:sz w:val="16"/>
              </w:rPr>
              <w:t>3,547</w:t>
            </w:r>
          </w:p>
        </w:tc>
        <w:tc>
          <w:tcPr>
            <w:tcW w:type="dxa" w:w="948"/>
          </w:tcPr>
          <w:p>
            <w:pPr>
              <w:spacing w:after="0"/>
              <w:jc w:val="right"/>
            </w:pPr>
            <w:r>
              <w:rPr>
                <w:sz w:val="16"/>
              </w:rPr>
              <w:t>$164,683</w:t>
            </w:r>
          </w:p>
        </w:tc>
        <w:tc>
          <w:tcPr>
            <w:tcW w:type="dxa" w:w="1126"/>
          </w:tcPr>
          <w:p>
            <w:pPr>
              <w:spacing w:after="0"/>
              <w:jc w:val="right"/>
            </w:pPr>
            <w:r>
              <w:rPr>
                <w:sz w:val="16"/>
              </w:rPr>
              <w:t>$65,993</w:t>
            </w:r>
          </w:p>
        </w:tc>
        <w:tc>
          <w:tcPr>
            <w:tcW w:type="dxa" w:w="971"/>
          </w:tcPr>
          <w:p>
            <w:pPr>
              <w:spacing w:after="0"/>
              <w:jc w:val="right"/>
            </w:pPr>
            <w:r>
              <w:rPr>
                <w:sz w:val="16"/>
              </w:rPr>
              <w:t>$13,279</w:t>
            </w:r>
          </w:p>
        </w:tc>
        <w:tc>
          <w:tcPr>
            <w:tcW w:type="dxa" w:w="1305"/>
          </w:tcPr>
          <w:p>
            <w:pPr>
              <w:spacing w:after="0"/>
              <w:jc w:val="right"/>
            </w:pPr>
            <w:r>
              <w:rPr>
                <w:sz w:val="16"/>
              </w:rPr>
              <w:t>0.0132%</w:t>
            </w:r>
          </w:p>
        </w:tc>
        <w:tc>
          <w:tcPr>
            <w:tcW w:type="dxa" w:w="1198"/>
          </w:tcPr>
          <w:p>
            <w:pPr>
              <w:spacing w:after="0"/>
              <w:jc w:val="right"/>
            </w:pPr>
            <w:r>
              <w:rPr>
                <w:sz w:val="16"/>
              </w:rPr>
              <w:t>$0</w:t>
            </w: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$1,245,786,386</w:t>
            </w:r>
          </w:p>
        </w:tc>
        <w:tc>
          <w:tcPr>
            <w:tcW w:type="dxa" w:w="1134"/>
          </w:tcPr>
          <w:p>
            <w:pPr>
              <w:spacing w:after="0"/>
              <w:jc w:val="right"/>
            </w:pPr>
            <w:r>
              <w:rPr>
                <w:sz w:val="16"/>
              </w:rPr>
              <w:t>$23,175,820</w:t>
            </w:r>
          </w:p>
        </w:tc>
        <w:tc>
          <w:tcPr>
            <w:tcW w:type="dxa" w:w="1043"/>
          </w:tcPr>
          <w:p>
            <w:pPr>
              <w:spacing w:after="0"/>
              <w:jc w:val="right"/>
            </w:pPr>
            <w:r>
              <w:rPr>
                <w:sz w:val="16"/>
              </w:rPr>
              <w:t>3,547</w:t>
            </w:r>
          </w:p>
        </w:tc>
        <w:tc>
          <w:tcPr>
            <w:tcW w:type="dxa" w:w="948"/>
          </w:tcPr>
          <w:p>
            <w:pPr>
              <w:spacing w:after="0"/>
              <w:jc w:val="right"/>
            </w:pPr>
            <w:r>
              <w:rPr>
                <w:sz w:val="16"/>
              </w:rPr>
              <w:t>$16</w:t>
            </w:r>
          </w:p>
        </w:tc>
        <w:tc>
          <w:tcPr>
            <w:tcW w:type="dxa" w:w="1126"/>
          </w:tcPr>
          <w:p>
            <w:pPr>
              <w:spacing w:after="0"/>
              <w:jc w:val="right"/>
            </w:pPr>
            <w:r>
              <w:rPr>
                <w:sz w:val="16"/>
              </w:rPr>
              <w:t>$1,071</w:t>
            </w:r>
          </w:p>
        </w:tc>
        <w:tc>
          <w:tcPr>
            <w:tcW w:type="dxa" w:w="971"/>
          </w:tcPr>
          <w:p>
            <w:pPr>
              <w:spacing w:after="0"/>
              <w:jc w:val="right"/>
            </w:pPr>
            <w:r>
              <w:rPr>
                <w:sz w:val="16"/>
              </w:rPr>
              <w:t>$102,912</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$1,245,786,386</w:t>
            </w:r>
          </w:p>
        </w:tc>
        <w:tc>
          <w:tcPr>
            <w:tcW w:type="dxa" w:w="1134"/>
          </w:tcPr>
          <w:p>
            <w:pPr>
              <w:spacing w:after="0"/>
              <w:jc w:val="right"/>
            </w:pPr>
            <w:r>
              <w:rPr>
                <w:sz w:val="16"/>
              </w:rPr>
              <w:t>$23,175,820</w:t>
            </w:r>
          </w:p>
        </w:tc>
        <w:tc>
          <w:tcPr>
            <w:tcW w:type="dxa" w:w="1043"/>
          </w:tcPr>
          <w:p>
            <w:pPr>
              <w:spacing w:after="0"/>
              <w:jc w:val="right"/>
            </w:pPr>
            <w:r>
              <w:rPr>
                <w:sz w:val="16"/>
              </w:rPr>
              <w:t>3,547</w:t>
            </w:r>
          </w:p>
        </w:tc>
        <w:tc>
          <w:tcPr>
            <w:tcW w:type="dxa" w:w="948"/>
          </w:tcPr>
          <w:p>
            <w:pPr>
              <w:spacing w:after="0"/>
              <w:jc w:val="right"/>
            </w:pPr>
            <w:r>
              <w:rPr>
                <w:sz w:val="16"/>
              </w:rPr>
              <w:t>$3,062</w:t>
            </w:r>
          </w:p>
        </w:tc>
        <w:tc>
          <w:tcPr>
            <w:tcW w:type="dxa" w:w="1126"/>
          </w:tcPr>
          <w:p>
            <w:pPr>
              <w:spacing w:after="0"/>
              <w:jc w:val="right"/>
            </w:pPr>
            <w:r>
              <w:rPr>
                <w:sz w:val="16"/>
              </w:rPr>
              <w:t>$1,249</w:t>
            </w:r>
          </w:p>
        </w:tc>
        <w:tc>
          <w:tcPr>
            <w:tcW w:type="dxa" w:w="971"/>
          </w:tcPr>
          <w:p>
            <w:pPr>
              <w:spacing w:after="0"/>
              <w:jc w:val="right"/>
            </w:pPr>
            <w:r>
              <w:rPr>
                <w:sz w:val="16"/>
              </w:rPr>
              <w:t>$17</w:t>
            </w:r>
          </w:p>
        </w:tc>
        <w:tc>
          <w:tcPr>
            <w:tcW w:type="dxa" w:w="1305"/>
          </w:tcPr>
          <w:p>
            <w:pPr>
              <w:spacing w:after="0"/>
              <w:jc w:val="right"/>
            </w:pPr>
            <w:r>
              <w:rPr>
                <w:sz w:val="16"/>
              </w:rPr>
              <w:t>0.000246%</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$1,245,786,386</w:t>
            </w:r>
          </w:p>
        </w:tc>
        <w:tc>
          <w:tcPr>
            <w:tcW w:type="dxa" w:w="1134"/>
          </w:tcPr>
          <w:p>
            <w:pPr>
              <w:spacing w:after="0"/>
              <w:jc w:val="right"/>
            </w:pPr>
            <w:r>
              <w:rPr>
                <w:sz w:val="16"/>
              </w:rPr>
              <w:t>n/a</w:t>
            </w:r>
          </w:p>
        </w:tc>
        <w:tc>
          <w:tcPr>
            <w:tcW w:type="dxa" w:w="1043"/>
          </w:tcPr>
          <w:p>
            <w:pPr>
              <w:spacing w:after="0"/>
              <w:jc w:val="right"/>
            </w:pPr>
            <w:r>
              <w:rPr>
                <w:sz w:val="16"/>
              </w:rPr>
              <w:t>3,547</w:t>
            </w:r>
          </w:p>
        </w:tc>
        <w:tc>
          <w:tcPr>
            <w:tcW w:type="dxa" w:w="948"/>
          </w:tcPr>
          <w:p>
            <w:pPr>
              <w:spacing w:after="0"/>
              <w:jc w:val="right"/>
            </w:pPr>
            <w:r>
              <w:rPr>
                <w:sz w:val="16"/>
              </w:rPr>
              <w:t>$82,215</w:t>
            </w:r>
          </w:p>
        </w:tc>
        <w:tc>
          <w:tcPr>
            <w:tcW w:type="dxa" w:w="1126"/>
          </w:tcPr>
          <w:p>
            <w:pPr>
              <w:spacing w:after="0"/>
              <w:jc w:val="right"/>
            </w:pPr>
            <w:r>
              <w:rPr>
                <w:sz w:val="16"/>
              </w:rPr>
              <w:t>n/a</w:t>
            </w:r>
          </w:p>
        </w:tc>
        <w:tc>
          <w:tcPr>
            <w:tcW w:type="dxa" w:w="971"/>
          </w:tcPr>
          <w:p>
            <w:pPr>
              <w:spacing w:after="0"/>
              <w:jc w:val="right"/>
            </w:pPr>
            <w:r>
              <w:rPr>
                <w:sz w:val="16"/>
              </w:rPr>
              <w:t>$5,745</w:t>
            </w:r>
          </w:p>
        </w:tc>
        <w:tc>
          <w:tcPr>
            <w:tcW w:type="dxa" w:w="1305"/>
          </w:tcPr>
          <w:p>
            <w:pPr>
              <w:spacing w:after="0"/>
              <w:jc w:val="right"/>
            </w:pPr>
            <w:r>
              <w:rPr>
                <w:sz w:val="16"/>
              </w:rPr>
              <w:t>0.0066%</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r>
              <w:rPr>
                <w:sz w:val="16"/>
              </w:rPr>
              <w:t>no Public Assistance recorded (2 declarations)</w:t>
            </w:r>
          </w:p>
        </w:tc>
        <w:tc>
          <w:tcPr>
            <w:tcW w:type="dxa" w:w="15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$1,245,745,120</w:t>
            </w:r>
          </w:p>
        </w:tc>
        <w:tc>
          <w:tcPr>
            <w:tcW w:type="dxa" w:w="1134"/>
          </w:tcPr>
          <w:p>
            <w:pPr>
              <w:spacing w:after="0"/>
              <w:jc w:val="right"/>
            </w:pPr>
            <w:r>
              <w:rPr>
                <w:sz w:val="16"/>
              </w:rPr>
              <w:t>$20,490</w:t>
            </w:r>
          </w:p>
        </w:tc>
        <w:tc>
          <w:tcPr>
            <w:tcW w:type="dxa" w:w="1043"/>
          </w:tcPr>
          <w:p>
            <w:pPr>
              <w:spacing w:after="0"/>
              <w:jc w:val="right"/>
            </w:pPr>
            <w:r>
              <w:rPr>
                <w:sz w:val="16"/>
              </w:rPr>
              <w:t>52</w:t>
            </w:r>
          </w:p>
        </w:tc>
        <w:tc>
          <w:tcPr>
            <w:tcW w:type="dxa" w:w="948"/>
          </w:tcPr>
          <w:p>
            <w:pPr>
              <w:spacing w:after="0"/>
              <w:jc w:val="right"/>
            </w:pPr>
            <w:r>
              <w:rPr>
                <w:sz w:val="16"/>
              </w:rPr>
              <w:t>$379,839</w:t>
            </w:r>
          </w:p>
        </w:tc>
        <w:tc>
          <w:tcPr>
            <w:tcW w:type="dxa" w:w="1126"/>
          </w:tcPr>
          <w:p>
            <w:pPr>
              <w:spacing w:after="0"/>
              <w:jc w:val="right"/>
            </w:pPr>
            <w:r>
              <w:rPr>
                <w:sz w:val="16"/>
              </w:rPr>
              <w:t>$61</w:t>
            </w:r>
          </w:p>
        </w:tc>
        <w:tc>
          <w:tcPr>
            <w:tcW w:type="dxa" w:w="971"/>
          </w:tcPr>
          <w:p>
            <w:pPr>
              <w:spacing w:after="0"/>
              <w:jc w:val="right"/>
            </w:pPr>
            <w:r>
              <w:rPr>
                <w:sz w:val="16"/>
              </w:rPr>
              <w:t>$748</w:t>
            </w:r>
          </w:p>
        </w:tc>
        <w:tc>
          <w:tcPr>
            <w:tcW w:type="dxa" w:w="1305"/>
          </w:tcPr>
          <w:p>
            <w:pPr>
              <w:spacing w:after="0"/>
              <w:jc w:val="right"/>
            </w:pPr>
            <w:r>
              <w:rPr>
                <w:sz w:val="16"/>
              </w:rPr>
              <w:t>n/a (see note)</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$718,808</w:t>
            </w:r>
          </w:p>
        </w:tc>
        <w:tc>
          <w:tcPr>
            <w:tcW w:type="dxa" w:w="1134"/>
          </w:tcPr>
          <w:p>
            <w:pPr>
              <w:spacing w:after="0"/>
              <w:jc w:val="right"/>
            </w:pPr>
            <w:r>
              <w:rPr>
                <w:sz w:val="16"/>
              </w:rPr>
              <w:t>n/a</w:t>
            </w:r>
          </w:p>
        </w:tc>
        <w:tc>
          <w:tcPr>
            <w:tcW w:type="dxa" w:w="1043"/>
          </w:tcPr>
          <w:p>
            <w:pPr>
              <w:spacing w:after="0"/>
              <w:jc w:val="right"/>
            </w:pPr>
            <w:r>
              <w:rPr>
                <w:sz w:val="16"/>
              </w:rPr>
              <w:t>1</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971"/>
          </w:tcPr>
          <w:p>
            <w:pPr>
              <w:spacing w:after="0"/>
              <w:jc w:val="right"/>
            </w:pPr>
            <w:r>
              <w:rPr>
                <w:sz w:val="16"/>
              </w:rPr>
              <w:t>$52</w:t>
            </w:r>
          </w:p>
        </w:tc>
        <w:tc>
          <w:tcPr>
            <w:tcW w:type="dxa" w:w="1305"/>
          </w:tcPr>
          <w:p>
            <w:pPr>
              <w:spacing w:after="0"/>
              <w:jc w:val="right"/>
            </w:pPr>
            <w:r>
              <w:rPr>
                <w:sz w:val="16"/>
              </w:rPr>
              <w:t>0.000171%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$1,245,786,386</w:t>
            </w:r>
          </w:p>
        </w:tc>
        <w:tc>
          <w:tcPr>
            <w:tcW w:type="dxa" w:w="1134"/>
          </w:tcPr>
          <w:p>
            <w:pPr>
              <w:spacing w:after="0"/>
              <w:jc w:val="right"/>
            </w:pPr>
            <w:r>
              <w:rPr>
                <w:sz w:val="16"/>
              </w:rPr>
              <w:t>n/a</w:t>
            </w:r>
          </w:p>
        </w:tc>
        <w:tc>
          <w:tcPr>
            <w:tcW w:type="dxa" w:w="1043"/>
          </w:tcPr>
          <w:p>
            <w:pPr>
              <w:spacing w:after="0"/>
              <w:jc w:val="right"/>
            </w:pPr>
            <w:r>
              <w:rPr>
                <w:sz w:val="16"/>
              </w:rPr>
              <w:t>3,547</w:t>
            </w:r>
          </w:p>
        </w:tc>
        <w:tc>
          <w:tcPr>
            <w:tcW w:type="dxa" w:w="948"/>
          </w:tcPr>
          <w:p>
            <w:pPr>
              <w:spacing w:after="0"/>
              <w:jc w:val="right"/>
            </w:pPr>
            <w:r>
              <w:rPr>
                <w:sz w:val="16"/>
              </w:rPr>
              <w:t>$4,360</w:t>
            </w:r>
          </w:p>
        </w:tc>
        <w:tc>
          <w:tcPr>
            <w:tcW w:type="dxa" w:w="1126"/>
          </w:tcPr>
          <w:p>
            <w:pPr>
              <w:spacing w:after="0"/>
              <w:jc w:val="right"/>
            </w:pPr>
            <w:r>
              <w:rPr>
                <w:sz w:val="16"/>
              </w:rPr>
              <w:t>n/a</w:t>
            </w:r>
          </w:p>
        </w:tc>
        <w:tc>
          <w:tcPr>
            <w:tcW w:type="dxa" w:w="971"/>
          </w:tcPr>
          <w:p>
            <w:pPr>
              <w:spacing w:after="0"/>
              <w:jc w:val="right"/>
            </w:pPr>
            <w:r>
              <w:rPr>
                <w:sz w:val="16"/>
              </w:rPr>
              <w:t>$3,053</w:t>
            </w:r>
          </w:p>
        </w:tc>
        <w:tc>
          <w:tcPr>
            <w:tcW w:type="dxa" w:w="1305"/>
          </w:tcPr>
          <w:p>
            <w:pPr>
              <w:spacing w:after="0"/>
              <w:jc w:val="right"/>
            </w:pPr>
            <w:r>
              <w:rPr>
                <w:sz w:val="16"/>
              </w:rPr>
              <w:t>0.00035%</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$1,245,786,386</w:t>
            </w:r>
          </w:p>
        </w:tc>
        <w:tc>
          <w:tcPr>
            <w:tcW w:type="dxa" w:w="1134"/>
          </w:tcPr>
          <w:p>
            <w:pPr>
              <w:spacing w:after="0"/>
              <w:jc w:val="right"/>
            </w:pPr>
            <w:r>
              <w:rPr>
                <w:sz w:val="16"/>
              </w:rPr>
              <w:t>$23,175,820</w:t>
            </w:r>
          </w:p>
        </w:tc>
        <w:tc>
          <w:tcPr>
            <w:tcW w:type="dxa" w:w="1043"/>
          </w:tcPr>
          <w:p>
            <w:pPr>
              <w:spacing w:after="0"/>
              <w:jc w:val="right"/>
            </w:pPr>
            <w:r>
              <w:rPr>
                <w:sz w:val="16"/>
              </w:rPr>
              <w:t>3,547</w:t>
            </w:r>
          </w:p>
        </w:tc>
        <w:tc>
          <w:tcPr>
            <w:tcW w:type="dxa" w:w="948"/>
          </w:tcPr>
          <w:p>
            <w:pPr>
              <w:spacing w:after="0"/>
              <w:jc w:val="right"/>
            </w:pPr>
            <w:r>
              <w:rPr>
                <w:sz w:val="16"/>
              </w:rPr>
              <w:t>$467,322</w:t>
            </w:r>
          </w:p>
        </w:tc>
        <w:tc>
          <w:tcPr>
            <w:tcW w:type="dxa" w:w="1126"/>
          </w:tcPr>
          <w:p>
            <w:pPr>
              <w:spacing w:after="0"/>
              <w:jc w:val="right"/>
            </w:pPr>
            <w:r>
              <w:rPr>
                <w:sz w:val="16"/>
              </w:rPr>
              <w:t>$4,651</w:t>
            </w:r>
          </w:p>
        </w:tc>
        <w:tc>
          <w:tcPr>
            <w:tcW w:type="dxa" w:w="971"/>
          </w:tcPr>
          <w:p>
            <w:pPr>
              <w:spacing w:after="0"/>
              <w:jc w:val="right"/>
            </w:pPr>
            <w:r>
              <w:rPr>
                <w:sz w:val="16"/>
              </w:rPr>
              <w:t>$58,098</w:t>
            </w:r>
          </w:p>
        </w:tc>
        <w:tc>
          <w:tcPr>
            <w:tcW w:type="dxa" w:w="1305"/>
          </w:tcPr>
          <w:p>
            <w:pPr>
              <w:spacing w:after="0"/>
              <w:jc w:val="right"/>
            </w:pPr>
            <w:r>
              <w:rPr>
                <w:sz w:val="16"/>
              </w:rPr>
              <w:t>0.0375%</w:t>
            </w:r>
          </w:p>
        </w:tc>
        <w:tc>
          <w:tcPr>
            <w:tcW w:type="dxa" w:w="1198"/>
          </w:tcPr>
          <w:p>
            <w:pPr>
              <w:spacing w:after="0"/>
              <w:jc w:val="right"/>
            </w:pPr>
            <w:r>
              <w:rPr>
                <w:sz w:val="16"/>
              </w:rPr>
              <w:t>$40,000</w:t>
            </w: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$1,245,786,386</w:t>
            </w:r>
          </w:p>
        </w:tc>
        <w:tc>
          <w:tcPr>
            <w:tcW w:type="dxa" w:w="1134"/>
          </w:tcPr>
          <w:p>
            <w:pPr>
              <w:spacing w:after="0"/>
              <w:jc w:val="right"/>
            </w:pPr>
            <w:r>
              <w:rPr>
                <w:sz w:val="16"/>
              </w:rPr>
              <w:t>$23,175,820</w:t>
            </w:r>
          </w:p>
        </w:tc>
        <w:tc>
          <w:tcPr>
            <w:tcW w:type="dxa" w:w="1043"/>
          </w:tcPr>
          <w:p>
            <w:pPr>
              <w:spacing w:after="0"/>
              <w:jc w:val="right"/>
            </w:pPr>
            <w:r>
              <w:rPr>
                <w:sz w:val="16"/>
              </w:rPr>
              <w:t>3,547</w:t>
            </w:r>
          </w:p>
        </w:tc>
        <w:tc>
          <w:tcPr>
            <w:tcW w:type="dxa" w:w="948"/>
          </w:tcPr>
          <w:p>
            <w:pPr>
              <w:spacing w:after="0"/>
              <w:jc w:val="right"/>
            </w:pPr>
            <w:r>
              <w:rPr>
                <w:sz w:val="16"/>
              </w:rPr>
              <w:t>$238,943</w:t>
            </w:r>
          </w:p>
        </w:tc>
        <w:tc>
          <w:tcPr>
            <w:tcW w:type="dxa" w:w="1126"/>
          </w:tcPr>
          <w:p>
            <w:pPr>
              <w:spacing w:after="0"/>
              <w:jc w:val="right"/>
            </w:pPr>
            <w:r>
              <w:rPr>
                <w:sz w:val="16"/>
              </w:rPr>
              <w:t>$822</w:t>
            </w:r>
          </w:p>
        </w:tc>
        <w:tc>
          <w:tcPr>
            <w:tcW w:type="dxa" w:w="971"/>
          </w:tcPr>
          <w:p>
            <w:pPr>
              <w:spacing w:after="0"/>
              <w:jc w:val="right"/>
            </w:pPr>
            <w:r>
              <w:rPr>
                <w:sz w:val="16"/>
              </w:rPr>
              <w:t>$155,306</w:t>
            </w:r>
          </w:p>
        </w:tc>
        <w:tc>
          <w:tcPr>
            <w:tcW w:type="dxa" w:w="1305"/>
          </w:tcPr>
          <w:p>
            <w:pPr>
              <w:spacing w:after="0"/>
              <w:jc w:val="right"/>
            </w:pPr>
            <w:r>
              <w:rPr>
                <w:sz w:val="16"/>
              </w:rPr>
              <w:t>0.0192%</w:t>
            </w:r>
          </w:p>
        </w:tc>
        <w:tc>
          <w:tcPr>
            <w:tcW w:type="dxa" w:w="1198"/>
          </w:tcPr>
          <w:p>
            <w:pPr>
              <w:spacing w:after="0"/>
              <w:jc w:val="right"/>
            </w:pPr>
            <w:r>
              <w:rPr>
                <w:sz w:val="16"/>
              </w:rPr>
              <w:t>$1,000</w:t>
            </w: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$371,121,321</w:t>
            </w:r>
          </w:p>
        </w:tc>
        <w:tc>
          <w:tcPr>
            <w:tcW w:type="dxa" w:w="1134"/>
          </w:tcPr>
          <w:p>
            <w:pPr>
              <w:spacing w:after="0"/>
              <w:jc w:val="right"/>
            </w:pPr>
            <w:r>
              <w:rPr>
                <w:sz w:val="16"/>
              </w:rPr>
              <w:t>$10,117,080</w:t>
            </w:r>
          </w:p>
        </w:tc>
        <w:tc>
          <w:tcPr>
            <w:tcW w:type="dxa" w:w="1043"/>
          </w:tcPr>
          <w:p>
            <w:pPr>
              <w:spacing w:after="0"/>
              <w:jc w:val="right"/>
            </w:pPr>
            <w:r>
              <w:rPr>
                <w:sz w:val="16"/>
              </w:rPr>
              <w:t>1,340</w:t>
            </w:r>
          </w:p>
        </w:tc>
        <w:tc>
          <w:tcPr>
            <w:tcW w:type="dxa" w:w="948"/>
          </w:tcPr>
          <w:p>
            <w:pPr>
              <w:spacing w:after="0"/>
              <w:jc w:val="right"/>
            </w:pPr>
            <w:r>
              <w:rPr>
                <w:sz w:val="16"/>
              </w:rPr>
              <w:t>$54,279</w:t>
            </w:r>
          </w:p>
        </w:tc>
        <w:tc>
          <w:tcPr>
            <w:tcW w:type="dxa" w:w="1126"/>
          </w:tcPr>
          <w:p>
            <w:pPr>
              <w:spacing w:after="0"/>
              <w:jc w:val="right"/>
            </w:pPr>
            <w:r>
              <w:rPr>
                <w:sz w:val="16"/>
              </w:rPr>
              <w:t>$125</w:t>
            </w:r>
          </w:p>
        </w:tc>
        <w:tc>
          <w:tcPr>
            <w:tcW w:type="dxa" w:w="971"/>
          </w:tcPr>
          <w:p>
            <w:pPr>
              <w:spacing w:after="0"/>
              <w:jc w:val="right"/>
            </w:pPr>
            <w:r>
              <w:rPr>
                <w:sz w:val="16"/>
              </w:rPr>
              <w:t>$2,239</w:t>
            </w:r>
          </w:p>
        </w:tc>
        <w:tc>
          <w:tcPr>
            <w:tcW w:type="dxa" w:w="1305"/>
          </w:tcPr>
          <w:p>
            <w:pPr>
              <w:spacing w:after="0"/>
              <w:jc w:val="right"/>
            </w:pPr>
            <w:r>
              <w:rPr>
                <w:sz w:val="16"/>
              </w:rPr>
              <w:t>0.0146%</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$1,245,786,386</w:t>
            </w:r>
          </w:p>
        </w:tc>
        <w:tc>
          <w:tcPr>
            <w:tcW w:type="dxa" w:w="1134"/>
          </w:tcPr>
          <w:p>
            <w:pPr>
              <w:spacing w:after="0"/>
              <w:jc w:val="right"/>
            </w:pPr>
            <w:r>
              <w:rPr>
                <w:sz w:val="16"/>
              </w:rPr>
              <w:t>$23,175,820</w:t>
            </w:r>
          </w:p>
        </w:tc>
        <w:tc>
          <w:tcPr>
            <w:tcW w:type="dxa" w:w="1043"/>
          </w:tcPr>
          <w:p>
            <w:pPr>
              <w:spacing w:after="0"/>
              <w:jc w:val="right"/>
            </w:pPr>
            <w:r>
              <w:rPr>
                <w:sz w:val="16"/>
              </w:rPr>
              <w:t>3,547</w:t>
            </w:r>
          </w:p>
        </w:tc>
        <w:tc>
          <w:tcPr>
            <w:tcW w:type="dxa" w:w="948"/>
          </w:tcPr>
          <w:p>
            <w:pPr>
              <w:spacing w:after="0"/>
              <w:jc w:val="right"/>
            </w:pPr>
            <w:r>
              <w:rPr>
                <w:sz w:val="16"/>
              </w:rPr>
              <w:t>$7,419</w:t>
            </w:r>
          </w:p>
        </w:tc>
        <w:tc>
          <w:tcPr>
            <w:tcW w:type="dxa" w:w="1126"/>
          </w:tcPr>
          <w:p>
            <w:pPr>
              <w:spacing w:after="0"/>
              <w:jc w:val="right"/>
            </w:pPr>
            <w:r>
              <w:rPr>
                <w:sz w:val="16"/>
              </w:rPr>
              <w:t>$189</w:t>
            </w:r>
          </w:p>
        </w:tc>
        <w:tc>
          <w:tcPr>
            <w:tcW w:type="dxa" w:w="971"/>
          </w:tcPr>
          <w:p>
            <w:pPr>
              <w:spacing w:after="0"/>
              <w:jc w:val="right"/>
            </w:pPr>
            <w:r>
              <w:rPr>
                <w:sz w:val="16"/>
              </w:rPr>
              <w:t>$4,740</w:t>
            </w:r>
          </w:p>
        </w:tc>
        <w:tc>
          <w:tcPr>
            <w:tcW w:type="dxa" w:w="1305"/>
          </w:tcPr>
          <w:p>
            <w:pPr>
              <w:spacing w:after="0"/>
              <w:jc w:val="right"/>
            </w:pPr>
            <w:r>
              <w:rPr>
                <w:sz w:val="16"/>
              </w:rPr>
              <w:t>0.000596%</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p>
        </w:tc>
      </w:tr>
    </w:tbl>
    <w:p>
      <w:pPr>
        <w:spacing w:after="40" w:before="60"/>
      </w:pPr>
      <w:r>
        <w:rPr>
          <w:sz w:val="15"/>
        </w:rPr>
        <w:t>Totals since 2020-06-01 (Storm Events through 2026-06-30): 56 county-coded records, 21 with a damage value recorded (including $0), $41,000; 82 zone-level records, 26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$1,245,786,386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$23,175,820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$2,146,700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$392,674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Hardeman County</w:t>
            </w:r>
          </w:p>
        </w:tc>
        <w:tc>
          <w:tcPr>
            <w:tcW w:type="dxa" w:w="1604"/>
          </w:tcPr>
          <w:p>
            <w:pPr>
              <w:spacing w:after="0"/>
              <w:jc w:val="left"/>
            </w:pPr>
            <w:r>
              <w:rPr>
                <w:sz w:val="16"/>
              </w:rPr>
              <w:t>480844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Chillicothe city</w:t>
            </w:r>
          </w:p>
        </w:tc>
        <w:tc>
          <w:tcPr>
            <w:tcW w:type="dxa" w:w="1604"/>
          </w:tcPr>
          <w:p>
            <w:pPr>
              <w:spacing w:after="0"/>
              <w:jc w:val="left"/>
            </w:pPr>
            <w:r>
              <w:rPr>
                <w:sz w:val="16"/>
              </w:rPr>
              <w:t>481202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Quanah city</w:t>
            </w:r>
          </w:p>
        </w:tc>
        <w:tc>
          <w:tcPr>
            <w:tcW w:type="dxa" w:w="1604"/>
          </w:tcPr>
          <w:p>
            <w:pPr>
              <w:spacing w:after="0"/>
              <w:jc w:val="left"/>
            </w:pPr>
            <w:r>
              <w:rPr>
                <w:sz w:val="16"/>
              </w:rPr>
              <w:t>480283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Hardeman County, TX: risk-assessment baseline packet, release 2026-10 (data as of 2026-09-30; County FIPS 48197). Automated baseline. </w:t>
      </w:r>
      <w:hyperlink r:id="rId15">
        <w:r>
          <w:rPr>
            <w:color w:val="1F4E99"/>
            <w:sz w:val="17"/>
            <w:u w:val="single"/>
          </w:rPr>
          <w:t>https://hazardplain.org/tx/48197/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Hardeman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Hardeman County, TX: Risk-assessment baseline packet</dc:title>
  <dc:subject>Hazard Plain release 2026-10, as of 2026-09-30. Automated baseline</dc:subject>
  <dc:creator>Hazard Plain</dc:creator>
  <cp:keywords>Hazard Plain; hazard mitigation; risk assessment; 48197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