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Dimmit County, TX</w:t>
      </w:r>
    </w:p>
    <w:p>
      <w:pPr>
        <w:spacing w:after="120" w:before="0"/>
      </w:pPr>
      <w:r>
        <w:rPr>
          <w:color w:val="555555"/>
          <w:sz w:val="24"/>
        </w:rPr>
        <w:t>Risk-assessment baseline packet</w:t>
      </w:r>
    </w:p>
    <w:p>
      <w:pPr>
        <w:spacing w:after="120" w:before="0"/>
      </w:pPr>
      <w:r>
        <w:rPr>
          <w:b/>
          <w:sz w:val="18"/>
        </w:rPr>
        <w:t xml:space="preserve">County FIPS: </w:t>
      </w:r>
      <w:r>
        <w:rPr>
          <w:sz w:val="18"/>
        </w:rPr>
        <w:t>48127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2031-09-01. Plan: Dimmit County (FEMA plan 111114), approved 2026-09-02.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2026-09-02: no new hazard declaration;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Heat Wave ($3,287,460 a year), Inland Flooding ($1,289,573) and Cold Wave ($551,108).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48127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2031-09-01</w:t>
      </w:r>
    </w:p>
    <w:p>
      <w:pPr>
        <w:keepNext/>
        <w:spacing w:after="40" w:before="0"/>
      </w:pPr>
      <w:r>
        <w:rPr>
          <w:b/>
        </w:rPr>
        <w:t xml:space="preserve">Plan: </w:t>
      </w:r>
      <w:r>
        <w:rPr/>
        <w:t>Dimmit County (FEMA plan 111114)</w:t>
      </w:r>
    </w:p>
    <w:p>
      <w:pPr>
        <w:keepNext/>
        <w:spacing w:after="40" w:before="0"/>
      </w:pPr>
      <w:r>
        <w:rPr>
          <w:b/>
        </w:rPr>
        <w:t xml:space="preserve">Approved: </w:t>
      </w:r>
      <w:r>
        <w:rPr/>
        <w:t>2026-09-02</w:t>
      </w:r>
    </w:p>
    <w:p>
      <w:pPr>
        <w:keepNext/>
        <w:spacing w:after="40" w:before="0"/>
      </w:pPr>
      <w:r>
        <w:rPr>
          <w:b/>
        </w:rPr>
        <w:t xml:space="preserve">Days to expiry: </w:t>
      </w:r>
      <w:r>
        <w:rPr/>
        <w:t>1,797</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2026-09-02)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0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389"/>
        <w:gridCol w:w="1062"/>
        <w:gridCol w:w="3273"/>
        <w:gridCol w:w="3715"/>
        <w:gridCol w:w="1283"/>
        <w:gridCol w:w="1283"/>
        <w:gridCol w:w="1107"/>
      </w:tblGrid>
      <w:tr>
        <w:trPr>
          <w:cantSplit/>
          <w:tblHeader/>
        </w:trPr>
        <w:tc>
          <w:tcPr>
            <w:tcW w:type="dxa" w:w="2389"/>
            <w:shd w:val="clear" w:color="auto" w:fill="E8E8E8"/>
          </w:tcPr>
          <w:p>
            <w:pPr>
              <w:spacing w:after="0"/>
              <w:jc w:val="left"/>
            </w:pPr>
            <w:r>
              <w:rPr>
                <w:b/>
                <w:sz w:val="16"/>
              </w:rPr>
              <w:t>Jurisdiction</w:t>
            </w:r>
          </w:p>
        </w:tc>
        <w:tc>
          <w:tcPr>
            <w:tcW w:type="dxa" w:w="1062"/>
            <w:shd w:val="clear" w:color="auto" w:fill="E8E8E8"/>
          </w:tcPr>
          <w:p>
            <w:pPr>
              <w:spacing w:after="0"/>
              <w:jc w:val="left"/>
            </w:pPr>
            <w:r>
              <w:rPr>
                <w:b/>
                <w:sz w:val="16"/>
              </w:rPr>
              <w:t>Type</w:t>
            </w:r>
          </w:p>
        </w:tc>
        <w:tc>
          <w:tcPr>
            <w:tcW w:type="dxa" w:w="3273"/>
            <w:shd w:val="clear" w:color="auto" w:fill="E8E8E8"/>
          </w:tcPr>
          <w:p>
            <w:pPr>
              <w:spacing w:after="0"/>
              <w:jc w:val="left"/>
            </w:pPr>
            <w:r>
              <w:rPr>
                <w:b/>
                <w:sz w:val="16"/>
              </w:rPr>
              <w:t>Status</w:t>
            </w:r>
          </w:p>
        </w:tc>
        <w:tc>
          <w:tcPr>
            <w:tcW w:type="dxa" w:w="3715"/>
            <w:shd w:val="clear" w:color="auto" w:fill="E8E8E8"/>
          </w:tcPr>
          <w:p>
            <w:pPr>
              <w:spacing w:after="0"/>
              <w:jc w:val="left"/>
            </w:pPr>
            <w:r>
              <w:rPr>
                <w:b/>
                <w:sz w:val="16"/>
              </w:rPr>
              <w:t>Plan</w:t>
            </w:r>
          </w:p>
        </w:tc>
        <w:tc>
          <w:tcPr>
            <w:tcW w:type="dxa" w:w="1283"/>
            <w:shd w:val="clear" w:color="auto" w:fill="E8E8E8"/>
          </w:tcPr>
          <w:p>
            <w:pPr>
              <w:spacing w:after="0"/>
              <w:jc w:val="left"/>
            </w:pPr>
            <w:r>
              <w:rPr>
                <w:b/>
                <w:sz w:val="16"/>
              </w:rPr>
              <w:t>Approved</w:t>
            </w:r>
          </w:p>
        </w:tc>
        <w:tc>
          <w:tcPr>
            <w:tcW w:type="dxa" w:w="1283"/>
            <w:shd w:val="clear" w:color="auto" w:fill="E8E8E8"/>
          </w:tcPr>
          <w:p>
            <w:pPr>
              <w:spacing w:after="0"/>
              <w:jc w:val="left"/>
            </w:pPr>
            <w:r>
              <w:rPr>
                <w:b/>
                <w:sz w:val="16"/>
              </w:rPr>
              <w:t>Expires</w:t>
            </w:r>
          </w:p>
        </w:tc>
        <w:tc>
          <w:tcPr>
            <w:tcW w:type="dxa" w:w="1107"/>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389"/>
          </w:tcPr>
          <w:p>
            <w:pPr>
              <w:spacing w:after="0"/>
              <w:jc w:val="left"/>
            </w:pPr>
            <w:r>
              <w:rPr>
                <w:sz w:val="16"/>
              </w:rPr>
              <w:t>Dimmit County</w:t>
            </w:r>
          </w:p>
        </w:tc>
        <w:tc>
          <w:tcPr>
            <w:tcW w:type="dxa" w:w="1062"/>
          </w:tcPr>
          <w:p>
            <w:pPr>
              <w:spacing w:after="0"/>
              <w:jc w:val="left"/>
            </w:pPr>
            <w:r>
              <w:rPr>
                <w:sz w:val="16"/>
              </w:rPr>
              <w:t>County</w:t>
            </w:r>
          </w:p>
        </w:tc>
        <w:tc>
          <w:tcPr>
            <w:tcW w:type="dxa" w:w="3273"/>
          </w:tcPr>
          <w:p>
            <w:pPr>
              <w:spacing w:after="0"/>
              <w:jc w:val="left"/>
            </w:pPr>
            <w:r>
              <w:rPr>
                <w:sz w:val="16"/>
              </w:rPr>
              <w:t>Approved, expires 2031-09-01</w:t>
            </w:r>
          </w:p>
        </w:tc>
        <w:tc>
          <w:tcPr>
            <w:tcW w:type="dxa" w:w="3715"/>
          </w:tcPr>
          <w:p>
            <w:pPr>
              <w:spacing w:after="0"/>
              <w:jc w:val="left"/>
            </w:pPr>
            <w:r>
              <w:rPr>
                <w:sz w:val="16"/>
              </w:rPr>
              <w:t>Dimmit County (FEMA plan 111114)</w:t>
            </w:r>
          </w:p>
        </w:tc>
        <w:tc>
          <w:tcPr>
            <w:tcW w:type="dxa" w:w="1283"/>
          </w:tcPr>
          <w:p>
            <w:pPr>
              <w:spacing w:after="0"/>
              <w:jc w:val="left"/>
            </w:pPr>
            <w:r>
              <w:rPr>
                <w:sz w:val="16"/>
              </w:rPr>
              <w:t>2026-09-02</w:t>
            </w:r>
          </w:p>
        </w:tc>
        <w:tc>
          <w:tcPr>
            <w:tcW w:type="dxa" w:w="1283"/>
          </w:tcPr>
          <w:p>
            <w:pPr>
              <w:spacing w:after="0"/>
              <w:jc w:val="left"/>
            </w:pPr>
            <w:r>
              <w:rPr>
                <w:sz w:val="16"/>
              </w:rPr>
              <w:t>2031-09-01</w:t>
            </w:r>
          </w:p>
        </w:tc>
        <w:tc>
          <w:tcPr>
            <w:tcW w:type="dxa" w:w="1107"/>
          </w:tcPr>
          <w:p>
            <w:pPr>
              <w:spacing w:after="0"/>
              <w:jc w:val="right"/>
            </w:pPr>
            <w:r>
              <w:rPr>
                <w:sz w:val="16"/>
              </w:rPr>
              <w:t>1,797</w:t>
            </w:r>
          </w:p>
        </w:tc>
      </w:tr>
      <w:tr>
        <w:trPr>
          <w:cantSplit/>
        </w:trPr>
        <w:tc>
          <w:tcPr>
            <w:tcW w:type="dxa" w:w="2389"/>
          </w:tcPr>
          <w:p>
            <w:pPr>
              <w:spacing w:after="0"/>
              <w:jc w:val="left"/>
            </w:pPr>
            <w:r>
              <w:rPr>
                <w:sz w:val="16"/>
              </w:rPr>
              <w:t>Big Wells city</w:t>
            </w:r>
          </w:p>
        </w:tc>
        <w:tc>
          <w:tcPr>
            <w:tcW w:type="dxa" w:w="1062"/>
          </w:tcPr>
          <w:p>
            <w:pPr>
              <w:spacing w:after="0"/>
              <w:jc w:val="left"/>
            </w:pPr>
            <w:r>
              <w:rPr>
                <w:sz w:val="16"/>
              </w:rPr>
              <w:t>City</w:t>
            </w:r>
          </w:p>
        </w:tc>
        <w:tc>
          <w:tcPr>
            <w:tcW w:type="dxa" w:w="3273"/>
          </w:tcPr>
          <w:p>
            <w:pPr>
              <w:spacing w:after="0"/>
              <w:jc w:val="left"/>
            </w:pPr>
            <w:r>
              <w:rPr>
                <w:sz w:val="16"/>
              </w:rPr>
              <w:t>Approved, expires 2031-09-01</w:t>
            </w:r>
          </w:p>
        </w:tc>
        <w:tc>
          <w:tcPr>
            <w:tcW w:type="dxa" w:w="3715"/>
          </w:tcPr>
          <w:p>
            <w:pPr>
              <w:spacing w:after="0"/>
              <w:jc w:val="left"/>
            </w:pPr>
            <w:r>
              <w:rPr>
                <w:sz w:val="16"/>
              </w:rPr>
              <w:t>Dimmit County (FEMA plan 111114)</w:t>
            </w:r>
          </w:p>
        </w:tc>
        <w:tc>
          <w:tcPr>
            <w:tcW w:type="dxa" w:w="1283"/>
          </w:tcPr>
          <w:p>
            <w:pPr>
              <w:spacing w:after="0"/>
              <w:jc w:val="left"/>
            </w:pPr>
            <w:r>
              <w:rPr>
                <w:sz w:val="16"/>
              </w:rPr>
              <w:t>2026-09-02</w:t>
            </w:r>
          </w:p>
        </w:tc>
        <w:tc>
          <w:tcPr>
            <w:tcW w:type="dxa" w:w="1283"/>
          </w:tcPr>
          <w:p>
            <w:pPr>
              <w:spacing w:after="0"/>
              <w:jc w:val="left"/>
            </w:pPr>
            <w:r>
              <w:rPr>
                <w:sz w:val="16"/>
              </w:rPr>
              <w:t>2031-09-01</w:t>
            </w:r>
          </w:p>
        </w:tc>
        <w:tc>
          <w:tcPr>
            <w:tcW w:type="dxa" w:w="1107"/>
          </w:tcPr>
          <w:p>
            <w:pPr>
              <w:spacing w:after="0"/>
              <w:jc w:val="right"/>
            </w:pPr>
            <w:r>
              <w:rPr>
                <w:sz w:val="16"/>
              </w:rPr>
              <w:t>1,797</w:t>
            </w:r>
          </w:p>
        </w:tc>
      </w:tr>
      <w:tr>
        <w:trPr>
          <w:cantSplit/>
        </w:trPr>
        <w:tc>
          <w:tcPr>
            <w:tcW w:type="dxa" w:w="2389"/>
          </w:tcPr>
          <w:p>
            <w:pPr>
              <w:spacing w:after="0"/>
              <w:jc w:val="left"/>
            </w:pPr>
            <w:r>
              <w:rPr>
                <w:sz w:val="16"/>
              </w:rPr>
              <w:t>Carrizo Springs city</w:t>
            </w:r>
          </w:p>
        </w:tc>
        <w:tc>
          <w:tcPr>
            <w:tcW w:type="dxa" w:w="1062"/>
          </w:tcPr>
          <w:p>
            <w:pPr>
              <w:spacing w:after="0"/>
              <w:jc w:val="left"/>
            </w:pPr>
            <w:r>
              <w:rPr>
                <w:sz w:val="16"/>
              </w:rPr>
              <w:t>City</w:t>
            </w:r>
          </w:p>
        </w:tc>
        <w:tc>
          <w:tcPr>
            <w:tcW w:type="dxa" w:w="3273"/>
          </w:tcPr>
          <w:p>
            <w:pPr>
              <w:spacing w:after="0"/>
              <w:jc w:val="left"/>
            </w:pPr>
            <w:r>
              <w:rPr>
                <w:sz w:val="16"/>
              </w:rPr>
              <w:t>Approved, expires 2031-09-01</w:t>
            </w:r>
          </w:p>
        </w:tc>
        <w:tc>
          <w:tcPr>
            <w:tcW w:type="dxa" w:w="3715"/>
          </w:tcPr>
          <w:p>
            <w:pPr>
              <w:spacing w:after="0"/>
              <w:jc w:val="left"/>
            </w:pPr>
            <w:r>
              <w:rPr>
                <w:sz w:val="16"/>
              </w:rPr>
              <w:t>Dimmit County (FEMA plan 111114)</w:t>
            </w:r>
          </w:p>
        </w:tc>
        <w:tc>
          <w:tcPr>
            <w:tcW w:type="dxa" w:w="1283"/>
          </w:tcPr>
          <w:p>
            <w:pPr>
              <w:spacing w:after="0"/>
              <w:jc w:val="left"/>
            </w:pPr>
            <w:r>
              <w:rPr>
                <w:sz w:val="16"/>
              </w:rPr>
              <w:t>2026-09-02</w:t>
            </w:r>
          </w:p>
        </w:tc>
        <w:tc>
          <w:tcPr>
            <w:tcW w:type="dxa" w:w="1283"/>
          </w:tcPr>
          <w:p>
            <w:pPr>
              <w:spacing w:after="0"/>
              <w:jc w:val="left"/>
            </w:pPr>
            <w:r>
              <w:rPr>
                <w:sz w:val="16"/>
              </w:rPr>
              <w:t>2031-09-01</w:t>
            </w:r>
          </w:p>
        </w:tc>
        <w:tc>
          <w:tcPr>
            <w:tcW w:type="dxa" w:w="1107"/>
          </w:tcPr>
          <w:p>
            <w:pPr>
              <w:spacing w:after="0"/>
              <w:jc w:val="right"/>
            </w:pPr>
            <w:r>
              <w:rPr>
                <w:sz w:val="16"/>
              </w:rPr>
              <w:t>1,797</w:t>
            </w:r>
          </w:p>
        </w:tc>
      </w:tr>
      <w:tr>
        <w:trPr>
          <w:cantSplit/>
        </w:trPr>
        <w:tc>
          <w:tcPr>
            <w:tcW w:type="dxa" w:w="2389"/>
          </w:tcPr>
          <w:p>
            <w:pPr>
              <w:spacing w:after="0"/>
              <w:jc w:val="left"/>
            </w:pPr>
            <w:r>
              <w:rPr>
                <w:sz w:val="16"/>
              </w:rPr>
              <w:t>Middle Rio Grande Development Council (MRGDC)</w:t>
            </w:r>
          </w:p>
        </w:tc>
        <w:tc>
          <w:tcPr>
            <w:tcW w:type="dxa" w:w="1062"/>
          </w:tcPr>
          <w:p>
            <w:pPr>
              <w:spacing w:after="0"/>
              <w:jc w:val="left"/>
            </w:pPr>
            <w:r>
              <w:rPr>
                <w:sz w:val="16"/>
              </w:rPr>
              <w:t>Special District</w:t>
            </w:r>
          </w:p>
        </w:tc>
        <w:tc>
          <w:tcPr>
            <w:tcW w:type="dxa" w:w="3273"/>
          </w:tcPr>
          <w:p>
            <w:pPr>
              <w:spacing w:after="0"/>
              <w:jc w:val="left"/>
            </w:pPr>
            <w:r>
              <w:rPr>
                <w:sz w:val="16"/>
              </w:rPr>
              <w:t>Approved, expires 2031-09-01</w:t>
            </w:r>
          </w:p>
        </w:tc>
        <w:tc>
          <w:tcPr>
            <w:tcW w:type="dxa" w:w="3715"/>
          </w:tcPr>
          <w:p>
            <w:pPr>
              <w:spacing w:after="0"/>
              <w:jc w:val="left"/>
            </w:pPr>
            <w:r>
              <w:rPr>
                <w:sz w:val="16"/>
              </w:rPr>
              <w:t>Dimmit County (FEMA plan 111114)</w:t>
            </w:r>
          </w:p>
        </w:tc>
        <w:tc>
          <w:tcPr>
            <w:tcW w:type="dxa" w:w="1283"/>
          </w:tcPr>
          <w:p>
            <w:pPr>
              <w:spacing w:after="0"/>
              <w:jc w:val="left"/>
            </w:pPr>
            <w:r>
              <w:rPr>
                <w:sz w:val="16"/>
              </w:rPr>
              <w:t>2026-09-02</w:t>
            </w:r>
          </w:p>
        </w:tc>
        <w:tc>
          <w:tcPr>
            <w:tcW w:type="dxa" w:w="1283"/>
          </w:tcPr>
          <w:p>
            <w:pPr>
              <w:spacing w:after="0"/>
              <w:jc w:val="left"/>
            </w:pPr>
            <w:r>
              <w:rPr>
                <w:sz w:val="16"/>
              </w:rPr>
              <w:t>2031-09-01</w:t>
            </w:r>
          </w:p>
        </w:tc>
        <w:tc>
          <w:tcPr>
            <w:tcW w:type="dxa" w:w="1107"/>
          </w:tcPr>
          <w:p>
            <w:pPr>
              <w:spacing w:after="0"/>
              <w:jc w:val="right"/>
            </w:pPr>
            <w:r>
              <w:rPr>
                <w:sz w:val="16"/>
              </w:rPr>
              <w:t>1,797</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111114 covers 7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5"/>
        <w:gridCol w:w="1355"/>
        <w:gridCol w:w="948"/>
        <w:gridCol w:w="1126"/>
        <w:gridCol w:w="1959"/>
        <w:gridCol w:w="1196"/>
        <w:gridCol w:w="2149"/>
        <w:gridCol w:w="2264"/>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5"/>
            <w:shd w:val="clear" w:color="auto" w:fill="E8E8E8"/>
          </w:tcPr>
          <w:p>
            <w:pPr>
              <w:spacing w:after="0"/>
              <w:jc w:val="left"/>
            </w:pPr>
            <w:r>
              <w:rPr>
                <w:b/>
                <w:sz w:val="16"/>
              </w:rPr>
              <w:t>NRI risk rating</w:t>
            </w:r>
          </w:p>
        </w:tc>
        <w:tc>
          <w:tcPr>
            <w:tcW w:type="dxa" w:w="1355"/>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5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64"/>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Heat Wave</w:t>
            </w:r>
          </w:p>
        </w:tc>
        <w:tc>
          <w:tcPr>
            <w:tcW w:type="dxa" w:w="1355"/>
          </w:tcPr>
          <w:p>
            <w:pPr>
              <w:spacing w:after="0"/>
              <w:jc w:val="left"/>
            </w:pPr>
            <w:r>
              <w:rPr>
                <w:sz w:val="16"/>
              </w:rPr>
              <w:t>Relatively Moderate</w:t>
            </w:r>
          </w:p>
        </w:tc>
        <w:tc>
          <w:tcPr>
            <w:tcW w:type="dxa" w:w="1355"/>
          </w:tcPr>
          <w:p>
            <w:pPr>
              <w:spacing w:after="0"/>
              <w:jc w:val="left"/>
            </w:pPr>
            <w:r>
              <w:rPr>
                <w:sz w:val="16"/>
              </w:rPr>
              <w:t>Relatively Moderate</w:t>
            </w:r>
          </w:p>
        </w:tc>
        <w:tc>
          <w:tcPr>
            <w:tcW w:type="dxa" w:w="948"/>
          </w:tcPr>
          <w:p>
            <w:pPr>
              <w:spacing w:after="0"/>
              <w:jc w:val="right"/>
            </w:pPr>
            <w:r>
              <w:rPr>
                <w:sz w:val="16"/>
              </w:rPr>
              <w:t>$10</w:t>
            </w:r>
          </w:p>
        </w:tc>
        <w:tc>
          <w:tcPr>
            <w:tcW w:type="dxa" w:w="1126"/>
          </w:tcPr>
          <w:p>
            <w:pPr>
              <w:spacing w:after="0"/>
              <w:jc w:val="right"/>
            </w:pPr>
            <w:r>
              <w:rPr>
                <w:sz w:val="16"/>
              </w:rPr>
              <w:t>$70</w:t>
            </w:r>
          </w:p>
        </w:tc>
        <w:tc>
          <w:tcPr>
            <w:tcW w:type="dxa" w:w="1959"/>
          </w:tcPr>
          <w:p>
            <w:pPr>
              <w:spacing w:after="0"/>
              <w:jc w:val="right"/>
            </w:pPr>
            <w:r>
              <w:rPr>
                <w:sz w:val="16"/>
              </w:rPr>
              <w:t>$3,287,380</w:t>
            </w:r>
          </w:p>
        </w:tc>
        <w:tc>
          <w:tcPr>
            <w:tcW w:type="dxa" w:w="1196"/>
          </w:tcPr>
          <w:p>
            <w:pPr>
              <w:spacing w:after="0"/>
              <w:jc w:val="right"/>
            </w:pPr>
            <w:r>
              <w:rPr>
                <w:sz w:val="16"/>
              </w:rPr>
              <w:t>$3,287,460</w:t>
            </w:r>
          </w:p>
        </w:tc>
        <w:tc>
          <w:tcPr>
            <w:tcW w:type="dxa" w:w="2149"/>
          </w:tcPr>
          <w:p>
            <w:pPr>
              <w:spacing w:after="0"/>
              <w:jc w:val="right"/>
            </w:pPr>
            <w:r>
              <w:rPr>
                <w:sz w:val="16"/>
              </w:rPr>
              <w:t>7</w:t>
            </w:r>
          </w:p>
        </w:tc>
        <w:tc>
          <w:tcPr>
            <w:tcW w:type="dxa" w:w="2264"/>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Inland Flooding</w:t>
            </w:r>
          </w:p>
        </w:tc>
        <w:tc>
          <w:tcPr>
            <w:tcW w:type="dxa" w:w="1355"/>
          </w:tcPr>
          <w:p>
            <w:pPr>
              <w:spacing w:after="0"/>
              <w:jc w:val="left"/>
            </w:pPr>
            <w:r>
              <w:rPr>
                <w:sz w:val="16"/>
              </w:rPr>
              <w:t>Very Low</w:t>
            </w:r>
          </w:p>
        </w:tc>
        <w:tc>
          <w:tcPr>
            <w:tcW w:type="dxa" w:w="1355"/>
          </w:tcPr>
          <w:p>
            <w:pPr>
              <w:spacing w:after="0"/>
              <w:jc w:val="left"/>
            </w:pPr>
            <w:r>
              <w:rPr>
                <w:sz w:val="16"/>
              </w:rPr>
              <w:t>Very Low</w:t>
            </w:r>
          </w:p>
        </w:tc>
        <w:tc>
          <w:tcPr>
            <w:tcW w:type="dxa" w:w="948"/>
          </w:tcPr>
          <w:p>
            <w:pPr>
              <w:spacing w:after="0"/>
              <w:jc w:val="right"/>
            </w:pPr>
            <w:r>
              <w:rPr>
                <w:sz w:val="16"/>
              </w:rPr>
              <w:t>$940,788</w:t>
            </w:r>
          </w:p>
        </w:tc>
        <w:tc>
          <w:tcPr>
            <w:tcW w:type="dxa" w:w="1126"/>
          </w:tcPr>
          <w:p>
            <w:pPr>
              <w:spacing w:after="0"/>
              <w:jc w:val="right"/>
            </w:pPr>
            <w:r>
              <w:rPr>
                <w:sz w:val="16"/>
              </w:rPr>
              <w:t>$295,108</w:t>
            </w:r>
          </w:p>
        </w:tc>
        <w:tc>
          <w:tcPr>
            <w:tcW w:type="dxa" w:w="1959"/>
          </w:tcPr>
          <w:p>
            <w:pPr>
              <w:spacing w:after="0"/>
              <w:jc w:val="right"/>
            </w:pPr>
            <w:r>
              <w:rPr>
                <w:sz w:val="16"/>
              </w:rPr>
              <w:t>$53,676</w:t>
            </w:r>
          </w:p>
        </w:tc>
        <w:tc>
          <w:tcPr>
            <w:tcW w:type="dxa" w:w="1196"/>
          </w:tcPr>
          <w:p>
            <w:pPr>
              <w:spacing w:after="0"/>
              <w:jc w:val="right"/>
            </w:pPr>
            <w:r>
              <w:rPr>
                <w:sz w:val="16"/>
              </w:rPr>
              <w:t>$1,289,573</w:t>
            </w:r>
          </w:p>
        </w:tc>
        <w:tc>
          <w:tcPr>
            <w:tcW w:type="dxa" w:w="2149"/>
          </w:tcPr>
          <w:p>
            <w:pPr>
              <w:spacing w:after="0"/>
              <w:jc w:val="right"/>
            </w:pPr>
            <w:r>
              <w:rPr>
                <w:sz w:val="16"/>
              </w:rPr>
              <w:t>53</w:t>
            </w:r>
          </w:p>
        </w:tc>
        <w:tc>
          <w:tcPr>
            <w:tcW w:type="dxa" w:w="2264"/>
          </w:tcPr>
          <w:p>
            <w:pPr>
              <w:spacing w:after="0"/>
              <w:jc w:val="left"/>
            </w:pPr>
          </w:p>
        </w:tc>
      </w:tr>
      <w:tr>
        <w:trPr>
          <w:cantSplit/>
        </w:trPr>
        <w:tc>
          <w:tcPr>
            <w:tcW w:type="dxa" w:w="724"/>
          </w:tcPr>
          <w:p>
            <w:pPr>
              <w:spacing w:after="0"/>
              <w:jc w:val="right"/>
            </w:pPr>
            <w:r>
              <w:rPr>
                <w:sz w:val="16"/>
              </w:rPr>
              <w:t>3</w:t>
            </w:r>
          </w:p>
        </w:tc>
        <w:tc>
          <w:tcPr>
            <w:tcW w:type="dxa" w:w="1037"/>
          </w:tcPr>
          <w:p>
            <w:pPr>
              <w:spacing w:after="0"/>
              <w:jc w:val="left"/>
            </w:pPr>
            <w:r>
              <w:rPr>
                <w:sz w:val="16"/>
              </w:rPr>
              <w:t>Cold Wave</w:t>
            </w:r>
          </w:p>
        </w:tc>
        <w:tc>
          <w:tcPr>
            <w:tcW w:type="dxa" w:w="1355"/>
          </w:tcPr>
          <w:p>
            <w:pPr>
              <w:spacing w:after="0"/>
              <w:jc w:val="left"/>
            </w:pPr>
            <w:r>
              <w:rPr>
                <w:sz w:val="16"/>
              </w:rPr>
              <w:t>Relatively Low</w:t>
            </w:r>
          </w:p>
        </w:tc>
        <w:tc>
          <w:tcPr>
            <w:tcW w:type="dxa" w:w="1355"/>
          </w:tcPr>
          <w:p>
            <w:pPr>
              <w:spacing w:after="0"/>
              <w:jc w:val="left"/>
            </w:pPr>
            <w:r>
              <w:rPr>
                <w:sz w:val="16"/>
              </w:rPr>
              <w:t>Relatively Low</w:t>
            </w:r>
          </w:p>
        </w:tc>
        <w:tc>
          <w:tcPr>
            <w:tcW w:type="dxa" w:w="948"/>
          </w:tcPr>
          <w:p>
            <w:pPr>
              <w:spacing w:after="0"/>
              <w:jc w:val="right"/>
            </w:pPr>
            <w:r>
              <w:rPr>
                <w:sz w:val="16"/>
              </w:rPr>
              <w:t>$853</w:t>
            </w:r>
          </w:p>
        </w:tc>
        <w:tc>
          <w:tcPr>
            <w:tcW w:type="dxa" w:w="1126"/>
          </w:tcPr>
          <w:p>
            <w:pPr>
              <w:spacing w:after="0"/>
              <w:jc w:val="right"/>
            </w:pPr>
            <w:r>
              <w:rPr>
                <w:sz w:val="16"/>
              </w:rPr>
              <w:t>$10,506</w:t>
            </w:r>
          </w:p>
        </w:tc>
        <w:tc>
          <w:tcPr>
            <w:tcW w:type="dxa" w:w="1959"/>
          </w:tcPr>
          <w:p>
            <w:pPr>
              <w:spacing w:after="0"/>
              <w:jc w:val="right"/>
            </w:pPr>
            <w:r>
              <w:rPr>
                <w:sz w:val="16"/>
              </w:rPr>
              <w:t>$539,749</w:t>
            </w:r>
          </w:p>
        </w:tc>
        <w:tc>
          <w:tcPr>
            <w:tcW w:type="dxa" w:w="1196"/>
          </w:tcPr>
          <w:p>
            <w:pPr>
              <w:spacing w:after="0"/>
              <w:jc w:val="right"/>
            </w:pPr>
            <w:r>
              <w:rPr>
                <w:sz w:val="16"/>
              </w:rPr>
              <w:t>$551,108</w:t>
            </w:r>
          </w:p>
        </w:tc>
        <w:tc>
          <w:tcPr>
            <w:tcW w:type="dxa" w:w="2149"/>
          </w:tcPr>
          <w:p>
            <w:pPr>
              <w:spacing w:after="0"/>
              <w:jc w:val="right"/>
            </w:pPr>
            <w:r>
              <w:rPr>
                <w:sz w:val="16"/>
              </w:rPr>
              <w:t>2</w:t>
            </w:r>
          </w:p>
        </w:tc>
        <w:tc>
          <w:tcPr>
            <w:tcW w:type="dxa" w:w="2264"/>
          </w:tcPr>
          <w:p>
            <w:pPr>
              <w:spacing w:after="0"/>
              <w:jc w:val="left"/>
            </w:pPr>
          </w:p>
        </w:tc>
      </w:tr>
      <w:tr>
        <w:trPr>
          <w:cantSplit/>
        </w:trPr>
        <w:tc>
          <w:tcPr>
            <w:tcW w:type="dxa" w:w="724"/>
          </w:tcPr>
          <w:p>
            <w:pPr>
              <w:spacing w:after="0"/>
              <w:jc w:val="right"/>
            </w:pPr>
            <w:r>
              <w:rPr>
                <w:sz w:val="16"/>
              </w:rPr>
              <w:t>4</w:t>
            </w:r>
          </w:p>
        </w:tc>
        <w:tc>
          <w:tcPr>
            <w:tcW w:type="dxa" w:w="1037"/>
          </w:tcPr>
          <w:p>
            <w:pPr>
              <w:spacing w:after="0"/>
              <w:jc w:val="left"/>
            </w:pPr>
            <w:r>
              <w:rPr>
                <w:sz w:val="16"/>
              </w:rPr>
              <w:t>Drought</w:t>
            </w:r>
          </w:p>
        </w:tc>
        <w:tc>
          <w:tcPr>
            <w:tcW w:type="dxa" w:w="1355"/>
          </w:tcPr>
          <w:p>
            <w:pPr>
              <w:spacing w:after="0"/>
              <w:jc w:val="left"/>
            </w:pPr>
            <w:r>
              <w:rPr>
                <w:sz w:val="16"/>
              </w:rPr>
              <w:t>Relatively Moderate</w:t>
            </w:r>
          </w:p>
        </w:tc>
        <w:tc>
          <w:tcPr>
            <w:tcW w:type="dxa" w:w="1355"/>
          </w:tcPr>
          <w:p>
            <w:pPr>
              <w:spacing w:after="0"/>
              <w:jc w:val="left"/>
            </w:pPr>
            <w:r>
              <w:rPr>
                <w:sz w:val="16"/>
              </w:rPr>
              <w:t>Relatively Moderate</w:t>
            </w:r>
          </w:p>
        </w:tc>
        <w:tc>
          <w:tcPr>
            <w:tcW w:type="dxa" w:w="948"/>
          </w:tcPr>
          <w:p>
            <w:pPr>
              <w:spacing w:after="0"/>
              <w:jc w:val="right"/>
            </w:pPr>
            <w:r>
              <w:rPr>
                <w:sz w:val="16"/>
              </w:rPr>
              <w:t>n/a</w:t>
            </w:r>
          </w:p>
        </w:tc>
        <w:tc>
          <w:tcPr>
            <w:tcW w:type="dxa" w:w="1126"/>
          </w:tcPr>
          <w:p>
            <w:pPr>
              <w:spacing w:after="0"/>
              <w:jc w:val="right"/>
            </w:pPr>
            <w:r>
              <w:rPr>
                <w:sz w:val="16"/>
              </w:rPr>
              <w:t>$536,681</w:t>
            </w:r>
          </w:p>
        </w:tc>
        <w:tc>
          <w:tcPr>
            <w:tcW w:type="dxa" w:w="1959"/>
          </w:tcPr>
          <w:p>
            <w:pPr>
              <w:spacing w:after="0"/>
              <w:jc w:val="right"/>
            </w:pPr>
            <w:r>
              <w:rPr>
                <w:sz w:val="16"/>
              </w:rPr>
              <w:t>n/a</w:t>
            </w:r>
          </w:p>
        </w:tc>
        <w:tc>
          <w:tcPr>
            <w:tcW w:type="dxa" w:w="1196"/>
          </w:tcPr>
          <w:p>
            <w:pPr>
              <w:spacing w:after="0"/>
              <w:jc w:val="right"/>
            </w:pPr>
            <w:r>
              <w:rPr>
                <w:sz w:val="16"/>
              </w:rPr>
              <w:t>$536,681</w:t>
            </w:r>
          </w:p>
        </w:tc>
        <w:tc>
          <w:tcPr>
            <w:tcW w:type="dxa" w:w="2149"/>
          </w:tcPr>
          <w:p>
            <w:pPr>
              <w:spacing w:after="0"/>
              <w:jc w:val="right"/>
            </w:pPr>
            <w:r>
              <w:rPr>
                <w:sz w:val="16"/>
              </w:rPr>
              <w:t>102</w:t>
            </w:r>
          </w:p>
        </w:tc>
        <w:tc>
          <w:tcPr>
            <w:tcW w:type="dxa" w:w="2264"/>
          </w:tcPr>
          <w:p>
            <w:pPr>
              <w:spacing w:after="0"/>
              <w:jc w:val="left"/>
            </w:pPr>
          </w:p>
        </w:tc>
      </w:tr>
      <w:tr>
        <w:trPr>
          <w:cantSplit/>
        </w:trPr>
        <w:tc>
          <w:tcPr>
            <w:tcW w:type="dxa" w:w="724"/>
          </w:tcPr>
          <w:p>
            <w:pPr>
              <w:spacing w:after="0"/>
              <w:jc w:val="right"/>
            </w:pPr>
            <w:r>
              <w:rPr>
                <w:sz w:val="16"/>
              </w:rPr>
              <w:t>5</w:t>
            </w:r>
          </w:p>
        </w:tc>
        <w:tc>
          <w:tcPr>
            <w:tcW w:type="dxa" w:w="1037"/>
          </w:tcPr>
          <w:p>
            <w:pPr>
              <w:spacing w:after="0"/>
              <w:jc w:val="left"/>
            </w:pPr>
            <w:r>
              <w:rPr>
                <w:sz w:val="16"/>
              </w:rPr>
              <w:t>Tornado</w:t>
            </w:r>
          </w:p>
        </w:tc>
        <w:tc>
          <w:tcPr>
            <w:tcW w:type="dxa" w:w="1355"/>
          </w:tcPr>
          <w:p>
            <w:pPr>
              <w:spacing w:after="0"/>
              <w:jc w:val="left"/>
            </w:pPr>
            <w:r>
              <w:rPr>
                <w:sz w:val="16"/>
              </w:rPr>
              <w:t>Relatively Low</w:t>
            </w:r>
          </w:p>
        </w:tc>
        <w:tc>
          <w:tcPr>
            <w:tcW w:type="dxa" w:w="1355"/>
          </w:tcPr>
          <w:p>
            <w:pPr>
              <w:spacing w:after="0"/>
              <w:jc w:val="left"/>
            </w:pPr>
            <w:r>
              <w:rPr>
                <w:sz w:val="16"/>
              </w:rPr>
              <w:t>Very Low</w:t>
            </w:r>
          </w:p>
        </w:tc>
        <w:tc>
          <w:tcPr>
            <w:tcW w:type="dxa" w:w="948"/>
          </w:tcPr>
          <w:p>
            <w:pPr>
              <w:spacing w:after="0"/>
              <w:jc w:val="right"/>
            </w:pPr>
            <w:r>
              <w:rPr>
                <w:sz w:val="16"/>
              </w:rPr>
              <w:t>$70,714</w:t>
            </w:r>
          </w:p>
        </w:tc>
        <w:tc>
          <w:tcPr>
            <w:tcW w:type="dxa" w:w="1126"/>
          </w:tcPr>
          <w:p>
            <w:pPr>
              <w:spacing w:after="0"/>
              <w:jc w:val="right"/>
            </w:pPr>
            <w:r>
              <w:rPr>
                <w:sz w:val="16"/>
              </w:rPr>
              <w:t>$430</w:t>
            </w:r>
          </w:p>
        </w:tc>
        <w:tc>
          <w:tcPr>
            <w:tcW w:type="dxa" w:w="1959"/>
          </w:tcPr>
          <w:p>
            <w:pPr>
              <w:spacing w:after="0"/>
              <w:jc w:val="right"/>
            </w:pPr>
            <w:r>
              <w:rPr>
                <w:sz w:val="16"/>
              </w:rPr>
              <w:t>$178,868</w:t>
            </w:r>
          </w:p>
        </w:tc>
        <w:tc>
          <w:tcPr>
            <w:tcW w:type="dxa" w:w="1196"/>
          </w:tcPr>
          <w:p>
            <w:pPr>
              <w:spacing w:after="0"/>
              <w:jc w:val="right"/>
            </w:pPr>
            <w:r>
              <w:rPr>
                <w:sz w:val="16"/>
              </w:rPr>
              <w:t>$250,012</w:t>
            </w:r>
          </w:p>
        </w:tc>
        <w:tc>
          <w:tcPr>
            <w:tcW w:type="dxa" w:w="2149"/>
          </w:tcPr>
          <w:p>
            <w:pPr>
              <w:spacing w:after="0"/>
              <w:jc w:val="right"/>
            </w:pPr>
            <w:r>
              <w:rPr>
                <w:sz w:val="16"/>
              </w:rPr>
              <w:t>0</w:t>
            </w:r>
          </w:p>
        </w:tc>
        <w:tc>
          <w:tcPr>
            <w:tcW w:type="dxa" w:w="2264"/>
          </w:tcPr>
          <w:p>
            <w:pPr>
              <w:spacing w:after="0"/>
              <w:jc w:val="left"/>
            </w:pPr>
            <w:r>
              <w:rPr>
                <w:sz w:val="16"/>
              </w:rPr>
              <w:t>Declared 1 time; no Storm Events record of this type.</w:t>
            </w:r>
          </w:p>
        </w:tc>
      </w:tr>
      <w:tr>
        <w:trPr>
          <w:cantSplit/>
        </w:trPr>
        <w:tc>
          <w:tcPr>
            <w:tcW w:type="dxa" w:w="724"/>
          </w:tcPr>
          <w:p>
            <w:pPr>
              <w:spacing w:after="0"/>
              <w:jc w:val="right"/>
            </w:pPr>
            <w:r>
              <w:rPr>
                <w:sz w:val="16"/>
              </w:rPr>
              <w:t>6</w:t>
            </w:r>
          </w:p>
        </w:tc>
        <w:tc>
          <w:tcPr>
            <w:tcW w:type="dxa" w:w="1037"/>
          </w:tcPr>
          <w:p>
            <w:pPr>
              <w:spacing w:after="0"/>
              <w:jc w:val="left"/>
            </w:pPr>
            <w:r>
              <w:rPr>
                <w:sz w:val="16"/>
              </w:rPr>
              <w:t>Hurricane</w:t>
            </w:r>
          </w:p>
        </w:tc>
        <w:tc>
          <w:tcPr>
            <w:tcW w:type="dxa" w:w="1355"/>
          </w:tcPr>
          <w:p>
            <w:pPr>
              <w:spacing w:after="0"/>
              <w:jc w:val="left"/>
            </w:pPr>
            <w:r>
              <w:rPr>
                <w:sz w:val="16"/>
              </w:rPr>
              <w:t>Relatively Low</w:t>
            </w:r>
          </w:p>
        </w:tc>
        <w:tc>
          <w:tcPr>
            <w:tcW w:type="dxa" w:w="1355"/>
          </w:tcPr>
          <w:p>
            <w:pPr>
              <w:spacing w:after="0"/>
              <w:jc w:val="left"/>
            </w:pPr>
            <w:r>
              <w:rPr>
                <w:sz w:val="16"/>
              </w:rPr>
              <w:t>Relatively Low</w:t>
            </w:r>
          </w:p>
        </w:tc>
        <w:tc>
          <w:tcPr>
            <w:tcW w:type="dxa" w:w="948"/>
          </w:tcPr>
          <w:p>
            <w:pPr>
              <w:spacing w:after="0"/>
              <w:jc w:val="right"/>
            </w:pPr>
            <w:r>
              <w:rPr>
                <w:sz w:val="16"/>
              </w:rPr>
              <w:t>$106,316</w:t>
            </w:r>
          </w:p>
        </w:tc>
        <w:tc>
          <w:tcPr>
            <w:tcW w:type="dxa" w:w="1126"/>
          </w:tcPr>
          <w:p>
            <w:pPr>
              <w:spacing w:after="0"/>
              <w:jc w:val="right"/>
            </w:pPr>
            <w:r>
              <w:rPr>
                <w:sz w:val="16"/>
              </w:rPr>
              <w:t>$27,657</w:t>
            </w:r>
          </w:p>
        </w:tc>
        <w:tc>
          <w:tcPr>
            <w:tcW w:type="dxa" w:w="1959"/>
          </w:tcPr>
          <w:p>
            <w:pPr>
              <w:spacing w:after="0"/>
              <w:jc w:val="right"/>
            </w:pPr>
            <w:r>
              <w:rPr>
                <w:sz w:val="16"/>
              </w:rPr>
              <w:t>$2,916</w:t>
            </w:r>
          </w:p>
        </w:tc>
        <w:tc>
          <w:tcPr>
            <w:tcW w:type="dxa" w:w="1196"/>
          </w:tcPr>
          <w:p>
            <w:pPr>
              <w:spacing w:after="0"/>
              <w:jc w:val="right"/>
            </w:pPr>
            <w:r>
              <w:rPr>
                <w:sz w:val="16"/>
              </w:rPr>
              <w:t>$136,889</w:t>
            </w:r>
          </w:p>
        </w:tc>
        <w:tc>
          <w:tcPr>
            <w:tcW w:type="dxa" w:w="2149"/>
          </w:tcPr>
          <w:p>
            <w:pPr>
              <w:spacing w:after="0"/>
              <w:jc w:val="right"/>
            </w:pPr>
            <w:r>
              <w:rPr>
                <w:sz w:val="16"/>
              </w:rPr>
              <w:t>1</w:t>
            </w:r>
          </w:p>
        </w:tc>
        <w:tc>
          <w:tcPr>
            <w:tcW w:type="dxa" w:w="2264"/>
          </w:tcPr>
          <w:p>
            <w:pPr>
              <w:spacing w:after="0"/>
              <w:jc w:val="left"/>
            </w:pPr>
          </w:p>
        </w:tc>
      </w:tr>
      <w:tr>
        <w:trPr>
          <w:cantSplit/>
        </w:trPr>
        <w:tc>
          <w:tcPr>
            <w:tcW w:type="dxa" w:w="724"/>
          </w:tcPr>
          <w:p>
            <w:pPr>
              <w:spacing w:after="0"/>
              <w:jc w:val="right"/>
            </w:pPr>
            <w:r>
              <w:rPr>
                <w:sz w:val="16"/>
              </w:rPr>
              <w:t>7</w:t>
            </w:r>
          </w:p>
        </w:tc>
        <w:tc>
          <w:tcPr>
            <w:tcW w:type="dxa" w:w="1037"/>
          </w:tcPr>
          <w:p>
            <w:pPr>
              <w:spacing w:after="0"/>
              <w:jc w:val="left"/>
            </w:pPr>
            <w:r>
              <w:rPr>
                <w:sz w:val="16"/>
              </w:rPr>
              <w:t>Lightning</w:t>
            </w:r>
          </w:p>
        </w:tc>
        <w:tc>
          <w:tcPr>
            <w:tcW w:type="dxa" w:w="1355"/>
          </w:tcPr>
          <w:p>
            <w:pPr>
              <w:spacing w:after="0"/>
              <w:jc w:val="left"/>
            </w:pPr>
            <w:r>
              <w:rPr>
                <w:sz w:val="16"/>
              </w:rPr>
              <w:t>Relatively Low</w:t>
            </w:r>
          </w:p>
        </w:tc>
        <w:tc>
          <w:tcPr>
            <w:tcW w:type="dxa" w:w="1355"/>
          </w:tcPr>
          <w:p>
            <w:pPr>
              <w:spacing w:after="0"/>
              <w:jc w:val="left"/>
            </w:pPr>
            <w:r>
              <w:rPr>
                <w:sz w:val="16"/>
              </w:rPr>
              <w:t>Relatively Low</w:t>
            </w:r>
          </w:p>
        </w:tc>
        <w:tc>
          <w:tcPr>
            <w:tcW w:type="dxa" w:w="948"/>
          </w:tcPr>
          <w:p>
            <w:pPr>
              <w:spacing w:after="0"/>
              <w:jc w:val="right"/>
            </w:pPr>
            <w:r>
              <w:rPr>
                <w:sz w:val="16"/>
              </w:rPr>
              <w:t>$35,047</w:t>
            </w:r>
          </w:p>
        </w:tc>
        <w:tc>
          <w:tcPr>
            <w:tcW w:type="dxa" w:w="1126"/>
          </w:tcPr>
          <w:p>
            <w:pPr>
              <w:spacing w:after="0"/>
              <w:jc w:val="right"/>
            </w:pPr>
            <w:r>
              <w:rPr>
                <w:sz w:val="16"/>
              </w:rPr>
              <w:t>n/a</w:t>
            </w:r>
          </w:p>
        </w:tc>
        <w:tc>
          <w:tcPr>
            <w:tcW w:type="dxa" w:w="1959"/>
          </w:tcPr>
          <w:p>
            <w:pPr>
              <w:spacing w:after="0"/>
              <w:jc w:val="right"/>
            </w:pPr>
            <w:r>
              <w:rPr>
                <w:sz w:val="16"/>
              </w:rPr>
              <w:t>$51,509</w:t>
            </w:r>
          </w:p>
        </w:tc>
        <w:tc>
          <w:tcPr>
            <w:tcW w:type="dxa" w:w="1196"/>
          </w:tcPr>
          <w:p>
            <w:pPr>
              <w:spacing w:after="0"/>
              <w:jc w:val="right"/>
            </w:pPr>
            <w:r>
              <w:rPr>
                <w:sz w:val="16"/>
              </w:rPr>
              <w:t>$86,556</w:t>
            </w:r>
          </w:p>
        </w:tc>
        <w:tc>
          <w:tcPr>
            <w:tcW w:type="dxa" w:w="2149"/>
          </w:tcPr>
          <w:p>
            <w:pPr>
              <w:spacing w:after="0"/>
              <w:jc w:val="right"/>
            </w:pPr>
            <w:r>
              <w:rPr>
                <w:sz w:val="16"/>
              </w:rPr>
              <w:t>2</w:t>
            </w:r>
          </w:p>
        </w:tc>
        <w:tc>
          <w:tcPr>
            <w:tcW w:type="dxa" w:w="2264"/>
          </w:tcPr>
          <w:p>
            <w:pPr>
              <w:spacing w:after="0"/>
              <w:jc w:val="left"/>
            </w:pPr>
          </w:p>
        </w:tc>
      </w:tr>
      <w:tr>
        <w:trPr>
          <w:cantSplit/>
        </w:trPr>
        <w:tc>
          <w:tcPr>
            <w:tcW w:type="dxa" w:w="724"/>
          </w:tcPr>
          <w:p>
            <w:pPr>
              <w:spacing w:after="0"/>
              <w:jc w:val="right"/>
            </w:pPr>
            <w:r>
              <w:rPr>
                <w:sz w:val="16"/>
              </w:rPr>
              <w:t>8</w:t>
            </w:r>
          </w:p>
        </w:tc>
        <w:tc>
          <w:tcPr>
            <w:tcW w:type="dxa" w:w="1037"/>
          </w:tcPr>
          <w:p>
            <w:pPr>
              <w:spacing w:after="0"/>
              <w:jc w:val="left"/>
            </w:pPr>
            <w:r>
              <w:rPr>
                <w:sz w:val="16"/>
              </w:rPr>
              <w:t>Hail</w:t>
            </w:r>
          </w:p>
        </w:tc>
        <w:tc>
          <w:tcPr>
            <w:tcW w:type="dxa" w:w="1355"/>
          </w:tcPr>
          <w:p>
            <w:pPr>
              <w:spacing w:after="0"/>
              <w:jc w:val="left"/>
            </w:pPr>
            <w:r>
              <w:rPr>
                <w:sz w:val="16"/>
              </w:rPr>
              <w:t>Very Low</w:t>
            </w:r>
          </w:p>
        </w:tc>
        <w:tc>
          <w:tcPr>
            <w:tcW w:type="dxa" w:w="1355"/>
          </w:tcPr>
          <w:p>
            <w:pPr>
              <w:spacing w:after="0"/>
              <w:jc w:val="left"/>
            </w:pPr>
            <w:r>
              <w:rPr>
                <w:sz w:val="16"/>
              </w:rPr>
              <w:t>Very Low</w:t>
            </w:r>
          </w:p>
        </w:tc>
        <w:tc>
          <w:tcPr>
            <w:tcW w:type="dxa" w:w="948"/>
          </w:tcPr>
          <w:p>
            <w:pPr>
              <w:spacing w:after="0"/>
              <w:jc w:val="right"/>
            </w:pPr>
            <w:r>
              <w:rPr>
                <w:sz w:val="16"/>
              </w:rPr>
              <w:t>$27,435</w:t>
            </w:r>
          </w:p>
        </w:tc>
        <w:tc>
          <w:tcPr>
            <w:tcW w:type="dxa" w:w="1126"/>
          </w:tcPr>
          <w:p>
            <w:pPr>
              <w:spacing w:after="0"/>
              <w:jc w:val="right"/>
            </w:pPr>
            <w:r>
              <w:rPr>
                <w:sz w:val="16"/>
              </w:rPr>
              <w:t>$7,450</w:t>
            </w:r>
          </w:p>
        </w:tc>
        <w:tc>
          <w:tcPr>
            <w:tcW w:type="dxa" w:w="1959"/>
          </w:tcPr>
          <w:p>
            <w:pPr>
              <w:spacing w:after="0"/>
              <w:jc w:val="right"/>
            </w:pPr>
            <w:r>
              <w:rPr>
                <w:sz w:val="16"/>
              </w:rPr>
              <w:t>$10,676</w:t>
            </w:r>
          </w:p>
        </w:tc>
        <w:tc>
          <w:tcPr>
            <w:tcW w:type="dxa" w:w="1196"/>
          </w:tcPr>
          <w:p>
            <w:pPr>
              <w:spacing w:after="0"/>
              <w:jc w:val="right"/>
            </w:pPr>
            <w:r>
              <w:rPr>
                <w:sz w:val="16"/>
              </w:rPr>
              <w:t>$45,560</w:t>
            </w:r>
          </w:p>
        </w:tc>
        <w:tc>
          <w:tcPr>
            <w:tcW w:type="dxa" w:w="2149"/>
          </w:tcPr>
          <w:p>
            <w:pPr>
              <w:spacing w:after="0"/>
              <w:jc w:val="right"/>
            </w:pPr>
            <w:r>
              <w:rPr>
                <w:sz w:val="16"/>
              </w:rPr>
              <w:t>47</w:t>
            </w:r>
          </w:p>
        </w:tc>
        <w:tc>
          <w:tcPr>
            <w:tcW w:type="dxa" w:w="2264"/>
          </w:tcPr>
          <w:p>
            <w:pPr>
              <w:spacing w:after="0"/>
              <w:jc w:val="left"/>
            </w:pPr>
          </w:p>
        </w:tc>
      </w:tr>
      <w:tr>
        <w:trPr>
          <w:cantSplit/>
        </w:trPr>
        <w:tc>
          <w:tcPr>
            <w:tcW w:type="dxa" w:w="724"/>
          </w:tcPr>
          <w:p>
            <w:pPr>
              <w:spacing w:after="0"/>
              <w:jc w:val="right"/>
            </w:pPr>
            <w:r>
              <w:rPr>
                <w:sz w:val="16"/>
              </w:rPr>
              <w:t>9</w:t>
            </w:r>
          </w:p>
        </w:tc>
        <w:tc>
          <w:tcPr>
            <w:tcW w:type="dxa" w:w="1037"/>
          </w:tcPr>
          <w:p>
            <w:pPr>
              <w:spacing w:after="0"/>
              <w:jc w:val="left"/>
            </w:pPr>
            <w:r>
              <w:rPr>
                <w:sz w:val="16"/>
              </w:rPr>
              <w:t>Wildfire</w:t>
            </w:r>
          </w:p>
        </w:tc>
        <w:tc>
          <w:tcPr>
            <w:tcW w:type="dxa" w:w="1355"/>
          </w:tcPr>
          <w:p>
            <w:pPr>
              <w:spacing w:after="0"/>
              <w:jc w:val="left"/>
            </w:pPr>
            <w:r>
              <w:rPr>
                <w:sz w:val="16"/>
              </w:rPr>
              <w:t>Very Low</w:t>
            </w:r>
          </w:p>
        </w:tc>
        <w:tc>
          <w:tcPr>
            <w:tcW w:type="dxa" w:w="1355"/>
          </w:tcPr>
          <w:p>
            <w:pPr>
              <w:spacing w:after="0"/>
              <w:jc w:val="left"/>
            </w:pPr>
            <w:r>
              <w:rPr>
                <w:sz w:val="16"/>
              </w:rPr>
              <w:t>Very Low</w:t>
            </w:r>
          </w:p>
        </w:tc>
        <w:tc>
          <w:tcPr>
            <w:tcW w:type="dxa" w:w="948"/>
          </w:tcPr>
          <w:p>
            <w:pPr>
              <w:spacing w:after="0"/>
              <w:jc w:val="right"/>
            </w:pPr>
            <w:r>
              <w:rPr>
                <w:sz w:val="16"/>
              </w:rPr>
              <w:t>$30,339</w:t>
            </w:r>
          </w:p>
        </w:tc>
        <w:tc>
          <w:tcPr>
            <w:tcW w:type="dxa" w:w="1126"/>
          </w:tcPr>
          <w:p>
            <w:pPr>
              <w:spacing w:after="0"/>
              <w:jc w:val="right"/>
            </w:pPr>
            <w:r>
              <w:rPr>
                <w:sz w:val="16"/>
              </w:rPr>
              <w:t>$235</w:t>
            </w:r>
          </w:p>
        </w:tc>
        <w:tc>
          <w:tcPr>
            <w:tcW w:type="dxa" w:w="1959"/>
          </w:tcPr>
          <w:p>
            <w:pPr>
              <w:spacing w:after="0"/>
              <w:jc w:val="right"/>
            </w:pPr>
            <w:r>
              <w:rPr>
                <w:sz w:val="16"/>
              </w:rPr>
              <w:t>$3,117</w:t>
            </w:r>
          </w:p>
        </w:tc>
        <w:tc>
          <w:tcPr>
            <w:tcW w:type="dxa" w:w="1196"/>
          </w:tcPr>
          <w:p>
            <w:pPr>
              <w:spacing w:after="0"/>
              <w:jc w:val="right"/>
            </w:pPr>
            <w:r>
              <w:rPr>
                <w:sz w:val="16"/>
              </w:rPr>
              <w:t>$33,691</w:t>
            </w:r>
          </w:p>
        </w:tc>
        <w:tc>
          <w:tcPr>
            <w:tcW w:type="dxa" w:w="2149"/>
          </w:tcPr>
          <w:p>
            <w:pPr>
              <w:spacing w:after="0"/>
              <w:jc w:val="right"/>
            </w:pPr>
            <w:r>
              <w:rPr>
                <w:sz w:val="16"/>
              </w:rPr>
              <w:t>1</w:t>
            </w:r>
          </w:p>
        </w:tc>
        <w:tc>
          <w:tcPr>
            <w:tcW w:type="dxa" w:w="2264"/>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Strong Wind</w:t>
            </w:r>
          </w:p>
        </w:tc>
        <w:tc>
          <w:tcPr>
            <w:tcW w:type="dxa" w:w="1355"/>
          </w:tcPr>
          <w:p>
            <w:pPr>
              <w:spacing w:after="0"/>
              <w:jc w:val="left"/>
            </w:pPr>
            <w:r>
              <w:rPr>
                <w:sz w:val="16"/>
              </w:rPr>
              <w:t>Very Low</w:t>
            </w:r>
          </w:p>
        </w:tc>
        <w:tc>
          <w:tcPr>
            <w:tcW w:type="dxa" w:w="1355"/>
          </w:tcPr>
          <w:p>
            <w:pPr>
              <w:spacing w:after="0"/>
              <w:jc w:val="left"/>
            </w:pPr>
            <w:r>
              <w:rPr>
                <w:sz w:val="16"/>
              </w:rPr>
              <w:t>Very Low</w:t>
            </w:r>
          </w:p>
        </w:tc>
        <w:tc>
          <w:tcPr>
            <w:tcW w:type="dxa" w:w="948"/>
          </w:tcPr>
          <w:p>
            <w:pPr>
              <w:spacing w:after="0"/>
              <w:jc w:val="right"/>
            </w:pPr>
            <w:r>
              <w:rPr>
                <w:sz w:val="16"/>
              </w:rPr>
              <w:t>$15,812</w:t>
            </w:r>
          </w:p>
        </w:tc>
        <w:tc>
          <w:tcPr>
            <w:tcW w:type="dxa" w:w="1126"/>
          </w:tcPr>
          <w:p>
            <w:pPr>
              <w:spacing w:after="0"/>
              <w:jc w:val="right"/>
            </w:pPr>
            <w:r>
              <w:rPr>
                <w:sz w:val="16"/>
              </w:rPr>
              <w:t>$2,029</w:t>
            </w:r>
          </w:p>
        </w:tc>
        <w:tc>
          <w:tcPr>
            <w:tcW w:type="dxa" w:w="1959"/>
          </w:tcPr>
          <w:p>
            <w:pPr>
              <w:spacing w:after="0"/>
              <w:jc w:val="right"/>
            </w:pPr>
            <w:r>
              <w:rPr>
                <w:sz w:val="16"/>
              </w:rPr>
              <w:t>$6,065</w:t>
            </w:r>
          </w:p>
        </w:tc>
        <w:tc>
          <w:tcPr>
            <w:tcW w:type="dxa" w:w="1196"/>
          </w:tcPr>
          <w:p>
            <w:pPr>
              <w:spacing w:after="0"/>
              <w:jc w:val="right"/>
            </w:pPr>
            <w:r>
              <w:rPr>
                <w:sz w:val="16"/>
              </w:rPr>
              <w:t>$23,906</w:t>
            </w:r>
          </w:p>
        </w:tc>
        <w:tc>
          <w:tcPr>
            <w:tcW w:type="dxa" w:w="2149"/>
          </w:tcPr>
          <w:p>
            <w:pPr>
              <w:spacing w:after="0"/>
              <w:jc w:val="right"/>
            </w:pPr>
            <w:r>
              <w:rPr>
                <w:sz w:val="16"/>
              </w:rPr>
              <w:t>16</w:t>
            </w:r>
          </w:p>
        </w:tc>
        <w:tc>
          <w:tcPr>
            <w:tcW w:type="dxa" w:w="2264"/>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Ice Storm</w:t>
            </w:r>
          </w:p>
        </w:tc>
        <w:tc>
          <w:tcPr>
            <w:tcW w:type="dxa" w:w="1355"/>
          </w:tcPr>
          <w:p>
            <w:pPr>
              <w:spacing w:after="0"/>
              <w:jc w:val="left"/>
            </w:pPr>
            <w:r>
              <w:rPr>
                <w:sz w:val="16"/>
              </w:rPr>
              <w:t>Very Low</w:t>
            </w:r>
          </w:p>
        </w:tc>
        <w:tc>
          <w:tcPr>
            <w:tcW w:type="dxa" w:w="1355"/>
          </w:tcPr>
          <w:p>
            <w:pPr>
              <w:spacing w:after="0"/>
              <w:jc w:val="left"/>
            </w:pPr>
            <w:r>
              <w:rPr>
                <w:sz w:val="16"/>
              </w:rPr>
              <w:t>Very Low</w:t>
            </w:r>
          </w:p>
        </w:tc>
        <w:tc>
          <w:tcPr>
            <w:tcW w:type="dxa" w:w="948"/>
          </w:tcPr>
          <w:p>
            <w:pPr>
              <w:spacing w:after="0"/>
              <w:jc w:val="right"/>
            </w:pPr>
            <w:r>
              <w:rPr>
                <w:sz w:val="16"/>
              </w:rPr>
              <w:t>$12,505</w:t>
            </w:r>
          </w:p>
        </w:tc>
        <w:tc>
          <w:tcPr>
            <w:tcW w:type="dxa" w:w="1126"/>
          </w:tcPr>
          <w:p>
            <w:pPr>
              <w:spacing w:after="0"/>
              <w:jc w:val="right"/>
            </w:pPr>
            <w:r>
              <w:rPr>
                <w:sz w:val="16"/>
              </w:rPr>
              <w:t>n/a</w:t>
            </w:r>
          </w:p>
        </w:tc>
        <w:tc>
          <w:tcPr>
            <w:tcW w:type="dxa" w:w="1959"/>
          </w:tcPr>
          <w:p>
            <w:pPr>
              <w:spacing w:after="0"/>
              <w:jc w:val="right"/>
            </w:pPr>
            <w:r>
              <w:rPr>
                <w:sz w:val="16"/>
              </w:rPr>
              <w:t>$1,256</w:t>
            </w:r>
          </w:p>
        </w:tc>
        <w:tc>
          <w:tcPr>
            <w:tcW w:type="dxa" w:w="1196"/>
          </w:tcPr>
          <w:p>
            <w:pPr>
              <w:spacing w:after="0"/>
              <w:jc w:val="right"/>
            </w:pPr>
            <w:r>
              <w:rPr>
                <w:sz w:val="16"/>
              </w:rPr>
              <w:t>$13,762</w:t>
            </w:r>
          </w:p>
        </w:tc>
        <w:tc>
          <w:tcPr>
            <w:tcW w:type="dxa" w:w="2149"/>
          </w:tcPr>
          <w:p>
            <w:pPr>
              <w:spacing w:after="0"/>
              <w:jc w:val="right"/>
            </w:pPr>
            <w:r>
              <w:rPr>
                <w:sz w:val="16"/>
              </w:rPr>
              <w:t>0</w:t>
            </w:r>
          </w:p>
        </w:tc>
        <w:tc>
          <w:tcPr>
            <w:tcW w:type="dxa" w:w="2264"/>
          </w:tcPr>
          <w:p>
            <w:pPr>
              <w:spacing w:after="0"/>
              <w:jc w:val="left"/>
            </w:pPr>
            <w:r>
              <w:rPr>
                <w:sz w:val="16"/>
              </w:rPr>
              <w:t>Declared 1 time; no Storm Events record of this type.</w:t>
            </w:r>
          </w:p>
        </w:tc>
      </w:tr>
      <w:tr>
        <w:trPr>
          <w:cantSplit/>
        </w:trPr>
        <w:tc>
          <w:tcPr>
            <w:tcW w:type="dxa" w:w="724"/>
          </w:tcPr>
          <w:p>
            <w:pPr>
              <w:spacing w:after="0"/>
              <w:jc w:val="right"/>
            </w:pPr>
            <w:r>
              <w:rPr>
                <w:sz w:val="16"/>
              </w:rPr>
              <w:t>12</w:t>
            </w:r>
          </w:p>
        </w:tc>
        <w:tc>
          <w:tcPr>
            <w:tcW w:type="dxa" w:w="1037"/>
          </w:tcPr>
          <w:p>
            <w:pPr>
              <w:spacing w:after="0"/>
              <w:jc w:val="left"/>
            </w:pPr>
            <w:r>
              <w:rPr>
                <w:sz w:val="16"/>
              </w:rPr>
              <w:t>Winter Weather</w:t>
            </w:r>
          </w:p>
        </w:tc>
        <w:tc>
          <w:tcPr>
            <w:tcW w:type="dxa" w:w="1355"/>
          </w:tcPr>
          <w:p>
            <w:pPr>
              <w:spacing w:after="0"/>
              <w:jc w:val="left"/>
            </w:pPr>
            <w:r>
              <w:rPr>
                <w:sz w:val="16"/>
              </w:rPr>
              <w:t>Very Low</w:t>
            </w:r>
          </w:p>
        </w:tc>
        <w:tc>
          <w:tcPr>
            <w:tcW w:type="dxa" w:w="1355"/>
          </w:tcPr>
          <w:p>
            <w:pPr>
              <w:spacing w:after="0"/>
              <w:jc w:val="left"/>
            </w:pPr>
            <w:r>
              <w:rPr>
                <w:sz w:val="16"/>
              </w:rPr>
              <w:t>Very Low</w:t>
            </w:r>
          </w:p>
        </w:tc>
        <w:tc>
          <w:tcPr>
            <w:tcW w:type="dxa" w:w="948"/>
          </w:tcPr>
          <w:p>
            <w:pPr>
              <w:spacing w:after="0"/>
              <w:jc w:val="right"/>
            </w:pPr>
            <w:r>
              <w:rPr>
                <w:sz w:val="16"/>
              </w:rPr>
              <w:t>$998</w:t>
            </w:r>
          </w:p>
        </w:tc>
        <w:tc>
          <w:tcPr>
            <w:tcW w:type="dxa" w:w="1126"/>
          </w:tcPr>
          <w:p>
            <w:pPr>
              <w:spacing w:after="0"/>
              <w:jc w:val="right"/>
            </w:pPr>
            <w:r>
              <w:rPr>
                <w:sz w:val="16"/>
              </w:rPr>
              <w:t>$24</w:t>
            </w:r>
          </w:p>
        </w:tc>
        <w:tc>
          <w:tcPr>
            <w:tcW w:type="dxa" w:w="1959"/>
          </w:tcPr>
          <w:p>
            <w:pPr>
              <w:spacing w:after="0"/>
              <w:jc w:val="right"/>
            </w:pPr>
            <w:r>
              <w:rPr>
                <w:sz w:val="16"/>
              </w:rPr>
              <w:t>$4,893</w:t>
            </w:r>
          </w:p>
        </w:tc>
        <w:tc>
          <w:tcPr>
            <w:tcW w:type="dxa" w:w="1196"/>
          </w:tcPr>
          <w:p>
            <w:pPr>
              <w:spacing w:after="0"/>
              <w:jc w:val="right"/>
            </w:pPr>
            <w:r>
              <w:rPr>
                <w:sz w:val="16"/>
              </w:rPr>
              <w:t>$5,914</w:t>
            </w:r>
          </w:p>
        </w:tc>
        <w:tc>
          <w:tcPr>
            <w:tcW w:type="dxa" w:w="2149"/>
          </w:tcPr>
          <w:p>
            <w:pPr>
              <w:spacing w:after="0"/>
              <w:jc w:val="right"/>
            </w:pPr>
            <w:r>
              <w:rPr>
                <w:sz w:val="16"/>
              </w:rPr>
              <w:t>2</w:t>
            </w:r>
          </w:p>
        </w:tc>
        <w:tc>
          <w:tcPr>
            <w:tcW w:type="dxa" w:w="2264"/>
          </w:tcPr>
          <w:p>
            <w:pPr>
              <w:spacing w:after="0"/>
              <w:jc w:val="left"/>
            </w:pPr>
          </w:p>
        </w:tc>
      </w:tr>
      <w:tr>
        <w:trPr>
          <w:cantSplit/>
        </w:trPr>
        <w:tc>
          <w:tcPr>
            <w:tcW w:type="dxa" w:w="724"/>
          </w:tcPr>
          <w:p>
            <w:pPr>
              <w:spacing w:after="0"/>
              <w:jc w:val="right"/>
            </w:pPr>
            <w:r>
              <w:rPr>
                <w:sz w:val="16"/>
              </w:rPr>
              <w:t>13</w:t>
            </w:r>
          </w:p>
        </w:tc>
        <w:tc>
          <w:tcPr>
            <w:tcW w:type="dxa" w:w="1037"/>
          </w:tcPr>
          <w:p>
            <w:pPr>
              <w:spacing w:after="0"/>
              <w:jc w:val="left"/>
            </w:pPr>
            <w:r>
              <w:rPr>
                <w:sz w:val="16"/>
              </w:rPr>
              <w:t>Earthquake</w:t>
            </w:r>
          </w:p>
        </w:tc>
        <w:tc>
          <w:tcPr>
            <w:tcW w:type="dxa" w:w="1355"/>
          </w:tcPr>
          <w:p>
            <w:pPr>
              <w:spacing w:after="0"/>
              <w:jc w:val="left"/>
            </w:pPr>
            <w:r>
              <w:rPr>
                <w:sz w:val="16"/>
              </w:rPr>
              <w:t>Very Low</w:t>
            </w:r>
          </w:p>
        </w:tc>
        <w:tc>
          <w:tcPr>
            <w:tcW w:type="dxa" w:w="1355"/>
          </w:tcPr>
          <w:p>
            <w:pPr>
              <w:spacing w:after="0"/>
              <w:jc w:val="left"/>
            </w:pPr>
            <w:r>
              <w:rPr>
                <w:sz w:val="16"/>
              </w:rPr>
              <w:t>Very Low</w:t>
            </w:r>
          </w:p>
        </w:tc>
        <w:tc>
          <w:tcPr>
            <w:tcW w:type="dxa" w:w="948"/>
          </w:tcPr>
          <w:p>
            <w:pPr>
              <w:spacing w:after="0"/>
              <w:jc w:val="right"/>
            </w:pPr>
            <w:r>
              <w:rPr>
                <w:sz w:val="16"/>
              </w:rPr>
              <w:t>$3,446</w:t>
            </w:r>
          </w:p>
        </w:tc>
        <w:tc>
          <w:tcPr>
            <w:tcW w:type="dxa" w:w="1126"/>
          </w:tcPr>
          <w:p>
            <w:pPr>
              <w:spacing w:after="0"/>
              <w:jc w:val="right"/>
            </w:pPr>
            <w:r>
              <w:rPr>
                <w:sz w:val="16"/>
              </w:rPr>
              <w:t>n/a</w:t>
            </w:r>
          </w:p>
        </w:tc>
        <w:tc>
          <w:tcPr>
            <w:tcW w:type="dxa" w:w="1959"/>
          </w:tcPr>
          <w:p>
            <w:pPr>
              <w:spacing w:after="0"/>
              <w:jc w:val="right"/>
            </w:pPr>
            <w:r>
              <w:rPr>
                <w:sz w:val="16"/>
              </w:rPr>
              <w:t>$1,188</w:t>
            </w:r>
          </w:p>
        </w:tc>
        <w:tc>
          <w:tcPr>
            <w:tcW w:type="dxa" w:w="1196"/>
          </w:tcPr>
          <w:p>
            <w:pPr>
              <w:spacing w:after="0"/>
              <w:jc w:val="right"/>
            </w:pPr>
            <w:r>
              <w:rPr>
                <w:sz w:val="16"/>
              </w:rPr>
              <w:t>$4,634</w:t>
            </w:r>
          </w:p>
        </w:tc>
        <w:tc>
          <w:tcPr>
            <w:tcW w:type="dxa" w:w="2149"/>
          </w:tcPr>
          <w:p>
            <w:pPr>
              <w:spacing w:after="0"/>
              <w:jc w:val="right"/>
            </w:pPr>
          </w:p>
        </w:tc>
        <w:tc>
          <w:tcPr>
            <w:tcW w:type="dxa" w:w="2264"/>
          </w:tcPr>
          <w:p>
            <w:pPr>
              <w:spacing w:after="0"/>
              <w:jc w:val="left"/>
            </w:pPr>
            <w:r>
              <w:rPr>
                <w:sz w:val="16"/>
              </w:rPr>
              <w:t>Storm Events does not record earthquakes.</w:t>
            </w:r>
          </w:p>
        </w:tc>
      </w:tr>
      <w:tr>
        <w:trPr>
          <w:cantSplit/>
        </w:trPr>
        <w:tc>
          <w:tcPr>
            <w:tcW w:type="dxa" w:w="724"/>
          </w:tcPr>
          <w:p>
            <w:pPr>
              <w:spacing w:after="0"/>
              <w:jc w:val="right"/>
            </w:pPr>
            <w:r>
              <w:rPr>
                <w:sz w:val="16"/>
              </w:rPr>
              <w:t>14</w:t>
            </w:r>
          </w:p>
        </w:tc>
        <w:tc>
          <w:tcPr>
            <w:tcW w:type="dxa" w:w="1037"/>
          </w:tcPr>
          <w:p>
            <w:pPr>
              <w:spacing w:after="0"/>
              <w:jc w:val="left"/>
            </w:pPr>
            <w:r>
              <w:rPr>
                <w:sz w:val="16"/>
              </w:rPr>
              <w:t>Landslide</w:t>
            </w:r>
          </w:p>
        </w:tc>
        <w:tc>
          <w:tcPr>
            <w:tcW w:type="dxa" w:w="1355"/>
          </w:tcPr>
          <w:p>
            <w:pPr>
              <w:spacing w:after="0"/>
              <w:jc w:val="left"/>
            </w:pPr>
            <w:r>
              <w:rPr>
                <w:sz w:val="16"/>
              </w:rPr>
              <w:t>Very Low</w:t>
            </w:r>
          </w:p>
        </w:tc>
        <w:tc>
          <w:tcPr>
            <w:tcW w:type="dxa" w:w="1355"/>
          </w:tcPr>
          <w:p>
            <w:pPr>
              <w:spacing w:after="0"/>
              <w:jc w:val="left"/>
            </w:pPr>
            <w:r>
              <w:rPr>
                <w:sz w:val="16"/>
              </w:rPr>
              <w:t>Very Low</w:t>
            </w:r>
          </w:p>
        </w:tc>
        <w:tc>
          <w:tcPr>
            <w:tcW w:type="dxa" w:w="948"/>
          </w:tcPr>
          <w:p>
            <w:pPr>
              <w:spacing w:after="0"/>
              <w:jc w:val="right"/>
            </w:pPr>
            <w:r>
              <w:rPr>
                <w:sz w:val="16"/>
              </w:rPr>
              <w:t>$5</w:t>
            </w:r>
          </w:p>
        </w:tc>
        <w:tc>
          <w:tcPr>
            <w:tcW w:type="dxa" w:w="1126"/>
          </w:tcPr>
          <w:p>
            <w:pPr>
              <w:spacing w:after="0"/>
              <w:jc w:val="right"/>
            </w:pPr>
            <w:r>
              <w:rPr>
                <w:sz w:val="16"/>
              </w:rPr>
              <w:t>n/a</w:t>
            </w:r>
          </w:p>
        </w:tc>
        <w:tc>
          <w:tcPr>
            <w:tcW w:type="dxa" w:w="1959"/>
          </w:tcPr>
          <w:p>
            <w:pPr>
              <w:spacing w:after="0"/>
              <w:jc w:val="right"/>
            </w:pPr>
            <w:r>
              <w:rPr>
                <w:sz w:val="16"/>
              </w:rPr>
              <w:t>under $1</w:t>
            </w:r>
          </w:p>
        </w:tc>
        <w:tc>
          <w:tcPr>
            <w:tcW w:type="dxa" w:w="1196"/>
          </w:tcPr>
          <w:p>
            <w:pPr>
              <w:spacing w:after="0"/>
              <w:jc w:val="right"/>
            </w:pPr>
            <w:r>
              <w:rPr>
                <w:sz w:val="16"/>
              </w:rPr>
              <w:t>$5</w:t>
            </w:r>
          </w:p>
        </w:tc>
        <w:tc>
          <w:tcPr>
            <w:tcW w:type="dxa" w:w="2149"/>
          </w:tcPr>
          <w:p>
            <w:pPr>
              <w:spacing w:after="0"/>
              <w:jc w:val="right"/>
            </w:pPr>
            <w:r>
              <w:rPr>
                <w:sz w:val="16"/>
              </w:rPr>
              <w:t>0</w:t>
            </w:r>
          </w:p>
        </w:tc>
        <w:tc>
          <w:tcPr>
            <w:tcW w:type="dxa" w:w="2264"/>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99"/>
        <w:gridCol w:w="10913"/>
      </w:tblGrid>
      <w:tr>
        <w:trPr>
          <w:cantSplit/>
          <w:tblHeader/>
        </w:trPr>
        <w:tc>
          <w:tcPr>
            <w:tcW w:type="dxa" w:w="3199"/>
            <w:shd w:val="clear" w:color="auto" w:fill="E8E8E8"/>
          </w:tcPr>
          <w:p>
            <w:pPr>
              <w:spacing w:after="0"/>
              <w:jc w:val="left"/>
            </w:pPr>
            <w:r>
              <w:rPr>
                <w:b/>
                <w:sz w:val="16"/>
              </w:rPr>
              <w:t>Hazard</w:t>
            </w:r>
          </w:p>
        </w:tc>
        <w:tc>
          <w:tcPr>
            <w:tcW w:type="dxa" w:w="1091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99"/>
          </w:tcPr>
          <w:p>
            <w:pPr>
              <w:spacing w:after="0"/>
              <w:jc w:val="left"/>
            </w:pPr>
            <w:r>
              <w:rPr>
                <w:sz w:val="16"/>
              </w:rPr>
              <w:t>Earthquake</w:t>
            </w:r>
          </w:p>
        </w:tc>
        <w:tc>
          <w:tcPr>
            <w:tcW w:type="dxa" w:w="10913"/>
          </w:tcPr>
          <w:p>
            <w:pPr>
              <w:spacing w:after="0"/>
              <w:jc w:val="left"/>
            </w:pPr>
            <w:r>
              <w:rPr>
                <w:sz w:val="16"/>
              </w:rPr>
              <w:t>tract 9502.01 (Very Low, 11.7); tract 9504 (Very Low, 11.7); tract 9502.02 (Very Low, 10.5)</w:t>
            </w:r>
          </w:p>
        </w:tc>
      </w:tr>
      <w:tr>
        <w:trPr>
          <w:cantSplit/>
        </w:trPr>
        <w:tc>
          <w:tcPr>
            <w:tcW w:type="dxa" w:w="3199"/>
          </w:tcPr>
          <w:p>
            <w:pPr>
              <w:spacing w:after="0"/>
              <w:jc w:val="left"/>
            </w:pPr>
            <w:r>
              <w:rPr>
                <w:sz w:val="16"/>
              </w:rPr>
              <w:t>Hurricane</w:t>
            </w:r>
          </w:p>
        </w:tc>
        <w:tc>
          <w:tcPr>
            <w:tcW w:type="dxa" w:w="10913"/>
          </w:tcPr>
          <w:p>
            <w:pPr>
              <w:spacing w:after="0"/>
              <w:jc w:val="left"/>
            </w:pPr>
            <w:r>
              <w:rPr>
                <w:sz w:val="16"/>
              </w:rPr>
              <w:t>tract 9504 (Relatively Low, 76.7); tract 9502.02 (Relatively Low, 73.3); tract 9502.01 (Relatively Low, 71.7)</w:t>
            </w:r>
          </w:p>
        </w:tc>
      </w:tr>
      <w:tr>
        <w:trPr>
          <w:cantSplit/>
        </w:trPr>
        <w:tc>
          <w:tcPr>
            <w:tcW w:type="dxa" w:w="3199"/>
          </w:tcPr>
          <w:p>
            <w:pPr>
              <w:spacing w:after="0"/>
              <w:jc w:val="left"/>
            </w:pPr>
            <w:r>
              <w:rPr>
                <w:sz w:val="16"/>
              </w:rPr>
              <w:t>Landslide</w:t>
            </w:r>
          </w:p>
        </w:tc>
        <w:tc>
          <w:tcPr>
            <w:tcW w:type="dxa" w:w="10913"/>
          </w:tcPr>
          <w:p>
            <w:pPr>
              <w:spacing w:after="0"/>
              <w:jc w:val="left"/>
            </w:pPr>
            <w:r>
              <w:rPr>
                <w:sz w:val="16"/>
              </w:rPr>
              <w:t>tract 9504 (Very Low, 55.1); tract 9502.02 (Very Low, 50.7); tract 9502.01 (Very Low, 14.7)</w:t>
            </w:r>
          </w:p>
        </w:tc>
      </w:tr>
      <w:tr>
        <w:trPr>
          <w:cantSplit/>
        </w:trPr>
        <w:tc>
          <w:tcPr>
            <w:tcW w:type="dxa" w:w="3199"/>
          </w:tcPr>
          <w:p>
            <w:pPr>
              <w:spacing w:after="0"/>
              <w:jc w:val="left"/>
            </w:pPr>
            <w:r>
              <w:rPr>
                <w:sz w:val="16"/>
              </w:rPr>
              <w:t>Tornado</w:t>
            </w:r>
          </w:p>
        </w:tc>
        <w:tc>
          <w:tcPr>
            <w:tcW w:type="dxa" w:w="10913"/>
          </w:tcPr>
          <w:p>
            <w:pPr>
              <w:spacing w:after="0"/>
              <w:jc w:val="left"/>
            </w:pPr>
            <w:r>
              <w:rPr>
                <w:sz w:val="16"/>
              </w:rPr>
              <w:t>tract 9502.01 (Relatively High, 76.0); tract 9502.02 (Relatively Moderate, 59.4); tract 9504 (Relatively Moderate, 57.8)</w:t>
            </w:r>
          </w:p>
        </w:tc>
      </w:tr>
      <w:tr>
        <w:trPr>
          <w:cantSplit/>
        </w:trPr>
        <w:tc>
          <w:tcPr>
            <w:tcW w:type="dxa" w:w="3199"/>
          </w:tcPr>
          <w:p>
            <w:pPr>
              <w:spacing w:after="0"/>
              <w:jc w:val="left"/>
            </w:pPr>
            <w:r>
              <w:rPr>
                <w:sz w:val="16"/>
              </w:rPr>
              <w:t>Wildfire</w:t>
            </w:r>
          </w:p>
        </w:tc>
        <w:tc>
          <w:tcPr>
            <w:tcW w:type="dxa" w:w="10913"/>
          </w:tcPr>
          <w:p>
            <w:pPr>
              <w:spacing w:after="0"/>
              <w:jc w:val="left"/>
            </w:pPr>
            <w:r>
              <w:rPr>
                <w:sz w:val="16"/>
              </w:rPr>
              <w:t>tract 9502.02 (Relatively Moderate, 89.4); tract 9504 (Relatively Low, 87.8); tract 9502.01 (Relatively Low, 78.6)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9502.01 is Census Tract 9502.01).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4"/>
        <w:gridCol w:w="1843"/>
        <w:gridCol w:w="1703"/>
        <w:gridCol w:w="1842"/>
        <w:gridCol w:w="1593"/>
        <w:gridCol w:w="1602"/>
        <w:gridCol w:w="2157"/>
        <w:gridCol w:w="1557"/>
      </w:tblGrid>
      <w:tr>
        <w:trPr>
          <w:cantSplit/>
          <w:tblHeader/>
        </w:trPr>
        <w:tc>
          <w:tcPr>
            <w:tcW w:type="dxa" w:w="1814"/>
            <w:shd w:val="clear" w:color="auto" w:fill="E8E8E8"/>
          </w:tcPr>
          <w:p>
            <w:pPr>
              <w:spacing w:after="0"/>
              <w:jc w:val="left"/>
            </w:pPr>
            <w:r>
              <w:rPr>
                <w:b/>
                <w:sz w:val="16"/>
              </w:rPr>
              <w:t>Hazard</w:t>
            </w:r>
          </w:p>
        </w:tc>
        <w:tc>
          <w:tcPr>
            <w:tcW w:type="dxa" w:w="1843"/>
            <w:shd w:val="clear" w:color="auto" w:fill="E8E8E8"/>
          </w:tcPr>
          <w:p>
            <w:pPr>
              <w:spacing w:after="0"/>
              <w:jc w:val="left"/>
            </w:pPr>
            <w:r>
              <w:rPr>
                <w:b/>
                <w:sz w:val="16"/>
              </w:rPr>
              <w:t>Scale</w:t>
            </w:r>
          </w:p>
        </w:tc>
        <w:tc>
          <w:tcPr>
            <w:tcW w:type="dxa" w:w="170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42"/>
            <w:shd w:val="clear" w:color="auto" w:fill="E8E8E8"/>
          </w:tcPr>
          <w:p>
            <w:pPr>
              <w:spacing w:after="0"/>
              <w:jc w:val="left"/>
            </w:pPr>
            <w:r>
              <w:rPr>
                <w:b/>
                <w:sz w:val="16"/>
              </w:rPr>
              <w:t>Observed range</w:t>
            </w:r>
          </w:p>
        </w:tc>
        <w:tc>
          <w:tcPr>
            <w:tcW w:type="dxa" w:w="1593"/>
            <w:shd w:val="clear" w:color="auto" w:fill="E8E8E8"/>
          </w:tcPr>
          <w:p>
            <w:pPr>
              <w:spacing w:after="0"/>
              <w:jc w:val="left"/>
            </w:pPr>
            <w:r>
              <w:rPr>
                <w:b/>
                <w:sz w:val="16"/>
              </w:rPr>
              <w:t>Worst recorded event</w:t>
            </w:r>
          </w:p>
        </w:tc>
        <w:tc>
          <w:tcPr>
            <w:tcW w:type="dxa" w:w="1602"/>
            <w:shd w:val="clear" w:color="auto" w:fill="E8E8E8"/>
          </w:tcPr>
          <w:p>
            <w:pPr>
              <w:spacing w:after="0"/>
              <w:jc w:val="left"/>
            </w:pPr>
            <w:r>
              <w:rPr>
                <w:b/>
                <w:sz w:val="16"/>
              </w:rPr>
              <w:t>Most damaging (when different)</w:t>
            </w:r>
          </w:p>
        </w:tc>
        <w:tc>
          <w:tcPr>
            <w:tcW w:type="dxa" w:w="2157"/>
            <w:shd w:val="clear" w:color="auto" w:fill="E8E8E8"/>
          </w:tcPr>
          <w:p>
            <w:pPr>
              <w:spacing w:after="0"/>
              <w:jc w:val="left"/>
            </w:pPr>
            <w:r>
              <w:rPr>
                <w:b/>
                <w:sz w:val="16"/>
              </w:rPr>
              <w:t>How it applies to jurisdictions</w:t>
            </w:r>
          </w:p>
        </w:tc>
        <w:tc>
          <w:tcPr>
            <w:tcW w:type="dxa" w:w="1557"/>
            <w:shd w:val="clear" w:color="auto" w:fill="E8E8E8"/>
          </w:tcPr>
          <w:p>
            <w:pPr>
              <w:spacing w:after="0"/>
              <w:jc w:val="left"/>
            </w:pPr>
            <w:r>
              <w:rPr>
                <w:b/>
                <w:sz w:val="16"/>
              </w:rPr>
              <w:t>Note</w:t>
            </w:r>
          </w:p>
        </w:tc>
      </w:tr>
      <w:tr>
        <w:trPr>
          <w:cantSplit/>
        </w:trPr>
        <w:tc>
          <w:tcPr>
            <w:tcW w:type="dxa" w:w="1814"/>
          </w:tcPr>
          <w:p>
            <w:pPr>
              <w:spacing w:after="0"/>
              <w:jc w:val="left"/>
            </w:pPr>
            <w:r>
              <w:rPr>
                <w:sz w:val="16"/>
              </w:rPr>
              <w:t>Cold/Wind Chill, Extreme Cold/Wind Chill</w:t>
            </w:r>
          </w:p>
        </w:tc>
        <w:tc>
          <w:tcPr>
            <w:tcW w:type="dxa" w:w="1843"/>
          </w:tcPr>
          <w:p>
            <w:pPr>
              <w:spacing w:after="0"/>
              <w:jc w:val="left"/>
            </w:pPr>
            <w:r>
              <w:rPr>
                <w:sz w:val="16"/>
              </w:rPr>
              <w:t>wind chill</w:t>
            </w:r>
          </w:p>
        </w:tc>
        <w:tc>
          <w:tcPr>
            <w:tcW w:type="dxa" w:w="1703"/>
          </w:tcPr>
          <w:p>
            <w:pPr>
              <w:spacing w:after="0"/>
              <w:jc w:val="right"/>
            </w:pPr>
            <w:r>
              <w:rPr>
                <w:sz w:val="16"/>
              </w:rPr>
              <w:t>2 records, 2021 to 2022 (2 zone-level)</w:t>
            </w:r>
          </w:p>
        </w:tc>
        <w:tc>
          <w:tcPr>
            <w:tcW w:type="dxa" w:w="1842"/>
          </w:tcPr>
          <w:p>
            <w:pPr>
              <w:spacing w:after="0"/>
              <w:jc w:val="left"/>
            </w:pPr>
            <w:r>
              <w:rPr>
                <w:sz w:val="16"/>
              </w:rPr>
              <w:t>1 day; 2 with a recorded value</w:t>
            </w:r>
          </w:p>
        </w:tc>
        <w:tc>
          <w:tcPr>
            <w:tcW w:type="dxa" w:w="1593"/>
          </w:tcPr>
          <w:p>
            <w:pPr>
              <w:spacing w:after="0"/>
              <w:jc w:val="left"/>
            </w:pPr>
            <w:r>
              <w:rPr>
                <w:sz w:val="16"/>
              </w:rPr>
              <w:t>1 consecutive day, 2022-12-23, zone-level</w:t>
            </w:r>
          </w:p>
        </w:tc>
        <w:tc>
          <w:tcPr>
            <w:tcW w:type="dxa" w:w="1602"/>
          </w:tcPr>
          <w:p>
            <w:pPr>
              <w:spacing w:after="0"/>
              <w:jc w:val="left"/>
            </w:pPr>
          </w:p>
        </w:tc>
        <w:tc>
          <w:tcPr>
            <w:tcW w:type="dxa" w:w="2157"/>
          </w:tcPr>
          <w:p>
            <w:pPr>
              <w:spacing w:after="0"/>
              <w:jc w:val="left"/>
            </w:pPr>
            <w:r>
              <w:rPr>
                <w:sz w:val="16"/>
              </w:rPr>
              <w:t>Countywide (zone-level records).</w:t>
            </w:r>
          </w:p>
        </w:tc>
        <w:tc>
          <w:tcPr>
            <w:tcW w:type="dxa" w:w="1557"/>
          </w:tcPr>
          <w:p>
            <w:pPr>
              <w:spacing w:after="0"/>
              <w:jc w:val="left"/>
            </w:pPr>
          </w:p>
        </w:tc>
      </w:tr>
      <w:tr>
        <w:trPr>
          <w:cantSplit/>
        </w:trPr>
        <w:tc>
          <w:tcPr>
            <w:tcW w:type="dxa" w:w="1814"/>
          </w:tcPr>
          <w:p>
            <w:pPr>
              <w:spacing w:after="0"/>
              <w:jc w:val="left"/>
            </w:pPr>
            <w:r>
              <w:rPr>
                <w:sz w:val="16"/>
              </w:rPr>
              <w:t>Frost/Freeze (outside NRI's Cold Wave definition)</w:t>
            </w:r>
          </w:p>
        </w:tc>
        <w:tc>
          <w:tcPr>
            <w:tcW w:type="dxa" w:w="1843"/>
          </w:tcPr>
          <w:p>
            <w:pPr>
              <w:spacing w:after="0"/>
              <w:jc w:val="left"/>
            </w:pPr>
            <w:r>
              <w:rPr>
                <w:sz w:val="16"/>
              </w:rPr>
              <w:t>crop damage</w:t>
            </w:r>
          </w:p>
        </w:tc>
        <w:tc>
          <w:tcPr>
            <w:tcW w:type="dxa" w:w="1703"/>
          </w:tcPr>
          <w:p>
            <w:pPr>
              <w:spacing w:after="0"/>
              <w:jc w:val="right"/>
            </w:pPr>
            <w:r>
              <w:rPr>
                <w:sz w:val="16"/>
              </w:rPr>
              <w:t>0</w:t>
            </w:r>
          </w:p>
        </w:tc>
        <w:tc>
          <w:tcPr>
            <w:tcW w:type="dxa" w:w="1842"/>
          </w:tcPr>
          <w:p>
            <w:pPr>
              <w:spacing w:after="0"/>
              <w:jc w:val="left"/>
            </w:pPr>
          </w:p>
        </w:tc>
        <w:tc>
          <w:tcPr>
            <w:tcW w:type="dxa" w:w="1593"/>
          </w:tcPr>
          <w:p>
            <w:pPr>
              <w:spacing w:after="0"/>
              <w:jc w:val="left"/>
            </w:pPr>
          </w:p>
        </w:tc>
        <w:tc>
          <w:tcPr>
            <w:tcW w:type="dxa" w:w="1602"/>
          </w:tcPr>
          <w:p>
            <w:pPr>
              <w:spacing w:after="0"/>
              <w:jc w:val="left"/>
            </w:pPr>
          </w:p>
        </w:tc>
        <w:tc>
          <w:tcPr>
            <w:tcW w:type="dxa" w:w="2157"/>
          </w:tcPr>
          <w:p>
            <w:pPr>
              <w:spacing w:after="0"/>
              <w:jc w:val="left"/>
            </w:pPr>
          </w:p>
        </w:tc>
        <w:tc>
          <w:tcPr>
            <w:tcW w:type="dxa" w:w="1557"/>
          </w:tcPr>
          <w:p>
            <w:pPr>
              <w:spacing w:after="0"/>
              <w:jc w:val="left"/>
            </w:pPr>
          </w:p>
        </w:tc>
      </w:tr>
      <w:tr>
        <w:trPr>
          <w:cantSplit/>
        </w:trPr>
        <w:tc>
          <w:tcPr>
            <w:tcW w:type="dxa" w:w="1814"/>
          </w:tcPr>
          <w:p>
            <w:pPr>
              <w:spacing w:after="0"/>
              <w:jc w:val="left"/>
            </w:pPr>
            <w:r>
              <w:rPr>
                <w:sz w:val="16"/>
              </w:rPr>
              <w:t>Drought</w:t>
            </w:r>
          </w:p>
        </w:tc>
        <w:tc>
          <w:tcPr>
            <w:tcW w:type="dxa" w:w="1843"/>
          </w:tcPr>
          <w:p>
            <w:pPr>
              <w:spacing w:after="0"/>
              <w:jc w:val="left"/>
            </w:pPr>
            <w:r>
              <w:rPr>
                <w:sz w:val="16"/>
              </w:rPr>
              <w:t>U.S. Drought Monitor scale (D0 to D4)</w:t>
            </w:r>
          </w:p>
        </w:tc>
        <w:tc>
          <w:tcPr>
            <w:tcW w:type="dxa" w:w="1703"/>
          </w:tcPr>
          <w:p>
            <w:pPr>
              <w:spacing w:after="0"/>
              <w:jc w:val="right"/>
            </w:pPr>
            <w:r>
              <w:rPr>
                <w:sz w:val="16"/>
              </w:rPr>
              <w:t>102 records, 1996 to 2026 (102 zone-level)</w:t>
            </w:r>
          </w:p>
        </w:tc>
        <w:tc>
          <w:tcPr>
            <w:tcW w:type="dxa" w:w="1842"/>
          </w:tcPr>
          <w:p>
            <w:pPr>
              <w:spacing w:after="0"/>
              <w:jc w:val="left"/>
            </w:pPr>
            <w:r>
              <w:rPr>
                <w:sz w:val="16"/>
              </w:rPr>
              <w:t>1 day to 511 days (median 154 days); 17 with a recorded value</w:t>
            </w:r>
          </w:p>
        </w:tc>
        <w:tc>
          <w:tcPr>
            <w:tcW w:type="dxa" w:w="1593"/>
          </w:tcPr>
          <w:p>
            <w:pPr>
              <w:spacing w:after="0"/>
              <w:jc w:val="left"/>
            </w:pPr>
            <w:r>
              <w:rPr>
                <w:sz w:val="16"/>
              </w:rPr>
              <w:t>511 days (about 16.8 months), 2020-01-01 to 2021-05-25, a run of 17 consecutive Storm Events drought records, zone-level</w:t>
            </w:r>
          </w:p>
        </w:tc>
        <w:tc>
          <w:tcPr>
            <w:tcW w:type="dxa" w:w="1602"/>
          </w:tcPr>
          <w:p>
            <w:pPr>
              <w:spacing w:after="0"/>
              <w:jc w:val="left"/>
            </w:pPr>
            <w:r>
              <w:rPr>
                <w:sz w:val="16"/>
              </w:rPr>
              <w:t>Drought, 1996-11-01, $8,000,000 property; $15,000,000 crops (zone total, 1996 dollars)</w:t>
            </w:r>
          </w:p>
        </w:tc>
        <w:tc>
          <w:tcPr>
            <w:tcW w:type="dxa" w:w="2157"/>
          </w:tcPr>
          <w:p>
            <w:pPr>
              <w:spacing w:after="0"/>
              <w:jc w:val="left"/>
            </w:pPr>
            <w:r>
              <w:rPr>
                <w:sz w:val="16"/>
              </w:rPr>
              <w:t>Countywide (zone-level records).</w:t>
            </w:r>
          </w:p>
        </w:tc>
        <w:tc>
          <w:tcPr>
            <w:tcW w:type="dxa" w:w="155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4"/>
          </w:tcPr>
          <w:p>
            <w:pPr>
              <w:spacing w:after="0"/>
              <w:jc w:val="left"/>
            </w:pPr>
            <w:r>
              <w:rPr>
                <w:sz w:val="16"/>
              </w:rPr>
              <w:t>Earthquake</w:t>
            </w:r>
          </w:p>
        </w:tc>
        <w:tc>
          <w:tcPr>
            <w:tcW w:type="dxa" w:w="1843"/>
          </w:tcPr>
          <w:p>
            <w:pPr>
              <w:spacing w:after="0"/>
              <w:jc w:val="left"/>
            </w:pPr>
            <w:r>
              <w:rPr>
                <w:sz w:val="16"/>
              </w:rPr>
              <w:t>Modified Mercalli (local data)</w:t>
            </w:r>
          </w:p>
        </w:tc>
        <w:tc>
          <w:tcPr>
            <w:tcW w:type="dxa" w:w="1703"/>
          </w:tcPr>
          <w:p>
            <w:pPr>
              <w:spacing w:after="0"/>
              <w:jc w:val="right"/>
            </w:pPr>
            <w:r>
              <w:rPr>
                <w:sz w:val="16"/>
              </w:rPr>
              <w:t>0</w:t>
            </w:r>
          </w:p>
        </w:tc>
        <w:tc>
          <w:tcPr>
            <w:tcW w:type="dxa" w:w="1842"/>
          </w:tcPr>
          <w:p>
            <w:pPr>
              <w:spacing w:after="0"/>
              <w:jc w:val="left"/>
            </w:pPr>
          </w:p>
        </w:tc>
        <w:tc>
          <w:tcPr>
            <w:tcW w:type="dxa" w:w="1593"/>
          </w:tcPr>
          <w:p>
            <w:pPr>
              <w:spacing w:after="0"/>
              <w:jc w:val="left"/>
            </w:pPr>
          </w:p>
        </w:tc>
        <w:tc>
          <w:tcPr>
            <w:tcW w:type="dxa" w:w="1602"/>
          </w:tcPr>
          <w:p>
            <w:pPr>
              <w:spacing w:after="0"/>
              <w:jc w:val="left"/>
            </w:pPr>
          </w:p>
        </w:tc>
        <w:tc>
          <w:tcPr>
            <w:tcW w:type="dxa" w:w="2157"/>
          </w:tcPr>
          <w:p>
            <w:pPr>
              <w:spacing w:after="0"/>
              <w:jc w:val="left"/>
            </w:pPr>
          </w:p>
        </w:tc>
        <w:tc>
          <w:tcPr>
            <w:tcW w:type="dxa" w:w="1557"/>
          </w:tcPr>
          <w:p>
            <w:pPr>
              <w:spacing w:after="0"/>
              <w:jc w:val="left"/>
            </w:pPr>
            <w:r>
              <w:rPr>
                <w:sz w:val="16"/>
              </w:rPr>
              <w:t>Storm Events does not record earthquakes; the USGS earthquake catalog is the source.</w:t>
            </w:r>
          </w:p>
        </w:tc>
      </w:tr>
      <w:tr>
        <w:trPr>
          <w:cantSplit/>
        </w:trPr>
        <w:tc>
          <w:tcPr>
            <w:tcW w:type="dxa" w:w="1814"/>
          </w:tcPr>
          <w:p>
            <w:pPr>
              <w:spacing w:after="0"/>
              <w:jc w:val="left"/>
            </w:pPr>
            <w:r>
              <w:rPr>
                <w:sz w:val="16"/>
              </w:rPr>
              <w:t>Hail</w:t>
            </w:r>
          </w:p>
        </w:tc>
        <w:tc>
          <w:tcPr>
            <w:tcW w:type="dxa" w:w="1843"/>
          </w:tcPr>
          <w:p>
            <w:pPr>
              <w:spacing w:after="0"/>
              <w:jc w:val="left"/>
            </w:pPr>
            <w:r>
              <w:rPr>
                <w:sz w:val="16"/>
              </w:rPr>
              <w:t>hail size (inches)</w:t>
            </w:r>
          </w:p>
        </w:tc>
        <w:tc>
          <w:tcPr>
            <w:tcW w:type="dxa" w:w="1703"/>
          </w:tcPr>
          <w:p>
            <w:pPr>
              <w:spacing w:after="0"/>
              <w:jc w:val="right"/>
            </w:pPr>
            <w:r>
              <w:rPr>
                <w:sz w:val="16"/>
              </w:rPr>
              <w:t>60 records, 1959 to 2026</w:t>
            </w:r>
          </w:p>
        </w:tc>
        <w:tc>
          <w:tcPr>
            <w:tcW w:type="dxa" w:w="1842"/>
          </w:tcPr>
          <w:p>
            <w:pPr>
              <w:spacing w:after="0"/>
              <w:jc w:val="left"/>
            </w:pPr>
            <w:r>
              <w:rPr>
                <w:sz w:val="16"/>
              </w:rPr>
              <w:t>0.75 in to 2.75 in (median 1.38 in); 60 with a recorded value</w:t>
            </w:r>
          </w:p>
        </w:tc>
        <w:tc>
          <w:tcPr>
            <w:tcW w:type="dxa" w:w="1593"/>
          </w:tcPr>
          <w:p>
            <w:pPr>
              <w:spacing w:after="0"/>
              <w:jc w:val="left"/>
            </w:pPr>
            <w:r>
              <w:rPr>
                <w:sz w:val="16"/>
              </w:rPr>
              <w:t>2.75 in hail, 2026-04-30; same size also recorded on 1969-05-06, 2007-04-24, 2016-04-12, 2020-03-19</w:t>
            </w:r>
          </w:p>
        </w:tc>
        <w:tc>
          <w:tcPr>
            <w:tcW w:type="dxa" w:w="1602"/>
          </w:tcPr>
          <w:p>
            <w:pPr>
              <w:spacing w:after="0"/>
              <w:jc w:val="left"/>
            </w:pPr>
            <w:r>
              <w:rPr>
                <w:sz w:val="16"/>
              </w:rPr>
              <w:t>Hail, 1998-04-27, $10,000 property; $0 crops (1998 dollars)</w:t>
            </w:r>
          </w:p>
        </w:tc>
        <w:tc>
          <w:tcPr>
            <w:tcW w:type="dxa" w:w="2157"/>
          </w:tcPr>
          <w:p>
            <w:pPr>
              <w:spacing w:after="0"/>
              <w:jc w:val="left"/>
            </w:pPr>
            <w:r>
              <w:rPr>
                <w:sz w:val="16"/>
              </w:rPr>
              <w:t>Event records naming jurisdictions in the plan: Carrizo Springs city (19 records), Big Wells city (13 records).</w:t>
            </w:r>
          </w:p>
        </w:tc>
        <w:tc>
          <w:tcPr>
            <w:tcW w:type="dxa" w:w="1557"/>
          </w:tcPr>
          <w:p>
            <w:pPr>
              <w:spacing w:after="0"/>
              <w:jc w:val="left"/>
            </w:pPr>
          </w:p>
        </w:tc>
      </w:tr>
      <w:tr>
        <w:trPr>
          <w:cantSplit/>
        </w:trPr>
        <w:tc>
          <w:tcPr>
            <w:tcW w:type="dxa" w:w="1814"/>
          </w:tcPr>
          <w:p>
            <w:pPr>
              <w:spacing w:after="0"/>
              <w:jc w:val="left"/>
            </w:pPr>
            <w:r>
              <w:rPr>
                <w:sz w:val="16"/>
              </w:rPr>
              <w:t>Excessive Heat, Heat</w:t>
            </w:r>
          </w:p>
        </w:tc>
        <w:tc>
          <w:tcPr>
            <w:tcW w:type="dxa" w:w="1843"/>
          </w:tcPr>
          <w:p>
            <w:pPr>
              <w:spacing w:after="0"/>
              <w:jc w:val="left"/>
            </w:pPr>
            <w:r>
              <w:rPr>
                <w:sz w:val="16"/>
              </w:rPr>
              <w:t>heat index (in event narratives)</w:t>
            </w:r>
          </w:p>
        </w:tc>
        <w:tc>
          <w:tcPr>
            <w:tcW w:type="dxa" w:w="1703"/>
          </w:tcPr>
          <w:p>
            <w:pPr>
              <w:spacing w:after="0"/>
              <w:jc w:val="right"/>
            </w:pPr>
            <w:r>
              <w:rPr>
                <w:sz w:val="16"/>
              </w:rPr>
              <w:t>7 records, 2000 to 2024 (7 zone-level)</w:t>
            </w:r>
          </w:p>
        </w:tc>
        <w:tc>
          <w:tcPr>
            <w:tcW w:type="dxa" w:w="1842"/>
          </w:tcPr>
          <w:p>
            <w:pPr>
              <w:spacing w:after="0"/>
              <w:jc w:val="left"/>
            </w:pPr>
            <w:r>
              <w:rPr>
                <w:sz w:val="16"/>
              </w:rPr>
              <w:t>1 day to 7 days (median 1 day); 7 with a recorded value</w:t>
            </w:r>
          </w:p>
        </w:tc>
        <w:tc>
          <w:tcPr>
            <w:tcW w:type="dxa" w:w="1593"/>
          </w:tcPr>
          <w:p>
            <w:pPr>
              <w:spacing w:after="0"/>
              <w:jc w:val="left"/>
            </w:pPr>
            <w:r>
              <w:rPr>
                <w:sz w:val="16"/>
              </w:rPr>
              <w:t>7 consecutive days, 2023-06-15 to 2023-06-21, zone-level</w:t>
            </w:r>
          </w:p>
        </w:tc>
        <w:tc>
          <w:tcPr>
            <w:tcW w:type="dxa" w:w="1602"/>
          </w:tcPr>
          <w:p>
            <w:pPr>
              <w:spacing w:after="0"/>
              <w:jc w:val="left"/>
            </w:pPr>
          </w:p>
        </w:tc>
        <w:tc>
          <w:tcPr>
            <w:tcW w:type="dxa" w:w="2157"/>
          </w:tcPr>
          <w:p>
            <w:pPr>
              <w:spacing w:after="0"/>
              <w:jc w:val="left"/>
            </w:pPr>
            <w:r>
              <w:rPr>
                <w:sz w:val="16"/>
              </w:rPr>
              <w:t>Countywide (zone-level records).</w:t>
            </w:r>
          </w:p>
        </w:tc>
        <w:tc>
          <w:tcPr>
            <w:tcW w:type="dxa" w:w="1557"/>
          </w:tcPr>
          <w:p>
            <w:pPr>
              <w:spacing w:after="0"/>
              <w:jc w:val="left"/>
            </w:pPr>
          </w:p>
        </w:tc>
      </w:tr>
      <w:tr>
        <w:trPr>
          <w:cantSplit/>
        </w:trPr>
        <w:tc>
          <w:tcPr>
            <w:tcW w:type="dxa" w:w="1814"/>
          </w:tcPr>
          <w:p>
            <w:pPr>
              <w:spacing w:after="0"/>
              <w:jc w:val="left"/>
            </w:pPr>
            <w:r>
              <w:rPr>
                <w:sz w:val="16"/>
              </w:rPr>
              <w:t>Hurricane, Tropical Storm, Tropical Depression</w:t>
            </w:r>
          </w:p>
        </w:tc>
        <w:tc>
          <w:tcPr>
            <w:tcW w:type="dxa" w:w="1843"/>
          </w:tcPr>
          <w:p>
            <w:pPr>
              <w:spacing w:after="0"/>
              <w:jc w:val="left"/>
            </w:pPr>
            <w:r>
              <w:rPr>
                <w:sz w:val="16"/>
              </w:rPr>
              <w:t>Saffir-Simpson</w:t>
            </w:r>
          </w:p>
        </w:tc>
        <w:tc>
          <w:tcPr>
            <w:tcW w:type="dxa" w:w="1703"/>
          </w:tcPr>
          <w:p>
            <w:pPr>
              <w:spacing w:after="0"/>
              <w:jc w:val="right"/>
            </w:pPr>
            <w:r>
              <w:rPr>
                <w:sz w:val="16"/>
              </w:rPr>
              <w:t>1 record, 2003 (1 zone-level)</w:t>
            </w:r>
          </w:p>
        </w:tc>
        <w:tc>
          <w:tcPr>
            <w:tcW w:type="dxa" w:w="1842"/>
          </w:tcPr>
          <w:p>
            <w:pPr>
              <w:spacing w:after="0"/>
              <w:jc w:val="left"/>
            </w:pPr>
          </w:p>
        </w:tc>
        <w:tc>
          <w:tcPr>
            <w:tcW w:type="dxa" w:w="1593"/>
          </w:tcPr>
          <w:p>
            <w:pPr>
              <w:spacing w:after="0"/>
              <w:jc w:val="left"/>
            </w:pPr>
            <w:r>
              <w:rPr>
                <w:sz w:val="16"/>
              </w:rPr>
              <w:t>Strongest recorded: Tropical Storm record, 2003-07-15 to 2003-07-16, $100,000 property; $50,000 crops (2003 dollars); NWS zone TXZ228</w:t>
            </w:r>
          </w:p>
        </w:tc>
        <w:tc>
          <w:tcPr>
            <w:tcW w:type="dxa" w:w="1602"/>
          </w:tcPr>
          <w:p>
            <w:pPr>
              <w:spacing w:after="0"/>
              <w:jc w:val="left"/>
            </w:pPr>
          </w:p>
        </w:tc>
        <w:tc>
          <w:tcPr>
            <w:tcW w:type="dxa" w:w="2157"/>
          </w:tcPr>
          <w:p>
            <w:pPr>
              <w:spacing w:after="0"/>
              <w:jc w:val="left"/>
            </w:pPr>
            <w:r>
              <w:rPr>
                <w:sz w:val="16"/>
              </w:rPr>
              <w:t>Countywide (zone-level records).</w:t>
            </w:r>
          </w:p>
        </w:tc>
        <w:tc>
          <w:tcPr>
            <w:tcW w:type="dxa" w:w="155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14"/>
          </w:tcPr>
          <w:p>
            <w:pPr>
              <w:spacing w:after="0"/>
              <w:jc w:val="left"/>
            </w:pPr>
            <w:r>
              <w:rPr>
                <w:sz w:val="16"/>
              </w:rPr>
              <w:t>Ice Storm</w:t>
            </w:r>
          </w:p>
        </w:tc>
        <w:tc>
          <w:tcPr>
            <w:tcW w:type="dxa" w:w="1843"/>
          </w:tcPr>
          <w:p>
            <w:pPr>
              <w:spacing w:after="0"/>
              <w:jc w:val="left"/>
            </w:pPr>
            <w:r>
              <w:rPr>
                <w:sz w:val="16"/>
              </w:rPr>
              <w:t>Sperry-Piltz ice scale (local data)</w:t>
            </w:r>
          </w:p>
        </w:tc>
        <w:tc>
          <w:tcPr>
            <w:tcW w:type="dxa" w:w="1703"/>
          </w:tcPr>
          <w:p>
            <w:pPr>
              <w:spacing w:after="0"/>
              <w:jc w:val="right"/>
            </w:pPr>
            <w:r>
              <w:rPr>
                <w:sz w:val="16"/>
              </w:rPr>
              <w:t>0</w:t>
            </w:r>
          </w:p>
        </w:tc>
        <w:tc>
          <w:tcPr>
            <w:tcW w:type="dxa" w:w="1842"/>
          </w:tcPr>
          <w:p>
            <w:pPr>
              <w:spacing w:after="0"/>
              <w:jc w:val="left"/>
            </w:pPr>
          </w:p>
        </w:tc>
        <w:tc>
          <w:tcPr>
            <w:tcW w:type="dxa" w:w="1593"/>
          </w:tcPr>
          <w:p>
            <w:pPr>
              <w:spacing w:after="0"/>
              <w:jc w:val="left"/>
            </w:pPr>
          </w:p>
        </w:tc>
        <w:tc>
          <w:tcPr>
            <w:tcW w:type="dxa" w:w="1602"/>
          </w:tcPr>
          <w:p>
            <w:pPr>
              <w:spacing w:after="0"/>
              <w:jc w:val="left"/>
            </w:pPr>
          </w:p>
        </w:tc>
        <w:tc>
          <w:tcPr>
            <w:tcW w:type="dxa" w:w="2157"/>
          </w:tcPr>
          <w:p>
            <w:pPr>
              <w:spacing w:after="0"/>
              <w:jc w:val="left"/>
            </w:pPr>
          </w:p>
        </w:tc>
        <w:tc>
          <w:tcPr>
            <w:tcW w:type="dxa" w:w="1557"/>
          </w:tcPr>
          <w:p>
            <w:pPr>
              <w:spacing w:after="0"/>
              <w:jc w:val="left"/>
            </w:pPr>
          </w:p>
        </w:tc>
      </w:tr>
      <w:tr>
        <w:trPr>
          <w:cantSplit/>
        </w:trPr>
        <w:tc>
          <w:tcPr>
            <w:tcW w:type="dxa" w:w="1814"/>
          </w:tcPr>
          <w:p>
            <w:pPr>
              <w:spacing w:after="0"/>
              <w:jc w:val="left"/>
            </w:pPr>
            <w:r>
              <w:rPr>
                <w:sz w:val="16"/>
              </w:rPr>
              <w:t>Flash Flood, Flood, Lakeshore Flood</w:t>
            </w:r>
          </w:p>
        </w:tc>
        <w:tc>
          <w:tcPr>
            <w:tcW w:type="dxa" w:w="1843"/>
          </w:tcPr>
          <w:p>
            <w:pPr>
              <w:spacing w:after="0"/>
              <w:jc w:val="left"/>
            </w:pPr>
            <w:r>
              <w:rPr>
                <w:sz w:val="16"/>
              </w:rPr>
              <w:t>damage and flood days (flood depth: FIRM)</w:t>
            </w:r>
          </w:p>
        </w:tc>
        <w:tc>
          <w:tcPr>
            <w:tcW w:type="dxa" w:w="1703"/>
          </w:tcPr>
          <w:p>
            <w:pPr>
              <w:spacing w:after="0"/>
              <w:jc w:val="right"/>
            </w:pPr>
            <w:r>
              <w:rPr>
                <w:sz w:val="16"/>
              </w:rPr>
              <w:t>53 records, 1996 to 2024 (6 zone-level)</w:t>
            </w:r>
          </w:p>
        </w:tc>
        <w:tc>
          <w:tcPr>
            <w:tcW w:type="dxa" w:w="1842"/>
          </w:tcPr>
          <w:p>
            <w:pPr>
              <w:spacing w:after="0"/>
              <w:jc w:val="left"/>
            </w:pPr>
          </w:p>
        </w:tc>
        <w:tc>
          <w:tcPr>
            <w:tcW w:type="dxa" w:w="1593"/>
          </w:tcPr>
          <w:p>
            <w:pPr>
              <w:spacing w:after="0"/>
              <w:jc w:val="left"/>
            </w:pPr>
            <w:r>
              <w:rPr>
                <w:sz w:val="16"/>
              </w:rPr>
              <w:t>Flood, 1996-10-29, $5,000,000 property; $15,000,000 crops (1996 dollars); NWS zone TXZ228</w:t>
            </w:r>
          </w:p>
        </w:tc>
        <w:tc>
          <w:tcPr>
            <w:tcW w:type="dxa" w:w="1602"/>
          </w:tcPr>
          <w:p>
            <w:pPr>
              <w:spacing w:after="0"/>
              <w:jc w:val="left"/>
            </w:pPr>
          </w:p>
        </w:tc>
        <w:tc>
          <w:tcPr>
            <w:tcW w:type="dxa" w:w="2157"/>
          </w:tcPr>
          <w:p>
            <w:pPr>
              <w:spacing w:after="0"/>
              <w:jc w:val="left"/>
            </w:pPr>
            <w:r>
              <w:rPr>
                <w:sz w:val="16"/>
              </w:rPr>
              <w:t>Event records naming jurisdictions in the plan: Carrizo Springs city (16 records), Big Wells city (4 records). Zone-level records (6) apply countywide.</w:t>
            </w:r>
          </w:p>
        </w:tc>
        <w:tc>
          <w:tcPr>
            <w:tcW w:type="dxa" w:w="155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14"/>
          </w:tcPr>
          <w:p>
            <w:pPr>
              <w:spacing w:after="0"/>
              <w:jc w:val="left"/>
            </w:pPr>
            <w:r>
              <w:rPr>
                <w:sz w:val="16"/>
              </w:rPr>
              <w:t>Debris Flow</w:t>
            </w:r>
          </w:p>
        </w:tc>
        <w:tc>
          <w:tcPr>
            <w:tcW w:type="dxa" w:w="1843"/>
          </w:tcPr>
          <w:p>
            <w:pPr>
              <w:spacing w:after="0"/>
              <w:jc w:val="left"/>
            </w:pPr>
            <w:r>
              <w:rPr>
                <w:sz w:val="16"/>
              </w:rPr>
              <w:t>none (count and damage only)</w:t>
            </w:r>
          </w:p>
        </w:tc>
        <w:tc>
          <w:tcPr>
            <w:tcW w:type="dxa" w:w="1703"/>
          </w:tcPr>
          <w:p>
            <w:pPr>
              <w:spacing w:after="0"/>
              <w:jc w:val="right"/>
            </w:pPr>
            <w:r>
              <w:rPr>
                <w:sz w:val="16"/>
              </w:rPr>
              <w:t>0</w:t>
            </w:r>
          </w:p>
        </w:tc>
        <w:tc>
          <w:tcPr>
            <w:tcW w:type="dxa" w:w="1842"/>
          </w:tcPr>
          <w:p>
            <w:pPr>
              <w:spacing w:after="0"/>
              <w:jc w:val="left"/>
            </w:pPr>
          </w:p>
        </w:tc>
        <w:tc>
          <w:tcPr>
            <w:tcW w:type="dxa" w:w="1593"/>
          </w:tcPr>
          <w:p>
            <w:pPr>
              <w:spacing w:after="0"/>
              <w:jc w:val="left"/>
            </w:pPr>
          </w:p>
        </w:tc>
        <w:tc>
          <w:tcPr>
            <w:tcW w:type="dxa" w:w="1602"/>
          </w:tcPr>
          <w:p>
            <w:pPr>
              <w:spacing w:after="0"/>
              <w:jc w:val="left"/>
            </w:pPr>
          </w:p>
        </w:tc>
        <w:tc>
          <w:tcPr>
            <w:tcW w:type="dxa" w:w="2157"/>
          </w:tcPr>
          <w:p>
            <w:pPr>
              <w:spacing w:after="0"/>
              <w:jc w:val="left"/>
            </w:pPr>
          </w:p>
        </w:tc>
        <w:tc>
          <w:tcPr>
            <w:tcW w:type="dxa" w:w="1557"/>
          </w:tcPr>
          <w:p>
            <w:pPr>
              <w:spacing w:after="0"/>
              <w:jc w:val="left"/>
            </w:pPr>
          </w:p>
        </w:tc>
      </w:tr>
      <w:tr>
        <w:trPr>
          <w:cantSplit/>
        </w:trPr>
        <w:tc>
          <w:tcPr>
            <w:tcW w:type="dxa" w:w="1814"/>
          </w:tcPr>
          <w:p>
            <w:pPr>
              <w:spacing w:after="0"/>
              <w:jc w:val="left"/>
            </w:pPr>
            <w:r>
              <w:rPr>
                <w:sz w:val="16"/>
              </w:rPr>
              <w:t>Lightning</w:t>
            </w:r>
          </w:p>
        </w:tc>
        <w:tc>
          <w:tcPr>
            <w:tcW w:type="dxa" w:w="1843"/>
          </w:tcPr>
          <w:p>
            <w:pPr>
              <w:spacing w:after="0"/>
              <w:jc w:val="left"/>
            </w:pPr>
            <w:r>
              <w:rPr>
                <w:sz w:val="16"/>
              </w:rPr>
              <w:t>annualized frequency (the measure FEMA's Local Mitigation Planning Handbook names)</w:t>
            </w:r>
          </w:p>
        </w:tc>
        <w:tc>
          <w:tcPr>
            <w:tcW w:type="dxa" w:w="1703"/>
          </w:tcPr>
          <w:p>
            <w:pPr>
              <w:spacing w:after="0"/>
              <w:jc w:val="right"/>
            </w:pPr>
            <w:r>
              <w:rPr>
                <w:sz w:val="16"/>
              </w:rPr>
              <w:t>2 records, 2016 to 2021</w:t>
            </w:r>
          </w:p>
        </w:tc>
        <w:tc>
          <w:tcPr>
            <w:tcW w:type="dxa" w:w="1842"/>
          </w:tcPr>
          <w:p>
            <w:pPr>
              <w:spacing w:after="0"/>
              <w:jc w:val="left"/>
            </w:pPr>
          </w:p>
        </w:tc>
        <w:tc>
          <w:tcPr>
            <w:tcW w:type="dxa" w:w="1593"/>
          </w:tcPr>
          <w:p>
            <w:pPr>
              <w:spacing w:after="0"/>
              <w:jc w:val="left"/>
            </w:pPr>
            <w:r>
              <w:rPr>
                <w:sz w:val="16"/>
              </w:rPr>
              <w:t>Lightning, 2016-03-18, $500,000 property; $0 crops (2016 dollars)</w:t>
            </w:r>
          </w:p>
        </w:tc>
        <w:tc>
          <w:tcPr>
            <w:tcW w:type="dxa" w:w="1602"/>
          </w:tcPr>
          <w:p>
            <w:pPr>
              <w:spacing w:after="0"/>
              <w:jc w:val="left"/>
            </w:pPr>
          </w:p>
        </w:tc>
        <w:tc>
          <w:tcPr>
            <w:tcW w:type="dxa" w:w="2157"/>
          </w:tcPr>
          <w:p>
            <w:pPr>
              <w:spacing w:after="0"/>
              <w:jc w:val="left"/>
            </w:pPr>
            <w:r>
              <w:rPr>
                <w:sz w:val="16"/>
              </w:rPr>
              <w:t>No event record names a jurisdiction in the plan.</w:t>
            </w:r>
          </w:p>
        </w:tc>
        <w:tc>
          <w:tcPr>
            <w:tcW w:type="dxa" w:w="1557"/>
          </w:tcPr>
          <w:p>
            <w:pPr>
              <w:spacing w:after="0"/>
              <w:jc w:val="left"/>
            </w:pPr>
            <w:r>
              <w:rPr>
                <w:sz w:val="16"/>
              </w:rPr>
              <w:t>Storm Events lists lightning with damage or casualties.</w:t>
            </w:r>
          </w:p>
        </w:tc>
      </w:tr>
      <w:tr>
        <w:trPr>
          <w:cantSplit/>
        </w:trPr>
        <w:tc>
          <w:tcPr>
            <w:tcW w:type="dxa" w:w="1814"/>
          </w:tcPr>
          <w:p>
            <w:pPr>
              <w:spacing w:after="0"/>
              <w:jc w:val="left"/>
            </w:pPr>
            <w:r>
              <w:rPr>
                <w:sz w:val="16"/>
              </w:rPr>
              <w:t>High Wind and Strong Wind (outside NRI's Strong Wind definition)</w:t>
            </w:r>
          </w:p>
        </w:tc>
        <w:tc>
          <w:tcPr>
            <w:tcW w:type="dxa" w:w="1843"/>
          </w:tcPr>
          <w:p>
            <w:pPr>
              <w:spacing w:after="0"/>
              <w:jc w:val="left"/>
            </w:pPr>
            <w:r>
              <w:rPr>
                <w:sz w:val="16"/>
              </w:rPr>
              <w:t>wind speed (kt and mph)</w:t>
            </w:r>
          </w:p>
        </w:tc>
        <w:tc>
          <w:tcPr>
            <w:tcW w:type="dxa" w:w="1703"/>
          </w:tcPr>
          <w:p>
            <w:pPr>
              <w:spacing w:after="0"/>
              <w:jc w:val="right"/>
            </w:pPr>
            <w:r>
              <w:rPr>
                <w:sz w:val="16"/>
              </w:rPr>
              <w:t>0</w:t>
            </w:r>
          </w:p>
        </w:tc>
        <w:tc>
          <w:tcPr>
            <w:tcW w:type="dxa" w:w="1842"/>
          </w:tcPr>
          <w:p>
            <w:pPr>
              <w:spacing w:after="0"/>
              <w:jc w:val="left"/>
            </w:pPr>
          </w:p>
        </w:tc>
        <w:tc>
          <w:tcPr>
            <w:tcW w:type="dxa" w:w="1593"/>
          </w:tcPr>
          <w:p>
            <w:pPr>
              <w:spacing w:after="0"/>
              <w:jc w:val="left"/>
            </w:pPr>
          </w:p>
        </w:tc>
        <w:tc>
          <w:tcPr>
            <w:tcW w:type="dxa" w:w="1602"/>
          </w:tcPr>
          <w:p>
            <w:pPr>
              <w:spacing w:after="0"/>
              <w:jc w:val="left"/>
            </w:pPr>
          </w:p>
        </w:tc>
        <w:tc>
          <w:tcPr>
            <w:tcW w:type="dxa" w:w="2157"/>
          </w:tcPr>
          <w:p>
            <w:pPr>
              <w:spacing w:after="0"/>
              <w:jc w:val="left"/>
            </w:pPr>
          </w:p>
        </w:tc>
        <w:tc>
          <w:tcPr>
            <w:tcW w:type="dxa" w:w="1557"/>
          </w:tcPr>
          <w:p>
            <w:pPr>
              <w:spacing w:after="0"/>
              <w:jc w:val="left"/>
            </w:pPr>
          </w:p>
        </w:tc>
      </w:tr>
      <w:tr>
        <w:trPr>
          <w:cantSplit/>
        </w:trPr>
        <w:tc>
          <w:tcPr>
            <w:tcW w:type="dxa" w:w="1814"/>
          </w:tcPr>
          <w:p>
            <w:pPr>
              <w:spacing w:after="0"/>
              <w:jc w:val="left"/>
            </w:pPr>
            <w:r>
              <w:rPr>
                <w:sz w:val="16"/>
              </w:rPr>
              <w:t>Thunderstorm Wind</w:t>
            </w:r>
          </w:p>
        </w:tc>
        <w:tc>
          <w:tcPr>
            <w:tcW w:type="dxa" w:w="1843"/>
          </w:tcPr>
          <w:p>
            <w:pPr>
              <w:spacing w:after="0"/>
              <w:jc w:val="left"/>
            </w:pPr>
            <w:r>
              <w:rPr>
                <w:sz w:val="16"/>
              </w:rPr>
              <w:t>wind speed (kt and mph)</w:t>
            </w:r>
          </w:p>
        </w:tc>
        <w:tc>
          <w:tcPr>
            <w:tcW w:type="dxa" w:w="1703"/>
          </w:tcPr>
          <w:p>
            <w:pPr>
              <w:spacing w:after="0"/>
              <w:jc w:val="right"/>
            </w:pPr>
            <w:r>
              <w:rPr>
                <w:sz w:val="16"/>
              </w:rPr>
              <w:t>21 records, 1982 to 2025</w:t>
            </w:r>
          </w:p>
        </w:tc>
        <w:tc>
          <w:tcPr>
            <w:tcW w:type="dxa" w:w="1842"/>
          </w:tcPr>
          <w:p>
            <w:pPr>
              <w:spacing w:after="0"/>
              <w:jc w:val="left"/>
            </w:pPr>
            <w:r>
              <w:rPr>
                <w:sz w:val="16"/>
              </w:rPr>
              <w:t>43 kt (49 mph) to 75 kt (86 mph) (median 61 kt (70 mph)); 13 with a recorded value</w:t>
            </w:r>
          </w:p>
        </w:tc>
        <w:tc>
          <w:tcPr>
            <w:tcW w:type="dxa" w:w="1593"/>
          </w:tcPr>
          <w:p>
            <w:pPr>
              <w:spacing w:after="0"/>
              <w:jc w:val="left"/>
            </w:pPr>
            <w:r>
              <w:rPr>
                <w:sz w:val="16"/>
              </w:rPr>
              <w:t>75 kt (86 mph) estimated gust, Thunderstorm Wind, 2003-03-25</w:t>
            </w:r>
          </w:p>
        </w:tc>
        <w:tc>
          <w:tcPr>
            <w:tcW w:type="dxa" w:w="1602"/>
          </w:tcPr>
          <w:p>
            <w:pPr>
              <w:spacing w:after="0"/>
              <w:jc w:val="left"/>
            </w:pPr>
            <w:r>
              <w:rPr>
                <w:sz w:val="16"/>
              </w:rPr>
              <w:t>Thunderstorm Wind, 2007-05-21, $100,000 property; $0 crops (2007 dollars)</w:t>
            </w:r>
          </w:p>
        </w:tc>
        <w:tc>
          <w:tcPr>
            <w:tcW w:type="dxa" w:w="2157"/>
          </w:tcPr>
          <w:p>
            <w:pPr>
              <w:spacing w:after="0"/>
              <w:jc w:val="left"/>
            </w:pPr>
            <w:r>
              <w:rPr>
                <w:sz w:val="16"/>
              </w:rPr>
              <w:t>Event records naming jurisdictions in the plan: Carrizo Springs city (10 records), Big Wells city (2 records).</w:t>
            </w:r>
          </w:p>
        </w:tc>
        <w:tc>
          <w:tcPr>
            <w:tcW w:type="dxa" w:w="1557"/>
          </w:tcPr>
          <w:p>
            <w:pPr>
              <w:spacing w:after="0"/>
              <w:jc w:val="left"/>
            </w:pPr>
          </w:p>
        </w:tc>
      </w:tr>
      <w:tr>
        <w:trPr>
          <w:cantSplit/>
        </w:trPr>
        <w:tc>
          <w:tcPr>
            <w:tcW w:type="dxa" w:w="1814"/>
          </w:tcPr>
          <w:p>
            <w:pPr>
              <w:spacing w:after="0"/>
              <w:jc w:val="left"/>
            </w:pPr>
            <w:r>
              <w:rPr>
                <w:sz w:val="16"/>
              </w:rPr>
              <w:t>Tornado</w:t>
            </w:r>
          </w:p>
        </w:tc>
        <w:tc>
          <w:tcPr>
            <w:tcW w:type="dxa" w:w="1843"/>
          </w:tcPr>
          <w:p>
            <w:pPr>
              <w:spacing w:after="0"/>
              <w:jc w:val="left"/>
            </w:pPr>
            <w:r>
              <w:rPr>
                <w:sz w:val="16"/>
              </w:rPr>
              <w:t>Enhanced Fujita (Fujita before Feb 2007)</w:t>
            </w:r>
          </w:p>
        </w:tc>
        <w:tc>
          <w:tcPr>
            <w:tcW w:type="dxa" w:w="1703"/>
          </w:tcPr>
          <w:p>
            <w:pPr>
              <w:spacing w:after="0"/>
              <w:jc w:val="right"/>
            </w:pPr>
            <w:r>
              <w:rPr>
                <w:sz w:val="16"/>
              </w:rPr>
              <w:t>3 records, 1971 to 1988</w:t>
            </w:r>
          </w:p>
        </w:tc>
        <w:tc>
          <w:tcPr>
            <w:tcW w:type="dxa" w:w="1842"/>
          </w:tcPr>
          <w:p>
            <w:pPr>
              <w:spacing w:after="0"/>
              <w:jc w:val="left"/>
            </w:pPr>
            <w:r>
              <w:rPr>
                <w:sz w:val="16"/>
              </w:rPr>
              <w:t>F/EF0 to F/EF2 (median F/EF1); 3 with a recorded value</w:t>
            </w:r>
          </w:p>
        </w:tc>
        <w:tc>
          <w:tcPr>
            <w:tcW w:type="dxa" w:w="1593"/>
          </w:tcPr>
          <w:p>
            <w:pPr>
              <w:spacing w:after="0"/>
              <w:jc w:val="left"/>
            </w:pPr>
            <w:r>
              <w:rPr>
                <w:sz w:val="16"/>
              </w:rPr>
              <w:t>F2 tornado, 1971-02-25, 2 mi path length (whole path, pre-1996), 50 yd wide, $25,000 property; crops not recorded (1971 dollars)</w:t>
            </w:r>
          </w:p>
        </w:tc>
        <w:tc>
          <w:tcPr>
            <w:tcW w:type="dxa" w:w="1602"/>
          </w:tcPr>
          <w:p>
            <w:pPr>
              <w:spacing w:after="0"/>
              <w:jc w:val="left"/>
            </w:pPr>
            <w:r>
              <w:rPr>
                <w:sz w:val="16"/>
              </w:rPr>
              <w:t>Tornado, 1988-09-17, $25,000 property; crops not recorded (1988 dollars)</w:t>
            </w:r>
          </w:p>
        </w:tc>
        <w:tc>
          <w:tcPr>
            <w:tcW w:type="dxa" w:w="2157"/>
          </w:tcPr>
          <w:p>
            <w:pPr>
              <w:spacing w:after="0"/>
              <w:jc w:val="left"/>
            </w:pPr>
            <w:r>
              <w:rPr>
                <w:sz w:val="16"/>
              </w:rPr>
              <w:t>No event record names a jurisdiction in the plan.</w:t>
            </w:r>
          </w:p>
        </w:tc>
        <w:tc>
          <w:tcPr>
            <w:tcW w:type="dxa" w:w="155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14"/>
          </w:tcPr>
          <w:p>
            <w:pPr>
              <w:spacing w:after="0"/>
              <w:jc w:val="left"/>
            </w:pPr>
            <w:r>
              <w:rPr>
                <w:sz w:val="16"/>
              </w:rPr>
              <w:t>Wildfire</w:t>
            </w:r>
          </w:p>
        </w:tc>
        <w:tc>
          <w:tcPr>
            <w:tcW w:type="dxa" w:w="1843"/>
          </w:tcPr>
          <w:p>
            <w:pPr>
              <w:spacing w:after="0"/>
              <w:jc w:val="left"/>
            </w:pPr>
            <w:r>
              <w:rPr>
                <w:sz w:val="16"/>
              </w:rPr>
              <w:t>acres burned (local data)</w:t>
            </w:r>
          </w:p>
        </w:tc>
        <w:tc>
          <w:tcPr>
            <w:tcW w:type="dxa" w:w="1703"/>
          </w:tcPr>
          <w:p>
            <w:pPr>
              <w:spacing w:after="0"/>
              <w:jc w:val="right"/>
            </w:pPr>
            <w:r>
              <w:rPr>
                <w:sz w:val="16"/>
              </w:rPr>
              <w:t>1 record, 2015 (1 zone-level)</w:t>
            </w:r>
          </w:p>
        </w:tc>
        <w:tc>
          <w:tcPr>
            <w:tcW w:type="dxa" w:w="1842"/>
          </w:tcPr>
          <w:p>
            <w:pPr>
              <w:spacing w:after="0"/>
              <w:jc w:val="left"/>
            </w:pPr>
          </w:p>
        </w:tc>
        <w:tc>
          <w:tcPr>
            <w:tcW w:type="dxa" w:w="1593"/>
          </w:tcPr>
          <w:p>
            <w:pPr>
              <w:spacing w:after="0"/>
              <w:jc w:val="left"/>
            </w:pPr>
            <w:r>
              <w:rPr>
                <w:sz w:val="16"/>
              </w:rPr>
              <w:t>No damage reported in 1 record.</w:t>
            </w:r>
          </w:p>
        </w:tc>
        <w:tc>
          <w:tcPr>
            <w:tcW w:type="dxa" w:w="1602"/>
          </w:tcPr>
          <w:p>
            <w:pPr>
              <w:spacing w:after="0"/>
              <w:jc w:val="left"/>
            </w:pPr>
          </w:p>
        </w:tc>
        <w:tc>
          <w:tcPr>
            <w:tcW w:type="dxa" w:w="2157"/>
          </w:tcPr>
          <w:p>
            <w:pPr>
              <w:spacing w:after="0"/>
              <w:jc w:val="left"/>
            </w:pPr>
            <w:r>
              <w:rPr>
                <w:sz w:val="16"/>
              </w:rPr>
              <w:t>Countywide (zone-level records).</w:t>
            </w:r>
          </w:p>
        </w:tc>
        <w:tc>
          <w:tcPr>
            <w:tcW w:type="dxa" w:w="1557"/>
          </w:tcPr>
          <w:p>
            <w:pPr>
              <w:spacing w:after="0"/>
              <w:jc w:val="left"/>
            </w:pPr>
          </w:p>
        </w:tc>
      </w:tr>
      <w:tr>
        <w:trPr>
          <w:cantSplit/>
        </w:trPr>
        <w:tc>
          <w:tcPr>
            <w:tcW w:type="dxa" w:w="1814"/>
          </w:tcPr>
          <w:p>
            <w:pPr>
              <w:spacing w:after="0"/>
              <w:jc w:val="left"/>
            </w:pPr>
            <w:r>
              <w:rPr>
                <w:sz w:val="16"/>
              </w:rPr>
              <w:t>Winter Storm, Heavy Snow, Blizzard, Lake-Effect Snow, Winter Weather, Sleet</w:t>
            </w:r>
          </w:p>
        </w:tc>
        <w:tc>
          <w:tcPr>
            <w:tcW w:type="dxa" w:w="1843"/>
          </w:tcPr>
          <w:p>
            <w:pPr>
              <w:spacing w:after="0"/>
              <w:jc w:val="left"/>
            </w:pPr>
            <w:r>
              <w:rPr>
                <w:sz w:val="16"/>
              </w:rPr>
              <w:t>none in data (snowfall: local data)</w:t>
            </w:r>
          </w:p>
        </w:tc>
        <w:tc>
          <w:tcPr>
            <w:tcW w:type="dxa" w:w="1703"/>
          </w:tcPr>
          <w:p>
            <w:pPr>
              <w:spacing w:after="0"/>
              <w:jc w:val="right"/>
            </w:pPr>
            <w:r>
              <w:rPr>
                <w:sz w:val="16"/>
              </w:rPr>
              <w:t>2 records, 2017 to 2021 (2 zone-level)</w:t>
            </w:r>
          </w:p>
        </w:tc>
        <w:tc>
          <w:tcPr>
            <w:tcW w:type="dxa" w:w="1842"/>
          </w:tcPr>
          <w:p>
            <w:pPr>
              <w:spacing w:after="0"/>
              <w:jc w:val="left"/>
            </w:pPr>
          </w:p>
        </w:tc>
        <w:tc>
          <w:tcPr>
            <w:tcW w:type="dxa" w:w="1593"/>
          </w:tcPr>
          <w:p>
            <w:pPr>
              <w:spacing w:after="0"/>
              <w:jc w:val="left"/>
            </w:pPr>
            <w:r>
              <w:rPr>
                <w:sz w:val="16"/>
              </w:rPr>
              <w:t>No damage reported in 2 records.</w:t>
            </w:r>
          </w:p>
        </w:tc>
        <w:tc>
          <w:tcPr>
            <w:tcW w:type="dxa" w:w="1602"/>
          </w:tcPr>
          <w:p>
            <w:pPr>
              <w:spacing w:after="0"/>
              <w:jc w:val="left"/>
            </w:pPr>
          </w:p>
        </w:tc>
        <w:tc>
          <w:tcPr>
            <w:tcW w:type="dxa" w:w="2157"/>
          </w:tcPr>
          <w:p>
            <w:pPr>
              <w:spacing w:after="0"/>
              <w:jc w:val="left"/>
            </w:pPr>
            <w:r>
              <w:rPr>
                <w:sz w:val="16"/>
              </w:rPr>
              <w:t>Countywide (zone-level records).</w:t>
            </w:r>
          </w:p>
        </w:tc>
        <w:tc>
          <w:tcPr>
            <w:tcW w:type="dxa" w:w="155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19 declarations covering 10 separate hazard incidents counted in this packet (declarations for the same incident count once; non-natural and evacuation-only declarations are not counted).</w:t>
      </w:r>
    </w:p>
    <w:p>
      <w:pPr>
        <w:keepNext/>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1"/>
        <w:gridCol w:w="1865"/>
        <w:gridCol w:w="3248"/>
        <w:gridCol w:w="2167"/>
        <w:gridCol w:w="1580"/>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1"/>
            <w:shd w:val="clear" w:color="auto" w:fill="E8E8E8"/>
          </w:tcPr>
          <w:p>
            <w:pPr>
              <w:spacing w:after="0"/>
              <w:jc w:val="left"/>
            </w:pPr>
            <w:r>
              <w:rPr>
                <w:b/>
                <w:sz w:val="16"/>
              </w:rPr>
              <w:t>Type</w:t>
            </w:r>
          </w:p>
        </w:tc>
        <w:tc>
          <w:tcPr>
            <w:tcW w:type="dxa" w:w="1865"/>
            <w:shd w:val="clear" w:color="auto" w:fill="E8E8E8"/>
          </w:tcPr>
          <w:p>
            <w:pPr>
              <w:spacing w:after="0"/>
              <w:jc w:val="left"/>
            </w:pPr>
            <w:r>
              <w:rPr>
                <w:b/>
                <w:sz w:val="16"/>
              </w:rPr>
              <w:t>Title</w:t>
            </w:r>
          </w:p>
        </w:tc>
        <w:tc>
          <w:tcPr>
            <w:tcW w:type="dxa" w:w="3248"/>
            <w:shd w:val="clear" w:color="auto" w:fill="E8E8E8"/>
          </w:tcPr>
          <w:p>
            <w:pPr>
              <w:spacing w:after="0"/>
              <w:jc w:val="left"/>
            </w:pPr>
            <w:r>
              <w:rPr>
                <w:b/>
                <w:sz w:val="16"/>
              </w:rPr>
              <w:t>Mapped hazard</w:t>
            </w:r>
          </w:p>
        </w:tc>
        <w:tc>
          <w:tcPr>
            <w:tcW w:type="dxa" w:w="216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80"/>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2026-07-12</w:t>
            </w:r>
          </w:p>
        </w:tc>
        <w:tc>
          <w:tcPr>
            <w:tcW w:type="dxa" w:w="1037"/>
          </w:tcPr>
          <w:p>
            <w:pPr>
              <w:spacing w:after="0"/>
              <w:jc w:val="left"/>
            </w:pPr>
            <w:r>
              <w:rPr>
                <w:sz w:val="16"/>
              </w:rPr>
              <w:t>DR-4935-TX</w:t>
            </w:r>
          </w:p>
        </w:tc>
        <w:tc>
          <w:tcPr>
            <w:tcW w:type="dxa" w:w="1261"/>
          </w:tcPr>
          <w:p>
            <w:pPr>
              <w:spacing w:after="0"/>
              <w:jc w:val="left"/>
            </w:pPr>
            <w:r>
              <w:rPr>
                <w:sz w:val="16"/>
              </w:rPr>
              <w:t>Major disaster</w:t>
            </w:r>
          </w:p>
        </w:tc>
        <w:tc>
          <w:tcPr>
            <w:tcW w:type="dxa" w:w="1865"/>
          </w:tcPr>
          <w:p>
            <w:pPr>
              <w:spacing w:after="0"/>
              <w:jc w:val="left"/>
            </w:pPr>
            <w:r>
              <w:rPr>
                <w:sz w:val="16"/>
              </w:rPr>
              <w:t>Severe Storms, Straight-Line Winds, Tornadoes, and Flooding</w:t>
            </w:r>
          </w:p>
        </w:tc>
        <w:tc>
          <w:tcPr>
            <w:tcW w:type="dxa" w:w="3248"/>
          </w:tcPr>
          <w:p>
            <w:pPr>
              <w:spacing w:after="0"/>
              <w:jc w:val="left"/>
            </w:pPr>
            <w:r>
              <w:rPr>
                <w:sz w:val="16"/>
              </w:rPr>
              <w:t>Inland Flooding</w:t>
            </w:r>
          </w:p>
        </w:tc>
        <w:tc>
          <w:tcPr>
            <w:tcW w:type="dxa" w:w="2167"/>
          </w:tcPr>
          <w:p>
            <w:pPr>
              <w:spacing w:after="0"/>
              <w:jc w:val="right"/>
            </w:pPr>
            <w:r>
              <w:rPr>
                <w:sz w:val="16"/>
              </w:rPr>
              <w:t>not yet in FEMA's PA summaries (they cover declarations through 2026-06-30)</w:t>
            </w:r>
          </w:p>
        </w:tc>
        <w:tc>
          <w:tcPr>
            <w:tcW w:type="dxa" w:w="1580"/>
          </w:tcPr>
          <w:p>
            <w:pPr>
              <w:spacing w:after="0"/>
              <w:jc w:val="left"/>
            </w:pPr>
            <w:r>
              <w:rPr>
                <w:sz w:val="16"/>
              </w:rPr>
              <w:t>in the 12 months before plan approval; within last 5 years</w:t>
            </w:r>
          </w:p>
        </w:tc>
        <w:tc>
          <w:tcPr>
            <w:tcW w:type="dxa" w:w="881"/>
          </w:tcPr>
          <w:p>
            <w:pPr>
              <w:spacing w:after="0"/>
              <w:jc w:val="left"/>
            </w:pPr>
          </w:p>
        </w:tc>
      </w:tr>
      <w:tr>
        <w:trPr>
          <w:cantSplit/>
        </w:trPr>
        <w:tc>
          <w:tcPr>
            <w:tcW w:type="dxa" w:w="1037"/>
          </w:tcPr>
          <w:p>
            <w:pPr>
              <w:spacing w:after="0"/>
              <w:jc w:val="left"/>
            </w:pPr>
            <w:r>
              <w:rPr>
                <w:sz w:val="16"/>
              </w:rPr>
              <w:t>2026-07-18</w:t>
            </w:r>
          </w:p>
        </w:tc>
        <w:tc>
          <w:tcPr>
            <w:tcW w:type="dxa" w:w="1037"/>
          </w:tcPr>
          <w:p>
            <w:pPr>
              <w:spacing w:after="0"/>
              <w:jc w:val="left"/>
            </w:pPr>
            <w:r>
              <w:rPr>
                <w:sz w:val="16"/>
              </w:rPr>
              <w:t>2026-07-12</w:t>
            </w:r>
          </w:p>
        </w:tc>
        <w:tc>
          <w:tcPr>
            <w:tcW w:type="dxa" w:w="1037"/>
          </w:tcPr>
          <w:p>
            <w:pPr>
              <w:spacing w:after="0"/>
              <w:jc w:val="left"/>
            </w:pPr>
            <w:r>
              <w:rPr>
                <w:sz w:val="16"/>
              </w:rPr>
              <w:t>EM-3649-TX</w:t>
            </w:r>
          </w:p>
        </w:tc>
        <w:tc>
          <w:tcPr>
            <w:tcW w:type="dxa" w:w="1261"/>
          </w:tcPr>
          <w:p>
            <w:pPr>
              <w:spacing w:after="0"/>
              <w:jc w:val="left"/>
            </w:pPr>
            <w:r>
              <w:rPr>
                <w:sz w:val="16"/>
              </w:rPr>
              <w:t>Emergency</w:t>
            </w:r>
          </w:p>
        </w:tc>
        <w:tc>
          <w:tcPr>
            <w:tcW w:type="dxa" w:w="1865"/>
          </w:tcPr>
          <w:p>
            <w:pPr>
              <w:spacing w:after="0"/>
              <w:jc w:val="left"/>
            </w:pPr>
            <w:r>
              <w:rPr>
                <w:sz w:val="16"/>
              </w:rPr>
              <w:t>Flooding</w:t>
            </w:r>
          </w:p>
        </w:tc>
        <w:tc>
          <w:tcPr>
            <w:tcW w:type="dxa" w:w="3248"/>
          </w:tcPr>
          <w:p>
            <w:pPr>
              <w:spacing w:after="0"/>
              <w:jc w:val="left"/>
            </w:pPr>
            <w:r>
              <w:rPr>
                <w:sz w:val="16"/>
              </w:rPr>
              <w:t>Inland Flooding (primary); also designated: Strong Wind, Tornado</w:t>
            </w:r>
          </w:p>
        </w:tc>
        <w:tc>
          <w:tcPr>
            <w:tcW w:type="dxa" w:w="2167"/>
          </w:tcPr>
          <w:p>
            <w:pPr>
              <w:spacing w:after="0"/>
              <w:jc w:val="right"/>
            </w:pPr>
            <w:r>
              <w:rPr>
                <w:sz w:val="16"/>
              </w:rPr>
              <w:t>not yet in FEMA's PA summaries (they cover declarations through 2026-06-30)</w:t>
            </w:r>
          </w:p>
        </w:tc>
        <w:tc>
          <w:tcPr>
            <w:tcW w:type="dxa" w:w="1580"/>
          </w:tcPr>
          <w:p>
            <w:pPr>
              <w:spacing w:after="0"/>
              <w:jc w:val="left"/>
            </w:pPr>
            <w:r>
              <w:rPr>
                <w:sz w:val="16"/>
              </w:rPr>
              <w:t>in the 12 months before plan approval; within last 5 years</w:t>
            </w:r>
          </w:p>
        </w:tc>
        <w:tc>
          <w:tcPr>
            <w:tcW w:type="dxa" w:w="881"/>
          </w:tcPr>
          <w:p>
            <w:pPr>
              <w:spacing w:after="0"/>
              <w:jc w:val="left"/>
            </w:pPr>
            <w:r>
              <w:rPr>
                <w:sz w:val="16"/>
              </w:rPr>
              <w:t>same incident as DR-4935</w:t>
            </w: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61"/>
          </w:tcPr>
          <w:p>
            <w:pPr>
              <w:spacing w:after="0"/>
              <w:jc w:val="left"/>
            </w:pPr>
            <w:r>
              <w:rPr>
                <w:sz w:val="16"/>
              </w:rPr>
              <w:t>Major disaster</w:t>
            </w:r>
          </w:p>
        </w:tc>
        <w:tc>
          <w:tcPr>
            <w:tcW w:type="dxa" w:w="1865"/>
          </w:tcPr>
          <w:p>
            <w:pPr>
              <w:spacing w:after="0"/>
              <w:jc w:val="left"/>
            </w:pPr>
            <w:r>
              <w:rPr>
                <w:sz w:val="16"/>
              </w:rPr>
              <w:t>Severe Winter Storms</w:t>
            </w:r>
          </w:p>
        </w:tc>
        <w:tc>
          <w:tcPr>
            <w:tcW w:type="dxa" w:w="3248"/>
          </w:tcPr>
          <w:p>
            <w:pPr>
              <w:spacing w:after="0"/>
              <w:jc w:val="left"/>
            </w:pPr>
            <w:r>
              <w:rPr>
                <w:sz w:val="16"/>
              </w:rPr>
              <w:t>Ice Storm</w:t>
            </w:r>
          </w:p>
        </w:tc>
        <w:tc>
          <w:tcPr>
            <w:tcW w:type="dxa" w:w="2167"/>
          </w:tcPr>
          <w:p>
            <w:pPr>
              <w:spacing w:after="0"/>
              <w:jc w:val="right"/>
            </w:pPr>
            <w:r>
              <w:rPr>
                <w:sz w:val="16"/>
              </w:rPr>
              <w:t>no Public Assistance recorded</w:t>
            </w:r>
          </w:p>
        </w:tc>
        <w:tc>
          <w:tcPr>
            <w:tcW w:type="dxa" w:w="158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61"/>
          </w:tcPr>
          <w:p>
            <w:pPr>
              <w:spacing w:after="0"/>
              <w:jc w:val="left"/>
            </w:pPr>
            <w:r>
              <w:rPr>
                <w:sz w:val="16"/>
              </w:rPr>
              <w:t>Emergency</w:t>
            </w:r>
          </w:p>
        </w:tc>
        <w:tc>
          <w:tcPr>
            <w:tcW w:type="dxa" w:w="1865"/>
          </w:tcPr>
          <w:p>
            <w:pPr>
              <w:spacing w:after="0"/>
              <w:jc w:val="left"/>
            </w:pPr>
            <w:r>
              <w:rPr>
                <w:sz w:val="16"/>
              </w:rPr>
              <w:t>Severe Winter Storm</w:t>
            </w:r>
          </w:p>
        </w:tc>
        <w:tc>
          <w:tcPr>
            <w:tcW w:type="dxa" w:w="3248"/>
          </w:tcPr>
          <w:p>
            <w:pPr>
              <w:spacing w:after="0"/>
              <w:jc w:val="left"/>
            </w:pPr>
            <w:r>
              <w:rPr>
                <w:sz w:val="16"/>
              </w:rPr>
              <w:t>Ice Storm</w:t>
            </w:r>
          </w:p>
        </w:tc>
        <w:tc>
          <w:tcPr>
            <w:tcW w:type="dxa" w:w="2167"/>
          </w:tcPr>
          <w:p>
            <w:pPr>
              <w:spacing w:after="0"/>
              <w:jc w:val="right"/>
            </w:pPr>
            <w:r>
              <w:rPr>
                <w:sz w:val="16"/>
              </w:rPr>
              <w:t>no Public Assistance recorded</w:t>
            </w:r>
          </w:p>
        </w:tc>
        <w:tc>
          <w:tcPr>
            <w:tcW w:type="dxa" w:w="1580"/>
          </w:tcPr>
          <w:p>
            <w:pPr>
              <w:spacing w:after="0"/>
              <w:jc w:val="left"/>
            </w:pPr>
          </w:p>
        </w:tc>
        <w:tc>
          <w:tcPr>
            <w:tcW w:type="dxa" w:w="881"/>
          </w:tcPr>
          <w:p>
            <w:pPr>
              <w:spacing w:after="0"/>
              <w:jc w:val="left"/>
            </w:pPr>
            <w:r>
              <w:rPr>
                <w:sz w:val="16"/>
              </w:rPr>
              <w:t>same incident as DR-4586</w:t>
            </w:r>
          </w:p>
        </w:tc>
      </w:tr>
      <w:tr>
        <w:trPr>
          <w:cantSplit/>
        </w:trPr>
        <w:tc>
          <w:tcPr>
            <w:tcW w:type="dxa" w:w="1037"/>
          </w:tcPr>
          <w:p>
            <w:pPr>
              <w:spacing w:after="0"/>
              <w:jc w:val="left"/>
            </w:pPr>
            <w:r>
              <w:rPr>
                <w:sz w:val="16"/>
              </w:rPr>
              <w:t>2020-07-26</w:t>
            </w:r>
          </w:p>
        </w:tc>
        <w:tc>
          <w:tcPr>
            <w:tcW w:type="dxa" w:w="1037"/>
          </w:tcPr>
          <w:p>
            <w:pPr>
              <w:spacing w:after="0"/>
              <w:jc w:val="left"/>
            </w:pPr>
            <w:r>
              <w:rPr>
                <w:sz w:val="16"/>
              </w:rPr>
              <w:t>2020-07-25</w:t>
            </w:r>
          </w:p>
        </w:tc>
        <w:tc>
          <w:tcPr>
            <w:tcW w:type="dxa" w:w="1037"/>
          </w:tcPr>
          <w:p>
            <w:pPr>
              <w:spacing w:after="0"/>
              <w:jc w:val="left"/>
            </w:pPr>
            <w:r>
              <w:rPr>
                <w:sz w:val="16"/>
              </w:rPr>
              <w:t>EM-3530-TX</w:t>
            </w:r>
          </w:p>
        </w:tc>
        <w:tc>
          <w:tcPr>
            <w:tcW w:type="dxa" w:w="1261"/>
          </w:tcPr>
          <w:p>
            <w:pPr>
              <w:spacing w:after="0"/>
              <w:jc w:val="left"/>
            </w:pPr>
            <w:r>
              <w:rPr>
                <w:sz w:val="16"/>
              </w:rPr>
              <w:t>Emergency</w:t>
            </w:r>
          </w:p>
        </w:tc>
        <w:tc>
          <w:tcPr>
            <w:tcW w:type="dxa" w:w="1865"/>
          </w:tcPr>
          <w:p>
            <w:pPr>
              <w:spacing w:after="0"/>
              <w:jc w:val="left"/>
            </w:pPr>
            <w:r>
              <w:rPr>
                <w:sz w:val="16"/>
              </w:rPr>
              <w:t>Hurricane Hanna</w:t>
            </w:r>
          </w:p>
        </w:tc>
        <w:tc>
          <w:tcPr>
            <w:tcW w:type="dxa" w:w="3248"/>
          </w:tcPr>
          <w:p>
            <w:pPr>
              <w:spacing w:after="0"/>
              <w:jc w:val="left"/>
            </w:pPr>
            <w:r>
              <w:rPr>
                <w:sz w:val="16"/>
              </w:rPr>
              <w:t>Hurricane</w:t>
            </w:r>
          </w:p>
        </w:tc>
        <w:tc>
          <w:tcPr>
            <w:tcW w:type="dxa" w:w="2167"/>
          </w:tcPr>
          <w:p>
            <w:pPr>
              <w:spacing w:after="0"/>
              <w:jc w:val="right"/>
            </w:pPr>
            <w:r>
              <w:rPr>
                <w:sz w:val="16"/>
              </w:rPr>
              <w:t>no Public Assistance recorded</w:t>
            </w:r>
          </w:p>
        </w:tc>
        <w:tc>
          <w:tcPr>
            <w:tcW w:type="dxa" w:w="158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61"/>
          </w:tcPr>
          <w:p>
            <w:pPr>
              <w:spacing w:after="0"/>
              <w:jc w:val="left"/>
            </w:pPr>
            <w:r>
              <w:rPr>
                <w:sz w:val="16"/>
              </w:rPr>
              <w:t>Major disaster</w:t>
            </w:r>
          </w:p>
        </w:tc>
        <w:tc>
          <w:tcPr>
            <w:tcW w:type="dxa" w:w="1865"/>
          </w:tcPr>
          <w:p>
            <w:pPr>
              <w:spacing w:after="0"/>
              <w:jc w:val="left"/>
            </w:pPr>
            <w:r>
              <w:rPr>
                <w:sz w:val="16"/>
              </w:rPr>
              <w:t>COVID-19 Pandemic</w:t>
            </w:r>
          </w:p>
        </w:tc>
        <w:tc>
          <w:tcPr>
            <w:tcW w:type="dxa" w:w="3248"/>
          </w:tcPr>
          <w:p>
            <w:pPr>
              <w:spacing w:after="0"/>
              <w:jc w:val="left"/>
            </w:pPr>
            <w:r>
              <w:rPr>
                <w:sz w:val="16"/>
              </w:rPr>
              <w:t>Non-natural, not counted</w:t>
            </w:r>
          </w:p>
        </w:tc>
        <w:tc>
          <w:tcPr>
            <w:tcW w:type="dxa" w:w="2167"/>
          </w:tcPr>
          <w:p>
            <w:pPr>
              <w:spacing w:after="0"/>
              <w:jc w:val="right"/>
            </w:pPr>
            <w:r>
              <w:rPr>
                <w:sz w:val="16"/>
              </w:rPr>
              <w:t>no Public Assistance recorded</w:t>
            </w:r>
          </w:p>
        </w:tc>
        <w:tc>
          <w:tcPr>
            <w:tcW w:type="dxa" w:w="158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61"/>
          </w:tcPr>
          <w:p>
            <w:pPr>
              <w:spacing w:after="0"/>
              <w:jc w:val="left"/>
            </w:pPr>
            <w:r>
              <w:rPr>
                <w:sz w:val="16"/>
              </w:rPr>
              <w:t>Emergency</w:t>
            </w:r>
          </w:p>
        </w:tc>
        <w:tc>
          <w:tcPr>
            <w:tcW w:type="dxa" w:w="1865"/>
          </w:tcPr>
          <w:p>
            <w:pPr>
              <w:spacing w:after="0"/>
              <w:jc w:val="left"/>
            </w:pPr>
            <w:r>
              <w:rPr>
                <w:sz w:val="16"/>
              </w:rPr>
              <w:t>COVID-19</w:t>
            </w:r>
          </w:p>
        </w:tc>
        <w:tc>
          <w:tcPr>
            <w:tcW w:type="dxa" w:w="3248"/>
          </w:tcPr>
          <w:p>
            <w:pPr>
              <w:spacing w:after="0"/>
              <w:jc w:val="left"/>
            </w:pPr>
            <w:r>
              <w:rPr>
                <w:sz w:val="16"/>
              </w:rPr>
              <w:t>Non-natural, not counted</w:t>
            </w:r>
          </w:p>
        </w:tc>
        <w:tc>
          <w:tcPr>
            <w:tcW w:type="dxa" w:w="2167"/>
          </w:tcPr>
          <w:p>
            <w:pPr>
              <w:spacing w:after="0"/>
              <w:jc w:val="right"/>
            </w:pPr>
            <w:r>
              <w:rPr>
                <w:sz w:val="16"/>
              </w:rPr>
              <w:t>no Public Assistance recorded</w:t>
            </w:r>
          </w:p>
        </w:tc>
        <w:tc>
          <w:tcPr>
            <w:tcW w:type="dxa" w:w="1580"/>
          </w:tcPr>
          <w:p>
            <w:pPr>
              <w:spacing w:after="0"/>
              <w:jc w:val="left"/>
            </w:pPr>
          </w:p>
        </w:tc>
        <w:tc>
          <w:tcPr>
            <w:tcW w:type="dxa" w:w="881"/>
          </w:tcPr>
          <w:p>
            <w:pPr>
              <w:spacing w:after="0"/>
              <w:jc w:val="left"/>
            </w:pPr>
            <w:r>
              <w:rPr>
                <w:sz w:val="16"/>
              </w:rPr>
              <w:t>same incident as DR-4485</w:t>
            </w:r>
          </w:p>
        </w:tc>
      </w:tr>
      <w:tr>
        <w:trPr>
          <w:cantSplit/>
        </w:trPr>
        <w:tc>
          <w:tcPr>
            <w:tcW w:type="dxa" w:w="1037"/>
          </w:tcPr>
          <w:p>
            <w:pPr>
              <w:spacing w:after="0"/>
              <w:jc w:val="left"/>
            </w:pPr>
            <w:r>
              <w:rPr>
                <w:sz w:val="16"/>
              </w:rPr>
              <w:t>2019-02-25</w:t>
            </w:r>
          </w:p>
        </w:tc>
        <w:tc>
          <w:tcPr>
            <w:tcW w:type="dxa" w:w="1037"/>
          </w:tcPr>
          <w:p>
            <w:pPr>
              <w:spacing w:after="0"/>
              <w:jc w:val="left"/>
            </w:pPr>
            <w:r>
              <w:rPr>
                <w:sz w:val="16"/>
              </w:rPr>
              <w:t>2018-09-10</w:t>
            </w:r>
          </w:p>
        </w:tc>
        <w:tc>
          <w:tcPr>
            <w:tcW w:type="dxa" w:w="1037"/>
          </w:tcPr>
          <w:p>
            <w:pPr>
              <w:spacing w:after="0"/>
              <w:jc w:val="left"/>
            </w:pPr>
            <w:r>
              <w:rPr>
                <w:sz w:val="16"/>
              </w:rPr>
              <w:t>DR-4416-TX</w:t>
            </w:r>
          </w:p>
        </w:tc>
        <w:tc>
          <w:tcPr>
            <w:tcW w:type="dxa" w:w="1261"/>
          </w:tcPr>
          <w:p>
            <w:pPr>
              <w:spacing w:after="0"/>
              <w:jc w:val="left"/>
            </w:pPr>
            <w:r>
              <w:rPr>
                <w:sz w:val="16"/>
              </w:rPr>
              <w:t>Major disaster</w:t>
            </w:r>
          </w:p>
        </w:tc>
        <w:tc>
          <w:tcPr>
            <w:tcW w:type="dxa" w:w="1865"/>
          </w:tcPr>
          <w:p>
            <w:pPr>
              <w:spacing w:after="0"/>
              <w:jc w:val="left"/>
            </w:pPr>
            <w:r>
              <w:rPr>
                <w:sz w:val="16"/>
              </w:rPr>
              <w:t>Severe Storms and Flooding</w:t>
            </w:r>
          </w:p>
        </w:tc>
        <w:tc>
          <w:tcPr>
            <w:tcW w:type="dxa" w:w="3248"/>
          </w:tcPr>
          <w:p>
            <w:pPr>
              <w:spacing w:after="0"/>
              <w:jc w:val="left"/>
            </w:pPr>
            <w:r>
              <w:rPr>
                <w:sz w:val="16"/>
              </w:rPr>
              <w:t>Inland Flooding</w:t>
            </w:r>
          </w:p>
        </w:tc>
        <w:tc>
          <w:tcPr>
            <w:tcW w:type="dxa" w:w="2167"/>
          </w:tcPr>
          <w:p>
            <w:pPr>
              <w:spacing w:after="0"/>
              <w:jc w:val="right"/>
            </w:pPr>
            <w:r>
              <w:rPr>
                <w:sz w:val="16"/>
              </w:rPr>
              <w:t>no Public Assistance recorded</w:t>
            </w:r>
          </w:p>
        </w:tc>
        <w:tc>
          <w:tcPr>
            <w:tcW w:type="dxa" w:w="158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2008-03-15</w:t>
            </w:r>
          </w:p>
        </w:tc>
        <w:tc>
          <w:tcPr>
            <w:tcW w:type="dxa" w:w="1037"/>
          </w:tcPr>
          <w:p>
            <w:pPr>
              <w:spacing w:after="0"/>
              <w:jc w:val="left"/>
            </w:pPr>
            <w:r>
              <w:rPr>
                <w:sz w:val="16"/>
              </w:rPr>
              <w:t>2008-03-15</w:t>
            </w:r>
          </w:p>
        </w:tc>
        <w:tc>
          <w:tcPr>
            <w:tcW w:type="dxa" w:w="1037"/>
          </w:tcPr>
          <w:p>
            <w:pPr>
              <w:spacing w:after="0"/>
              <w:jc w:val="left"/>
            </w:pPr>
            <w:r>
              <w:rPr>
                <w:sz w:val="16"/>
              </w:rPr>
              <w:t>FM-2753-TX</w:t>
            </w:r>
          </w:p>
        </w:tc>
        <w:tc>
          <w:tcPr>
            <w:tcW w:type="dxa" w:w="1261"/>
          </w:tcPr>
          <w:p>
            <w:pPr>
              <w:spacing w:after="0"/>
              <w:jc w:val="left"/>
            </w:pPr>
            <w:r>
              <w:rPr>
                <w:sz w:val="16"/>
              </w:rPr>
              <w:t>Fire management</w:t>
            </w:r>
          </w:p>
        </w:tc>
        <w:tc>
          <w:tcPr>
            <w:tcW w:type="dxa" w:w="1865"/>
          </w:tcPr>
          <w:p>
            <w:pPr>
              <w:spacing w:after="0"/>
              <w:jc w:val="left"/>
            </w:pPr>
            <w:r>
              <w:rPr>
                <w:sz w:val="16"/>
              </w:rPr>
              <w:t>322 Fire</w:t>
            </w:r>
          </w:p>
        </w:tc>
        <w:tc>
          <w:tcPr>
            <w:tcW w:type="dxa" w:w="3248"/>
          </w:tcPr>
          <w:p>
            <w:pPr>
              <w:spacing w:after="0"/>
              <w:jc w:val="left"/>
            </w:pPr>
            <w:r>
              <w:rPr>
                <w:sz w:val="16"/>
              </w:rPr>
              <w:t>Wildfire</w:t>
            </w:r>
          </w:p>
        </w:tc>
        <w:tc>
          <w:tcPr>
            <w:tcW w:type="dxa" w:w="2167"/>
          </w:tcPr>
          <w:p>
            <w:pPr>
              <w:spacing w:after="0"/>
              <w:jc w:val="right"/>
            </w:pPr>
            <w:r>
              <w:rPr>
                <w:sz w:val="16"/>
              </w:rPr>
              <w:t>no Public Assistance recorded</w:t>
            </w:r>
          </w:p>
        </w:tc>
        <w:tc>
          <w:tcPr>
            <w:tcW w:type="dxa" w:w="1580"/>
          </w:tcPr>
          <w:p>
            <w:pPr>
              <w:spacing w:after="0"/>
              <w:jc w:val="left"/>
            </w:pPr>
          </w:p>
        </w:tc>
        <w:tc>
          <w:tcPr>
            <w:tcW w:type="dxa" w:w="881"/>
          </w:tcPr>
          <w:p>
            <w:pPr>
              <w:spacing w:after="0"/>
              <w:jc w:val="left"/>
            </w:pPr>
            <w:r>
              <w:rPr>
                <w:sz w:val="16"/>
              </w:rPr>
              <w:t>same incident as EM-3284</w:t>
            </w: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61"/>
          </w:tcPr>
          <w:p>
            <w:pPr>
              <w:spacing w:after="0"/>
              <w:jc w:val="left"/>
            </w:pPr>
            <w:r>
              <w:rPr>
                <w:sz w:val="16"/>
              </w:rPr>
              <w:t>Emergency</w:t>
            </w:r>
          </w:p>
        </w:tc>
        <w:tc>
          <w:tcPr>
            <w:tcW w:type="dxa" w:w="1865"/>
          </w:tcPr>
          <w:p>
            <w:pPr>
              <w:spacing w:after="0"/>
              <w:jc w:val="left"/>
            </w:pPr>
            <w:r>
              <w:rPr>
                <w:sz w:val="16"/>
              </w:rPr>
              <w:t>Wildfires</w:t>
            </w:r>
          </w:p>
        </w:tc>
        <w:tc>
          <w:tcPr>
            <w:tcW w:type="dxa" w:w="3248"/>
          </w:tcPr>
          <w:p>
            <w:pPr>
              <w:spacing w:after="0"/>
              <w:jc w:val="left"/>
            </w:pPr>
            <w:r>
              <w:rPr>
                <w:sz w:val="16"/>
              </w:rPr>
              <w:t>Wildfire</w:t>
            </w:r>
          </w:p>
        </w:tc>
        <w:tc>
          <w:tcPr>
            <w:tcW w:type="dxa" w:w="2167"/>
          </w:tcPr>
          <w:p>
            <w:pPr>
              <w:spacing w:after="0"/>
              <w:jc w:val="right"/>
            </w:pPr>
            <w:r>
              <w:rPr>
                <w:sz w:val="16"/>
              </w:rPr>
              <w:t>no Public Assistance recorded</w:t>
            </w:r>
          </w:p>
        </w:tc>
        <w:tc>
          <w:tcPr>
            <w:tcW w:type="dxa" w:w="158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61"/>
          </w:tcPr>
          <w:p>
            <w:pPr>
              <w:spacing w:after="0"/>
              <w:jc w:val="left"/>
            </w:pPr>
            <w:r>
              <w:rPr>
                <w:sz w:val="16"/>
              </w:rPr>
              <w:t>Major disaster</w:t>
            </w:r>
          </w:p>
        </w:tc>
        <w:tc>
          <w:tcPr>
            <w:tcW w:type="dxa" w:w="1865"/>
          </w:tcPr>
          <w:p>
            <w:pPr>
              <w:spacing w:after="0"/>
              <w:jc w:val="left"/>
            </w:pPr>
            <w:r>
              <w:rPr>
                <w:sz w:val="16"/>
              </w:rPr>
              <w:t>Extreme Wildfire Threat</w:t>
            </w:r>
          </w:p>
        </w:tc>
        <w:tc>
          <w:tcPr>
            <w:tcW w:type="dxa" w:w="3248"/>
          </w:tcPr>
          <w:p>
            <w:pPr>
              <w:spacing w:after="0"/>
              <w:jc w:val="left"/>
            </w:pPr>
            <w:r>
              <w:rPr>
                <w:sz w:val="16"/>
              </w:rPr>
              <w:t>Wildfire</w:t>
            </w:r>
          </w:p>
        </w:tc>
        <w:tc>
          <w:tcPr>
            <w:tcW w:type="dxa" w:w="2167"/>
          </w:tcPr>
          <w:p>
            <w:pPr>
              <w:spacing w:after="0"/>
              <w:jc w:val="right"/>
            </w:pPr>
            <w:r>
              <w:rPr>
                <w:sz w:val="16"/>
              </w:rPr>
              <w:t>no Public Assistance recorded</w:t>
            </w:r>
          </w:p>
        </w:tc>
        <w:tc>
          <w:tcPr>
            <w:tcW w:type="dxa" w:w="158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61"/>
          </w:tcPr>
          <w:p>
            <w:pPr>
              <w:spacing w:after="0"/>
              <w:jc w:val="left"/>
            </w:pPr>
            <w:r>
              <w:rPr>
                <w:sz w:val="16"/>
              </w:rPr>
              <w:t>Major disaster</w:t>
            </w:r>
          </w:p>
        </w:tc>
        <w:tc>
          <w:tcPr>
            <w:tcW w:type="dxa" w:w="1865"/>
          </w:tcPr>
          <w:p>
            <w:pPr>
              <w:spacing w:after="0"/>
              <w:jc w:val="left"/>
            </w:pPr>
            <w:r>
              <w:rPr>
                <w:sz w:val="16"/>
              </w:rPr>
              <w:t>Hurricane Rita</w:t>
            </w:r>
          </w:p>
        </w:tc>
        <w:tc>
          <w:tcPr>
            <w:tcW w:type="dxa" w:w="3248"/>
          </w:tcPr>
          <w:p>
            <w:pPr>
              <w:spacing w:after="0"/>
              <w:jc w:val="left"/>
            </w:pPr>
            <w:r>
              <w:rPr>
                <w:sz w:val="16"/>
              </w:rPr>
              <w:t>Hurricane: evacuation support (county designated for sheltering evacuees, no Individual Assistance), not a local hazard event; not counted</w:t>
            </w:r>
          </w:p>
        </w:tc>
        <w:tc>
          <w:tcPr>
            <w:tcW w:type="dxa" w:w="2167"/>
          </w:tcPr>
          <w:p>
            <w:pPr>
              <w:spacing w:after="0"/>
              <w:jc w:val="right"/>
            </w:pPr>
            <w:r>
              <w:rPr>
                <w:sz w:val="16"/>
              </w:rPr>
              <w:t>no Public Assistance recorded</w:t>
            </w:r>
          </w:p>
        </w:tc>
        <w:tc>
          <w:tcPr>
            <w:tcW w:type="dxa" w:w="158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61"/>
          </w:tcPr>
          <w:p>
            <w:pPr>
              <w:spacing w:after="0"/>
              <w:jc w:val="left"/>
            </w:pPr>
            <w:r>
              <w:rPr>
                <w:sz w:val="16"/>
              </w:rPr>
              <w:t>Emergency</w:t>
            </w:r>
          </w:p>
        </w:tc>
        <w:tc>
          <w:tcPr>
            <w:tcW w:type="dxa" w:w="1865"/>
          </w:tcPr>
          <w:p>
            <w:pPr>
              <w:spacing w:after="0"/>
              <w:jc w:val="left"/>
            </w:pPr>
            <w:r>
              <w:rPr>
                <w:sz w:val="16"/>
              </w:rPr>
              <w:t>Hurricane Rita</w:t>
            </w:r>
          </w:p>
        </w:tc>
        <w:tc>
          <w:tcPr>
            <w:tcW w:type="dxa" w:w="3248"/>
          </w:tcPr>
          <w:p>
            <w:pPr>
              <w:spacing w:after="0"/>
              <w:jc w:val="left"/>
            </w:pPr>
            <w:r>
              <w:rPr>
                <w:sz w:val="16"/>
              </w:rPr>
              <w:t>Hurricane: evacuation support (county designated for sheltering evacuees, no Individual Assistance), not a local hazard event; not counted</w:t>
            </w:r>
          </w:p>
        </w:tc>
        <w:tc>
          <w:tcPr>
            <w:tcW w:type="dxa" w:w="2167"/>
          </w:tcPr>
          <w:p>
            <w:pPr>
              <w:spacing w:after="0"/>
              <w:jc w:val="right"/>
            </w:pPr>
            <w:r>
              <w:rPr>
                <w:sz w:val="16"/>
              </w:rPr>
              <w:t>no Public Assistance recorded</w:t>
            </w:r>
          </w:p>
        </w:tc>
        <w:tc>
          <w:tcPr>
            <w:tcW w:type="dxa" w:w="1580"/>
          </w:tcPr>
          <w:p>
            <w:pPr>
              <w:spacing w:after="0"/>
              <w:jc w:val="left"/>
            </w:pPr>
          </w:p>
        </w:tc>
        <w:tc>
          <w:tcPr>
            <w:tcW w:type="dxa" w:w="881"/>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61"/>
          </w:tcPr>
          <w:p>
            <w:pPr>
              <w:spacing w:after="0"/>
              <w:jc w:val="left"/>
            </w:pPr>
            <w:r>
              <w:rPr>
                <w:sz w:val="16"/>
              </w:rPr>
              <w:t>Emergency</w:t>
            </w:r>
          </w:p>
        </w:tc>
        <w:tc>
          <w:tcPr>
            <w:tcW w:type="dxa" w:w="1865"/>
          </w:tcPr>
          <w:p>
            <w:pPr>
              <w:spacing w:after="0"/>
              <w:jc w:val="left"/>
            </w:pPr>
            <w:r>
              <w:rPr>
                <w:sz w:val="16"/>
              </w:rPr>
              <w:t>Hurricane Katrina Evacuation</w:t>
            </w:r>
          </w:p>
        </w:tc>
        <w:tc>
          <w:tcPr>
            <w:tcW w:type="dxa" w:w="3248"/>
          </w:tcPr>
          <w:p>
            <w:pPr>
              <w:spacing w:after="0"/>
              <w:jc w:val="left"/>
            </w:pPr>
            <w:r>
              <w:rPr>
                <w:sz w:val="16"/>
              </w:rPr>
              <w:t>Hurricane: evacuation support, not a local hazard event; not counted</w:t>
            </w:r>
          </w:p>
        </w:tc>
        <w:tc>
          <w:tcPr>
            <w:tcW w:type="dxa" w:w="2167"/>
          </w:tcPr>
          <w:p>
            <w:pPr>
              <w:spacing w:after="0"/>
              <w:jc w:val="right"/>
            </w:pPr>
            <w:r>
              <w:rPr>
                <w:sz w:val="16"/>
              </w:rPr>
              <w:t>no Public Assistance recorded</w:t>
            </w:r>
          </w:p>
        </w:tc>
        <w:tc>
          <w:tcPr>
            <w:tcW w:type="dxa" w:w="158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2002-07-04</w:t>
            </w:r>
          </w:p>
        </w:tc>
        <w:tc>
          <w:tcPr>
            <w:tcW w:type="dxa" w:w="1037"/>
          </w:tcPr>
          <w:p>
            <w:pPr>
              <w:spacing w:after="0"/>
              <w:jc w:val="left"/>
            </w:pPr>
            <w:r>
              <w:rPr>
                <w:sz w:val="16"/>
              </w:rPr>
              <w:t>2002-06-29</w:t>
            </w:r>
          </w:p>
        </w:tc>
        <w:tc>
          <w:tcPr>
            <w:tcW w:type="dxa" w:w="1037"/>
          </w:tcPr>
          <w:p>
            <w:pPr>
              <w:spacing w:after="0"/>
              <w:jc w:val="left"/>
            </w:pPr>
            <w:r>
              <w:rPr>
                <w:sz w:val="16"/>
              </w:rPr>
              <w:t>DR-1425-TX</w:t>
            </w:r>
          </w:p>
        </w:tc>
        <w:tc>
          <w:tcPr>
            <w:tcW w:type="dxa" w:w="1261"/>
          </w:tcPr>
          <w:p>
            <w:pPr>
              <w:spacing w:after="0"/>
              <w:jc w:val="left"/>
            </w:pPr>
            <w:r>
              <w:rPr>
                <w:sz w:val="16"/>
              </w:rPr>
              <w:t>Major disaster</w:t>
            </w:r>
          </w:p>
        </w:tc>
        <w:tc>
          <w:tcPr>
            <w:tcW w:type="dxa" w:w="1865"/>
          </w:tcPr>
          <w:p>
            <w:pPr>
              <w:spacing w:after="0"/>
              <w:jc w:val="left"/>
            </w:pPr>
            <w:r>
              <w:rPr>
                <w:sz w:val="16"/>
              </w:rPr>
              <w:t>Severe Storms and Flooding</w:t>
            </w:r>
          </w:p>
        </w:tc>
        <w:tc>
          <w:tcPr>
            <w:tcW w:type="dxa" w:w="3248"/>
          </w:tcPr>
          <w:p>
            <w:pPr>
              <w:spacing w:after="0"/>
              <w:jc w:val="left"/>
            </w:pPr>
            <w:r>
              <w:rPr>
                <w:sz w:val="16"/>
              </w:rPr>
              <w:t>Inland Flooding</w:t>
            </w:r>
          </w:p>
        </w:tc>
        <w:tc>
          <w:tcPr>
            <w:tcW w:type="dxa" w:w="2167"/>
          </w:tcPr>
          <w:p>
            <w:pPr>
              <w:spacing w:after="0"/>
              <w:jc w:val="right"/>
            </w:pPr>
            <w:r>
              <w:rPr>
                <w:sz w:val="16"/>
              </w:rPr>
              <w:t>$758,646.04</w:t>
            </w:r>
          </w:p>
        </w:tc>
        <w:tc>
          <w:tcPr>
            <w:tcW w:type="dxa" w:w="158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61"/>
          </w:tcPr>
          <w:p>
            <w:pPr>
              <w:spacing w:after="0"/>
              <w:jc w:val="left"/>
            </w:pPr>
            <w:r>
              <w:rPr>
                <w:sz w:val="16"/>
              </w:rPr>
              <w:t>Major disaster</w:t>
            </w:r>
          </w:p>
        </w:tc>
        <w:tc>
          <w:tcPr>
            <w:tcW w:type="dxa" w:w="1865"/>
          </w:tcPr>
          <w:p>
            <w:pPr>
              <w:spacing w:after="0"/>
              <w:jc w:val="left"/>
            </w:pPr>
            <w:r>
              <w:rPr>
                <w:sz w:val="16"/>
              </w:rPr>
              <w:t>Tropical Storm Charley</w:t>
            </w:r>
          </w:p>
        </w:tc>
        <w:tc>
          <w:tcPr>
            <w:tcW w:type="dxa" w:w="3248"/>
          </w:tcPr>
          <w:p>
            <w:pPr>
              <w:spacing w:after="0"/>
              <w:jc w:val="left"/>
            </w:pPr>
            <w:r>
              <w:rPr>
                <w:sz w:val="16"/>
              </w:rPr>
              <w:t>Hurricane; Inland Flooding: designated for Hazard Mitigation only (no Public or Individual Assistance for this county); not counted</w:t>
            </w:r>
          </w:p>
        </w:tc>
        <w:tc>
          <w:tcPr>
            <w:tcW w:type="dxa" w:w="2167"/>
          </w:tcPr>
          <w:p>
            <w:pPr>
              <w:spacing w:after="0"/>
              <w:jc w:val="right"/>
            </w:pPr>
            <w:r>
              <w:rPr>
                <w:sz w:val="16"/>
              </w:rPr>
              <w:t>PA not declared for this county</w:t>
            </w:r>
          </w:p>
        </w:tc>
        <w:tc>
          <w:tcPr>
            <w:tcW w:type="dxa" w:w="158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261"/>
          </w:tcPr>
          <w:p>
            <w:pPr>
              <w:spacing w:after="0"/>
              <w:jc w:val="left"/>
            </w:pPr>
            <w:r>
              <w:rPr>
                <w:sz w:val="16"/>
              </w:rPr>
              <w:t>Emergency</w:t>
            </w:r>
          </w:p>
        </w:tc>
        <w:tc>
          <w:tcPr>
            <w:tcW w:type="dxa" w:w="1865"/>
          </w:tcPr>
          <w:p>
            <w:pPr>
              <w:spacing w:after="0"/>
              <w:jc w:val="left"/>
            </w:pPr>
            <w:r>
              <w:rPr>
                <w:sz w:val="16"/>
              </w:rPr>
              <w:t>Extreme Fire Hazard</w:t>
            </w:r>
          </w:p>
        </w:tc>
        <w:tc>
          <w:tcPr>
            <w:tcW w:type="dxa" w:w="3248"/>
          </w:tcPr>
          <w:p>
            <w:pPr>
              <w:spacing w:after="0"/>
              <w:jc w:val="left"/>
            </w:pPr>
            <w:r>
              <w:rPr>
                <w:sz w:val="16"/>
              </w:rPr>
              <w:t>Drought (primary); also designated: Wildfire</w:t>
            </w:r>
          </w:p>
        </w:tc>
        <w:tc>
          <w:tcPr>
            <w:tcW w:type="dxa" w:w="2167"/>
          </w:tcPr>
          <w:p>
            <w:pPr>
              <w:spacing w:after="0"/>
              <w:jc w:val="right"/>
            </w:pPr>
            <w:r>
              <w:rPr>
                <w:sz w:val="16"/>
              </w:rPr>
              <w:t>no Public Assistance recorded</w:t>
            </w:r>
          </w:p>
        </w:tc>
        <w:tc>
          <w:tcPr>
            <w:tcW w:type="dxa" w:w="158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1990-01-09</w:t>
            </w:r>
          </w:p>
        </w:tc>
        <w:tc>
          <w:tcPr>
            <w:tcW w:type="dxa" w:w="1037"/>
          </w:tcPr>
          <w:p>
            <w:pPr>
              <w:spacing w:after="0"/>
              <w:jc w:val="left"/>
            </w:pPr>
            <w:r>
              <w:rPr>
                <w:sz w:val="16"/>
              </w:rPr>
              <w:t>1989-12-21</w:t>
            </w:r>
          </w:p>
        </w:tc>
        <w:tc>
          <w:tcPr>
            <w:tcW w:type="dxa" w:w="1037"/>
          </w:tcPr>
          <w:p>
            <w:pPr>
              <w:spacing w:after="0"/>
              <w:jc w:val="left"/>
            </w:pPr>
            <w:r>
              <w:rPr>
                <w:sz w:val="16"/>
              </w:rPr>
              <w:t>DR-850-TX</w:t>
            </w:r>
          </w:p>
        </w:tc>
        <w:tc>
          <w:tcPr>
            <w:tcW w:type="dxa" w:w="1261"/>
          </w:tcPr>
          <w:p>
            <w:pPr>
              <w:spacing w:after="0"/>
              <w:jc w:val="left"/>
            </w:pPr>
            <w:r>
              <w:rPr>
                <w:sz w:val="16"/>
              </w:rPr>
              <w:t>Major disaster</w:t>
            </w:r>
          </w:p>
        </w:tc>
        <w:tc>
          <w:tcPr>
            <w:tcW w:type="dxa" w:w="1865"/>
          </w:tcPr>
          <w:p>
            <w:pPr>
              <w:spacing w:after="0"/>
              <w:jc w:val="left"/>
            </w:pPr>
            <w:r>
              <w:rPr>
                <w:sz w:val="16"/>
              </w:rPr>
              <w:t>Severe Freeze</w:t>
            </w:r>
          </w:p>
        </w:tc>
        <w:tc>
          <w:tcPr>
            <w:tcW w:type="dxa" w:w="3248"/>
          </w:tcPr>
          <w:p>
            <w:pPr>
              <w:spacing w:after="0"/>
              <w:jc w:val="left"/>
            </w:pPr>
            <w:r>
              <w:rPr>
                <w:sz w:val="16"/>
              </w:rPr>
              <w:t>Cold Wave</w:t>
            </w:r>
          </w:p>
        </w:tc>
        <w:tc>
          <w:tcPr>
            <w:tcW w:type="dxa" w:w="2167"/>
          </w:tcPr>
          <w:p>
            <w:pPr>
              <w:spacing w:after="0"/>
              <w:jc w:val="right"/>
            </w:pPr>
            <w:r>
              <w:rPr>
                <w:sz w:val="16"/>
              </w:rPr>
              <w:t>PA not declared for this county</w:t>
            </w:r>
          </w:p>
        </w:tc>
        <w:tc>
          <w:tcPr>
            <w:tcW w:type="dxa" w:w="158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1984-01-07</w:t>
            </w:r>
          </w:p>
        </w:tc>
        <w:tc>
          <w:tcPr>
            <w:tcW w:type="dxa" w:w="1037"/>
          </w:tcPr>
          <w:p>
            <w:pPr>
              <w:spacing w:after="0"/>
              <w:jc w:val="left"/>
            </w:pPr>
            <w:r>
              <w:rPr>
                <w:sz w:val="16"/>
              </w:rPr>
              <w:t>1983-12-22</w:t>
            </w:r>
          </w:p>
        </w:tc>
        <w:tc>
          <w:tcPr>
            <w:tcW w:type="dxa" w:w="1037"/>
          </w:tcPr>
          <w:p>
            <w:pPr>
              <w:spacing w:after="0"/>
              <w:jc w:val="left"/>
            </w:pPr>
            <w:r>
              <w:rPr>
                <w:sz w:val="16"/>
              </w:rPr>
              <w:t>DR-696-TX</w:t>
            </w:r>
          </w:p>
        </w:tc>
        <w:tc>
          <w:tcPr>
            <w:tcW w:type="dxa" w:w="1261"/>
          </w:tcPr>
          <w:p>
            <w:pPr>
              <w:spacing w:after="0"/>
              <w:jc w:val="left"/>
            </w:pPr>
            <w:r>
              <w:rPr>
                <w:sz w:val="16"/>
              </w:rPr>
              <w:t>Major disaster</w:t>
            </w:r>
          </w:p>
        </w:tc>
        <w:tc>
          <w:tcPr>
            <w:tcW w:type="dxa" w:w="1865"/>
          </w:tcPr>
          <w:p>
            <w:pPr>
              <w:spacing w:after="0"/>
              <w:jc w:val="left"/>
            </w:pPr>
            <w:r>
              <w:rPr>
                <w:sz w:val="16"/>
              </w:rPr>
              <w:t>Severe Freezing Weather</w:t>
            </w:r>
          </w:p>
        </w:tc>
        <w:tc>
          <w:tcPr>
            <w:tcW w:type="dxa" w:w="3248"/>
          </w:tcPr>
          <w:p>
            <w:pPr>
              <w:spacing w:after="0"/>
              <w:jc w:val="left"/>
            </w:pPr>
            <w:r>
              <w:rPr>
                <w:sz w:val="16"/>
              </w:rPr>
              <w:t>Cold Wave</w:t>
            </w:r>
          </w:p>
        </w:tc>
        <w:tc>
          <w:tcPr>
            <w:tcW w:type="dxa" w:w="2167"/>
          </w:tcPr>
          <w:p>
            <w:pPr>
              <w:spacing w:after="0"/>
              <w:jc w:val="right"/>
            </w:pPr>
            <w:r>
              <w:rPr>
                <w:sz w:val="16"/>
              </w:rPr>
              <w:t>PA not declared for this county</w:t>
            </w:r>
          </w:p>
        </w:tc>
        <w:tc>
          <w:tcPr>
            <w:tcW w:type="dxa" w:w="1580"/>
          </w:tcPr>
          <w:p>
            <w:pPr>
              <w:spacing w:after="0"/>
              <w:jc w:val="left"/>
            </w:pPr>
          </w:p>
        </w:tc>
        <w:tc>
          <w:tcPr>
            <w:tcW w:type="dxa" w:w="8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24"/>
        <w:gridCol w:w="1116"/>
        <w:gridCol w:w="1933"/>
        <w:gridCol w:w="775"/>
        <w:gridCol w:w="1597"/>
        <w:gridCol w:w="1299"/>
        <w:gridCol w:w="1642"/>
        <w:gridCol w:w="2691"/>
      </w:tblGrid>
      <w:tr>
        <w:trPr>
          <w:cantSplit/>
          <w:tblHeader/>
        </w:trPr>
        <w:tc>
          <w:tcPr>
            <w:tcW w:type="dxa" w:w="1037"/>
            <w:shd w:val="clear" w:color="auto" w:fill="E8E8E8"/>
          </w:tcPr>
          <w:p>
            <w:pPr>
              <w:spacing w:after="0"/>
              <w:jc w:val="left"/>
            </w:pPr>
            <w:r>
              <w:rPr>
                <w:b/>
                <w:sz w:val="16"/>
              </w:rPr>
              <w:t>Hazard</w:t>
            </w:r>
          </w:p>
        </w:tc>
        <w:tc>
          <w:tcPr>
            <w:tcW w:type="dxa" w:w="2024"/>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6"/>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33"/>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597"/>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2"/>
            <w:shd w:val="clear" w:color="auto" w:fill="E8E8E8"/>
          </w:tcPr>
          <w:p>
            <w:pPr>
              <w:spacing w:after="0"/>
              <w:jc w:val="left"/>
            </w:pPr>
            <w:r>
              <w:rPr>
                <w:b/>
                <w:sz w:val="16"/>
              </w:rPr>
              <w:t>Period</w:t>
            </w:r>
          </w:p>
        </w:tc>
        <w:tc>
          <w:tcPr>
            <w:tcW w:type="dxa" w:w="269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24"/>
          </w:tcPr>
          <w:p>
            <w:pPr>
              <w:spacing w:after="0"/>
              <w:jc w:val="right"/>
            </w:pPr>
            <w:r>
              <w:rPr>
                <w:sz w:val="16"/>
              </w:rPr>
              <w:t>2</w:t>
            </w:r>
          </w:p>
        </w:tc>
        <w:tc>
          <w:tcPr>
            <w:tcW w:type="dxa" w:w="1116"/>
          </w:tcPr>
          <w:p>
            <w:pPr>
              <w:spacing w:after="0"/>
              <w:jc w:val="right"/>
            </w:pPr>
          </w:p>
        </w:tc>
        <w:tc>
          <w:tcPr>
            <w:tcW w:type="dxa" w:w="1933"/>
          </w:tcPr>
          <w:p>
            <w:pPr>
              <w:spacing w:after="0"/>
              <w:jc w:val="right"/>
            </w:pPr>
            <w:r>
              <w:rPr>
                <w:sz w:val="16"/>
              </w:rPr>
              <w:t>0</w:t>
            </w:r>
          </w:p>
        </w:tc>
        <w:tc>
          <w:tcPr>
            <w:tcW w:type="dxa" w:w="775"/>
          </w:tcPr>
          <w:p>
            <w:pPr>
              <w:spacing w:after="0"/>
              <w:jc w:val="right"/>
            </w:pPr>
            <w:r>
              <w:rPr>
                <w:sz w:val="16"/>
              </w:rPr>
              <w:t>1</w:t>
            </w:r>
          </w:p>
        </w:tc>
        <w:tc>
          <w:tcPr>
            <w:tcW w:type="dxa" w:w="1597"/>
          </w:tcPr>
          <w:p>
            <w:pPr>
              <w:spacing w:after="0"/>
              <w:jc w:val="right"/>
            </w:pPr>
            <w:r>
              <w:rPr>
                <w:sz w:val="16"/>
              </w:rPr>
              <w:t>2</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Drought</w:t>
            </w:r>
          </w:p>
        </w:tc>
        <w:tc>
          <w:tcPr>
            <w:tcW w:type="dxa" w:w="2024"/>
          </w:tcPr>
          <w:p>
            <w:pPr>
              <w:spacing w:after="0"/>
              <w:jc w:val="right"/>
            </w:pPr>
            <w:r>
              <w:rPr>
                <w:sz w:val="16"/>
              </w:rPr>
              <w:t>102</w:t>
            </w:r>
          </w:p>
        </w:tc>
        <w:tc>
          <w:tcPr>
            <w:tcW w:type="dxa" w:w="1116"/>
          </w:tcPr>
          <w:p>
            <w:pPr>
              <w:spacing w:after="0"/>
              <w:jc w:val="right"/>
            </w:pPr>
          </w:p>
        </w:tc>
        <w:tc>
          <w:tcPr>
            <w:tcW w:type="dxa" w:w="1933"/>
          </w:tcPr>
          <w:p>
            <w:pPr>
              <w:spacing w:after="0"/>
              <w:jc w:val="right"/>
            </w:pPr>
            <w:r>
              <w:rPr>
                <w:sz w:val="16"/>
              </w:rPr>
              <w:t>9</w:t>
            </w:r>
          </w:p>
        </w:tc>
        <w:tc>
          <w:tcPr>
            <w:tcW w:type="dxa" w:w="775"/>
          </w:tcPr>
          <w:p>
            <w:pPr>
              <w:spacing w:after="0"/>
              <w:jc w:val="right"/>
            </w:pPr>
            <w:r>
              <w:rPr>
                <w:sz w:val="16"/>
              </w:rPr>
              <w:t>32</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Earthquake</w:t>
            </w:r>
          </w:p>
        </w:tc>
        <w:tc>
          <w:tcPr>
            <w:tcW w:type="dxa" w:w="2024"/>
          </w:tcPr>
          <w:p>
            <w:pPr>
              <w:spacing w:after="0"/>
              <w:jc w:val="right"/>
            </w:pPr>
            <w:r>
              <w:rPr>
                <w:sz w:val="16"/>
              </w:rPr>
              <w:t>0</w:t>
            </w:r>
          </w:p>
        </w:tc>
        <w:tc>
          <w:tcPr>
            <w:tcW w:type="dxa" w:w="1116"/>
          </w:tcPr>
          <w:p>
            <w:pPr>
              <w:spacing w:after="0"/>
              <w:jc w:val="right"/>
            </w:pP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p>
        </w:tc>
        <w:tc>
          <w:tcPr>
            <w:tcW w:type="dxa" w:w="269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24"/>
          </w:tcPr>
          <w:p>
            <w:pPr>
              <w:spacing w:after="0"/>
              <w:jc w:val="right"/>
            </w:pPr>
            <w:r>
              <w:rPr>
                <w:sz w:val="16"/>
              </w:rPr>
              <w:t>60</w:t>
            </w:r>
          </w:p>
        </w:tc>
        <w:tc>
          <w:tcPr>
            <w:tcW w:type="dxa" w:w="1116"/>
          </w:tcPr>
          <w:p>
            <w:pPr>
              <w:spacing w:after="0"/>
              <w:jc w:val="right"/>
            </w:pPr>
          </w:p>
        </w:tc>
        <w:tc>
          <w:tcPr>
            <w:tcW w:type="dxa" w:w="1933"/>
          </w:tcPr>
          <w:p>
            <w:pPr>
              <w:spacing w:after="0"/>
              <w:jc w:val="right"/>
            </w:pPr>
            <w:r>
              <w:rPr>
                <w:sz w:val="16"/>
              </w:rPr>
              <w:t>3</w:t>
            </w:r>
          </w:p>
        </w:tc>
        <w:tc>
          <w:tcPr>
            <w:tcW w:type="dxa" w:w="775"/>
          </w:tcPr>
          <w:p>
            <w:pPr>
              <w:spacing w:after="0"/>
              <w:jc w:val="right"/>
            </w:pPr>
            <w:r>
              <w:rPr>
                <w:sz w:val="16"/>
              </w:rPr>
              <w:t>4</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p>
        </w:tc>
      </w:tr>
      <w:tr>
        <w:trPr>
          <w:cantSplit/>
        </w:trPr>
        <w:tc>
          <w:tcPr>
            <w:tcW w:type="dxa" w:w="1037"/>
          </w:tcPr>
          <w:p>
            <w:pPr>
              <w:spacing w:after="0"/>
              <w:jc w:val="left"/>
            </w:pPr>
            <w:r>
              <w:rPr>
                <w:sz w:val="16"/>
              </w:rPr>
              <w:t>Heat Wave</w:t>
            </w:r>
          </w:p>
        </w:tc>
        <w:tc>
          <w:tcPr>
            <w:tcW w:type="dxa" w:w="2024"/>
          </w:tcPr>
          <w:p>
            <w:pPr>
              <w:spacing w:after="0"/>
              <w:jc w:val="right"/>
            </w:pPr>
            <w:r>
              <w:rPr>
                <w:sz w:val="16"/>
              </w:rPr>
              <w:t>7</w:t>
            </w:r>
          </w:p>
        </w:tc>
        <w:tc>
          <w:tcPr>
            <w:tcW w:type="dxa" w:w="1116"/>
          </w:tcPr>
          <w:p>
            <w:pPr>
              <w:spacing w:after="0"/>
              <w:jc w:val="right"/>
            </w:pPr>
          </w:p>
        </w:tc>
        <w:tc>
          <w:tcPr>
            <w:tcW w:type="dxa" w:w="1933"/>
          </w:tcPr>
          <w:p>
            <w:pPr>
              <w:spacing w:after="0"/>
              <w:jc w:val="right"/>
            </w:pPr>
            <w:r>
              <w:rPr>
                <w:sz w:val="16"/>
              </w:rPr>
              <w:t>0</w:t>
            </w:r>
          </w:p>
        </w:tc>
        <w:tc>
          <w:tcPr>
            <w:tcW w:type="dxa" w:w="775"/>
          </w:tcPr>
          <w:p>
            <w:pPr>
              <w:spacing w:after="0"/>
              <w:jc w:val="right"/>
            </w:pPr>
            <w:r>
              <w:rPr>
                <w:sz w:val="16"/>
              </w:rPr>
              <w:t>4</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Hurricane</w:t>
            </w:r>
          </w:p>
        </w:tc>
        <w:tc>
          <w:tcPr>
            <w:tcW w:type="dxa" w:w="2024"/>
          </w:tcPr>
          <w:p>
            <w:pPr>
              <w:spacing w:after="0"/>
              <w:jc w:val="right"/>
            </w:pPr>
            <w:r>
              <w:rPr>
                <w:sz w:val="16"/>
              </w:rPr>
              <w:t>1</w:t>
            </w:r>
          </w:p>
        </w:tc>
        <w:tc>
          <w:tcPr>
            <w:tcW w:type="dxa" w:w="1116"/>
          </w:tcPr>
          <w:p>
            <w:pPr>
              <w:spacing w:after="0"/>
              <w:jc w:val="right"/>
            </w:pP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Ice Storm</w:t>
            </w:r>
          </w:p>
        </w:tc>
        <w:tc>
          <w:tcPr>
            <w:tcW w:type="dxa" w:w="2024"/>
          </w:tcPr>
          <w:p>
            <w:pPr>
              <w:spacing w:after="0"/>
              <w:jc w:val="right"/>
            </w:pPr>
            <w:r>
              <w:rPr>
                <w:sz w:val="16"/>
              </w:rPr>
              <w:t>0</w:t>
            </w:r>
          </w:p>
        </w:tc>
        <w:tc>
          <w:tcPr>
            <w:tcW w:type="dxa" w:w="1116"/>
          </w:tcPr>
          <w:p>
            <w:pPr>
              <w:spacing w:after="0"/>
              <w:jc w:val="right"/>
            </w:pP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Inland Flooding</w:t>
            </w:r>
          </w:p>
        </w:tc>
        <w:tc>
          <w:tcPr>
            <w:tcW w:type="dxa" w:w="2024"/>
          </w:tcPr>
          <w:p>
            <w:pPr>
              <w:spacing w:after="0"/>
              <w:jc w:val="right"/>
            </w:pPr>
            <w:r>
              <w:rPr>
                <w:sz w:val="16"/>
              </w:rPr>
              <w:t>53</w:t>
            </w:r>
          </w:p>
        </w:tc>
        <w:tc>
          <w:tcPr>
            <w:tcW w:type="dxa" w:w="1116"/>
          </w:tcPr>
          <w:p>
            <w:pPr>
              <w:spacing w:after="0"/>
              <w:jc w:val="right"/>
            </w:pPr>
          </w:p>
        </w:tc>
        <w:tc>
          <w:tcPr>
            <w:tcW w:type="dxa" w:w="1933"/>
          </w:tcPr>
          <w:p>
            <w:pPr>
              <w:spacing w:after="0"/>
              <w:jc w:val="right"/>
            </w:pPr>
            <w:r>
              <w:rPr>
                <w:sz w:val="16"/>
              </w:rPr>
              <w:t>0</w:t>
            </w:r>
          </w:p>
        </w:tc>
        <w:tc>
          <w:tcPr>
            <w:tcW w:type="dxa" w:w="775"/>
          </w:tcPr>
          <w:p>
            <w:pPr>
              <w:spacing w:after="0"/>
              <w:jc w:val="right"/>
            </w:pPr>
            <w:r>
              <w:rPr>
                <w:sz w:val="16"/>
              </w:rPr>
              <w:t>1</w:t>
            </w:r>
          </w:p>
        </w:tc>
        <w:tc>
          <w:tcPr>
            <w:tcW w:type="dxa" w:w="1597"/>
          </w:tcPr>
          <w:p>
            <w:pPr>
              <w:spacing w:after="0"/>
              <w:jc w:val="right"/>
            </w:pPr>
            <w:r>
              <w:rPr>
                <w:sz w:val="16"/>
              </w:rPr>
              <w:t>3</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Landslide</w:t>
            </w:r>
          </w:p>
        </w:tc>
        <w:tc>
          <w:tcPr>
            <w:tcW w:type="dxa" w:w="2024"/>
          </w:tcPr>
          <w:p>
            <w:pPr>
              <w:spacing w:after="0"/>
              <w:jc w:val="right"/>
            </w:pPr>
            <w:r>
              <w:rPr>
                <w:sz w:val="16"/>
              </w:rPr>
              <w:t>0</w:t>
            </w:r>
          </w:p>
        </w:tc>
        <w:tc>
          <w:tcPr>
            <w:tcW w:type="dxa" w:w="1116"/>
          </w:tcPr>
          <w:p>
            <w:pPr>
              <w:spacing w:after="0"/>
              <w:jc w:val="right"/>
            </w:pP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24"/>
          </w:tcPr>
          <w:p>
            <w:pPr>
              <w:spacing w:after="0"/>
              <w:jc w:val="right"/>
            </w:pPr>
            <w:r>
              <w:rPr>
                <w:sz w:val="16"/>
              </w:rPr>
              <w:t>2</w:t>
            </w:r>
          </w:p>
        </w:tc>
        <w:tc>
          <w:tcPr>
            <w:tcW w:type="dxa" w:w="1116"/>
          </w:tcPr>
          <w:p>
            <w:pPr>
              <w:spacing w:after="0"/>
              <w:jc w:val="right"/>
            </w:pP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Strong Wind</w:t>
            </w:r>
          </w:p>
        </w:tc>
        <w:tc>
          <w:tcPr>
            <w:tcW w:type="dxa" w:w="2024"/>
          </w:tcPr>
          <w:p>
            <w:pPr>
              <w:spacing w:after="0"/>
              <w:jc w:val="right"/>
            </w:pPr>
            <w:r>
              <w:rPr>
                <w:sz w:val="16"/>
              </w:rPr>
              <w:t>21</w:t>
            </w:r>
          </w:p>
        </w:tc>
        <w:tc>
          <w:tcPr>
            <w:tcW w:type="dxa" w:w="1116"/>
          </w:tcPr>
          <w:p>
            <w:pPr>
              <w:spacing w:after="0"/>
              <w:jc w:val="right"/>
            </w:pPr>
          </w:p>
        </w:tc>
        <w:tc>
          <w:tcPr>
            <w:tcW w:type="dxa" w:w="1933"/>
          </w:tcPr>
          <w:p>
            <w:pPr>
              <w:spacing w:after="0"/>
              <w:jc w:val="right"/>
            </w:pPr>
            <w:r>
              <w:rPr>
                <w:sz w:val="16"/>
              </w:rPr>
              <w:t>0</w:t>
            </w:r>
          </w:p>
        </w:tc>
        <w:tc>
          <w:tcPr>
            <w:tcW w:type="dxa" w:w="775"/>
          </w:tcPr>
          <w:p>
            <w:pPr>
              <w:spacing w:after="0"/>
              <w:jc w:val="right"/>
            </w:pPr>
            <w:r>
              <w:rPr>
                <w:sz w:val="16"/>
              </w:rPr>
              <w:t>4</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p>
        </w:tc>
      </w:tr>
      <w:tr>
        <w:trPr>
          <w:cantSplit/>
        </w:trPr>
        <w:tc>
          <w:tcPr>
            <w:tcW w:type="dxa" w:w="1037"/>
          </w:tcPr>
          <w:p>
            <w:pPr>
              <w:spacing w:after="0"/>
              <w:jc w:val="left"/>
            </w:pPr>
            <w:r>
              <w:rPr>
                <w:sz w:val="16"/>
              </w:rPr>
              <w:t>Tornado</w:t>
            </w:r>
          </w:p>
        </w:tc>
        <w:tc>
          <w:tcPr>
            <w:tcW w:type="dxa" w:w="2024"/>
          </w:tcPr>
          <w:p>
            <w:pPr>
              <w:spacing w:after="0"/>
              <w:jc w:val="right"/>
            </w:pPr>
            <w:r>
              <w:rPr>
                <w:sz w:val="16"/>
              </w:rPr>
              <w:t>3</w:t>
            </w:r>
          </w:p>
        </w:tc>
        <w:tc>
          <w:tcPr>
            <w:tcW w:type="dxa" w:w="1116"/>
          </w:tcPr>
          <w:p>
            <w:pPr>
              <w:spacing w:after="0"/>
              <w:jc w:val="right"/>
            </w:pP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1950 to 2026-06-30</w:t>
            </w:r>
          </w:p>
        </w:tc>
        <w:tc>
          <w:tcPr>
            <w:tcW w:type="dxa" w:w="2691"/>
          </w:tcPr>
          <w:p>
            <w:pPr>
              <w:spacing w:after="0"/>
              <w:jc w:val="left"/>
            </w:pPr>
          </w:p>
        </w:tc>
      </w:tr>
      <w:tr>
        <w:trPr>
          <w:cantSplit/>
        </w:trPr>
        <w:tc>
          <w:tcPr>
            <w:tcW w:type="dxa" w:w="1037"/>
          </w:tcPr>
          <w:p>
            <w:pPr>
              <w:spacing w:after="0"/>
              <w:jc w:val="left"/>
            </w:pPr>
            <w:r>
              <w:rPr>
                <w:sz w:val="16"/>
              </w:rPr>
              <w:t>Wildfire</w:t>
            </w:r>
          </w:p>
        </w:tc>
        <w:tc>
          <w:tcPr>
            <w:tcW w:type="dxa" w:w="2024"/>
          </w:tcPr>
          <w:p>
            <w:pPr>
              <w:spacing w:after="0"/>
              <w:jc w:val="right"/>
            </w:pPr>
            <w:r>
              <w:rPr>
                <w:sz w:val="16"/>
              </w:rPr>
              <w:t>1</w:t>
            </w:r>
          </w:p>
        </w:tc>
        <w:tc>
          <w:tcPr>
            <w:tcW w:type="dxa" w:w="1116"/>
          </w:tcPr>
          <w:p>
            <w:pPr>
              <w:spacing w:after="0"/>
              <w:jc w:val="right"/>
            </w:pP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3</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Winter Weather</w:t>
            </w:r>
          </w:p>
        </w:tc>
        <w:tc>
          <w:tcPr>
            <w:tcW w:type="dxa" w:w="2024"/>
          </w:tcPr>
          <w:p>
            <w:pPr>
              <w:spacing w:after="0"/>
              <w:jc w:val="right"/>
            </w:pPr>
            <w:r>
              <w:rPr>
                <w:sz w:val="16"/>
              </w:rPr>
              <w:t>2</w:t>
            </w:r>
          </w:p>
        </w:tc>
        <w:tc>
          <w:tcPr>
            <w:tcW w:type="dxa" w:w="1116"/>
          </w:tcPr>
          <w:p>
            <w:pPr>
              <w:spacing w:after="0"/>
              <w:jc w:val="right"/>
            </w:pP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2"/>
        <w:gridCol w:w="1486"/>
        <w:gridCol w:w="2922"/>
        <w:gridCol w:w="936"/>
        <w:gridCol w:w="2299"/>
        <w:gridCol w:w="1496"/>
        <w:gridCol w:w="2623"/>
      </w:tblGrid>
      <w:tr>
        <w:trPr>
          <w:cantSplit/>
          <w:tblHeader/>
        </w:trPr>
        <w:tc>
          <w:tcPr>
            <w:tcW w:type="dxa" w:w="1037"/>
            <w:shd w:val="clear" w:color="auto" w:fill="E8E8E8"/>
          </w:tcPr>
          <w:p>
            <w:pPr>
              <w:spacing w:after="0"/>
              <w:jc w:val="left"/>
            </w:pPr>
            <w:r>
              <w:rPr>
                <w:b/>
                <w:sz w:val="16"/>
              </w:rPr>
              <w:t>Date</w:t>
            </w:r>
          </w:p>
        </w:tc>
        <w:tc>
          <w:tcPr>
            <w:tcW w:type="dxa" w:w="1312"/>
            <w:shd w:val="clear" w:color="auto" w:fill="E8E8E8"/>
          </w:tcPr>
          <w:p>
            <w:pPr>
              <w:spacing w:after="0"/>
              <w:jc w:val="left"/>
            </w:pPr>
            <w:r>
              <w:rPr>
                <w:b/>
                <w:sz w:val="16"/>
              </w:rPr>
              <w:t>Event type</w:t>
            </w:r>
          </w:p>
        </w:tc>
        <w:tc>
          <w:tcPr>
            <w:tcW w:type="dxa" w:w="1486"/>
            <w:shd w:val="clear" w:color="auto" w:fill="E8E8E8"/>
          </w:tcPr>
          <w:p>
            <w:pPr>
              <w:spacing w:after="0"/>
              <w:jc w:val="left"/>
            </w:pPr>
            <w:r>
              <w:rPr>
                <w:b/>
                <w:sz w:val="16"/>
              </w:rPr>
              <w:t>Magnitude or extent</w:t>
            </w:r>
          </w:p>
        </w:tc>
        <w:tc>
          <w:tcPr>
            <w:tcW w:type="dxa" w:w="2922"/>
            <w:shd w:val="clear" w:color="auto" w:fill="E8E8E8"/>
          </w:tcPr>
          <w:p>
            <w:pPr>
              <w:spacing w:after="0"/>
              <w:jc w:val="left"/>
            </w:pPr>
            <w:r>
              <w:rPr>
                <w:b/>
                <w:sz w:val="16"/>
              </w:rPr>
              <w:t>Damage</w:t>
            </w:r>
          </w:p>
          <w:p>
            <w:pPr>
              <w:spacing w:after="0"/>
              <w:jc w:val="left"/>
            </w:pPr>
            <w:r>
              <w:rPr>
                <w:i/>
                <w:color w:val="555555"/>
                <w:sz w:val="14"/>
              </w:rPr>
              <w:t>nominal dollars</w:t>
            </w:r>
          </w:p>
        </w:tc>
        <w:tc>
          <w:tcPr>
            <w:tcW w:type="dxa" w:w="93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99"/>
            <w:shd w:val="clear" w:color="auto" w:fill="E8E8E8"/>
          </w:tcPr>
          <w:p>
            <w:pPr>
              <w:spacing w:after="0"/>
              <w:jc w:val="left"/>
            </w:pPr>
            <w:r>
              <w:rPr>
                <w:b/>
                <w:sz w:val="16"/>
              </w:rPr>
              <w:t>Location</w:t>
            </w:r>
          </w:p>
        </w:tc>
        <w:tc>
          <w:tcPr>
            <w:tcW w:type="dxa" w:w="1496"/>
            <w:shd w:val="clear" w:color="auto" w:fill="E8E8E8"/>
          </w:tcPr>
          <w:p>
            <w:pPr>
              <w:spacing w:after="0"/>
              <w:jc w:val="left"/>
            </w:pPr>
            <w:r>
              <w:rPr>
                <w:b/>
                <w:sz w:val="16"/>
              </w:rPr>
              <w:t>Flags</w:t>
            </w:r>
          </w:p>
        </w:tc>
        <w:tc>
          <w:tcPr>
            <w:tcW w:type="dxa" w:w="262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2026-04-30</w:t>
            </w:r>
          </w:p>
        </w:tc>
        <w:tc>
          <w:tcPr>
            <w:tcW w:type="dxa" w:w="1312"/>
          </w:tcPr>
          <w:p>
            <w:pPr>
              <w:spacing w:after="0"/>
              <w:jc w:val="left"/>
            </w:pPr>
            <w:r>
              <w:rPr>
                <w:sz w:val="16"/>
              </w:rPr>
              <w:t>Hail</w:t>
            </w:r>
          </w:p>
        </w:tc>
        <w:tc>
          <w:tcPr>
            <w:tcW w:type="dxa" w:w="1486"/>
          </w:tcPr>
          <w:p>
            <w:pPr>
              <w:spacing w:after="0"/>
              <w:jc w:val="left"/>
            </w:pPr>
            <w:r>
              <w:rPr>
                <w:sz w:val="16"/>
              </w:rPr>
              <w:t>2.75 in</w:t>
            </w:r>
          </w:p>
        </w:tc>
        <w:tc>
          <w:tcPr>
            <w:tcW w:type="dxa" w:w="2922"/>
          </w:tcPr>
          <w:p>
            <w:pPr>
              <w:spacing w:after="0"/>
              <w:jc w:val="left"/>
            </w:pPr>
            <w:r>
              <w:rPr>
                <w:sz w:val="16"/>
              </w:rPr>
              <w:t>$0 property; $0 crops (2026 dollars)</w:t>
            </w:r>
          </w:p>
        </w:tc>
        <w:tc>
          <w:tcPr>
            <w:tcW w:type="dxa" w:w="936"/>
          </w:tcPr>
          <w:p>
            <w:pPr>
              <w:spacing w:after="0"/>
              <w:jc w:val="right"/>
            </w:pPr>
            <w:r>
              <w:rPr>
                <w:sz w:val="16"/>
              </w:rPr>
              <w:t>0, 0</w:t>
            </w:r>
          </w:p>
        </w:tc>
        <w:tc>
          <w:tcPr>
            <w:tcW w:type="dxa" w:w="2299"/>
          </w:tcPr>
          <w:p>
            <w:pPr>
              <w:spacing w:after="0"/>
              <w:jc w:val="left"/>
            </w:pPr>
            <w:r>
              <w:rPr>
                <w:sz w:val="16"/>
              </w:rPr>
              <w:t>ASHERTON</w:t>
            </w:r>
          </w:p>
        </w:tc>
        <w:tc>
          <w:tcPr>
            <w:tcW w:type="dxa" w:w="1496"/>
          </w:tcPr>
          <w:p>
            <w:pPr>
              <w:spacing w:after="0"/>
              <w:jc w:val="left"/>
            </w:pPr>
            <w:r>
              <w:rPr>
                <w:sz w:val="16"/>
              </w:rPr>
              <w:t>in the 12 months before plan approval; within last 5 years</w:t>
            </w:r>
          </w:p>
        </w:tc>
        <w:tc>
          <w:tcPr>
            <w:tcW w:type="dxa" w:w="2623"/>
          </w:tcPr>
          <w:p>
            <w:pPr>
              <w:spacing w:after="0"/>
              <w:jc w:val="left"/>
            </w:pPr>
            <w:r>
              <w:rPr>
                <w:sz w:val="16"/>
              </w:rPr>
              <w:t>B1-c worst recorded: Hail</w:t>
            </w:r>
          </w:p>
        </w:tc>
      </w:tr>
      <w:tr>
        <w:trPr>
          <w:cantSplit/>
        </w:trPr>
        <w:tc>
          <w:tcPr>
            <w:tcW w:type="dxa" w:w="1037"/>
          </w:tcPr>
          <w:p>
            <w:pPr>
              <w:spacing w:after="0"/>
              <w:jc w:val="left"/>
            </w:pPr>
            <w:r>
              <w:rPr>
                <w:sz w:val="16"/>
              </w:rPr>
              <w:t>2023-06-15</w:t>
            </w:r>
          </w:p>
        </w:tc>
        <w:tc>
          <w:tcPr>
            <w:tcW w:type="dxa" w:w="1312"/>
          </w:tcPr>
          <w:p>
            <w:pPr>
              <w:spacing w:after="0"/>
              <w:jc w:val="left"/>
            </w:pPr>
            <w:r>
              <w:rPr>
                <w:sz w:val="16"/>
              </w:rPr>
              <w:t>Excessive Heat</w:t>
            </w:r>
          </w:p>
        </w:tc>
        <w:tc>
          <w:tcPr>
            <w:tcW w:type="dxa" w:w="1486"/>
          </w:tcPr>
          <w:p>
            <w:pPr>
              <w:spacing w:after="0"/>
              <w:jc w:val="left"/>
            </w:pPr>
          </w:p>
        </w:tc>
        <w:tc>
          <w:tcPr>
            <w:tcW w:type="dxa" w:w="2922"/>
          </w:tcPr>
          <w:p>
            <w:pPr>
              <w:spacing w:after="0"/>
              <w:jc w:val="left"/>
            </w:pPr>
            <w:r>
              <w:rPr>
                <w:sz w:val="16"/>
              </w:rPr>
              <w:t>$0 property; $0 crops (zone total, 2023 dollars)</w:t>
            </w:r>
          </w:p>
        </w:tc>
        <w:tc>
          <w:tcPr>
            <w:tcW w:type="dxa" w:w="936"/>
          </w:tcPr>
          <w:p>
            <w:pPr>
              <w:spacing w:after="0"/>
              <w:jc w:val="right"/>
            </w:pPr>
            <w:r>
              <w:rPr>
                <w:sz w:val="16"/>
              </w:rPr>
              <w:t>0, 0</w:t>
            </w:r>
          </w:p>
        </w:tc>
        <w:tc>
          <w:tcPr>
            <w:tcW w:type="dxa" w:w="2299"/>
          </w:tcPr>
          <w:p>
            <w:pPr>
              <w:spacing w:after="0"/>
              <w:jc w:val="left"/>
            </w:pPr>
            <w:r>
              <w:rPr>
                <w:sz w:val="16"/>
              </w:rPr>
              <w:t>NWS zone TXZ228 (DIMMIT), zone-level</w:t>
            </w:r>
          </w:p>
        </w:tc>
        <w:tc>
          <w:tcPr>
            <w:tcW w:type="dxa" w:w="1496"/>
          </w:tcPr>
          <w:p>
            <w:pPr>
              <w:spacing w:after="0"/>
              <w:jc w:val="left"/>
            </w:pPr>
            <w:r>
              <w:rPr>
                <w:sz w:val="16"/>
              </w:rPr>
              <w:t>within last 5 years</w:t>
            </w:r>
          </w:p>
        </w:tc>
        <w:tc>
          <w:tcPr>
            <w:tcW w:type="dxa" w:w="2623"/>
          </w:tcPr>
          <w:p>
            <w:pPr>
              <w:spacing w:after="0"/>
              <w:jc w:val="left"/>
            </w:pPr>
            <w:r>
              <w:rPr>
                <w:sz w:val="16"/>
              </w:rPr>
              <w:t>B1-c worst recorded: Excessive Heat, Heat</w:t>
            </w:r>
          </w:p>
        </w:tc>
      </w:tr>
      <w:tr>
        <w:trPr>
          <w:cantSplit/>
        </w:trPr>
        <w:tc>
          <w:tcPr>
            <w:tcW w:type="dxa" w:w="1037"/>
          </w:tcPr>
          <w:p>
            <w:pPr>
              <w:spacing w:after="0"/>
              <w:jc w:val="left"/>
            </w:pPr>
            <w:r>
              <w:rPr>
                <w:sz w:val="16"/>
              </w:rPr>
              <w:t>2022-12-23</w:t>
            </w:r>
          </w:p>
        </w:tc>
        <w:tc>
          <w:tcPr>
            <w:tcW w:type="dxa" w:w="1312"/>
          </w:tcPr>
          <w:p>
            <w:pPr>
              <w:spacing w:after="0"/>
              <w:jc w:val="left"/>
            </w:pPr>
            <w:r>
              <w:rPr>
                <w:sz w:val="16"/>
              </w:rPr>
              <w:t>Cold/Wind Chill</w:t>
            </w:r>
          </w:p>
        </w:tc>
        <w:tc>
          <w:tcPr>
            <w:tcW w:type="dxa" w:w="1486"/>
          </w:tcPr>
          <w:p>
            <w:pPr>
              <w:spacing w:after="0"/>
              <w:jc w:val="left"/>
            </w:pPr>
          </w:p>
        </w:tc>
        <w:tc>
          <w:tcPr>
            <w:tcW w:type="dxa" w:w="2922"/>
          </w:tcPr>
          <w:p>
            <w:pPr>
              <w:spacing w:after="0"/>
              <w:jc w:val="left"/>
            </w:pPr>
            <w:r>
              <w:rPr>
                <w:sz w:val="16"/>
              </w:rPr>
              <w:t>$0 property; $0 crops (zone total, 2022 dollars)</w:t>
            </w:r>
          </w:p>
        </w:tc>
        <w:tc>
          <w:tcPr>
            <w:tcW w:type="dxa" w:w="936"/>
          </w:tcPr>
          <w:p>
            <w:pPr>
              <w:spacing w:after="0"/>
              <w:jc w:val="right"/>
            </w:pPr>
            <w:r>
              <w:rPr>
                <w:sz w:val="16"/>
              </w:rPr>
              <w:t>0, 0</w:t>
            </w:r>
          </w:p>
        </w:tc>
        <w:tc>
          <w:tcPr>
            <w:tcW w:type="dxa" w:w="2299"/>
          </w:tcPr>
          <w:p>
            <w:pPr>
              <w:spacing w:after="0"/>
              <w:jc w:val="left"/>
            </w:pPr>
            <w:r>
              <w:rPr>
                <w:sz w:val="16"/>
              </w:rPr>
              <w:t>NWS zone TXZ228 (DIMMIT), zone-level</w:t>
            </w:r>
          </w:p>
        </w:tc>
        <w:tc>
          <w:tcPr>
            <w:tcW w:type="dxa" w:w="1496"/>
          </w:tcPr>
          <w:p>
            <w:pPr>
              <w:spacing w:after="0"/>
              <w:jc w:val="left"/>
            </w:pPr>
            <w:r>
              <w:rPr>
                <w:sz w:val="16"/>
              </w:rPr>
              <w:t>within last 5 years</w:t>
            </w:r>
          </w:p>
        </w:tc>
        <w:tc>
          <w:tcPr>
            <w:tcW w:type="dxa" w:w="262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2020-01-01</w:t>
            </w:r>
          </w:p>
        </w:tc>
        <w:tc>
          <w:tcPr>
            <w:tcW w:type="dxa" w:w="1312"/>
          </w:tcPr>
          <w:p>
            <w:pPr>
              <w:spacing w:after="0"/>
              <w:jc w:val="left"/>
            </w:pPr>
            <w:r>
              <w:rPr>
                <w:sz w:val="16"/>
              </w:rPr>
              <w:t>Drought</w:t>
            </w:r>
          </w:p>
        </w:tc>
        <w:tc>
          <w:tcPr>
            <w:tcW w:type="dxa" w:w="1486"/>
          </w:tcPr>
          <w:p>
            <w:pPr>
              <w:spacing w:after="0"/>
              <w:jc w:val="left"/>
            </w:pPr>
          </w:p>
        </w:tc>
        <w:tc>
          <w:tcPr>
            <w:tcW w:type="dxa" w:w="2922"/>
          </w:tcPr>
          <w:p>
            <w:pPr>
              <w:spacing w:after="0"/>
              <w:jc w:val="left"/>
            </w:pPr>
            <w:r>
              <w:rPr>
                <w:sz w:val="16"/>
              </w:rPr>
              <w:t>$0 property; $0 crops (zone total, 2020 dollars)</w:t>
            </w:r>
          </w:p>
        </w:tc>
        <w:tc>
          <w:tcPr>
            <w:tcW w:type="dxa" w:w="936"/>
          </w:tcPr>
          <w:p>
            <w:pPr>
              <w:spacing w:after="0"/>
              <w:jc w:val="right"/>
            </w:pPr>
            <w:r>
              <w:rPr>
                <w:sz w:val="16"/>
              </w:rPr>
              <w:t>0, 0</w:t>
            </w:r>
          </w:p>
        </w:tc>
        <w:tc>
          <w:tcPr>
            <w:tcW w:type="dxa" w:w="2299"/>
          </w:tcPr>
          <w:p>
            <w:pPr>
              <w:spacing w:after="0"/>
              <w:jc w:val="left"/>
            </w:pPr>
            <w:r>
              <w:rPr>
                <w:sz w:val="16"/>
              </w:rPr>
              <w:t>NWS zone TXZ228 (DIMMIT), zone-level</w:t>
            </w:r>
          </w:p>
        </w:tc>
        <w:tc>
          <w:tcPr>
            <w:tcW w:type="dxa" w:w="1496"/>
          </w:tcPr>
          <w:p>
            <w:pPr>
              <w:spacing w:after="0"/>
              <w:jc w:val="left"/>
            </w:pPr>
          </w:p>
        </w:tc>
        <w:tc>
          <w:tcPr>
            <w:tcW w:type="dxa" w:w="2623"/>
          </w:tcPr>
          <w:p>
            <w:pPr>
              <w:spacing w:after="0"/>
              <w:jc w:val="left"/>
            </w:pPr>
            <w:r>
              <w:rPr>
                <w:sz w:val="16"/>
              </w:rPr>
              <w:t>B1-c worst recorded: Drought</w:t>
            </w:r>
          </w:p>
        </w:tc>
      </w:tr>
      <w:tr>
        <w:trPr>
          <w:cantSplit/>
        </w:trPr>
        <w:tc>
          <w:tcPr>
            <w:tcW w:type="dxa" w:w="1037"/>
          </w:tcPr>
          <w:p>
            <w:pPr>
              <w:spacing w:after="0"/>
              <w:jc w:val="left"/>
            </w:pPr>
            <w:r>
              <w:rPr>
                <w:sz w:val="16"/>
              </w:rPr>
              <w:t>2016-03-18</w:t>
            </w:r>
          </w:p>
        </w:tc>
        <w:tc>
          <w:tcPr>
            <w:tcW w:type="dxa" w:w="1312"/>
          </w:tcPr>
          <w:p>
            <w:pPr>
              <w:spacing w:after="0"/>
              <w:jc w:val="left"/>
            </w:pPr>
            <w:r>
              <w:rPr>
                <w:sz w:val="16"/>
              </w:rPr>
              <w:t>Lightning</w:t>
            </w:r>
          </w:p>
        </w:tc>
        <w:tc>
          <w:tcPr>
            <w:tcW w:type="dxa" w:w="1486"/>
          </w:tcPr>
          <w:p>
            <w:pPr>
              <w:spacing w:after="0"/>
              <w:jc w:val="left"/>
            </w:pPr>
          </w:p>
        </w:tc>
        <w:tc>
          <w:tcPr>
            <w:tcW w:type="dxa" w:w="2922"/>
          </w:tcPr>
          <w:p>
            <w:pPr>
              <w:spacing w:after="0"/>
              <w:jc w:val="left"/>
            </w:pPr>
            <w:r>
              <w:rPr>
                <w:sz w:val="16"/>
              </w:rPr>
              <w:t>$500,000 property; $0 crops (2016 dollars)</w:t>
            </w:r>
          </w:p>
        </w:tc>
        <w:tc>
          <w:tcPr>
            <w:tcW w:type="dxa" w:w="936"/>
          </w:tcPr>
          <w:p>
            <w:pPr>
              <w:spacing w:after="0"/>
              <w:jc w:val="right"/>
            </w:pPr>
            <w:r>
              <w:rPr>
                <w:sz w:val="16"/>
              </w:rPr>
              <w:t>0, 0</w:t>
            </w:r>
          </w:p>
        </w:tc>
        <w:tc>
          <w:tcPr>
            <w:tcW w:type="dxa" w:w="2299"/>
          </w:tcPr>
          <w:p>
            <w:pPr>
              <w:spacing w:after="0"/>
              <w:jc w:val="left"/>
            </w:pPr>
            <w:r>
              <w:rPr>
                <w:sz w:val="16"/>
              </w:rPr>
              <w:t>PALM</w:t>
            </w:r>
          </w:p>
        </w:tc>
        <w:tc>
          <w:tcPr>
            <w:tcW w:type="dxa" w:w="1496"/>
          </w:tcPr>
          <w:p>
            <w:pPr>
              <w:spacing w:after="0"/>
              <w:jc w:val="left"/>
            </w:pPr>
          </w:p>
        </w:tc>
        <w:tc>
          <w:tcPr>
            <w:tcW w:type="dxa" w:w="2623"/>
          </w:tcPr>
          <w:p>
            <w:pPr>
              <w:spacing w:after="0"/>
              <w:jc w:val="left"/>
            </w:pPr>
            <w:r>
              <w:rPr>
                <w:sz w:val="16"/>
              </w:rPr>
              <w:t>B1-c worst recorded: Lightning</w:t>
            </w:r>
          </w:p>
        </w:tc>
      </w:tr>
      <w:tr>
        <w:trPr>
          <w:cantSplit/>
        </w:trPr>
        <w:tc>
          <w:tcPr>
            <w:tcW w:type="dxa" w:w="1037"/>
          </w:tcPr>
          <w:p>
            <w:pPr>
              <w:spacing w:after="0"/>
              <w:jc w:val="left"/>
            </w:pPr>
            <w:r>
              <w:rPr>
                <w:sz w:val="16"/>
              </w:rPr>
              <w:t>2003-07-15</w:t>
            </w:r>
          </w:p>
        </w:tc>
        <w:tc>
          <w:tcPr>
            <w:tcW w:type="dxa" w:w="1312"/>
          </w:tcPr>
          <w:p>
            <w:pPr>
              <w:spacing w:after="0"/>
              <w:jc w:val="left"/>
            </w:pPr>
            <w:r>
              <w:rPr>
                <w:sz w:val="16"/>
              </w:rPr>
              <w:t>Tropical Storm</w:t>
            </w:r>
          </w:p>
        </w:tc>
        <w:tc>
          <w:tcPr>
            <w:tcW w:type="dxa" w:w="1486"/>
          </w:tcPr>
          <w:p>
            <w:pPr>
              <w:spacing w:after="0"/>
              <w:jc w:val="left"/>
            </w:pPr>
          </w:p>
        </w:tc>
        <w:tc>
          <w:tcPr>
            <w:tcW w:type="dxa" w:w="2922"/>
          </w:tcPr>
          <w:p>
            <w:pPr>
              <w:spacing w:after="0"/>
              <w:jc w:val="left"/>
            </w:pPr>
            <w:r>
              <w:rPr>
                <w:sz w:val="16"/>
              </w:rPr>
              <w:t>$100,000 property; $50,000 crops (zone total, 2003 dollars)</w:t>
            </w:r>
          </w:p>
        </w:tc>
        <w:tc>
          <w:tcPr>
            <w:tcW w:type="dxa" w:w="936"/>
          </w:tcPr>
          <w:p>
            <w:pPr>
              <w:spacing w:after="0"/>
              <w:jc w:val="right"/>
            </w:pPr>
            <w:r>
              <w:rPr>
                <w:sz w:val="16"/>
              </w:rPr>
              <w:t>0, 0</w:t>
            </w:r>
          </w:p>
        </w:tc>
        <w:tc>
          <w:tcPr>
            <w:tcW w:type="dxa" w:w="2299"/>
          </w:tcPr>
          <w:p>
            <w:pPr>
              <w:spacing w:after="0"/>
              <w:jc w:val="left"/>
            </w:pPr>
            <w:r>
              <w:rPr>
                <w:sz w:val="16"/>
              </w:rPr>
              <w:t>NWS zone TXZ228 (DIMMIT), zone-level</w:t>
            </w:r>
          </w:p>
        </w:tc>
        <w:tc>
          <w:tcPr>
            <w:tcW w:type="dxa" w:w="1496"/>
          </w:tcPr>
          <w:p>
            <w:pPr>
              <w:spacing w:after="0"/>
              <w:jc w:val="left"/>
            </w:pPr>
          </w:p>
        </w:tc>
        <w:tc>
          <w:tcPr>
            <w:tcW w:type="dxa" w:w="2623"/>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2003-03-25</w:t>
            </w:r>
          </w:p>
        </w:tc>
        <w:tc>
          <w:tcPr>
            <w:tcW w:type="dxa" w:w="1312"/>
          </w:tcPr>
          <w:p>
            <w:pPr>
              <w:spacing w:after="0"/>
              <w:jc w:val="left"/>
            </w:pPr>
            <w:r>
              <w:rPr>
                <w:sz w:val="16"/>
              </w:rPr>
              <w:t>Thunderstorm Wind</w:t>
            </w:r>
          </w:p>
        </w:tc>
        <w:tc>
          <w:tcPr>
            <w:tcW w:type="dxa" w:w="1486"/>
          </w:tcPr>
          <w:p>
            <w:pPr>
              <w:spacing w:after="0"/>
              <w:jc w:val="left"/>
            </w:pPr>
            <w:r>
              <w:rPr>
                <w:sz w:val="16"/>
              </w:rPr>
              <w:t>75 kt (86 mph) estimated gust</w:t>
            </w:r>
          </w:p>
        </w:tc>
        <w:tc>
          <w:tcPr>
            <w:tcW w:type="dxa" w:w="2922"/>
          </w:tcPr>
          <w:p>
            <w:pPr>
              <w:spacing w:after="0"/>
              <w:jc w:val="left"/>
            </w:pPr>
            <w:r>
              <w:rPr>
                <w:sz w:val="16"/>
              </w:rPr>
              <w:t>$30,000 property; $0 crops (2003 dollars)</w:t>
            </w:r>
          </w:p>
        </w:tc>
        <w:tc>
          <w:tcPr>
            <w:tcW w:type="dxa" w:w="936"/>
          </w:tcPr>
          <w:p>
            <w:pPr>
              <w:spacing w:after="0"/>
              <w:jc w:val="right"/>
            </w:pPr>
            <w:r>
              <w:rPr>
                <w:sz w:val="16"/>
              </w:rPr>
              <w:t>0, 0</w:t>
            </w:r>
          </w:p>
        </w:tc>
        <w:tc>
          <w:tcPr>
            <w:tcW w:type="dxa" w:w="2299"/>
          </w:tcPr>
          <w:p>
            <w:pPr>
              <w:spacing w:after="0"/>
              <w:jc w:val="left"/>
            </w:pPr>
            <w:r>
              <w:rPr>
                <w:sz w:val="16"/>
              </w:rPr>
              <w:t>CARRIZO SPGS</w:t>
            </w:r>
          </w:p>
        </w:tc>
        <w:tc>
          <w:tcPr>
            <w:tcW w:type="dxa" w:w="1496"/>
          </w:tcPr>
          <w:p>
            <w:pPr>
              <w:spacing w:after="0"/>
              <w:jc w:val="left"/>
            </w:pPr>
          </w:p>
        </w:tc>
        <w:tc>
          <w:tcPr>
            <w:tcW w:type="dxa" w:w="2623"/>
          </w:tcPr>
          <w:p>
            <w:pPr>
              <w:spacing w:after="0"/>
              <w:jc w:val="left"/>
            </w:pPr>
            <w:r>
              <w:rPr>
                <w:sz w:val="16"/>
              </w:rPr>
              <w:t>B1-c worst recorded: Thunderstorm Wind</w:t>
            </w:r>
          </w:p>
        </w:tc>
      </w:tr>
      <w:tr>
        <w:trPr>
          <w:cantSplit/>
        </w:trPr>
        <w:tc>
          <w:tcPr>
            <w:tcW w:type="dxa" w:w="1037"/>
          </w:tcPr>
          <w:p>
            <w:pPr>
              <w:spacing w:after="0"/>
              <w:jc w:val="left"/>
            </w:pPr>
            <w:r>
              <w:rPr>
                <w:sz w:val="16"/>
              </w:rPr>
              <w:t>2000-08-29</w:t>
            </w:r>
          </w:p>
        </w:tc>
        <w:tc>
          <w:tcPr>
            <w:tcW w:type="dxa" w:w="1312"/>
          </w:tcPr>
          <w:p>
            <w:pPr>
              <w:spacing w:after="0"/>
              <w:jc w:val="left"/>
            </w:pPr>
            <w:r>
              <w:rPr>
                <w:sz w:val="16"/>
              </w:rPr>
              <w:t>Heat</w:t>
            </w:r>
          </w:p>
        </w:tc>
        <w:tc>
          <w:tcPr>
            <w:tcW w:type="dxa" w:w="1486"/>
          </w:tcPr>
          <w:p>
            <w:pPr>
              <w:spacing w:after="0"/>
              <w:jc w:val="left"/>
            </w:pPr>
          </w:p>
        </w:tc>
        <w:tc>
          <w:tcPr>
            <w:tcW w:type="dxa" w:w="2922"/>
          </w:tcPr>
          <w:p>
            <w:pPr>
              <w:spacing w:after="0"/>
              <w:jc w:val="left"/>
            </w:pPr>
            <w:r>
              <w:rPr>
                <w:sz w:val="16"/>
              </w:rPr>
              <w:t>$0 property; $0 crops (zone total, 2000 dollars)</w:t>
            </w:r>
          </w:p>
        </w:tc>
        <w:tc>
          <w:tcPr>
            <w:tcW w:type="dxa" w:w="936"/>
          </w:tcPr>
          <w:p>
            <w:pPr>
              <w:spacing w:after="0"/>
              <w:jc w:val="right"/>
            </w:pPr>
            <w:r>
              <w:rPr>
                <w:sz w:val="16"/>
              </w:rPr>
              <w:t>1, 0</w:t>
            </w:r>
          </w:p>
        </w:tc>
        <w:tc>
          <w:tcPr>
            <w:tcW w:type="dxa" w:w="2299"/>
          </w:tcPr>
          <w:p>
            <w:pPr>
              <w:spacing w:after="0"/>
              <w:jc w:val="left"/>
            </w:pPr>
            <w:r>
              <w:rPr>
                <w:sz w:val="16"/>
              </w:rPr>
              <w:t>NWS zone TXZ228 (DIMMIT), zone-level</w:t>
            </w:r>
          </w:p>
        </w:tc>
        <w:tc>
          <w:tcPr>
            <w:tcW w:type="dxa" w:w="1496"/>
          </w:tcPr>
          <w:p>
            <w:pPr>
              <w:spacing w:after="0"/>
              <w:jc w:val="left"/>
            </w:pPr>
          </w:p>
        </w:tc>
        <w:tc>
          <w:tcPr>
            <w:tcW w:type="dxa" w:w="2623"/>
          </w:tcPr>
          <w:p>
            <w:pPr>
              <w:spacing w:after="0"/>
              <w:jc w:val="left"/>
            </w:pPr>
            <w:r>
              <w:rPr>
                <w:sz w:val="16"/>
              </w:rPr>
              <w:t>deaths or injuries recorded</w:t>
            </w:r>
          </w:p>
        </w:tc>
      </w:tr>
      <w:tr>
        <w:trPr>
          <w:cantSplit/>
        </w:trPr>
        <w:tc>
          <w:tcPr>
            <w:tcW w:type="dxa" w:w="1037"/>
          </w:tcPr>
          <w:p>
            <w:pPr>
              <w:spacing w:after="0"/>
              <w:jc w:val="left"/>
            </w:pPr>
            <w:r>
              <w:rPr>
                <w:sz w:val="16"/>
              </w:rPr>
              <w:t>2000-05-18</w:t>
            </w:r>
          </w:p>
        </w:tc>
        <w:tc>
          <w:tcPr>
            <w:tcW w:type="dxa" w:w="1312"/>
          </w:tcPr>
          <w:p>
            <w:pPr>
              <w:spacing w:after="0"/>
              <w:jc w:val="left"/>
            </w:pPr>
            <w:r>
              <w:rPr>
                <w:sz w:val="16"/>
              </w:rPr>
              <w:t>Heat</w:t>
            </w:r>
          </w:p>
        </w:tc>
        <w:tc>
          <w:tcPr>
            <w:tcW w:type="dxa" w:w="1486"/>
          </w:tcPr>
          <w:p>
            <w:pPr>
              <w:spacing w:after="0"/>
              <w:jc w:val="left"/>
            </w:pPr>
          </w:p>
        </w:tc>
        <w:tc>
          <w:tcPr>
            <w:tcW w:type="dxa" w:w="2922"/>
          </w:tcPr>
          <w:p>
            <w:pPr>
              <w:spacing w:after="0"/>
              <w:jc w:val="left"/>
            </w:pPr>
            <w:r>
              <w:rPr>
                <w:sz w:val="16"/>
              </w:rPr>
              <w:t>$0 property; $0 crops (zone total, 2000 dollars)</w:t>
            </w:r>
          </w:p>
        </w:tc>
        <w:tc>
          <w:tcPr>
            <w:tcW w:type="dxa" w:w="936"/>
          </w:tcPr>
          <w:p>
            <w:pPr>
              <w:spacing w:after="0"/>
              <w:jc w:val="right"/>
            </w:pPr>
            <w:r>
              <w:rPr>
                <w:sz w:val="16"/>
              </w:rPr>
              <w:t>1, 0</w:t>
            </w:r>
          </w:p>
        </w:tc>
        <w:tc>
          <w:tcPr>
            <w:tcW w:type="dxa" w:w="2299"/>
          </w:tcPr>
          <w:p>
            <w:pPr>
              <w:spacing w:after="0"/>
              <w:jc w:val="left"/>
            </w:pPr>
            <w:r>
              <w:rPr>
                <w:sz w:val="16"/>
              </w:rPr>
              <w:t>NWS zone TXZ228 (DIMMIT), zone-level</w:t>
            </w:r>
          </w:p>
        </w:tc>
        <w:tc>
          <w:tcPr>
            <w:tcW w:type="dxa" w:w="1496"/>
          </w:tcPr>
          <w:p>
            <w:pPr>
              <w:spacing w:after="0"/>
              <w:jc w:val="left"/>
            </w:pPr>
          </w:p>
        </w:tc>
        <w:tc>
          <w:tcPr>
            <w:tcW w:type="dxa" w:w="2623"/>
          </w:tcPr>
          <w:p>
            <w:pPr>
              <w:spacing w:after="0"/>
              <w:jc w:val="left"/>
            </w:pPr>
            <w:r>
              <w:rPr>
                <w:sz w:val="16"/>
              </w:rPr>
              <w:t>deaths or injuries recorded</w:t>
            </w:r>
          </w:p>
        </w:tc>
      </w:tr>
      <w:tr>
        <w:trPr>
          <w:cantSplit/>
        </w:trPr>
        <w:tc>
          <w:tcPr>
            <w:tcW w:type="dxa" w:w="1037"/>
          </w:tcPr>
          <w:p>
            <w:pPr>
              <w:spacing w:after="0"/>
              <w:jc w:val="left"/>
            </w:pPr>
            <w:r>
              <w:rPr>
                <w:sz w:val="16"/>
              </w:rPr>
              <w:t>2000-05-11</w:t>
            </w:r>
          </w:p>
        </w:tc>
        <w:tc>
          <w:tcPr>
            <w:tcW w:type="dxa" w:w="1312"/>
          </w:tcPr>
          <w:p>
            <w:pPr>
              <w:spacing w:after="0"/>
              <w:jc w:val="left"/>
            </w:pPr>
            <w:r>
              <w:rPr>
                <w:sz w:val="16"/>
              </w:rPr>
              <w:t>Heat</w:t>
            </w:r>
          </w:p>
        </w:tc>
        <w:tc>
          <w:tcPr>
            <w:tcW w:type="dxa" w:w="1486"/>
          </w:tcPr>
          <w:p>
            <w:pPr>
              <w:spacing w:after="0"/>
              <w:jc w:val="left"/>
            </w:pPr>
          </w:p>
        </w:tc>
        <w:tc>
          <w:tcPr>
            <w:tcW w:type="dxa" w:w="2922"/>
          </w:tcPr>
          <w:p>
            <w:pPr>
              <w:spacing w:after="0"/>
              <w:jc w:val="left"/>
            </w:pPr>
            <w:r>
              <w:rPr>
                <w:sz w:val="16"/>
              </w:rPr>
              <w:t>$0 property; $0 crops (zone total, 2000 dollars)</w:t>
            </w:r>
          </w:p>
        </w:tc>
        <w:tc>
          <w:tcPr>
            <w:tcW w:type="dxa" w:w="936"/>
          </w:tcPr>
          <w:p>
            <w:pPr>
              <w:spacing w:after="0"/>
              <w:jc w:val="right"/>
            </w:pPr>
            <w:r>
              <w:rPr>
                <w:sz w:val="16"/>
              </w:rPr>
              <w:t>1, 0</w:t>
            </w:r>
          </w:p>
        </w:tc>
        <w:tc>
          <w:tcPr>
            <w:tcW w:type="dxa" w:w="2299"/>
          </w:tcPr>
          <w:p>
            <w:pPr>
              <w:spacing w:after="0"/>
              <w:jc w:val="left"/>
            </w:pPr>
            <w:r>
              <w:rPr>
                <w:sz w:val="16"/>
              </w:rPr>
              <w:t>NWS zone TXZ228 (DIMMIT), zone-level</w:t>
            </w:r>
          </w:p>
        </w:tc>
        <w:tc>
          <w:tcPr>
            <w:tcW w:type="dxa" w:w="1496"/>
          </w:tcPr>
          <w:p>
            <w:pPr>
              <w:spacing w:after="0"/>
              <w:jc w:val="left"/>
            </w:pPr>
          </w:p>
        </w:tc>
        <w:tc>
          <w:tcPr>
            <w:tcW w:type="dxa" w:w="2623"/>
          </w:tcPr>
          <w:p>
            <w:pPr>
              <w:spacing w:after="0"/>
              <w:jc w:val="left"/>
            </w:pPr>
            <w:r>
              <w:rPr>
                <w:sz w:val="16"/>
              </w:rPr>
              <w:t>deaths or injuries recorded</w:t>
            </w:r>
          </w:p>
        </w:tc>
      </w:tr>
      <w:tr>
        <w:trPr>
          <w:cantSplit/>
        </w:trPr>
        <w:tc>
          <w:tcPr>
            <w:tcW w:type="dxa" w:w="1037"/>
          </w:tcPr>
          <w:p>
            <w:pPr>
              <w:spacing w:after="0"/>
              <w:jc w:val="left"/>
            </w:pPr>
            <w:r>
              <w:rPr>
                <w:sz w:val="16"/>
              </w:rPr>
              <w:t>1996-10-29</w:t>
            </w:r>
          </w:p>
        </w:tc>
        <w:tc>
          <w:tcPr>
            <w:tcW w:type="dxa" w:w="1312"/>
          </w:tcPr>
          <w:p>
            <w:pPr>
              <w:spacing w:after="0"/>
              <w:jc w:val="left"/>
            </w:pPr>
            <w:r>
              <w:rPr>
                <w:sz w:val="16"/>
              </w:rPr>
              <w:t>Flood</w:t>
            </w:r>
          </w:p>
        </w:tc>
        <w:tc>
          <w:tcPr>
            <w:tcW w:type="dxa" w:w="1486"/>
          </w:tcPr>
          <w:p>
            <w:pPr>
              <w:spacing w:after="0"/>
              <w:jc w:val="left"/>
            </w:pPr>
          </w:p>
        </w:tc>
        <w:tc>
          <w:tcPr>
            <w:tcW w:type="dxa" w:w="2922"/>
          </w:tcPr>
          <w:p>
            <w:pPr>
              <w:spacing w:after="0"/>
              <w:jc w:val="left"/>
            </w:pPr>
            <w:r>
              <w:rPr>
                <w:sz w:val="16"/>
              </w:rPr>
              <w:t>$5,000,000 property; $15,000,000 crops (zone total, 1996 dollars)</w:t>
            </w:r>
          </w:p>
        </w:tc>
        <w:tc>
          <w:tcPr>
            <w:tcW w:type="dxa" w:w="936"/>
          </w:tcPr>
          <w:p>
            <w:pPr>
              <w:spacing w:after="0"/>
              <w:jc w:val="right"/>
            </w:pPr>
            <w:r>
              <w:rPr>
                <w:sz w:val="16"/>
              </w:rPr>
              <w:t>0, 0</w:t>
            </w:r>
          </w:p>
        </w:tc>
        <w:tc>
          <w:tcPr>
            <w:tcW w:type="dxa" w:w="2299"/>
          </w:tcPr>
          <w:p>
            <w:pPr>
              <w:spacing w:after="0"/>
              <w:jc w:val="left"/>
            </w:pPr>
            <w:r>
              <w:rPr>
                <w:sz w:val="16"/>
              </w:rPr>
              <w:t>NWS zone TXZ228 (DIMMIT), zone-level</w:t>
            </w:r>
          </w:p>
        </w:tc>
        <w:tc>
          <w:tcPr>
            <w:tcW w:type="dxa" w:w="1496"/>
          </w:tcPr>
          <w:p>
            <w:pPr>
              <w:spacing w:after="0"/>
              <w:jc w:val="left"/>
            </w:pPr>
          </w:p>
        </w:tc>
        <w:tc>
          <w:tcPr>
            <w:tcW w:type="dxa" w:w="2623"/>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1971-02-25</w:t>
            </w:r>
          </w:p>
        </w:tc>
        <w:tc>
          <w:tcPr>
            <w:tcW w:type="dxa" w:w="1312"/>
          </w:tcPr>
          <w:p>
            <w:pPr>
              <w:spacing w:after="0"/>
              <w:jc w:val="left"/>
            </w:pPr>
            <w:r>
              <w:rPr>
                <w:sz w:val="16"/>
              </w:rPr>
              <w:t>Tornado</w:t>
            </w:r>
          </w:p>
        </w:tc>
        <w:tc>
          <w:tcPr>
            <w:tcW w:type="dxa" w:w="1486"/>
          </w:tcPr>
          <w:p>
            <w:pPr>
              <w:spacing w:after="0"/>
              <w:jc w:val="left"/>
            </w:pPr>
            <w:r>
              <w:rPr>
                <w:sz w:val="16"/>
              </w:rPr>
              <w:t>F2, 2 mi path length (whole path, pre-1996), 50 yd wide</w:t>
            </w:r>
          </w:p>
        </w:tc>
        <w:tc>
          <w:tcPr>
            <w:tcW w:type="dxa" w:w="2922"/>
          </w:tcPr>
          <w:p>
            <w:pPr>
              <w:spacing w:after="0"/>
              <w:jc w:val="left"/>
            </w:pPr>
            <w:r>
              <w:rPr>
                <w:sz w:val="16"/>
              </w:rPr>
              <w:t>$25,000 property; crops not recorded (1971 dollars)</w:t>
            </w:r>
          </w:p>
        </w:tc>
        <w:tc>
          <w:tcPr>
            <w:tcW w:type="dxa" w:w="936"/>
          </w:tcPr>
          <w:p>
            <w:pPr>
              <w:spacing w:after="0"/>
              <w:jc w:val="right"/>
            </w:pPr>
            <w:r>
              <w:rPr>
                <w:sz w:val="16"/>
              </w:rPr>
              <w:t>0, 0</w:t>
            </w:r>
          </w:p>
        </w:tc>
        <w:tc>
          <w:tcPr>
            <w:tcW w:type="dxa" w:w="2299"/>
          </w:tcPr>
          <w:p>
            <w:pPr>
              <w:spacing w:after="0"/>
              <w:jc w:val="left"/>
            </w:pPr>
            <w:r>
              <w:rPr>
                <w:sz w:val="16"/>
              </w:rPr>
              <w:t>location not recorded</w:t>
            </w:r>
          </w:p>
        </w:tc>
        <w:tc>
          <w:tcPr>
            <w:tcW w:type="dxa" w:w="1496"/>
          </w:tcPr>
          <w:p>
            <w:pPr>
              <w:spacing w:after="0"/>
              <w:jc w:val="left"/>
            </w:pPr>
          </w:p>
        </w:tc>
        <w:tc>
          <w:tcPr>
            <w:tcW w:type="dxa" w:w="2623"/>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(254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7"/>
        <w:gridCol w:w="1279"/>
        <w:gridCol w:w="1589"/>
        <w:gridCol w:w="1037"/>
        <w:gridCol w:w="1994"/>
        <w:gridCol w:w="1524"/>
        <w:gridCol w:w="1515"/>
        <w:gridCol w:w="1037"/>
        <w:gridCol w:w="1853"/>
      </w:tblGrid>
      <w:tr>
        <w:trPr>
          <w:cantSplit/>
          <w:tblHeader/>
        </w:trPr>
        <w:tc>
          <w:tcPr>
            <w:tcW w:type="dxa" w:w="1037"/>
            <w:shd w:val="clear" w:color="auto" w:fill="E8E8E8"/>
          </w:tcPr>
          <w:p>
            <w:pPr>
              <w:spacing w:after="0"/>
              <w:jc w:val="left"/>
            </w:pPr>
            <w:r>
              <w:rPr>
                <w:b/>
                <w:sz w:val="16"/>
              </w:rPr>
              <w:t>Hazard</w:t>
            </w:r>
          </w:p>
        </w:tc>
        <w:tc>
          <w:tcPr>
            <w:tcW w:type="dxa" w:w="124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9"/>
            <w:shd w:val="clear" w:color="auto" w:fill="E8E8E8"/>
          </w:tcPr>
          <w:p>
            <w:pPr>
              <w:spacing w:after="0"/>
              <w:jc w:val="left"/>
            </w:pPr>
            <w:r>
              <w:rPr>
                <w:b/>
                <w:sz w:val="16"/>
              </w:rPr>
              <w:t>Unit</w:t>
            </w:r>
          </w:p>
        </w:tc>
        <w:tc>
          <w:tcPr>
            <w:tcW w:type="dxa" w:w="158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4"/>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7"/>
          </w:tcPr>
          <w:p>
            <w:pPr>
              <w:spacing w:after="0"/>
              <w:jc w:val="right"/>
            </w:pPr>
            <w:r>
              <w:rPr>
                <w:sz w:val="16"/>
              </w:rPr>
              <w:t>0.368</w:t>
            </w:r>
          </w:p>
        </w:tc>
        <w:tc>
          <w:tcPr>
            <w:tcW w:type="dxa" w:w="1279"/>
          </w:tcPr>
          <w:p>
            <w:pPr>
              <w:spacing w:after="0"/>
              <w:jc w:val="left"/>
            </w:pPr>
            <w:r>
              <w:rPr>
                <w:sz w:val="16"/>
              </w:rPr>
              <w:t>event-days per year</w:t>
            </w:r>
          </w:p>
        </w:tc>
        <w:tc>
          <w:tcPr>
            <w:tcW w:type="dxa" w:w="1589"/>
          </w:tcPr>
          <w:p>
            <w:pPr>
              <w:spacing w:after="0"/>
              <w:jc w:val="left"/>
            </w:pPr>
            <w:r>
              <w:rPr>
                <w:sz w:val="16"/>
              </w:rPr>
              <w:t>about 0.368 days per year</w:t>
            </w:r>
          </w:p>
        </w:tc>
        <w:tc>
          <w:tcPr>
            <w:tcW w:type="dxa" w:w="1037"/>
          </w:tcPr>
          <w:p>
            <w:pPr>
              <w:spacing w:after="0"/>
              <w:jc w:val="left"/>
            </w:pPr>
            <w:r>
              <w:rPr>
                <w:sz w:val="16"/>
              </w:rPr>
              <w:t>Possible</w:t>
            </w:r>
          </w:p>
        </w:tc>
        <w:tc>
          <w:tcPr>
            <w:tcW w:type="dxa" w:w="1994"/>
          </w:tcPr>
          <w:p>
            <w:pPr>
              <w:spacing w:after="0"/>
              <w:jc w:val="left"/>
            </w:pPr>
            <w:r>
              <w:rPr>
                <w:sz w:val="16"/>
              </w:rPr>
              <w:t>Storm Events event-days in 2 of 30 years, 1996 to 2025 (6.67%)</w:t>
            </w:r>
          </w:p>
        </w:tc>
        <w:tc>
          <w:tcPr>
            <w:tcW w:type="dxa" w:w="1524"/>
          </w:tcPr>
          <w:p>
            <w:pPr>
              <w:spacing w:after="0"/>
              <w:jc w:val="right"/>
            </w:pPr>
            <w:r>
              <w:rPr>
                <w:sz w:val="16"/>
              </w:rPr>
              <w:t>7</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Drought</w:t>
            </w:r>
          </w:p>
        </w:tc>
        <w:tc>
          <w:tcPr>
            <w:tcW w:type="dxa" w:w="1247"/>
          </w:tcPr>
          <w:p>
            <w:pPr>
              <w:spacing w:after="0"/>
              <w:jc w:val="right"/>
            </w:pPr>
            <w:r>
              <w:rPr>
                <w:sz w:val="16"/>
              </w:rPr>
              <w:t>106</w:t>
            </w:r>
          </w:p>
        </w:tc>
        <w:tc>
          <w:tcPr>
            <w:tcW w:type="dxa" w:w="1279"/>
          </w:tcPr>
          <w:p>
            <w:pPr>
              <w:spacing w:after="0"/>
              <w:jc w:val="left"/>
            </w:pPr>
            <w:r>
              <w:rPr>
                <w:sz w:val="16"/>
              </w:rPr>
              <w:t>event-days per year</w:t>
            </w:r>
          </w:p>
        </w:tc>
        <w:tc>
          <w:tcPr>
            <w:tcW w:type="dxa" w:w="1589"/>
          </w:tcPr>
          <w:p>
            <w:pPr>
              <w:spacing w:after="0"/>
              <w:jc w:val="left"/>
            </w:pPr>
            <w:r>
              <w:rPr>
                <w:sz w:val="16"/>
              </w:rPr>
              <w:t>about 106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13 of 30 years, 1996 to 2025 (43.3%)</w:t>
            </w:r>
          </w:p>
        </w:tc>
        <w:tc>
          <w:tcPr>
            <w:tcW w:type="dxa" w:w="1524"/>
          </w:tcPr>
          <w:p>
            <w:pPr>
              <w:spacing w:after="0"/>
              <w:jc w:val="right"/>
            </w:pPr>
            <w:r>
              <w:rPr>
                <w:sz w:val="16"/>
              </w:rPr>
              <w:t>3,003</w:t>
            </w:r>
          </w:p>
        </w:tc>
        <w:tc>
          <w:tcPr>
            <w:tcW w:type="dxa" w:w="151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Earthquake</w:t>
            </w:r>
          </w:p>
        </w:tc>
        <w:tc>
          <w:tcPr>
            <w:tcW w:type="dxa" w:w="1247"/>
          </w:tcPr>
          <w:p>
            <w:pPr>
              <w:spacing w:after="0"/>
              <w:jc w:val="right"/>
            </w:pPr>
            <w:r>
              <w:rPr>
                <w:sz w:val="16"/>
              </w:rPr>
              <w:t>0.000185</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has at least minor-damage shaking in a year: 0.0185%</w:t>
            </w:r>
          </w:p>
        </w:tc>
        <w:tc>
          <w:tcPr>
            <w:tcW w:type="dxa" w:w="1037"/>
          </w:tcPr>
          <w:p>
            <w:pPr>
              <w:spacing w:after="0"/>
              <w:jc w:val="left"/>
            </w:pPr>
          </w:p>
        </w:tc>
        <w:tc>
          <w:tcPr>
            <w:tcW w:type="dxa" w:w="1994"/>
          </w:tcPr>
          <w:p>
            <w:pPr>
              <w:spacing w:after="0"/>
              <w:jc w:val="left"/>
            </w:pP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7"/>
          </w:tcPr>
          <w:p>
            <w:pPr>
              <w:spacing w:after="0"/>
              <w:jc w:val="right"/>
            </w:pPr>
            <w:r>
              <w:rPr>
                <w:sz w:val="16"/>
              </w:rPr>
              <w:t>0.786</w:t>
            </w:r>
          </w:p>
        </w:tc>
        <w:tc>
          <w:tcPr>
            <w:tcW w:type="dxa" w:w="1279"/>
          </w:tcPr>
          <w:p>
            <w:pPr>
              <w:spacing w:after="0"/>
              <w:jc w:val="left"/>
            </w:pPr>
            <w:r>
              <w:rPr>
                <w:sz w:val="16"/>
              </w:rPr>
              <w:t>events per year</w:t>
            </w:r>
          </w:p>
        </w:tc>
        <w:tc>
          <w:tcPr>
            <w:tcW w:type="dxa" w:w="1589"/>
          </w:tcPr>
          <w:p>
            <w:pPr>
              <w:spacing w:after="0"/>
              <w:jc w:val="left"/>
            </w:pPr>
            <w:r>
              <w:rPr>
                <w:sz w:val="16"/>
              </w:rPr>
              <w:t>about 0.79 per year</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29.9 (modeled)</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Heat Wave</w:t>
            </w:r>
          </w:p>
        </w:tc>
        <w:tc>
          <w:tcPr>
            <w:tcW w:type="dxa" w:w="1247"/>
          </w:tcPr>
          <w:p>
            <w:pPr>
              <w:spacing w:after="0"/>
              <w:jc w:val="right"/>
            </w:pPr>
            <w:r>
              <w:rPr>
                <w:sz w:val="16"/>
              </w:rPr>
              <w:t>7.05</w:t>
            </w:r>
          </w:p>
        </w:tc>
        <w:tc>
          <w:tcPr>
            <w:tcW w:type="dxa" w:w="1279"/>
          </w:tcPr>
          <w:p>
            <w:pPr>
              <w:spacing w:after="0"/>
              <w:jc w:val="left"/>
            </w:pPr>
            <w:r>
              <w:rPr>
                <w:sz w:val="16"/>
              </w:rPr>
              <w:t>event-days per year</w:t>
            </w:r>
          </w:p>
        </w:tc>
        <w:tc>
          <w:tcPr>
            <w:tcW w:type="dxa" w:w="1589"/>
          </w:tcPr>
          <w:p>
            <w:pPr>
              <w:spacing w:after="0"/>
              <w:jc w:val="left"/>
            </w:pPr>
            <w:r>
              <w:rPr>
                <w:sz w:val="16"/>
              </w:rPr>
              <w:t>about 7.05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3 of 30 years, 1996 to 2025 (10%)</w:t>
            </w:r>
          </w:p>
        </w:tc>
        <w:tc>
          <w:tcPr>
            <w:tcW w:type="dxa" w:w="1524"/>
          </w:tcPr>
          <w:p>
            <w:pPr>
              <w:spacing w:after="0"/>
              <w:jc w:val="right"/>
            </w:pPr>
            <w:r>
              <w:rPr>
                <w:sz w:val="16"/>
              </w:rPr>
              <w:t>130</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Hurricane</w:t>
            </w:r>
          </w:p>
        </w:tc>
        <w:tc>
          <w:tcPr>
            <w:tcW w:type="dxa" w:w="1247"/>
          </w:tcPr>
          <w:p>
            <w:pPr>
              <w:spacing w:after="0"/>
              <w:jc w:val="right"/>
            </w:pPr>
            <w:r>
              <w:rPr>
                <w:sz w:val="16"/>
              </w:rPr>
              <w:t>0.0436</w:t>
            </w:r>
          </w:p>
        </w:tc>
        <w:tc>
          <w:tcPr>
            <w:tcW w:type="dxa" w:w="1279"/>
          </w:tcPr>
          <w:p>
            <w:pPr>
              <w:spacing w:after="0"/>
              <w:jc w:val="left"/>
            </w:pPr>
            <w:r>
              <w:rPr>
                <w:sz w:val="16"/>
              </w:rPr>
              <w:t>events per year</w:t>
            </w:r>
          </w:p>
        </w:tc>
        <w:tc>
          <w:tcPr>
            <w:tcW w:type="dxa" w:w="1589"/>
          </w:tcPr>
          <w:p>
            <w:pPr>
              <w:spacing w:after="0"/>
              <w:jc w:val="left"/>
            </w:pPr>
            <w:r>
              <w:rPr>
                <w:sz w:val="16"/>
              </w:rPr>
              <w:t>about 1 in 23 years</w:t>
            </w:r>
          </w:p>
        </w:tc>
        <w:tc>
          <w:tcPr>
            <w:tcW w:type="dxa" w:w="1037"/>
          </w:tcPr>
          <w:p>
            <w:pPr>
              <w:spacing w:after="0"/>
              <w:jc w:val="left"/>
            </w:pPr>
            <w:r>
              <w:rPr>
                <w:sz w:val="16"/>
              </w:rPr>
              <w:t>Possible</w:t>
            </w:r>
          </w:p>
        </w:tc>
        <w:tc>
          <w:tcPr>
            <w:tcW w:type="dxa" w:w="1994"/>
          </w:tcPr>
          <w:p>
            <w:pPr>
              <w:spacing w:after="0"/>
              <w:jc w:val="left"/>
            </w:pPr>
            <w:r>
              <w:rPr>
                <w:sz w:val="16"/>
              </w:rPr>
              <w:t>FEMA annualized frequency (modeled)</w:t>
            </w:r>
          </w:p>
        </w:tc>
        <w:tc>
          <w:tcPr>
            <w:tcW w:type="dxa" w:w="1524"/>
          </w:tcPr>
          <w:p>
            <w:pPr>
              <w:spacing w:after="0"/>
              <w:jc w:val="right"/>
            </w:pPr>
            <w:r>
              <w:rPr>
                <w:sz w:val="16"/>
              </w:rPr>
              <w:t>14</w:t>
            </w:r>
          </w:p>
        </w:tc>
        <w:tc>
          <w:tcPr>
            <w:tcW w:type="dxa" w:w="1515"/>
          </w:tcPr>
          <w:p>
            <w:pPr>
              <w:spacing w:after="0"/>
              <w:jc w:val="left"/>
            </w:pPr>
            <w:r>
              <w:rPr>
                <w:sz w:val="16"/>
              </w:rPr>
              <w:t>1851 to 2024 (Atlantic)</w:t>
            </w:r>
          </w:p>
        </w:tc>
        <w:tc>
          <w:tcPr>
            <w:tcW w:type="dxa" w:w="1037"/>
          </w:tcPr>
          <w:p>
            <w:pPr>
              <w:spacing w:after="0"/>
              <w:jc w:val="left"/>
            </w:pPr>
            <w:r>
              <w:rPr>
                <w:sz w:val="16"/>
              </w:rPr>
              <w:t>see B1-f</w:t>
            </w:r>
          </w:p>
        </w:tc>
        <w:tc>
          <w:tcPr>
            <w:tcW w:type="dxa" w:w="185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7"/>
          </w:tcPr>
          <w:p>
            <w:pPr>
              <w:spacing w:after="0"/>
              <w:jc w:val="right"/>
            </w:pPr>
            <w:r>
              <w:rPr>
                <w:sz w:val="16"/>
              </w:rPr>
              <w:t>0.0637</w:t>
            </w:r>
          </w:p>
        </w:tc>
        <w:tc>
          <w:tcPr>
            <w:tcW w:type="dxa" w:w="1279"/>
          </w:tcPr>
          <w:p>
            <w:pPr>
              <w:spacing w:after="0"/>
              <w:jc w:val="left"/>
            </w:pPr>
            <w:r>
              <w:rPr>
                <w:sz w:val="16"/>
              </w:rPr>
              <w:t>event-days per year</w:t>
            </w:r>
          </w:p>
        </w:tc>
        <w:tc>
          <w:tcPr>
            <w:tcW w:type="dxa" w:w="1589"/>
          </w:tcPr>
          <w:p>
            <w:pPr>
              <w:spacing w:after="0"/>
              <w:jc w:val="left"/>
            </w:pPr>
            <w:r>
              <w:rPr>
                <w:sz w:val="16"/>
              </w:rPr>
              <w:t>about 0.0637 days per year</w:t>
            </w:r>
          </w:p>
        </w:tc>
        <w:tc>
          <w:tcPr>
            <w:tcW w:type="dxa" w:w="1037"/>
          </w:tcPr>
          <w:p>
            <w:pPr>
              <w:spacing w:after="0"/>
              <w:jc w:val="left"/>
            </w:pPr>
          </w:p>
        </w:tc>
        <w:tc>
          <w:tcPr>
            <w:tcW w:type="dxa" w:w="1994"/>
          </w:tcPr>
          <w:p>
            <w:pPr>
              <w:spacing w:after="0"/>
              <w:jc w:val="left"/>
            </w:pPr>
            <w:r>
              <w:rPr>
                <w:sz w:val="16"/>
              </w:rPr>
              <w:t>Storm Events event-days in 0 of 30 years, 1996 to 2025 (0%)</w:t>
            </w:r>
          </w:p>
        </w:tc>
        <w:tc>
          <w:tcPr>
            <w:tcW w:type="dxa" w:w="1524"/>
          </w:tcPr>
          <w:p>
            <w:pPr>
              <w:spacing w:after="0"/>
              <w:jc w:val="right"/>
            </w:pPr>
            <w:r>
              <w:rPr>
                <w:sz w:val="16"/>
              </w:rPr>
              <w:t>5</w:t>
            </w:r>
          </w:p>
        </w:tc>
        <w:tc>
          <w:tcPr>
            <w:tcW w:type="dxa" w:w="1515"/>
          </w:tcPr>
          <w:p>
            <w:pPr>
              <w:spacing w:after="0"/>
              <w:jc w:val="left"/>
            </w:pPr>
            <w:r>
              <w:rPr>
                <w:sz w:val="16"/>
              </w:rPr>
              <w:t>1946-12-31 to 2014-02-12 (67 years)</w:t>
            </w:r>
          </w:p>
        </w:tc>
        <w:tc>
          <w:tcPr>
            <w:tcW w:type="dxa" w:w="1037"/>
          </w:tcPr>
          <w:p>
            <w:pPr>
              <w:spacing w:after="0"/>
              <w:jc w:val="left"/>
            </w:pPr>
            <w:r>
              <w:rPr>
                <w:sz w:val="16"/>
              </w:rPr>
              <w:t>countywide</w:t>
            </w:r>
          </w:p>
        </w:tc>
        <w:tc>
          <w:tcPr>
            <w:tcW w:type="dxa" w:w="1853"/>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47"/>
          </w:tcPr>
          <w:p>
            <w:pPr>
              <w:spacing w:after="0"/>
              <w:jc w:val="right"/>
            </w:pPr>
            <w:r>
              <w:rPr>
                <w:sz w:val="16"/>
              </w:rPr>
              <w:t>1.71</w:t>
            </w:r>
          </w:p>
        </w:tc>
        <w:tc>
          <w:tcPr>
            <w:tcW w:type="dxa" w:w="1279"/>
          </w:tcPr>
          <w:p>
            <w:pPr>
              <w:spacing w:after="0"/>
              <w:jc w:val="left"/>
            </w:pPr>
            <w:r>
              <w:rPr>
                <w:sz w:val="16"/>
              </w:rPr>
              <w:t>event-days per year</w:t>
            </w:r>
          </w:p>
        </w:tc>
        <w:tc>
          <w:tcPr>
            <w:tcW w:type="dxa" w:w="1589"/>
          </w:tcPr>
          <w:p>
            <w:pPr>
              <w:spacing w:after="0"/>
              <w:jc w:val="left"/>
            </w:pPr>
            <w:r>
              <w:rPr>
                <w:sz w:val="16"/>
              </w:rPr>
              <w:t>about 1.71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18 of 30 years, 1996 to 2025 (60%)</w:t>
            </w:r>
          </w:p>
        </w:tc>
        <w:tc>
          <w:tcPr>
            <w:tcW w:type="dxa" w:w="1524"/>
          </w:tcPr>
          <w:p>
            <w:pPr>
              <w:spacing w:after="0"/>
              <w:jc w:val="right"/>
            </w:pPr>
            <w:r>
              <w:rPr>
                <w:sz w:val="16"/>
              </w:rPr>
              <w:t>48</w:t>
            </w:r>
          </w:p>
        </w:tc>
        <w:tc>
          <w:tcPr>
            <w:tcW w:type="dxa" w:w="1515"/>
          </w:tcPr>
          <w:p>
            <w:pPr>
              <w:spacing w:after="0"/>
              <w:jc w:val="left"/>
            </w:pPr>
            <w:r>
              <w:rPr>
                <w:sz w:val="16"/>
              </w:rPr>
              <w:t>1996 to 2023 (28 years)</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Landslide</w:t>
            </w:r>
          </w:p>
        </w:tc>
        <w:tc>
          <w:tcPr>
            <w:tcW w:type="dxa" w:w="1247"/>
          </w:tcPr>
          <w:p>
            <w:pPr>
              <w:spacing w:after="0"/>
              <w:jc w:val="right"/>
            </w:pPr>
            <w:r>
              <w:rPr>
                <w:sz w:val="16"/>
              </w:rPr>
              <w:t>0.113</w:t>
            </w:r>
          </w:p>
        </w:tc>
        <w:tc>
          <w:tcPr>
            <w:tcW w:type="dxa" w:w="1279"/>
          </w:tcPr>
          <w:p>
            <w:pPr>
              <w:spacing w:after="0"/>
              <w:jc w:val="left"/>
            </w:pPr>
            <w:r>
              <w:rPr>
                <w:sz w:val="16"/>
              </w:rPr>
              <w:t>events per year (modeled)</w:t>
            </w:r>
          </w:p>
        </w:tc>
        <w:tc>
          <w:tcPr>
            <w:tcW w:type="dxa" w:w="1589"/>
          </w:tcPr>
          <w:p>
            <w:pPr>
              <w:spacing w:after="0"/>
              <w:jc w:val="left"/>
            </w:pPr>
            <w:r>
              <w:rPr>
                <w:sz w:val="16"/>
              </w:rPr>
              <w:t>about 1 in 9 years</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Lightning</w:t>
            </w:r>
          </w:p>
        </w:tc>
        <w:tc>
          <w:tcPr>
            <w:tcW w:type="dxa" w:w="1247"/>
          </w:tcPr>
          <w:p>
            <w:pPr>
              <w:spacing w:after="0"/>
              <w:jc w:val="right"/>
            </w:pPr>
            <w:r>
              <w:rPr>
                <w:sz w:val="16"/>
              </w:rPr>
              <w:t>34.9</w:t>
            </w:r>
          </w:p>
        </w:tc>
        <w:tc>
          <w:tcPr>
            <w:tcW w:type="dxa" w:w="1279"/>
          </w:tcPr>
          <w:p>
            <w:pPr>
              <w:spacing w:after="0"/>
              <w:jc w:val="left"/>
            </w:pPr>
            <w:r>
              <w:rPr>
                <w:sz w:val="16"/>
              </w:rPr>
              <w:t>days per year with a strike</w:t>
            </w:r>
          </w:p>
        </w:tc>
        <w:tc>
          <w:tcPr>
            <w:tcW w:type="dxa" w:w="1589"/>
          </w:tcPr>
          <w:p>
            <w:pPr>
              <w:spacing w:after="0"/>
              <w:jc w:val="left"/>
            </w:pPr>
            <w:r>
              <w:rPr>
                <w:sz w:val="16"/>
              </w:rPr>
              <w:t>about 34.9 days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1995 to 2023 (29 years; CONUS)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Strong Wind</w:t>
            </w:r>
          </w:p>
        </w:tc>
        <w:tc>
          <w:tcPr>
            <w:tcW w:type="dxa" w:w="1247"/>
          </w:tcPr>
          <w:p>
            <w:pPr>
              <w:spacing w:after="0"/>
              <w:jc w:val="right"/>
            </w:pPr>
            <w:r>
              <w:rPr>
                <w:sz w:val="16"/>
              </w:rPr>
              <w:t>0.238</w:t>
            </w:r>
          </w:p>
        </w:tc>
        <w:tc>
          <w:tcPr>
            <w:tcW w:type="dxa" w:w="1279"/>
          </w:tcPr>
          <w:p>
            <w:pPr>
              <w:spacing w:after="0"/>
              <w:jc w:val="left"/>
            </w:pPr>
            <w:r>
              <w:rPr>
                <w:sz w:val="16"/>
              </w:rPr>
              <w:t>events per year</w:t>
            </w:r>
          </w:p>
        </w:tc>
        <w:tc>
          <w:tcPr>
            <w:tcW w:type="dxa" w:w="1589"/>
          </w:tcPr>
          <w:p>
            <w:pPr>
              <w:spacing w:after="0"/>
              <w:jc w:val="left"/>
            </w:pPr>
            <w:r>
              <w:rPr>
                <w:sz w:val="16"/>
              </w:rPr>
              <w:t>about 1 in 4 years</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10</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Tornado</w:t>
            </w:r>
          </w:p>
        </w:tc>
        <w:tc>
          <w:tcPr>
            <w:tcW w:type="dxa" w:w="1247"/>
          </w:tcPr>
          <w:p>
            <w:pPr>
              <w:spacing w:after="0"/>
              <w:jc w:val="right"/>
            </w:pPr>
            <w:r>
              <w:rPr>
                <w:sz w:val="16"/>
              </w:rPr>
              <w:t>0.101</w:t>
            </w:r>
          </w:p>
        </w:tc>
        <w:tc>
          <w:tcPr>
            <w:tcW w:type="dxa" w:w="1279"/>
          </w:tcPr>
          <w:p>
            <w:pPr>
              <w:spacing w:after="0"/>
              <w:jc w:val="left"/>
            </w:pPr>
            <w:r>
              <w:rPr>
                <w:sz w:val="16"/>
              </w:rPr>
              <w:t>events per year</w:t>
            </w:r>
          </w:p>
        </w:tc>
        <w:tc>
          <w:tcPr>
            <w:tcW w:type="dxa" w:w="1589"/>
          </w:tcPr>
          <w:p>
            <w:pPr>
              <w:spacing w:after="0"/>
              <w:jc w:val="left"/>
            </w:pPr>
            <w:r>
              <w:rPr>
                <w:sz w:val="16"/>
              </w:rPr>
              <w:t>about 1 in 10 years</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1950 to 2023 (EF2+); 1986 to 2023 (EF0-1)</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Wildfire</w:t>
            </w:r>
          </w:p>
        </w:tc>
        <w:tc>
          <w:tcPr>
            <w:tcW w:type="dxa" w:w="1247"/>
          </w:tcPr>
          <w:p>
            <w:pPr>
              <w:spacing w:after="0"/>
              <w:jc w:val="right"/>
            </w:pPr>
            <w:r>
              <w:rPr>
                <w:sz w:val="16"/>
              </w:rPr>
              <w:t>0.00143</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burns in a year: 0.143%</w:t>
            </w:r>
          </w:p>
        </w:tc>
        <w:tc>
          <w:tcPr>
            <w:tcW w:type="dxa" w:w="1037"/>
          </w:tcPr>
          <w:p>
            <w:pPr>
              <w:spacing w:after="0"/>
              <w:jc w:val="left"/>
            </w:pPr>
            <w:r>
              <w:rPr>
                <w:sz w:val="16"/>
              </w:rPr>
              <w:t>Possible</w:t>
            </w:r>
          </w:p>
        </w:tc>
        <w:tc>
          <w:tcPr>
            <w:tcW w:type="dxa" w:w="1994"/>
          </w:tcPr>
          <w:p>
            <w:pPr>
              <w:spacing w:after="0"/>
              <w:jc w:val="left"/>
            </w:pPr>
            <w:r>
              <w:rPr>
                <w:sz w:val="16"/>
              </w:rPr>
              <w:t>Storm Events records in 1 of 30 years, 1996 to 2025 (3.33%)</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Winter Weather</w:t>
            </w:r>
          </w:p>
        </w:tc>
        <w:tc>
          <w:tcPr>
            <w:tcW w:type="dxa" w:w="1247"/>
          </w:tcPr>
          <w:p>
            <w:pPr>
              <w:spacing w:after="0"/>
              <w:jc w:val="right"/>
            </w:pPr>
            <w:r>
              <w:rPr>
                <w:sz w:val="16"/>
              </w:rPr>
              <w:t>1.05</w:t>
            </w:r>
          </w:p>
        </w:tc>
        <w:tc>
          <w:tcPr>
            <w:tcW w:type="dxa" w:w="1279"/>
          </w:tcPr>
          <w:p>
            <w:pPr>
              <w:spacing w:after="0"/>
              <w:jc w:val="left"/>
            </w:pPr>
            <w:r>
              <w:rPr>
                <w:sz w:val="16"/>
              </w:rPr>
              <w:t>event-days per year</w:t>
            </w:r>
          </w:p>
        </w:tc>
        <w:tc>
          <w:tcPr>
            <w:tcW w:type="dxa" w:w="1589"/>
          </w:tcPr>
          <w:p>
            <w:pPr>
              <w:spacing w:after="0"/>
              <w:jc w:val="left"/>
            </w:pPr>
            <w:r>
              <w:rPr>
                <w:sz w:val="16"/>
              </w:rPr>
              <w:t>about 1.05 days per year</w:t>
            </w:r>
          </w:p>
        </w:tc>
        <w:tc>
          <w:tcPr>
            <w:tcW w:type="dxa" w:w="1037"/>
          </w:tcPr>
          <w:p>
            <w:pPr>
              <w:spacing w:after="0"/>
              <w:jc w:val="left"/>
            </w:pPr>
            <w:r>
              <w:rPr>
                <w:sz w:val="16"/>
              </w:rPr>
              <w:t>Possible</w:t>
            </w:r>
          </w:p>
        </w:tc>
        <w:tc>
          <w:tcPr>
            <w:tcW w:type="dxa" w:w="1994"/>
          </w:tcPr>
          <w:p>
            <w:pPr>
              <w:spacing w:after="0"/>
              <w:jc w:val="left"/>
            </w:pPr>
            <w:r>
              <w:rPr>
                <w:sz w:val="16"/>
              </w:rPr>
              <w:t>Storm Events event-days in 2 of 30 years, 1996 to 2025 (6.67%)</w:t>
            </w:r>
          </w:p>
        </w:tc>
        <w:tc>
          <w:tcPr>
            <w:tcW w:type="dxa" w:w="1524"/>
          </w:tcPr>
          <w:p>
            <w:pPr>
              <w:spacing w:after="0"/>
              <w:jc w:val="right"/>
            </w:pPr>
            <w:r>
              <w:rPr>
                <w:sz w:val="16"/>
              </w:rPr>
              <w:t>20</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29</w:t>
            </w:r>
          </w:p>
        </w:tc>
        <w:tc>
          <w:tcPr>
            <w:tcW w:type="dxa" w:w="1381"/>
          </w:tcPr>
          <w:p>
            <w:pPr>
              <w:spacing w:after="0"/>
              <w:jc w:val="right"/>
            </w:pPr>
            <w:r>
              <w:rPr>
                <w:sz w:val="16"/>
              </w:rPr>
              <w:t>30</w:t>
            </w:r>
          </w:p>
        </w:tc>
        <w:tc>
          <w:tcPr>
            <w:tcW w:type="dxa" w:w="1381"/>
          </w:tcPr>
          <w:p>
            <w:pPr>
              <w:spacing w:after="0"/>
              <w:jc w:val="right"/>
            </w:pPr>
            <w:r>
              <w:rPr>
                <w:sz w:val="16"/>
              </w:rPr>
              <w:t>0.967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77"/>
        <w:gridCol w:w="1493"/>
        <w:gridCol w:w="1423"/>
        <w:gridCol w:w="1493"/>
        <w:gridCol w:w="1423"/>
        <w:gridCol w:w="6003"/>
      </w:tblGrid>
      <w:tr>
        <w:trPr>
          <w:cantSplit/>
          <w:tblHeader/>
        </w:trPr>
        <w:tc>
          <w:tcPr>
            <w:tcW w:type="dxa" w:w="2277"/>
            <w:vMerge w:val="restart"/>
            <w:shd w:val="clear" w:color="auto" w:fill="E8E8E8"/>
          </w:tcPr>
          <w:p>
            <w:pPr>
              <w:spacing w:after="0"/>
              <w:jc w:val="left"/>
            </w:pPr>
            <w:r>
              <w:rPr>
                <w:b/>
                <w:sz w:val="16"/>
              </w:rPr>
              <w:t>Hazard</w:t>
            </w:r>
          </w:p>
        </w:tc>
        <w:tc>
          <w:tcPr>
            <w:tcW w:type="dxa" w:w="1493"/>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003"/>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23"/>
            <w:shd w:val="clear" w:color="auto" w:fill="E8E8E8"/>
          </w:tcPr>
          <w:p>
            <w:pPr>
              <w:spacing w:after="0"/>
              <w:jc w:val="right"/>
            </w:pPr>
            <w:r>
              <w:rPr>
                <w:b/>
                <w:sz w:val="16"/>
              </w:rPr>
              <w:t>Min</w:t>
            </w:r>
          </w:p>
        </w:tc>
        <w:tc>
          <w:tcPr>
            <w:tcW w:type="dxa" w:w="1493"/>
            <w:shd w:val="clear" w:color="auto" w:fill="E8E8E8"/>
          </w:tcPr>
          <w:p>
            <w:pPr>
              <w:spacing w:after="0"/>
              <w:jc w:val="right"/>
            </w:pPr>
            <w:r>
              <w:rPr>
                <w:b/>
                <w:sz w:val="16"/>
              </w:rPr>
              <w:t>Median</w:t>
            </w:r>
          </w:p>
        </w:tc>
        <w:tc>
          <w:tcPr>
            <w:tcW w:type="dxa" w:w="1423"/>
            <w:shd w:val="clear" w:color="auto" w:fill="E8E8E8"/>
          </w:tcPr>
          <w:p>
            <w:pPr>
              <w:spacing w:after="0"/>
              <w:jc w:val="right"/>
            </w:pPr>
            <w:r>
              <w:rPr>
                <w:b/>
                <w:sz w:val="16"/>
              </w:rPr>
              <w:t>Max</w:t>
            </w:r>
          </w:p>
        </w:tc>
        <w:tc>
          <w:tcPr>
            <w:tcW w:type="dxa" w:w="2352"/>
            <w:vMerge/>
          </w:tcPr>
          <w:p/>
        </w:tc>
      </w:tr>
      <w:tr>
        <w:trPr>
          <w:cantSplit/>
        </w:trPr>
        <w:tc>
          <w:tcPr>
            <w:tcW w:type="dxa" w:w="2277"/>
          </w:tcPr>
          <w:p>
            <w:pPr>
              <w:spacing w:after="0"/>
              <w:jc w:val="left"/>
            </w:pPr>
            <w:r>
              <w:rPr>
                <w:sz w:val="16"/>
              </w:rPr>
              <w:t>Cold Wave</w:t>
            </w:r>
          </w:p>
        </w:tc>
        <w:tc>
          <w:tcPr>
            <w:tcW w:type="dxa" w:w="1493"/>
          </w:tcPr>
          <w:p>
            <w:pPr>
              <w:spacing w:after="0"/>
              <w:jc w:val="right"/>
            </w:pPr>
            <w:r>
              <w:rPr>
                <w:sz w:val="16"/>
              </w:rPr>
              <w:t>3 of 3</w:t>
            </w:r>
          </w:p>
        </w:tc>
        <w:tc>
          <w:tcPr>
            <w:tcW w:type="dxa" w:w="1423"/>
          </w:tcPr>
          <w:p>
            <w:pPr>
              <w:spacing w:after="0"/>
              <w:jc w:val="right"/>
            </w:pPr>
            <w:r>
              <w:rPr>
                <w:sz w:val="16"/>
              </w:rPr>
              <w:t>80.4</w:t>
            </w:r>
          </w:p>
        </w:tc>
        <w:tc>
          <w:tcPr>
            <w:tcW w:type="dxa" w:w="1493"/>
          </w:tcPr>
          <w:p>
            <w:pPr>
              <w:spacing w:after="0"/>
              <w:jc w:val="right"/>
            </w:pPr>
            <w:r>
              <w:rPr>
                <w:sz w:val="16"/>
              </w:rPr>
              <w:t>83.7</w:t>
            </w:r>
          </w:p>
        </w:tc>
        <w:tc>
          <w:tcPr>
            <w:tcW w:type="dxa" w:w="1423"/>
          </w:tcPr>
          <w:p>
            <w:pPr>
              <w:spacing w:after="0"/>
              <w:jc w:val="right"/>
            </w:pPr>
            <w:r>
              <w:rPr>
                <w:sz w:val="16"/>
              </w:rPr>
              <w:t>95.7</w:t>
            </w:r>
          </w:p>
        </w:tc>
        <w:tc>
          <w:tcPr>
            <w:tcW w:type="dxa" w:w="6003"/>
          </w:tcPr>
          <w:p>
            <w:pPr>
              <w:spacing w:after="0"/>
              <w:jc w:val="left"/>
            </w:pPr>
            <w:r>
              <w:rPr>
                <w:sz w:val="16"/>
              </w:rPr>
              <w:t>Very High 1, Relatively High 2</w:t>
            </w:r>
          </w:p>
        </w:tc>
      </w:tr>
      <w:tr>
        <w:trPr>
          <w:cantSplit/>
        </w:trPr>
        <w:tc>
          <w:tcPr>
            <w:tcW w:type="dxa" w:w="2277"/>
          </w:tcPr>
          <w:p>
            <w:pPr>
              <w:spacing w:after="0"/>
              <w:jc w:val="left"/>
            </w:pPr>
            <w:r>
              <w:rPr>
                <w:sz w:val="16"/>
              </w:rPr>
              <w:t>Drought</w:t>
            </w:r>
          </w:p>
        </w:tc>
        <w:tc>
          <w:tcPr>
            <w:tcW w:type="dxa" w:w="1493"/>
          </w:tcPr>
          <w:p>
            <w:pPr>
              <w:spacing w:after="0"/>
              <w:jc w:val="right"/>
            </w:pPr>
            <w:r>
              <w:rPr>
                <w:sz w:val="16"/>
              </w:rPr>
              <w:t>3 of 3</w:t>
            </w:r>
          </w:p>
        </w:tc>
        <w:tc>
          <w:tcPr>
            <w:tcW w:type="dxa" w:w="1423"/>
          </w:tcPr>
          <w:p>
            <w:pPr>
              <w:spacing w:after="0"/>
              <w:jc w:val="right"/>
            </w:pPr>
            <w:r>
              <w:rPr>
                <w:sz w:val="16"/>
              </w:rPr>
              <w:t>78.8</w:t>
            </w:r>
          </w:p>
        </w:tc>
        <w:tc>
          <w:tcPr>
            <w:tcW w:type="dxa" w:w="1493"/>
          </w:tcPr>
          <w:p>
            <w:pPr>
              <w:spacing w:after="0"/>
              <w:jc w:val="right"/>
            </w:pPr>
            <w:r>
              <w:rPr>
                <w:sz w:val="16"/>
              </w:rPr>
              <w:t>98.3</w:t>
            </w:r>
          </w:p>
        </w:tc>
        <w:tc>
          <w:tcPr>
            <w:tcW w:type="dxa" w:w="1423"/>
          </w:tcPr>
          <w:p>
            <w:pPr>
              <w:spacing w:after="0"/>
              <w:jc w:val="right"/>
            </w:pPr>
            <w:r>
              <w:rPr>
                <w:sz w:val="16"/>
              </w:rPr>
              <w:t>98.6</w:t>
            </w:r>
          </w:p>
        </w:tc>
        <w:tc>
          <w:tcPr>
            <w:tcW w:type="dxa" w:w="6003"/>
          </w:tcPr>
          <w:p>
            <w:pPr>
              <w:spacing w:after="0"/>
              <w:jc w:val="left"/>
            </w:pPr>
            <w:r>
              <w:rPr>
                <w:sz w:val="16"/>
              </w:rPr>
              <w:t>Relatively High 2, Very Low 1</w:t>
            </w:r>
          </w:p>
        </w:tc>
      </w:tr>
      <w:tr>
        <w:trPr>
          <w:cantSplit/>
        </w:trPr>
        <w:tc>
          <w:tcPr>
            <w:tcW w:type="dxa" w:w="2277"/>
          </w:tcPr>
          <w:p>
            <w:pPr>
              <w:spacing w:after="0"/>
              <w:jc w:val="left"/>
            </w:pPr>
            <w:r>
              <w:rPr>
                <w:sz w:val="16"/>
              </w:rPr>
              <w:t>Earthquake</w:t>
            </w:r>
          </w:p>
        </w:tc>
        <w:tc>
          <w:tcPr>
            <w:tcW w:type="dxa" w:w="1493"/>
          </w:tcPr>
          <w:p>
            <w:pPr>
              <w:spacing w:after="0"/>
              <w:jc w:val="right"/>
            </w:pPr>
            <w:r>
              <w:rPr>
                <w:sz w:val="16"/>
              </w:rPr>
              <w:t>3 of 3</w:t>
            </w:r>
          </w:p>
        </w:tc>
        <w:tc>
          <w:tcPr>
            <w:tcW w:type="dxa" w:w="1423"/>
          </w:tcPr>
          <w:p>
            <w:pPr>
              <w:spacing w:after="0"/>
              <w:jc w:val="right"/>
            </w:pPr>
            <w:r>
              <w:rPr>
                <w:sz w:val="16"/>
              </w:rPr>
              <w:t>10.5</w:t>
            </w:r>
          </w:p>
        </w:tc>
        <w:tc>
          <w:tcPr>
            <w:tcW w:type="dxa" w:w="1493"/>
          </w:tcPr>
          <w:p>
            <w:pPr>
              <w:spacing w:after="0"/>
              <w:jc w:val="right"/>
            </w:pPr>
            <w:r>
              <w:rPr>
                <w:sz w:val="16"/>
              </w:rPr>
              <w:t>11.7</w:t>
            </w:r>
          </w:p>
        </w:tc>
        <w:tc>
          <w:tcPr>
            <w:tcW w:type="dxa" w:w="1423"/>
          </w:tcPr>
          <w:p>
            <w:pPr>
              <w:spacing w:after="0"/>
              <w:jc w:val="right"/>
            </w:pPr>
            <w:r>
              <w:rPr>
                <w:sz w:val="16"/>
              </w:rPr>
              <w:t>11.7</w:t>
            </w:r>
          </w:p>
        </w:tc>
        <w:tc>
          <w:tcPr>
            <w:tcW w:type="dxa" w:w="6003"/>
          </w:tcPr>
          <w:p>
            <w:pPr>
              <w:spacing w:after="0"/>
              <w:jc w:val="left"/>
            </w:pPr>
            <w:r>
              <w:rPr>
                <w:sz w:val="16"/>
              </w:rPr>
              <w:t>Very Low 3</w:t>
            </w:r>
          </w:p>
        </w:tc>
      </w:tr>
      <w:tr>
        <w:trPr>
          <w:cantSplit/>
        </w:trPr>
        <w:tc>
          <w:tcPr>
            <w:tcW w:type="dxa" w:w="2277"/>
          </w:tcPr>
          <w:p>
            <w:pPr>
              <w:spacing w:after="0"/>
              <w:jc w:val="left"/>
            </w:pPr>
            <w:r>
              <w:rPr>
                <w:sz w:val="16"/>
              </w:rPr>
              <w:t>Hail</w:t>
            </w:r>
          </w:p>
        </w:tc>
        <w:tc>
          <w:tcPr>
            <w:tcW w:type="dxa" w:w="1493"/>
          </w:tcPr>
          <w:p>
            <w:pPr>
              <w:spacing w:after="0"/>
              <w:jc w:val="right"/>
            </w:pPr>
            <w:r>
              <w:rPr>
                <w:sz w:val="16"/>
              </w:rPr>
              <w:t>3 of 3</w:t>
            </w:r>
          </w:p>
        </w:tc>
        <w:tc>
          <w:tcPr>
            <w:tcW w:type="dxa" w:w="1423"/>
          </w:tcPr>
          <w:p>
            <w:pPr>
              <w:spacing w:after="0"/>
              <w:jc w:val="right"/>
            </w:pPr>
            <w:r>
              <w:rPr>
                <w:sz w:val="16"/>
              </w:rPr>
              <w:t>70.1</w:t>
            </w:r>
          </w:p>
        </w:tc>
        <w:tc>
          <w:tcPr>
            <w:tcW w:type="dxa" w:w="1493"/>
          </w:tcPr>
          <w:p>
            <w:pPr>
              <w:spacing w:after="0"/>
              <w:jc w:val="right"/>
            </w:pPr>
            <w:r>
              <w:rPr>
                <w:sz w:val="16"/>
              </w:rPr>
              <w:t>73.1</w:t>
            </w:r>
          </w:p>
        </w:tc>
        <w:tc>
          <w:tcPr>
            <w:tcW w:type="dxa" w:w="1423"/>
          </w:tcPr>
          <w:p>
            <w:pPr>
              <w:spacing w:after="0"/>
              <w:jc w:val="right"/>
            </w:pPr>
            <w:r>
              <w:rPr>
                <w:sz w:val="16"/>
              </w:rPr>
              <w:t>73.7</w:t>
            </w:r>
          </w:p>
        </w:tc>
        <w:tc>
          <w:tcPr>
            <w:tcW w:type="dxa" w:w="6003"/>
          </w:tcPr>
          <w:p>
            <w:pPr>
              <w:spacing w:after="0"/>
              <w:jc w:val="left"/>
            </w:pPr>
            <w:r>
              <w:rPr>
                <w:sz w:val="16"/>
              </w:rPr>
              <w:t>Relatively Moderate 3</w:t>
            </w:r>
          </w:p>
        </w:tc>
      </w:tr>
      <w:tr>
        <w:trPr>
          <w:cantSplit/>
        </w:trPr>
        <w:tc>
          <w:tcPr>
            <w:tcW w:type="dxa" w:w="2277"/>
          </w:tcPr>
          <w:p>
            <w:pPr>
              <w:spacing w:after="0"/>
              <w:jc w:val="left"/>
            </w:pPr>
            <w:r>
              <w:rPr>
                <w:sz w:val="16"/>
              </w:rPr>
              <w:t>Heat Wave</w:t>
            </w:r>
          </w:p>
        </w:tc>
        <w:tc>
          <w:tcPr>
            <w:tcW w:type="dxa" w:w="1493"/>
          </w:tcPr>
          <w:p>
            <w:pPr>
              <w:spacing w:after="0"/>
              <w:jc w:val="right"/>
            </w:pPr>
            <w:r>
              <w:rPr>
                <w:sz w:val="16"/>
              </w:rPr>
              <w:t>3 of 3</w:t>
            </w:r>
          </w:p>
        </w:tc>
        <w:tc>
          <w:tcPr>
            <w:tcW w:type="dxa" w:w="1423"/>
          </w:tcPr>
          <w:p>
            <w:pPr>
              <w:spacing w:after="0"/>
              <w:jc w:val="right"/>
            </w:pPr>
            <w:r>
              <w:rPr>
                <w:sz w:val="16"/>
              </w:rPr>
              <w:t>99.0</w:t>
            </w:r>
          </w:p>
        </w:tc>
        <w:tc>
          <w:tcPr>
            <w:tcW w:type="dxa" w:w="1493"/>
          </w:tcPr>
          <w:p>
            <w:pPr>
              <w:spacing w:after="0"/>
              <w:jc w:val="right"/>
            </w:pPr>
            <w:r>
              <w:rPr>
                <w:sz w:val="16"/>
              </w:rPr>
              <w:t>99.4</w:t>
            </w:r>
          </w:p>
        </w:tc>
        <w:tc>
          <w:tcPr>
            <w:tcW w:type="dxa" w:w="1423"/>
          </w:tcPr>
          <w:p>
            <w:pPr>
              <w:spacing w:after="0"/>
              <w:jc w:val="right"/>
            </w:pPr>
            <w:r>
              <w:rPr>
                <w:sz w:val="16"/>
              </w:rPr>
              <w:t>100.0</w:t>
            </w:r>
          </w:p>
        </w:tc>
        <w:tc>
          <w:tcPr>
            <w:tcW w:type="dxa" w:w="6003"/>
          </w:tcPr>
          <w:p>
            <w:pPr>
              <w:spacing w:after="0"/>
              <w:jc w:val="left"/>
            </w:pPr>
            <w:r>
              <w:rPr>
                <w:sz w:val="16"/>
              </w:rPr>
              <w:t>Very High 3</w:t>
            </w:r>
          </w:p>
        </w:tc>
      </w:tr>
      <w:tr>
        <w:trPr>
          <w:cantSplit/>
        </w:trPr>
        <w:tc>
          <w:tcPr>
            <w:tcW w:type="dxa" w:w="2277"/>
          </w:tcPr>
          <w:p>
            <w:pPr>
              <w:spacing w:after="0"/>
              <w:jc w:val="left"/>
            </w:pPr>
            <w:r>
              <w:rPr>
                <w:sz w:val="16"/>
              </w:rPr>
              <w:t>Hurricane</w:t>
            </w:r>
          </w:p>
        </w:tc>
        <w:tc>
          <w:tcPr>
            <w:tcW w:type="dxa" w:w="1493"/>
          </w:tcPr>
          <w:p>
            <w:pPr>
              <w:spacing w:after="0"/>
              <w:jc w:val="right"/>
            </w:pPr>
            <w:r>
              <w:rPr>
                <w:sz w:val="16"/>
              </w:rPr>
              <w:t>3 of 3</w:t>
            </w:r>
          </w:p>
        </w:tc>
        <w:tc>
          <w:tcPr>
            <w:tcW w:type="dxa" w:w="1423"/>
          </w:tcPr>
          <w:p>
            <w:pPr>
              <w:spacing w:after="0"/>
              <w:jc w:val="right"/>
            </w:pPr>
            <w:r>
              <w:rPr>
                <w:sz w:val="16"/>
              </w:rPr>
              <w:t>71.7</w:t>
            </w:r>
          </w:p>
        </w:tc>
        <w:tc>
          <w:tcPr>
            <w:tcW w:type="dxa" w:w="1493"/>
          </w:tcPr>
          <w:p>
            <w:pPr>
              <w:spacing w:after="0"/>
              <w:jc w:val="right"/>
            </w:pPr>
            <w:r>
              <w:rPr>
                <w:sz w:val="16"/>
              </w:rPr>
              <w:t>73.3</w:t>
            </w:r>
          </w:p>
        </w:tc>
        <w:tc>
          <w:tcPr>
            <w:tcW w:type="dxa" w:w="1423"/>
          </w:tcPr>
          <w:p>
            <w:pPr>
              <w:spacing w:after="0"/>
              <w:jc w:val="right"/>
            </w:pPr>
            <w:r>
              <w:rPr>
                <w:sz w:val="16"/>
              </w:rPr>
              <w:t>76.7</w:t>
            </w:r>
          </w:p>
        </w:tc>
        <w:tc>
          <w:tcPr>
            <w:tcW w:type="dxa" w:w="6003"/>
          </w:tcPr>
          <w:p>
            <w:pPr>
              <w:spacing w:after="0"/>
              <w:jc w:val="left"/>
            </w:pPr>
            <w:r>
              <w:rPr>
                <w:sz w:val="16"/>
              </w:rPr>
              <w:t>Relatively Low 3</w:t>
            </w:r>
          </w:p>
        </w:tc>
      </w:tr>
      <w:tr>
        <w:trPr>
          <w:cantSplit/>
        </w:trPr>
        <w:tc>
          <w:tcPr>
            <w:tcW w:type="dxa" w:w="2277"/>
          </w:tcPr>
          <w:p>
            <w:pPr>
              <w:spacing w:after="0"/>
              <w:jc w:val="left"/>
            </w:pPr>
            <w:r>
              <w:rPr>
                <w:sz w:val="16"/>
              </w:rPr>
              <w:t>Ice Storm</w:t>
            </w:r>
          </w:p>
        </w:tc>
        <w:tc>
          <w:tcPr>
            <w:tcW w:type="dxa" w:w="1493"/>
          </w:tcPr>
          <w:p>
            <w:pPr>
              <w:spacing w:after="0"/>
              <w:jc w:val="right"/>
            </w:pPr>
            <w:r>
              <w:rPr>
                <w:sz w:val="16"/>
              </w:rPr>
              <w:t>3 of 3</w:t>
            </w:r>
          </w:p>
        </w:tc>
        <w:tc>
          <w:tcPr>
            <w:tcW w:type="dxa" w:w="1423"/>
          </w:tcPr>
          <w:p>
            <w:pPr>
              <w:spacing w:after="0"/>
              <w:jc w:val="right"/>
            </w:pPr>
            <w:r>
              <w:rPr>
                <w:sz w:val="16"/>
              </w:rPr>
              <w:t>58.4</w:t>
            </w:r>
          </w:p>
        </w:tc>
        <w:tc>
          <w:tcPr>
            <w:tcW w:type="dxa" w:w="1493"/>
          </w:tcPr>
          <w:p>
            <w:pPr>
              <w:spacing w:after="0"/>
              <w:jc w:val="right"/>
            </w:pPr>
            <w:r>
              <w:rPr>
                <w:sz w:val="16"/>
              </w:rPr>
              <w:t>61.6</w:t>
            </w:r>
          </w:p>
        </w:tc>
        <w:tc>
          <w:tcPr>
            <w:tcW w:type="dxa" w:w="1423"/>
          </w:tcPr>
          <w:p>
            <w:pPr>
              <w:spacing w:after="0"/>
              <w:jc w:val="right"/>
            </w:pPr>
            <w:r>
              <w:rPr>
                <w:sz w:val="16"/>
              </w:rPr>
              <w:t>64.8</w:t>
            </w:r>
          </w:p>
        </w:tc>
        <w:tc>
          <w:tcPr>
            <w:tcW w:type="dxa" w:w="6003"/>
          </w:tcPr>
          <w:p>
            <w:pPr>
              <w:spacing w:after="0"/>
              <w:jc w:val="left"/>
            </w:pPr>
            <w:r>
              <w:rPr>
                <w:sz w:val="16"/>
              </w:rPr>
              <w:t>Relatively Low 3</w:t>
            </w:r>
          </w:p>
        </w:tc>
      </w:tr>
      <w:tr>
        <w:trPr>
          <w:cantSplit/>
        </w:trPr>
        <w:tc>
          <w:tcPr>
            <w:tcW w:type="dxa" w:w="2277"/>
          </w:tcPr>
          <w:p>
            <w:pPr>
              <w:spacing w:after="0"/>
              <w:jc w:val="left"/>
            </w:pPr>
            <w:r>
              <w:rPr>
                <w:sz w:val="16"/>
              </w:rPr>
              <w:t>Inland Flooding</w:t>
            </w:r>
          </w:p>
        </w:tc>
        <w:tc>
          <w:tcPr>
            <w:tcW w:type="dxa" w:w="1493"/>
          </w:tcPr>
          <w:p>
            <w:pPr>
              <w:spacing w:after="0"/>
              <w:jc w:val="right"/>
            </w:pPr>
            <w:r>
              <w:rPr>
                <w:sz w:val="16"/>
              </w:rPr>
              <w:t>3 of 3</w:t>
            </w:r>
          </w:p>
        </w:tc>
        <w:tc>
          <w:tcPr>
            <w:tcW w:type="dxa" w:w="1423"/>
          </w:tcPr>
          <w:p>
            <w:pPr>
              <w:spacing w:after="0"/>
              <w:jc w:val="right"/>
            </w:pPr>
            <w:r>
              <w:rPr>
                <w:sz w:val="16"/>
              </w:rPr>
              <w:t>54.3</w:t>
            </w:r>
          </w:p>
        </w:tc>
        <w:tc>
          <w:tcPr>
            <w:tcW w:type="dxa" w:w="1493"/>
          </w:tcPr>
          <w:p>
            <w:pPr>
              <w:spacing w:after="0"/>
              <w:jc w:val="right"/>
            </w:pPr>
            <w:r>
              <w:rPr>
                <w:sz w:val="16"/>
              </w:rPr>
              <w:t>59.5</w:t>
            </w:r>
          </w:p>
        </w:tc>
        <w:tc>
          <w:tcPr>
            <w:tcW w:type="dxa" w:w="1423"/>
          </w:tcPr>
          <w:p>
            <w:pPr>
              <w:spacing w:after="0"/>
              <w:jc w:val="right"/>
            </w:pPr>
            <w:r>
              <w:rPr>
                <w:sz w:val="16"/>
              </w:rPr>
              <w:t>62.4</w:t>
            </w:r>
          </w:p>
        </w:tc>
        <w:tc>
          <w:tcPr>
            <w:tcW w:type="dxa" w:w="6003"/>
          </w:tcPr>
          <w:p>
            <w:pPr>
              <w:spacing w:after="0"/>
              <w:jc w:val="left"/>
            </w:pPr>
            <w:r>
              <w:rPr>
                <w:sz w:val="16"/>
              </w:rPr>
              <w:t>Relatively Moderate 3</w:t>
            </w:r>
          </w:p>
        </w:tc>
      </w:tr>
      <w:tr>
        <w:trPr>
          <w:cantSplit/>
        </w:trPr>
        <w:tc>
          <w:tcPr>
            <w:tcW w:type="dxa" w:w="2277"/>
          </w:tcPr>
          <w:p>
            <w:pPr>
              <w:spacing w:after="0"/>
              <w:jc w:val="left"/>
            </w:pPr>
            <w:r>
              <w:rPr>
                <w:sz w:val="16"/>
              </w:rPr>
              <w:t>Landslide</w:t>
            </w:r>
          </w:p>
        </w:tc>
        <w:tc>
          <w:tcPr>
            <w:tcW w:type="dxa" w:w="1493"/>
          </w:tcPr>
          <w:p>
            <w:pPr>
              <w:spacing w:after="0"/>
              <w:jc w:val="right"/>
            </w:pPr>
            <w:r>
              <w:rPr>
                <w:sz w:val="16"/>
              </w:rPr>
              <w:t>3 of 3</w:t>
            </w:r>
          </w:p>
        </w:tc>
        <w:tc>
          <w:tcPr>
            <w:tcW w:type="dxa" w:w="1423"/>
          </w:tcPr>
          <w:p>
            <w:pPr>
              <w:spacing w:after="0"/>
              <w:jc w:val="right"/>
            </w:pPr>
            <w:r>
              <w:rPr>
                <w:sz w:val="16"/>
              </w:rPr>
              <w:t>14.7</w:t>
            </w:r>
          </w:p>
        </w:tc>
        <w:tc>
          <w:tcPr>
            <w:tcW w:type="dxa" w:w="1493"/>
          </w:tcPr>
          <w:p>
            <w:pPr>
              <w:spacing w:after="0"/>
              <w:jc w:val="right"/>
            </w:pPr>
            <w:r>
              <w:rPr>
                <w:sz w:val="16"/>
              </w:rPr>
              <w:t>50.7</w:t>
            </w:r>
          </w:p>
        </w:tc>
        <w:tc>
          <w:tcPr>
            <w:tcW w:type="dxa" w:w="1423"/>
          </w:tcPr>
          <w:p>
            <w:pPr>
              <w:spacing w:after="0"/>
              <w:jc w:val="right"/>
            </w:pPr>
            <w:r>
              <w:rPr>
                <w:sz w:val="16"/>
              </w:rPr>
              <w:t>55.1</w:t>
            </w:r>
          </w:p>
        </w:tc>
        <w:tc>
          <w:tcPr>
            <w:tcW w:type="dxa" w:w="6003"/>
          </w:tcPr>
          <w:p>
            <w:pPr>
              <w:spacing w:after="0"/>
              <w:jc w:val="left"/>
            </w:pPr>
            <w:r>
              <w:rPr>
                <w:sz w:val="16"/>
              </w:rPr>
              <w:t>Very Low 3</w:t>
            </w:r>
          </w:p>
        </w:tc>
      </w:tr>
      <w:tr>
        <w:trPr>
          <w:cantSplit/>
        </w:trPr>
        <w:tc>
          <w:tcPr>
            <w:tcW w:type="dxa" w:w="2277"/>
          </w:tcPr>
          <w:p>
            <w:pPr>
              <w:spacing w:after="0"/>
              <w:jc w:val="left"/>
            </w:pPr>
            <w:r>
              <w:rPr>
                <w:sz w:val="16"/>
              </w:rPr>
              <w:t>Lightning</w:t>
            </w:r>
          </w:p>
        </w:tc>
        <w:tc>
          <w:tcPr>
            <w:tcW w:type="dxa" w:w="1493"/>
          </w:tcPr>
          <w:p>
            <w:pPr>
              <w:spacing w:after="0"/>
              <w:jc w:val="right"/>
            </w:pPr>
            <w:r>
              <w:rPr>
                <w:sz w:val="16"/>
              </w:rPr>
              <w:t>3 of 3</w:t>
            </w:r>
          </w:p>
        </w:tc>
        <w:tc>
          <w:tcPr>
            <w:tcW w:type="dxa" w:w="1423"/>
          </w:tcPr>
          <w:p>
            <w:pPr>
              <w:spacing w:after="0"/>
              <w:jc w:val="right"/>
            </w:pPr>
            <w:r>
              <w:rPr>
                <w:sz w:val="16"/>
              </w:rPr>
              <w:t>85.1</w:t>
            </w:r>
          </w:p>
        </w:tc>
        <w:tc>
          <w:tcPr>
            <w:tcW w:type="dxa" w:w="1493"/>
          </w:tcPr>
          <w:p>
            <w:pPr>
              <w:spacing w:after="0"/>
              <w:jc w:val="right"/>
            </w:pPr>
            <w:r>
              <w:rPr>
                <w:sz w:val="16"/>
              </w:rPr>
              <w:t>85.6</w:t>
            </w:r>
          </w:p>
        </w:tc>
        <w:tc>
          <w:tcPr>
            <w:tcW w:type="dxa" w:w="1423"/>
          </w:tcPr>
          <w:p>
            <w:pPr>
              <w:spacing w:after="0"/>
              <w:jc w:val="right"/>
            </w:pPr>
            <w:r>
              <w:rPr>
                <w:sz w:val="16"/>
              </w:rPr>
              <w:t>95.7</w:t>
            </w:r>
          </w:p>
        </w:tc>
        <w:tc>
          <w:tcPr>
            <w:tcW w:type="dxa" w:w="6003"/>
          </w:tcPr>
          <w:p>
            <w:pPr>
              <w:spacing w:after="0"/>
              <w:jc w:val="left"/>
            </w:pPr>
            <w:r>
              <w:rPr>
                <w:sz w:val="16"/>
              </w:rPr>
              <w:t>Relatively High 3</w:t>
            </w:r>
          </w:p>
        </w:tc>
      </w:tr>
      <w:tr>
        <w:trPr>
          <w:cantSplit/>
        </w:trPr>
        <w:tc>
          <w:tcPr>
            <w:tcW w:type="dxa" w:w="2277"/>
          </w:tcPr>
          <w:p>
            <w:pPr>
              <w:spacing w:after="0"/>
              <w:jc w:val="left"/>
            </w:pPr>
            <w:r>
              <w:rPr>
                <w:sz w:val="16"/>
              </w:rPr>
              <w:t>Strong Wind</w:t>
            </w:r>
          </w:p>
        </w:tc>
        <w:tc>
          <w:tcPr>
            <w:tcW w:type="dxa" w:w="1493"/>
          </w:tcPr>
          <w:p>
            <w:pPr>
              <w:spacing w:after="0"/>
              <w:jc w:val="right"/>
            </w:pPr>
            <w:r>
              <w:rPr>
                <w:sz w:val="16"/>
              </w:rPr>
              <w:t>3 of 3</w:t>
            </w:r>
          </w:p>
        </w:tc>
        <w:tc>
          <w:tcPr>
            <w:tcW w:type="dxa" w:w="1423"/>
          </w:tcPr>
          <w:p>
            <w:pPr>
              <w:spacing w:after="0"/>
              <w:jc w:val="right"/>
            </w:pPr>
            <w:r>
              <w:rPr>
                <w:sz w:val="16"/>
              </w:rPr>
              <w:t>39.0</w:t>
            </w:r>
          </w:p>
        </w:tc>
        <w:tc>
          <w:tcPr>
            <w:tcW w:type="dxa" w:w="1493"/>
          </w:tcPr>
          <w:p>
            <w:pPr>
              <w:spacing w:after="0"/>
              <w:jc w:val="right"/>
            </w:pPr>
            <w:r>
              <w:rPr>
                <w:sz w:val="16"/>
              </w:rPr>
              <w:t>43.0</w:t>
            </w:r>
          </w:p>
        </w:tc>
        <w:tc>
          <w:tcPr>
            <w:tcW w:type="dxa" w:w="1423"/>
          </w:tcPr>
          <w:p>
            <w:pPr>
              <w:spacing w:after="0"/>
              <w:jc w:val="right"/>
            </w:pPr>
            <w:r>
              <w:rPr>
                <w:sz w:val="16"/>
              </w:rPr>
              <w:t>46.3</w:t>
            </w:r>
          </w:p>
        </w:tc>
        <w:tc>
          <w:tcPr>
            <w:tcW w:type="dxa" w:w="6003"/>
          </w:tcPr>
          <w:p>
            <w:pPr>
              <w:spacing w:after="0"/>
              <w:jc w:val="left"/>
            </w:pPr>
            <w:r>
              <w:rPr>
                <w:sz w:val="16"/>
              </w:rPr>
              <w:t>Relatively Low 3</w:t>
            </w:r>
          </w:p>
        </w:tc>
      </w:tr>
      <w:tr>
        <w:trPr>
          <w:cantSplit/>
        </w:trPr>
        <w:tc>
          <w:tcPr>
            <w:tcW w:type="dxa" w:w="2277"/>
          </w:tcPr>
          <w:p>
            <w:pPr>
              <w:spacing w:after="0"/>
              <w:jc w:val="left"/>
            </w:pPr>
            <w:r>
              <w:rPr>
                <w:sz w:val="16"/>
              </w:rPr>
              <w:t>Tornado</w:t>
            </w:r>
          </w:p>
        </w:tc>
        <w:tc>
          <w:tcPr>
            <w:tcW w:type="dxa" w:w="1493"/>
          </w:tcPr>
          <w:p>
            <w:pPr>
              <w:spacing w:after="0"/>
              <w:jc w:val="right"/>
            </w:pPr>
            <w:r>
              <w:rPr>
                <w:sz w:val="16"/>
              </w:rPr>
              <w:t>3 of 3</w:t>
            </w:r>
          </w:p>
        </w:tc>
        <w:tc>
          <w:tcPr>
            <w:tcW w:type="dxa" w:w="1423"/>
          </w:tcPr>
          <w:p>
            <w:pPr>
              <w:spacing w:after="0"/>
              <w:jc w:val="right"/>
            </w:pPr>
            <w:r>
              <w:rPr>
                <w:sz w:val="16"/>
              </w:rPr>
              <w:t>57.8</w:t>
            </w:r>
          </w:p>
        </w:tc>
        <w:tc>
          <w:tcPr>
            <w:tcW w:type="dxa" w:w="1493"/>
          </w:tcPr>
          <w:p>
            <w:pPr>
              <w:spacing w:after="0"/>
              <w:jc w:val="right"/>
            </w:pPr>
            <w:r>
              <w:rPr>
                <w:sz w:val="16"/>
              </w:rPr>
              <w:t>59.4</w:t>
            </w:r>
          </w:p>
        </w:tc>
        <w:tc>
          <w:tcPr>
            <w:tcW w:type="dxa" w:w="1423"/>
          </w:tcPr>
          <w:p>
            <w:pPr>
              <w:spacing w:after="0"/>
              <w:jc w:val="right"/>
            </w:pPr>
            <w:r>
              <w:rPr>
                <w:sz w:val="16"/>
              </w:rPr>
              <w:t>76.0</w:t>
            </w:r>
          </w:p>
        </w:tc>
        <w:tc>
          <w:tcPr>
            <w:tcW w:type="dxa" w:w="6003"/>
          </w:tcPr>
          <w:p>
            <w:pPr>
              <w:spacing w:after="0"/>
              <w:jc w:val="left"/>
            </w:pPr>
            <w:r>
              <w:rPr>
                <w:sz w:val="16"/>
              </w:rPr>
              <w:t>Relatively High 1, Relatively Moderate 2</w:t>
            </w:r>
          </w:p>
        </w:tc>
      </w:tr>
      <w:tr>
        <w:trPr>
          <w:cantSplit/>
        </w:trPr>
        <w:tc>
          <w:tcPr>
            <w:tcW w:type="dxa" w:w="2277"/>
          </w:tcPr>
          <w:p>
            <w:pPr>
              <w:spacing w:after="0"/>
              <w:jc w:val="left"/>
            </w:pPr>
            <w:r>
              <w:rPr>
                <w:sz w:val="16"/>
              </w:rPr>
              <w:t>Wildfire</w:t>
            </w:r>
          </w:p>
        </w:tc>
        <w:tc>
          <w:tcPr>
            <w:tcW w:type="dxa" w:w="1493"/>
          </w:tcPr>
          <w:p>
            <w:pPr>
              <w:spacing w:after="0"/>
              <w:jc w:val="right"/>
            </w:pPr>
            <w:r>
              <w:rPr>
                <w:sz w:val="16"/>
              </w:rPr>
              <w:t>3 of 3</w:t>
            </w:r>
          </w:p>
        </w:tc>
        <w:tc>
          <w:tcPr>
            <w:tcW w:type="dxa" w:w="1423"/>
          </w:tcPr>
          <w:p>
            <w:pPr>
              <w:spacing w:after="0"/>
              <w:jc w:val="right"/>
            </w:pPr>
            <w:r>
              <w:rPr>
                <w:sz w:val="16"/>
              </w:rPr>
              <w:t>78.6</w:t>
            </w:r>
          </w:p>
        </w:tc>
        <w:tc>
          <w:tcPr>
            <w:tcW w:type="dxa" w:w="1493"/>
          </w:tcPr>
          <w:p>
            <w:pPr>
              <w:spacing w:after="0"/>
              <w:jc w:val="right"/>
            </w:pPr>
            <w:r>
              <w:rPr>
                <w:sz w:val="16"/>
              </w:rPr>
              <w:t>87.8</w:t>
            </w:r>
          </w:p>
        </w:tc>
        <w:tc>
          <w:tcPr>
            <w:tcW w:type="dxa" w:w="1423"/>
          </w:tcPr>
          <w:p>
            <w:pPr>
              <w:spacing w:after="0"/>
              <w:jc w:val="right"/>
            </w:pPr>
            <w:r>
              <w:rPr>
                <w:sz w:val="16"/>
              </w:rPr>
              <w:t>89.4</w:t>
            </w:r>
          </w:p>
        </w:tc>
        <w:tc>
          <w:tcPr>
            <w:tcW w:type="dxa" w:w="6003"/>
          </w:tcPr>
          <w:p>
            <w:pPr>
              <w:spacing w:after="0"/>
              <w:jc w:val="left"/>
            </w:pPr>
            <w:r>
              <w:rPr>
                <w:sz w:val="16"/>
              </w:rPr>
              <w:t>Relatively Moderate 1, Relatively Low 2</w:t>
            </w:r>
          </w:p>
        </w:tc>
      </w:tr>
      <w:tr>
        <w:trPr>
          <w:cantSplit/>
        </w:trPr>
        <w:tc>
          <w:tcPr>
            <w:tcW w:type="dxa" w:w="2277"/>
          </w:tcPr>
          <w:p>
            <w:pPr>
              <w:spacing w:after="0"/>
              <w:jc w:val="left"/>
            </w:pPr>
            <w:r>
              <w:rPr>
                <w:sz w:val="16"/>
              </w:rPr>
              <w:t>Winter Weather</w:t>
            </w:r>
          </w:p>
        </w:tc>
        <w:tc>
          <w:tcPr>
            <w:tcW w:type="dxa" w:w="1493"/>
          </w:tcPr>
          <w:p>
            <w:pPr>
              <w:spacing w:after="0"/>
              <w:jc w:val="right"/>
            </w:pPr>
            <w:r>
              <w:rPr>
                <w:sz w:val="16"/>
              </w:rPr>
              <w:t>3 of 3</w:t>
            </w:r>
          </w:p>
        </w:tc>
        <w:tc>
          <w:tcPr>
            <w:tcW w:type="dxa" w:w="1423"/>
          </w:tcPr>
          <w:p>
            <w:pPr>
              <w:spacing w:after="0"/>
              <w:jc w:val="right"/>
            </w:pPr>
            <w:r>
              <w:rPr>
                <w:sz w:val="16"/>
              </w:rPr>
              <w:t>45.2</w:t>
            </w:r>
          </w:p>
        </w:tc>
        <w:tc>
          <w:tcPr>
            <w:tcW w:type="dxa" w:w="1493"/>
          </w:tcPr>
          <w:p>
            <w:pPr>
              <w:spacing w:after="0"/>
              <w:jc w:val="right"/>
            </w:pPr>
            <w:r>
              <w:rPr>
                <w:sz w:val="16"/>
              </w:rPr>
              <w:t>48.0</w:t>
            </w:r>
          </w:p>
        </w:tc>
        <w:tc>
          <w:tcPr>
            <w:tcW w:type="dxa" w:w="1423"/>
          </w:tcPr>
          <w:p>
            <w:pPr>
              <w:spacing w:after="0"/>
              <w:jc w:val="right"/>
            </w:pPr>
            <w:r>
              <w:rPr>
                <w:sz w:val="16"/>
              </w:rPr>
              <w:t>67.2</w:t>
            </w:r>
          </w:p>
        </w:tc>
        <w:tc>
          <w:tcPr>
            <w:tcW w:type="dxa" w:w="6003"/>
          </w:tcPr>
          <w:p>
            <w:pPr>
              <w:spacing w:after="0"/>
              <w:jc w:val="left"/>
            </w:pPr>
            <w:r>
              <w:rPr>
                <w:sz w:val="16"/>
              </w:rPr>
              <w:t>Relatively Moderate 1, Relatively Low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28"/>
        <w:gridCol w:w="843"/>
        <w:gridCol w:w="3278"/>
        <w:gridCol w:w="2614"/>
        <w:gridCol w:w="2703"/>
        <w:gridCol w:w="2946"/>
      </w:tblGrid>
      <w:tr>
        <w:trPr>
          <w:cantSplit/>
          <w:tblHeader/>
        </w:trPr>
        <w:tc>
          <w:tcPr>
            <w:tcW w:type="dxa" w:w="1728"/>
            <w:shd w:val="clear" w:color="auto" w:fill="E8E8E8"/>
          </w:tcPr>
          <w:p>
            <w:pPr>
              <w:spacing w:after="0"/>
              <w:jc w:val="left"/>
            </w:pPr>
            <w:r>
              <w:rPr>
                <w:b/>
                <w:sz w:val="16"/>
              </w:rPr>
              <w:t>Jurisdiction</w:t>
            </w:r>
          </w:p>
        </w:tc>
        <w:tc>
          <w:tcPr>
            <w:tcW w:type="dxa" w:w="843"/>
            <w:shd w:val="clear" w:color="auto" w:fill="E8E8E8"/>
          </w:tcPr>
          <w:p>
            <w:pPr>
              <w:spacing w:after="0"/>
              <w:jc w:val="left"/>
            </w:pPr>
            <w:r>
              <w:rPr>
                <w:b/>
                <w:sz w:val="16"/>
              </w:rPr>
              <w:t>Type</w:t>
            </w:r>
          </w:p>
        </w:tc>
        <w:tc>
          <w:tcPr>
            <w:tcW w:type="dxa" w:w="3278"/>
            <w:shd w:val="clear" w:color="auto" w:fill="E8E8E8"/>
          </w:tcPr>
          <w:p>
            <w:pPr>
              <w:spacing w:after="0"/>
              <w:jc w:val="left"/>
            </w:pPr>
            <w:r>
              <w:rPr>
                <w:b/>
                <w:sz w:val="16"/>
              </w:rPr>
              <w:t>Plan status</w:t>
            </w:r>
          </w:p>
        </w:tc>
        <w:tc>
          <w:tcPr>
            <w:tcW w:type="dxa" w:w="261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0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4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28"/>
          </w:tcPr>
          <w:p>
            <w:pPr>
              <w:spacing w:after="0"/>
              <w:jc w:val="left"/>
            </w:pPr>
            <w:r>
              <w:rPr>
                <w:sz w:val="16"/>
              </w:rPr>
              <w:t>Dimmit County</w:t>
            </w:r>
          </w:p>
        </w:tc>
        <w:tc>
          <w:tcPr>
            <w:tcW w:type="dxa" w:w="843"/>
          </w:tcPr>
          <w:p>
            <w:pPr>
              <w:spacing w:after="0"/>
              <w:jc w:val="left"/>
            </w:pPr>
            <w:r>
              <w:rPr>
                <w:sz w:val="16"/>
              </w:rPr>
              <w:t>County</w:t>
            </w:r>
          </w:p>
        </w:tc>
        <w:tc>
          <w:tcPr>
            <w:tcW w:type="dxa" w:w="3278"/>
          </w:tcPr>
          <w:p>
            <w:pPr>
              <w:spacing w:after="0"/>
              <w:jc w:val="left"/>
            </w:pPr>
            <w:r>
              <w:rPr>
                <w:sz w:val="16"/>
              </w:rPr>
              <w:t>Approved, expires 2031-09-01</w:t>
            </w:r>
          </w:p>
        </w:tc>
        <w:tc>
          <w:tcPr>
            <w:tcW w:type="dxa" w:w="2614"/>
          </w:tcPr>
          <w:p>
            <w:pPr>
              <w:spacing w:after="0"/>
              <w:jc w:val="right"/>
            </w:pPr>
            <w:r>
              <w:rPr>
                <w:sz w:val="16"/>
              </w:rPr>
              <w:t>FMA RL 0, SRL 0; any 0</w:t>
            </w:r>
          </w:p>
        </w:tc>
        <w:tc>
          <w:tcPr>
            <w:tcW w:type="dxa" w:w="2703"/>
          </w:tcPr>
          <w:p>
            <w:pPr>
              <w:spacing w:after="0"/>
              <w:jc w:val="right"/>
            </w:pPr>
            <w:r>
              <w:rPr>
                <w:sz w:val="16"/>
              </w:rPr>
              <w:t>$673,069.36</w:t>
            </w:r>
          </w:p>
        </w:tc>
        <w:tc>
          <w:tcPr>
            <w:tcW w:type="dxa" w:w="2946"/>
          </w:tcPr>
          <w:p>
            <w:pPr>
              <w:spacing w:after="0"/>
              <w:jc w:val="right"/>
            </w:pPr>
            <w:r>
              <w:rPr>
                <w:sz w:val="16"/>
              </w:rPr>
              <w:t>0 total; not yet covered</w:t>
            </w:r>
          </w:p>
        </w:tc>
      </w:tr>
      <w:tr>
        <w:trPr>
          <w:cantSplit/>
        </w:trPr>
        <w:tc>
          <w:tcPr>
            <w:tcW w:type="dxa" w:w="1728"/>
          </w:tcPr>
          <w:p>
            <w:pPr>
              <w:spacing w:after="0"/>
              <w:jc w:val="left"/>
            </w:pPr>
            <w:r>
              <w:rPr>
                <w:sz w:val="16"/>
              </w:rPr>
              <w:t>Big Wells city</w:t>
            </w:r>
          </w:p>
        </w:tc>
        <w:tc>
          <w:tcPr>
            <w:tcW w:type="dxa" w:w="843"/>
          </w:tcPr>
          <w:p>
            <w:pPr>
              <w:spacing w:after="0"/>
              <w:jc w:val="left"/>
            </w:pPr>
            <w:r>
              <w:rPr>
                <w:sz w:val="16"/>
              </w:rPr>
              <w:t>City</w:t>
            </w:r>
          </w:p>
        </w:tc>
        <w:tc>
          <w:tcPr>
            <w:tcW w:type="dxa" w:w="3278"/>
          </w:tcPr>
          <w:p>
            <w:pPr>
              <w:spacing w:after="0"/>
              <w:jc w:val="left"/>
            </w:pPr>
            <w:r>
              <w:rPr>
                <w:sz w:val="16"/>
              </w:rPr>
              <w:t>Approved, expires 2031-09-01</w:t>
            </w:r>
          </w:p>
        </w:tc>
        <w:tc>
          <w:tcPr>
            <w:tcW w:type="dxa" w:w="2614"/>
          </w:tcPr>
          <w:p>
            <w:pPr>
              <w:spacing w:after="0"/>
              <w:jc w:val="right"/>
            </w:pPr>
            <w:r>
              <w:rPr>
                <w:sz w:val="16"/>
              </w:rPr>
              <w:t>FMA RL 0, SRL 0; any 0</w:t>
            </w:r>
          </w:p>
        </w:tc>
        <w:tc>
          <w:tcPr>
            <w:tcW w:type="dxa" w:w="2703"/>
          </w:tcPr>
          <w:p>
            <w:pPr>
              <w:spacing w:after="0"/>
              <w:jc w:val="right"/>
            </w:pPr>
            <w:r>
              <w:rPr>
                <w:sz w:val="16"/>
              </w:rPr>
              <w:t>$66,682.86</w:t>
            </w:r>
          </w:p>
        </w:tc>
        <w:tc>
          <w:tcPr>
            <w:tcW w:type="dxa" w:w="2946"/>
          </w:tcPr>
          <w:p>
            <w:pPr>
              <w:spacing w:after="0"/>
              <w:jc w:val="right"/>
            </w:pPr>
            <w:r>
              <w:rPr>
                <w:sz w:val="16"/>
              </w:rPr>
              <w:t>19 total; not yet covered</w:t>
            </w:r>
          </w:p>
        </w:tc>
      </w:tr>
      <w:tr>
        <w:trPr>
          <w:cantSplit/>
        </w:trPr>
        <w:tc>
          <w:tcPr>
            <w:tcW w:type="dxa" w:w="1728"/>
          </w:tcPr>
          <w:p>
            <w:pPr>
              <w:spacing w:after="0"/>
              <w:jc w:val="left"/>
            </w:pPr>
            <w:r>
              <w:rPr>
                <w:sz w:val="16"/>
              </w:rPr>
              <w:t>Carrizo Springs city</w:t>
            </w:r>
          </w:p>
        </w:tc>
        <w:tc>
          <w:tcPr>
            <w:tcW w:type="dxa" w:w="843"/>
          </w:tcPr>
          <w:p>
            <w:pPr>
              <w:spacing w:after="0"/>
              <w:jc w:val="left"/>
            </w:pPr>
            <w:r>
              <w:rPr>
                <w:sz w:val="16"/>
              </w:rPr>
              <w:t>City</w:t>
            </w:r>
          </w:p>
        </w:tc>
        <w:tc>
          <w:tcPr>
            <w:tcW w:type="dxa" w:w="3278"/>
          </w:tcPr>
          <w:p>
            <w:pPr>
              <w:spacing w:after="0"/>
              <w:jc w:val="left"/>
            </w:pPr>
            <w:r>
              <w:rPr>
                <w:sz w:val="16"/>
              </w:rPr>
              <w:t>Approved, expires 2031-09-01</w:t>
            </w:r>
          </w:p>
        </w:tc>
        <w:tc>
          <w:tcPr>
            <w:tcW w:type="dxa" w:w="2614"/>
          </w:tcPr>
          <w:p>
            <w:pPr>
              <w:spacing w:after="0"/>
              <w:jc w:val="right"/>
            </w:pPr>
            <w:r>
              <w:rPr>
                <w:sz w:val="16"/>
              </w:rPr>
              <w:t>FMA RL 1, SRL 0; any 3</w:t>
            </w:r>
          </w:p>
        </w:tc>
        <w:tc>
          <w:tcPr>
            <w:tcW w:type="dxa" w:w="2703"/>
          </w:tcPr>
          <w:p>
            <w:pPr>
              <w:spacing w:after="0"/>
              <w:jc w:val="right"/>
            </w:pPr>
            <w:r>
              <w:rPr>
                <w:sz w:val="16"/>
              </w:rPr>
              <w:t>no Public Assistance recorded</w:t>
            </w:r>
          </w:p>
        </w:tc>
        <w:tc>
          <w:tcPr>
            <w:tcW w:type="dxa" w:w="2946"/>
          </w:tcPr>
          <w:p>
            <w:pPr>
              <w:spacing w:after="0"/>
              <w:jc w:val="right"/>
            </w:pPr>
            <w:r>
              <w:rPr>
                <w:sz w:val="16"/>
              </w:rPr>
              <w:t>45 total; not yet covered</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5"/>
        <w:gridCol w:w="1044"/>
        <w:gridCol w:w="948"/>
        <w:gridCol w:w="1126"/>
        <w:gridCol w:w="1144"/>
        <w:gridCol w:w="1305"/>
        <w:gridCol w:w="1208"/>
        <w:gridCol w:w="1100"/>
        <w:gridCol w:w="1100"/>
        <w:gridCol w:w="157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8"/>
            <w:shd w:val="clear" w:color="auto" w:fill="E8E8E8"/>
          </w:tcPr>
          <w:p>
            <w:pPr>
              <w:spacing w:after="0"/>
              <w:jc w:val="right"/>
            </w:pPr>
            <w:r>
              <w:rPr>
                <w:b/>
                <w:sz w:val="16"/>
              </w:rPr>
              <w:t>Storm Events damage since 2026-09-02</w:t>
            </w:r>
          </w:p>
          <w:p>
            <w:pPr>
              <w:spacing w:after="0"/>
              <w:jc w:val="right"/>
            </w:pPr>
            <w:r>
              <w:rPr>
                <w:i/>
                <w:color w:val="555555"/>
                <w:sz w:val="14"/>
              </w:rPr>
              <w:t>county-coded records, property plus crops, nominal dollars</w:t>
            </w:r>
          </w:p>
        </w:tc>
        <w:tc>
          <w:tcPr>
            <w:tcW w:type="dxa" w:w="110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7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$2,172,801,586</w:t>
            </w:r>
          </w:p>
        </w:tc>
        <w:tc>
          <w:tcPr>
            <w:tcW w:type="dxa" w:w="1135"/>
          </w:tcPr>
          <w:p>
            <w:pPr>
              <w:spacing w:after="0"/>
              <w:jc w:val="right"/>
            </w:pPr>
            <w:r>
              <w:rPr>
                <w:sz w:val="16"/>
              </w:rPr>
              <w:t>$36,637,161</w:t>
            </w:r>
          </w:p>
        </w:tc>
        <w:tc>
          <w:tcPr>
            <w:tcW w:type="dxa" w:w="1044"/>
          </w:tcPr>
          <w:p>
            <w:pPr>
              <w:spacing w:after="0"/>
              <w:jc w:val="right"/>
            </w:pPr>
            <w:r>
              <w:rPr>
                <w:sz w:val="16"/>
              </w:rPr>
              <w:t>8,588</w:t>
            </w:r>
          </w:p>
        </w:tc>
        <w:tc>
          <w:tcPr>
            <w:tcW w:type="dxa" w:w="948"/>
          </w:tcPr>
          <w:p>
            <w:pPr>
              <w:spacing w:after="0"/>
              <w:jc w:val="right"/>
            </w:pPr>
            <w:r>
              <w:rPr>
                <w:sz w:val="16"/>
              </w:rPr>
              <w:t>$853</w:t>
            </w:r>
          </w:p>
        </w:tc>
        <w:tc>
          <w:tcPr>
            <w:tcW w:type="dxa" w:w="1126"/>
          </w:tcPr>
          <w:p>
            <w:pPr>
              <w:spacing w:after="0"/>
              <w:jc w:val="right"/>
            </w:pPr>
            <w:r>
              <w:rPr>
                <w:sz w:val="16"/>
              </w:rPr>
              <w:t>$10,506</w:t>
            </w:r>
          </w:p>
        </w:tc>
        <w:tc>
          <w:tcPr>
            <w:tcW w:type="dxa" w:w="1144"/>
          </w:tcPr>
          <w:p>
            <w:pPr>
              <w:spacing w:after="0"/>
              <w:jc w:val="right"/>
            </w:pPr>
            <w:r>
              <w:rPr>
                <w:sz w:val="16"/>
              </w:rPr>
              <w:t>$539,749</w:t>
            </w:r>
          </w:p>
        </w:tc>
        <w:tc>
          <w:tcPr>
            <w:tcW w:type="dxa" w:w="1305"/>
          </w:tcPr>
          <w:p>
            <w:pPr>
              <w:spacing w:after="0"/>
              <w:jc w:val="right"/>
            </w:pPr>
            <w:r>
              <w:rPr>
                <w:sz w:val="16"/>
              </w:rPr>
              <w:t>under 0.0001%</w:t>
            </w:r>
          </w:p>
        </w:tc>
        <w:tc>
          <w:tcPr>
            <w:tcW w:type="dxa" w:w="1208"/>
          </w:tcPr>
          <w:p>
            <w:pPr>
              <w:spacing w:after="0"/>
              <w:jc w:val="right"/>
            </w:pPr>
          </w:p>
        </w:tc>
        <w:tc>
          <w:tcPr>
            <w:tcW w:type="dxa" w:w="1100"/>
          </w:tcPr>
          <w:p>
            <w:pPr>
              <w:spacing w:after="0"/>
              <w:jc w:val="right"/>
            </w:pPr>
          </w:p>
        </w:tc>
        <w:tc>
          <w:tcPr>
            <w:tcW w:type="dxa" w:w="110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5"/>
          </w:tcPr>
          <w:p>
            <w:pPr>
              <w:spacing w:after="0"/>
              <w:jc w:val="right"/>
            </w:pPr>
            <w:r>
              <w:rPr>
                <w:sz w:val="16"/>
              </w:rPr>
              <w:t>$1,672,250</w:t>
            </w:r>
          </w:p>
        </w:tc>
        <w:tc>
          <w:tcPr>
            <w:tcW w:type="dxa" w:w="1044"/>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$536,681</w:t>
            </w:r>
          </w:p>
        </w:tc>
        <w:tc>
          <w:tcPr>
            <w:tcW w:type="dxa" w:w="1144"/>
          </w:tcPr>
          <w:p>
            <w:pPr>
              <w:spacing w:after="0"/>
              <w:jc w:val="right"/>
            </w:pPr>
            <w:r>
              <w:rPr>
                <w:sz w:val="16"/>
              </w:rPr>
              <w:t>n/a</w:t>
            </w:r>
          </w:p>
        </w:tc>
        <w:tc>
          <w:tcPr>
            <w:tcW w:type="dxa" w:w="1305"/>
          </w:tcPr>
          <w:p>
            <w:pPr>
              <w:spacing w:after="0"/>
              <w:jc w:val="right"/>
            </w:pPr>
            <w:r>
              <w:rPr>
                <w:sz w:val="16"/>
              </w:rPr>
              <w:t>32.1% (agriculture)</w:t>
            </w:r>
          </w:p>
        </w:tc>
        <w:tc>
          <w:tcPr>
            <w:tcW w:type="dxa" w:w="1208"/>
          </w:tcPr>
          <w:p>
            <w:pPr>
              <w:spacing w:after="0"/>
              <w:jc w:val="right"/>
            </w:pPr>
          </w:p>
        </w:tc>
        <w:tc>
          <w:tcPr>
            <w:tcW w:type="dxa" w:w="1100"/>
          </w:tcPr>
          <w:p>
            <w:pPr>
              <w:spacing w:after="0"/>
              <w:jc w:val="right"/>
            </w:pPr>
          </w:p>
        </w:tc>
        <w:tc>
          <w:tcPr>
            <w:tcW w:type="dxa" w:w="1100"/>
          </w:tcPr>
          <w:p>
            <w:pPr>
              <w:spacing w:after="0"/>
              <w:jc w:val="right"/>
            </w:pPr>
          </w:p>
        </w:tc>
        <w:tc>
          <w:tcPr>
            <w:tcW w:type="dxa" w:w="157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$4,039,259,728</w:t>
            </w:r>
          </w:p>
        </w:tc>
        <w:tc>
          <w:tcPr>
            <w:tcW w:type="dxa" w:w="1135"/>
          </w:tcPr>
          <w:p>
            <w:pPr>
              <w:spacing w:after="0"/>
              <w:jc w:val="right"/>
            </w:pPr>
            <w:r>
              <w:rPr>
                <w:sz w:val="16"/>
              </w:rPr>
              <w:t>n/a</w:t>
            </w:r>
          </w:p>
        </w:tc>
        <w:tc>
          <w:tcPr>
            <w:tcW w:type="dxa" w:w="1044"/>
          </w:tcPr>
          <w:p>
            <w:pPr>
              <w:spacing w:after="0"/>
              <w:jc w:val="right"/>
            </w:pPr>
            <w:r>
              <w:rPr>
                <w:sz w:val="16"/>
              </w:rPr>
              <w:t>8,615</w:t>
            </w:r>
          </w:p>
        </w:tc>
        <w:tc>
          <w:tcPr>
            <w:tcW w:type="dxa" w:w="948"/>
          </w:tcPr>
          <w:p>
            <w:pPr>
              <w:spacing w:after="0"/>
              <w:jc w:val="right"/>
            </w:pPr>
            <w:r>
              <w:rPr>
                <w:sz w:val="16"/>
              </w:rPr>
              <w:t>$3,446</w:t>
            </w:r>
          </w:p>
        </w:tc>
        <w:tc>
          <w:tcPr>
            <w:tcW w:type="dxa" w:w="1126"/>
          </w:tcPr>
          <w:p>
            <w:pPr>
              <w:spacing w:after="0"/>
              <w:jc w:val="right"/>
            </w:pPr>
            <w:r>
              <w:rPr>
                <w:sz w:val="16"/>
              </w:rPr>
              <w:t>n/a</w:t>
            </w:r>
          </w:p>
        </w:tc>
        <w:tc>
          <w:tcPr>
            <w:tcW w:type="dxa" w:w="1144"/>
          </w:tcPr>
          <w:p>
            <w:pPr>
              <w:spacing w:after="0"/>
              <w:jc w:val="right"/>
            </w:pPr>
            <w:r>
              <w:rPr>
                <w:sz w:val="16"/>
              </w:rPr>
              <w:t>$1,188</w:t>
            </w:r>
          </w:p>
        </w:tc>
        <w:tc>
          <w:tcPr>
            <w:tcW w:type="dxa" w:w="1305"/>
          </w:tcPr>
          <w:p>
            <w:pPr>
              <w:spacing w:after="0"/>
              <w:jc w:val="right"/>
            </w:pPr>
            <w:r>
              <w:rPr>
                <w:sz w:val="16"/>
              </w:rPr>
              <w:t>under 0.0001%</w:t>
            </w:r>
          </w:p>
        </w:tc>
        <w:tc>
          <w:tcPr>
            <w:tcW w:type="dxa" w:w="1208"/>
          </w:tcPr>
          <w:p>
            <w:pPr>
              <w:spacing w:after="0"/>
              <w:jc w:val="right"/>
            </w:pPr>
          </w:p>
        </w:tc>
        <w:tc>
          <w:tcPr>
            <w:tcW w:type="dxa" w:w="1100"/>
          </w:tcPr>
          <w:p>
            <w:pPr>
              <w:spacing w:after="0"/>
              <w:jc w:val="right"/>
            </w:pPr>
          </w:p>
        </w:tc>
        <w:tc>
          <w:tcPr>
            <w:tcW w:type="dxa" w:w="110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$2,172,801,586</w:t>
            </w:r>
          </w:p>
        </w:tc>
        <w:tc>
          <w:tcPr>
            <w:tcW w:type="dxa" w:w="1135"/>
          </w:tcPr>
          <w:p>
            <w:pPr>
              <w:spacing w:after="0"/>
              <w:jc w:val="right"/>
            </w:pPr>
            <w:r>
              <w:rPr>
                <w:sz w:val="16"/>
              </w:rPr>
              <w:t>$36,637,161</w:t>
            </w:r>
          </w:p>
        </w:tc>
        <w:tc>
          <w:tcPr>
            <w:tcW w:type="dxa" w:w="1044"/>
          </w:tcPr>
          <w:p>
            <w:pPr>
              <w:spacing w:after="0"/>
              <w:jc w:val="right"/>
            </w:pPr>
            <w:r>
              <w:rPr>
                <w:sz w:val="16"/>
              </w:rPr>
              <w:t>8,588</w:t>
            </w:r>
          </w:p>
        </w:tc>
        <w:tc>
          <w:tcPr>
            <w:tcW w:type="dxa" w:w="948"/>
          </w:tcPr>
          <w:p>
            <w:pPr>
              <w:spacing w:after="0"/>
              <w:jc w:val="right"/>
            </w:pPr>
            <w:r>
              <w:rPr>
                <w:sz w:val="16"/>
              </w:rPr>
              <w:t>$27,435</w:t>
            </w:r>
          </w:p>
        </w:tc>
        <w:tc>
          <w:tcPr>
            <w:tcW w:type="dxa" w:w="1126"/>
          </w:tcPr>
          <w:p>
            <w:pPr>
              <w:spacing w:after="0"/>
              <w:jc w:val="right"/>
            </w:pPr>
            <w:r>
              <w:rPr>
                <w:sz w:val="16"/>
              </w:rPr>
              <w:t>$7,450</w:t>
            </w:r>
          </w:p>
        </w:tc>
        <w:tc>
          <w:tcPr>
            <w:tcW w:type="dxa" w:w="1144"/>
          </w:tcPr>
          <w:p>
            <w:pPr>
              <w:spacing w:after="0"/>
              <w:jc w:val="right"/>
            </w:pPr>
            <w:r>
              <w:rPr>
                <w:sz w:val="16"/>
              </w:rPr>
              <w:t>$10,676</w:t>
            </w:r>
          </w:p>
        </w:tc>
        <w:tc>
          <w:tcPr>
            <w:tcW w:type="dxa" w:w="1305"/>
          </w:tcPr>
          <w:p>
            <w:pPr>
              <w:spacing w:after="0"/>
              <w:jc w:val="right"/>
            </w:pPr>
            <w:r>
              <w:rPr>
                <w:sz w:val="16"/>
              </w:rPr>
              <w:t>0.00126%</w:t>
            </w:r>
          </w:p>
        </w:tc>
        <w:tc>
          <w:tcPr>
            <w:tcW w:type="dxa" w:w="1208"/>
          </w:tcPr>
          <w:p>
            <w:pPr>
              <w:spacing w:after="0"/>
              <w:jc w:val="right"/>
            </w:pPr>
          </w:p>
        </w:tc>
        <w:tc>
          <w:tcPr>
            <w:tcW w:type="dxa" w:w="1100"/>
          </w:tcPr>
          <w:p>
            <w:pPr>
              <w:spacing w:after="0"/>
              <w:jc w:val="right"/>
            </w:pPr>
          </w:p>
        </w:tc>
        <w:tc>
          <w:tcPr>
            <w:tcW w:type="dxa" w:w="110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$2,172,801,586</w:t>
            </w:r>
          </w:p>
        </w:tc>
        <w:tc>
          <w:tcPr>
            <w:tcW w:type="dxa" w:w="1135"/>
          </w:tcPr>
          <w:p>
            <w:pPr>
              <w:spacing w:after="0"/>
              <w:jc w:val="right"/>
            </w:pPr>
            <w:r>
              <w:rPr>
                <w:sz w:val="16"/>
              </w:rPr>
              <w:t>$36,637,161</w:t>
            </w:r>
          </w:p>
        </w:tc>
        <w:tc>
          <w:tcPr>
            <w:tcW w:type="dxa" w:w="1044"/>
          </w:tcPr>
          <w:p>
            <w:pPr>
              <w:spacing w:after="0"/>
              <w:jc w:val="right"/>
            </w:pPr>
            <w:r>
              <w:rPr>
                <w:sz w:val="16"/>
              </w:rPr>
              <w:t>8,588</w:t>
            </w:r>
          </w:p>
        </w:tc>
        <w:tc>
          <w:tcPr>
            <w:tcW w:type="dxa" w:w="948"/>
          </w:tcPr>
          <w:p>
            <w:pPr>
              <w:spacing w:after="0"/>
              <w:jc w:val="right"/>
            </w:pPr>
            <w:r>
              <w:rPr>
                <w:sz w:val="16"/>
              </w:rPr>
              <w:t>$10</w:t>
            </w:r>
          </w:p>
        </w:tc>
        <w:tc>
          <w:tcPr>
            <w:tcW w:type="dxa" w:w="1126"/>
          </w:tcPr>
          <w:p>
            <w:pPr>
              <w:spacing w:after="0"/>
              <w:jc w:val="right"/>
            </w:pPr>
            <w:r>
              <w:rPr>
                <w:sz w:val="16"/>
              </w:rPr>
              <w:t>$70</w:t>
            </w:r>
          </w:p>
        </w:tc>
        <w:tc>
          <w:tcPr>
            <w:tcW w:type="dxa" w:w="1144"/>
          </w:tcPr>
          <w:p>
            <w:pPr>
              <w:spacing w:after="0"/>
              <w:jc w:val="right"/>
            </w:pPr>
            <w:r>
              <w:rPr>
                <w:sz w:val="16"/>
              </w:rPr>
              <w:t>$3,287,380</w:t>
            </w:r>
          </w:p>
        </w:tc>
        <w:tc>
          <w:tcPr>
            <w:tcW w:type="dxa" w:w="1305"/>
          </w:tcPr>
          <w:p>
            <w:pPr>
              <w:spacing w:after="0"/>
              <w:jc w:val="right"/>
            </w:pPr>
            <w:r>
              <w:rPr>
                <w:sz w:val="16"/>
              </w:rPr>
              <w:t>under 0.0001%</w:t>
            </w:r>
          </w:p>
        </w:tc>
        <w:tc>
          <w:tcPr>
            <w:tcW w:type="dxa" w:w="1208"/>
          </w:tcPr>
          <w:p>
            <w:pPr>
              <w:spacing w:after="0"/>
              <w:jc w:val="right"/>
            </w:pPr>
          </w:p>
        </w:tc>
        <w:tc>
          <w:tcPr>
            <w:tcW w:type="dxa" w:w="1100"/>
          </w:tcPr>
          <w:p>
            <w:pPr>
              <w:spacing w:after="0"/>
              <w:jc w:val="right"/>
            </w:pPr>
          </w:p>
        </w:tc>
        <w:tc>
          <w:tcPr>
            <w:tcW w:type="dxa" w:w="110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$2,170,295,695</w:t>
            </w:r>
          </w:p>
        </w:tc>
        <w:tc>
          <w:tcPr>
            <w:tcW w:type="dxa" w:w="1135"/>
          </w:tcPr>
          <w:p>
            <w:pPr>
              <w:spacing w:after="0"/>
              <w:jc w:val="right"/>
            </w:pPr>
            <w:r>
              <w:rPr>
                <w:sz w:val="16"/>
              </w:rPr>
              <w:t>$36,627,774</w:t>
            </w:r>
          </w:p>
        </w:tc>
        <w:tc>
          <w:tcPr>
            <w:tcW w:type="dxa" w:w="1044"/>
          </w:tcPr>
          <w:p>
            <w:pPr>
              <w:spacing w:after="0"/>
              <w:jc w:val="right"/>
            </w:pPr>
            <w:r>
              <w:rPr>
                <w:sz w:val="16"/>
              </w:rPr>
              <w:t>8,568</w:t>
            </w:r>
          </w:p>
        </w:tc>
        <w:tc>
          <w:tcPr>
            <w:tcW w:type="dxa" w:w="948"/>
          </w:tcPr>
          <w:p>
            <w:pPr>
              <w:spacing w:after="0"/>
              <w:jc w:val="right"/>
            </w:pPr>
            <w:r>
              <w:rPr>
                <w:sz w:val="16"/>
              </w:rPr>
              <w:t>$106,316</w:t>
            </w:r>
          </w:p>
        </w:tc>
        <w:tc>
          <w:tcPr>
            <w:tcW w:type="dxa" w:w="1126"/>
          </w:tcPr>
          <w:p>
            <w:pPr>
              <w:spacing w:after="0"/>
              <w:jc w:val="right"/>
            </w:pPr>
            <w:r>
              <w:rPr>
                <w:sz w:val="16"/>
              </w:rPr>
              <w:t>$27,657</w:t>
            </w:r>
          </w:p>
        </w:tc>
        <w:tc>
          <w:tcPr>
            <w:tcW w:type="dxa" w:w="1144"/>
          </w:tcPr>
          <w:p>
            <w:pPr>
              <w:spacing w:after="0"/>
              <w:jc w:val="right"/>
            </w:pPr>
            <w:r>
              <w:rPr>
                <w:sz w:val="16"/>
              </w:rPr>
              <w:t>$2,916</w:t>
            </w:r>
          </w:p>
        </w:tc>
        <w:tc>
          <w:tcPr>
            <w:tcW w:type="dxa" w:w="1305"/>
          </w:tcPr>
          <w:p>
            <w:pPr>
              <w:spacing w:after="0"/>
              <w:jc w:val="right"/>
            </w:pPr>
            <w:r>
              <w:rPr>
                <w:sz w:val="16"/>
              </w:rPr>
              <w:t>0.0049%</w:t>
            </w:r>
          </w:p>
        </w:tc>
        <w:tc>
          <w:tcPr>
            <w:tcW w:type="dxa" w:w="1208"/>
          </w:tcPr>
          <w:p>
            <w:pPr>
              <w:spacing w:after="0"/>
              <w:jc w:val="right"/>
            </w:pPr>
          </w:p>
        </w:tc>
        <w:tc>
          <w:tcPr>
            <w:tcW w:type="dxa" w:w="1100"/>
          </w:tcPr>
          <w:p>
            <w:pPr>
              <w:spacing w:after="0"/>
              <w:jc w:val="right"/>
            </w:pPr>
          </w:p>
        </w:tc>
        <w:tc>
          <w:tcPr>
            <w:tcW w:type="dxa" w:w="110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$2,172,801,586</w:t>
            </w:r>
          </w:p>
        </w:tc>
        <w:tc>
          <w:tcPr>
            <w:tcW w:type="dxa" w:w="1135"/>
          </w:tcPr>
          <w:p>
            <w:pPr>
              <w:spacing w:after="0"/>
              <w:jc w:val="right"/>
            </w:pPr>
            <w:r>
              <w:rPr>
                <w:sz w:val="16"/>
              </w:rPr>
              <w:t>n/a</w:t>
            </w:r>
          </w:p>
        </w:tc>
        <w:tc>
          <w:tcPr>
            <w:tcW w:type="dxa" w:w="1044"/>
          </w:tcPr>
          <w:p>
            <w:pPr>
              <w:spacing w:after="0"/>
              <w:jc w:val="right"/>
            </w:pPr>
            <w:r>
              <w:rPr>
                <w:sz w:val="16"/>
              </w:rPr>
              <w:t>8,588</w:t>
            </w:r>
          </w:p>
        </w:tc>
        <w:tc>
          <w:tcPr>
            <w:tcW w:type="dxa" w:w="948"/>
          </w:tcPr>
          <w:p>
            <w:pPr>
              <w:spacing w:after="0"/>
              <w:jc w:val="right"/>
            </w:pPr>
            <w:r>
              <w:rPr>
                <w:sz w:val="16"/>
              </w:rPr>
              <w:t>$12,505</w:t>
            </w:r>
          </w:p>
        </w:tc>
        <w:tc>
          <w:tcPr>
            <w:tcW w:type="dxa" w:w="1126"/>
          </w:tcPr>
          <w:p>
            <w:pPr>
              <w:spacing w:after="0"/>
              <w:jc w:val="right"/>
            </w:pPr>
            <w:r>
              <w:rPr>
                <w:sz w:val="16"/>
              </w:rPr>
              <w:t>n/a</w:t>
            </w:r>
          </w:p>
        </w:tc>
        <w:tc>
          <w:tcPr>
            <w:tcW w:type="dxa" w:w="1144"/>
          </w:tcPr>
          <w:p>
            <w:pPr>
              <w:spacing w:after="0"/>
              <w:jc w:val="right"/>
            </w:pPr>
            <w:r>
              <w:rPr>
                <w:sz w:val="16"/>
              </w:rPr>
              <w:t>$1,256</w:t>
            </w:r>
          </w:p>
        </w:tc>
        <w:tc>
          <w:tcPr>
            <w:tcW w:type="dxa" w:w="1305"/>
          </w:tcPr>
          <w:p>
            <w:pPr>
              <w:spacing w:after="0"/>
              <w:jc w:val="right"/>
            </w:pPr>
            <w:r>
              <w:rPr>
                <w:sz w:val="16"/>
              </w:rPr>
              <w:t>0.000576%</w:t>
            </w:r>
          </w:p>
        </w:tc>
        <w:tc>
          <w:tcPr>
            <w:tcW w:type="dxa" w:w="1208"/>
          </w:tcPr>
          <w:p>
            <w:pPr>
              <w:spacing w:after="0"/>
              <w:jc w:val="right"/>
            </w:pPr>
          </w:p>
        </w:tc>
        <w:tc>
          <w:tcPr>
            <w:tcW w:type="dxa" w:w="1100"/>
          </w:tcPr>
          <w:p>
            <w:pPr>
              <w:spacing w:after="0"/>
              <w:jc w:val="right"/>
            </w:pPr>
          </w:p>
        </w:tc>
        <w:tc>
          <w:tcPr>
            <w:tcW w:type="dxa" w:w="110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$2,172,628,946</w:t>
            </w:r>
          </w:p>
        </w:tc>
        <w:tc>
          <w:tcPr>
            <w:tcW w:type="dxa" w:w="1135"/>
          </w:tcPr>
          <w:p>
            <w:pPr>
              <w:spacing w:after="0"/>
              <w:jc w:val="right"/>
            </w:pPr>
            <w:r>
              <w:rPr>
                <w:sz w:val="16"/>
              </w:rPr>
              <w:t>$10,911,925</w:t>
            </w:r>
          </w:p>
        </w:tc>
        <w:tc>
          <w:tcPr>
            <w:tcW w:type="dxa" w:w="1044"/>
          </w:tcPr>
          <w:p>
            <w:pPr>
              <w:spacing w:after="0"/>
              <w:jc w:val="right"/>
            </w:pPr>
            <w:r>
              <w:rPr>
                <w:sz w:val="16"/>
              </w:rPr>
              <w:t>470</w:t>
            </w:r>
          </w:p>
        </w:tc>
        <w:tc>
          <w:tcPr>
            <w:tcW w:type="dxa" w:w="948"/>
          </w:tcPr>
          <w:p>
            <w:pPr>
              <w:spacing w:after="0"/>
              <w:jc w:val="right"/>
            </w:pPr>
            <w:r>
              <w:rPr>
                <w:sz w:val="16"/>
              </w:rPr>
              <w:t>$940,788</w:t>
            </w:r>
          </w:p>
        </w:tc>
        <w:tc>
          <w:tcPr>
            <w:tcW w:type="dxa" w:w="1126"/>
          </w:tcPr>
          <w:p>
            <w:pPr>
              <w:spacing w:after="0"/>
              <w:jc w:val="right"/>
            </w:pPr>
            <w:r>
              <w:rPr>
                <w:sz w:val="16"/>
              </w:rPr>
              <w:t>$295,108</w:t>
            </w:r>
          </w:p>
        </w:tc>
        <w:tc>
          <w:tcPr>
            <w:tcW w:type="dxa" w:w="1144"/>
          </w:tcPr>
          <w:p>
            <w:pPr>
              <w:spacing w:after="0"/>
              <w:jc w:val="right"/>
            </w:pPr>
            <w:r>
              <w:rPr>
                <w:sz w:val="16"/>
              </w:rPr>
              <w:t>$53,676</w:t>
            </w:r>
          </w:p>
        </w:tc>
        <w:tc>
          <w:tcPr>
            <w:tcW w:type="dxa" w:w="1305"/>
          </w:tcPr>
          <w:p>
            <w:pPr>
              <w:spacing w:after="0"/>
              <w:jc w:val="right"/>
            </w:pPr>
            <w:r>
              <w:rPr>
                <w:sz w:val="16"/>
              </w:rPr>
              <w:t>n/a (see note)</w:t>
            </w:r>
          </w:p>
        </w:tc>
        <w:tc>
          <w:tcPr>
            <w:tcW w:type="dxa" w:w="1208"/>
          </w:tcPr>
          <w:p>
            <w:pPr>
              <w:spacing w:after="0"/>
              <w:jc w:val="right"/>
            </w:pPr>
          </w:p>
        </w:tc>
        <w:tc>
          <w:tcPr>
            <w:tcW w:type="dxa" w:w="1100"/>
          </w:tcPr>
          <w:p>
            <w:pPr>
              <w:spacing w:after="0"/>
              <w:jc w:val="right"/>
            </w:pPr>
          </w:p>
        </w:tc>
        <w:tc>
          <w:tcPr>
            <w:tcW w:type="dxa" w:w="1100"/>
          </w:tcPr>
          <w:p>
            <w:pPr>
              <w:spacing w:after="0"/>
              <w:jc w:val="right"/>
            </w:pPr>
          </w:p>
        </w:tc>
        <w:tc>
          <w:tcPr>
            <w:tcW w:type="dxa" w:w="15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$789,875</w:t>
            </w:r>
          </w:p>
        </w:tc>
        <w:tc>
          <w:tcPr>
            <w:tcW w:type="dxa" w:w="1135"/>
          </w:tcPr>
          <w:p>
            <w:pPr>
              <w:spacing w:after="0"/>
              <w:jc w:val="right"/>
            </w:pPr>
            <w:r>
              <w:rPr>
                <w:sz w:val="16"/>
              </w:rPr>
              <w:t>n/a</w:t>
            </w:r>
          </w:p>
        </w:tc>
        <w:tc>
          <w:tcPr>
            <w:tcW w:type="dxa" w:w="1044"/>
          </w:tcPr>
          <w:p>
            <w:pPr>
              <w:spacing w:after="0"/>
              <w:jc w:val="right"/>
            </w:pPr>
            <w:r>
              <w:rPr>
                <w:sz w:val="16"/>
              </w:rPr>
              <w:t>3</w:t>
            </w:r>
          </w:p>
        </w:tc>
        <w:tc>
          <w:tcPr>
            <w:tcW w:type="dxa" w:w="948"/>
          </w:tcPr>
          <w:p>
            <w:pPr>
              <w:spacing w:after="0"/>
              <w:jc w:val="right"/>
            </w:pPr>
            <w:r>
              <w:rPr>
                <w:sz w:val="16"/>
              </w:rPr>
              <w:t>$5</w:t>
            </w:r>
          </w:p>
        </w:tc>
        <w:tc>
          <w:tcPr>
            <w:tcW w:type="dxa" w:w="1126"/>
          </w:tcPr>
          <w:p>
            <w:pPr>
              <w:spacing w:after="0"/>
              <w:jc w:val="right"/>
            </w:pPr>
            <w:r>
              <w:rPr>
                <w:sz w:val="16"/>
              </w:rPr>
              <w:t>n/a</w:t>
            </w:r>
          </w:p>
        </w:tc>
        <w:tc>
          <w:tcPr>
            <w:tcW w:type="dxa" w:w="1144"/>
          </w:tcPr>
          <w:p>
            <w:pPr>
              <w:spacing w:after="0"/>
              <w:jc w:val="right"/>
            </w:pPr>
            <w:r>
              <w:rPr>
                <w:sz w:val="16"/>
              </w:rPr>
              <w:t>under $1</w:t>
            </w:r>
          </w:p>
        </w:tc>
        <w:tc>
          <w:tcPr>
            <w:tcW w:type="dxa" w:w="1305"/>
          </w:tcPr>
          <w:p>
            <w:pPr>
              <w:spacing w:after="0"/>
              <w:jc w:val="right"/>
            </w:pPr>
            <w:r>
              <w:rPr>
                <w:sz w:val="16"/>
              </w:rPr>
              <w:t>0.000619%</w:t>
            </w:r>
          </w:p>
        </w:tc>
        <w:tc>
          <w:tcPr>
            <w:tcW w:type="dxa" w:w="1208"/>
          </w:tcPr>
          <w:p>
            <w:pPr>
              <w:spacing w:after="0"/>
              <w:jc w:val="right"/>
            </w:pPr>
          </w:p>
        </w:tc>
        <w:tc>
          <w:tcPr>
            <w:tcW w:type="dxa" w:w="1100"/>
          </w:tcPr>
          <w:p>
            <w:pPr>
              <w:spacing w:after="0"/>
              <w:jc w:val="right"/>
            </w:pPr>
          </w:p>
        </w:tc>
        <w:tc>
          <w:tcPr>
            <w:tcW w:type="dxa" w:w="110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$2,172,801,586</w:t>
            </w:r>
          </w:p>
        </w:tc>
        <w:tc>
          <w:tcPr>
            <w:tcW w:type="dxa" w:w="1135"/>
          </w:tcPr>
          <w:p>
            <w:pPr>
              <w:spacing w:after="0"/>
              <w:jc w:val="right"/>
            </w:pPr>
            <w:r>
              <w:rPr>
                <w:sz w:val="16"/>
              </w:rPr>
              <w:t>n/a</w:t>
            </w:r>
          </w:p>
        </w:tc>
        <w:tc>
          <w:tcPr>
            <w:tcW w:type="dxa" w:w="1044"/>
          </w:tcPr>
          <w:p>
            <w:pPr>
              <w:spacing w:after="0"/>
              <w:jc w:val="right"/>
            </w:pPr>
            <w:r>
              <w:rPr>
                <w:sz w:val="16"/>
              </w:rPr>
              <w:t>8,588</w:t>
            </w:r>
          </w:p>
        </w:tc>
        <w:tc>
          <w:tcPr>
            <w:tcW w:type="dxa" w:w="948"/>
          </w:tcPr>
          <w:p>
            <w:pPr>
              <w:spacing w:after="0"/>
              <w:jc w:val="right"/>
            </w:pPr>
            <w:r>
              <w:rPr>
                <w:sz w:val="16"/>
              </w:rPr>
              <w:t>$35,047</w:t>
            </w:r>
          </w:p>
        </w:tc>
        <w:tc>
          <w:tcPr>
            <w:tcW w:type="dxa" w:w="1126"/>
          </w:tcPr>
          <w:p>
            <w:pPr>
              <w:spacing w:after="0"/>
              <w:jc w:val="right"/>
            </w:pPr>
            <w:r>
              <w:rPr>
                <w:sz w:val="16"/>
              </w:rPr>
              <w:t>n/a</w:t>
            </w:r>
          </w:p>
        </w:tc>
        <w:tc>
          <w:tcPr>
            <w:tcW w:type="dxa" w:w="1144"/>
          </w:tcPr>
          <w:p>
            <w:pPr>
              <w:spacing w:after="0"/>
              <w:jc w:val="right"/>
            </w:pPr>
            <w:r>
              <w:rPr>
                <w:sz w:val="16"/>
              </w:rPr>
              <w:t>$51,509</w:t>
            </w:r>
          </w:p>
        </w:tc>
        <w:tc>
          <w:tcPr>
            <w:tcW w:type="dxa" w:w="1305"/>
          </w:tcPr>
          <w:p>
            <w:pPr>
              <w:spacing w:after="0"/>
              <w:jc w:val="right"/>
            </w:pPr>
            <w:r>
              <w:rPr>
                <w:sz w:val="16"/>
              </w:rPr>
              <w:t>0.00161%</w:t>
            </w:r>
          </w:p>
        </w:tc>
        <w:tc>
          <w:tcPr>
            <w:tcW w:type="dxa" w:w="1208"/>
          </w:tcPr>
          <w:p>
            <w:pPr>
              <w:spacing w:after="0"/>
              <w:jc w:val="right"/>
            </w:pPr>
          </w:p>
        </w:tc>
        <w:tc>
          <w:tcPr>
            <w:tcW w:type="dxa" w:w="1100"/>
          </w:tcPr>
          <w:p>
            <w:pPr>
              <w:spacing w:after="0"/>
              <w:jc w:val="right"/>
            </w:pPr>
          </w:p>
        </w:tc>
        <w:tc>
          <w:tcPr>
            <w:tcW w:type="dxa" w:w="110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$2,172,801,586</w:t>
            </w:r>
          </w:p>
        </w:tc>
        <w:tc>
          <w:tcPr>
            <w:tcW w:type="dxa" w:w="1135"/>
          </w:tcPr>
          <w:p>
            <w:pPr>
              <w:spacing w:after="0"/>
              <w:jc w:val="right"/>
            </w:pPr>
            <w:r>
              <w:rPr>
                <w:sz w:val="16"/>
              </w:rPr>
              <w:t>$36,637,161</w:t>
            </w:r>
          </w:p>
        </w:tc>
        <w:tc>
          <w:tcPr>
            <w:tcW w:type="dxa" w:w="1044"/>
          </w:tcPr>
          <w:p>
            <w:pPr>
              <w:spacing w:after="0"/>
              <w:jc w:val="right"/>
            </w:pPr>
            <w:r>
              <w:rPr>
                <w:sz w:val="16"/>
              </w:rPr>
              <w:t>8,588</w:t>
            </w:r>
          </w:p>
        </w:tc>
        <w:tc>
          <w:tcPr>
            <w:tcW w:type="dxa" w:w="948"/>
          </w:tcPr>
          <w:p>
            <w:pPr>
              <w:spacing w:after="0"/>
              <w:jc w:val="right"/>
            </w:pPr>
            <w:r>
              <w:rPr>
                <w:sz w:val="16"/>
              </w:rPr>
              <w:t>$15,812</w:t>
            </w:r>
          </w:p>
        </w:tc>
        <w:tc>
          <w:tcPr>
            <w:tcW w:type="dxa" w:w="1126"/>
          </w:tcPr>
          <w:p>
            <w:pPr>
              <w:spacing w:after="0"/>
              <w:jc w:val="right"/>
            </w:pPr>
            <w:r>
              <w:rPr>
                <w:sz w:val="16"/>
              </w:rPr>
              <w:t>$2,029</w:t>
            </w:r>
          </w:p>
        </w:tc>
        <w:tc>
          <w:tcPr>
            <w:tcW w:type="dxa" w:w="1144"/>
          </w:tcPr>
          <w:p>
            <w:pPr>
              <w:spacing w:after="0"/>
              <w:jc w:val="right"/>
            </w:pPr>
            <w:r>
              <w:rPr>
                <w:sz w:val="16"/>
              </w:rPr>
              <w:t>$6,065</w:t>
            </w:r>
          </w:p>
        </w:tc>
        <w:tc>
          <w:tcPr>
            <w:tcW w:type="dxa" w:w="1305"/>
          </w:tcPr>
          <w:p>
            <w:pPr>
              <w:spacing w:after="0"/>
              <w:jc w:val="right"/>
            </w:pPr>
            <w:r>
              <w:rPr>
                <w:sz w:val="16"/>
              </w:rPr>
              <w:t>0.000728%</w:t>
            </w:r>
          </w:p>
        </w:tc>
        <w:tc>
          <w:tcPr>
            <w:tcW w:type="dxa" w:w="1208"/>
          </w:tcPr>
          <w:p>
            <w:pPr>
              <w:spacing w:after="0"/>
              <w:jc w:val="right"/>
            </w:pPr>
          </w:p>
        </w:tc>
        <w:tc>
          <w:tcPr>
            <w:tcW w:type="dxa" w:w="1100"/>
          </w:tcPr>
          <w:p>
            <w:pPr>
              <w:spacing w:after="0"/>
              <w:jc w:val="right"/>
            </w:pPr>
          </w:p>
        </w:tc>
        <w:tc>
          <w:tcPr>
            <w:tcW w:type="dxa" w:w="110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$2,172,801,586</w:t>
            </w:r>
          </w:p>
        </w:tc>
        <w:tc>
          <w:tcPr>
            <w:tcW w:type="dxa" w:w="1135"/>
          </w:tcPr>
          <w:p>
            <w:pPr>
              <w:spacing w:after="0"/>
              <w:jc w:val="right"/>
            </w:pPr>
            <w:r>
              <w:rPr>
                <w:sz w:val="16"/>
              </w:rPr>
              <w:t>$36,637,161</w:t>
            </w:r>
          </w:p>
        </w:tc>
        <w:tc>
          <w:tcPr>
            <w:tcW w:type="dxa" w:w="1044"/>
          </w:tcPr>
          <w:p>
            <w:pPr>
              <w:spacing w:after="0"/>
              <w:jc w:val="right"/>
            </w:pPr>
            <w:r>
              <w:rPr>
                <w:sz w:val="16"/>
              </w:rPr>
              <w:t>8,588</w:t>
            </w:r>
          </w:p>
        </w:tc>
        <w:tc>
          <w:tcPr>
            <w:tcW w:type="dxa" w:w="948"/>
          </w:tcPr>
          <w:p>
            <w:pPr>
              <w:spacing w:after="0"/>
              <w:jc w:val="right"/>
            </w:pPr>
            <w:r>
              <w:rPr>
                <w:sz w:val="16"/>
              </w:rPr>
              <w:t>$70,714</w:t>
            </w:r>
          </w:p>
        </w:tc>
        <w:tc>
          <w:tcPr>
            <w:tcW w:type="dxa" w:w="1126"/>
          </w:tcPr>
          <w:p>
            <w:pPr>
              <w:spacing w:after="0"/>
              <w:jc w:val="right"/>
            </w:pPr>
            <w:r>
              <w:rPr>
                <w:sz w:val="16"/>
              </w:rPr>
              <w:t>$430</w:t>
            </w:r>
          </w:p>
        </w:tc>
        <w:tc>
          <w:tcPr>
            <w:tcW w:type="dxa" w:w="1144"/>
          </w:tcPr>
          <w:p>
            <w:pPr>
              <w:spacing w:after="0"/>
              <w:jc w:val="right"/>
            </w:pPr>
            <w:r>
              <w:rPr>
                <w:sz w:val="16"/>
              </w:rPr>
              <w:t>$178,868</w:t>
            </w:r>
          </w:p>
        </w:tc>
        <w:tc>
          <w:tcPr>
            <w:tcW w:type="dxa" w:w="1305"/>
          </w:tcPr>
          <w:p>
            <w:pPr>
              <w:spacing w:after="0"/>
              <w:jc w:val="right"/>
            </w:pPr>
            <w:r>
              <w:rPr>
                <w:sz w:val="16"/>
              </w:rPr>
              <w:t>0.00325%</w:t>
            </w:r>
          </w:p>
        </w:tc>
        <w:tc>
          <w:tcPr>
            <w:tcW w:type="dxa" w:w="1208"/>
          </w:tcPr>
          <w:p>
            <w:pPr>
              <w:spacing w:after="0"/>
              <w:jc w:val="right"/>
            </w:pPr>
          </w:p>
        </w:tc>
        <w:tc>
          <w:tcPr>
            <w:tcW w:type="dxa" w:w="1100"/>
          </w:tcPr>
          <w:p>
            <w:pPr>
              <w:spacing w:after="0"/>
              <w:jc w:val="right"/>
            </w:pPr>
          </w:p>
        </w:tc>
        <w:tc>
          <w:tcPr>
            <w:tcW w:type="dxa" w:w="110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$250,804,247</w:t>
            </w:r>
          </w:p>
        </w:tc>
        <w:tc>
          <w:tcPr>
            <w:tcW w:type="dxa" w:w="1135"/>
          </w:tcPr>
          <w:p>
            <w:pPr>
              <w:spacing w:after="0"/>
              <w:jc w:val="right"/>
            </w:pPr>
            <w:r>
              <w:rPr>
                <w:sz w:val="16"/>
              </w:rPr>
              <w:t>$20,015,517</w:t>
            </w:r>
          </w:p>
        </w:tc>
        <w:tc>
          <w:tcPr>
            <w:tcW w:type="dxa" w:w="1044"/>
          </w:tcPr>
          <w:p>
            <w:pPr>
              <w:spacing w:after="0"/>
              <w:jc w:val="right"/>
            </w:pPr>
            <w:r>
              <w:rPr>
                <w:sz w:val="16"/>
              </w:rPr>
              <w:t>1,626</w:t>
            </w:r>
          </w:p>
        </w:tc>
        <w:tc>
          <w:tcPr>
            <w:tcW w:type="dxa" w:w="948"/>
          </w:tcPr>
          <w:p>
            <w:pPr>
              <w:spacing w:after="0"/>
              <w:jc w:val="right"/>
            </w:pPr>
            <w:r>
              <w:rPr>
                <w:sz w:val="16"/>
              </w:rPr>
              <w:t>$30,339</w:t>
            </w:r>
          </w:p>
        </w:tc>
        <w:tc>
          <w:tcPr>
            <w:tcW w:type="dxa" w:w="1126"/>
          </w:tcPr>
          <w:p>
            <w:pPr>
              <w:spacing w:after="0"/>
              <w:jc w:val="right"/>
            </w:pPr>
            <w:r>
              <w:rPr>
                <w:sz w:val="16"/>
              </w:rPr>
              <w:t>$235</w:t>
            </w:r>
          </w:p>
        </w:tc>
        <w:tc>
          <w:tcPr>
            <w:tcW w:type="dxa" w:w="1144"/>
          </w:tcPr>
          <w:p>
            <w:pPr>
              <w:spacing w:after="0"/>
              <w:jc w:val="right"/>
            </w:pPr>
            <w:r>
              <w:rPr>
                <w:sz w:val="16"/>
              </w:rPr>
              <w:t>$3,117</w:t>
            </w:r>
          </w:p>
        </w:tc>
        <w:tc>
          <w:tcPr>
            <w:tcW w:type="dxa" w:w="1305"/>
          </w:tcPr>
          <w:p>
            <w:pPr>
              <w:spacing w:after="0"/>
              <w:jc w:val="right"/>
            </w:pPr>
            <w:r>
              <w:rPr>
                <w:sz w:val="16"/>
              </w:rPr>
              <w:t>0.0121%</w:t>
            </w:r>
          </w:p>
        </w:tc>
        <w:tc>
          <w:tcPr>
            <w:tcW w:type="dxa" w:w="1208"/>
          </w:tcPr>
          <w:p>
            <w:pPr>
              <w:spacing w:after="0"/>
              <w:jc w:val="right"/>
            </w:pPr>
          </w:p>
        </w:tc>
        <w:tc>
          <w:tcPr>
            <w:tcW w:type="dxa" w:w="1100"/>
          </w:tcPr>
          <w:p>
            <w:pPr>
              <w:spacing w:after="0"/>
              <w:jc w:val="right"/>
            </w:pPr>
          </w:p>
        </w:tc>
        <w:tc>
          <w:tcPr>
            <w:tcW w:type="dxa" w:w="110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$2,172,801,586</w:t>
            </w:r>
          </w:p>
        </w:tc>
        <w:tc>
          <w:tcPr>
            <w:tcW w:type="dxa" w:w="1135"/>
          </w:tcPr>
          <w:p>
            <w:pPr>
              <w:spacing w:after="0"/>
              <w:jc w:val="right"/>
            </w:pPr>
            <w:r>
              <w:rPr>
                <w:sz w:val="16"/>
              </w:rPr>
              <w:t>$36,637,161</w:t>
            </w:r>
          </w:p>
        </w:tc>
        <w:tc>
          <w:tcPr>
            <w:tcW w:type="dxa" w:w="1044"/>
          </w:tcPr>
          <w:p>
            <w:pPr>
              <w:spacing w:after="0"/>
              <w:jc w:val="right"/>
            </w:pPr>
            <w:r>
              <w:rPr>
                <w:sz w:val="16"/>
              </w:rPr>
              <w:t>8,588</w:t>
            </w:r>
          </w:p>
        </w:tc>
        <w:tc>
          <w:tcPr>
            <w:tcW w:type="dxa" w:w="948"/>
          </w:tcPr>
          <w:p>
            <w:pPr>
              <w:spacing w:after="0"/>
              <w:jc w:val="right"/>
            </w:pPr>
            <w:r>
              <w:rPr>
                <w:sz w:val="16"/>
              </w:rPr>
              <w:t>$998</w:t>
            </w:r>
          </w:p>
        </w:tc>
        <w:tc>
          <w:tcPr>
            <w:tcW w:type="dxa" w:w="1126"/>
          </w:tcPr>
          <w:p>
            <w:pPr>
              <w:spacing w:after="0"/>
              <w:jc w:val="right"/>
            </w:pPr>
            <w:r>
              <w:rPr>
                <w:sz w:val="16"/>
              </w:rPr>
              <w:t>$24</w:t>
            </w:r>
          </w:p>
        </w:tc>
        <w:tc>
          <w:tcPr>
            <w:tcW w:type="dxa" w:w="1144"/>
          </w:tcPr>
          <w:p>
            <w:pPr>
              <w:spacing w:after="0"/>
              <w:jc w:val="right"/>
            </w:pPr>
            <w:r>
              <w:rPr>
                <w:sz w:val="16"/>
              </w:rPr>
              <w:t>$4,893</w:t>
            </w:r>
          </w:p>
        </w:tc>
        <w:tc>
          <w:tcPr>
            <w:tcW w:type="dxa" w:w="1305"/>
          </w:tcPr>
          <w:p>
            <w:pPr>
              <w:spacing w:after="0"/>
              <w:jc w:val="right"/>
            </w:pPr>
            <w:r>
              <w:rPr>
                <w:sz w:val="16"/>
              </w:rPr>
              <w:t>under 0.0001%</w:t>
            </w:r>
          </w:p>
        </w:tc>
        <w:tc>
          <w:tcPr>
            <w:tcW w:type="dxa" w:w="1208"/>
          </w:tcPr>
          <w:p>
            <w:pPr>
              <w:spacing w:after="0"/>
              <w:jc w:val="right"/>
            </w:pPr>
          </w:p>
        </w:tc>
        <w:tc>
          <w:tcPr>
            <w:tcW w:type="dxa" w:w="1100"/>
          </w:tcPr>
          <w:p>
            <w:pPr>
              <w:spacing w:after="0"/>
              <w:jc w:val="right"/>
            </w:pPr>
          </w:p>
        </w:tc>
        <w:tc>
          <w:tcPr>
            <w:tcW w:type="dxa" w:w="1100"/>
          </w:tcPr>
          <w:p>
            <w:pPr>
              <w:spacing w:after="0"/>
              <w:jc w:val="right"/>
            </w:pPr>
          </w:p>
        </w:tc>
        <w:tc>
          <w:tcPr>
            <w:tcW w:type="dxa" w:w="15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2026-09-02: Storm Events not yet covered: Storm Events data run through 2026-06-30, before the approval date, so there is no period to count yet;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8,588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$2,172,801,586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$36,637,161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$2,124,457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$4,141,294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165"/>
        <w:gridCol w:w="1398"/>
        <w:gridCol w:w="1398"/>
        <w:gridCol w:w="1398"/>
        <w:gridCol w:w="1398"/>
        <w:gridCol w:w="1398"/>
        <w:gridCol w:w="1398"/>
        <w:gridCol w:w="1556"/>
      </w:tblGrid>
      <w:tr>
        <w:trPr>
          <w:cantSplit/>
          <w:tblHeader/>
        </w:trPr>
        <w:tc>
          <w:tcPr>
            <w:tcW w:type="dxa" w:w="4165"/>
            <w:shd w:val="clear" w:color="auto" w:fill="E8E8E8"/>
          </w:tcPr>
          <w:p>
            <w:pPr>
              <w:spacing w:after="0"/>
              <w:jc w:val="left"/>
            </w:pPr>
            <w:r>
              <w:rPr>
                <w:b/>
                <w:sz w:val="16"/>
              </w:rPr>
              <w:t>Scope</w:t>
            </w:r>
          </w:p>
        </w:tc>
        <w:tc>
          <w:tcPr>
            <w:tcW w:type="dxa" w:w="1398"/>
            <w:shd w:val="clear" w:color="auto" w:fill="E8E8E8"/>
          </w:tcPr>
          <w:p>
            <w:pPr>
              <w:spacing w:after="0"/>
              <w:jc w:val="right"/>
            </w:pPr>
            <w:r>
              <w:rPr>
                <w:b/>
                <w:sz w:val="16"/>
              </w:rPr>
              <w:t>RL, FMA</w:t>
            </w:r>
          </w:p>
          <w:p>
            <w:pPr>
              <w:spacing w:after="0"/>
              <w:jc w:val="right"/>
            </w:pPr>
            <w:r>
              <w:rPr>
                <w:i/>
                <w:color w:val="555555"/>
                <w:sz w:val="14"/>
              </w:rPr>
              <w:t>properties</w:t>
            </w:r>
          </w:p>
        </w:tc>
        <w:tc>
          <w:tcPr>
            <w:tcW w:type="dxa" w:w="1398"/>
            <w:shd w:val="clear" w:color="auto" w:fill="E8E8E8"/>
          </w:tcPr>
          <w:p>
            <w:pPr>
              <w:spacing w:after="0"/>
              <w:jc w:val="right"/>
            </w:pPr>
            <w:r>
              <w:rPr>
                <w:b/>
                <w:sz w:val="16"/>
              </w:rPr>
              <w:t>SRL, FMA</w:t>
            </w:r>
          </w:p>
          <w:p>
            <w:pPr>
              <w:spacing w:after="0"/>
              <w:jc w:val="right"/>
            </w:pPr>
            <w:r>
              <w:rPr>
                <w:i/>
                <w:color w:val="555555"/>
                <w:sz w:val="14"/>
              </w:rPr>
              <w:t>properties</w:t>
            </w:r>
          </w:p>
        </w:tc>
        <w:tc>
          <w:tcPr>
            <w:tcW w:type="dxa" w:w="1398"/>
            <w:shd w:val="clear" w:color="auto" w:fill="E8E8E8"/>
          </w:tcPr>
          <w:p>
            <w:pPr>
              <w:spacing w:after="0"/>
              <w:jc w:val="right"/>
            </w:pPr>
            <w:r>
              <w:rPr>
                <w:b/>
                <w:sz w:val="16"/>
              </w:rPr>
              <w:t>RL, NFIP</w:t>
            </w:r>
          </w:p>
          <w:p>
            <w:pPr>
              <w:spacing w:after="0"/>
              <w:jc w:val="right"/>
            </w:pPr>
            <w:r>
              <w:rPr>
                <w:i/>
                <w:color w:val="555555"/>
                <w:sz w:val="14"/>
              </w:rPr>
              <w:t>properties</w:t>
            </w:r>
          </w:p>
        </w:tc>
        <w:tc>
          <w:tcPr>
            <w:tcW w:type="dxa" w:w="1398"/>
            <w:shd w:val="clear" w:color="auto" w:fill="E8E8E8"/>
          </w:tcPr>
          <w:p>
            <w:pPr>
              <w:spacing w:after="0"/>
              <w:jc w:val="right"/>
            </w:pPr>
            <w:r>
              <w:rPr>
                <w:b/>
                <w:sz w:val="16"/>
              </w:rPr>
              <w:t>SRL, NFIP</w:t>
            </w:r>
          </w:p>
          <w:p>
            <w:pPr>
              <w:spacing w:after="0"/>
              <w:jc w:val="right"/>
            </w:pPr>
            <w:r>
              <w:rPr>
                <w:i/>
                <w:color w:val="555555"/>
                <w:sz w:val="14"/>
              </w:rPr>
              <w:t>properties</w:t>
            </w:r>
          </w:p>
        </w:tc>
        <w:tc>
          <w:tcPr>
            <w:tcW w:type="dxa" w:w="139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8"/>
            <w:shd w:val="clear" w:color="auto" w:fill="E8E8E8"/>
          </w:tcPr>
          <w:p>
            <w:pPr>
              <w:spacing w:after="0"/>
              <w:jc w:val="right"/>
            </w:pPr>
            <w:r>
              <w:rPr>
                <w:b/>
                <w:sz w:val="16"/>
              </w:rPr>
              <w:t>Mitigated</w:t>
            </w:r>
          </w:p>
          <w:p>
            <w:pPr>
              <w:spacing w:after="0"/>
              <w:jc w:val="right"/>
            </w:pPr>
            <w:r>
              <w:rPr>
                <w:i/>
                <w:color w:val="555555"/>
                <w:sz w:val="14"/>
              </w:rPr>
              <w:t>properties</w:t>
            </w:r>
          </w:p>
        </w:tc>
        <w:tc>
          <w:tcPr>
            <w:tcW w:type="dxa" w:w="155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165"/>
          </w:tcPr>
          <w:p>
            <w:pPr>
              <w:spacing w:after="0"/>
              <w:jc w:val="left"/>
            </w:pPr>
            <w:r>
              <w:rPr>
                <w:sz w:val="16"/>
              </w:rPr>
              <w:t>County total</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3</w:t>
            </w:r>
          </w:p>
        </w:tc>
        <w:tc>
          <w:tcPr>
            <w:tcW w:type="dxa" w:w="1398"/>
          </w:tcPr>
          <w:p>
            <w:pPr>
              <w:spacing w:after="0"/>
              <w:jc w:val="right"/>
            </w:pPr>
            <w:r>
              <w:rPr>
                <w:sz w:val="16"/>
              </w:rPr>
              <w:t>0</w:t>
            </w:r>
          </w:p>
        </w:tc>
        <w:tc>
          <w:tcPr>
            <w:tcW w:type="dxa" w:w="1398"/>
          </w:tcPr>
          <w:p>
            <w:pPr>
              <w:spacing w:after="0"/>
              <w:jc w:val="right"/>
            </w:pPr>
            <w:r>
              <w:rPr>
                <w:sz w:val="16"/>
              </w:rPr>
              <w:t>3</w:t>
            </w:r>
          </w:p>
        </w:tc>
        <w:tc>
          <w:tcPr>
            <w:tcW w:type="dxa" w:w="1398"/>
          </w:tcPr>
          <w:p>
            <w:pPr>
              <w:spacing w:after="0"/>
              <w:jc w:val="right"/>
            </w:pPr>
            <w:r>
              <w:rPr>
                <w:sz w:val="16"/>
              </w:rPr>
              <w:t>0</w:t>
            </w:r>
          </w:p>
        </w:tc>
        <w:tc>
          <w:tcPr>
            <w:tcW w:type="dxa" w:w="1556"/>
          </w:tcPr>
          <w:p>
            <w:pPr>
              <w:spacing w:after="0"/>
              <w:jc w:val="right"/>
            </w:pPr>
            <w:r>
              <w:rPr>
                <w:sz w:val="16"/>
              </w:rPr>
              <w:t>1</w:t>
            </w:r>
          </w:p>
        </w:tc>
      </w:tr>
      <w:tr>
        <w:trPr>
          <w:cantSplit/>
        </w:trPr>
        <w:tc>
          <w:tcPr>
            <w:tcW w:type="dxa" w:w="4165"/>
          </w:tcPr>
          <w:p>
            <w:pPr>
              <w:spacing w:after="0"/>
              <w:jc w:val="left"/>
            </w:pPr>
            <w:r>
              <w:rPr>
                <w:sz w:val="16"/>
              </w:rPr>
              <w:t>of which: Carrizo Springs city</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3</w:t>
            </w:r>
          </w:p>
        </w:tc>
        <w:tc>
          <w:tcPr>
            <w:tcW w:type="dxa" w:w="1398"/>
          </w:tcPr>
          <w:p>
            <w:pPr>
              <w:spacing w:after="0"/>
              <w:jc w:val="right"/>
            </w:pPr>
            <w:r>
              <w:rPr>
                <w:sz w:val="16"/>
              </w:rPr>
              <w:t>0</w:t>
            </w:r>
          </w:p>
        </w:tc>
        <w:tc>
          <w:tcPr>
            <w:tcW w:type="dxa" w:w="1398"/>
          </w:tcPr>
          <w:p>
            <w:pPr>
              <w:spacing w:after="0"/>
              <w:jc w:val="right"/>
            </w:pPr>
            <w:r>
              <w:rPr>
                <w:sz w:val="16"/>
              </w:rPr>
              <w:t>3</w:t>
            </w:r>
          </w:p>
        </w:tc>
        <w:tc>
          <w:tcPr>
            <w:tcW w:type="dxa" w:w="1398"/>
          </w:tcPr>
          <w:p>
            <w:pPr>
              <w:spacing w:after="0"/>
              <w:jc w:val="right"/>
            </w:pPr>
            <w:r>
              <w:rPr>
                <w:sz w:val="16"/>
              </w:rPr>
              <w:t>0</w:t>
            </w:r>
          </w:p>
        </w:tc>
        <w:tc>
          <w:tcPr>
            <w:tcW w:type="dxa" w:w="1556"/>
          </w:tcPr>
          <w:p>
            <w:pPr>
              <w:spacing w:after="0"/>
              <w:jc w:val="right"/>
            </w:pPr>
            <w:r>
              <w:rPr>
                <w:sz w:val="16"/>
              </w:rPr>
              <w:t>1</w:t>
            </w:r>
          </w:p>
        </w:tc>
      </w:tr>
      <w:tr>
        <w:trPr>
          <w:cantSplit/>
        </w:trPr>
        <w:tc>
          <w:tcPr>
            <w:tcW w:type="dxa" w:w="4165"/>
          </w:tcPr>
          <w:p>
            <w:pPr>
              <w:spacing w:after="0"/>
              <w:jc w:val="left"/>
            </w:pPr>
            <w:r>
              <w:rPr>
                <w:sz w:val="16"/>
              </w:rPr>
              <w:t>Statewide, no county in FEMA's file</w:t>
            </w:r>
          </w:p>
        </w:tc>
        <w:tc>
          <w:tcPr>
            <w:tcW w:type="dxa" w:w="1398"/>
          </w:tcPr>
          <w:p>
            <w:pPr>
              <w:spacing w:after="0"/>
              <w:jc w:val="right"/>
            </w:pPr>
            <w:r>
              <w:rPr>
                <w:sz w:val="16"/>
              </w:rPr>
              <w:t>3</w:t>
            </w:r>
          </w:p>
        </w:tc>
        <w:tc>
          <w:tcPr>
            <w:tcW w:type="dxa" w:w="1398"/>
          </w:tcPr>
          <w:p>
            <w:pPr>
              <w:spacing w:after="0"/>
              <w:jc w:val="right"/>
            </w:pPr>
            <w:r>
              <w:rPr>
                <w:sz w:val="16"/>
              </w:rPr>
              <w:t>8</w:t>
            </w:r>
          </w:p>
        </w:tc>
        <w:tc>
          <w:tcPr>
            <w:tcW w:type="dxa" w:w="1398"/>
          </w:tcPr>
          <w:p>
            <w:pPr>
              <w:spacing w:after="0"/>
              <w:jc w:val="right"/>
            </w:pPr>
            <w:r>
              <w:rPr>
                <w:sz w:val="16"/>
              </w:rPr>
              <w:t>12</w:t>
            </w:r>
          </w:p>
        </w:tc>
        <w:tc>
          <w:tcPr>
            <w:tcW w:type="dxa" w:w="1398"/>
          </w:tcPr>
          <w:p>
            <w:pPr>
              <w:spacing w:after="0"/>
              <w:jc w:val="right"/>
            </w:pPr>
            <w:r>
              <w:rPr>
                <w:sz w:val="16"/>
              </w:rPr>
              <w:t>7</w:t>
            </w:r>
          </w:p>
        </w:tc>
        <w:tc>
          <w:tcPr>
            <w:tcW w:type="dxa" w:w="1398"/>
          </w:tcPr>
          <w:p>
            <w:pPr>
              <w:spacing w:after="0"/>
              <w:jc w:val="right"/>
            </w:pPr>
            <w:r>
              <w:rPr>
                <w:sz w:val="16"/>
              </w:rPr>
              <w:t>13</w:t>
            </w:r>
          </w:p>
        </w:tc>
        <w:tc>
          <w:tcPr>
            <w:tcW w:type="dxa" w:w="1398"/>
          </w:tcPr>
          <w:p>
            <w:pPr>
              <w:spacing w:after="0"/>
              <w:jc w:val="right"/>
            </w:pPr>
            <w:r>
              <w:rPr>
                <w:sz w:val="16"/>
              </w:rPr>
              <w:t>1</w:t>
            </w:r>
          </w:p>
        </w:tc>
        <w:tc>
          <w:tcPr>
            <w:tcW w:type="dxa" w:w="1556"/>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Dimmit County</w:t>
            </w:r>
          </w:p>
        </w:tc>
        <w:tc>
          <w:tcPr>
            <w:tcW w:type="dxa" w:w="1620"/>
          </w:tcPr>
          <w:p>
            <w:pPr>
              <w:spacing w:after="0"/>
              <w:jc w:val="left"/>
            </w:pPr>
            <w:r>
              <w:rPr>
                <w:sz w:val="16"/>
              </w:rPr>
              <w:t>480789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Big Wells city</w:t>
            </w:r>
          </w:p>
        </w:tc>
        <w:tc>
          <w:tcPr>
            <w:tcW w:type="dxa" w:w="1620"/>
          </w:tcPr>
          <w:p>
            <w:pPr>
              <w:spacing w:after="0"/>
              <w:jc w:val="left"/>
            </w:pPr>
            <w:r>
              <w:rPr>
                <w:sz w:val="16"/>
              </w:rPr>
              <w:t>480791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Carrizo Springs city</w:t>
            </w:r>
          </w:p>
        </w:tc>
        <w:tc>
          <w:tcPr>
            <w:tcW w:type="dxa" w:w="1620"/>
          </w:tcPr>
          <w:p>
            <w:pPr>
              <w:spacing w:after="0"/>
              <w:jc w:val="left"/>
            </w:pPr>
            <w:r>
              <w:rPr>
                <w:sz w:val="16"/>
              </w:rPr>
              <w:t>480199</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3</w:t>
            </w:r>
          </w:p>
        </w:tc>
        <w:tc>
          <w:tcPr>
            <w:tcW w:type="dxa" w:w="1455"/>
          </w:tcPr>
          <w:p>
            <w:pPr>
              <w:spacing w:after="0"/>
              <w:jc w:val="right"/>
            </w:pPr>
            <w:r>
              <w:rPr>
                <w:sz w:val="16"/>
              </w:rPr>
              <w:t>0</w:t>
            </w:r>
          </w:p>
        </w:tc>
        <w:tc>
          <w:tcPr>
            <w:tcW w:type="dxa" w:w="1455"/>
          </w:tcPr>
          <w:p>
            <w:pPr>
              <w:spacing w:after="0"/>
              <w:jc w:val="right"/>
            </w:pPr>
            <w:r>
              <w:rPr>
                <w:sz w:val="16"/>
              </w:rPr>
              <w:t>3</w:t>
            </w:r>
          </w:p>
        </w:tc>
        <w:tc>
          <w:tcPr>
            <w:tcW w:type="dxa" w:w="1455"/>
          </w:tcPr>
          <w:p>
            <w:pPr>
              <w:spacing w:after="0"/>
              <w:jc w:val="right"/>
            </w:pPr>
            <w:r>
              <w:rPr>
                <w:sz w:val="16"/>
              </w:rPr>
              <w:t>0</w:t>
            </w:r>
          </w:p>
        </w:tc>
        <w:tc>
          <w:tcPr>
            <w:tcW w:type="dxa" w:w="1620"/>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Dimmit County, TX: risk-assessment baseline packet, release 2026-10 (data as of 2026-09-30; County FIPS 48127). Automated baseline. </w:t>
      </w:r>
      <w:hyperlink r:id="rId15">
        <w:r>
          <w:rPr>
            <w:color w:val="1F4E99"/>
            <w:sz w:val="17"/>
            <w:u w:val="single"/>
          </w:rPr>
          <w:t>https://hazardplain.org/tx/48127/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hazard-plain_2026-10_TX_48127.docx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Dimmit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12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Dimmit County, TX: Risk-assessment baseline packet</dc:title>
  <dc:subject>Hazard Plain release 2026-10, as of 2026-09-30. Automated baseline</dc:subject>
  <dc:creator>Hazard Plain</dc:creator>
  <cp:keywords>Hazard Plain; hazard mitigation; risk assessment; 48127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