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Concho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Expires: </w:t>
      </w:r>
      <w:r>
        <w:rPr/>
        <w:t>2018-02-27</w:t>
      </w:r>
    </w:p>
    <w:p>
      <w:pPr>
        <w:keepNext/>
        <w:spacing w:after="40" w:before="0"/>
      </w:pPr>
      <w:r>
        <w:rPr>
          <w:b/>
        </w:rPr>
        <w:t xml:space="preserve">As of: </w:t>
      </w:r>
      <w:r>
        <w:rPr/>
        <w:t>2026-09-28</w:t>
      </w:r>
    </w:p>
    <w:p>
      <w:pPr>
        <w:keepNext/>
        <w:spacing w:after="40" w:before="0"/>
      </w:pPr>
      <w:r>
        <w:rPr>
          <w:b/>
        </w:rPr>
        <w:t xml:space="preserve">Days: </w:t>
      </w:r>
      <w:r>
        <w:rPr/>
        <w:t>3,135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DR-4781-TX, DR-4879-TX (6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1"/>
        <w:gridCol w:w="709"/>
        <w:gridCol w:w="2106"/>
        <w:gridCol w:w="5178"/>
        <w:gridCol w:w="1081"/>
        <w:gridCol w:w="1081"/>
        <w:gridCol w:w="932"/>
        <w:gridCol w:w="988"/>
        <w:gridCol w:w="676"/>
      </w:tblGrid>
      <w:tr>
        <w:trPr>
          <w:cantSplit/>
          <w:tblHeader/>
        </w:trPr>
        <w:tc>
          <w:tcPr>
            <w:tcW w:type="dxa" w:w="1361"/>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5178"/>
            <w:shd w:val="clear" w:color="auto" w:fill="E8E8E8"/>
          </w:tcPr>
          <w:p>
            <w:pPr>
              <w:spacing w:after="0"/>
              <w:jc w:val="left"/>
            </w:pPr>
            <w:r>
              <w:rPr>
                <w:b/>
                <w:sz w:val="16"/>
              </w:rPr>
              <w:t>Plan</w:t>
            </w:r>
          </w:p>
        </w:tc>
        <w:tc>
          <w:tcPr>
            <w:tcW w:type="dxa" w:w="1081"/>
            <w:shd w:val="clear" w:color="auto" w:fill="E8E8E8"/>
          </w:tcPr>
          <w:p>
            <w:pPr>
              <w:spacing w:after="0"/>
              <w:jc w:val="left"/>
            </w:pPr>
            <w:r>
              <w:rPr>
                <w:b/>
                <w:sz w:val="16"/>
              </w:rPr>
              <w:t>Approved</w:t>
            </w:r>
          </w:p>
        </w:tc>
        <w:tc>
          <w:tcPr>
            <w:tcW w:type="dxa" w:w="1081"/>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8"/>
            <w:shd w:val="clear" w:color="auto" w:fill="E8E8E8"/>
          </w:tcPr>
          <w:p>
            <w:pPr>
              <w:spacing w:after="0"/>
              <w:jc w:val="left"/>
            </w:pPr>
            <w:r>
              <w:rPr>
                <w:b/>
                <w:sz w:val="16"/>
              </w:rPr>
              <w:t>Update underway</w:t>
            </w:r>
          </w:p>
        </w:tc>
        <w:tc>
          <w:tcPr>
            <w:tcW w:type="dxa" w:w="676"/>
            <w:shd w:val="clear" w:color="auto" w:fill="E8E8E8"/>
          </w:tcPr>
          <w:p>
            <w:pPr>
              <w:spacing w:after="0"/>
              <w:jc w:val="left"/>
            </w:pPr>
            <w:r>
              <w:rPr>
                <w:b/>
                <w:sz w:val="16"/>
              </w:rPr>
              <w:t>Notes</w:t>
            </w:r>
          </w:p>
        </w:tc>
      </w:tr>
      <w:tr>
        <w:trPr>
          <w:cantSplit/>
        </w:trPr>
        <w:tc>
          <w:tcPr>
            <w:tcW w:type="dxa" w:w="1361"/>
          </w:tcPr>
          <w:p>
            <w:pPr>
              <w:spacing w:after="0"/>
              <w:jc w:val="left"/>
            </w:pPr>
            <w:r>
              <w:rPr>
                <w:sz w:val="16"/>
              </w:rPr>
              <w:t>Concho County</w:t>
            </w:r>
          </w:p>
        </w:tc>
        <w:tc>
          <w:tcPr>
            <w:tcW w:type="dxa" w:w="709"/>
          </w:tcPr>
          <w:p>
            <w:pPr>
              <w:spacing w:after="0"/>
              <w:jc w:val="left"/>
            </w:pPr>
            <w:r>
              <w:rPr>
                <w:sz w:val="16"/>
              </w:rPr>
              <w:t>County</w:t>
            </w:r>
          </w:p>
        </w:tc>
        <w:tc>
          <w:tcPr>
            <w:tcW w:type="dxa" w:w="2106"/>
          </w:tcPr>
          <w:p>
            <w:pPr>
              <w:spacing w:after="0"/>
              <w:jc w:val="left"/>
            </w:pPr>
            <w:r>
              <w:rPr>
                <w:sz w:val="16"/>
              </w:rPr>
              <w:t>Expired on 2018-02-27</w:t>
            </w:r>
          </w:p>
        </w:tc>
        <w:tc>
          <w:tcPr>
            <w:tcW w:type="dxa" w:w="5178"/>
          </w:tcPr>
          <w:p>
            <w:pPr>
              <w:spacing w:after="0"/>
              <w:jc w:val="left"/>
            </w:pPr>
            <w:r>
              <w:rPr>
                <w:sz w:val="16"/>
              </w:rPr>
              <w:t>Concho Valley Council of Governments (FEMA plan 61936)</w:t>
            </w:r>
          </w:p>
        </w:tc>
        <w:tc>
          <w:tcPr>
            <w:tcW w:type="dxa" w:w="1081"/>
          </w:tcPr>
          <w:p>
            <w:pPr>
              <w:spacing w:after="0"/>
              <w:jc w:val="left"/>
            </w:pPr>
            <w:r>
              <w:rPr>
                <w:sz w:val="16"/>
              </w:rPr>
              <w:t>2013-02-27</w:t>
            </w:r>
          </w:p>
        </w:tc>
        <w:tc>
          <w:tcPr>
            <w:tcW w:type="dxa" w:w="1081"/>
          </w:tcPr>
          <w:p>
            <w:pPr>
              <w:spacing w:after="0"/>
              <w:jc w:val="left"/>
            </w:pPr>
            <w:r>
              <w:rPr>
                <w:sz w:val="16"/>
              </w:rPr>
              <w:t>2018-02-27</w:t>
            </w:r>
          </w:p>
        </w:tc>
        <w:tc>
          <w:tcPr>
            <w:tcW w:type="dxa" w:w="932"/>
          </w:tcPr>
          <w:p>
            <w:pPr>
              <w:spacing w:after="0"/>
              <w:jc w:val="right"/>
            </w:pPr>
            <w:r>
              <w:rPr>
                <w:sz w:val="16"/>
              </w:rPr>
              <w:t>-3,135</w:t>
            </w:r>
          </w:p>
        </w:tc>
        <w:tc>
          <w:tcPr>
            <w:tcW w:type="dxa" w:w="988"/>
          </w:tcPr>
          <w:p>
            <w:pPr>
              <w:spacing w:after="0"/>
              <w:jc w:val="left"/>
            </w:pPr>
          </w:p>
        </w:tc>
        <w:tc>
          <w:tcPr>
            <w:tcW w:type="dxa" w:w="676"/>
          </w:tcPr>
          <w:p>
            <w:pPr>
              <w:spacing w:after="0"/>
              <w:jc w:val="left"/>
            </w:pPr>
          </w:p>
        </w:tc>
      </w:tr>
      <w:tr>
        <w:trPr>
          <w:cantSplit/>
        </w:trPr>
        <w:tc>
          <w:tcPr>
            <w:tcW w:type="dxa" w:w="1361"/>
          </w:tcPr>
          <w:p>
            <w:pPr>
              <w:spacing w:after="0"/>
              <w:jc w:val="left"/>
            </w:pPr>
            <w:r>
              <w:rPr>
                <w:sz w:val="16"/>
              </w:rPr>
              <w:t>Eden city</w:t>
            </w:r>
          </w:p>
        </w:tc>
        <w:tc>
          <w:tcPr>
            <w:tcW w:type="dxa" w:w="709"/>
          </w:tcPr>
          <w:p>
            <w:pPr>
              <w:spacing w:after="0"/>
              <w:jc w:val="left"/>
            </w:pPr>
            <w:r>
              <w:rPr>
                <w:sz w:val="16"/>
              </w:rPr>
              <w:t>City</w:t>
            </w:r>
          </w:p>
        </w:tc>
        <w:tc>
          <w:tcPr>
            <w:tcW w:type="dxa" w:w="2106"/>
          </w:tcPr>
          <w:p>
            <w:pPr>
              <w:spacing w:after="0"/>
              <w:jc w:val="left"/>
            </w:pPr>
            <w:r>
              <w:rPr>
                <w:sz w:val="16"/>
              </w:rPr>
              <w:t>Expired on 2018-02-27</w:t>
            </w:r>
          </w:p>
        </w:tc>
        <w:tc>
          <w:tcPr>
            <w:tcW w:type="dxa" w:w="5178"/>
          </w:tcPr>
          <w:p>
            <w:pPr>
              <w:spacing w:after="0"/>
              <w:jc w:val="left"/>
            </w:pPr>
            <w:r>
              <w:rPr>
                <w:sz w:val="16"/>
              </w:rPr>
              <w:t>Concho Valley Council of Governments (FEMA plan 61936)</w:t>
            </w:r>
          </w:p>
        </w:tc>
        <w:tc>
          <w:tcPr>
            <w:tcW w:type="dxa" w:w="1081"/>
          </w:tcPr>
          <w:p>
            <w:pPr>
              <w:spacing w:after="0"/>
              <w:jc w:val="left"/>
            </w:pPr>
            <w:r>
              <w:rPr>
                <w:sz w:val="16"/>
              </w:rPr>
              <w:t>2013-02-27</w:t>
            </w:r>
          </w:p>
        </w:tc>
        <w:tc>
          <w:tcPr>
            <w:tcW w:type="dxa" w:w="1081"/>
          </w:tcPr>
          <w:p>
            <w:pPr>
              <w:spacing w:after="0"/>
              <w:jc w:val="left"/>
            </w:pPr>
            <w:r>
              <w:rPr>
                <w:sz w:val="16"/>
              </w:rPr>
              <w:t>2018-02-27</w:t>
            </w:r>
          </w:p>
        </w:tc>
        <w:tc>
          <w:tcPr>
            <w:tcW w:type="dxa" w:w="932"/>
          </w:tcPr>
          <w:p>
            <w:pPr>
              <w:spacing w:after="0"/>
              <w:jc w:val="right"/>
            </w:pPr>
            <w:r>
              <w:rPr>
                <w:sz w:val="16"/>
              </w:rPr>
              <w:t>-3,135</w:t>
            </w:r>
          </w:p>
        </w:tc>
        <w:tc>
          <w:tcPr>
            <w:tcW w:type="dxa" w:w="988"/>
          </w:tcPr>
          <w:p>
            <w:pPr>
              <w:spacing w:after="0"/>
              <w:jc w:val="left"/>
            </w:pPr>
          </w:p>
        </w:tc>
        <w:tc>
          <w:tcPr>
            <w:tcW w:type="dxa" w:w="676"/>
          </w:tcPr>
          <w:p>
            <w:pPr>
              <w:spacing w:after="0"/>
              <w:jc w:val="left"/>
            </w:pPr>
          </w:p>
        </w:tc>
      </w:tr>
      <w:tr>
        <w:trPr>
          <w:cantSplit/>
        </w:trPr>
        <w:tc>
          <w:tcPr>
            <w:tcW w:type="dxa" w:w="1361"/>
          </w:tcPr>
          <w:p>
            <w:pPr>
              <w:spacing w:after="0"/>
              <w:jc w:val="left"/>
            </w:pPr>
            <w:r>
              <w:rPr>
                <w:sz w:val="16"/>
              </w:rPr>
              <w:t>Paint Rock town</w:t>
            </w:r>
          </w:p>
        </w:tc>
        <w:tc>
          <w:tcPr>
            <w:tcW w:type="dxa" w:w="709"/>
          </w:tcPr>
          <w:p>
            <w:pPr>
              <w:spacing w:after="0"/>
              <w:jc w:val="left"/>
            </w:pPr>
            <w:r>
              <w:rPr>
                <w:sz w:val="16"/>
              </w:rPr>
              <w:t>Town</w:t>
            </w:r>
          </w:p>
        </w:tc>
        <w:tc>
          <w:tcPr>
            <w:tcW w:type="dxa" w:w="2106"/>
          </w:tcPr>
          <w:p>
            <w:pPr>
              <w:spacing w:after="0"/>
              <w:jc w:val="left"/>
            </w:pPr>
            <w:r>
              <w:rPr>
                <w:sz w:val="16"/>
              </w:rPr>
              <w:t>Expired on 2018-02-27</w:t>
            </w:r>
          </w:p>
        </w:tc>
        <w:tc>
          <w:tcPr>
            <w:tcW w:type="dxa" w:w="5178"/>
          </w:tcPr>
          <w:p>
            <w:pPr>
              <w:spacing w:after="0"/>
              <w:jc w:val="left"/>
            </w:pPr>
            <w:r>
              <w:rPr>
                <w:sz w:val="16"/>
              </w:rPr>
              <w:t>Concho Valley Council of Governments (FEMA plan 61936)</w:t>
            </w:r>
          </w:p>
        </w:tc>
        <w:tc>
          <w:tcPr>
            <w:tcW w:type="dxa" w:w="1081"/>
          </w:tcPr>
          <w:p>
            <w:pPr>
              <w:spacing w:after="0"/>
              <w:jc w:val="left"/>
            </w:pPr>
            <w:r>
              <w:rPr>
                <w:sz w:val="16"/>
              </w:rPr>
              <w:t>2013-02-27</w:t>
            </w:r>
          </w:p>
        </w:tc>
        <w:tc>
          <w:tcPr>
            <w:tcW w:type="dxa" w:w="1081"/>
          </w:tcPr>
          <w:p>
            <w:pPr>
              <w:spacing w:after="0"/>
              <w:jc w:val="left"/>
            </w:pPr>
            <w:r>
              <w:rPr>
                <w:sz w:val="16"/>
              </w:rPr>
              <w:t>2018-02-27</w:t>
            </w:r>
          </w:p>
        </w:tc>
        <w:tc>
          <w:tcPr>
            <w:tcW w:type="dxa" w:w="932"/>
          </w:tcPr>
          <w:p>
            <w:pPr>
              <w:spacing w:after="0"/>
              <w:jc w:val="right"/>
            </w:pPr>
            <w:r>
              <w:rPr>
                <w:sz w:val="16"/>
              </w:rPr>
              <w:t>-3,135</w:t>
            </w:r>
          </w:p>
        </w:tc>
        <w:tc>
          <w:tcPr>
            <w:tcW w:type="dxa" w:w="988"/>
          </w:tcPr>
          <w:p>
            <w:pPr>
              <w:spacing w:after="0"/>
              <w:jc w:val="left"/>
            </w:pPr>
          </w:p>
        </w:tc>
        <w:tc>
          <w:tcPr>
            <w:tcW w:type="dxa" w:w="676"/>
          </w:tcPr>
          <w:p>
            <w:pPr>
              <w:spacing w:after="0"/>
              <w:jc w:val="left"/>
            </w:pPr>
          </w:p>
        </w:tc>
      </w:tr>
    </w:tbl>
    <w:p>
      <w:pPr>
        <w:spacing w:after="40" w:before="60"/>
      </w:pPr>
      <w:r>
        <w:rPr>
          <w:sz w:val="15"/>
        </w:rPr>
        <w:t>Plan 61936 also lists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948"/>
        <w:gridCol w:w="1126"/>
        <w:gridCol w:w="1310"/>
        <w:gridCol w:w="1117"/>
        <w:gridCol w:w="1232"/>
        <w:gridCol w:w="2251"/>
        <w:gridCol w:w="2013"/>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3"/>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$1,175,931</w:t>
            </w:r>
          </w:p>
        </w:tc>
        <w:tc>
          <w:tcPr>
            <w:tcW w:type="dxa" w:w="1310"/>
          </w:tcPr>
          <w:p>
            <w:pPr>
              <w:spacing w:after="0"/>
              <w:jc w:val="right"/>
            </w:pPr>
          </w:p>
        </w:tc>
        <w:tc>
          <w:tcPr>
            <w:tcW w:type="dxa" w:w="1117"/>
          </w:tcPr>
          <w:p>
            <w:pPr>
              <w:spacing w:after="0"/>
              <w:jc w:val="right"/>
            </w:pPr>
            <w:r>
              <w:rPr>
                <w:sz w:val="16"/>
              </w:rPr>
              <w:t>$1,175,931</w:t>
            </w:r>
          </w:p>
        </w:tc>
        <w:tc>
          <w:tcPr>
            <w:tcW w:type="dxa" w:w="1232"/>
          </w:tcPr>
          <w:p>
            <w:pPr>
              <w:spacing w:after="0"/>
              <w:jc w:val="right"/>
            </w:pPr>
            <w:r>
              <w:rPr>
                <w:sz w:val="16"/>
              </w:rPr>
              <w:t>56</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$508,190</w:t>
            </w:r>
          </w:p>
        </w:tc>
        <w:tc>
          <w:tcPr>
            <w:tcW w:type="dxa" w:w="1126"/>
          </w:tcPr>
          <w:p>
            <w:pPr>
              <w:spacing w:after="0"/>
              <w:jc w:val="right"/>
            </w:pPr>
            <w:r>
              <w:rPr>
                <w:sz w:val="16"/>
              </w:rPr>
              <w:t>$104</w:t>
            </w:r>
          </w:p>
        </w:tc>
        <w:tc>
          <w:tcPr>
            <w:tcW w:type="dxa" w:w="1310"/>
          </w:tcPr>
          <w:p>
            <w:pPr>
              <w:spacing w:after="0"/>
              <w:jc w:val="right"/>
            </w:pPr>
            <w:r>
              <w:rPr>
                <w:sz w:val="16"/>
              </w:rPr>
              <w:t>$424</w:t>
            </w:r>
          </w:p>
        </w:tc>
        <w:tc>
          <w:tcPr>
            <w:tcW w:type="dxa" w:w="1117"/>
          </w:tcPr>
          <w:p>
            <w:pPr>
              <w:spacing w:after="0"/>
              <w:jc w:val="right"/>
            </w:pPr>
            <w:r>
              <w:rPr>
                <w:sz w:val="16"/>
              </w:rPr>
              <w:t>$508,718</w:t>
            </w:r>
          </w:p>
        </w:tc>
        <w:tc>
          <w:tcPr>
            <w:tcW w:type="dxa" w:w="1232"/>
          </w:tcPr>
          <w:p>
            <w:pPr>
              <w:spacing w:after="0"/>
              <w:jc w:val="right"/>
            </w:pPr>
            <w:r>
              <w:rPr>
                <w:sz w:val="16"/>
              </w:rPr>
              <w:t>12</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948"/>
          </w:tcPr>
          <w:p>
            <w:pPr>
              <w:spacing w:after="0"/>
              <w:jc w:val="right"/>
            </w:pPr>
            <w:r>
              <w:rPr>
                <w:sz w:val="16"/>
              </w:rPr>
              <w:t>$160,988</w:t>
            </w:r>
          </w:p>
        </w:tc>
        <w:tc>
          <w:tcPr>
            <w:tcW w:type="dxa" w:w="1126"/>
          </w:tcPr>
          <w:p>
            <w:pPr>
              <w:spacing w:after="0"/>
              <w:jc w:val="right"/>
            </w:pPr>
            <w:r>
              <w:rPr>
                <w:sz w:val="16"/>
              </w:rPr>
              <w:t>$50,571</w:t>
            </w:r>
          </w:p>
        </w:tc>
        <w:tc>
          <w:tcPr>
            <w:tcW w:type="dxa" w:w="1310"/>
          </w:tcPr>
          <w:p>
            <w:pPr>
              <w:spacing w:after="0"/>
              <w:jc w:val="right"/>
            </w:pPr>
            <w:r>
              <w:rPr>
                <w:sz w:val="16"/>
              </w:rPr>
              <w:t>$3,783</w:t>
            </w:r>
          </w:p>
        </w:tc>
        <w:tc>
          <w:tcPr>
            <w:tcW w:type="dxa" w:w="1117"/>
          </w:tcPr>
          <w:p>
            <w:pPr>
              <w:spacing w:after="0"/>
              <w:jc w:val="right"/>
            </w:pPr>
            <w:r>
              <w:rPr>
                <w:sz w:val="16"/>
              </w:rPr>
              <w:t>$215,342</w:t>
            </w:r>
          </w:p>
        </w:tc>
        <w:tc>
          <w:tcPr>
            <w:tcW w:type="dxa" w:w="1232"/>
          </w:tcPr>
          <w:p>
            <w:pPr>
              <w:spacing w:after="0"/>
              <w:jc w:val="right"/>
            </w:pPr>
            <w:r>
              <w:rPr>
                <w:sz w:val="16"/>
              </w:rPr>
              <w:t>130</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$99,805</w:t>
            </w:r>
          </w:p>
        </w:tc>
        <w:tc>
          <w:tcPr>
            <w:tcW w:type="dxa" w:w="1126"/>
          </w:tcPr>
          <w:p>
            <w:pPr>
              <w:spacing w:after="0"/>
              <w:jc w:val="right"/>
            </w:pPr>
            <w:r>
              <w:rPr>
                <w:sz w:val="16"/>
              </w:rPr>
              <w:t>$1,000</w:t>
            </w:r>
          </w:p>
        </w:tc>
        <w:tc>
          <w:tcPr>
            <w:tcW w:type="dxa" w:w="1310"/>
          </w:tcPr>
          <w:p>
            <w:pPr>
              <w:spacing w:after="0"/>
              <w:jc w:val="right"/>
            </w:pPr>
            <w:r>
              <w:rPr>
                <w:sz w:val="16"/>
              </w:rPr>
              <w:t>$67,810</w:t>
            </w:r>
          </w:p>
        </w:tc>
        <w:tc>
          <w:tcPr>
            <w:tcW w:type="dxa" w:w="1117"/>
          </w:tcPr>
          <w:p>
            <w:pPr>
              <w:spacing w:after="0"/>
              <w:jc w:val="right"/>
            </w:pPr>
            <w:r>
              <w:rPr>
                <w:sz w:val="16"/>
              </w:rPr>
              <w:t>$168,615</w:t>
            </w:r>
          </w:p>
        </w:tc>
        <w:tc>
          <w:tcPr>
            <w:tcW w:type="dxa" w:w="1232"/>
          </w:tcPr>
          <w:p>
            <w:pPr>
              <w:spacing w:after="0"/>
              <w:jc w:val="right"/>
            </w:pPr>
            <w:r>
              <w:rPr>
                <w:sz w:val="16"/>
              </w:rPr>
              <w:t>10</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$61,252</w:t>
            </w:r>
          </w:p>
        </w:tc>
        <w:tc>
          <w:tcPr>
            <w:tcW w:type="dxa" w:w="1126"/>
          </w:tcPr>
          <w:p>
            <w:pPr>
              <w:spacing w:after="0"/>
              <w:jc w:val="right"/>
            </w:pPr>
            <w:r>
              <w:rPr>
                <w:sz w:val="16"/>
              </w:rPr>
              <w:t>$3,689</w:t>
            </w:r>
          </w:p>
        </w:tc>
        <w:tc>
          <w:tcPr>
            <w:tcW w:type="dxa" w:w="1310"/>
          </w:tcPr>
          <w:p>
            <w:pPr>
              <w:spacing w:after="0"/>
              <w:jc w:val="right"/>
            </w:pPr>
            <w:r>
              <w:rPr>
                <w:sz w:val="16"/>
              </w:rPr>
              <w:t>$21,294</w:t>
            </w:r>
          </w:p>
        </w:tc>
        <w:tc>
          <w:tcPr>
            <w:tcW w:type="dxa" w:w="1117"/>
          </w:tcPr>
          <w:p>
            <w:pPr>
              <w:spacing w:after="0"/>
              <w:jc w:val="right"/>
            </w:pPr>
            <w:r>
              <w:rPr>
                <w:sz w:val="16"/>
              </w:rPr>
              <w:t>$86,234</w:t>
            </w:r>
          </w:p>
        </w:tc>
        <w:tc>
          <w:tcPr>
            <w:tcW w:type="dxa" w:w="1232"/>
          </w:tcPr>
          <w:p>
            <w:pPr>
              <w:spacing w:after="0"/>
              <w:jc w:val="right"/>
            </w:pPr>
            <w:r>
              <w:rPr>
                <w:sz w:val="16"/>
              </w:rPr>
              <w:t>45</w:t>
            </w:r>
          </w:p>
        </w:tc>
        <w:tc>
          <w:tcPr>
            <w:tcW w:type="dxa" w:w="2251"/>
          </w:tcPr>
          <w:p>
            <w:pPr>
              <w:spacing w:after="0"/>
              <w:jc w:val="left"/>
            </w:pPr>
          </w:p>
        </w:tc>
        <w:tc>
          <w:tcPr>
            <w:tcW w:type="dxa" w:w="2013"/>
          </w:tcPr>
          <w:p>
            <w:pPr>
              <w:spacing w:after="0"/>
              <w:jc w:val="left"/>
            </w:pPr>
            <w:r>
              <w:rPr>
                <w:sz w:val="16"/>
              </w:rPr>
              <w:t>Includes 3 High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$78,207</w:t>
            </w:r>
          </w:p>
        </w:tc>
        <w:tc>
          <w:tcPr>
            <w:tcW w:type="dxa" w:w="1126"/>
          </w:tcPr>
          <w:p>
            <w:pPr>
              <w:spacing w:after="0"/>
              <w:jc w:val="right"/>
            </w:pPr>
            <w:r>
              <w:rPr>
                <w:sz w:val="16"/>
              </w:rPr>
              <w:t>$145</w:t>
            </w:r>
          </w:p>
        </w:tc>
        <w:tc>
          <w:tcPr>
            <w:tcW w:type="dxa" w:w="1310"/>
          </w:tcPr>
          <w:p>
            <w:pPr>
              <w:spacing w:after="0"/>
              <w:jc w:val="right"/>
            </w:pPr>
            <w:r>
              <w:rPr>
                <w:sz w:val="16"/>
              </w:rPr>
              <w:t>$3,645</w:t>
            </w:r>
          </w:p>
        </w:tc>
        <w:tc>
          <w:tcPr>
            <w:tcW w:type="dxa" w:w="1117"/>
          </w:tcPr>
          <w:p>
            <w:pPr>
              <w:spacing w:after="0"/>
              <w:jc w:val="right"/>
            </w:pPr>
            <w:r>
              <w:rPr>
                <w:sz w:val="16"/>
              </w:rPr>
              <w:t>$81,997</w:t>
            </w:r>
          </w:p>
        </w:tc>
        <w:tc>
          <w:tcPr>
            <w:tcW w:type="dxa" w:w="1232"/>
          </w:tcPr>
          <w:p>
            <w:pPr>
              <w:spacing w:after="0"/>
              <w:jc w:val="right"/>
            </w:pPr>
            <w:r>
              <w:rPr>
                <w:sz w:val="16"/>
              </w:rPr>
              <w:t>2</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$1,442</w:t>
            </w:r>
          </w:p>
        </w:tc>
        <w:tc>
          <w:tcPr>
            <w:tcW w:type="dxa" w:w="1126"/>
          </w:tcPr>
          <w:p>
            <w:pPr>
              <w:spacing w:after="0"/>
              <w:jc w:val="right"/>
            </w:pPr>
          </w:p>
        </w:tc>
        <w:tc>
          <w:tcPr>
            <w:tcW w:type="dxa" w:w="1310"/>
          </w:tcPr>
          <w:p>
            <w:pPr>
              <w:spacing w:after="0"/>
              <w:jc w:val="right"/>
            </w:pPr>
            <w:r>
              <w:rPr>
                <w:sz w:val="16"/>
              </w:rPr>
              <w:t>$47,185</w:t>
            </w:r>
          </w:p>
        </w:tc>
        <w:tc>
          <w:tcPr>
            <w:tcW w:type="dxa" w:w="1117"/>
          </w:tcPr>
          <w:p>
            <w:pPr>
              <w:spacing w:after="0"/>
              <w:jc w:val="right"/>
            </w:pPr>
            <w:r>
              <w:rPr>
                <w:sz w:val="16"/>
              </w:rPr>
              <w:t>$48,627</w:t>
            </w:r>
          </w:p>
        </w:tc>
        <w:tc>
          <w:tcPr>
            <w:tcW w:type="dxa" w:w="1232"/>
          </w:tcPr>
          <w:p>
            <w:pPr>
              <w:spacing w:after="0"/>
              <w:jc w:val="right"/>
            </w:pPr>
            <w:r>
              <w:rPr>
                <w:sz w:val="16"/>
              </w:rPr>
              <w:t>0</w:t>
            </w:r>
          </w:p>
        </w:tc>
        <w:tc>
          <w:tcPr>
            <w:tcW w:type="dxa" w:w="2251"/>
          </w:tcPr>
          <w:p>
            <w:pPr>
              <w:spacing w:after="0"/>
              <w:jc w:val="left"/>
            </w:pP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$668</w:t>
            </w:r>
          </w:p>
        </w:tc>
        <w:tc>
          <w:tcPr>
            <w:tcW w:type="dxa" w:w="1126"/>
          </w:tcPr>
          <w:p>
            <w:pPr>
              <w:spacing w:after="0"/>
              <w:jc w:val="right"/>
            </w:pPr>
            <w:r>
              <w:rPr>
                <w:sz w:val="16"/>
              </w:rPr>
              <w:t>$20,771</w:t>
            </w:r>
          </w:p>
        </w:tc>
        <w:tc>
          <w:tcPr>
            <w:tcW w:type="dxa" w:w="1310"/>
          </w:tcPr>
          <w:p>
            <w:pPr>
              <w:spacing w:after="0"/>
              <w:jc w:val="right"/>
            </w:pPr>
            <w:r>
              <w:rPr>
                <w:sz w:val="16"/>
              </w:rPr>
              <w:t>$18,454</w:t>
            </w:r>
          </w:p>
        </w:tc>
        <w:tc>
          <w:tcPr>
            <w:tcW w:type="dxa" w:w="1117"/>
          </w:tcPr>
          <w:p>
            <w:pPr>
              <w:spacing w:after="0"/>
              <w:jc w:val="right"/>
            </w:pPr>
            <w:r>
              <w:rPr>
                <w:sz w:val="16"/>
              </w:rPr>
              <w:t>$39,893</w:t>
            </w:r>
          </w:p>
        </w:tc>
        <w:tc>
          <w:tcPr>
            <w:tcW w:type="dxa" w:w="1232"/>
          </w:tcPr>
          <w:p>
            <w:pPr>
              <w:spacing w:after="0"/>
              <w:jc w:val="right"/>
            </w:pPr>
            <w:r>
              <w:rPr>
                <w:sz w:val="16"/>
              </w:rPr>
              <w:t>6</w:t>
            </w:r>
          </w:p>
        </w:tc>
        <w:tc>
          <w:tcPr>
            <w:tcW w:type="dxa" w:w="2251"/>
          </w:tcPr>
          <w:p>
            <w:pPr>
              <w:spacing w:after="0"/>
              <w:jc w:val="left"/>
            </w:pPr>
          </w:p>
        </w:tc>
        <w:tc>
          <w:tcPr>
            <w:tcW w:type="dxa" w:w="2013"/>
          </w:tcPr>
          <w:p>
            <w:pPr>
              <w:spacing w:after="0"/>
              <w:jc w:val="left"/>
            </w:pPr>
            <w:r>
              <w:rPr>
                <w:sz w:val="16"/>
              </w:rPr>
              <w:t>Includes 3 Frost/Freeze records,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$7</w:t>
            </w:r>
          </w:p>
        </w:tc>
        <w:tc>
          <w:tcPr>
            <w:tcW w:type="dxa" w:w="1126"/>
          </w:tcPr>
          <w:p>
            <w:pPr>
              <w:spacing w:after="0"/>
              <w:jc w:val="right"/>
            </w:pPr>
            <w:r>
              <w:rPr>
                <w:sz w:val="16"/>
              </w:rPr>
              <w:t>$118</w:t>
            </w:r>
          </w:p>
        </w:tc>
        <w:tc>
          <w:tcPr>
            <w:tcW w:type="dxa" w:w="1310"/>
          </w:tcPr>
          <w:p>
            <w:pPr>
              <w:spacing w:after="0"/>
              <w:jc w:val="right"/>
            </w:pPr>
            <w:r>
              <w:rPr>
                <w:sz w:val="16"/>
              </w:rPr>
              <w:t>$39,440</w:t>
            </w:r>
          </w:p>
        </w:tc>
        <w:tc>
          <w:tcPr>
            <w:tcW w:type="dxa" w:w="1117"/>
          </w:tcPr>
          <w:p>
            <w:pPr>
              <w:spacing w:after="0"/>
              <w:jc w:val="right"/>
            </w:pPr>
            <w:r>
              <w:rPr>
                <w:sz w:val="16"/>
              </w:rPr>
              <w:t>$39,564</w:t>
            </w:r>
          </w:p>
        </w:tc>
        <w:tc>
          <w:tcPr>
            <w:tcW w:type="dxa" w:w="1232"/>
          </w:tcPr>
          <w:p>
            <w:pPr>
              <w:spacing w:after="0"/>
              <w:jc w:val="right"/>
            </w:pPr>
            <w:r>
              <w:rPr>
                <w:sz w:val="16"/>
              </w:rPr>
              <w:t>0</w:t>
            </w:r>
          </w:p>
        </w:tc>
        <w:tc>
          <w:tcPr>
            <w:tcW w:type="dxa" w:w="2251"/>
          </w:tcPr>
          <w:p>
            <w:pPr>
              <w:spacing w:after="0"/>
              <w:jc w:val="left"/>
            </w:pPr>
          </w:p>
        </w:tc>
        <w:tc>
          <w:tcPr>
            <w:tcW w:type="dxa" w:w="2013"/>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$1,946</w:t>
            </w:r>
          </w:p>
        </w:tc>
        <w:tc>
          <w:tcPr>
            <w:tcW w:type="dxa" w:w="1126"/>
          </w:tcPr>
          <w:p>
            <w:pPr>
              <w:spacing w:after="0"/>
              <w:jc w:val="right"/>
            </w:pPr>
            <w:r>
              <w:rPr>
                <w:sz w:val="16"/>
              </w:rPr>
              <w:t>$374</w:t>
            </w:r>
          </w:p>
        </w:tc>
        <w:tc>
          <w:tcPr>
            <w:tcW w:type="dxa" w:w="1310"/>
          </w:tcPr>
          <w:p>
            <w:pPr>
              <w:spacing w:after="0"/>
              <w:jc w:val="right"/>
            </w:pPr>
            <w:r>
              <w:rPr>
                <w:sz w:val="16"/>
              </w:rPr>
              <w:t>$9,197</w:t>
            </w:r>
          </w:p>
        </w:tc>
        <w:tc>
          <w:tcPr>
            <w:tcW w:type="dxa" w:w="1117"/>
          </w:tcPr>
          <w:p>
            <w:pPr>
              <w:spacing w:after="0"/>
              <w:jc w:val="right"/>
            </w:pPr>
            <w:r>
              <w:rPr>
                <w:sz w:val="16"/>
              </w:rPr>
              <w:t>$11,517</w:t>
            </w:r>
          </w:p>
        </w:tc>
        <w:tc>
          <w:tcPr>
            <w:tcW w:type="dxa" w:w="1232"/>
          </w:tcPr>
          <w:p>
            <w:pPr>
              <w:spacing w:after="0"/>
              <w:jc w:val="right"/>
            </w:pPr>
            <w:r>
              <w:rPr>
                <w:sz w:val="16"/>
              </w:rPr>
              <w:t>29</w:t>
            </w:r>
          </w:p>
        </w:tc>
        <w:tc>
          <w:tcPr>
            <w:tcW w:type="dxa" w:w="2251"/>
          </w:tcPr>
          <w:p>
            <w:pPr>
              <w:spacing w:after="0"/>
              <w:jc w:val="left"/>
            </w:pPr>
          </w:p>
        </w:tc>
        <w:tc>
          <w:tcPr>
            <w:tcW w:type="dxa" w:w="2013"/>
          </w:tcPr>
          <w:p>
            <w:pPr>
              <w:spacing w:after="0"/>
              <w:jc w:val="left"/>
            </w:pPr>
            <w:r>
              <w:rPr>
                <w:sz w:val="16"/>
              </w:rPr>
              <w:t>Includes 1 Sleet record, event types the NRI definition of this hazard leaves out.</w:t>
            </w: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$5,881</w:t>
            </w:r>
          </w:p>
        </w:tc>
        <w:tc>
          <w:tcPr>
            <w:tcW w:type="dxa" w:w="1126"/>
          </w:tcPr>
          <w:p>
            <w:pPr>
              <w:spacing w:after="0"/>
              <w:jc w:val="right"/>
            </w:pPr>
            <w:r>
              <w:rPr>
                <w:sz w:val="16"/>
              </w:rPr>
              <w:t>$3,422</w:t>
            </w:r>
          </w:p>
        </w:tc>
        <w:tc>
          <w:tcPr>
            <w:tcW w:type="dxa" w:w="1310"/>
          </w:tcPr>
          <w:p>
            <w:pPr>
              <w:spacing w:after="0"/>
              <w:jc w:val="right"/>
            </w:pPr>
            <w:r>
              <w:rPr>
                <w:sz w:val="16"/>
              </w:rPr>
              <w:t>$77</w:t>
            </w:r>
          </w:p>
        </w:tc>
        <w:tc>
          <w:tcPr>
            <w:tcW w:type="dxa" w:w="1117"/>
          </w:tcPr>
          <w:p>
            <w:pPr>
              <w:spacing w:after="0"/>
              <w:jc w:val="right"/>
            </w:pPr>
            <w:r>
              <w:rPr>
                <w:sz w:val="16"/>
              </w:rPr>
              <w:t>$9,380</w:t>
            </w:r>
          </w:p>
        </w:tc>
        <w:tc>
          <w:tcPr>
            <w:tcW w:type="dxa" w:w="1232"/>
          </w:tcPr>
          <w:p>
            <w:pPr>
              <w:spacing w:after="0"/>
              <w:jc w:val="right"/>
            </w:pPr>
            <w:r>
              <w:rPr>
                <w:sz w:val="16"/>
              </w:rPr>
              <w:t>1</w:t>
            </w:r>
          </w:p>
        </w:tc>
        <w:tc>
          <w:tcPr>
            <w:tcW w:type="dxa" w:w="2251"/>
          </w:tcPr>
          <w:p>
            <w:pPr>
              <w:spacing w:after="0"/>
              <w:jc w:val="left"/>
            </w:pPr>
          </w:p>
        </w:tc>
        <w:tc>
          <w:tcPr>
            <w:tcW w:type="dxa" w:w="2013"/>
          </w:tcPr>
          <w:p>
            <w:pPr>
              <w:spacing w:after="0"/>
              <w:jc w:val="left"/>
            </w:pPr>
            <w:r>
              <w:rPr>
                <w:sz w:val="16"/>
              </w:rPr>
              <w:t>Includes 1 Tropical Depression record, event types the NRI definition of this hazard leaves out.</w:t>
            </w: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$1,923</w:t>
            </w:r>
          </w:p>
        </w:tc>
        <w:tc>
          <w:tcPr>
            <w:tcW w:type="dxa" w:w="1126"/>
          </w:tcPr>
          <w:p>
            <w:pPr>
              <w:spacing w:after="0"/>
              <w:jc w:val="right"/>
            </w:pPr>
          </w:p>
        </w:tc>
        <w:tc>
          <w:tcPr>
            <w:tcW w:type="dxa" w:w="1310"/>
          </w:tcPr>
          <w:p>
            <w:pPr>
              <w:spacing w:after="0"/>
              <w:jc w:val="right"/>
            </w:pPr>
            <w:r>
              <w:rPr>
                <w:sz w:val="16"/>
              </w:rPr>
              <w:t>$666</w:t>
            </w:r>
          </w:p>
        </w:tc>
        <w:tc>
          <w:tcPr>
            <w:tcW w:type="dxa" w:w="1117"/>
          </w:tcPr>
          <w:p>
            <w:pPr>
              <w:spacing w:after="0"/>
              <w:jc w:val="right"/>
            </w:pPr>
            <w:r>
              <w:rPr>
                <w:sz w:val="16"/>
              </w:rPr>
              <w:t>$2,589</w:t>
            </w:r>
          </w:p>
        </w:tc>
        <w:tc>
          <w:tcPr>
            <w:tcW w:type="dxa" w:w="1232"/>
          </w:tcPr>
          <w:p>
            <w:pPr>
              <w:spacing w:after="0"/>
              <w:jc w:val="right"/>
            </w:pPr>
          </w:p>
        </w:tc>
        <w:tc>
          <w:tcPr>
            <w:tcW w:type="dxa" w:w="2251"/>
          </w:tcPr>
          <w:p>
            <w:pPr>
              <w:spacing w:after="0"/>
              <w:jc w:val="left"/>
            </w:pPr>
          </w:p>
        </w:tc>
        <w:tc>
          <w:tcPr>
            <w:tcW w:type="dxa" w:w="2013"/>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$192</w:t>
            </w:r>
          </w:p>
        </w:tc>
        <w:tc>
          <w:tcPr>
            <w:tcW w:type="dxa" w:w="1126"/>
          </w:tcPr>
          <w:p>
            <w:pPr>
              <w:spacing w:after="0"/>
              <w:jc w:val="right"/>
            </w:pPr>
          </w:p>
        </w:tc>
        <w:tc>
          <w:tcPr>
            <w:tcW w:type="dxa" w:w="1310"/>
          </w:tcPr>
          <w:p>
            <w:pPr>
              <w:spacing w:after="0"/>
              <w:jc w:val="right"/>
            </w:pPr>
            <w:r>
              <w:rPr>
                <w:sz w:val="16"/>
              </w:rPr>
              <w:t>$545</w:t>
            </w:r>
          </w:p>
        </w:tc>
        <w:tc>
          <w:tcPr>
            <w:tcW w:type="dxa" w:w="1117"/>
          </w:tcPr>
          <w:p>
            <w:pPr>
              <w:spacing w:after="0"/>
              <w:jc w:val="right"/>
            </w:pPr>
            <w:r>
              <w:rPr>
                <w:sz w:val="16"/>
              </w:rPr>
              <w:t>$737</w:t>
            </w:r>
          </w:p>
        </w:tc>
        <w:tc>
          <w:tcPr>
            <w:tcW w:type="dxa" w:w="1232"/>
          </w:tcPr>
          <w:p>
            <w:pPr>
              <w:spacing w:after="0"/>
              <w:jc w:val="right"/>
            </w:pPr>
            <w:r>
              <w:rPr>
                <w:sz w:val="16"/>
              </w:rPr>
              <w:t>6</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p>
        </w:tc>
        <w:tc>
          <w:tcPr>
            <w:tcW w:type="dxa" w:w="1310"/>
          </w:tcPr>
          <w:p>
            <w:pPr>
              <w:spacing w:after="0"/>
              <w:jc w:val="right"/>
            </w:pPr>
            <w:r>
              <w:rPr>
                <w:sz w:val="16"/>
              </w:rPr>
              <w:t>$1</w:t>
            </w:r>
          </w:p>
        </w:tc>
        <w:tc>
          <w:tcPr>
            <w:tcW w:type="dxa" w:w="1117"/>
          </w:tcPr>
          <w:p>
            <w:pPr>
              <w:spacing w:after="0"/>
              <w:jc w:val="right"/>
            </w:pPr>
            <w:r>
              <w:rPr>
                <w:sz w:val="16"/>
              </w:rPr>
              <w:t>$3</w:t>
            </w:r>
          </w:p>
        </w:tc>
        <w:tc>
          <w:tcPr>
            <w:tcW w:type="dxa" w:w="1232"/>
          </w:tcPr>
          <w:p>
            <w:pPr>
              <w:spacing w:after="0"/>
              <w:jc w:val="right"/>
            </w:pPr>
            <w:r>
              <w:rPr>
                <w:sz w:val="16"/>
              </w:rPr>
              <w:t>0</w:t>
            </w:r>
          </w:p>
        </w:tc>
        <w:tc>
          <w:tcPr>
            <w:tcW w:type="dxa" w:w="2251"/>
          </w:tcPr>
          <w:p>
            <w:pPr>
              <w:spacing w:after="0"/>
              <w:jc w:val="left"/>
            </w:pP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avalanche Not Applicable for this county, and no federal declaration for this county names it.</w:t>
            </w:r>
          </w:p>
        </w:tc>
        <w:tc>
          <w:tcPr>
            <w:tcW w:type="dxa" w:w="201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coastal flooding Not Applicable for this county, and no federal declaration for this county names it.</w:t>
            </w:r>
          </w:p>
        </w:tc>
        <w:tc>
          <w:tcPr>
            <w:tcW w:type="dxa" w:w="201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tsunami Not Applicable for this county, and no federal declaration for this county names it.</w:t>
            </w: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volcanic activity Not Applicable for this county, and no federal declaration for this county names it.</w:t>
            </w: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20"/>
        <w:gridCol w:w="1539"/>
        <w:gridCol w:w="1880"/>
        <w:gridCol w:w="1748"/>
        <w:gridCol w:w="1700"/>
        <w:gridCol w:w="1604"/>
        <w:gridCol w:w="2205"/>
      </w:tblGrid>
      <w:tr>
        <w:trPr>
          <w:cantSplit/>
          <w:tblHeader/>
        </w:trPr>
        <w:tc>
          <w:tcPr>
            <w:tcW w:type="dxa" w:w="1715"/>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880"/>
            <w:shd w:val="clear" w:color="auto" w:fill="E8E8E8"/>
          </w:tcPr>
          <w:p>
            <w:pPr>
              <w:spacing w:after="0"/>
              <w:jc w:val="left"/>
            </w:pPr>
            <w:r>
              <w:rPr>
                <w:b/>
                <w:sz w:val="16"/>
              </w:rPr>
              <w:t>Observed range</w:t>
            </w:r>
          </w:p>
        </w:tc>
        <w:tc>
          <w:tcPr>
            <w:tcW w:type="dxa" w:w="1748"/>
            <w:shd w:val="clear" w:color="auto" w:fill="E8E8E8"/>
          </w:tcPr>
          <w:p>
            <w:pPr>
              <w:spacing w:after="0"/>
              <w:jc w:val="left"/>
            </w:pPr>
            <w:r>
              <w:rPr>
                <w:b/>
                <w:sz w:val="16"/>
              </w:rPr>
              <w:t>Worst recorded event</w:t>
            </w:r>
          </w:p>
        </w:tc>
        <w:tc>
          <w:tcPr>
            <w:tcW w:type="dxa" w:w="1700"/>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205"/>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880"/>
          </w:tcPr>
          <w:p>
            <w:pPr>
              <w:spacing w:after="0"/>
              <w:jc w:val="left"/>
            </w:pPr>
          </w:p>
        </w:tc>
        <w:tc>
          <w:tcPr>
            <w:tcW w:type="dxa" w:w="1748"/>
          </w:tcPr>
          <w:p>
            <w:pPr>
              <w:spacing w:after="0"/>
              <w:jc w:val="left"/>
            </w:pPr>
          </w:p>
        </w:tc>
        <w:tc>
          <w:tcPr>
            <w:tcW w:type="dxa" w:w="1700"/>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39"/>
          </w:tcPr>
          <w:p>
            <w:pPr>
              <w:spacing w:after="0"/>
              <w:jc w:val="right"/>
            </w:pPr>
            <w:r>
              <w:rPr>
                <w:sz w:val="16"/>
              </w:rPr>
              <w:t>0</w:t>
            </w:r>
          </w:p>
        </w:tc>
        <w:tc>
          <w:tcPr>
            <w:tcW w:type="dxa" w:w="1880"/>
          </w:tcPr>
          <w:p>
            <w:pPr>
              <w:spacing w:after="0"/>
              <w:jc w:val="left"/>
            </w:pPr>
          </w:p>
        </w:tc>
        <w:tc>
          <w:tcPr>
            <w:tcW w:type="dxa" w:w="1748"/>
          </w:tcPr>
          <w:p>
            <w:pPr>
              <w:spacing w:after="0"/>
              <w:jc w:val="left"/>
            </w:pPr>
          </w:p>
        </w:tc>
        <w:tc>
          <w:tcPr>
            <w:tcW w:type="dxa" w:w="1700"/>
          </w:tcPr>
          <w:p>
            <w:pPr>
              <w:spacing w:after="0"/>
              <w:jc w:val="left"/>
            </w:pPr>
          </w:p>
        </w:tc>
        <w:tc>
          <w:tcPr>
            <w:tcW w:type="dxa" w:w="1604"/>
          </w:tcPr>
          <w:p>
            <w:pPr>
              <w:spacing w:after="0"/>
              <w:jc w:val="left"/>
            </w:pPr>
          </w:p>
        </w:tc>
        <w:tc>
          <w:tcPr>
            <w:tcW w:type="dxa" w:w="2205"/>
          </w:tcPr>
          <w:p>
            <w:pPr>
              <w:spacing w:after="0"/>
              <w:jc w:val="left"/>
            </w:pPr>
            <w:r>
              <w:rPr>
                <w:sz w:val="16"/>
              </w:rPr>
              <w:t>Flood depth: see the FEMA Flood Insurance Rate Map.</w:t>
            </w:r>
          </w:p>
        </w:tc>
      </w:tr>
      <w:tr>
        <w:trPr>
          <w:cantSplit/>
        </w:trPr>
        <w:tc>
          <w:tcPr>
            <w:tcW w:type="dxa" w:w="1715"/>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39"/>
          </w:tcPr>
          <w:p>
            <w:pPr>
              <w:spacing w:after="0"/>
              <w:jc w:val="right"/>
            </w:pPr>
            <w:r>
              <w:rPr>
                <w:sz w:val="16"/>
              </w:rPr>
              <w:t>3, 2007 to 2021 (3 zone-level)</w:t>
            </w:r>
          </w:p>
        </w:tc>
        <w:tc>
          <w:tcPr>
            <w:tcW w:type="dxa" w:w="1880"/>
          </w:tcPr>
          <w:p>
            <w:pPr>
              <w:spacing w:after="0"/>
              <w:jc w:val="left"/>
            </w:pPr>
            <w:r>
              <w:rPr>
                <w:sz w:val="16"/>
              </w:rPr>
              <w:t>1 day to 3 days (median 2 days); 3 with a recorded value</w:t>
            </w:r>
          </w:p>
        </w:tc>
        <w:tc>
          <w:tcPr>
            <w:tcW w:type="dxa" w:w="1748"/>
          </w:tcPr>
          <w:p>
            <w:pPr>
              <w:spacing w:after="0"/>
              <w:jc w:val="left"/>
            </w:pPr>
            <w:r>
              <w:rPr>
                <w:sz w:val="16"/>
              </w:rPr>
              <w:t>3 consecutive days, 2007-04-06 to 2007-04-08, zone-level</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Wind chill: in event narratives only; local data required.</w:t>
            </w:r>
          </w:p>
        </w:tc>
      </w:tr>
      <w:tr>
        <w:trPr>
          <w:cantSplit/>
        </w:trPr>
        <w:tc>
          <w:tcPr>
            <w:tcW w:type="dxa" w:w="1715"/>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39"/>
          </w:tcPr>
          <w:p>
            <w:pPr>
              <w:spacing w:after="0"/>
              <w:jc w:val="right"/>
            </w:pPr>
            <w:r>
              <w:rPr>
                <w:sz w:val="16"/>
              </w:rPr>
              <w:t>3, 2009 to 2014 (3 zone-level)</w:t>
            </w:r>
          </w:p>
        </w:tc>
        <w:tc>
          <w:tcPr>
            <w:tcW w:type="dxa" w:w="1880"/>
          </w:tcPr>
          <w:p>
            <w:pPr>
              <w:spacing w:after="0"/>
              <w:jc w:val="left"/>
            </w:pPr>
          </w:p>
        </w:tc>
        <w:tc>
          <w:tcPr>
            <w:tcW w:type="dxa" w:w="1748"/>
          </w:tcPr>
          <w:p>
            <w:pPr>
              <w:spacing w:after="0"/>
              <w:jc w:val="left"/>
            </w:pPr>
            <w:r>
              <w:rPr>
                <w:sz w:val="16"/>
              </w:rPr>
              <w:t>No crop damage reported in 3 records.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Temperature: in event narratives only; local data required.</w:t>
            </w:r>
          </w:p>
        </w:tc>
      </w:tr>
      <w:tr>
        <w:trPr>
          <w:cantSplit/>
        </w:trPr>
        <w:tc>
          <w:tcPr>
            <w:tcW w:type="dxa" w:w="1715"/>
          </w:tcPr>
          <w:p>
            <w:pPr>
              <w:spacing w:after="0"/>
              <w:jc w:val="left"/>
            </w:pPr>
            <w:r>
              <w:rPr>
                <w:sz w:val="16"/>
              </w:rPr>
              <w:t>Drought</w:t>
            </w:r>
          </w:p>
        </w:tc>
        <w:tc>
          <w:tcPr>
            <w:tcW w:type="dxa" w:w="1720"/>
          </w:tcPr>
          <w:p>
            <w:pPr>
              <w:spacing w:after="0"/>
              <w:jc w:val="left"/>
            </w:pPr>
            <w:r>
              <w:rPr>
                <w:sz w:val="16"/>
              </w:rPr>
              <w:t>US Drought Monitor D-scale</w:t>
            </w:r>
          </w:p>
        </w:tc>
        <w:tc>
          <w:tcPr>
            <w:tcW w:type="dxa" w:w="1539"/>
          </w:tcPr>
          <w:p>
            <w:pPr>
              <w:spacing w:after="0"/>
              <w:jc w:val="right"/>
            </w:pPr>
            <w:r>
              <w:rPr>
                <w:sz w:val="16"/>
              </w:rPr>
              <w:t>56, 1998 to 2025 (56 zone-level)</w:t>
            </w:r>
          </w:p>
        </w:tc>
        <w:tc>
          <w:tcPr>
            <w:tcW w:type="dxa" w:w="1880"/>
          </w:tcPr>
          <w:p>
            <w:pPr>
              <w:spacing w:after="0"/>
              <w:jc w:val="left"/>
            </w:pPr>
            <w:r>
              <w:rPr>
                <w:sz w:val="16"/>
              </w:rPr>
              <w:t>30 days to 306 days (median 61 days); 21 with a recorded value</w:t>
            </w:r>
          </w:p>
        </w:tc>
        <w:tc>
          <w:tcPr>
            <w:tcW w:type="dxa" w:w="1748"/>
          </w:tcPr>
          <w:p>
            <w:pPr>
              <w:spacing w:after="0"/>
              <w:jc w:val="left"/>
            </w:pPr>
            <w:r>
              <w:rPr>
                <w:sz w:val="16"/>
              </w:rPr>
              <w:t>306 days (10 months), 2022-03-01 to 2022-12-31, a run of 10 consecutive Storm Events drought records, zone-level</w:t>
            </w:r>
          </w:p>
        </w:tc>
        <w:tc>
          <w:tcPr>
            <w:tcW w:type="dxa" w:w="1700"/>
          </w:tcPr>
          <w:p>
            <w:pPr>
              <w:spacing w:after="0"/>
              <w:jc w:val="left"/>
            </w:pPr>
            <w:r>
              <w:rPr>
                <w:sz w:val="16"/>
              </w:rPr>
              <w:t>Drought, 1998-08-01, property not reported; $6,000,000 crops, reported for the zone (1998 dollars)</w:t>
            </w: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20"/>
          </w:tcPr>
          <w:p>
            <w:pPr>
              <w:spacing w:after="0"/>
              <w:jc w:val="left"/>
            </w:pPr>
            <w:r>
              <w:rPr>
                <w:sz w:val="16"/>
              </w:rPr>
              <w:t>Modified Mercalli (local data)</w:t>
            </w:r>
          </w:p>
        </w:tc>
        <w:tc>
          <w:tcPr>
            <w:tcW w:type="dxa" w:w="1539"/>
          </w:tcPr>
          <w:p>
            <w:pPr>
              <w:spacing w:after="0"/>
              <w:jc w:val="right"/>
            </w:pPr>
            <w:r>
              <w:rPr>
                <w:sz w:val="16"/>
              </w:rPr>
              <w:t>0</w:t>
            </w:r>
          </w:p>
        </w:tc>
        <w:tc>
          <w:tcPr>
            <w:tcW w:type="dxa" w:w="1880"/>
          </w:tcPr>
          <w:p>
            <w:pPr>
              <w:spacing w:after="0"/>
              <w:jc w:val="left"/>
            </w:pPr>
          </w:p>
        </w:tc>
        <w:tc>
          <w:tcPr>
            <w:tcW w:type="dxa" w:w="1748"/>
          </w:tcPr>
          <w:p>
            <w:pPr>
              <w:spacing w:after="0"/>
              <w:jc w:val="left"/>
            </w:pPr>
          </w:p>
        </w:tc>
        <w:tc>
          <w:tcPr>
            <w:tcW w:type="dxa" w:w="1700"/>
          </w:tcPr>
          <w:p>
            <w:pPr>
              <w:spacing w:after="0"/>
              <w:jc w:val="left"/>
            </w:pPr>
          </w:p>
        </w:tc>
        <w:tc>
          <w:tcPr>
            <w:tcW w:type="dxa" w:w="1604"/>
          </w:tcPr>
          <w:p>
            <w:pPr>
              <w:spacing w:after="0"/>
              <w:jc w:val="left"/>
            </w:pPr>
          </w:p>
        </w:tc>
        <w:tc>
          <w:tcPr>
            <w:tcW w:type="dxa" w:w="2205"/>
          </w:tcPr>
          <w:p>
            <w:pPr>
              <w:spacing w:after="0"/>
              <w:jc w:val="left"/>
            </w:pPr>
            <w:r>
              <w:rPr>
                <w:sz w:val="16"/>
              </w:rPr>
              <w:t>No Storm Events record; local data required (e.g., USGS).</w:t>
            </w:r>
          </w:p>
        </w:tc>
      </w:tr>
      <w:tr>
        <w:trPr>
          <w:cantSplit/>
        </w:trPr>
        <w:tc>
          <w:tcPr>
            <w:tcW w:type="dxa" w:w="1715"/>
          </w:tcPr>
          <w:p>
            <w:pPr>
              <w:spacing w:after="0"/>
              <w:jc w:val="left"/>
            </w:pPr>
            <w:r>
              <w:rPr>
                <w:sz w:val="16"/>
              </w:rPr>
              <w:t>Hail</w:t>
            </w:r>
          </w:p>
        </w:tc>
        <w:tc>
          <w:tcPr>
            <w:tcW w:type="dxa" w:w="1720"/>
          </w:tcPr>
          <w:p>
            <w:pPr>
              <w:spacing w:after="0"/>
              <w:jc w:val="left"/>
            </w:pPr>
            <w:r>
              <w:rPr>
                <w:sz w:val="16"/>
              </w:rPr>
              <w:t>hail size (inches)</w:t>
            </w:r>
          </w:p>
        </w:tc>
        <w:tc>
          <w:tcPr>
            <w:tcW w:type="dxa" w:w="1539"/>
          </w:tcPr>
          <w:p>
            <w:pPr>
              <w:spacing w:after="0"/>
              <w:jc w:val="right"/>
            </w:pPr>
            <w:r>
              <w:rPr>
                <w:sz w:val="16"/>
              </w:rPr>
              <w:t>173, 1957 to 2026</w:t>
            </w:r>
          </w:p>
        </w:tc>
        <w:tc>
          <w:tcPr>
            <w:tcW w:type="dxa" w:w="1880"/>
          </w:tcPr>
          <w:p>
            <w:pPr>
              <w:spacing w:after="0"/>
              <w:jc w:val="left"/>
            </w:pPr>
            <w:r>
              <w:rPr>
                <w:sz w:val="16"/>
              </w:rPr>
              <w:t>0.75 in to 4.5 in (median 1.25 in); 173 with a recorded value</w:t>
            </w:r>
          </w:p>
        </w:tc>
        <w:tc>
          <w:tcPr>
            <w:tcW w:type="dxa" w:w="1748"/>
          </w:tcPr>
          <w:p>
            <w:pPr>
              <w:spacing w:after="0"/>
              <w:jc w:val="left"/>
            </w:pPr>
            <w:r>
              <w:rPr>
                <w:sz w:val="16"/>
              </w:rPr>
              <w:t>4.5 in hail, 1981-05-15</w:t>
            </w:r>
          </w:p>
        </w:tc>
        <w:tc>
          <w:tcPr>
            <w:tcW w:type="dxa" w:w="1700"/>
          </w:tcPr>
          <w:p>
            <w:pPr>
              <w:spacing w:after="0"/>
              <w:jc w:val="left"/>
            </w:pPr>
            <w:r>
              <w:rPr>
                <w:sz w:val="16"/>
              </w:rPr>
              <w:t>Hail, 2008-05-14, $3,000,000 property; $0 crops (2008 dollars)</w:t>
            </w:r>
          </w:p>
        </w:tc>
        <w:tc>
          <w:tcPr>
            <w:tcW w:type="dxa" w:w="1604"/>
          </w:tcPr>
          <w:p>
            <w:pPr>
              <w:spacing w:after="0"/>
              <w:jc w:val="left"/>
            </w:pPr>
            <w:r>
              <w:rPr>
                <w:sz w:val="16"/>
              </w:rPr>
              <w:t>Event records naming member places: Eden city (47 records), Paint Rock town (36 records).</w:t>
            </w:r>
          </w:p>
        </w:tc>
        <w:tc>
          <w:tcPr>
            <w:tcW w:type="dxa" w:w="2205"/>
          </w:tcPr>
          <w:p>
            <w:pPr>
              <w:spacing w:after="0"/>
              <w:jc w:val="left"/>
            </w:pPr>
          </w:p>
        </w:tc>
      </w:tr>
      <w:tr>
        <w:trPr>
          <w:cantSplit/>
        </w:trPr>
        <w:tc>
          <w:tcPr>
            <w:tcW w:type="dxa" w:w="1715"/>
          </w:tcPr>
          <w:p>
            <w:pPr>
              <w:spacing w:after="0"/>
              <w:jc w:val="left"/>
            </w:pPr>
            <w:r>
              <w:rPr>
                <w:sz w:val="16"/>
              </w:rPr>
              <w:t>Excessive Heat, Heat</w:t>
            </w:r>
          </w:p>
        </w:tc>
        <w:tc>
          <w:tcPr>
            <w:tcW w:type="dxa" w:w="1720"/>
          </w:tcPr>
          <w:p>
            <w:pPr>
              <w:spacing w:after="0"/>
              <w:jc w:val="left"/>
            </w:pPr>
            <w:r>
              <w:rPr>
                <w:sz w:val="16"/>
              </w:rPr>
              <w:t>heat index (narratives)</w:t>
            </w:r>
          </w:p>
        </w:tc>
        <w:tc>
          <w:tcPr>
            <w:tcW w:type="dxa" w:w="1539"/>
          </w:tcPr>
          <w:p>
            <w:pPr>
              <w:spacing w:after="0"/>
              <w:jc w:val="right"/>
            </w:pPr>
            <w:r>
              <w:rPr>
                <w:sz w:val="16"/>
              </w:rPr>
              <w:t>0</w:t>
            </w:r>
          </w:p>
        </w:tc>
        <w:tc>
          <w:tcPr>
            <w:tcW w:type="dxa" w:w="1880"/>
          </w:tcPr>
          <w:p>
            <w:pPr>
              <w:spacing w:after="0"/>
              <w:jc w:val="left"/>
            </w:pPr>
          </w:p>
        </w:tc>
        <w:tc>
          <w:tcPr>
            <w:tcW w:type="dxa" w:w="1748"/>
          </w:tcPr>
          <w:p>
            <w:pPr>
              <w:spacing w:after="0"/>
              <w:jc w:val="left"/>
            </w:pPr>
          </w:p>
        </w:tc>
        <w:tc>
          <w:tcPr>
            <w:tcW w:type="dxa" w:w="1700"/>
          </w:tcPr>
          <w:p>
            <w:pPr>
              <w:spacing w:after="0"/>
              <w:jc w:val="left"/>
            </w:pPr>
          </w:p>
        </w:tc>
        <w:tc>
          <w:tcPr>
            <w:tcW w:type="dxa" w:w="1604"/>
          </w:tcPr>
          <w:p>
            <w:pPr>
              <w:spacing w:after="0"/>
              <w:jc w:val="left"/>
            </w:pPr>
          </w:p>
        </w:tc>
        <w:tc>
          <w:tcPr>
            <w:tcW w:type="dxa" w:w="2205"/>
          </w:tcPr>
          <w:p>
            <w:pPr>
              <w:spacing w:after="0"/>
              <w:jc w:val="left"/>
            </w:pPr>
            <w:r>
              <w:rPr>
                <w:sz w:val="16"/>
              </w:rPr>
              <w:t>Heat index: in event narratives only; local data required.</w:t>
            </w:r>
          </w:p>
        </w:tc>
      </w:tr>
      <w:tr>
        <w:trPr>
          <w:cantSplit/>
        </w:trPr>
        <w:tc>
          <w:tcPr>
            <w:tcW w:type="dxa" w:w="1715"/>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39"/>
          </w:tcPr>
          <w:p>
            <w:pPr>
              <w:spacing w:after="0"/>
              <w:jc w:val="right"/>
            </w:pPr>
            <w:r>
              <w:rPr>
                <w:sz w:val="16"/>
              </w:rPr>
              <w:t>1, 2007 to 2007 (1 zone-level)</w:t>
            </w:r>
          </w:p>
        </w:tc>
        <w:tc>
          <w:tcPr>
            <w:tcW w:type="dxa" w:w="1880"/>
          </w:tcPr>
          <w:p>
            <w:pPr>
              <w:spacing w:after="0"/>
              <w:jc w:val="left"/>
            </w:pPr>
          </w:p>
        </w:tc>
        <w:tc>
          <w:tcPr>
            <w:tcW w:type="dxa" w:w="1748"/>
          </w:tcPr>
          <w:p>
            <w:pPr>
              <w:spacing w:after="0"/>
              <w:jc w:val="left"/>
            </w:pPr>
            <w:r>
              <w:rPr>
                <w:sz w:val="16"/>
              </w:rPr>
              <w:t>Strongest recorded (records with damage, a wind speed or direct casualties first, then storm type, category and wind): Tropical Depression record, 2007-08-16 to 2007-08-18, $0 property; $0 crops, reported for the zone (2007 dollars); NWS zone TXZ073 (CONCHO), zone-level: may include parts of neighboring counties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5"/>
          </w:tcPr>
          <w:p>
            <w:pPr>
              <w:spacing w:after="0"/>
              <w:jc w:val="left"/>
            </w:pPr>
            <w:r>
              <w:rPr>
                <w:sz w:val="16"/>
              </w:rPr>
              <w:t>Ice Storm</w:t>
            </w:r>
          </w:p>
        </w:tc>
        <w:tc>
          <w:tcPr>
            <w:tcW w:type="dxa" w:w="1720"/>
          </w:tcPr>
          <w:p>
            <w:pPr>
              <w:spacing w:after="0"/>
              <w:jc w:val="left"/>
            </w:pPr>
            <w:r>
              <w:rPr>
                <w:sz w:val="16"/>
              </w:rPr>
              <w:t>Sperry-Piltz (local data)</w:t>
            </w:r>
          </w:p>
        </w:tc>
        <w:tc>
          <w:tcPr>
            <w:tcW w:type="dxa" w:w="1539"/>
          </w:tcPr>
          <w:p>
            <w:pPr>
              <w:spacing w:after="0"/>
              <w:jc w:val="right"/>
            </w:pPr>
            <w:r>
              <w:rPr>
                <w:sz w:val="16"/>
              </w:rPr>
              <w:t>6, 1996 to 2023 (6 zone-level)</w:t>
            </w:r>
          </w:p>
        </w:tc>
        <w:tc>
          <w:tcPr>
            <w:tcW w:type="dxa" w:w="1880"/>
          </w:tcPr>
          <w:p>
            <w:pPr>
              <w:spacing w:after="0"/>
              <w:jc w:val="left"/>
            </w:pPr>
          </w:p>
        </w:tc>
        <w:tc>
          <w:tcPr>
            <w:tcW w:type="dxa" w:w="1748"/>
          </w:tcPr>
          <w:p>
            <w:pPr>
              <w:spacing w:after="0"/>
              <w:jc w:val="left"/>
            </w:pPr>
            <w:r>
              <w:rPr>
                <w:sz w:val="16"/>
              </w:rPr>
              <w:t>Ice Storm, 2007-01-13, $3,000 property; $0 crops, reported for the zone (2007 dollars); NWS zone TXZ073 (CONCHO), zone-level: may include parts of neighboring counties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Ice thickness: in event narratives only; local data required.</w:t>
            </w:r>
          </w:p>
        </w:tc>
      </w:tr>
      <w:tr>
        <w:trPr>
          <w:cantSplit/>
        </w:trPr>
        <w:tc>
          <w:tcPr>
            <w:tcW w:type="dxa" w:w="1715"/>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39"/>
          </w:tcPr>
          <w:p>
            <w:pPr>
              <w:spacing w:after="0"/>
              <w:jc w:val="right"/>
            </w:pPr>
            <w:r>
              <w:rPr>
                <w:sz w:val="16"/>
              </w:rPr>
              <w:t>12, 1998 to 2024</w:t>
            </w:r>
          </w:p>
        </w:tc>
        <w:tc>
          <w:tcPr>
            <w:tcW w:type="dxa" w:w="1880"/>
          </w:tcPr>
          <w:p>
            <w:pPr>
              <w:spacing w:after="0"/>
              <w:jc w:val="left"/>
            </w:pPr>
          </w:p>
        </w:tc>
        <w:tc>
          <w:tcPr>
            <w:tcW w:type="dxa" w:w="1748"/>
          </w:tcPr>
          <w:p>
            <w:pPr>
              <w:spacing w:after="0"/>
              <w:jc w:val="left"/>
            </w:pPr>
            <w:r>
              <w:rPr>
                <w:sz w:val="16"/>
              </w:rPr>
              <w:t>Flash Flood, 2012-09-29, $150,000 property; $0 crops (2012 dollars)</w:t>
            </w:r>
          </w:p>
        </w:tc>
        <w:tc>
          <w:tcPr>
            <w:tcW w:type="dxa" w:w="1700"/>
          </w:tcPr>
          <w:p>
            <w:pPr>
              <w:spacing w:after="0"/>
              <w:jc w:val="left"/>
            </w:pPr>
          </w:p>
        </w:tc>
        <w:tc>
          <w:tcPr>
            <w:tcW w:type="dxa" w:w="1604"/>
          </w:tcPr>
          <w:p>
            <w:pPr>
              <w:spacing w:after="0"/>
              <w:jc w:val="left"/>
            </w:pPr>
            <w:r>
              <w:rPr>
                <w:sz w:val="16"/>
              </w:rPr>
              <w:t>Event records naming member places: Eden city (3 records), Paint Rock town (3 records).</w:t>
            </w:r>
          </w:p>
        </w:tc>
        <w:tc>
          <w:tcPr>
            <w:tcW w:type="dxa" w:w="22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5"/>
          </w:tcPr>
          <w:p>
            <w:pPr>
              <w:spacing w:after="0"/>
              <w:jc w:val="left"/>
            </w:pPr>
            <w:r>
              <w:rPr>
                <w:sz w:val="16"/>
              </w:rPr>
              <w:t>Debris Flow</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880"/>
          </w:tcPr>
          <w:p>
            <w:pPr>
              <w:spacing w:after="0"/>
              <w:jc w:val="left"/>
            </w:pPr>
          </w:p>
        </w:tc>
        <w:tc>
          <w:tcPr>
            <w:tcW w:type="dxa" w:w="1748"/>
          </w:tcPr>
          <w:p>
            <w:pPr>
              <w:spacing w:after="0"/>
              <w:jc w:val="left"/>
            </w:pPr>
          </w:p>
        </w:tc>
        <w:tc>
          <w:tcPr>
            <w:tcW w:type="dxa" w:w="1700"/>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39"/>
          </w:tcPr>
          <w:p>
            <w:pPr>
              <w:spacing w:after="0"/>
              <w:jc w:val="right"/>
            </w:pPr>
            <w:r>
              <w:rPr>
                <w:sz w:val="16"/>
              </w:rPr>
              <w:t>0</w:t>
            </w:r>
          </w:p>
        </w:tc>
        <w:tc>
          <w:tcPr>
            <w:tcW w:type="dxa" w:w="1880"/>
          </w:tcPr>
          <w:p>
            <w:pPr>
              <w:spacing w:after="0"/>
              <w:jc w:val="left"/>
            </w:pPr>
          </w:p>
        </w:tc>
        <w:tc>
          <w:tcPr>
            <w:tcW w:type="dxa" w:w="1748"/>
          </w:tcPr>
          <w:p>
            <w:pPr>
              <w:spacing w:after="0"/>
              <w:jc w:val="left"/>
            </w:pPr>
          </w:p>
        </w:tc>
        <w:tc>
          <w:tcPr>
            <w:tcW w:type="dxa" w:w="1700"/>
          </w:tcPr>
          <w:p>
            <w:pPr>
              <w:spacing w:after="0"/>
              <w:jc w:val="left"/>
            </w:pPr>
          </w:p>
        </w:tc>
        <w:tc>
          <w:tcPr>
            <w:tcW w:type="dxa" w:w="1604"/>
          </w:tcPr>
          <w:p>
            <w:pPr>
              <w:spacing w:after="0"/>
              <w:jc w:val="left"/>
            </w:pPr>
          </w:p>
        </w:tc>
        <w:tc>
          <w:tcPr>
            <w:tcW w:type="dxa" w:w="2205"/>
          </w:tcPr>
          <w:p>
            <w:pPr>
              <w:spacing w:after="0"/>
              <w:jc w:val="left"/>
            </w:pPr>
            <w:r>
              <w:rPr>
                <w:sz w:val="16"/>
              </w:rPr>
              <w:t>Storm Events lists lightning with damage or casualties; physical measure in event narratives only; local data required.</w:t>
            </w:r>
          </w:p>
        </w:tc>
      </w:tr>
      <w:tr>
        <w:trPr>
          <w:cantSplit/>
        </w:trPr>
        <w:tc>
          <w:tcPr>
            <w:tcW w:type="dxa" w:w="1715"/>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39"/>
          </w:tcPr>
          <w:p>
            <w:pPr>
              <w:spacing w:after="0"/>
              <w:jc w:val="right"/>
            </w:pPr>
            <w:r>
              <w:rPr>
                <w:sz w:val="16"/>
              </w:rPr>
              <w:t>3, 2007 to 2025 (3 zone-level)</w:t>
            </w:r>
          </w:p>
        </w:tc>
        <w:tc>
          <w:tcPr>
            <w:tcW w:type="dxa" w:w="1880"/>
          </w:tcPr>
          <w:p>
            <w:pPr>
              <w:spacing w:after="0"/>
              <w:jc w:val="left"/>
            </w:pPr>
            <w:r>
              <w:rPr>
                <w:sz w:val="16"/>
              </w:rPr>
              <w:t>42 kt (48 mph) to 54 kt (62 mph) (median 50 kt (58 mph)); 3 with a recorded value</w:t>
            </w:r>
          </w:p>
        </w:tc>
        <w:tc>
          <w:tcPr>
            <w:tcW w:type="dxa" w:w="1748"/>
          </w:tcPr>
          <w:p>
            <w:pPr>
              <w:spacing w:after="0"/>
              <w:jc w:val="left"/>
            </w:pPr>
            <w:r>
              <w:rPr>
                <w:sz w:val="16"/>
              </w:rPr>
              <w:t>54 kt (62 mph) measured gust, High Wind, 2025-03-04; NWS zone TXZ073 (CONCHO), zone-level: may include parts of neighboring counties</w:t>
            </w:r>
          </w:p>
        </w:tc>
        <w:tc>
          <w:tcPr>
            <w:tcW w:type="dxa" w:w="1700"/>
          </w:tcPr>
          <w:p>
            <w:pPr>
              <w:spacing w:after="0"/>
              <w:jc w:val="left"/>
            </w:pPr>
            <w:r>
              <w:rPr>
                <w:sz w:val="16"/>
              </w:rPr>
              <w:t>High Wind, 2007-02-24, $2,000 property; $0 crops, reported for the zone (2007 dollars)</w:t>
            </w: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p>
        </w:tc>
      </w:tr>
      <w:tr>
        <w:trPr>
          <w:cantSplit/>
        </w:trPr>
        <w:tc>
          <w:tcPr>
            <w:tcW w:type="dxa" w:w="1715"/>
          </w:tcPr>
          <w:p>
            <w:pPr>
              <w:spacing w:after="0"/>
              <w:jc w:val="left"/>
            </w:pPr>
            <w:r>
              <w:rPr>
                <w:sz w:val="16"/>
              </w:rPr>
              <w:t>Thunderstorm Wind</w:t>
            </w:r>
          </w:p>
        </w:tc>
        <w:tc>
          <w:tcPr>
            <w:tcW w:type="dxa" w:w="1720"/>
          </w:tcPr>
          <w:p>
            <w:pPr>
              <w:spacing w:after="0"/>
              <w:jc w:val="left"/>
            </w:pPr>
            <w:r>
              <w:rPr>
                <w:sz w:val="16"/>
              </w:rPr>
              <w:t>wind speed (kt and mph)</w:t>
            </w:r>
          </w:p>
        </w:tc>
        <w:tc>
          <w:tcPr>
            <w:tcW w:type="dxa" w:w="1539"/>
          </w:tcPr>
          <w:p>
            <w:pPr>
              <w:spacing w:after="0"/>
              <w:jc w:val="right"/>
            </w:pPr>
            <w:r>
              <w:rPr>
                <w:sz w:val="16"/>
              </w:rPr>
              <w:t>56, 1973 to 2026</w:t>
            </w:r>
          </w:p>
        </w:tc>
        <w:tc>
          <w:tcPr>
            <w:tcW w:type="dxa" w:w="1880"/>
          </w:tcPr>
          <w:p>
            <w:pPr>
              <w:spacing w:after="0"/>
              <w:jc w:val="left"/>
            </w:pPr>
            <w:r>
              <w:rPr>
                <w:sz w:val="16"/>
              </w:rPr>
              <w:t>50 kt (58 mph) to 70 kt (81 mph) (median 56 kt (64 mph)); 43 with a recorded value</w:t>
            </w:r>
          </w:p>
        </w:tc>
        <w:tc>
          <w:tcPr>
            <w:tcW w:type="dxa" w:w="1748"/>
          </w:tcPr>
          <w:p>
            <w:pPr>
              <w:spacing w:after="0"/>
              <w:jc w:val="left"/>
            </w:pPr>
            <w:r>
              <w:rPr>
                <w:sz w:val="16"/>
              </w:rPr>
              <w:t>70 kt (81 mph) estimated gust, Thunderstorm Wind, 2016-05-26</w:t>
            </w:r>
          </w:p>
        </w:tc>
        <w:tc>
          <w:tcPr>
            <w:tcW w:type="dxa" w:w="1700"/>
          </w:tcPr>
          <w:p>
            <w:pPr>
              <w:spacing w:after="0"/>
              <w:jc w:val="left"/>
            </w:pPr>
            <w:r>
              <w:rPr>
                <w:sz w:val="16"/>
              </w:rPr>
              <w:t>Thunderstorm Wind, 1997-05-31, $100,000 property; crops not reported (1997 dollars)</w:t>
            </w:r>
          </w:p>
        </w:tc>
        <w:tc>
          <w:tcPr>
            <w:tcW w:type="dxa" w:w="1604"/>
          </w:tcPr>
          <w:p>
            <w:pPr>
              <w:spacing w:after="0"/>
              <w:jc w:val="left"/>
            </w:pPr>
            <w:r>
              <w:rPr>
                <w:sz w:val="16"/>
              </w:rPr>
              <w:t>Event records naming member places: Eden city (15 records), Paint Rock town (10 records).</w:t>
            </w:r>
          </w:p>
        </w:tc>
        <w:tc>
          <w:tcPr>
            <w:tcW w:type="dxa" w:w="2205"/>
          </w:tcPr>
          <w:p>
            <w:pPr>
              <w:spacing w:after="0"/>
              <w:jc w:val="left"/>
            </w:pPr>
          </w:p>
        </w:tc>
      </w:tr>
      <w:tr>
        <w:trPr>
          <w:cantSplit/>
        </w:trPr>
        <w:tc>
          <w:tcPr>
            <w:tcW w:type="dxa" w:w="1715"/>
          </w:tcPr>
          <w:p>
            <w:pPr>
              <w:spacing w:after="0"/>
              <w:jc w:val="left"/>
            </w:pPr>
            <w:r>
              <w:rPr>
                <w:sz w:val="16"/>
              </w:rPr>
              <w:t>Tornado</w:t>
            </w:r>
          </w:p>
        </w:tc>
        <w:tc>
          <w:tcPr>
            <w:tcW w:type="dxa" w:w="1720"/>
          </w:tcPr>
          <w:p>
            <w:pPr>
              <w:spacing w:after="0"/>
              <w:jc w:val="left"/>
            </w:pPr>
            <w:r>
              <w:rPr>
                <w:sz w:val="16"/>
              </w:rPr>
              <w:t>Enhanced Fujita (F before Feb 2007)</w:t>
            </w:r>
          </w:p>
        </w:tc>
        <w:tc>
          <w:tcPr>
            <w:tcW w:type="dxa" w:w="1539"/>
          </w:tcPr>
          <w:p>
            <w:pPr>
              <w:spacing w:after="0"/>
              <w:jc w:val="right"/>
            </w:pPr>
            <w:r>
              <w:rPr>
                <w:sz w:val="16"/>
              </w:rPr>
              <w:t>29, 1960 to 2024</w:t>
            </w:r>
          </w:p>
        </w:tc>
        <w:tc>
          <w:tcPr>
            <w:tcW w:type="dxa" w:w="1880"/>
          </w:tcPr>
          <w:p>
            <w:pPr>
              <w:spacing w:after="0"/>
              <w:jc w:val="left"/>
            </w:pPr>
            <w:r>
              <w:rPr>
                <w:sz w:val="16"/>
              </w:rPr>
              <w:t>F/EF0 to F/EF2 (median F/EF0); 28 with a recorded value</w:t>
            </w:r>
          </w:p>
        </w:tc>
        <w:tc>
          <w:tcPr>
            <w:tcW w:type="dxa" w:w="1748"/>
          </w:tcPr>
          <w:p>
            <w:pPr>
              <w:spacing w:after="0"/>
              <w:jc w:val="left"/>
            </w:pPr>
            <w:r>
              <w:rPr>
                <w:sz w:val="16"/>
              </w:rPr>
              <w:t>EF2 tornado, 2024-05-02, 6.11 mi within this county, 395 yd wide, $0 property; $0 crops (2024 dollars)</w:t>
            </w:r>
          </w:p>
        </w:tc>
        <w:tc>
          <w:tcPr>
            <w:tcW w:type="dxa" w:w="1700"/>
          </w:tcPr>
          <w:p>
            <w:pPr>
              <w:spacing w:after="0"/>
              <w:jc w:val="left"/>
            </w:pPr>
            <w:r>
              <w:rPr>
                <w:sz w:val="16"/>
              </w:rPr>
              <w:t>Tornado, 1995-05-14, $50,000 property; crops not recorded (1995 dollars)</w:t>
            </w:r>
          </w:p>
        </w:tc>
        <w:tc>
          <w:tcPr>
            <w:tcW w:type="dxa" w:w="1604"/>
          </w:tcPr>
          <w:p>
            <w:pPr>
              <w:spacing w:after="0"/>
              <w:jc w:val="left"/>
            </w:pPr>
            <w:r>
              <w:rPr>
                <w:sz w:val="16"/>
              </w:rPr>
              <w:t>Event records naming member places: Eden city (5 records), Paint Rock town (1 record).</w:t>
            </w:r>
          </w:p>
        </w:tc>
        <w:tc>
          <w:tcPr>
            <w:tcW w:type="dxa" w:w="22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5"/>
          </w:tcPr>
          <w:p>
            <w:pPr>
              <w:spacing w:after="0"/>
              <w:jc w:val="left"/>
            </w:pPr>
            <w:r>
              <w:rPr>
                <w:sz w:val="16"/>
              </w:rPr>
              <w:t>Tsunami</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880"/>
          </w:tcPr>
          <w:p>
            <w:pPr>
              <w:spacing w:after="0"/>
              <w:jc w:val="left"/>
            </w:pPr>
          </w:p>
        </w:tc>
        <w:tc>
          <w:tcPr>
            <w:tcW w:type="dxa" w:w="1748"/>
          </w:tcPr>
          <w:p>
            <w:pPr>
              <w:spacing w:after="0"/>
              <w:jc w:val="left"/>
            </w:pPr>
          </w:p>
        </w:tc>
        <w:tc>
          <w:tcPr>
            <w:tcW w:type="dxa" w:w="1700"/>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39"/>
          </w:tcPr>
          <w:p>
            <w:pPr>
              <w:spacing w:after="0"/>
              <w:jc w:val="right"/>
            </w:pPr>
            <w:r>
              <w:rPr>
                <w:sz w:val="16"/>
              </w:rPr>
              <w:t>0</w:t>
            </w:r>
          </w:p>
        </w:tc>
        <w:tc>
          <w:tcPr>
            <w:tcW w:type="dxa" w:w="1880"/>
          </w:tcPr>
          <w:p>
            <w:pPr>
              <w:spacing w:after="0"/>
              <w:jc w:val="left"/>
            </w:pPr>
          </w:p>
        </w:tc>
        <w:tc>
          <w:tcPr>
            <w:tcW w:type="dxa" w:w="1748"/>
          </w:tcPr>
          <w:p>
            <w:pPr>
              <w:spacing w:after="0"/>
              <w:jc w:val="left"/>
            </w:pPr>
          </w:p>
        </w:tc>
        <w:tc>
          <w:tcPr>
            <w:tcW w:type="dxa" w:w="1700"/>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Wildfire</w:t>
            </w:r>
          </w:p>
        </w:tc>
        <w:tc>
          <w:tcPr>
            <w:tcW w:type="dxa" w:w="1720"/>
          </w:tcPr>
          <w:p>
            <w:pPr>
              <w:spacing w:after="0"/>
              <w:jc w:val="left"/>
            </w:pPr>
            <w:r>
              <w:rPr>
                <w:sz w:val="16"/>
              </w:rPr>
              <w:t>acres burned (local data)</w:t>
            </w:r>
          </w:p>
        </w:tc>
        <w:tc>
          <w:tcPr>
            <w:tcW w:type="dxa" w:w="1539"/>
          </w:tcPr>
          <w:p>
            <w:pPr>
              <w:spacing w:after="0"/>
              <w:jc w:val="right"/>
            </w:pPr>
            <w:r>
              <w:rPr>
                <w:sz w:val="16"/>
              </w:rPr>
              <w:t>2, 2011 to 2016 (2 zone-level)</w:t>
            </w:r>
          </w:p>
        </w:tc>
        <w:tc>
          <w:tcPr>
            <w:tcW w:type="dxa" w:w="1880"/>
          </w:tcPr>
          <w:p>
            <w:pPr>
              <w:spacing w:after="0"/>
              <w:jc w:val="left"/>
            </w:pPr>
          </w:p>
        </w:tc>
        <w:tc>
          <w:tcPr>
            <w:tcW w:type="dxa" w:w="1748"/>
          </w:tcPr>
          <w:p>
            <w:pPr>
              <w:spacing w:after="0"/>
              <w:jc w:val="left"/>
            </w:pPr>
            <w:r>
              <w:rPr>
                <w:sz w:val="16"/>
              </w:rPr>
              <w:t>No damage reported in 2 records.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Acres burned: in event narratives only; local data required.</w:t>
            </w:r>
          </w:p>
        </w:tc>
      </w:tr>
      <w:tr>
        <w:trPr>
          <w:cantSplit/>
        </w:trPr>
        <w:tc>
          <w:tcPr>
            <w:tcW w:type="dxa" w:w="1715"/>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39"/>
          </w:tcPr>
          <w:p>
            <w:pPr>
              <w:spacing w:after="0"/>
              <w:jc w:val="right"/>
            </w:pPr>
            <w:r>
              <w:rPr>
                <w:sz w:val="16"/>
              </w:rPr>
              <w:t>29, 1996 to 2026 (29 zone-level)</w:t>
            </w:r>
          </w:p>
        </w:tc>
        <w:tc>
          <w:tcPr>
            <w:tcW w:type="dxa" w:w="1880"/>
          </w:tcPr>
          <w:p>
            <w:pPr>
              <w:spacing w:after="0"/>
              <w:jc w:val="left"/>
            </w:pPr>
          </w:p>
        </w:tc>
        <w:tc>
          <w:tcPr>
            <w:tcW w:type="dxa" w:w="1748"/>
          </w:tcPr>
          <w:p>
            <w:pPr>
              <w:spacing w:after="0"/>
              <w:jc w:val="left"/>
            </w:pPr>
            <w:r>
              <w:rPr>
                <w:sz w:val="16"/>
              </w:rPr>
              <w:t>Winter Storm, 2007-04-07, $8,000 property; $45,000 crops, reported for the zone (2007 dollars); NWS zone TXZ073 (CONCHO), zone-level: may include parts of neighboring counties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1"/>
        <w:gridCol w:w="1141"/>
        <w:gridCol w:w="1141"/>
        <w:gridCol w:w="1534"/>
        <w:gridCol w:w="2320"/>
        <w:gridCol w:w="2254"/>
        <w:gridCol w:w="1573"/>
        <w:gridCol w:w="2025"/>
        <w:gridCol w:w="984"/>
      </w:tblGrid>
      <w:tr>
        <w:trPr>
          <w:cantSplit/>
          <w:tblHeader/>
        </w:trPr>
        <w:tc>
          <w:tcPr>
            <w:tcW w:type="dxa" w:w="1141"/>
            <w:shd w:val="clear" w:color="auto" w:fill="E8E8E8"/>
          </w:tcPr>
          <w:p>
            <w:pPr>
              <w:spacing w:after="0"/>
              <w:jc w:val="left"/>
            </w:pPr>
            <w:r>
              <w:rPr>
                <w:b/>
                <w:sz w:val="16"/>
              </w:rPr>
              <w:t>Declared</w:t>
            </w:r>
          </w:p>
        </w:tc>
        <w:tc>
          <w:tcPr>
            <w:tcW w:type="dxa" w:w="1141"/>
            <w:shd w:val="clear" w:color="auto" w:fill="E8E8E8"/>
          </w:tcPr>
          <w:p>
            <w:pPr>
              <w:spacing w:after="0"/>
              <w:jc w:val="left"/>
            </w:pPr>
            <w:r>
              <w:rPr>
                <w:b/>
                <w:sz w:val="16"/>
              </w:rPr>
              <w:t>Incident began</w:t>
            </w:r>
          </w:p>
        </w:tc>
        <w:tc>
          <w:tcPr>
            <w:tcW w:type="dxa" w:w="1141"/>
            <w:shd w:val="clear" w:color="auto" w:fill="E8E8E8"/>
          </w:tcPr>
          <w:p>
            <w:pPr>
              <w:spacing w:after="0"/>
              <w:jc w:val="left"/>
            </w:pPr>
            <w:r>
              <w:rPr>
                <w:b/>
                <w:sz w:val="16"/>
              </w:rPr>
              <w:t>FEMA number</w:t>
            </w:r>
          </w:p>
        </w:tc>
        <w:tc>
          <w:tcPr>
            <w:tcW w:type="dxa" w:w="1534"/>
            <w:shd w:val="clear" w:color="auto" w:fill="E8E8E8"/>
          </w:tcPr>
          <w:p>
            <w:pPr>
              <w:spacing w:after="0"/>
              <w:jc w:val="left"/>
            </w:pPr>
            <w:r>
              <w:rPr>
                <w:b/>
                <w:sz w:val="16"/>
              </w:rPr>
              <w:t>Type</w:t>
            </w:r>
          </w:p>
        </w:tc>
        <w:tc>
          <w:tcPr>
            <w:tcW w:type="dxa" w:w="2320"/>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5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25"/>
            <w:shd w:val="clear" w:color="auto" w:fill="E8E8E8"/>
          </w:tcPr>
          <w:p>
            <w:pPr>
              <w:spacing w:after="0"/>
              <w:jc w:val="left"/>
            </w:pPr>
            <w:r>
              <w:rPr>
                <w:b/>
                <w:sz w:val="16"/>
              </w:rPr>
              <w:t>Flags</w:t>
            </w:r>
          </w:p>
        </w:tc>
        <w:tc>
          <w:tcPr>
            <w:tcW w:type="dxa" w:w="984"/>
            <w:shd w:val="clear" w:color="auto" w:fill="E8E8E8"/>
          </w:tcPr>
          <w:p>
            <w:pPr>
              <w:spacing w:after="0"/>
              <w:jc w:val="left"/>
            </w:pPr>
            <w:r>
              <w:rPr>
                <w:b/>
                <w:sz w:val="16"/>
              </w:rPr>
              <w:t>Notes</w:t>
            </w:r>
          </w:p>
        </w:tc>
      </w:tr>
      <w:tr>
        <w:trPr>
          <w:cantSplit/>
        </w:trPr>
        <w:tc>
          <w:tcPr>
            <w:tcW w:type="dxa" w:w="1141"/>
          </w:tcPr>
          <w:p>
            <w:pPr>
              <w:spacing w:after="0"/>
              <w:jc w:val="left"/>
            </w:pPr>
            <w:r>
              <w:rPr>
                <w:sz w:val="16"/>
              </w:rPr>
              <w:t>2025-07-06</w:t>
            </w:r>
          </w:p>
        </w:tc>
        <w:tc>
          <w:tcPr>
            <w:tcW w:type="dxa" w:w="1141"/>
          </w:tcPr>
          <w:p>
            <w:pPr>
              <w:spacing w:after="0"/>
              <w:jc w:val="left"/>
            </w:pPr>
            <w:r>
              <w:rPr>
                <w:sz w:val="16"/>
              </w:rPr>
              <w:t>2025-07-02</w:t>
            </w:r>
          </w:p>
        </w:tc>
        <w:tc>
          <w:tcPr>
            <w:tcW w:type="dxa" w:w="1141"/>
          </w:tcPr>
          <w:p>
            <w:pPr>
              <w:spacing w:after="0"/>
              <w:jc w:val="left"/>
            </w:pPr>
            <w:r>
              <w:rPr>
                <w:sz w:val="16"/>
              </w:rPr>
              <w:t>DR-4879-TX</w:t>
            </w:r>
          </w:p>
        </w:tc>
        <w:tc>
          <w:tcPr>
            <w:tcW w:type="dxa" w:w="1534"/>
          </w:tcPr>
          <w:p>
            <w:pPr>
              <w:spacing w:after="0"/>
              <w:jc w:val="left"/>
            </w:pPr>
            <w:r>
              <w:rPr>
                <w:sz w:val="16"/>
              </w:rPr>
              <w:t>Major disaster</w:t>
            </w:r>
          </w:p>
        </w:tc>
        <w:tc>
          <w:tcPr>
            <w:tcW w:type="dxa" w:w="2320"/>
          </w:tcPr>
          <w:p>
            <w:pPr>
              <w:spacing w:after="0"/>
              <w:jc w:val="left"/>
            </w:pPr>
            <w:r>
              <w:rPr>
                <w:sz w:val="16"/>
              </w:rPr>
              <w:t>SEVERE STORMS, STRAIGHT-LINE WINDS, AND FLOODING</w:t>
            </w:r>
          </w:p>
        </w:tc>
        <w:tc>
          <w:tcPr>
            <w:tcW w:type="dxa" w:w="2254"/>
          </w:tcPr>
          <w:p>
            <w:pPr>
              <w:spacing w:after="0"/>
              <w:jc w:val="left"/>
            </w:pPr>
            <w:r>
              <w:rPr>
                <w:sz w:val="16"/>
              </w:rPr>
              <w:t>Inland Flooding (primary); also designated: Strong Wind</w:t>
            </w:r>
          </w:p>
        </w:tc>
        <w:tc>
          <w:tcPr>
            <w:tcW w:type="dxa" w:w="1573"/>
          </w:tcPr>
          <w:p>
            <w:pPr>
              <w:spacing w:after="0"/>
              <w:jc w:val="right"/>
            </w:pPr>
            <w:r>
              <w:rPr>
                <w:sz w:val="16"/>
              </w:rPr>
              <w:t>$975,470.23</w:t>
            </w:r>
          </w:p>
        </w:tc>
        <w:tc>
          <w:tcPr>
            <w:tcW w:type="dxa" w:w="2025"/>
          </w:tcPr>
          <w:p>
            <w:pPr>
              <w:spacing w:after="0"/>
              <w:jc w:val="left"/>
            </w:pPr>
            <w:r>
              <w:rPr>
                <w:sz w:val="16"/>
              </w:rPr>
              <w:t>new since last plan; within last 5 years</w:t>
            </w:r>
          </w:p>
        </w:tc>
        <w:tc>
          <w:tcPr>
            <w:tcW w:type="dxa" w:w="984"/>
          </w:tcPr>
          <w:p>
            <w:pPr>
              <w:spacing w:after="0"/>
              <w:jc w:val="left"/>
            </w:pPr>
          </w:p>
        </w:tc>
      </w:tr>
      <w:tr>
        <w:trPr>
          <w:cantSplit/>
        </w:trPr>
        <w:tc>
          <w:tcPr>
            <w:tcW w:type="dxa" w:w="1141"/>
          </w:tcPr>
          <w:p>
            <w:pPr>
              <w:spacing w:after="0"/>
              <w:jc w:val="left"/>
            </w:pPr>
            <w:r>
              <w:rPr>
                <w:sz w:val="16"/>
              </w:rPr>
              <w:t>2024-05-17</w:t>
            </w:r>
          </w:p>
        </w:tc>
        <w:tc>
          <w:tcPr>
            <w:tcW w:type="dxa" w:w="1141"/>
          </w:tcPr>
          <w:p>
            <w:pPr>
              <w:spacing w:after="0"/>
              <w:jc w:val="left"/>
            </w:pPr>
            <w:r>
              <w:rPr>
                <w:sz w:val="16"/>
              </w:rPr>
              <w:t>2024-04-26</w:t>
            </w:r>
          </w:p>
        </w:tc>
        <w:tc>
          <w:tcPr>
            <w:tcW w:type="dxa" w:w="1141"/>
          </w:tcPr>
          <w:p>
            <w:pPr>
              <w:spacing w:after="0"/>
              <w:jc w:val="left"/>
            </w:pPr>
            <w:r>
              <w:rPr>
                <w:sz w:val="16"/>
              </w:rPr>
              <w:t>DR-4781-TX</w:t>
            </w:r>
          </w:p>
        </w:tc>
        <w:tc>
          <w:tcPr>
            <w:tcW w:type="dxa" w:w="1534"/>
          </w:tcPr>
          <w:p>
            <w:pPr>
              <w:spacing w:after="0"/>
              <w:jc w:val="left"/>
            </w:pPr>
            <w:r>
              <w:rPr>
                <w:sz w:val="16"/>
              </w:rPr>
              <w:t>Major disaster</w:t>
            </w:r>
          </w:p>
        </w:tc>
        <w:tc>
          <w:tcPr>
            <w:tcW w:type="dxa" w:w="2320"/>
          </w:tcPr>
          <w:p>
            <w:pPr>
              <w:spacing w:after="0"/>
              <w:jc w:val="left"/>
            </w:pPr>
            <w:r>
              <w:rPr>
                <w:sz w:val="16"/>
              </w:rPr>
              <w:t>SEVERE STORMS, STRAIGHT-LINE WINDS, TORNADOES, AND FLOODING</w:t>
            </w:r>
          </w:p>
        </w:tc>
        <w:tc>
          <w:tcPr>
            <w:tcW w:type="dxa" w:w="2254"/>
          </w:tcPr>
          <w:p>
            <w:pPr>
              <w:spacing w:after="0"/>
              <w:jc w:val="left"/>
            </w:pPr>
            <w:r>
              <w:rPr>
                <w:sz w:val="16"/>
              </w:rPr>
              <w:t>Inland Flooding (primary); also designated: Strong Wind, Tornado</w:t>
            </w:r>
          </w:p>
        </w:tc>
        <w:tc>
          <w:tcPr>
            <w:tcW w:type="dxa" w:w="1573"/>
          </w:tcPr>
          <w:p>
            <w:pPr>
              <w:spacing w:after="0"/>
              <w:jc w:val="right"/>
            </w:pPr>
            <w:r>
              <w:rPr>
                <w:sz w:val="16"/>
              </w:rPr>
              <w:t>$3,750</w:t>
            </w:r>
          </w:p>
        </w:tc>
        <w:tc>
          <w:tcPr>
            <w:tcW w:type="dxa" w:w="2025"/>
          </w:tcPr>
          <w:p>
            <w:pPr>
              <w:spacing w:after="0"/>
              <w:jc w:val="left"/>
            </w:pPr>
            <w:r>
              <w:rPr>
                <w:sz w:val="16"/>
              </w:rPr>
              <w:t>new since last plan; within last 5 years</w:t>
            </w:r>
          </w:p>
        </w:tc>
        <w:tc>
          <w:tcPr>
            <w:tcW w:type="dxa" w:w="984"/>
          </w:tcPr>
          <w:p>
            <w:pPr>
              <w:spacing w:after="0"/>
              <w:jc w:val="left"/>
            </w:pPr>
          </w:p>
        </w:tc>
      </w:tr>
      <w:tr>
        <w:trPr>
          <w:cantSplit/>
        </w:trPr>
        <w:tc>
          <w:tcPr>
            <w:tcW w:type="dxa" w:w="1141"/>
          </w:tcPr>
          <w:p>
            <w:pPr>
              <w:spacing w:after="0"/>
              <w:jc w:val="left"/>
            </w:pPr>
            <w:r>
              <w:rPr>
                <w:sz w:val="16"/>
              </w:rPr>
              <w:t>2021-02-19</w:t>
            </w:r>
          </w:p>
        </w:tc>
        <w:tc>
          <w:tcPr>
            <w:tcW w:type="dxa" w:w="1141"/>
          </w:tcPr>
          <w:p>
            <w:pPr>
              <w:spacing w:after="0"/>
              <w:jc w:val="left"/>
            </w:pPr>
            <w:r>
              <w:rPr>
                <w:sz w:val="16"/>
              </w:rPr>
              <w:t>2021-02-11</w:t>
            </w:r>
          </w:p>
        </w:tc>
        <w:tc>
          <w:tcPr>
            <w:tcW w:type="dxa" w:w="1141"/>
          </w:tcPr>
          <w:p>
            <w:pPr>
              <w:spacing w:after="0"/>
              <w:jc w:val="left"/>
            </w:pPr>
            <w:r>
              <w:rPr>
                <w:sz w:val="16"/>
              </w:rPr>
              <w:t>DR-4586-TX</w:t>
            </w:r>
          </w:p>
        </w:tc>
        <w:tc>
          <w:tcPr>
            <w:tcW w:type="dxa" w:w="1534"/>
          </w:tcPr>
          <w:p>
            <w:pPr>
              <w:spacing w:after="0"/>
              <w:jc w:val="left"/>
            </w:pPr>
            <w:r>
              <w:rPr>
                <w:sz w:val="16"/>
              </w:rPr>
              <w:t>Major disaster</w:t>
            </w:r>
          </w:p>
        </w:tc>
        <w:tc>
          <w:tcPr>
            <w:tcW w:type="dxa" w:w="2320"/>
          </w:tcPr>
          <w:p>
            <w:pPr>
              <w:spacing w:after="0"/>
              <w:jc w:val="left"/>
            </w:pPr>
            <w:r>
              <w:rPr>
                <w:sz w:val="16"/>
              </w:rPr>
              <w:t>SEVERE WINTER STORMS</w:t>
            </w:r>
          </w:p>
        </w:tc>
        <w:tc>
          <w:tcPr>
            <w:tcW w:type="dxa" w:w="2254"/>
          </w:tcPr>
          <w:p>
            <w:pPr>
              <w:spacing w:after="0"/>
              <w:jc w:val="left"/>
            </w:pPr>
            <w:r>
              <w:rPr>
                <w:sz w:val="16"/>
              </w:rPr>
              <w:t>Ice Storm</w:t>
            </w:r>
          </w:p>
        </w:tc>
        <w:tc>
          <w:tcPr>
            <w:tcW w:type="dxa" w:w="1573"/>
          </w:tcPr>
          <w:p>
            <w:pPr>
              <w:spacing w:after="0"/>
              <w:jc w:val="right"/>
            </w:pPr>
            <w:r>
              <w:rPr>
                <w:sz w:val="16"/>
              </w:rPr>
              <w:t>none found</w:t>
            </w:r>
          </w:p>
        </w:tc>
        <w:tc>
          <w:tcPr>
            <w:tcW w:type="dxa" w:w="2025"/>
          </w:tcPr>
          <w:p>
            <w:pPr>
              <w:spacing w:after="0"/>
              <w:jc w:val="left"/>
            </w:pPr>
            <w:r>
              <w:rPr>
                <w:sz w:val="16"/>
              </w:rPr>
              <w:t>new since last plan</w:t>
            </w:r>
          </w:p>
        </w:tc>
        <w:tc>
          <w:tcPr>
            <w:tcW w:type="dxa" w:w="984"/>
          </w:tcPr>
          <w:p>
            <w:pPr>
              <w:spacing w:after="0"/>
              <w:jc w:val="left"/>
            </w:pPr>
          </w:p>
        </w:tc>
      </w:tr>
      <w:tr>
        <w:trPr>
          <w:cantSplit/>
        </w:trPr>
        <w:tc>
          <w:tcPr>
            <w:tcW w:type="dxa" w:w="1141"/>
          </w:tcPr>
          <w:p>
            <w:pPr>
              <w:spacing w:after="0"/>
              <w:jc w:val="left"/>
            </w:pPr>
            <w:r>
              <w:rPr>
                <w:sz w:val="16"/>
              </w:rPr>
              <w:t>2021-02-14</w:t>
            </w:r>
          </w:p>
        </w:tc>
        <w:tc>
          <w:tcPr>
            <w:tcW w:type="dxa" w:w="1141"/>
          </w:tcPr>
          <w:p>
            <w:pPr>
              <w:spacing w:after="0"/>
              <w:jc w:val="left"/>
            </w:pPr>
            <w:r>
              <w:rPr>
                <w:sz w:val="16"/>
              </w:rPr>
              <w:t>2021-02-11</w:t>
            </w:r>
          </w:p>
        </w:tc>
        <w:tc>
          <w:tcPr>
            <w:tcW w:type="dxa" w:w="1141"/>
          </w:tcPr>
          <w:p>
            <w:pPr>
              <w:spacing w:after="0"/>
              <w:jc w:val="left"/>
            </w:pPr>
            <w:r>
              <w:rPr>
                <w:sz w:val="16"/>
              </w:rPr>
              <w:t>EM-3554-TX</w:t>
            </w:r>
          </w:p>
        </w:tc>
        <w:tc>
          <w:tcPr>
            <w:tcW w:type="dxa" w:w="1534"/>
          </w:tcPr>
          <w:p>
            <w:pPr>
              <w:spacing w:after="0"/>
              <w:jc w:val="left"/>
            </w:pPr>
            <w:r>
              <w:rPr>
                <w:sz w:val="16"/>
              </w:rPr>
              <w:t>Emergency</w:t>
            </w:r>
          </w:p>
        </w:tc>
        <w:tc>
          <w:tcPr>
            <w:tcW w:type="dxa" w:w="2320"/>
          </w:tcPr>
          <w:p>
            <w:pPr>
              <w:spacing w:after="0"/>
              <w:jc w:val="left"/>
            </w:pPr>
            <w:r>
              <w:rPr>
                <w:sz w:val="16"/>
              </w:rPr>
              <w:t>SEVERE WINTER STORM</w:t>
            </w:r>
          </w:p>
        </w:tc>
        <w:tc>
          <w:tcPr>
            <w:tcW w:type="dxa" w:w="2254"/>
          </w:tcPr>
          <w:p>
            <w:pPr>
              <w:spacing w:after="0"/>
              <w:jc w:val="left"/>
            </w:pPr>
            <w:r>
              <w:rPr>
                <w:sz w:val="16"/>
              </w:rPr>
              <w:t>Ice Storm</w:t>
            </w:r>
          </w:p>
        </w:tc>
        <w:tc>
          <w:tcPr>
            <w:tcW w:type="dxa" w:w="1573"/>
          </w:tcPr>
          <w:p>
            <w:pPr>
              <w:spacing w:after="0"/>
              <w:jc w:val="right"/>
            </w:pPr>
            <w:r>
              <w:rPr>
                <w:sz w:val="16"/>
              </w:rPr>
              <w:t>none found</w:t>
            </w:r>
          </w:p>
        </w:tc>
        <w:tc>
          <w:tcPr>
            <w:tcW w:type="dxa" w:w="2025"/>
          </w:tcPr>
          <w:p>
            <w:pPr>
              <w:spacing w:after="0"/>
              <w:jc w:val="left"/>
            </w:pPr>
            <w:r>
              <w:rPr>
                <w:sz w:val="16"/>
              </w:rPr>
              <w:t>new since last plan</w:t>
            </w:r>
          </w:p>
        </w:tc>
        <w:tc>
          <w:tcPr>
            <w:tcW w:type="dxa" w:w="984"/>
          </w:tcPr>
          <w:p>
            <w:pPr>
              <w:spacing w:after="0"/>
              <w:jc w:val="left"/>
            </w:pPr>
            <w:r>
              <w:rPr>
                <w:sz w:val="16"/>
              </w:rPr>
              <w:t>same incident as DR-4586</w:t>
            </w:r>
          </w:p>
        </w:tc>
      </w:tr>
      <w:tr>
        <w:trPr>
          <w:cantSplit/>
        </w:trPr>
        <w:tc>
          <w:tcPr>
            <w:tcW w:type="dxa" w:w="1141"/>
          </w:tcPr>
          <w:p>
            <w:pPr>
              <w:spacing w:after="0"/>
              <w:jc w:val="left"/>
            </w:pPr>
            <w:r>
              <w:rPr>
                <w:sz w:val="16"/>
              </w:rPr>
              <w:t>2020-03-25</w:t>
            </w:r>
          </w:p>
        </w:tc>
        <w:tc>
          <w:tcPr>
            <w:tcW w:type="dxa" w:w="1141"/>
          </w:tcPr>
          <w:p>
            <w:pPr>
              <w:spacing w:after="0"/>
              <w:jc w:val="left"/>
            </w:pPr>
            <w:r>
              <w:rPr>
                <w:sz w:val="16"/>
              </w:rPr>
              <w:t>2020-01-20</w:t>
            </w:r>
          </w:p>
        </w:tc>
        <w:tc>
          <w:tcPr>
            <w:tcW w:type="dxa" w:w="1141"/>
          </w:tcPr>
          <w:p>
            <w:pPr>
              <w:spacing w:after="0"/>
              <w:jc w:val="left"/>
            </w:pPr>
            <w:r>
              <w:rPr>
                <w:sz w:val="16"/>
              </w:rPr>
              <w:t>DR-4485-TX</w:t>
            </w:r>
          </w:p>
        </w:tc>
        <w:tc>
          <w:tcPr>
            <w:tcW w:type="dxa" w:w="1534"/>
          </w:tcPr>
          <w:p>
            <w:pPr>
              <w:spacing w:after="0"/>
              <w:jc w:val="left"/>
            </w:pPr>
            <w:r>
              <w:rPr>
                <w:sz w:val="16"/>
              </w:rPr>
              <w:t>Major disaster</w:t>
            </w:r>
          </w:p>
        </w:tc>
        <w:tc>
          <w:tcPr>
            <w:tcW w:type="dxa" w:w="2320"/>
          </w:tcPr>
          <w:p>
            <w:pPr>
              <w:spacing w:after="0"/>
              <w:jc w:val="left"/>
            </w:pPr>
            <w:r>
              <w:rPr>
                <w:sz w:val="16"/>
              </w:rPr>
              <w:t>COVID-19 PANDEMIC</w:t>
            </w:r>
          </w:p>
        </w:tc>
        <w:tc>
          <w:tcPr>
            <w:tcW w:type="dxa" w:w="2254"/>
          </w:tcPr>
          <w:p>
            <w:pPr>
              <w:spacing w:after="0"/>
              <w:jc w:val="left"/>
            </w:pPr>
            <w:r>
              <w:rPr>
                <w:sz w:val="16"/>
              </w:rPr>
              <w:t>Non-natural, not counted</w:t>
            </w:r>
          </w:p>
        </w:tc>
        <w:tc>
          <w:tcPr>
            <w:tcW w:type="dxa" w:w="1573"/>
          </w:tcPr>
          <w:p>
            <w:pPr>
              <w:spacing w:after="0"/>
              <w:jc w:val="right"/>
            </w:pPr>
            <w:r>
              <w:rPr>
                <w:sz w:val="16"/>
              </w:rPr>
              <w:t>none found</w:t>
            </w:r>
          </w:p>
        </w:tc>
        <w:tc>
          <w:tcPr>
            <w:tcW w:type="dxa" w:w="2025"/>
          </w:tcPr>
          <w:p>
            <w:pPr>
              <w:spacing w:after="0"/>
              <w:jc w:val="left"/>
            </w:pPr>
            <w:r>
              <w:rPr>
                <w:sz w:val="16"/>
              </w:rPr>
              <w:t>new since last plan</w:t>
            </w:r>
          </w:p>
        </w:tc>
        <w:tc>
          <w:tcPr>
            <w:tcW w:type="dxa" w:w="984"/>
          </w:tcPr>
          <w:p>
            <w:pPr>
              <w:spacing w:after="0"/>
              <w:jc w:val="left"/>
            </w:pPr>
          </w:p>
        </w:tc>
      </w:tr>
      <w:tr>
        <w:trPr>
          <w:cantSplit/>
        </w:trPr>
        <w:tc>
          <w:tcPr>
            <w:tcW w:type="dxa" w:w="1141"/>
          </w:tcPr>
          <w:p>
            <w:pPr>
              <w:spacing w:after="0"/>
              <w:jc w:val="left"/>
            </w:pPr>
            <w:r>
              <w:rPr>
                <w:sz w:val="16"/>
              </w:rPr>
              <w:t>2020-03-13</w:t>
            </w:r>
          </w:p>
        </w:tc>
        <w:tc>
          <w:tcPr>
            <w:tcW w:type="dxa" w:w="1141"/>
          </w:tcPr>
          <w:p>
            <w:pPr>
              <w:spacing w:after="0"/>
              <w:jc w:val="left"/>
            </w:pPr>
            <w:r>
              <w:rPr>
                <w:sz w:val="16"/>
              </w:rPr>
              <w:t>2020-01-20</w:t>
            </w:r>
          </w:p>
        </w:tc>
        <w:tc>
          <w:tcPr>
            <w:tcW w:type="dxa" w:w="1141"/>
          </w:tcPr>
          <w:p>
            <w:pPr>
              <w:spacing w:after="0"/>
              <w:jc w:val="left"/>
            </w:pPr>
            <w:r>
              <w:rPr>
                <w:sz w:val="16"/>
              </w:rPr>
              <w:t>EM-3458-TX</w:t>
            </w:r>
          </w:p>
        </w:tc>
        <w:tc>
          <w:tcPr>
            <w:tcW w:type="dxa" w:w="1534"/>
          </w:tcPr>
          <w:p>
            <w:pPr>
              <w:spacing w:after="0"/>
              <w:jc w:val="left"/>
            </w:pPr>
            <w:r>
              <w:rPr>
                <w:sz w:val="16"/>
              </w:rPr>
              <w:t>Emergency</w:t>
            </w:r>
          </w:p>
        </w:tc>
        <w:tc>
          <w:tcPr>
            <w:tcW w:type="dxa" w:w="2320"/>
          </w:tcPr>
          <w:p>
            <w:pPr>
              <w:spacing w:after="0"/>
              <w:jc w:val="left"/>
            </w:pPr>
            <w:r>
              <w:rPr>
                <w:sz w:val="16"/>
              </w:rPr>
              <w:t>COVID-19</w:t>
            </w:r>
          </w:p>
        </w:tc>
        <w:tc>
          <w:tcPr>
            <w:tcW w:type="dxa" w:w="2254"/>
          </w:tcPr>
          <w:p>
            <w:pPr>
              <w:spacing w:after="0"/>
              <w:jc w:val="left"/>
            </w:pPr>
            <w:r>
              <w:rPr>
                <w:sz w:val="16"/>
              </w:rPr>
              <w:t>Non-natural, not counted</w:t>
            </w:r>
          </w:p>
        </w:tc>
        <w:tc>
          <w:tcPr>
            <w:tcW w:type="dxa" w:w="1573"/>
          </w:tcPr>
          <w:p>
            <w:pPr>
              <w:spacing w:after="0"/>
              <w:jc w:val="right"/>
            </w:pPr>
            <w:r>
              <w:rPr>
                <w:sz w:val="16"/>
              </w:rPr>
              <w:t>none found</w:t>
            </w:r>
          </w:p>
        </w:tc>
        <w:tc>
          <w:tcPr>
            <w:tcW w:type="dxa" w:w="2025"/>
          </w:tcPr>
          <w:p>
            <w:pPr>
              <w:spacing w:after="0"/>
              <w:jc w:val="left"/>
            </w:pPr>
            <w:r>
              <w:rPr>
                <w:sz w:val="16"/>
              </w:rPr>
              <w:t>new since last plan</w:t>
            </w:r>
          </w:p>
        </w:tc>
        <w:tc>
          <w:tcPr>
            <w:tcW w:type="dxa" w:w="984"/>
          </w:tcPr>
          <w:p>
            <w:pPr>
              <w:spacing w:after="0"/>
              <w:jc w:val="left"/>
            </w:pPr>
            <w:r>
              <w:rPr>
                <w:sz w:val="16"/>
              </w:rPr>
              <w:t>same incident as DR-4485</w:t>
            </w:r>
          </w:p>
        </w:tc>
      </w:tr>
      <w:tr>
        <w:trPr>
          <w:cantSplit/>
        </w:trPr>
        <w:tc>
          <w:tcPr>
            <w:tcW w:type="dxa" w:w="1141"/>
          </w:tcPr>
          <w:p>
            <w:pPr>
              <w:spacing w:after="0"/>
              <w:jc w:val="left"/>
            </w:pPr>
            <w:r>
              <w:rPr>
                <w:sz w:val="16"/>
              </w:rPr>
              <w:t>2011-07-01</w:t>
            </w:r>
          </w:p>
        </w:tc>
        <w:tc>
          <w:tcPr>
            <w:tcW w:type="dxa" w:w="1141"/>
          </w:tcPr>
          <w:p>
            <w:pPr>
              <w:spacing w:after="0"/>
              <w:jc w:val="left"/>
            </w:pPr>
            <w:r>
              <w:rPr>
                <w:sz w:val="16"/>
              </w:rPr>
              <w:t>2011-04-06</w:t>
            </w:r>
          </w:p>
        </w:tc>
        <w:tc>
          <w:tcPr>
            <w:tcW w:type="dxa" w:w="1141"/>
          </w:tcPr>
          <w:p>
            <w:pPr>
              <w:spacing w:after="0"/>
              <w:jc w:val="left"/>
            </w:pPr>
            <w:r>
              <w:rPr>
                <w:sz w:val="16"/>
              </w:rPr>
              <w:t>DR-1999-TX</w:t>
            </w:r>
          </w:p>
        </w:tc>
        <w:tc>
          <w:tcPr>
            <w:tcW w:type="dxa" w:w="1534"/>
          </w:tcPr>
          <w:p>
            <w:pPr>
              <w:spacing w:after="0"/>
              <w:jc w:val="left"/>
            </w:pPr>
            <w:r>
              <w:rPr>
                <w:sz w:val="16"/>
              </w:rPr>
              <w:t>Major disaster</w:t>
            </w:r>
          </w:p>
        </w:tc>
        <w:tc>
          <w:tcPr>
            <w:tcW w:type="dxa" w:w="2320"/>
          </w:tcPr>
          <w:p>
            <w:pPr>
              <w:spacing w:after="0"/>
              <w:jc w:val="left"/>
            </w:pPr>
            <w:r>
              <w:rPr>
                <w:sz w:val="16"/>
              </w:rPr>
              <w:t>WILDFIRES</w:t>
            </w:r>
          </w:p>
        </w:tc>
        <w:tc>
          <w:tcPr>
            <w:tcW w:type="dxa" w:w="2254"/>
          </w:tcPr>
          <w:p>
            <w:pPr>
              <w:spacing w:after="0"/>
              <w:jc w:val="left"/>
            </w:pPr>
            <w:r>
              <w:rPr>
                <w:sz w:val="16"/>
              </w:rPr>
              <w:t>Wildfire</w:t>
            </w:r>
          </w:p>
        </w:tc>
        <w:tc>
          <w:tcPr>
            <w:tcW w:type="dxa" w:w="1573"/>
          </w:tcPr>
          <w:p>
            <w:pPr>
              <w:spacing w:after="0"/>
              <w:jc w:val="right"/>
            </w:pPr>
            <w:r>
              <w:rPr>
                <w:sz w:val="16"/>
              </w:rPr>
              <w:t>$6,141.38</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2008-03-14</w:t>
            </w:r>
          </w:p>
        </w:tc>
        <w:tc>
          <w:tcPr>
            <w:tcW w:type="dxa" w:w="1141"/>
          </w:tcPr>
          <w:p>
            <w:pPr>
              <w:spacing w:after="0"/>
              <w:jc w:val="left"/>
            </w:pPr>
            <w:r>
              <w:rPr>
                <w:sz w:val="16"/>
              </w:rPr>
              <w:t>2008-03-14</w:t>
            </w:r>
          </w:p>
        </w:tc>
        <w:tc>
          <w:tcPr>
            <w:tcW w:type="dxa" w:w="1141"/>
          </w:tcPr>
          <w:p>
            <w:pPr>
              <w:spacing w:after="0"/>
              <w:jc w:val="left"/>
            </w:pPr>
            <w:r>
              <w:rPr>
                <w:sz w:val="16"/>
              </w:rPr>
              <w:t>EM-3284-TX</w:t>
            </w:r>
          </w:p>
        </w:tc>
        <w:tc>
          <w:tcPr>
            <w:tcW w:type="dxa" w:w="1534"/>
          </w:tcPr>
          <w:p>
            <w:pPr>
              <w:spacing w:after="0"/>
              <w:jc w:val="left"/>
            </w:pPr>
            <w:r>
              <w:rPr>
                <w:sz w:val="16"/>
              </w:rPr>
              <w:t>Emergency</w:t>
            </w:r>
          </w:p>
        </w:tc>
        <w:tc>
          <w:tcPr>
            <w:tcW w:type="dxa" w:w="2320"/>
          </w:tcPr>
          <w:p>
            <w:pPr>
              <w:spacing w:after="0"/>
              <w:jc w:val="left"/>
            </w:pPr>
            <w:r>
              <w:rPr>
                <w:sz w:val="16"/>
              </w:rPr>
              <w:t>WILDFIRES</w:t>
            </w:r>
          </w:p>
        </w:tc>
        <w:tc>
          <w:tcPr>
            <w:tcW w:type="dxa" w:w="2254"/>
          </w:tcPr>
          <w:p>
            <w:pPr>
              <w:spacing w:after="0"/>
              <w:jc w:val="left"/>
            </w:pPr>
            <w:r>
              <w:rPr>
                <w:sz w:val="16"/>
              </w:rPr>
              <w:t>Wildfire</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2006-01-11</w:t>
            </w:r>
          </w:p>
        </w:tc>
        <w:tc>
          <w:tcPr>
            <w:tcW w:type="dxa" w:w="1141"/>
          </w:tcPr>
          <w:p>
            <w:pPr>
              <w:spacing w:after="0"/>
              <w:jc w:val="left"/>
            </w:pPr>
            <w:r>
              <w:rPr>
                <w:sz w:val="16"/>
              </w:rPr>
              <w:t>2005-11-27</w:t>
            </w:r>
          </w:p>
        </w:tc>
        <w:tc>
          <w:tcPr>
            <w:tcW w:type="dxa" w:w="1141"/>
          </w:tcPr>
          <w:p>
            <w:pPr>
              <w:spacing w:after="0"/>
              <w:jc w:val="left"/>
            </w:pPr>
            <w:r>
              <w:rPr>
                <w:sz w:val="16"/>
              </w:rPr>
              <w:t>DR-1624-TX</w:t>
            </w:r>
          </w:p>
        </w:tc>
        <w:tc>
          <w:tcPr>
            <w:tcW w:type="dxa" w:w="1534"/>
          </w:tcPr>
          <w:p>
            <w:pPr>
              <w:spacing w:after="0"/>
              <w:jc w:val="left"/>
            </w:pPr>
            <w:r>
              <w:rPr>
                <w:sz w:val="16"/>
              </w:rPr>
              <w:t>Major disaster</w:t>
            </w:r>
          </w:p>
        </w:tc>
        <w:tc>
          <w:tcPr>
            <w:tcW w:type="dxa" w:w="2320"/>
          </w:tcPr>
          <w:p>
            <w:pPr>
              <w:spacing w:after="0"/>
              <w:jc w:val="left"/>
            </w:pPr>
            <w:r>
              <w:rPr>
                <w:sz w:val="16"/>
              </w:rPr>
              <w:t>EXTREME WILDFIRE THREAT</w:t>
            </w:r>
          </w:p>
        </w:tc>
        <w:tc>
          <w:tcPr>
            <w:tcW w:type="dxa" w:w="2254"/>
          </w:tcPr>
          <w:p>
            <w:pPr>
              <w:spacing w:after="0"/>
              <w:jc w:val="left"/>
            </w:pPr>
            <w:r>
              <w:rPr>
                <w:sz w:val="16"/>
              </w:rPr>
              <w:t>Wildfire</w:t>
            </w:r>
          </w:p>
        </w:tc>
        <w:tc>
          <w:tcPr>
            <w:tcW w:type="dxa" w:w="1573"/>
          </w:tcPr>
          <w:p>
            <w:pPr>
              <w:spacing w:after="0"/>
              <w:jc w:val="right"/>
            </w:pPr>
            <w:r>
              <w:rPr>
                <w:sz w:val="16"/>
              </w:rPr>
              <w:t>$3,712.77</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2005-09-24</w:t>
            </w:r>
          </w:p>
        </w:tc>
        <w:tc>
          <w:tcPr>
            <w:tcW w:type="dxa" w:w="1141"/>
          </w:tcPr>
          <w:p>
            <w:pPr>
              <w:spacing w:after="0"/>
              <w:jc w:val="left"/>
            </w:pPr>
            <w:r>
              <w:rPr>
                <w:sz w:val="16"/>
              </w:rPr>
              <w:t>2005-09-23</w:t>
            </w:r>
          </w:p>
        </w:tc>
        <w:tc>
          <w:tcPr>
            <w:tcW w:type="dxa" w:w="1141"/>
          </w:tcPr>
          <w:p>
            <w:pPr>
              <w:spacing w:after="0"/>
              <w:jc w:val="left"/>
            </w:pPr>
            <w:r>
              <w:rPr>
                <w:sz w:val="16"/>
              </w:rPr>
              <w:t>DR-1606-TX</w:t>
            </w:r>
          </w:p>
        </w:tc>
        <w:tc>
          <w:tcPr>
            <w:tcW w:type="dxa" w:w="1534"/>
          </w:tcPr>
          <w:p>
            <w:pPr>
              <w:spacing w:after="0"/>
              <w:jc w:val="left"/>
            </w:pPr>
            <w:r>
              <w:rPr>
                <w:sz w:val="16"/>
              </w:rPr>
              <w:t>Major disaster</w:t>
            </w:r>
          </w:p>
        </w:tc>
        <w:tc>
          <w:tcPr>
            <w:tcW w:type="dxa" w:w="2320"/>
          </w:tcPr>
          <w:p>
            <w:pPr>
              <w:spacing w:after="0"/>
              <w:jc w:val="left"/>
            </w:pPr>
            <w:r>
              <w:rPr>
                <w:sz w:val="16"/>
              </w:rPr>
              <w:t>HURRICANE RITA</w:t>
            </w:r>
          </w:p>
        </w:tc>
        <w:tc>
          <w:tcPr>
            <w:tcW w:type="dxa" w:w="2254"/>
          </w:tcPr>
          <w:p>
            <w:pPr>
              <w:spacing w:after="0"/>
              <w:jc w:val="left"/>
            </w:pPr>
            <w:r>
              <w:rPr>
                <w:sz w:val="16"/>
              </w:rPr>
              <w:t>Hurricane: evacuation support (county designated for sheltering evacuees, no Individual Assistance), not a local hazard event; not counted</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2005-09-21</w:t>
            </w:r>
          </w:p>
        </w:tc>
        <w:tc>
          <w:tcPr>
            <w:tcW w:type="dxa" w:w="1141"/>
          </w:tcPr>
          <w:p>
            <w:pPr>
              <w:spacing w:after="0"/>
              <w:jc w:val="left"/>
            </w:pPr>
            <w:r>
              <w:rPr>
                <w:sz w:val="16"/>
              </w:rPr>
              <w:t>2005-09-20</w:t>
            </w:r>
          </w:p>
        </w:tc>
        <w:tc>
          <w:tcPr>
            <w:tcW w:type="dxa" w:w="1141"/>
          </w:tcPr>
          <w:p>
            <w:pPr>
              <w:spacing w:after="0"/>
              <w:jc w:val="left"/>
            </w:pPr>
            <w:r>
              <w:rPr>
                <w:sz w:val="16"/>
              </w:rPr>
              <w:t>EM-3261-TX</w:t>
            </w:r>
          </w:p>
        </w:tc>
        <w:tc>
          <w:tcPr>
            <w:tcW w:type="dxa" w:w="1534"/>
          </w:tcPr>
          <w:p>
            <w:pPr>
              <w:spacing w:after="0"/>
              <w:jc w:val="left"/>
            </w:pPr>
            <w:r>
              <w:rPr>
                <w:sz w:val="16"/>
              </w:rPr>
              <w:t>Emergency</w:t>
            </w:r>
          </w:p>
        </w:tc>
        <w:tc>
          <w:tcPr>
            <w:tcW w:type="dxa" w:w="2320"/>
          </w:tcPr>
          <w:p>
            <w:pPr>
              <w:spacing w:after="0"/>
              <w:jc w:val="left"/>
            </w:pPr>
            <w:r>
              <w:rPr>
                <w:sz w:val="16"/>
              </w:rPr>
              <w:t>HURRICANE RITA</w:t>
            </w:r>
          </w:p>
        </w:tc>
        <w:tc>
          <w:tcPr>
            <w:tcW w:type="dxa" w:w="2254"/>
          </w:tcPr>
          <w:p>
            <w:pPr>
              <w:spacing w:after="0"/>
              <w:jc w:val="left"/>
            </w:pPr>
            <w:r>
              <w:rPr>
                <w:sz w:val="16"/>
              </w:rPr>
              <w:t>Hurricane: evacuation support (county designated for sheltering evacuees, no Individual Assistance), not a local hazard event; not counted</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r>
              <w:rPr>
                <w:sz w:val="16"/>
              </w:rPr>
              <w:t>same incident as DR-1606</w:t>
            </w:r>
          </w:p>
        </w:tc>
      </w:tr>
      <w:tr>
        <w:trPr>
          <w:cantSplit/>
        </w:trPr>
        <w:tc>
          <w:tcPr>
            <w:tcW w:type="dxa" w:w="1141"/>
          </w:tcPr>
          <w:p>
            <w:pPr>
              <w:spacing w:after="0"/>
              <w:jc w:val="left"/>
            </w:pPr>
            <w:r>
              <w:rPr>
                <w:sz w:val="16"/>
              </w:rPr>
              <w:t>2005-09-02</w:t>
            </w:r>
          </w:p>
        </w:tc>
        <w:tc>
          <w:tcPr>
            <w:tcW w:type="dxa" w:w="1141"/>
          </w:tcPr>
          <w:p>
            <w:pPr>
              <w:spacing w:after="0"/>
              <w:jc w:val="left"/>
            </w:pPr>
            <w:r>
              <w:rPr>
                <w:sz w:val="16"/>
              </w:rPr>
              <w:t>2005-08-29</w:t>
            </w:r>
          </w:p>
        </w:tc>
        <w:tc>
          <w:tcPr>
            <w:tcW w:type="dxa" w:w="1141"/>
          </w:tcPr>
          <w:p>
            <w:pPr>
              <w:spacing w:after="0"/>
              <w:jc w:val="left"/>
            </w:pPr>
            <w:r>
              <w:rPr>
                <w:sz w:val="16"/>
              </w:rPr>
              <w:t>EM-3216-TX</w:t>
            </w:r>
          </w:p>
        </w:tc>
        <w:tc>
          <w:tcPr>
            <w:tcW w:type="dxa" w:w="1534"/>
          </w:tcPr>
          <w:p>
            <w:pPr>
              <w:spacing w:after="0"/>
              <w:jc w:val="left"/>
            </w:pPr>
            <w:r>
              <w:rPr>
                <w:sz w:val="16"/>
              </w:rPr>
              <w:t>Emergency</w:t>
            </w:r>
          </w:p>
        </w:tc>
        <w:tc>
          <w:tcPr>
            <w:tcW w:type="dxa" w:w="2320"/>
          </w:tcPr>
          <w:p>
            <w:pPr>
              <w:spacing w:after="0"/>
              <w:jc w:val="left"/>
            </w:pPr>
            <w:r>
              <w:rPr>
                <w:sz w:val="16"/>
              </w:rPr>
              <w:t>HURRICANE KATRINA EVACUATION</w:t>
            </w:r>
          </w:p>
        </w:tc>
        <w:tc>
          <w:tcPr>
            <w:tcW w:type="dxa" w:w="2254"/>
          </w:tcPr>
          <w:p>
            <w:pPr>
              <w:spacing w:after="0"/>
              <w:jc w:val="left"/>
            </w:pPr>
            <w:r>
              <w:rPr>
                <w:sz w:val="16"/>
              </w:rPr>
              <w:t>Hurricane: evacuation support, not a local hazard event; not counted</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1999-09-01</w:t>
            </w:r>
          </w:p>
        </w:tc>
        <w:tc>
          <w:tcPr>
            <w:tcW w:type="dxa" w:w="1141"/>
          </w:tcPr>
          <w:p>
            <w:pPr>
              <w:spacing w:after="0"/>
              <w:jc w:val="left"/>
            </w:pPr>
            <w:r>
              <w:rPr>
                <w:sz w:val="16"/>
              </w:rPr>
              <w:t>1999-08-01</w:t>
            </w:r>
          </w:p>
        </w:tc>
        <w:tc>
          <w:tcPr>
            <w:tcW w:type="dxa" w:w="1141"/>
          </w:tcPr>
          <w:p>
            <w:pPr>
              <w:spacing w:after="0"/>
              <w:jc w:val="left"/>
            </w:pPr>
            <w:r>
              <w:rPr>
                <w:sz w:val="16"/>
              </w:rPr>
              <w:t>EM-3142-TX</w:t>
            </w:r>
          </w:p>
        </w:tc>
        <w:tc>
          <w:tcPr>
            <w:tcW w:type="dxa" w:w="1534"/>
          </w:tcPr>
          <w:p>
            <w:pPr>
              <w:spacing w:after="0"/>
              <w:jc w:val="left"/>
            </w:pPr>
            <w:r>
              <w:rPr>
                <w:sz w:val="16"/>
              </w:rPr>
              <w:t>Emergency</w:t>
            </w:r>
          </w:p>
        </w:tc>
        <w:tc>
          <w:tcPr>
            <w:tcW w:type="dxa" w:w="2320"/>
          </w:tcPr>
          <w:p>
            <w:pPr>
              <w:spacing w:after="0"/>
              <w:jc w:val="left"/>
            </w:pPr>
            <w:r>
              <w:rPr>
                <w:sz w:val="16"/>
              </w:rPr>
              <w:t>EXTREME FIRE HAZARDS</w:t>
            </w:r>
          </w:p>
        </w:tc>
        <w:tc>
          <w:tcPr>
            <w:tcW w:type="dxa" w:w="2254"/>
          </w:tcPr>
          <w:p>
            <w:pPr>
              <w:spacing w:after="0"/>
              <w:jc w:val="left"/>
            </w:pPr>
            <w:r>
              <w:rPr>
                <w:sz w:val="16"/>
              </w:rPr>
              <w:t>Wildfire</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1998-08-26</w:t>
            </w:r>
          </w:p>
        </w:tc>
        <w:tc>
          <w:tcPr>
            <w:tcW w:type="dxa" w:w="1141"/>
          </w:tcPr>
          <w:p>
            <w:pPr>
              <w:spacing w:after="0"/>
              <w:jc w:val="left"/>
            </w:pPr>
            <w:r>
              <w:rPr>
                <w:sz w:val="16"/>
              </w:rPr>
              <w:t>1998-08-22</w:t>
            </w:r>
          </w:p>
        </w:tc>
        <w:tc>
          <w:tcPr>
            <w:tcW w:type="dxa" w:w="1141"/>
          </w:tcPr>
          <w:p>
            <w:pPr>
              <w:spacing w:after="0"/>
              <w:jc w:val="left"/>
            </w:pPr>
            <w:r>
              <w:rPr>
                <w:sz w:val="16"/>
              </w:rPr>
              <w:t>DR-1239-TX</w:t>
            </w:r>
          </w:p>
        </w:tc>
        <w:tc>
          <w:tcPr>
            <w:tcW w:type="dxa" w:w="1534"/>
          </w:tcPr>
          <w:p>
            <w:pPr>
              <w:spacing w:after="0"/>
              <w:jc w:val="left"/>
            </w:pPr>
            <w:r>
              <w:rPr>
                <w:sz w:val="16"/>
              </w:rPr>
              <w:t>Major disaster</w:t>
            </w:r>
          </w:p>
        </w:tc>
        <w:tc>
          <w:tcPr>
            <w:tcW w:type="dxa" w:w="2320"/>
          </w:tcPr>
          <w:p>
            <w:pPr>
              <w:spacing w:after="0"/>
              <w:jc w:val="left"/>
            </w:pPr>
            <w:r>
              <w:rPr>
                <w:sz w:val="16"/>
              </w:rPr>
              <w:t>TROPICAL STORM CHARLEY</w:t>
            </w:r>
          </w:p>
        </w:tc>
        <w:tc>
          <w:tcPr>
            <w:tcW w:type="dxa" w:w="2254"/>
          </w:tcPr>
          <w:p>
            <w:pPr>
              <w:spacing w:after="0"/>
              <w:jc w:val="left"/>
            </w:pPr>
            <w:r>
              <w:rPr>
                <w:sz w:val="16"/>
              </w:rPr>
              <w:t>Hurricane; Inland Flooding: designated for Hazard Mitigation only (no Public or Individual Assistance for this county); not counted</w:t>
            </w:r>
          </w:p>
        </w:tc>
        <w:tc>
          <w:tcPr>
            <w:tcW w:type="dxa" w:w="1573"/>
          </w:tcPr>
          <w:p>
            <w:pPr>
              <w:spacing w:after="0"/>
              <w:jc w:val="right"/>
            </w:pPr>
            <w:r>
              <w:rPr>
                <w:sz w:val="16"/>
              </w:rPr>
              <w:t>PA not declared for this county</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1993-09-10</w:t>
            </w:r>
          </w:p>
        </w:tc>
        <w:tc>
          <w:tcPr>
            <w:tcW w:type="dxa" w:w="1141"/>
          </w:tcPr>
          <w:p>
            <w:pPr>
              <w:spacing w:after="0"/>
              <w:jc w:val="left"/>
            </w:pPr>
            <w:r>
              <w:rPr>
                <w:sz w:val="16"/>
              </w:rPr>
              <w:t>1993-08-30</w:t>
            </w:r>
          </w:p>
        </w:tc>
        <w:tc>
          <w:tcPr>
            <w:tcW w:type="dxa" w:w="1141"/>
          </w:tcPr>
          <w:p>
            <w:pPr>
              <w:spacing w:after="0"/>
              <w:jc w:val="left"/>
            </w:pPr>
            <w:r>
              <w:rPr>
                <w:sz w:val="16"/>
              </w:rPr>
              <w:t>EM-3113-TX</w:t>
            </w:r>
          </w:p>
        </w:tc>
        <w:tc>
          <w:tcPr>
            <w:tcW w:type="dxa" w:w="1534"/>
          </w:tcPr>
          <w:p>
            <w:pPr>
              <w:spacing w:after="0"/>
              <w:jc w:val="left"/>
            </w:pPr>
            <w:r>
              <w:rPr>
                <w:sz w:val="16"/>
              </w:rPr>
              <w:t>Emergency</w:t>
            </w:r>
          </w:p>
        </w:tc>
        <w:tc>
          <w:tcPr>
            <w:tcW w:type="dxa" w:w="2320"/>
          </w:tcPr>
          <w:p>
            <w:pPr>
              <w:spacing w:after="0"/>
              <w:jc w:val="left"/>
            </w:pPr>
            <w:r>
              <w:rPr>
                <w:sz w:val="16"/>
              </w:rPr>
              <w:t>EXTREME FIRE HAZARD</w:t>
            </w:r>
          </w:p>
        </w:tc>
        <w:tc>
          <w:tcPr>
            <w:tcW w:type="dxa" w:w="2254"/>
          </w:tcPr>
          <w:p>
            <w:pPr>
              <w:spacing w:after="0"/>
              <w:jc w:val="left"/>
            </w:pPr>
            <w:r>
              <w:rPr>
                <w:sz w:val="16"/>
              </w:rPr>
              <w:t>Drought (primary); also designated: Wildfire</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56</w:t>
            </w:r>
          </w:p>
        </w:tc>
        <w:tc>
          <w:tcPr>
            <w:tcW w:type="dxa" w:w="1422"/>
          </w:tcPr>
          <w:p>
            <w:pPr>
              <w:spacing w:after="0"/>
              <w:jc w:val="right"/>
            </w:pPr>
            <w:r>
              <w:rPr>
                <w:sz w:val="16"/>
              </w:rPr>
              <w:t>32</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173</w:t>
            </w:r>
          </w:p>
        </w:tc>
        <w:tc>
          <w:tcPr>
            <w:tcW w:type="dxa" w:w="1422"/>
          </w:tcPr>
          <w:p>
            <w:pPr>
              <w:spacing w:after="0"/>
              <w:jc w:val="right"/>
            </w:pPr>
            <w:r>
              <w:rPr>
                <w:sz w:val="16"/>
              </w:rPr>
              <w:t>41</w:t>
            </w:r>
          </w:p>
        </w:tc>
        <w:tc>
          <w:tcPr>
            <w:tcW w:type="dxa" w:w="1356"/>
          </w:tcPr>
          <w:p>
            <w:pPr>
              <w:spacing w:after="0"/>
              <w:jc w:val="right"/>
            </w:pPr>
            <w:r>
              <w:rPr>
                <w:sz w:val="16"/>
              </w:rPr>
              <w:t>4</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59</w:t>
            </w:r>
          </w:p>
        </w:tc>
        <w:tc>
          <w:tcPr>
            <w:tcW w:type="dxa" w:w="1422"/>
          </w:tcPr>
          <w:p>
            <w:pPr>
              <w:spacing w:after="0"/>
              <w:jc w:val="right"/>
            </w:pPr>
            <w:r>
              <w:rPr>
                <w:sz w:val="16"/>
              </w:rPr>
              <w:t>17</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w:t>
            </w:r>
          </w:p>
        </w:tc>
        <w:tc>
          <w:tcPr>
            <w:tcW w:type="dxa" w:w="1422"/>
          </w:tcPr>
          <w:p>
            <w:pPr>
              <w:spacing w:after="0"/>
              <w:jc w:val="right"/>
            </w:pPr>
            <w:r>
              <w:rPr>
                <w:sz w:val="16"/>
              </w:rPr>
              <w:t>18</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8"/>
        <w:gridCol w:w="1375"/>
        <w:gridCol w:w="3365"/>
        <w:gridCol w:w="1134"/>
        <w:gridCol w:w="1854"/>
        <w:gridCol w:w="2378"/>
        <w:gridCol w:w="1611"/>
      </w:tblGrid>
      <w:tr>
        <w:trPr>
          <w:cantSplit/>
          <w:tblHeader/>
        </w:trPr>
        <w:tc>
          <w:tcPr>
            <w:tcW w:type="dxa" w:w="1037"/>
            <w:shd w:val="clear" w:color="auto" w:fill="E8E8E8"/>
          </w:tcPr>
          <w:p>
            <w:pPr>
              <w:spacing w:after="0"/>
              <w:jc w:val="left"/>
            </w:pPr>
            <w:r>
              <w:rPr>
                <w:b/>
                <w:sz w:val="16"/>
              </w:rPr>
              <w:t>Date</w:t>
            </w:r>
          </w:p>
        </w:tc>
        <w:tc>
          <w:tcPr>
            <w:tcW w:type="dxa" w:w="1358"/>
            <w:shd w:val="clear" w:color="auto" w:fill="E8E8E8"/>
          </w:tcPr>
          <w:p>
            <w:pPr>
              <w:spacing w:after="0"/>
              <w:jc w:val="left"/>
            </w:pPr>
            <w:r>
              <w:rPr>
                <w:b/>
                <w:sz w:val="16"/>
              </w:rPr>
              <w:t>Event type</w:t>
            </w:r>
          </w:p>
        </w:tc>
        <w:tc>
          <w:tcPr>
            <w:tcW w:type="dxa" w:w="1375"/>
            <w:shd w:val="clear" w:color="auto" w:fill="E8E8E8"/>
          </w:tcPr>
          <w:p>
            <w:pPr>
              <w:spacing w:after="0"/>
              <w:jc w:val="left"/>
            </w:pPr>
            <w:r>
              <w:rPr>
                <w:b/>
                <w:sz w:val="16"/>
              </w:rPr>
              <w:t>Magnitude or extent</w:t>
            </w:r>
          </w:p>
        </w:tc>
        <w:tc>
          <w:tcPr>
            <w:tcW w:type="dxa" w:w="3365"/>
            <w:shd w:val="clear" w:color="auto" w:fill="E8E8E8"/>
          </w:tcPr>
          <w:p>
            <w:pPr>
              <w:spacing w:after="0"/>
              <w:jc w:val="left"/>
            </w:pPr>
            <w:r>
              <w:rPr>
                <w:b/>
                <w:sz w:val="16"/>
              </w:rPr>
              <w:t>Damage</w:t>
            </w:r>
          </w:p>
          <w:p>
            <w:pPr>
              <w:spacing w:after="0"/>
              <w:jc w:val="left"/>
            </w:pPr>
            <w:r>
              <w:rPr>
                <w:i/>
                <w:color w:val="555555"/>
                <w:sz w:val="14"/>
              </w:rPr>
              <w:t>nominal dollars</w:t>
            </w:r>
          </w:p>
        </w:tc>
        <w:tc>
          <w:tcPr>
            <w:tcW w:type="dxa" w:w="113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4"/>
            <w:shd w:val="clear" w:color="auto" w:fill="E8E8E8"/>
          </w:tcPr>
          <w:p>
            <w:pPr>
              <w:spacing w:after="0"/>
              <w:jc w:val="left"/>
            </w:pPr>
            <w:r>
              <w:rPr>
                <w:b/>
                <w:sz w:val="16"/>
              </w:rPr>
              <w:t>Location</w:t>
            </w:r>
          </w:p>
        </w:tc>
        <w:tc>
          <w:tcPr>
            <w:tcW w:type="dxa" w:w="2378"/>
            <w:shd w:val="clear" w:color="auto" w:fill="E8E8E8"/>
          </w:tcPr>
          <w:p>
            <w:pPr>
              <w:spacing w:after="0"/>
              <w:jc w:val="left"/>
            </w:pPr>
            <w:r>
              <w:rPr>
                <w:b/>
                <w:sz w:val="16"/>
              </w:rPr>
              <w:t>Flags</w:t>
            </w:r>
          </w:p>
        </w:tc>
        <w:tc>
          <w:tcPr>
            <w:tcW w:type="dxa" w:w="16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358"/>
          </w:tcPr>
          <w:p>
            <w:pPr>
              <w:spacing w:after="0"/>
              <w:jc w:val="left"/>
            </w:pPr>
            <w:r>
              <w:rPr>
                <w:sz w:val="16"/>
              </w:rPr>
              <w:t>High Wind</w:t>
            </w:r>
          </w:p>
        </w:tc>
        <w:tc>
          <w:tcPr>
            <w:tcW w:type="dxa" w:w="1375"/>
          </w:tcPr>
          <w:p>
            <w:pPr>
              <w:spacing w:after="0"/>
              <w:jc w:val="left"/>
            </w:pPr>
            <w:r>
              <w:rPr>
                <w:sz w:val="16"/>
              </w:rPr>
              <w:t>54 kt (62 mph) measured gust</w:t>
            </w:r>
          </w:p>
        </w:tc>
        <w:tc>
          <w:tcPr>
            <w:tcW w:type="dxa" w:w="3365"/>
          </w:tcPr>
          <w:p>
            <w:pPr>
              <w:spacing w:after="0"/>
              <w:jc w:val="left"/>
            </w:pPr>
            <w:r>
              <w:rPr>
                <w:sz w:val="16"/>
              </w:rPr>
              <w:t>$0 property; $0 crops, reported for the zone (2025 dollars)</w:t>
            </w:r>
          </w:p>
        </w:tc>
        <w:tc>
          <w:tcPr>
            <w:tcW w:type="dxa" w:w="1134"/>
          </w:tcPr>
          <w:p>
            <w:pPr>
              <w:spacing w:after="0"/>
              <w:jc w:val="right"/>
            </w:pPr>
            <w:r>
              <w:rPr>
                <w:sz w:val="16"/>
              </w:rPr>
              <w:t>0, 0</w:t>
            </w:r>
          </w:p>
        </w:tc>
        <w:tc>
          <w:tcPr>
            <w:tcW w:type="dxa" w:w="1854"/>
          </w:tcPr>
          <w:p>
            <w:pPr>
              <w:spacing w:after="0"/>
              <w:jc w:val="left"/>
            </w:pPr>
            <w:r>
              <w:rPr>
                <w:sz w:val="16"/>
              </w:rPr>
              <w:t>NWS zone TXZ073 (CONCHO), zone-level: may include parts of neighboring counties</w:t>
            </w:r>
          </w:p>
        </w:tc>
        <w:tc>
          <w:tcPr>
            <w:tcW w:type="dxa" w:w="2378"/>
          </w:tcPr>
          <w:p>
            <w:pPr>
              <w:spacing w:after="0"/>
              <w:jc w:val="left"/>
            </w:pPr>
            <w:r>
              <w:rPr>
                <w:sz w:val="16"/>
              </w:rPr>
              <w:t>new since last plan; within last 5 years</w:t>
            </w:r>
          </w:p>
        </w:tc>
        <w:tc>
          <w:tcPr>
            <w:tcW w:type="dxa" w:w="16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2024-05-02</w:t>
            </w:r>
          </w:p>
        </w:tc>
        <w:tc>
          <w:tcPr>
            <w:tcW w:type="dxa" w:w="1358"/>
          </w:tcPr>
          <w:p>
            <w:pPr>
              <w:spacing w:after="0"/>
              <w:jc w:val="left"/>
            </w:pPr>
            <w:r>
              <w:rPr>
                <w:sz w:val="16"/>
              </w:rPr>
              <w:t>Tornado</w:t>
            </w:r>
          </w:p>
        </w:tc>
        <w:tc>
          <w:tcPr>
            <w:tcW w:type="dxa" w:w="1375"/>
          </w:tcPr>
          <w:p>
            <w:pPr>
              <w:spacing w:after="0"/>
              <w:jc w:val="left"/>
            </w:pPr>
            <w:r>
              <w:rPr>
                <w:sz w:val="16"/>
              </w:rPr>
              <w:t>EF2, 6.11 mi within this county, 395 yd wide</w:t>
            </w:r>
          </w:p>
        </w:tc>
        <w:tc>
          <w:tcPr>
            <w:tcW w:type="dxa" w:w="3365"/>
          </w:tcPr>
          <w:p>
            <w:pPr>
              <w:spacing w:after="0"/>
              <w:jc w:val="left"/>
            </w:pPr>
            <w:r>
              <w:rPr>
                <w:sz w:val="16"/>
              </w:rPr>
              <w:t>$0 property; $0 crops (2024 dollars)</w:t>
            </w:r>
          </w:p>
        </w:tc>
        <w:tc>
          <w:tcPr>
            <w:tcW w:type="dxa" w:w="1134"/>
          </w:tcPr>
          <w:p>
            <w:pPr>
              <w:spacing w:after="0"/>
              <w:jc w:val="right"/>
            </w:pPr>
            <w:r>
              <w:rPr>
                <w:sz w:val="16"/>
              </w:rPr>
              <w:t>0, 0</w:t>
            </w:r>
          </w:p>
        </w:tc>
        <w:tc>
          <w:tcPr>
            <w:tcW w:type="dxa" w:w="1854"/>
          </w:tcPr>
          <w:p>
            <w:pPr>
              <w:spacing w:after="0"/>
              <w:jc w:val="left"/>
            </w:pPr>
            <w:r>
              <w:rPr>
                <w:sz w:val="16"/>
              </w:rPr>
              <w:t>CONCHO to MILLERSVIEW</w:t>
            </w:r>
          </w:p>
        </w:tc>
        <w:tc>
          <w:tcPr>
            <w:tcW w:type="dxa" w:w="2378"/>
          </w:tcPr>
          <w:p>
            <w:pPr>
              <w:spacing w:after="0"/>
              <w:jc w:val="left"/>
            </w:pPr>
            <w:r>
              <w:rPr>
                <w:sz w:val="16"/>
              </w:rPr>
              <w:t>new since last plan; within last 5 years</w:t>
            </w:r>
          </w:p>
        </w:tc>
        <w:tc>
          <w:tcPr>
            <w:tcW w:type="dxa" w:w="1611"/>
          </w:tcPr>
          <w:p>
            <w:pPr>
              <w:spacing w:after="0"/>
              <w:jc w:val="left"/>
            </w:pPr>
            <w:r>
              <w:rPr>
                <w:sz w:val="16"/>
              </w:rPr>
              <w:t>B1-c worst recorded: Tornado</w:t>
            </w:r>
          </w:p>
        </w:tc>
      </w:tr>
      <w:tr>
        <w:trPr>
          <w:cantSplit/>
        </w:trPr>
        <w:tc>
          <w:tcPr>
            <w:tcW w:type="dxa" w:w="1037"/>
          </w:tcPr>
          <w:p>
            <w:pPr>
              <w:spacing w:after="0"/>
              <w:jc w:val="left"/>
            </w:pPr>
            <w:r>
              <w:rPr>
                <w:sz w:val="16"/>
              </w:rPr>
              <w:t>2022-03-01</w:t>
            </w:r>
          </w:p>
        </w:tc>
        <w:tc>
          <w:tcPr>
            <w:tcW w:type="dxa" w:w="1358"/>
          </w:tcPr>
          <w:p>
            <w:pPr>
              <w:spacing w:after="0"/>
              <w:jc w:val="left"/>
            </w:pPr>
            <w:r>
              <w:rPr>
                <w:sz w:val="16"/>
              </w:rPr>
              <w:t>Drought</w:t>
            </w:r>
          </w:p>
        </w:tc>
        <w:tc>
          <w:tcPr>
            <w:tcW w:type="dxa" w:w="1375"/>
          </w:tcPr>
          <w:p>
            <w:pPr>
              <w:spacing w:after="0"/>
              <w:jc w:val="left"/>
            </w:pPr>
          </w:p>
        </w:tc>
        <w:tc>
          <w:tcPr>
            <w:tcW w:type="dxa" w:w="3365"/>
          </w:tcPr>
          <w:p>
            <w:pPr>
              <w:spacing w:after="0"/>
              <w:jc w:val="left"/>
            </w:pPr>
            <w:r>
              <w:rPr>
                <w:sz w:val="16"/>
              </w:rPr>
              <w:t>$0 property; $0 crops, reported for the zone (2022 dollars)</w:t>
            </w:r>
          </w:p>
        </w:tc>
        <w:tc>
          <w:tcPr>
            <w:tcW w:type="dxa" w:w="1134"/>
          </w:tcPr>
          <w:p>
            <w:pPr>
              <w:spacing w:after="0"/>
              <w:jc w:val="right"/>
            </w:pPr>
            <w:r>
              <w:rPr>
                <w:sz w:val="16"/>
              </w:rPr>
              <w:t>0, 0</w:t>
            </w:r>
          </w:p>
        </w:tc>
        <w:tc>
          <w:tcPr>
            <w:tcW w:type="dxa" w:w="1854"/>
          </w:tcPr>
          <w:p>
            <w:pPr>
              <w:spacing w:after="0"/>
              <w:jc w:val="left"/>
            </w:pPr>
            <w:r>
              <w:rPr>
                <w:sz w:val="16"/>
              </w:rPr>
              <w:t>NWS zone TXZ073 (CONCHO), zone-level: may include parts of neighboring counties</w:t>
            </w:r>
          </w:p>
        </w:tc>
        <w:tc>
          <w:tcPr>
            <w:tcW w:type="dxa" w:w="2378"/>
          </w:tcPr>
          <w:p>
            <w:pPr>
              <w:spacing w:after="0"/>
              <w:jc w:val="left"/>
            </w:pPr>
            <w:r>
              <w:rPr>
                <w:sz w:val="16"/>
              </w:rPr>
              <w:t>new since last plan; within last 5 years</w:t>
            </w:r>
          </w:p>
        </w:tc>
        <w:tc>
          <w:tcPr>
            <w:tcW w:type="dxa" w:w="1611"/>
          </w:tcPr>
          <w:p>
            <w:pPr>
              <w:spacing w:after="0"/>
              <w:jc w:val="left"/>
            </w:pPr>
            <w:r>
              <w:rPr>
                <w:sz w:val="16"/>
              </w:rPr>
              <w:t>B1-c worst recorded: Drought</w:t>
            </w:r>
          </w:p>
        </w:tc>
      </w:tr>
      <w:tr>
        <w:trPr>
          <w:cantSplit/>
        </w:trPr>
        <w:tc>
          <w:tcPr>
            <w:tcW w:type="dxa" w:w="1037"/>
          </w:tcPr>
          <w:p>
            <w:pPr>
              <w:spacing w:after="0"/>
              <w:jc w:val="left"/>
            </w:pPr>
            <w:r>
              <w:rPr>
                <w:sz w:val="16"/>
              </w:rPr>
              <w:t>2016-05-26</w:t>
            </w:r>
          </w:p>
        </w:tc>
        <w:tc>
          <w:tcPr>
            <w:tcW w:type="dxa" w:w="1358"/>
          </w:tcPr>
          <w:p>
            <w:pPr>
              <w:spacing w:after="0"/>
              <w:jc w:val="left"/>
            </w:pPr>
            <w:r>
              <w:rPr>
                <w:sz w:val="16"/>
              </w:rPr>
              <w:t>Thunderstorm Wind</w:t>
            </w:r>
          </w:p>
        </w:tc>
        <w:tc>
          <w:tcPr>
            <w:tcW w:type="dxa" w:w="1375"/>
          </w:tcPr>
          <w:p>
            <w:pPr>
              <w:spacing w:after="0"/>
              <w:jc w:val="left"/>
            </w:pPr>
            <w:r>
              <w:rPr>
                <w:sz w:val="16"/>
              </w:rPr>
              <w:t>70 kt (81 mph) estimated gust</w:t>
            </w:r>
          </w:p>
        </w:tc>
        <w:tc>
          <w:tcPr>
            <w:tcW w:type="dxa" w:w="3365"/>
          </w:tcPr>
          <w:p>
            <w:pPr>
              <w:spacing w:after="0"/>
              <w:jc w:val="left"/>
            </w:pPr>
            <w:r>
              <w:rPr>
                <w:sz w:val="16"/>
              </w:rPr>
              <w:t>$0 property; $0 crops (2016 dollars)</w:t>
            </w:r>
          </w:p>
        </w:tc>
        <w:tc>
          <w:tcPr>
            <w:tcW w:type="dxa" w:w="1134"/>
          </w:tcPr>
          <w:p>
            <w:pPr>
              <w:spacing w:after="0"/>
              <w:jc w:val="right"/>
            </w:pPr>
            <w:r>
              <w:rPr>
                <w:sz w:val="16"/>
              </w:rPr>
              <w:t>0, 0</w:t>
            </w:r>
          </w:p>
        </w:tc>
        <w:tc>
          <w:tcPr>
            <w:tcW w:type="dxa" w:w="1854"/>
          </w:tcPr>
          <w:p>
            <w:pPr>
              <w:spacing w:after="0"/>
              <w:jc w:val="left"/>
            </w:pPr>
            <w:r>
              <w:rPr>
                <w:sz w:val="16"/>
              </w:rPr>
              <w:t>LOWAKE</w:t>
            </w:r>
          </w:p>
        </w:tc>
        <w:tc>
          <w:tcPr>
            <w:tcW w:type="dxa" w:w="2378"/>
          </w:tcPr>
          <w:p>
            <w:pPr>
              <w:spacing w:after="0"/>
              <w:jc w:val="left"/>
            </w:pPr>
            <w:r>
              <w:rPr>
                <w:sz w:val="16"/>
              </w:rPr>
              <w:t>new since last plan</w:t>
            </w:r>
          </w:p>
        </w:tc>
        <w:tc>
          <w:tcPr>
            <w:tcW w:type="dxa" w:w="1611"/>
          </w:tcPr>
          <w:p>
            <w:pPr>
              <w:spacing w:after="0"/>
              <w:jc w:val="left"/>
            </w:pPr>
            <w:r>
              <w:rPr>
                <w:sz w:val="16"/>
              </w:rPr>
              <w:t>B1-c worst recorded: Thunderstorm Wind</w:t>
            </w:r>
          </w:p>
        </w:tc>
      </w:tr>
      <w:tr>
        <w:trPr>
          <w:cantSplit/>
        </w:trPr>
        <w:tc>
          <w:tcPr>
            <w:tcW w:type="dxa" w:w="1037"/>
          </w:tcPr>
          <w:p>
            <w:pPr>
              <w:spacing w:after="0"/>
              <w:jc w:val="left"/>
            </w:pPr>
            <w:r>
              <w:rPr>
                <w:sz w:val="16"/>
              </w:rPr>
              <w:t>2012-09-29</w:t>
            </w:r>
          </w:p>
        </w:tc>
        <w:tc>
          <w:tcPr>
            <w:tcW w:type="dxa" w:w="1358"/>
          </w:tcPr>
          <w:p>
            <w:pPr>
              <w:spacing w:after="0"/>
              <w:jc w:val="left"/>
            </w:pPr>
            <w:r>
              <w:rPr>
                <w:sz w:val="16"/>
              </w:rPr>
              <w:t>Flash Flood</w:t>
            </w:r>
          </w:p>
        </w:tc>
        <w:tc>
          <w:tcPr>
            <w:tcW w:type="dxa" w:w="1375"/>
          </w:tcPr>
          <w:p>
            <w:pPr>
              <w:spacing w:after="0"/>
              <w:jc w:val="left"/>
            </w:pPr>
          </w:p>
        </w:tc>
        <w:tc>
          <w:tcPr>
            <w:tcW w:type="dxa" w:w="3365"/>
          </w:tcPr>
          <w:p>
            <w:pPr>
              <w:spacing w:after="0"/>
              <w:jc w:val="left"/>
            </w:pPr>
            <w:r>
              <w:rPr>
                <w:sz w:val="16"/>
              </w:rPr>
              <w:t>$150,000 property; $0 crops (2012 dollars)</w:t>
            </w:r>
          </w:p>
        </w:tc>
        <w:tc>
          <w:tcPr>
            <w:tcW w:type="dxa" w:w="1134"/>
          </w:tcPr>
          <w:p>
            <w:pPr>
              <w:spacing w:after="0"/>
              <w:jc w:val="right"/>
            </w:pPr>
            <w:r>
              <w:rPr>
                <w:sz w:val="16"/>
              </w:rPr>
              <w:t>0, 0</w:t>
            </w:r>
          </w:p>
        </w:tc>
        <w:tc>
          <w:tcPr>
            <w:tcW w:type="dxa" w:w="1854"/>
          </w:tcPr>
          <w:p>
            <w:pPr>
              <w:spacing w:after="0"/>
              <w:jc w:val="left"/>
            </w:pPr>
            <w:r>
              <w:rPr>
                <w:sz w:val="16"/>
              </w:rPr>
              <w:t>PAINT ROCK</w:t>
            </w:r>
          </w:p>
        </w:tc>
        <w:tc>
          <w:tcPr>
            <w:tcW w:type="dxa" w:w="2378"/>
          </w:tcPr>
          <w:p>
            <w:pPr>
              <w:spacing w:after="0"/>
              <w:jc w:val="left"/>
            </w:pPr>
            <w:r>
              <w:rPr>
                <w:sz w:val="16"/>
              </w:rPr>
              <w:t>during plan review, check whether your last plan included it</w:t>
            </w:r>
          </w:p>
        </w:tc>
        <w:tc>
          <w:tcPr>
            <w:tcW w:type="dxa" w:w="16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2007-08-16</w:t>
            </w:r>
          </w:p>
        </w:tc>
        <w:tc>
          <w:tcPr>
            <w:tcW w:type="dxa" w:w="1358"/>
          </w:tcPr>
          <w:p>
            <w:pPr>
              <w:spacing w:after="0"/>
              <w:jc w:val="left"/>
            </w:pPr>
            <w:r>
              <w:rPr>
                <w:sz w:val="16"/>
              </w:rPr>
              <w:t>Tropical Depression</w:t>
            </w:r>
          </w:p>
        </w:tc>
        <w:tc>
          <w:tcPr>
            <w:tcW w:type="dxa" w:w="1375"/>
          </w:tcPr>
          <w:p>
            <w:pPr>
              <w:spacing w:after="0"/>
              <w:jc w:val="left"/>
            </w:pPr>
          </w:p>
        </w:tc>
        <w:tc>
          <w:tcPr>
            <w:tcW w:type="dxa" w:w="3365"/>
          </w:tcPr>
          <w:p>
            <w:pPr>
              <w:spacing w:after="0"/>
              <w:jc w:val="left"/>
            </w:pPr>
            <w:r>
              <w:rPr>
                <w:sz w:val="16"/>
              </w:rPr>
              <w:t>$0 property; $0 crops, reported for the zone (2007 dollars)</w:t>
            </w:r>
          </w:p>
        </w:tc>
        <w:tc>
          <w:tcPr>
            <w:tcW w:type="dxa" w:w="1134"/>
          </w:tcPr>
          <w:p>
            <w:pPr>
              <w:spacing w:after="0"/>
              <w:jc w:val="right"/>
            </w:pPr>
            <w:r>
              <w:rPr>
                <w:sz w:val="16"/>
              </w:rPr>
              <w:t>0, 0</w:t>
            </w:r>
          </w:p>
        </w:tc>
        <w:tc>
          <w:tcPr>
            <w:tcW w:type="dxa" w:w="1854"/>
          </w:tcPr>
          <w:p>
            <w:pPr>
              <w:spacing w:after="0"/>
              <w:jc w:val="left"/>
            </w:pPr>
            <w:r>
              <w:rPr>
                <w:sz w:val="16"/>
              </w:rPr>
              <w:t>NWS zone TXZ073 (CONCHO), zone-level: may include parts of neighboring counties</w:t>
            </w:r>
          </w:p>
        </w:tc>
        <w:tc>
          <w:tcPr>
            <w:tcW w:type="dxa" w:w="2378"/>
          </w:tcPr>
          <w:p>
            <w:pPr>
              <w:spacing w:after="0"/>
              <w:jc w:val="left"/>
            </w:pPr>
          </w:p>
        </w:tc>
        <w:tc>
          <w:tcPr>
            <w:tcW w:type="dxa" w:w="161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2007-04-07</w:t>
            </w:r>
          </w:p>
        </w:tc>
        <w:tc>
          <w:tcPr>
            <w:tcW w:type="dxa" w:w="1358"/>
          </w:tcPr>
          <w:p>
            <w:pPr>
              <w:spacing w:after="0"/>
              <w:jc w:val="left"/>
            </w:pPr>
            <w:r>
              <w:rPr>
                <w:sz w:val="16"/>
              </w:rPr>
              <w:t>Winter Storm</w:t>
            </w:r>
          </w:p>
        </w:tc>
        <w:tc>
          <w:tcPr>
            <w:tcW w:type="dxa" w:w="1375"/>
          </w:tcPr>
          <w:p>
            <w:pPr>
              <w:spacing w:after="0"/>
              <w:jc w:val="left"/>
            </w:pPr>
          </w:p>
        </w:tc>
        <w:tc>
          <w:tcPr>
            <w:tcW w:type="dxa" w:w="3365"/>
          </w:tcPr>
          <w:p>
            <w:pPr>
              <w:spacing w:after="0"/>
              <w:jc w:val="left"/>
            </w:pPr>
            <w:r>
              <w:rPr>
                <w:sz w:val="16"/>
              </w:rPr>
              <w:t>$8,000 property; $45,000 crops, reported for the zone (2007 dollars)</w:t>
            </w:r>
          </w:p>
        </w:tc>
        <w:tc>
          <w:tcPr>
            <w:tcW w:type="dxa" w:w="1134"/>
          </w:tcPr>
          <w:p>
            <w:pPr>
              <w:spacing w:after="0"/>
              <w:jc w:val="right"/>
            </w:pPr>
            <w:r>
              <w:rPr>
                <w:sz w:val="16"/>
              </w:rPr>
              <w:t>0, 0</w:t>
            </w:r>
          </w:p>
        </w:tc>
        <w:tc>
          <w:tcPr>
            <w:tcW w:type="dxa" w:w="1854"/>
          </w:tcPr>
          <w:p>
            <w:pPr>
              <w:spacing w:after="0"/>
              <w:jc w:val="left"/>
            </w:pPr>
            <w:r>
              <w:rPr>
                <w:sz w:val="16"/>
              </w:rPr>
              <w:t>NWS zone TXZ073 (CONCHO), zone-level: may include parts of neighboring counties</w:t>
            </w:r>
          </w:p>
        </w:tc>
        <w:tc>
          <w:tcPr>
            <w:tcW w:type="dxa" w:w="2378"/>
          </w:tcPr>
          <w:p>
            <w:pPr>
              <w:spacing w:after="0"/>
              <w:jc w:val="left"/>
            </w:pPr>
          </w:p>
        </w:tc>
        <w:tc>
          <w:tcPr>
            <w:tcW w:type="dxa" w:w="16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358"/>
          </w:tcPr>
          <w:p>
            <w:pPr>
              <w:spacing w:after="0"/>
              <w:jc w:val="left"/>
            </w:pPr>
            <w:r>
              <w:rPr>
                <w:sz w:val="16"/>
              </w:rPr>
              <w:t>Cold/Wind Chill</w:t>
            </w:r>
          </w:p>
        </w:tc>
        <w:tc>
          <w:tcPr>
            <w:tcW w:type="dxa" w:w="1375"/>
          </w:tcPr>
          <w:p>
            <w:pPr>
              <w:spacing w:after="0"/>
              <w:jc w:val="left"/>
            </w:pPr>
          </w:p>
        </w:tc>
        <w:tc>
          <w:tcPr>
            <w:tcW w:type="dxa" w:w="3365"/>
          </w:tcPr>
          <w:p>
            <w:pPr>
              <w:spacing w:after="0"/>
              <w:jc w:val="left"/>
            </w:pPr>
            <w:r>
              <w:rPr>
                <w:sz w:val="16"/>
              </w:rPr>
              <w:t>$0 property; $0 crops, reported for the zone (2007 dollars)</w:t>
            </w:r>
          </w:p>
        </w:tc>
        <w:tc>
          <w:tcPr>
            <w:tcW w:type="dxa" w:w="1134"/>
          </w:tcPr>
          <w:p>
            <w:pPr>
              <w:spacing w:after="0"/>
              <w:jc w:val="right"/>
            </w:pPr>
            <w:r>
              <w:rPr>
                <w:sz w:val="16"/>
              </w:rPr>
              <w:t>0, 0</w:t>
            </w:r>
          </w:p>
        </w:tc>
        <w:tc>
          <w:tcPr>
            <w:tcW w:type="dxa" w:w="1854"/>
          </w:tcPr>
          <w:p>
            <w:pPr>
              <w:spacing w:after="0"/>
              <w:jc w:val="left"/>
            </w:pPr>
            <w:r>
              <w:rPr>
                <w:sz w:val="16"/>
              </w:rPr>
              <w:t>NWS zone TXZ073 (CONCHO), zone-level: may include parts of neighboring counties</w:t>
            </w:r>
          </w:p>
        </w:tc>
        <w:tc>
          <w:tcPr>
            <w:tcW w:type="dxa" w:w="2378"/>
          </w:tcPr>
          <w:p>
            <w:pPr>
              <w:spacing w:after="0"/>
              <w:jc w:val="left"/>
            </w:pPr>
          </w:p>
        </w:tc>
        <w:tc>
          <w:tcPr>
            <w:tcW w:type="dxa" w:w="16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2007-01-13</w:t>
            </w:r>
          </w:p>
        </w:tc>
        <w:tc>
          <w:tcPr>
            <w:tcW w:type="dxa" w:w="1358"/>
          </w:tcPr>
          <w:p>
            <w:pPr>
              <w:spacing w:after="0"/>
              <w:jc w:val="left"/>
            </w:pPr>
            <w:r>
              <w:rPr>
                <w:sz w:val="16"/>
              </w:rPr>
              <w:t>Ice Storm</w:t>
            </w:r>
          </w:p>
        </w:tc>
        <w:tc>
          <w:tcPr>
            <w:tcW w:type="dxa" w:w="1375"/>
          </w:tcPr>
          <w:p>
            <w:pPr>
              <w:spacing w:after="0"/>
              <w:jc w:val="left"/>
            </w:pPr>
          </w:p>
        </w:tc>
        <w:tc>
          <w:tcPr>
            <w:tcW w:type="dxa" w:w="3365"/>
          </w:tcPr>
          <w:p>
            <w:pPr>
              <w:spacing w:after="0"/>
              <w:jc w:val="left"/>
            </w:pPr>
            <w:r>
              <w:rPr>
                <w:sz w:val="16"/>
              </w:rPr>
              <w:t>$3,000 property; $0 crops, reported for the zone (2007 dollars)</w:t>
            </w:r>
          </w:p>
        </w:tc>
        <w:tc>
          <w:tcPr>
            <w:tcW w:type="dxa" w:w="1134"/>
          </w:tcPr>
          <w:p>
            <w:pPr>
              <w:spacing w:after="0"/>
              <w:jc w:val="right"/>
            </w:pPr>
            <w:r>
              <w:rPr>
                <w:sz w:val="16"/>
              </w:rPr>
              <w:t>0, 0</w:t>
            </w:r>
          </w:p>
        </w:tc>
        <w:tc>
          <w:tcPr>
            <w:tcW w:type="dxa" w:w="1854"/>
          </w:tcPr>
          <w:p>
            <w:pPr>
              <w:spacing w:after="0"/>
              <w:jc w:val="left"/>
            </w:pPr>
            <w:r>
              <w:rPr>
                <w:sz w:val="16"/>
              </w:rPr>
              <w:t>NWS zone TXZ073 (CONCHO), zone-level: may include parts of neighboring counties</w:t>
            </w:r>
          </w:p>
        </w:tc>
        <w:tc>
          <w:tcPr>
            <w:tcW w:type="dxa" w:w="2378"/>
          </w:tcPr>
          <w:p>
            <w:pPr>
              <w:spacing w:after="0"/>
              <w:jc w:val="left"/>
            </w:pPr>
          </w:p>
        </w:tc>
        <w:tc>
          <w:tcPr>
            <w:tcW w:type="dxa" w:w="1611"/>
          </w:tcPr>
          <w:p>
            <w:pPr>
              <w:spacing w:after="0"/>
              <w:jc w:val="left"/>
            </w:pPr>
            <w:r>
              <w:rPr>
                <w:sz w:val="16"/>
              </w:rPr>
              <w:t>B1-c worst recorded: Ice Storm</w:t>
            </w:r>
          </w:p>
        </w:tc>
      </w:tr>
      <w:tr>
        <w:trPr>
          <w:cantSplit/>
        </w:trPr>
        <w:tc>
          <w:tcPr>
            <w:tcW w:type="dxa" w:w="1037"/>
          </w:tcPr>
          <w:p>
            <w:pPr>
              <w:spacing w:after="0"/>
              <w:jc w:val="left"/>
            </w:pPr>
            <w:r>
              <w:rPr>
                <w:sz w:val="16"/>
              </w:rPr>
              <w:t>1998-08-01</w:t>
            </w:r>
          </w:p>
        </w:tc>
        <w:tc>
          <w:tcPr>
            <w:tcW w:type="dxa" w:w="1358"/>
          </w:tcPr>
          <w:p>
            <w:pPr>
              <w:spacing w:after="0"/>
              <w:jc w:val="left"/>
            </w:pPr>
            <w:r>
              <w:rPr>
                <w:sz w:val="16"/>
              </w:rPr>
              <w:t>Drought</w:t>
            </w:r>
          </w:p>
        </w:tc>
        <w:tc>
          <w:tcPr>
            <w:tcW w:type="dxa" w:w="1375"/>
          </w:tcPr>
          <w:p>
            <w:pPr>
              <w:spacing w:after="0"/>
              <w:jc w:val="left"/>
            </w:pPr>
          </w:p>
        </w:tc>
        <w:tc>
          <w:tcPr>
            <w:tcW w:type="dxa" w:w="3365"/>
          </w:tcPr>
          <w:p>
            <w:pPr>
              <w:spacing w:after="0"/>
              <w:jc w:val="left"/>
            </w:pPr>
            <w:r>
              <w:rPr>
                <w:sz w:val="16"/>
              </w:rPr>
              <w:t>property not reported; $6,000,000 crops, reported for the zone (1998 dollars)</w:t>
            </w:r>
          </w:p>
        </w:tc>
        <w:tc>
          <w:tcPr>
            <w:tcW w:type="dxa" w:w="1134"/>
          </w:tcPr>
          <w:p>
            <w:pPr>
              <w:spacing w:after="0"/>
              <w:jc w:val="right"/>
            </w:pPr>
            <w:r>
              <w:rPr>
                <w:sz w:val="16"/>
              </w:rPr>
              <w:t>0, 0</w:t>
            </w:r>
          </w:p>
        </w:tc>
        <w:tc>
          <w:tcPr>
            <w:tcW w:type="dxa" w:w="1854"/>
          </w:tcPr>
          <w:p>
            <w:pPr>
              <w:spacing w:after="0"/>
              <w:jc w:val="left"/>
            </w:pPr>
            <w:r>
              <w:rPr>
                <w:sz w:val="16"/>
              </w:rPr>
              <w:t>NWS zone TXZ073 (CONCHO), zone-level: may include parts of neighboring counties</w:t>
            </w:r>
          </w:p>
        </w:tc>
        <w:tc>
          <w:tcPr>
            <w:tcW w:type="dxa" w:w="2378"/>
          </w:tcPr>
          <w:p>
            <w:pPr>
              <w:spacing w:after="0"/>
              <w:jc w:val="left"/>
            </w:pPr>
          </w:p>
        </w:tc>
        <w:tc>
          <w:tcPr>
            <w:tcW w:type="dxa" w:w="1611"/>
          </w:tcPr>
          <w:p>
            <w:pPr>
              <w:spacing w:after="0"/>
              <w:jc w:val="left"/>
            </w:pPr>
            <w:r>
              <w:rPr>
                <w:sz w:val="16"/>
              </w:rPr>
              <w:t>B1-c most damaging: Drought</w:t>
            </w:r>
          </w:p>
        </w:tc>
      </w:tr>
      <w:tr>
        <w:trPr>
          <w:cantSplit/>
        </w:trPr>
        <w:tc>
          <w:tcPr>
            <w:tcW w:type="dxa" w:w="1037"/>
          </w:tcPr>
          <w:p>
            <w:pPr>
              <w:spacing w:after="0"/>
              <w:jc w:val="left"/>
            </w:pPr>
            <w:r>
              <w:rPr>
                <w:sz w:val="16"/>
              </w:rPr>
              <w:t>1989-05-14</w:t>
            </w:r>
          </w:p>
        </w:tc>
        <w:tc>
          <w:tcPr>
            <w:tcW w:type="dxa" w:w="1358"/>
          </w:tcPr>
          <w:p>
            <w:pPr>
              <w:spacing w:after="0"/>
              <w:jc w:val="left"/>
            </w:pPr>
            <w:r>
              <w:rPr>
                <w:sz w:val="16"/>
              </w:rPr>
              <w:t>Thunderstorm Wind</w:t>
            </w:r>
          </w:p>
        </w:tc>
        <w:tc>
          <w:tcPr>
            <w:tcW w:type="dxa" w:w="1375"/>
          </w:tcPr>
          <w:p>
            <w:pPr>
              <w:spacing w:after="0"/>
              <w:jc w:val="left"/>
            </w:pPr>
            <w:r>
              <w:rPr>
                <w:sz w:val="16"/>
              </w:rPr>
              <w:t>speed not recorded</w:t>
            </w:r>
          </w:p>
        </w:tc>
        <w:tc>
          <w:tcPr>
            <w:tcW w:type="dxa" w:w="3365"/>
          </w:tcPr>
          <w:p>
            <w:pPr>
              <w:spacing w:after="0"/>
              <w:jc w:val="left"/>
            </w:pPr>
            <w:r>
              <w:rPr>
                <w:sz w:val="16"/>
              </w:rPr>
              <w:t>damage not recorded (pre-1996 record)</w:t>
            </w:r>
          </w:p>
        </w:tc>
        <w:tc>
          <w:tcPr>
            <w:tcW w:type="dxa" w:w="1134"/>
          </w:tcPr>
          <w:p>
            <w:pPr>
              <w:spacing w:after="0"/>
              <w:jc w:val="right"/>
            </w:pPr>
            <w:r>
              <w:rPr>
                <w:sz w:val="16"/>
              </w:rPr>
              <w:t>0, 2</w:t>
            </w:r>
          </w:p>
        </w:tc>
        <w:tc>
          <w:tcPr>
            <w:tcW w:type="dxa" w:w="1854"/>
          </w:tcPr>
          <w:p>
            <w:pPr>
              <w:spacing w:after="0"/>
              <w:jc w:val="left"/>
            </w:pPr>
            <w:r>
              <w:rPr>
                <w:sz w:val="16"/>
              </w:rPr>
              <w:t>location not recorded</w:t>
            </w:r>
          </w:p>
        </w:tc>
        <w:tc>
          <w:tcPr>
            <w:tcW w:type="dxa" w:w="2378"/>
          </w:tcPr>
          <w:p>
            <w:pPr>
              <w:spacing w:after="0"/>
              <w:jc w:val="left"/>
            </w:pPr>
          </w:p>
        </w:tc>
        <w:tc>
          <w:tcPr>
            <w:tcW w:type="dxa" w:w="1611"/>
          </w:tcPr>
          <w:p>
            <w:pPr>
              <w:spacing w:after="0"/>
              <w:jc w:val="left"/>
            </w:pPr>
            <w:r>
              <w:rPr>
                <w:sz w:val="16"/>
              </w:rPr>
              <w:t>deaths or injuries recorded</w:t>
            </w:r>
          </w:p>
        </w:tc>
      </w:tr>
      <w:tr>
        <w:trPr>
          <w:cantSplit/>
        </w:trPr>
        <w:tc>
          <w:tcPr>
            <w:tcW w:type="dxa" w:w="1037"/>
          </w:tcPr>
          <w:p>
            <w:pPr>
              <w:spacing w:after="0"/>
              <w:jc w:val="left"/>
            </w:pPr>
            <w:r>
              <w:rPr>
                <w:sz w:val="16"/>
              </w:rPr>
              <w:t>1981-05-15</w:t>
            </w:r>
          </w:p>
        </w:tc>
        <w:tc>
          <w:tcPr>
            <w:tcW w:type="dxa" w:w="1358"/>
          </w:tcPr>
          <w:p>
            <w:pPr>
              <w:spacing w:after="0"/>
              <w:jc w:val="left"/>
            </w:pPr>
            <w:r>
              <w:rPr>
                <w:sz w:val="16"/>
              </w:rPr>
              <w:t>Hail</w:t>
            </w:r>
          </w:p>
        </w:tc>
        <w:tc>
          <w:tcPr>
            <w:tcW w:type="dxa" w:w="1375"/>
          </w:tcPr>
          <w:p>
            <w:pPr>
              <w:spacing w:after="0"/>
              <w:jc w:val="left"/>
            </w:pPr>
            <w:r>
              <w:rPr>
                <w:sz w:val="16"/>
              </w:rPr>
              <w:t>4.5 in</w:t>
            </w:r>
          </w:p>
        </w:tc>
        <w:tc>
          <w:tcPr>
            <w:tcW w:type="dxa" w:w="3365"/>
          </w:tcPr>
          <w:p>
            <w:pPr>
              <w:spacing w:after="0"/>
              <w:jc w:val="left"/>
            </w:pPr>
            <w:r>
              <w:rPr>
                <w:sz w:val="16"/>
              </w:rPr>
              <w:t>damage not recorded (pre-1996 record)</w:t>
            </w:r>
          </w:p>
        </w:tc>
        <w:tc>
          <w:tcPr>
            <w:tcW w:type="dxa" w:w="1134"/>
          </w:tcPr>
          <w:p>
            <w:pPr>
              <w:spacing w:after="0"/>
              <w:jc w:val="right"/>
            </w:pPr>
            <w:r>
              <w:rPr>
                <w:sz w:val="16"/>
              </w:rPr>
              <w:t>0, 0</w:t>
            </w:r>
          </w:p>
        </w:tc>
        <w:tc>
          <w:tcPr>
            <w:tcW w:type="dxa" w:w="1854"/>
          </w:tcPr>
          <w:p>
            <w:pPr>
              <w:spacing w:after="0"/>
              <w:jc w:val="left"/>
            </w:pPr>
            <w:r>
              <w:rPr>
                <w:sz w:val="16"/>
              </w:rPr>
              <w:t>location not recorded</w:t>
            </w:r>
          </w:p>
        </w:tc>
        <w:tc>
          <w:tcPr>
            <w:tcW w:type="dxa" w:w="2378"/>
          </w:tcPr>
          <w:p>
            <w:pPr>
              <w:spacing w:after="0"/>
              <w:jc w:val="left"/>
            </w:pPr>
          </w:p>
        </w:tc>
        <w:tc>
          <w:tcPr>
            <w:tcW w:type="dxa" w:w="161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6"/>
        <w:gridCol w:w="1535"/>
        <w:gridCol w:w="1675"/>
        <w:gridCol w:w="1037"/>
        <w:gridCol w:w="1909"/>
        <w:gridCol w:w="1554"/>
        <w:gridCol w:w="1626"/>
        <w:gridCol w:w="1037"/>
        <w:gridCol w:w="1406"/>
      </w:tblGrid>
      <w:tr>
        <w:trPr>
          <w:cantSplit/>
          <w:tblHeader/>
        </w:trPr>
        <w:tc>
          <w:tcPr>
            <w:tcW w:type="dxa" w:w="1037"/>
            <w:shd w:val="clear" w:color="auto" w:fill="E8E8E8"/>
          </w:tcPr>
          <w:p>
            <w:pPr>
              <w:spacing w:after="0"/>
              <w:jc w:val="left"/>
            </w:pPr>
            <w:r>
              <w:rPr>
                <w:b/>
                <w:sz w:val="16"/>
              </w:rPr>
              <w:t>Hazard</w:t>
            </w:r>
          </w:p>
        </w:tc>
        <w:tc>
          <w:tcPr>
            <w:tcW w:type="dxa" w:w="12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5"/>
            <w:shd w:val="clear" w:color="auto" w:fill="E8E8E8"/>
          </w:tcPr>
          <w:p>
            <w:pPr>
              <w:spacing w:after="0"/>
              <w:jc w:val="left"/>
            </w:pPr>
            <w:r>
              <w:rPr>
                <w:b/>
                <w:sz w:val="16"/>
              </w:rPr>
              <w:t>Unit</w:t>
            </w:r>
          </w:p>
        </w:tc>
        <w:tc>
          <w:tcPr>
            <w:tcW w:type="dxa" w:w="16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09"/>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6"/>
          </w:tcPr>
          <w:p>
            <w:pPr>
              <w:spacing w:after="0"/>
              <w:jc w:val="right"/>
            </w:pPr>
          </w:p>
        </w:tc>
        <w:tc>
          <w:tcPr>
            <w:tcW w:type="dxa" w:w="1535"/>
          </w:tcPr>
          <w:p>
            <w:pPr>
              <w:spacing w:after="0"/>
              <w:jc w:val="left"/>
            </w:pPr>
            <w:r>
              <w:rPr>
                <w:sz w:val="16"/>
              </w:rPr>
              <w:t>events per year</w:t>
            </w:r>
          </w:p>
        </w:tc>
        <w:tc>
          <w:tcPr>
            <w:tcW w:type="dxa" w:w="1675"/>
          </w:tcPr>
          <w:p>
            <w:pPr>
              <w:spacing w:after="0"/>
              <w:jc w:val="left"/>
            </w:pPr>
          </w:p>
        </w:tc>
        <w:tc>
          <w:tcPr>
            <w:tcW w:type="dxa" w:w="1037"/>
          </w:tcPr>
          <w:p>
            <w:pPr>
              <w:spacing w:after="0"/>
              <w:jc w:val="left"/>
            </w:pPr>
          </w:p>
        </w:tc>
        <w:tc>
          <w:tcPr>
            <w:tcW w:type="dxa" w:w="1909"/>
          </w:tcPr>
          <w:p>
            <w:pPr>
              <w:spacing w:after="0"/>
              <w:jc w:val="left"/>
            </w:pPr>
          </w:p>
        </w:tc>
        <w:tc>
          <w:tcPr>
            <w:tcW w:type="dxa" w:w="1554"/>
          </w:tcPr>
          <w:p>
            <w:pPr>
              <w:spacing w:after="0"/>
              <w:jc w:val="right"/>
            </w:pPr>
          </w:p>
        </w:tc>
        <w:tc>
          <w:tcPr>
            <w:tcW w:type="dxa" w:w="1626"/>
          </w:tcPr>
          <w:p>
            <w:pPr>
              <w:spacing w:after="0"/>
              <w:jc w:val="left"/>
            </w:pPr>
            <w:r>
              <w:rPr>
                <w:sz w:val="16"/>
              </w:rPr>
              <w:t>1994 to 2023 (30 years)</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6"/>
          </w:tcPr>
          <w:p>
            <w:pPr>
              <w:spacing w:after="0"/>
              <w:jc w:val="right"/>
            </w:pPr>
          </w:p>
        </w:tc>
        <w:tc>
          <w:tcPr>
            <w:tcW w:type="dxa" w:w="1535"/>
          </w:tcPr>
          <w:p>
            <w:pPr>
              <w:spacing w:after="0"/>
              <w:jc w:val="left"/>
            </w:pPr>
            <w:r>
              <w:rPr>
                <w:sz w:val="16"/>
              </w:rPr>
              <w:t>events per year at a location (modeled)</w:t>
            </w:r>
          </w:p>
        </w:tc>
        <w:tc>
          <w:tcPr>
            <w:tcW w:type="dxa" w:w="1675"/>
          </w:tcPr>
          <w:p>
            <w:pPr>
              <w:spacing w:after="0"/>
              <w:jc w:val="left"/>
            </w:pPr>
          </w:p>
        </w:tc>
        <w:tc>
          <w:tcPr>
            <w:tcW w:type="dxa" w:w="1037"/>
          </w:tcPr>
          <w:p>
            <w:pPr>
              <w:spacing w:after="0"/>
              <w:jc w:val="left"/>
            </w:pPr>
          </w:p>
        </w:tc>
        <w:tc>
          <w:tcPr>
            <w:tcW w:type="dxa" w:w="1909"/>
          </w:tcPr>
          <w:p>
            <w:pPr>
              <w:spacing w:after="0"/>
              <w:jc w:val="left"/>
            </w:pP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6"/>
          </w:tcPr>
          <w:p>
            <w:pPr>
              <w:spacing w:after="0"/>
              <w:jc w:val="right"/>
            </w:pPr>
            <w:r>
              <w:rPr>
                <w:sz w:val="16"/>
              </w:rPr>
              <w:t>0.737</w:t>
            </w:r>
          </w:p>
        </w:tc>
        <w:tc>
          <w:tcPr>
            <w:tcW w:type="dxa" w:w="1535"/>
          </w:tcPr>
          <w:p>
            <w:pPr>
              <w:spacing w:after="0"/>
              <w:jc w:val="left"/>
            </w:pPr>
            <w:r>
              <w:rPr>
                <w:sz w:val="16"/>
              </w:rPr>
              <w:t>event-days per year</w:t>
            </w:r>
          </w:p>
        </w:tc>
        <w:tc>
          <w:tcPr>
            <w:tcW w:type="dxa" w:w="1675"/>
          </w:tcPr>
          <w:p>
            <w:pPr>
              <w:spacing w:after="0"/>
              <w:jc w:val="left"/>
            </w:pPr>
            <w:r>
              <w:rPr>
                <w:sz w:val="16"/>
              </w:rPr>
              <w:t>about 0.737 days per year</w:t>
            </w:r>
          </w:p>
        </w:tc>
        <w:tc>
          <w:tcPr>
            <w:tcW w:type="dxa" w:w="1037"/>
          </w:tcPr>
          <w:p>
            <w:pPr>
              <w:spacing w:after="0"/>
              <w:jc w:val="left"/>
            </w:pPr>
            <w:r>
              <w:rPr>
                <w:sz w:val="16"/>
              </w:rPr>
              <w:t>Likely</w:t>
            </w:r>
          </w:p>
        </w:tc>
        <w:tc>
          <w:tcPr>
            <w:tcW w:type="dxa" w:w="1909"/>
          </w:tcPr>
          <w:p>
            <w:pPr>
              <w:spacing w:after="0"/>
              <w:jc w:val="left"/>
            </w:pPr>
            <w:r>
              <w:rPr>
                <w:sz w:val="16"/>
              </w:rPr>
              <w:t>event-days in 3 of 30 years, 1996 to 2025 (10%)</w:t>
            </w:r>
          </w:p>
        </w:tc>
        <w:tc>
          <w:tcPr>
            <w:tcW w:type="dxa" w:w="1554"/>
          </w:tcPr>
          <w:p>
            <w:pPr>
              <w:spacing w:after="0"/>
              <w:jc w:val="right"/>
            </w:pPr>
            <w:r>
              <w:rPr>
                <w:sz w:val="16"/>
              </w:rPr>
              <w:t>14</w:t>
            </w:r>
          </w:p>
        </w:tc>
        <w:tc>
          <w:tcPr>
            <w:tcW w:type="dxa" w:w="1626"/>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6"/>
          </w:tcPr>
          <w:p>
            <w:pPr>
              <w:spacing w:after="0"/>
              <w:jc w:val="right"/>
            </w:pPr>
            <w:r>
              <w:rPr>
                <w:sz w:val="16"/>
              </w:rPr>
              <w:t>55.4</w:t>
            </w:r>
          </w:p>
        </w:tc>
        <w:tc>
          <w:tcPr>
            <w:tcW w:type="dxa" w:w="1535"/>
          </w:tcPr>
          <w:p>
            <w:pPr>
              <w:spacing w:after="0"/>
              <w:jc w:val="left"/>
            </w:pPr>
            <w:r>
              <w:rPr>
                <w:sz w:val="16"/>
              </w:rPr>
              <w:t>event-days per year</w:t>
            </w:r>
          </w:p>
        </w:tc>
        <w:tc>
          <w:tcPr>
            <w:tcW w:type="dxa" w:w="1675"/>
          </w:tcPr>
          <w:p>
            <w:pPr>
              <w:spacing w:after="0"/>
              <w:jc w:val="left"/>
            </w:pPr>
            <w:r>
              <w:rPr>
                <w:sz w:val="16"/>
              </w:rPr>
              <w:t>about 55.4 days per year</w:t>
            </w:r>
          </w:p>
        </w:tc>
        <w:tc>
          <w:tcPr>
            <w:tcW w:type="dxa" w:w="1037"/>
          </w:tcPr>
          <w:p>
            <w:pPr>
              <w:spacing w:after="0"/>
              <w:jc w:val="left"/>
            </w:pPr>
            <w:r>
              <w:rPr>
                <w:sz w:val="16"/>
              </w:rPr>
              <w:t>Likely</w:t>
            </w:r>
          </w:p>
        </w:tc>
        <w:tc>
          <w:tcPr>
            <w:tcW w:type="dxa" w:w="1909"/>
          </w:tcPr>
          <w:p>
            <w:pPr>
              <w:spacing w:after="0"/>
              <w:jc w:val="left"/>
            </w:pPr>
            <w:r>
              <w:rPr>
                <w:sz w:val="16"/>
              </w:rPr>
              <w:t>event-days in 15 of 30 years, 1996 to 2025 (50%)</w:t>
            </w:r>
          </w:p>
        </w:tc>
        <w:tc>
          <w:tcPr>
            <w:tcW w:type="dxa" w:w="1554"/>
          </w:tcPr>
          <w:p>
            <w:pPr>
              <w:spacing w:after="0"/>
              <w:jc w:val="right"/>
            </w:pPr>
            <w:r>
              <w:rPr>
                <w:sz w:val="16"/>
              </w:rPr>
              <w:t>1,400</w:t>
            </w:r>
          </w:p>
        </w:tc>
        <w:tc>
          <w:tcPr>
            <w:tcW w:type="dxa" w:w="16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Earthquake</w:t>
            </w:r>
          </w:p>
        </w:tc>
        <w:tc>
          <w:tcPr>
            <w:tcW w:type="dxa" w:w="1296"/>
          </w:tcPr>
          <w:p>
            <w:pPr>
              <w:spacing w:after="0"/>
              <w:jc w:val="right"/>
            </w:pPr>
            <w:r>
              <w:rPr>
                <w:sz w:val="16"/>
              </w:rPr>
              <w:t>0.000315</w:t>
            </w:r>
          </w:p>
        </w:tc>
        <w:tc>
          <w:tcPr>
            <w:tcW w:type="dxa" w:w="1535"/>
          </w:tcPr>
          <w:p>
            <w:pPr>
              <w:spacing w:after="0"/>
              <w:jc w:val="left"/>
            </w:pPr>
            <w:r>
              <w:rPr>
                <w:sz w:val="16"/>
              </w:rPr>
              <w:t>annual probability at a location</w:t>
            </w:r>
          </w:p>
        </w:tc>
        <w:tc>
          <w:tcPr>
            <w:tcW w:type="dxa" w:w="1675"/>
          </w:tcPr>
          <w:p>
            <w:pPr>
              <w:spacing w:after="0"/>
              <w:jc w:val="left"/>
            </w:pPr>
            <w:r>
              <w:rPr>
                <w:sz w:val="16"/>
              </w:rPr>
              <w:t>chance a given location in the county has at least minor-damage shaking in a year: 0.0315%</w:t>
            </w:r>
          </w:p>
        </w:tc>
        <w:tc>
          <w:tcPr>
            <w:tcW w:type="dxa" w:w="1037"/>
          </w:tcPr>
          <w:p>
            <w:pPr>
              <w:spacing w:after="0"/>
              <w:jc w:val="left"/>
            </w:pPr>
          </w:p>
        </w:tc>
        <w:tc>
          <w:tcPr>
            <w:tcW w:type="dxa" w:w="1909"/>
          </w:tcPr>
          <w:p>
            <w:pPr>
              <w:spacing w:after="0"/>
              <w:jc w:val="left"/>
            </w:pP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6"/>
          </w:tcPr>
          <w:p>
            <w:pPr>
              <w:spacing w:after="0"/>
              <w:jc w:val="right"/>
            </w:pPr>
            <w:r>
              <w:rPr>
                <w:sz w:val="16"/>
              </w:rPr>
              <w:t>4.1</w:t>
            </w:r>
          </w:p>
        </w:tc>
        <w:tc>
          <w:tcPr>
            <w:tcW w:type="dxa" w:w="1535"/>
          </w:tcPr>
          <w:p>
            <w:pPr>
              <w:spacing w:after="0"/>
              <w:jc w:val="left"/>
            </w:pPr>
            <w:r>
              <w:rPr>
                <w:sz w:val="16"/>
              </w:rPr>
              <w:t>events per year</w:t>
            </w:r>
          </w:p>
        </w:tc>
        <w:tc>
          <w:tcPr>
            <w:tcW w:type="dxa" w:w="1675"/>
          </w:tcPr>
          <w:p>
            <w:pPr>
              <w:spacing w:after="0"/>
              <w:jc w:val="left"/>
            </w:pPr>
            <w:r>
              <w:rPr>
                <w:sz w:val="16"/>
              </w:rPr>
              <w:t>about 4.1 per year</w:t>
            </w:r>
          </w:p>
        </w:tc>
        <w:tc>
          <w:tcPr>
            <w:tcW w:type="dxa" w:w="1037"/>
          </w:tcPr>
          <w:p>
            <w:pPr>
              <w:spacing w:after="0"/>
              <w:jc w:val="left"/>
            </w:pPr>
            <w:r>
              <w:rPr>
                <w:sz w:val="16"/>
              </w:rPr>
              <w:t>Highly likely</w:t>
            </w:r>
          </w:p>
        </w:tc>
        <w:tc>
          <w:tcPr>
            <w:tcW w:type="dxa" w:w="1909"/>
          </w:tcPr>
          <w:p>
            <w:pPr>
              <w:spacing w:after="0"/>
              <w:jc w:val="left"/>
            </w:pPr>
            <w:r>
              <w:rPr>
                <w:sz w:val="16"/>
              </w:rPr>
              <w:t>FEMA annualized frequency (modeled)</w:t>
            </w:r>
          </w:p>
        </w:tc>
        <w:tc>
          <w:tcPr>
            <w:tcW w:type="dxa" w:w="1554"/>
          </w:tcPr>
          <w:p>
            <w:pPr>
              <w:spacing w:after="0"/>
              <w:jc w:val="right"/>
            </w:pPr>
            <w:r>
              <w:rPr>
                <w:sz w:val="16"/>
              </w:rPr>
              <w:t>156.0 (modeled)</w:t>
            </w:r>
          </w:p>
        </w:tc>
        <w:tc>
          <w:tcPr>
            <w:tcW w:type="dxa" w:w="1626"/>
          </w:tcPr>
          <w:p>
            <w:pPr>
              <w:spacing w:after="0"/>
              <w:jc w:val="left"/>
            </w:pPr>
            <w:r>
              <w:rPr>
                <w:sz w:val="16"/>
              </w:rPr>
              <w:t>1986 to 2023 (38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Heat Wave</w:t>
            </w:r>
          </w:p>
        </w:tc>
        <w:tc>
          <w:tcPr>
            <w:tcW w:type="dxa" w:w="1296"/>
          </w:tcPr>
          <w:p>
            <w:pPr>
              <w:spacing w:after="0"/>
              <w:jc w:val="right"/>
            </w:pPr>
            <w:r>
              <w:rPr>
                <w:sz w:val="16"/>
              </w:rPr>
              <w:t>9.16</w:t>
            </w:r>
          </w:p>
        </w:tc>
        <w:tc>
          <w:tcPr>
            <w:tcW w:type="dxa" w:w="1535"/>
          </w:tcPr>
          <w:p>
            <w:pPr>
              <w:spacing w:after="0"/>
              <w:jc w:val="left"/>
            </w:pPr>
            <w:r>
              <w:rPr>
                <w:sz w:val="16"/>
              </w:rPr>
              <w:t>event-days per year</w:t>
            </w:r>
          </w:p>
        </w:tc>
        <w:tc>
          <w:tcPr>
            <w:tcW w:type="dxa" w:w="1675"/>
          </w:tcPr>
          <w:p>
            <w:pPr>
              <w:spacing w:after="0"/>
              <w:jc w:val="left"/>
            </w:pPr>
            <w:r>
              <w:rPr>
                <w:sz w:val="16"/>
              </w:rPr>
              <w:t>about 9.16 days per year</w:t>
            </w:r>
          </w:p>
        </w:tc>
        <w:tc>
          <w:tcPr>
            <w:tcW w:type="dxa" w:w="1037"/>
          </w:tcPr>
          <w:p>
            <w:pPr>
              <w:spacing w:after="0"/>
              <w:jc w:val="left"/>
            </w:pPr>
          </w:p>
        </w:tc>
        <w:tc>
          <w:tcPr>
            <w:tcW w:type="dxa" w:w="1909"/>
          </w:tcPr>
          <w:p>
            <w:pPr>
              <w:spacing w:after="0"/>
              <w:jc w:val="left"/>
            </w:pPr>
            <w:r>
              <w:rPr>
                <w:sz w:val="16"/>
              </w:rPr>
              <w:t>event-days in 0 of 30 years, 1996 to 2025 (0%)</w:t>
            </w:r>
          </w:p>
        </w:tc>
        <w:tc>
          <w:tcPr>
            <w:tcW w:type="dxa" w:w="1554"/>
          </w:tcPr>
          <w:p>
            <w:pPr>
              <w:spacing w:after="0"/>
              <w:jc w:val="right"/>
            </w:pPr>
            <w:r>
              <w:rPr>
                <w:sz w:val="16"/>
              </w:rPr>
              <w:t>140</w:t>
            </w:r>
          </w:p>
        </w:tc>
        <w:tc>
          <w:tcPr>
            <w:tcW w:type="dxa" w:w="1626"/>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6"/>
          </w:tcPr>
          <w:p>
            <w:pPr>
              <w:spacing w:after="0"/>
              <w:jc w:val="right"/>
            </w:pPr>
            <w:r>
              <w:rPr>
                <w:sz w:val="16"/>
              </w:rPr>
              <w:t>0.0093</w:t>
            </w:r>
          </w:p>
        </w:tc>
        <w:tc>
          <w:tcPr>
            <w:tcW w:type="dxa" w:w="1535"/>
          </w:tcPr>
          <w:p>
            <w:pPr>
              <w:spacing w:after="0"/>
              <w:jc w:val="left"/>
            </w:pPr>
            <w:r>
              <w:rPr>
                <w:sz w:val="16"/>
              </w:rPr>
              <w:t>events per year</w:t>
            </w:r>
          </w:p>
        </w:tc>
        <w:tc>
          <w:tcPr>
            <w:tcW w:type="dxa" w:w="1675"/>
          </w:tcPr>
          <w:p>
            <w:pPr>
              <w:spacing w:after="0"/>
              <w:jc w:val="left"/>
            </w:pPr>
            <w:r>
              <w:rPr>
                <w:sz w:val="16"/>
              </w:rPr>
              <w:t>about 1 in 107 years</w:t>
            </w:r>
          </w:p>
        </w:tc>
        <w:tc>
          <w:tcPr>
            <w:tcW w:type="dxa" w:w="1037"/>
          </w:tcPr>
          <w:p>
            <w:pPr>
              <w:spacing w:after="0"/>
              <w:jc w:val="left"/>
            </w:pPr>
            <w:r>
              <w:rPr>
                <w:sz w:val="16"/>
              </w:rPr>
              <w:t>Unlikely</w:t>
            </w:r>
          </w:p>
        </w:tc>
        <w:tc>
          <w:tcPr>
            <w:tcW w:type="dxa" w:w="1909"/>
          </w:tcPr>
          <w:p>
            <w:pPr>
              <w:spacing w:after="0"/>
              <w:jc w:val="left"/>
            </w:pPr>
            <w:r>
              <w:rPr>
                <w:sz w:val="16"/>
              </w:rPr>
              <w:t>FEMA annualized frequency (modeled)</w:t>
            </w:r>
          </w:p>
        </w:tc>
        <w:tc>
          <w:tcPr>
            <w:tcW w:type="dxa" w:w="1554"/>
          </w:tcPr>
          <w:p>
            <w:pPr>
              <w:spacing w:after="0"/>
              <w:jc w:val="right"/>
            </w:pPr>
            <w:r>
              <w:rPr>
                <w:sz w:val="16"/>
              </w:rPr>
              <w:t>4</w:t>
            </w:r>
          </w:p>
        </w:tc>
        <w:tc>
          <w:tcPr>
            <w:tcW w:type="dxa" w:w="1626"/>
          </w:tcPr>
          <w:p>
            <w:pPr>
              <w:spacing w:after="0"/>
              <w:jc w:val="left"/>
            </w:pPr>
            <w:r>
              <w:rPr>
                <w:sz w:val="16"/>
              </w:rPr>
              <w:t>1851 to 2024 (Atlantic)</w:t>
            </w:r>
          </w:p>
        </w:tc>
        <w:tc>
          <w:tcPr>
            <w:tcW w:type="dxa" w:w="1037"/>
          </w:tcPr>
          <w:p>
            <w:pPr>
              <w:spacing w:after="0"/>
              <w:jc w:val="left"/>
            </w:pPr>
            <w:r>
              <w:rPr>
                <w:sz w:val="16"/>
              </w:rPr>
              <w:t>see B1-f</w:t>
            </w:r>
          </w:p>
        </w:tc>
        <w:tc>
          <w:tcPr>
            <w:tcW w:type="dxa" w:w="140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6"/>
          </w:tcPr>
          <w:p>
            <w:pPr>
              <w:spacing w:after="0"/>
              <w:jc w:val="right"/>
            </w:pPr>
            <w:r>
              <w:rPr>
                <w:sz w:val="16"/>
              </w:rPr>
              <w:t>0.163</w:t>
            </w:r>
          </w:p>
        </w:tc>
        <w:tc>
          <w:tcPr>
            <w:tcW w:type="dxa" w:w="1535"/>
          </w:tcPr>
          <w:p>
            <w:pPr>
              <w:spacing w:after="0"/>
              <w:jc w:val="left"/>
            </w:pPr>
            <w:r>
              <w:rPr>
                <w:sz w:val="16"/>
              </w:rPr>
              <w:t>event-days per year</w:t>
            </w:r>
          </w:p>
        </w:tc>
        <w:tc>
          <w:tcPr>
            <w:tcW w:type="dxa" w:w="1675"/>
          </w:tcPr>
          <w:p>
            <w:pPr>
              <w:spacing w:after="0"/>
              <w:jc w:val="left"/>
            </w:pPr>
            <w:r>
              <w:rPr>
                <w:sz w:val="16"/>
              </w:rPr>
              <w:t>about 0.163 days per year</w:t>
            </w:r>
          </w:p>
        </w:tc>
        <w:tc>
          <w:tcPr>
            <w:tcW w:type="dxa" w:w="1037"/>
          </w:tcPr>
          <w:p>
            <w:pPr>
              <w:spacing w:after="0"/>
              <w:jc w:val="left"/>
            </w:pPr>
            <w:r>
              <w:rPr>
                <w:sz w:val="16"/>
              </w:rPr>
              <w:t>Likely</w:t>
            </w:r>
          </w:p>
        </w:tc>
        <w:tc>
          <w:tcPr>
            <w:tcW w:type="dxa" w:w="1909"/>
          </w:tcPr>
          <w:p>
            <w:pPr>
              <w:spacing w:after="0"/>
              <w:jc w:val="left"/>
            </w:pPr>
            <w:r>
              <w:rPr>
                <w:sz w:val="16"/>
              </w:rPr>
              <w:t>event-days in 6 of 30 years, 1996 to 2025 (20%)</w:t>
            </w:r>
          </w:p>
        </w:tc>
        <w:tc>
          <w:tcPr>
            <w:tcW w:type="dxa" w:w="1554"/>
          </w:tcPr>
          <w:p>
            <w:pPr>
              <w:spacing w:after="0"/>
              <w:jc w:val="right"/>
            </w:pPr>
            <w:r>
              <w:rPr>
                <w:sz w:val="16"/>
              </w:rPr>
              <w:t>11</w:t>
            </w:r>
          </w:p>
        </w:tc>
        <w:tc>
          <w:tcPr>
            <w:tcW w:type="dxa" w:w="1626"/>
          </w:tcPr>
          <w:p>
            <w:pPr>
              <w:spacing w:after="0"/>
              <w:jc w:val="left"/>
            </w:pPr>
            <w:r>
              <w:rPr>
                <w:sz w:val="16"/>
              </w:rPr>
              <w:t>1946-12-31 to 2014-02-12 (67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Inland Flooding</w:t>
            </w:r>
          </w:p>
        </w:tc>
        <w:tc>
          <w:tcPr>
            <w:tcW w:type="dxa" w:w="1296"/>
          </w:tcPr>
          <w:p>
            <w:pPr>
              <w:spacing w:after="0"/>
              <w:jc w:val="right"/>
            </w:pPr>
            <w:r>
              <w:rPr>
                <w:sz w:val="16"/>
              </w:rPr>
              <w:t>0.357</w:t>
            </w:r>
          </w:p>
        </w:tc>
        <w:tc>
          <w:tcPr>
            <w:tcW w:type="dxa" w:w="1535"/>
          </w:tcPr>
          <w:p>
            <w:pPr>
              <w:spacing w:after="0"/>
              <w:jc w:val="left"/>
            </w:pPr>
            <w:r>
              <w:rPr>
                <w:sz w:val="16"/>
              </w:rPr>
              <w:t>event-days per year</w:t>
            </w:r>
          </w:p>
        </w:tc>
        <w:tc>
          <w:tcPr>
            <w:tcW w:type="dxa" w:w="1675"/>
          </w:tcPr>
          <w:p>
            <w:pPr>
              <w:spacing w:after="0"/>
              <w:jc w:val="left"/>
            </w:pPr>
            <w:r>
              <w:rPr>
                <w:sz w:val="16"/>
              </w:rPr>
              <w:t>about 0.357 days per year</w:t>
            </w:r>
          </w:p>
        </w:tc>
        <w:tc>
          <w:tcPr>
            <w:tcW w:type="dxa" w:w="1037"/>
          </w:tcPr>
          <w:p>
            <w:pPr>
              <w:spacing w:after="0"/>
              <w:jc w:val="left"/>
            </w:pPr>
            <w:r>
              <w:rPr>
                <w:sz w:val="16"/>
              </w:rPr>
              <w:t>Likely</w:t>
            </w:r>
          </w:p>
        </w:tc>
        <w:tc>
          <w:tcPr>
            <w:tcW w:type="dxa" w:w="1909"/>
          </w:tcPr>
          <w:p>
            <w:pPr>
              <w:spacing w:after="0"/>
              <w:jc w:val="left"/>
            </w:pPr>
            <w:r>
              <w:rPr>
                <w:sz w:val="16"/>
              </w:rPr>
              <w:t>event-days in 10 of 30 years, 1996 to 2025 (33.3%)</w:t>
            </w:r>
          </w:p>
        </w:tc>
        <w:tc>
          <w:tcPr>
            <w:tcW w:type="dxa" w:w="1554"/>
          </w:tcPr>
          <w:p>
            <w:pPr>
              <w:spacing w:after="0"/>
              <w:jc w:val="right"/>
            </w:pPr>
            <w:r>
              <w:rPr>
                <w:sz w:val="16"/>
              </w:rPr>
              <w:t>10</w:t>
            </w:r>
          </w:p>
        </w:tc>
        <w:tc>
          <w:tcPr>
            <w:tcW w:type="dxa" w:w="1626"/>
          </w:tcPr>
          <w:p>
            <w:pPr>
              <w:spacing w:after="0"/>
              <w:jc w:val="left"/>
            </w:pPr>
            <w:r>
              <w:rPr>
                <w:sz w:val="16"/>
              </w:rPr>
              <w:t>1996 to 2023 (28 years)</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Landslide</w:t>
            </w:r>
          </w:p>
        </w:tc>
        <w:tc>
          <w:tcPr>
            <w:tcW w:type="dxa" w:w="1296"/>
          </w:tcPr>
          <w:p>
            <w:pPr>
              <w:spacing w:after="0"/>
              <w:jc w:val="right"/>
            </w:pPr>
            <w:r>
              <w:rPr>
                <w:sz w:val="16"/>
              </w:rPr>
              <w:t>0.0951</w:t>
            </w:r>
          </w:p>
        </w:tc>
        <w:tc>
          <w:tcPr>
            <w:tcW w:type="dxa" w:w="1535"/>
          </w:tcPr>
          <w:p>
            <w:pPr>
              <w:spacing w:after="0"/>
              <w:jc w:val="left"/>
            </w:pPr>
            <w:r>
              <w:rPr>
                <w:sz w:val="16"/>
              </w:rPr>
              <w:t>events per year (modeled)</w:t>
            </w:r>
          </w:p>
        </w:tc>
        <w:tc>
          <w:tcPr>
            <w:tcW w:type="dxa" w:w="1675"/>
          </w:tcPr>
          <w:p>
            <w:pPr>
              <w:spacing w:after="0"/>
              <w:jc w:val="left"/>
            </w:pPr>
            <w:r>
              <w:rPr>
                <w:sz w:val="16"/>
              </w:rPr>
              <w:t>about 1 in 11 years</w:t>
            </w:r>
          </w:p>
        </w:tc>
        <w:tc>
          <w:tcPr>
            <w:tcW w:type="dxa" w:w="1037"/>
          </w:tcPr>
          <w:p>
            <w:pPr>
              <w:spacing w:after="0"/>
              <w:jc w:val="left"/>
            </w:pPr>
            <w:r>
              <w:rPr>
                <w:sz w:val="16"/>
              </w:rPr>
              <w:t>Possible</w:t>
            </w:r>
          </w:p>
        </w:tc>
        <w:tc>
          <w:tcPr>
            <w:tcW w:type="dxa" w:w="1909"/>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Lightning</w:t>
            </w:r>
          </w:p>
        </w:tc>
        <w:tc>
          <w:tcPr>
            <w:tcW w:type="dxa" w:w="1296"/>
          </w:tcPr>
          <w:p>
            <w:pPr>
              <w:spacing w:after="0"/>
              <w:jc w:val="right"/>
            </w:pPr>
            <w:r>
              <w:rPr>
                <w:sz w:val="16"/>
              </w:rPr>
              <w:t>46.2</w:t>
            </w:r>
          </w:p>
        </w:tc>
        <w:tc>
          <w:tcPr>
            <w:tcW w:type="dxa" w:w="1535"/>
          </w:tcPr>
          <w:p>
            <w:pPr>
              <w:spacing w:after="0"/>
              <w:jc w:val="left"/>
            </w:pPr>
            <w:r>
              <w:rPr>
                <w:sz w:val="16"/>
              </w:rPr>
              <w:t>days per year with a strike</w:t>
            </w:r>
          </w:p>
        </w:tc>
        <w:tc>
          <w:tcPr>
            <w:tcW w:type="dxa" w:w="1675"/>
          </w:tcPr>
          <w:p>
            <w:pPr>
              <w:spacing w:after="0"/>
              <w:jc w:val="left"/>
            </w:pPr>
            <w:r>
              <w:rPr>
                <w:sz w:val="16"/>
              </w:rPr>
              <w:t>about 46.2 days per year</w:t>
            </w:r>
          </w:p>
        </w:tc>
        <w:tc>
          <w:tcPr>
            <w:tcW w:type="dxa" w:w="1037"/>
          </w:tcPr>
          <w:p>
            <w:pPr>
              <w:spacing w:after="0"/>
              <w:jc w:val="left"/>
            </w:pPr>
            <w:r>
              <w:rPr>
                <w:sz w:val="16"/>
              </w:rPr>
              <w:t>Highly likely</w:t>
            </w:r>
          </w:p>
        </w:tc>
        <w:tc>
          <w:tcPr>
            <w:tcW w:type="dxa" w:w="1909"/>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6"/>
          </w:tcPr>
          <w:p>
            <w:pPr>
              <w:spacing w:after="0"/>
              <w:jc w:val="left"/>
            </w:pPr>
            <w:r>
              <w:rPr>
                <w:sz w:val="16"/>
              </w:rPr>
              <w:t>1995 to 2023 (29 years; CONUS)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Strong Wind</w:t>
            </w:r>
          </w:p>
        </w:tc>
        <w:tc>
          <w:tcPr>
            <w:tcW w:type="dxa" w:w="1296"/>
          </w:tcPr>
          <w:p>
            <w:pPr>
              <w:spacing w:after="0"/>
              <w:jc w:val="right"/>
            </w:pPr>
            <w:r>
              <w:rPr>
                <w:sz w:val="16"/>
              </w:rPr>
              <w:t>1.49</w:t>
            </w:r>
          </w:p>
        </w:tc>
        <w:tc>
          <w:tcPr>
            <w:tcW w:type="dxa" w:w="1535"/>
          </w:tcPr>
          <w:p>
            <w:pPr>
              <w:spacing w:after="0"/>
              <w:jc w:val="left"/>
            </w:pPr>
            <w:r>
              <w:rPr>
                <w:sz w:val="16"/>
              </w:rPr>
              <w:t>events per year</w:t>
            </w:r>
          </w:p>
        </w:tc>
        <w:tc>
          <w:tcPr>
            <w:tcW w:type="dxa" w:w="1675"/>
          </w:tcPr>
          <w:p>
            <w:pPr>
              <w:spacing w:after="0"/>
              <w:jc w:val="left"/>
            </w:pPr>
            <w:r>
              <w:rPr>
                <w:sz w:val="16"/>
              </w:rPr>
              <w:t>about 1.49 per year</w:t>
            </w:r>
          </w:p>
        </w:tc>
        <w:tc>
          <w:tcPr>
            <w:tcW w:type="dxa" w:w="1037"/>
          </w:tcPr>
          <w:p>
            <w:pPr>
              <w:spacing w:after="0"/>
              <w:jc w:val="left"/>
            </w:pPr>
            <w:r>
              <w:rPr>
                <w:sz w:val="16"/>
              </w:rPr>
              <w:t>Highly likely</w:t>
            </w:r>
          </w:p>
        </w:tc>
        <w:tc>
          <w:tcPr>
            <w:tcW w:type="dxa" w:w="1909"/>
          </w:tcPr>
          <w:p>
            <w:pPr>
              <w:spacing w:after="0"/>
              <w:jc w:val="left"/>
            </w:pPr>
            <w:r>
              <w:rPr>
                <w:sz w:val="16"/>
              </w:rPr>
              <w:t>FEMA annualized frequency (modeled)</w:t>
            </w:r>
          </w:p>
        </w:tc>
        <w:tc>
          <w:tcPr>
            <w:tcW w:type="dxa" w:w="1554"/>
          </w:tcPr>
          <w:p>
            <w:pPr>
              <w:spacing w:after="0"/>
              <w:jc w:val="right"/>
            </w:pPr>
            <w:r>
              <w:rPr>
                <w:sz w:val="16"/>
              </w:rPr>
              <w:t>57</w:t>
            </w:r>
          </w:p>
        </w:tc>
        <w:tc>
          <w:tcPr>
            <w:tcW w:type="dxa" w:w="1626"/>
          </w:tcPr>
          <w:p>
            <w:pPr>
              <w:spacing w:after="0"/>
              <w:jc w:val="left"/>
            </w:pPr>
            <w:r>
              <w:rPr>
                <w:sz w:val="16"/>
              </w:rPr>
              <w:t>1986 to 2023 (38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Tornado</w:t>
            </w:r>
          </w:p>
        </w:tc>
        <w:tc>
          <w:tcPr>
            <w:tcW w:type="dxa" w:w="1296"/>
          </w:tcPr>
          <w:p>
            <w:pPr>
              <w:spacing w:after="0"/>
              <w:jc w:val="right"/>
            </w:pPr>
            <w:r>
              <w:rPr>
                <w:sz w:val="16"/>
              </w:rPr>
              <w:t>0.406</w:t>
            </w:r>
          </w:p>
        </w:tc>
        <w:tc>
          <w:tcPr>
            <w:tcW w:type="dxa" w:w="1535"/>
          </w:tcPr>
          <w:p>
            <w:pPr>
              <w:spacing w:after="0"/>
              <w:jc w:val="left"/>
            </w:pPr>
            <w:r>
              <w:rPr>
                <w:sz w:val="16"/>
              </w:rPr>
              <w:t>events per year</w:t>
            </w:r>
          </w:p>
        </w:tc>
        <w:tc>
          <w:tcPr>
            <w:tcW w:type="dxa" w:w="1675"/>
          </w:tcPr>
          <w:p>
            <w:pPr>
              <w:spacing w:after="0"/>
              <w:jc w:val="left"/>
            </w:pPr>
            <w:r>
              <w:rPr>
                <w:sz w:val="16"/>
              </w:rPr>
              <w:t>about 1 in 2 years</w:t>
            </w:r>
          </w:p>
        </w:tc>
        <w:tc>
          <w:tcPr>
            <w:tcW w:type="dxa" w:w="1037"/>
          </w:tcPr>
          <w:p>
            <w:pPr>
              <w:spacing w:after="0"/>
              <w:jc w:val="left"/>
            </w:pPr>
            <w:r>
              <w:rPr>
                <w:sz w:val="16"/>
              </w:rPr>
              <w:t>Likely</w:t>
            </w:r>
          </w:p>
        </w:tc>
        <w:tc>
          <w:tcPr>
            <w:tcW w:type="dxa" w:w="1909"/>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6"/>
          </w:tcPr>
          <w:p>
            <w:pPr>
              <w:spacing w:after="0"/>
              <w:jc w:val="left"/>
            </w:pPr>
            <w:r>
              <w:rPr>
                <w:sz w:val="16"/>
              </w:rPr>
              <w:t>1950 to 2023 (EF2+); 1986 to 2023 (EF0-1)</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Tsunami</w:t>
            </w:r>
          </w:p>
        </w:tc>
        <w:tc>
          <w:tcPr>
            <w:tcW w:type="dxa" w:w="1296"/>
          </w:tcPr>
          <w:p>
            <w:pPr>
              <w:spacing w:after="0"/>
              <w:jc w:val="right"/>
            </w:pPr>
          </w:p>
        </w:tc>
        <w:tc>
          <w:tcPr>
            <w:tcW w:type="dxa" w:w="1535"/>
          </w:tcPr>
          <w:p>
            <w:pPr>
              <w:spacing w:after="0"/>
              <w:jc w:val="left"/>
            </w:pPr>
            <w:r>
              <w:rPr>
                <w:sz w:val="16"/>
              </w:rPr>
              <w:t>annual probability at the most exposed location (used in place of a county value)</w:t>
            </w:r>
          </w:p>
        </w:tc>
        <w:tc>
          <w:tcPr>
            <w:tcW w:type="dxa" w:w="1675"/>
          </w:tcPr>
          <w:p>
            <w:pPr>
              <w:spacing w:after="0"/>
              <w:jc w:val="left"/>
            </w:pPr>
          </w:p>
        </w:tc>
        <w:tc>
          <w:tcPr>
            <w:tcW w:type="dxa" w:w="1037"/>
          </w:tcPr>
          <w:p>
            <w:pPr>
              <w:spacing w:after="0"/>
              <w:jc w:val="left"/>
            </w:pPr>
          </w:p>
        </w:tc>
        <w:tc>
          <w:tcPr>
            <w:tcW w:type="dxa" w:w="1909"/>
          </w:tcPr>
          <w:p>
            <w:pPr>
              <w:spacing w:after="0"/>
              <w:jc w:val="left"/>
            </w:pP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6"/>
          </w:tcPr>
          <w:p>
            <w:pPr>
              <w:spacing w:after="0"/>
              <w:jc w:val="right"/>
            </w:pPr>
          </w:p>
        </w:tc>
        <w:tc>
          <w:tcPr>
            <w:tcW w:type="dxa" w:w="1535"/>
          </w:tcPr>
          <w:p>
            <w:pPr>
              <w:spacing w:after="0"/>
              <w:jc w:val="left"/>
            </w:pPr>
            <w:r>
              <w:rPr>
                <w:sz w:val="16"/>
              </w:rPr>
              <w:t>annual probability</w:t>
            </w:r>
          </w:p>
        </w:tc>
        <w:tc>
          <w:tcPr>
            <w:tcW w:type="dxa" w:w="1675"/>
          </w:tcPr>
          <w:p>
            <w:pPr>
              <w:spacing w:after="0"/>
              <w:jc w:val="left"/>
            </w:pPr>
          </w:p>
        </w:tc>
        <w:tc>
          <w:tcPr>
            <w:tcW w:type="dxa" w:w="1037"/>
          </w:tcPr>
          <w:p>
            <w:pPr>
              <w:spacing w:after="0"/>
              <w:jc w:val="left"/>
            </w:pPr>
          </w:p>
        </w:tc>
        <w:tc>
          <w:tcPr>
            <w:tcW w:type="dxa" w:w="1909"/>
          </w:tcPr>
          <w:p>
            <w:pPr>
              <w:spacing w:after="0"/>
              <w:jc w:val="left"/>
            </w:pP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6"/>
          </w:tcPr>
          <w:p>
            <w:pPr>
              <w:spacing w:after="0"/>
              <w:jc w:val="right"/>
            </w:pPr>
            <w:r>
              <w:rPr>
                <w:sz w:val="16"/>
              </w:rPr>
              <w:t>0.00203</w:t>
            </w:r>
          </w:p>
        </w:tc>
        <w:tc>
          <w:tcPr>
            <w:tcW w:type="dxa" w:w="1535"/>
          </w:tcPr>
          <w:p>
            <w:pPr>
              <w:spacing w:after="0"/>
              <w:jc w:val="left"/>
            </w:pPr>
            <w:r>
              <w:rPr>
                <w:sz w:val="16"/>
              </w:rPr>
              <w:t>annual probability at a location</w:t>
            </w:r>
          </w:p>
        </w:tc>
        <w:tc>
          <w:tcPr>
            <w:tcW w:type="dxa" w:w="1675"/>
          </w:tcPr>
          <w:p>
            <w:pPr>
              <w:spacing w:after="0"/>
              <w:jc w:val="left"/>
            </w:pPr>
            <w:r>
              <w:rPr>
                <w:sz w:val="16"/>
              </w:rPr>
              <w:t>chance a given location in the county burns in a year: 0.203%</w:t>
            </w:r>
          </w:p>
        </w:tc>
        <w:tc>
          <w:tcPr>
            <w:tcW w:type="dxa" w:w="1037"/>
          </w:tcPr>
          <w:p>
            <w:pPr>
              <w:spacing w:after="0"/>
              <w:jc w:val="left"/>
            </w:pPr>
            <w:r>
              <w:rPr>
                <w:sz w:val="16"/>
              </w:rPr>
              <w:t>Possible</w:t>
            </w:r>
          </w:p>
        </w:tc>
        <w:tc>
          <w:tcPr>
            <w:tcW w:type="dxa" w:w="1909"/>
          </w:tcPr>
          <w:p>
            <w:pPr>
              <w:spacing w:after="0"/>
              <w:jc w:val="left"/>
            </w:pPr>
            <w:r>
              <w:rPr>
                <w:sz w:val="16"/>
              </w:rPr>
              <w:t>Storm Events records in 2 of 30 years, 1996 to 2025 (6.67%)</w:t>
            </w: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6"/>
          </w:tcPr>
          <w:p>
            <w:pPr>
              <w:spacing w:after="0"/>
              <w:jc w:val="right"/>
            </w:pPr>
            <w:r>
              <w:rPr>
                <w:sz w:val="16"/>
              </w:rPr>
              <w:t>4.26</w:t>
            </w:r>
          </w:p>
        </w:tc>
        <w:tc>
          <w:tcPr>
            <w:tcW w:type="dxa" w:w="1535"/>
          </w:tcPr>
          <w:p>
            <w:pPr>
              <w:spacing w:after="0"/>
              <w:jc w:val="left"/>
            </w:pPr>
            <w:r>
              <w:rPr>
                <w:sz w:val="16"/>
              </w:rPr>
              <w:t>event-days per year</w:t>
            </w:r>
          </w:p>
        </w:tc>
        <w:tc>
          <w:tcPr>
            <w:tcW w:type="dxa" w:w="1675"/>
          </w:tcPr>
          <w:p>
            <w:pPr>
              <w:spacing w:after="0"/>
              <w:jc w:val="left"/>
            </w:pPr>
            <w:r>
              <w:rPr>
                <w:sz w:val="16"/>
              </w:rPr>
              <w:t>about 4.26 days per year</w:t>
            </w:r>
          </w:p>
        </w:tc>
        <w:tc>
          <w:tcPr>
            <w:tcW w:type="dxa" w:w="1037"/>
          </w:tcPr>
          <w:p>
            <w:pPr>
              <w:spacing w:after="0"/>
              <w:jc w:val="left"/>
            </w:pPr>
            <w:r>
              <w:rPr>
                <w:sz w:val="16"/>
              </w:rPr>
              <w:t>Likely</w:t>
            </w:r>
          </w:p>
        </w:tc>
        <w:tc>
          <w:tcPr>
            <w:tcW w:type="dxa" w:w="1909"/>
          </w:tcPr>
          <w:p>
            <w:pPr>
              <w:spacing w:after="0"/>
              <w:jc w:val="left"/>
            </w:pPr>
            <w:r>
              <w:rPr>
                <w:sz w:val="16"/>
              </w:rPr>
              <w:t>event-days in 18 of 30 years, 1996 to 2025 (60%)</w:t>
            </w:r>
          </w:p>
        </w:tc>
        <w:tc>
          <w:tcPr>
            <w:tcW w:type="dxa" w:w="1554"/>
          </w:tcPr>
          <w:p>
            <w:pPr>
              <w:spacing w:after="0"/>
              <w:jc w:val="right"/>
            </w:pPr>
            <w:r>
              <w:rPr>
                <w:sz w:val="16"/>
              </w:rPr>
              <w:t>81</w:t>
            </w:r>
          </w:p>
        </w:tc>
        <w:tc>
          <w:tcPr>
            <w:tcW w:type="dxa" w:w="1626"/>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50.3</w:t>
            </w:r>
          </w:p>
        </w:tc>
        <w:tc>
          <w:tcPr>
            <w:tcW w:type="dxa" w:w="766"/>
          </w:tcPr>
          <w:p>
            <w:pPr>
              <w:spacing w:after="0"/>
              <w:jc w:val="right"/>
            </w:pPr>
            <w:r>
              <w:rPr>
                <w:sz w:val="16"/>
              </w:rPr>
              <w:t>50.3</w:t>
            </w:r>
          </w:p>
        </w:tc>
        <w:tc>
          <w:tcPr>
            <w:tcW w:type="dxa" w:w="730"/>
          </w:tcPr>
          <w:p>
            <w:pPr>
              <w:spacing w:after="0"/>
              <w:jc w:val="right"/>
            </w:pPr>
            <w:r>
              <w:rPr>
                <w:sz w:val="16"/>
              </w:rPr>
              <w:t>50.3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52%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13.7</w:t>
            </w:r>
          </w:p>
        </w:tc>
        <w:tc>
          <w:tcPr>
            <w:tcW w:type="dxa" w:w="766"/>
          </w:tcPr>
          <w:p>
            <w:pPr>
              <w:spacing w:after="0"/>
              <w:jc w:val="right"/>
            </w:pPr>
            <w:r>
              <w:rPr>
                <w:sz w:val="16"/>
              </w:rPr>
              <w:t>13.7</w:t>
            </w:r>
          </w:p>
        </w:tc>
        <w:tc>
          <w:tcPr>
            <w:tcW w:type="dxa" w:w="730"/>
          </w:tcPr>
          <w:p>
            <w:pPr>
              <w:spacing w:after="0"/>
              <w:jc w:val="right"/>
            </w:pPr>
            <w:r>
              <w:rPr>
                <w:sz w:val="16"/>
              </w:rPr>
              <w:t>13.7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97.7</w:t>
            </w:r>
          </w:p>
        </w:tc>
        <w:tc>
          <w:tcPr>
            <w:tcW w:type="dxa" w:w="766"/>
          </w:tcPr>
          <w:p>
            <w:pPr>
              <w:spacing w:after="0"/>
              <w:jc w:val="right"/>
            </w:pPr>
            <w:r>
              <w:rPr>
                <w:sz w:val="16"/>
              </w:rPr>
              <w:t>97.7</w:t>
            </w:r>
          </w:p>
        </w:tc>
        <w:tc>
          <w:tcPr>
            <w:tcW w:type="dxa" w:w="730"/>
          </w:tcPr>
          <w:p>
            <w:pPr>
              <w:spacing w:after="0"/>
              <w:jc w:val="right"/>
            </w:pPr>
            <w:r>
              <w:rPr>
                <w:sz w:val="16"/>
              </w:rPr>
              <w:t>97.7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59.6</w:t>
            </w:r>
          </w:p>
        </w:tc>
        <w:tc>
          <w:tcPr>
            <w:tcW w:type="dxa" w:w="766"/>
          </w:tcPr>
          <w:p>
            <w:pPr>
              <w:spacing w:after="0"/>
              <w:jc w:val="right"/>
            </w:pPr>
            <w:r>
              <w:rPr>
                <w:sz w:val="16"/>
              </w:rPr>
              <w:t>59.6</w:t>
            </w:r>
          </w:p>
        </w:tc>
        <w:tc>
          <w:tcPr>
            <w:tcW w:type="dxa" w:w="730"/>
          </w:tcPr>
          <w:p>
            <w:pPr>
              <w:spacing w:after="0"/>
              <w:jc w:val="right"/>
            </w:pPr>
            <w:r>
              <w:rPr>
                <w:sz w:val="16"/>
              </w:rPr>
              <w:t>59.6</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53.5</w:t>
            </w:r>
          </w:p>
        </w:tc>
        <w:tc>
          <w:tcPr>
            <w:tcW w:type="dxa" w:w="766"/>
          </w:tcPr>
          <w:p>
            <w:pPr>
              <w:spacing w:after="0"/>
              <w:jc w:val="right"/>
            </w:pPr>
            <w:r>
              <w:rPr>
                <w:sz w:val="16"/>
              </w:rPr>
              <w:t>53.5</w:t>
            </w:r>
          </w:p>
        </w:tc>
        <w:tc>
          <w:tcPr>
            <w:tcW w:type="dxa" w:w="730"/>
          </w:tcPr>
          <w:p>
            <w:pPr>
              <w:spacing w:after="0"/>
              <w:jc w:val="right"/>
            </w:pPr>
            <w:r>
              <w:rPr>
                <w:sz w:val="16"/>
              </w:rPr>
              <w:t>53.5</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12.1</w:t>
            </w:r>
          </w:p>
        </w:tc>
        <w:tc>
          <w:tcPr>
            <w:tcW w:type="dxa" w:w="766"/>
          </w:tcPr>
          <w:p>
            <w:pPr>
              <w:spacing w:after="0"/>
              <w:jc w:val="right"/>
            </w:pPr>
            <w:r>
              <w:rPr>
                <w:sz w:val="16"/>
              </w:rPr>
              <w:t>12.1</w:t>
            </w:r>
          </w:p>
        </w:tc>
        <w:tc>
          <w:tcPr>
            <w:tcW w:type="dxa" w:w="730"/>
          </w:tcPr>
          <w:p>
            <w:pPr>
              <w:spacing w:after="0"/>
              <w:jc w:val="right"/>
            </w:pPr>
            <w:r>
              <w:rPr>
                <w:sz w:val="16"/>
              </w:rPr>
              <w:t>12.1</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56.1</w:t>
            </w:r>
          </w:p>
        </w:tc>
        <w:tc>
          <w:tcPr>
            <w:tcW w:type="dxa" w:w="766"/>
          </w:tcPr>
          <w:p>
            <w:pPr>
              <w:spacing w:after="0"/>
              <w:jc w:val="right"/>
            </w:pPr>
            <w:r>
              <w:rPr>
                <w:sz w:val="16"/>
              </w:rPr>
              <w:t>56.1</w:t>
            </w:r>
          </w:p>
        </w:tc>
        <w:tc>
          <w:tcPr>
            <w:tcW w:type="dxa" w:w="730"/>
          </w:tcPr>
          <w:p>
            <w:pPr>
              <w:spacing w:after="0"/>
              <w:jc w:val="right"/>
            </w:pPr>
            <w:r>
              <w:rPr>
                <w:sz w:val="16"/>
              </w:rPr>
              <w:t>56.1</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51.4</w:t>
            </w:r>
          </w:p>
        </w:tc>
        <w:tc>
          <w:tcPr>
            <w:tcW w:type="dxa" w:w="766"/>
          </w:tcPr>
          <w:p>
            <w:pPr>
              <w:spacing w:after="0"/>
              <w:jc w:val="right"/>
            </w:pPr>
            <w:r>
              <w:rPr>
                <w:sz w:val="16"/>
              </w:rPr>
              <w:t>51.4</w:t>
            </w:r>
          </w:p>
        </w:tc>
        <w:tc>
          <w:tcPr>
            <w:tcW w:type="dxa" w:w="730"/>
          </w:tcPr>
          <w:p>
            <w:pPr>
              <w:spacing w:after="0"/>
              <w:jc w:val="right"/>
            </w:pPr>
            <w:r>
              <w:rPr>
                <w:sz w:val="16"/>
              </w:rPr>
              <w:t>51.4</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94.9</w:t>
            </w:r>
          </w:p>
        </w:tc>
        <w:tc>
          <w:tcPr>
            <w:tcW w:type="dxa" w:w="766"/>
          </w:tcPr>
          <w:p>
            <w:pPr>
              <w:spacing w:after="0"/>
              <w:jc w:val="right"/>
            </w:pPr>
            <w:r>
              <w:rPr>
                <w:sz w:val="16"/>
              </w:rPr>
              <w:t>94.9</w:t>
            </w:r>
          </w:p>
        </w:tc>
        <w:tc>
          <w:tcPr>
            <w:tcW w:type="dxa" w:w="730"/>
          </w:tcPr>
          <w:p>
            <w:pPr>
              <w:spacing w:after="0"/>
              <w:jc w:val="right"/>
            </w:pPr>
            <w:r>
              <w:rPr>
                <w:sz w:val="16"/>
              </w:rPr>
              <w:t>94.9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92.1</w:t>
            </w:r>
          </w:p>
        </w:tc>
        <w:tc>
          <w:tcPr>
            <w:tcW w:type="dxa" w:w="766"/>
          </w:tcPr>
          <w:p>
            <w:pPr>
              <w:spacing w:after="0"/>
              <w:jc w:val="right"/>
            </w:pPr>
            <w:r>
              <w:rPr>
                <w:sz w:val="16"/>
              </w:rPr>
              <w:t>92.1</w:t>
            </w:r>
          </w:p>
        </w:tc>
        <w:tc>
          <w:tcPr>
            <w:tcW w:type="dxa" w:w="730"/>
          </w:tcPr>
          <w:p>
            <w:pPr>
              <w:spacing w:after="0"/>
              <w:jc w:val="right"/>
            </w:pPr>
            <w:r>
              <w:rPr>
                <w:sz w:val="16"/>
              </w:rPr>
              <w:t>92.1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76.7</w:t>
            </w:r>
          </w:p>
        </w:tc>
        <w:tc>
          <w:tcPr>
            <w:tcW w:type="dxa" w:w="766"/>
          </w:tcPr>
          <w:p>
            <w:pPr>
              <w:spacing w:after="0"/>
              <w:jc w:val="right"/>
            </w:pPr>
            <w:r>
              <w:rPr>
                <w:sz w:val="16"/>
              </w:rPr>
              <w:t>76.7</w:t>
            </w:r>
          </w:p>
        </w:tc>
        <w:tc>
          <w:tcPr>
            <w:tcW w:type="dxa" w:w="730"/>
          </w:tcPr>
          <w:p>
            <w:pPr>
              <w:spacing w:after="0"/>
              <w:jc w:val="right"/>
            </w:pPr>
            <w:r>
              <w:rPr>
                <w:sz w:val="16"/>
              </w:rPr>
              <w:t>76.7</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94.8</w:t>
            </w:r>
          </w:p>
        </w:tc>
        <w:tc>
          <w:tcPr>
            <w:tcW w:type="dxa" w:w="766"/>
          </w:tcPr>
          <w:p>
            <w:pPr>
              <w:spacing w:after="0"/>
              <w:jc w:val="right"/>
            </w:pPr>
            <w:r>
              <w:rPr>
                <w:sz w:val="16"/>
              </w:rPr>
              <w:t>94.8</w:t>
            </w:r>
          </w:p>
        </w:tc>
        <w:tc>
          <w:tcPr>
            <w:tcW w:type="dxa" w:w="730"/>
          </w:tcPr>
          <w:p>
            <w:pPr>
              <w:spacing w:after="0"/>
              <w:jc w:val="right"/>
            </w:pPr>
            <w:r>
              <w:rPr>
                <w:sz w:val="16"/>
              </w:rPr>
              <w:t>94.8</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88.8</w:t>
            </w:r>
          </w:p>
        </w:tc>
        <w:tc>
          <w:tcPr>
            <w:tcW w:type="dxa" w:w="766"/>
          </w:tcPr>
          <w:p>
            <w:pPr>
              <w:spacing w:after="0"/>
              <w:jc w:val="right"/>
            </w:pPr>
            <w:r>
              <w:rPr>
                <w:sz w:val="16"/>
              </w:rPr>
              <w:t>88.8</w:t>
            </w:r>
          </w:p>
        </w:tc>
        <w:tc>
          <w:tcPr>
            <w:tcW w:type="dxa" w:w="730"/>
          </w:tcPr>
          <w:p>
            <w:pPr>
              <w:spacing w:after="0"/>
              <w:jc w:val="right"/>
            </w:pPr>
            <w:r>
              <w:rPr>
                <w:sz w:val="16"/>
              </w:rPr>
              <w:t>88.8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Concho County</w:t>
            </w:r>
          </w:p>
        </w:tc>
        <w:tc>
          <w:tcPr>
            <w:tcW w:type="dxa" w:w="955"/>
          </w:tcPr>
          <w:p>
            <w:pPr>
              <w:spacing w:after="0"/>
              <w:jc w:val="left"/>
            </w:pPr>
            <w:r>
              <w:rPr>
                <w:sz w:val="16"/>
              </w:rPr>
              <w:t>County</w:t>
            </w:r>
          </w:p>
        </w:tc>
        <w:tc>
          <w:tcPr>
            <w:tcW w:type="dxa" w:w="2836"/>
          </w:tcPr>
          <w:p>
            <w:pPr>
              <w:spacing w:after="0"/>
              <w:jc w:val="left"/>
            </w:pPr>
            <w:r>
              <w:rPr>
                <w:sz w:val="16"/>
              </w:rPr>
              <w:t>Expired on 2018-02-27</w:t>
            </w:r>
          </w:p>
        </w:tc>
        <w:tc>
          <w:tcPr>
            <w:tcW w:type="dxa" w:w="2961"/>
          </w:tcPr>
          <w:p>
            <w:pPr>
              <w:spacing w:after="0"/>
              <w:jc w:val="right"/>
            </w:pPr>
            <w:r>
              <w:rPr>
                <w:sz w:val="16"/>
              </w:rPr>
              <w:t>FMA RL 0, SRL 0; any 0</w:t>
            </w:r>
          </w:p>
        </w:tc>
        <w:tc>
          <w:tcPr>
            <w:tcW w:type="dxa" w:w="2083"/>
          </w:tcPr>
          <w:p>
            <w:pPr>
              <w:spacing w:after="0"/>
              <w:jc w:val="right"/>
            </w:pPr>
            <w:r>
              <w:rPr>
                <w:sz w:val="16"/>
              </w:rPr>
              <w:t>$329,516.37</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Eden city</w:t>
            </w:r>
          </w:p>
        </w:tc>
        <w:tc>
          <w:tcPr>
            <w:tcW w:type="dxa" w:w="955"/>
          </w:tcPr>
          <w:p>
            <w:pPr>
              <w:spacing w:after="0"/>
              <w:jc w:val="left"/>
            </w:pPr>
            <w:r>
              <w:rPr>
                <w:sz w:val="16"/>
              </w:rPr>
              <w:t>City</w:t>
            </w:r>
          </w:p>
        </w:tc>
        <w:tc>
          <w:tcPr>
            <w:tcW w:type="dxa" w:w="2836"/>
          </w:tcPr>
          <w:p>
            <w:pPr>
              <w:spacing w:after="0"/>
              <w:jc w:val="left"/>
            </w:pPr>
            <w:r>
              <w:rPr>
                <w:sz w:val="16"/>
              </w:rPr>
              <w:t>Expired on 2018-02-27</w:t>
            </w:r>
          </w:p>
        </w:tc>
        <w:tc>
          <w:tcPr>
            <w:tcW w:type="dxa" w:w="2961"/>
          </w:tcPr>
          <w:p>
            <w:pPr>
              <w:spacing w:after="0"/>
              <w:jc w:val="right"/>
            </w:pPr>
            <w:r>
              <w:rPr>
                <w:sz w:val="16"/>
              </w:rPr>
              <w:t>FMA RL 0, SRL 0; any 0</w:t>
            </w:r>
          </w:p>
        </w:tc>
        <w:tc>
          <w:tcPr>
            <w:tcW w:type="dxa" w:w="2083"/>
          </w:tcPr>
          <w:p>
            <w:pPr>
              <w:spacing w:after="0"/>
              <w:jc w:val="right"/>
            </w:pPr>
            <w:r>
              <w:rPr>
                <w:sz w:val="16"/>
              </w:rPr>
              <w:t>$655,808.01</w:t>
            </w:r>
          </w:p>
        </w:tc>
        <w:tc>
          <w:tcPr>
            <w:tcW w:type="dxa" w:w="2535"/>
          </w:tcPr>
          <w:p>
            <w:pPr>
              <w:spacing w:after="0"/>
              <w:jc w:val="right"/>
            </w:pPr>
            <w:r>
              <w:rPr>
                <w:sz w:val="16"/>
              </w:rPr>
              <w:t>70; 16</w:t>
            </w:r>
          </w:p>
        </w:tc>
        <w:tc>
          <w:tcPr>
            <w:tcW w:type="dxa" w:w="910"/>
          </w:tcPr>
          <w:p>
            <w:pPr>
              <w:spacing w:after="0"/>
              <w:jc w:val="left"/>
            </w:pPr>
          </w:p>
        </w:tc>
      </w:tr>
      <w:tr>
        <w:trPr>
          <w:cantSplit/>
        </w:trPr>
        <w:tc>
          <w:tcPr>
            <w:tcW w:type="dxa" w:w="1832"/>
          </w:tcPr>
          <w:p>
            <w:pPr>
              <w:spacing w:after="0"/>
              <w:jc w:val="left"/>
            </w:pPr>
            <w:r>
              <w:rPr>
                <w:sz w:val="16"/>
              </w:rPr>
              <w:t>Paint Rock town</w:t>
            </w:r>
          </w:p>
        </w:tc>
        <w:tc>
          <w:tcPr>
            <w:tcW w:type="dxa" w:w="955"/>
          </w:tcPr>
          <w:p>
            <w:pPr>
              <w:spacing w:after="0"/>
              <w:jc w:val="left"/>
            </w:pPr>
            <w:r>
              <w:rPr>
                <w:sz w:val="16"/>
              </w:rPr>
              <w:t>Town</w:t>
            </w:r>
          </w:p>
        </w:tc>
        <w:tc>
          <w:tcPr>
            <w:tcW w:type="dxa" w:w="2836"/>
          </w:tcPr>
          <w:p>
            <w:pPr>
              <w:spacing w:after="0"/>
              <w:jc w:val="left"/>
            </w:pPr>
            <w:r>
              <w:rPr>
                <w:sz w:val="16"/>
              </w:rPr>
              <w:t>Expired on 2018-02-27</w:t>
            </w:r>
          </w:p>
        </w:tc>
        <w:tc>
          <w:tcPr>
            <w:tcW w:type="dxa" w:w="2961"/>
          </w:tcPr>
          <w:p>
            <w:pPr>
              <w:spacing w:after="0"/>
              <w:jc w:val="right"/>
            </w:pPr>
            <w:r>
              <w:rPr>
                <w:sz w:val="16"/>
              </w:rPr>
              <w:t>FMA RL 0, SRL 0; any 0</w:t>
            </w:r>
          </w:p>
        </w:tc>
        <w:tc>
          <w:tcPr>
            <w:tcW w:type="dxa" w:w="2083"/>
          </w:tcPr>
          <w:p>
            <w:pPr>
              <w:spacing w:after="0"/>
              <w:jc w:val="right"/>
            </w:pPr>
            <w:r>
              <w:rPr>
                <w:sz w:val="16"/>
              </w:rPr>
              <w:t>$0</w:t>
            </w:r>
          </w:p>
        </w:tc>
        <w:tc>
          <w:tcPr>
            <w:tcW w:type="dxa" w:w="2535"/>
          </w:tcPr>
          <w:p>
            <w:pPr>
              <w:spacing w:after="0"/>
              <w:jc w:val="right"/>
            </w:pPr>
            <w:r>
              <w:rPr>
                <w:sz w:val="16"/>
              </w:rPr>
              <w:t>50; 8</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$1,051,211,983</w:t>
            </w:r>
          </w:p>
        </w:tc>
        <w:tc>
          <w:tcPr>
            <w:tcW w:type="dxa" w:w="1137"/>
          </w:tcPr>
          <w:p>
            <w:pPr>
              <w:spacing w:after="0"/>
              <w:jc w:val="right"/>
            </w:pPr>
            <w:r>
              <w:rPr>
                <w:sz w:val="16"/>
              </w:rPr>
              <w:t>$36,218,551</w:t>
            </w:r>
          </w:p>
        </w:tc>
        <w:tc>
          <w:tcPr>
            <w:tcW w:type="dxa" w:w="1046"/>
          </w:tcPr>
          <w:p>
            <w:pPr>
              <w:spacing w:after="0"/>
              <w:jc w:val="right"/>
            </w:pPr>
            <w:r>
              <w:rPr>
                <w:sz w:val="16"/>
              </w:rPr>
              <w:t>2,289</w:t>
            </w:r>
          </w:p>
        </w:tc>
        <w:tc>
          <w:tcPr>
            <w:tcW w:type="dxa" w:w="948"/>
          </w:tcPr>
          <w:p>
            <w:pPr>
              <w:spacing w:after="0"/>
              <w:jc w:val="right"/>
            </w:pPr>
            <w:r>
              <w:rPr>
                <w:sz w:val="16"/>
              </w:rPr>
              <w:t>$668</w:t>
            </w:r>
          </w:p>
        </w:tc>
        <w:tc>
          <w:tcPr>
            <w:tcW w:type="dxa" w:w="1126"/>
          </w:tcPr>
          <w:p>
            <w:pPr>
              <w:spacing w:after="0"/>
              <w:jc w:val="right"/>
            </w:pPr>
            <w:r>
              <w:rPr>
                <w:sz w:val="16"/>
              </w:rPr>
              <w:t>$20,771</w:t>
            </w:r>
          </w:p>
        </w:tc>
        <w:tc>
          <w:tcPr>
            <w:tcW w:type="dxa" w:w="1177"/>
          </w:tcPr>
          <w:p>
            <w:pPr>
              <w:spacing w:after="0"/>
              <w:jc w:val="right"/>
            </w:pPr>
            <w:r>
              <w:rPr>
                <w:sz w:val="16"/>
              </w:rPr>
              <w:t>$18,454</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$9,787,631</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$1,175,931</w:t>
            </w:r>
          </w:p>
        </w:tc>
        <w:tc>
          <w:tcPr>
            <w:tcW w:type="dxa" w:w="1177"/>
          </w:tcPr>
          <w:p>
            <w:pPr>
              <w:spacing w:after="0"/>
              <w:jc w:val="right"/>
            </w:pPr>
          </w:p>
        </w:tc>
        <w:tc>
          <w:tcPr>
            <w:tcW w:type="dxa" w:w="1305"/>
          </w:tcPr>
          <w:p>
            <w:pPr>
              <w:spacing w:after="0"/>
              <w:jc w:val="right"/>
            </w:pPr>
            <w:r>
              <w:rPr>
                <w:sz w:val="16"/>
              </w:rPr>
              <w:t>12% (agriculture)</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$1,890,811,256</w:t>
            </w:r>
          </w:p>
        </w:tc>
        <w:tc>
          <w:tcPr>
            <w:tcW w:type="dxa" w:w="1137"/>
          </w:tcPr>
          <w:p>
            <w:pPr>
              <w:spacing w:after="0"/>
              <w:jc w:val="right"/>
            </w:pPr>
          </w:p>
        </w:tc>
        <w:tc>
          <w:tcPr>
            <w:tcW w:type="dxa" w:w="1046"/>
          </w:tcPr>
          <w:p>
            <w:pPr>
              <w:spacing w:after="0"/>
              <w:jc w:val="right"/>
            </w:pPr>
            <w:r>
              <w:rPr>
                <w:sz w:val="16"/>
              </w:rPr>
              <w:t>3,303</w:t>
            </w:r>
          </w:p>
        </w:tc>
        <w:tc>
          <w:tcPr>
            <w:tcW w:type="dxa" w:w="948"/>
          </w:tcPr>
          <w:p>
            <w:pPr>
              <w:spacing w:after="0"/>
              <w:jc w:val="right"/>
            </w:pPr>
            <w:r>
              <w:rPr>
                <w:sz w:val="16"/>
              </w:rPr>
              <w:t>$1,923</w:t>
            </w:r>
          </w:p>
        </w:tc>
        <w:tc>
          <w:tcPr>
            <w:tcW w:type="dxa" w:w="1126"/>
          </w:tcPr>
          <w:p>
            <w:pPr>
              <w:spacing w:after="0"/>
              <w:jc w:val="right"/>
            </w:pPr>
          </w:p>
        </w:tc>
        <w:tc>
          <w:tcPr>
            <w:tcW w:type="dxa" w:w="1177"/>
          </w:tcPr>
          <w:p>
            <w:pPr>
              <w:spacing w:after="0"/>
              <w:jc w:val="right"/>
            </w:pPr>
            <w:r>
              <w:rPr>
                <w:sz w:val="16"/>
              </w:rPr>
              <w:t>$666</w:t>
            </w:r>
          </w:p>
        </w:tc>
        <w:tc>
          <w:tcPr>
            <w:tcW w:type="dxa" w:w="1305"/>
          </w:tcPr>
          <w:p>
            <w:pPr>
              <w:spacing w:after="0"/>
              <w:jc w:val="right"/>
            </w:pPr>
            <w:r>
              <w:rPr>
                <w:sz w:val="16"/>
              </w:rPr>
              <w:t>0.000102%</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$1,051,211,983</w:t>
            </w:r>
          </w:p>
        </w:tc>
        <w:tc>
          <w:tcPr>
            <w:tcW w:type="dxa" w:w="1137"/>
          </w:tcPr>
          <w:p>
            <w:pPr>
              <w:spacing w:after="0"/>
              <w:jc w:val="right"/>
            </w:pPr>
            <w:r>
              <w:rPr>
                <w:sz w:val="16"/>
              </w:rPr>
              <w:t>$36,218,551</w:t>
            </w:r>
          </w:p>
        </w:tc>
        <w:tc>
          <w:tcPr>
            <w:tcW w:type="dxa" w:w="1046"/>
          </w:tcPr>
          <w:p>
            <w:pPr>
              <w:spacing w:after="0"/>
              <w:jc w:val="right"/>
            </w:pPr>
            <w:r>
              <w:rPr>
                <w:sz w:val="16"/>
              </w:rPr>
              <w:t>2,289</w:t>
            </w:r>
          </w:p>
        </w:tc>
        <w:tc>
          <w:tcPr>
            <w:tcW w:type="dxa" w:w="948"/>
          </w:tcPr>
          <w:p>
            <w:pPr>
              <w:spacing w:after="0"/>
              <w:jc w:val="right"/>
            </w:pPr>
            <w:r>
              <w:rPr>
                <w:sz w:val="16"/>
              </w:rPr>
              <w:t>$160,988</w:t>
            </w:r>
          </w:p>
        </w:tc>
        <w:tc>
          <w:tcPr>
            <w:tcW w:type="dxa" w:w="1126"/>
          </w:tcPr>
          <w:p>
            <w:pPr>
              <w:spacing w:after="0"/>
              <w:jc w:val="right"/>
            </w:pPr>
            <w:r>
              <w:rPr>
                <w:sz w:val="16"/>
              </w:rPr>
              <w:t>$50,571</w:t>
            </w:r>
          </w:p>
        </w:tc>
        <w:tc>
          <w:tcPr>
            <w:tcW w:type="dxa" w:w="1177"/>
          </w:tcPr>
          <w:p>
            <w:pPr>
              <w:spacing w:after="0"/>
              <w:jc w:val="right"/>
            </w:pPr>
            <w:r>
              <w:rPr>
                <w:sz w:val="16"/>
              </w:rPr>
              <w:t>$3,783</w:t>
            </w:r>
          </w:p>
        </w:tc>
        <w:tc>
          <w:tcPr>
            <w:tcW w:type="dxa" w:w="1305"/>
          </w:tcPr>
          <w:p>
            <w:pPr>
              <w:spacing w:after="0"/>
              <w:jc w:val="right"/>
            </w:pPr>
            <w:r>
              <w:rPr>
                <w:sz w:val="16"/>
              </w:rPr>
              <w:t>0.0153%</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$1,051,211,983</w:t>
            </w:r>
          </w:p>
        </w:tc>
        <w:tc>
          <w:tcPr>
            <w:tcW w:type="dxa" w:w="1137"/>
          </w:tcPr>
          <w:p>
            <w:pPr>
              <w:spacing w:after="0"/>
              <w:jc w:val="right"/>
            </w:pPr>
            <w:r>
              <w:rPr>
                <w:sz w:val="16"/>
              </w:rPr>
              <w:t>$36,218,551</w:t>
            </w:r>
          </w:p>
        </w:tc>
        <w:tc>
          <w:tcPr>
            <w:tcW w:type="dxa" w:w="1046"/>
          </w:tcPr>
          <w:p>
            <w:pPr>
              <w:spacing w:after="0"/>
              <w:jc w:val="right"/>
            </w:pPr>
            <w:r>
              <w:rPr>
                <w:sz w:val="16"/>
              </w:rPr>
              <w:t>2,289</w:t>
            </w:r>
          </w:p>
        </w:tc>
        <w:tc>
          <w:tcPr>
            <w:tcW w:type="dxa" w:w="948"/>
          </w:tcPr>
          <w:p>
            <w:pPr>
              <w:spacing w:after="0"/>
              <w:jc w:val="right"/>
            </w:pPr>
            <w:r>
              <w:rPr>
                <w:sz w:val="16"/>
              </w:rPr>
              <w:t>$7</w:t>
            </w:r>
          </w:p>
        </w:tc>
        <w:tc>
          <w:tcPr>
            <w:tcW w:type="dxa" w:w="1126"/>
          </w:tcPr>
          <w:p>
            <w:pPr>
              <w:spacing w:after="0"/>
              <w:jc w:val="right"/>
            </w:pPr>
            <w:r>
              <w:rPr>
                <w:sz w:val="16"/>
              </w:rPr>
              <w:t>$118</w:t>
            </w:r>
          </w:p>
        </w:tc>
        <w:tc>
          <w:tcPr>
            <w:tcW w:type="dxa" w:w="1177"/>
          </w:tcPr>
          <w:p>
            <w:pPr>
              <w:spacing w:after="0"/>
              <w:jc w:val="right"/>
            </w:pPr>
            <w:r>
              <w:rPr>
                <w:sz w:val="16"/>
              </w:rPr>
              <w:t>$39,440</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$1,051,211,983</w:t>
            </w:r>
          </w:p>
        </w:tc>
        <w:tc>
          <w:tcPr>
            <w:tcW w:type="dxa" w:w="1137"/>
          </w:tcPr>
          <w:p>
            <w:pPr>
              <w:spacing w:after="0"/>
              <w:jc w:val="right"/>
            </w:pPr>
            <w:r>
              <w:rPr>
                <w:sz w:val="16"/>
              </w:rPr>
              <w:t>$36,166,394</w:t>
            </w:r>
          </w:p>
        </w:tc>
        <w:tc>
          <w:tcPr>
            <w:tcW w:type="dxa" w:w="1046"/>
          </w:tcPr>
          <w:p>
            <w:pPr>
              <w:spacing w:after="0"/>
              <w:jc w:val="right"/>
            </w:pPr>
            <w:r>
              <w:rPr>
                <w:sz w:val="16"/>
              </w:rPr>
              <w:t>2,289</w:t>
            </w:r>
          </w:p>
        </w:tc>
        <w:tc>
          <w:tcPr>
            <w:tcW w:type="dxa" w:w="948"/>
          </w:tcPr>
          <w:p>
            <w:pPr>
              <w:spacing w:after="0"/>
              <w:jc w:val="right"/>
            </w:pPr>
            <w:r>
              <w:rPr>
                <w:sz w:val="16"/>
              </w:rPr>
              <w:t>$5,881</w:t>
            </w:r>
          </w:p>
        </w:tc>
        <w:tc>
          <w:tcPr>
            <w:tcW w:type="dxa" w:w="1126"/>
          </w:tcPr>
          <w:p>
            <w:pPr>
              <w:spacing w:after="0"/>
              <w:jc w:val="right"/>
            </w:pPr>
            <w:r>
              <w:rPr>
                <w:sz w:val="16"/>
              </w:rPr>
              <w:t>$3,422</w:t>
            </w:r>
          </w:p>
        </w:tc>
        <w:tc>
          <w:tcPr>
            <w:tcW w:type="dxa" w:w="1177"/>
          </w:tcPr>
          <w:p>
            <w:pPr>
              <w:spacing w:after="0"/>
              <w:jc w:val="right"/>
            </w:pPr>
            <w:r>
              <w:rPr>
                <w:sz w:val="16"/>
              </w:rPr>
              <w:t>$77</w:t>
            </w:r>
          </w:p>
        </w:tc>
        <w:tc>
          <w:tcPr>
            <w:tcW w:type="dxa" w:w="1305"/>
          </w:tcPr>
          <w:p>
            <w:pPr>
              <w:spacing w:after="0"/>
              <w:jc w:val="right"/>
            </w:pPr>
            <w:r>
              <w:rPr>
                <w:sz w:val="16"/>
              </w:rPr>
              <w:t>0.000559%</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$1,051,211,983</w:t>
            </w:r>
          </w:p>
        </w:tc>
        <w:tc>
          <w:tcPr>
            <w:tcW w:type="dxa" w:w="1137"/>
          </w:tcPr>
          <w:p>
            <w:pPr>
              <w:spacing w:after="0"/>
              <w:jc w:val="right"/>
            </w:pPr>
          </w:p>
        </w:tc>
        <w:tc>
          <w:tcPr>
            <w:tcW w:type="dxa" w:w="1046"/>
          </w:tcPr>
          <w:p>
            <w:pPr>
              <w:spacing w:after="0"/>
              <w:jc w:val="right"/>
            </w:pPr>
            <w:r>
              <w:rPr>
                <w:sz w:val="16"/>
              </w:rPr>
              <w:t>2,289</w:t>
            </w:r>
          </w:p>
        </w:tc>
        <w:tc>
          <w:tcPr>
            <w:tcW w:type="dxa" w:w="948"/>
          </w:tcPr>
          <w:p>
            <w:pPr>
              <w:spacing w:after="0"/>
              <w:jc w:val="right"/>
            </w:pPr>
            <w:r>
              <w:rPr>
                <w:sz w:val="16"/>
              </w:rPr>
              <w:t>$192</w:t>
            </w:r>
          </w:p>
        </w:tc>
        <w:tc>
          <w:tcPr>
            <w:tcW w:type="dxa" w:w="1126"/>
          </w:tcPr>
          <w:p>
            <w:pPr>
              <w:spacing w:after="0"/>
              <w:jc w:val="right"/>
            </w:pPr>
          </w:p>
        </w:tc>
        <w:tc>
          <w:tcPr>
            <w:tcW w:type="dxa" w:w="1177"/>
          </w:tcPr>
          <w:p>
            <w:pPr>
              <w:spacing w:after="0"/>
              <w:jc w:val="right"/>
            </w:pPr>
            <w:r>
              <w:rPr>
                <w:sz w:val="16"/>
              </w:rPr>
              <w:t>$545</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r>
              <w:rPr>
                <w:sz w:val="16"/>
              </w:rPr>
              <w:t>none found (2 declarations)</w:t>
            </w: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$1,047,713,765</w:t>
            </w:r>
          </w:p>
        </w:tc>
        <w:tc>
          <w:tcPr>
            <w:tcW w:type="dxa" w:w="1137"/>
          </w:tcPr>
          <w:p>
            <w:pPr>
              <w:spacing w:after="0"/>
              <w:jc w:val="right"/>
            </w:pPr>
            <w:r>
              <w:rPr>
                <w:sz w:val="16"/>
              </w:rPr>
              <w:t>$18,982</w:t>
            </w:r>
          </w:p>
        </w:tc>
        <w:tc>
          <w:tcPr>
            <w:tcW w:type="dxa" w:w="1046"/>
          </w:tcPr>
          <w:p>
            <w:pPr>
              <w:spacing w:after="0"/>
              <w:jc w:val="right"/>
            </w:pPr>
            <w:r>
              <w:rPr>
                <w:sz w:val="16"/>
              </w:rPr>
              <w:t>18</w:t>
            </w:r>
          </w:p>
        </w:tc>
        <w:tc>
          <w:tcPr>
            <w:tcW w:type="dxa" w:w="948"/>
          </w:tcPr>
          <w:p>
            <w:pPr>
              <w:spacing w:after="0"/>
              <w:jc w:val="right"/>
            </w:pPr>
            <w:r>
              <w:rPr>
                <w:sz w:val="16"/>
              </w:rPr>
              <w:t>$508,190</w:t>
            </w:r>
          </w:p>
        </w:tc>
        <w:tc>
          <w:tcPr>
            <w:tcW w:type="dxa" w:w="1126"/>
          </w:tcPr>
          <w:p>
            <w:pPr>
              <w:spacing w:after="0"/>
              <w:jc w:val="right"/>
            </w:pPr>
            <w:r>
              <w:rPr>
                <w:sz w:val="16"/>
              </w:rPr>
              <w:t>$104</w:t>
            </w:r>
          </w:p>
        </w:tc>
        <w:tc>
          <w:tcPr>
            <w:tcW w:type="dxa" w:w="1177"/>
          </w:tcPr>
          <w:p>
            <w:pPr>
              <w:spacing w:after="0"/>
              <w:jc w:val="right"/>
            </w:pPr>
            <w:r>
              <w:rPr>
                <w:sz w:val="16"/>
              </w:rPr>
              <w:t>$424</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r>
              <w:rPr>
                <w:sz w:val="16"/>
              </w:rPr>
              <w:t>$979,220.23</w:t>
            </w: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$2,059,950</w:t>
            </w:r>
          </w:p>
        </w:tc>
        <w:tc>
          <w:tcPr>
            <w:tcW w:type="dxa" w:w="1137"/>
          </w:tcPr>
          <w:p>
            <w:pPr>
              <w:spacing w:after="0"/>
              <w:jc w:val="right"/>
            </w:pPr>
          </w:p>
        </w:tc>
        <w:tc>
          <w:tcPr>
            <w:tcW w:type="dxa" w:w="1046"/>
          </w:tcPr>
          <w:p>
            <w:pPr>
              <w:spacing w:after="0"/>
              <w:jc w:val="right"/>
            </w:pPr>
            <w:r>
              <w:rPr>
                <w:sz w:val="16"/>
              </w:rPr>
              <w:t>2</w:t>
            </w:r>
          </w:p>
        </w:tc>
        <w:tc>
          <w:tcPr>
            <w:tcW w:type="dxa" w:w="948"/>
          </w:tcPr>
          <w:p>
            <w:pPr>
              <w:spacing w:after="0"/>
              <w:jc w:val="right"/>
            </w:pPr>
            <w:r>
              <w:rPr>
                <w:sz w:val="16"/>
              </w:rPr>
              <w:t>$2</w:t>
            </w:r>
          </w:p>
        </w:tc>
        <w:tc>
          <w:tcPr>
            <w:tcW w:type="dxa" w:w="1126"/>
          </w:tcPr>
          <w:p>
            <w:pPr>
              <w:spacing w:after="0"/>
              <w:jc w:val="right"/>
            </w:pPr>
          </w:p>
        </w:tc>
        <w:tc>
          <w:tcPr>
            <w:tcW w:type="dxa" w:w="1177"/>
          </w:tcPr>
          <w:p>
            <w:pPr>
              <w:spacing w:after="0"/>
              <w:jc w:val="right"/>
            </w:pPr>
            <w:r>
              <w:rPr>
                <w:sz w:val="16"/>
              </w:rPr>
              <w:t>$1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$1,051,211,983</w:t>
            </w:r>
          </w:p>
        </w:tc>
        <w:tc>
          <w:tcPr>
            <w:tcW w:type="dxa" w:w="1137"/>
          </w:tcPr>
          <w:p>
            <w:pPr>
              <w:spacing w:after="0"/>
              <w:jc w:val="right"/>
            </w:pPr>
          </w:p>
        </w:tc>
        <w:tc>
          <w:tcPr>
            <w:tcW w:type="dxa" w:w="1046"/>
          </w:tcPr>
          <w:p>
            <w:pPr>
              <w:spacing w:after="0"/>
              <w:jc w:val="right"/>
            </w:pPr>
            <w:r>
              <w:rPr>
                <w:sz w:val="16"/>
              </w:rPr>
              <w:t>2,289</w:t>
            </w:r>
          </w:p>
        </w:tc>
        <w:tc>
          <w:tcPr>
            <w:tcW w:type="dxa" w:w="948"/>
          </w:tcPr>
          <w:p>
            <w:pPr>
              <w:spacing w:after="0"/>
              <w:jc w:val="right"/>
            </w:pPr>
            <w:r>
              <w:rPr>
                <w:sz w:val="16"/>
              </w:rPr>
              <w:t>$1,442</w:t>
            </w:r>
          </w:p>
        </w:tc>
        <w:tc>
          <w:tcPr>
            <w:tcW w:type="dxa" w:w="1126"/>
          </w:tcPr>
          <w:p>
            <w:pPr>
              <w:spacing w:after="0"/>
              <w:jc w:val="right"/>
            </w:pPr>
          </w:p>
        </w:tc>
        <w:tc>
          <w:tcPr>
            <w:tcW w:type="dxa" w:w="1177"/>
          </w:tcPr>
          <w:p>
            <w:pPr>
              <w:spacing w:after="0"/>
              <w:jc w:val="right"/>
            </w:pPr>
            <w:r>
              <w:rPr>
                <w:sz w:val="16"/>
              </w:rPr>
              <w:t>$47,185</w:t>
            </w:r>
          </w:p>
        </w:tc>
        <w:tc>
          <w:tcPr>
            <w:tcW w:type="dxa" w:w="1305"/>
          </w:tcPr>
          <w:p>
            <w:pPr>
              <w:spacing w:after="0"/>
              <w:jc w:val="right"/>
            </w:pPr>
            <w:r>
              <w:rPr>
                <w:sz w:val="16"/>
              </w:rPr>
              <w:t>0.000137%</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$1,051,211,983</w:t>
            </w:r>
          </w:p>
        </w:tc>
        <w:tc>
          <w:tcPr>
            <w:tcW w:type="dxa" w:w="1137"/>
          </w:tcPr>
          <w:p>
            <w:pPr>
              <w:spacing w:after="0"/>
              <w:jc w:val="right"/>
            </w:pPr>
            <w:r>
              <w:rPr>
                <w:sz w:val="16"/>
              </w:rPr>
              <w:t>$36,218,551</w:t>
            </w:r>
          </w:p>
        </w:tc>
        <w:tc>
          <w:tcPr>
            <w:tcW w:type="dxa" w:w="1046"/>
          </w:tcPr>
          <w:p>
            <w:pPr>
              <w:spacing w:after="0"/>
              <w:jc w:val="right"/>
            </w:pPr>
            <w:r>
              <w:rPr>
                <w:sz w:val="16"/>
              </w:rPr>
              <w:t>2,289</w:t>
            </w:r>
          </w:p>
        </w:tc>
        <w:tc>
          <w:tcPr>
            <w:tcW w:type="dxa" w:w="948"/>
          </w:tcPr>
          <w:p>
            <w:pPr>
              <w:spacing w:after="0"/>
              <w:jc w:val="right"/>
            </w:pPr>
            <w:r>
              <w:rPr>
                <w:sz w:val="16"/>
              </w:rPr>
              <w:t>$61,252</w:t>
            </w:r>
          </w:p>
        </w:tc>
        <w:tc>
          <w:tcPr>
            <w:tcW w:type="dxa" w:w="1126"/>
          </w:tcPr>
          <w:p>
            <w:pPr>
              <w:spacing w:after="0"/>
              <w:jc w:val="right"/>
            </w:pPr>
            <w:r>
              <w:rPr>
                <w:sz w:val="16"/>
              </w:rPr>
              <w:t>$3,689</w:t>
            </w:r>
          </w:p>
        </w:tc>
        <w:tc>
          <w:tcPr>
            <w:tcW w:type="dxa" w:w="1177"/>
          </w:tcPr>
          <w:p>
            <w:pPr>
              <w:spacing w:after="0"/>
              <w:jc w:val="right"/>
            </w:pPr>
            <w:r>
              <w:rPr>
                <w:sz w:val="16"/>
              </w:rPr>
              <w:t>$21,294</w:t>
            </w:r>
          </w:p>
        </w:tc>
        <w:tc>
          <w:tcPr>
            <w:tcW w:type="dxa" w:w="1305"/>
          </w:tcPr>
          <w:p>
            <w:pPr>
              <w:spacing w:after="0"/>
              <w:jc w:val="right"/>
            </w:pPr>
            <w:r>
              <w:rPr>
                <w:sz w:val="16"/>
              </w:rPr>
              <w:t>0.00583%</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347"/>
          </w:tcPr>
          <w:p>
            <w:pPr>
              <w:spacing w:after="0"/>
              <w:jc w:val="right"/>
            </w:pPr>
            <w:r>
              <w:rPr>
                <w:sz w:val="16"/>
              </w:rPr>
              <w:t>$979,220.23</w:t>
            </w: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$1,051,211,983</w:t>
            </w:r>
          </w:p>
        </w:tc>
        <w:tc>
          <w:tcPr>
            <w:tcW w:type="dxa" w:w="1137"/>
          </w:tcPr>
          <w:p>
            <w:pPr>
              <w:spacing w:after="0"/>
              <w:jc w:val="right"/>
            </w:pPr>
            <w:r>
              <w:rPr>
                <w:sz w:val="16"/>
              </w:rPr>
              <w:t>$36,218,551</w:t>
            </w:r>
          </w:p>
        </w:tc>
        <w:tc>
          <w:tcPr>
            <w:tcW w:type="dxa" w:w="1046"/>
          </w:tcPr>
          <w:p>
            <w:pPr>
              <w:spacing w:after="0"/>
              <w:jc w:val="right"/>
            </w:pPr>
            <w:r>
              <w:rPr>
                <w:sz w:val="16"/>
              </w:rPr>
              <w:t>2,289</w:t>
            </w:r>
          </w:p>
        </w:tc>
        <w:tc>
          <w:tcPr>
            <w:tcW w:type="dxa" w:w="948"/>
          </w:tcPr>
          <w:p>
            <w:pPr>
              <w:spacing w:after="0"/>
              <w:jc w:val="right"/>
            </w:pPr>
            <w:r>
              <w:rPr>
                <w:sz w:val="16"/>
              </w:rPr>
              <w:t>$99,805</w:t>
            </w:r>
          </w:p>
        </w:tc>
        <w:tc>
          <w:tcPr>
            <w:tcW w:type="dxa" w:w="1126"/>
          </w:tcPr>
          <w:p>
            <w:pPr>
              <w:spacing w:after="0"/>
              <w:jc w:val="right"/>
            </w:pPr>
            <w:r>
              <w:rPr>
                <w:sz w:val="16"/>
              </w:rPr>
              <w:t>$1,000</w:t>
            </w:r>
          </w:p>
        </w:tc>
        <w:tc>
          <w:tcPr>
            <w:tcW w:type="dxa" w:w="1177"/>
          </w:tcPr>
          <w:p>
            <w:pPr>
              <w:spacing w:after="0"/>
              <w:jc w:val="right"/>
            </w:pPr>
            <w:r>
              <w:rPr>
                <w:sz w:val="16"/>
              </w:rPr>
              <w:t>$67,810</w:t>
            </w:r>
          </w:p>
        </w:tc>
        <w:tc>
          <w:tcPr>
            <w:tcW w:type="dxa" w:w="1305"/>
          </w:tcPr>
          <w:p>
            <w:pPr>
              <w:spacing w:after="0"/>
              <w:jc w:val="right"/>
            </w:pPr>
            <w:r>
              <w:rPr>
                <w:sz w:val="16"/>
              </w:rPr>
              <w:t>0.00949%</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r>
              <w:rPr>
                <w:sz w:val="16"/>
              </w:rPr>
              <w:t>$3,750</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$334,864,584</w:t>
            </w:r>
          </w:p>
        </w:tc>
        <w:tc>
          <w:tcPr>
            <w:tcW w:type="dxa" w:w="1137"/>
          </w:tcPr>
          <w:p>
            <w:pPr>
              <w:spacing w:after="0"/>
              <w:jc w:val="right"/>
            </w:pPr>
            <w:r>
              <w:rPr>
                <w:sz w:val="16"/>
              </w:rPr>
              <w:t>$9,425,081</w:t>
            </w:r>
          </w:p>
        </w:tc>
        <w:tc>
          <w:tcPr>
            <w:tcW w:type="dxa" w:w="1046"/>
          </w:tcPr>
          <w:p>
            <w:pPr>
              <w:spacing w:after="0"/>
              <w:jc w:val="right"/>
            </w:pPr>
            <w:r>
              <w:rPr>
                <w:sz w:val="16"/>
              </w:rPr>
              <w:t>1,095</w:t>
            </w:r>
          </w:p>
        </w:tc>
        <w:tc>
          <w:tcPr>
            <w:tcW w:type="dxa" w:w="948"/>
          </w:tcPr>
          <w:p>
            <w:pPr>
              <w:spacing w:after="0"/>
              <w:jc w:val="right"/>
            </w:pPr>
            <w:r>
              <w:rPr>
                <w:sz w:val="16"/>
              </w:rPr>
              <w:t>$78,207</w:t>
            </w:r>
          </w:p>
        </w:tc>
        <w:tc>
          <w:tcPr>
            <w:tcW w:type="dxa" w:w="1126"/>
          </w:tcPr>
          <w:p>
            <w:pPr>
              <w:spacing w:after="0"/>
              <w:jc w:val="right"/>
            </w:pPr>
            <w:r>
              <w:rPr>
                <w:sz w:val="16"/>
              </w:rPr>
              <w:t>$145</w:t>
            </w:r>
          </w:p>
        </w:tc>
        <w:tc>
          <w:tcPr>
            <w:tcW w:type="dxa" w:w="1177"/>
          </w:tcPr>
          <w:p>
            <w:pPr>
              <w:spacing w:after="0"/>
              <w:jc w:val="right"/>
            </w:pPr>
            <w:r>
              <w:rPr>
                <w:sz w:val="16"/>
              </w:rPr>
              <w:t>$3,645</w:t>
            </w:r>
          </w:p>
        </w:tc>
        <w:tc>
          <w:tcPr>
            <w:tcW w:type="dxa" w:w="1305"/>
          </w:tcPr>
          <w:p>
            <w:pPr>
              <w:spacing w:after="0"/>
              <w:jc w:val="right"/>
            </w:pPr>
            <w:r>
              <w:rPr>
                <w:sz w:val="16"/>
              </w:rPr>
              <w:t>0.0234%</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$1,051,211,983</w:t>
            </w:r>
          </w:p>
        </w:tc>
        <w:tc>
          <w:tcPr>
            <w:tcW w:type="dxa" w:w="1137"/>
          </w:tcPr>
          <w:p>
            <w:pPr>
              <w:spacing w:after="0"/>
              <w:jc w:val="right"/>
            </w:pPr>
            <w:r>
              <w:rPr>
                <w:sz w:val="16"/>
              </w:rPr>
              <w:t>$36,218,551</w:t>
            </w:r>
          </w:p>
        </w:tc>
        <w:tc>
          <w:tcPr>
            <w:tcW w:type="dxa" w:w="1046"/>
          </w:tcPr>
          <w:p>
            <w:pPr>
              <w:spacing w:after="0"/>
              <w:jc w:val="right"/>
            </w:pPr>
            <w:r>
              <w:rPr>
                <w:sz w:val="16"/>
              </w:rPr>
              <w:t>2,289</w:t>
            </w:r>
          </w:p>
        </w:tc>
        <w:tc>
          <w:tcPr>
            <w:tcW w:type="dxa" w:w="948"/>
          </w:tcPr>
          <w:p>
            <w:pPr>
              <w:spacing w:after="0"/>
              <w:jc w:val="right"/>
            </w:pPr>
            <w:r>
              <w:rPr>
                <w:sz w:val="16"/>
              </w:rPr>
              <w:t>$1,946</w:t>
            </w:r>
          </w:p>
        </w:tc>
        <w:tc>
          <w:tcPr>
            <w:tcW w:type="dxa" w:w="1126"/>
          </w:tcPr>
          <w:p>
            <w:pPr>
              <w:spacing w:after="0"/>
              <w:jc w:val="right"/>
            </w:pPr>
            <w:r>
              <w:rPr>
                <w:sz w:val="16"/>
              </w:rPr>
              <w:t>$374</w:t>
            </w:r>
          </w:p>
        </w:tc>
        <w:tc>
          <w:tcPr>
            <w:tcW w:type="dxa" w:w="1177"/>
          </w:tcPr>
          <w:p>
            <w:pPr>
              <w:spacing w:after="0"/>
              <w:jc w:val="right"/>
            </w:pPr>
            <w:r>
              <w:rPr>
                <w:sz w:val="16"/>
              </w:rPr>
              <w:t>$9,197</w:t>
            </w:r>
          </w:p>
        </w:tc>
        <w:tc>
          <w:tcPr>
            <w:tcW w:type="dxa" w:w="1305"/>
          </w:tcPr>
          <w:p>
            <w:pPr>
              <w:spacing w:after="0"/>
              <w:jc w:val="right"/>
            </w:pPr>
            <w:r>
              <w:rPr>
                <w:sz w:val="16"/>
              </w:rPr>
              <w:t>0.000185%</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bl>
    <w:p>
      <w:pPr>
        <w:spacing w:after="40" w:before="60"/>
      </w:pPr>
      <w:r>
        <w:rPr>
          <w:sz w:val="15"/>
        </w:rPr>
        <w:t>Totals since 2013-02-27 (Storm Events through 2026-06-30): 62 county-coded records, 62 with a damage value recorded (including $0), $0; 56 zone-level records, 56 with a damage value recorded (including $0), $0 reported for the zone; Public Assistance on counted declarations $979,220.23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$1,051,211,983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$36,218,551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$2,176,627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$212,521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Concho County</w:t>
            </w:r>
          </w:p>
        </w:tc>
        <w:tc>
          <w:tcPr>
            <w:tcW w:type="dxa" w:w="1527"/>
          </w:tcPr>
          <w:p>
            <w:pPr>
              <w:spacing w:after="0"/>
              <w:jc w:val="left"/>
            </w:pPr>
            <w:r>
              <w:rPr>
                <w:sz w:val="16"/>
              </w:rPr>
              <w:t>480762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Eden city</w:t>
            </w:r>
          </w:p>
        </w:tc>
        <w:tc>
          <w:tcPr>
            <w:tcW w:type="dxa" w:w="1527"/>
          </w:tcPr>
          <w:p>
            <w:pPr>
              <w:spacing w:after="0"/>
              <w:jc w:val="left"/>
            </w:pPr>
            <w:r>
              <w:rPr>
                <w:sz w:val="16"/>
              </w:rPr>
              <w:t>480763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Paint Rock town</w:t>
            </w:r>
          </w:p>
        </w:tc>
        <w:tc>
          <w:tcPr>
            <w:tcW w:type="dxa" w:w="1527"/>
          </w:tcPr>
          <w:p>
            <w:pPr>
              <w:spacing w:after="0"/>
              <w:jc w:val="left"/>
            </w:pPr>
            <w:r>
              <w:rPr>
                <w:sz w:val="16"/>
              </w:rPr>
              <w:t>480764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Concho County, TX: risk-assessment baseline packet, release 2026-10 (data as of 2026-09-28; County area 48095).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Concho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Concho County, TX: Risk-assessment baseline packet</dc:title>
  <dc:subject>Hazard Plain release 2026-10, as of 2026-09-28. Preview: automated baseline</dc:subject>
  <dc:creator>Hazard Plain</dc:creator>
  <cp:keywords>Hazard Plain; hazard mitigation; risk assessment; 48095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