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Crockett County, TN</w:t>
      </w:r>
    </w:p>
    <w:p>
      <w:pPr>
        <w:spacing w:after="120" w:before="0"/>
      </w:pPr>
      <w:r>
        <w:rPr>
          <w:color w:val="555555"/>
          <w:sz w:val="24"/>
        </w:rPr>
        <w:t>Risk-assessment baseline packet</w:t>
      </w:r>
    </w:p>
    <w:p>
      <w:pPr>
        <w:spacing w:after="120" w:before="0"/>
      </w:pPr>
      <w:r>
        <w:rPr>
          <w:b/>
          <w:sz w:val="18"/>
        </w:rPr>
        <w:t xml:space="preserve">County FIPS: </w:t>
      </w:r>
      <w:r>
        <w:rPr>
          <w:sz w:val="18"/>
        </w:rPr>
        <w:t>47033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2027-12-18. Plan: Crockett County (FEMA plan 108322), approved 2022-12-19.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2022-12-19: 5 new hazard declarations (3 incidents) and 110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($7,406,776 a year), Inland Flooding ($1,243,950) and Cold Wave ($1,144,754).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47033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2027-12-18</w:t>
      </w:r>
    </w:p>
    <w:p>
      <w:pPr>
        <w:keepNext/>
        <w:spacing w:after="40" w:before="0"/>
      </w:pPr>
      <w:r>
        <w:rPr>
          <w:b/>
        </w:rPr>
        <w:t xml:space="preserve">Plan: </w:t>
      </w:r>
      <w:r>
        <w:rPr/>
        <w:t>Crockett County (FEMA plan 108322)</w:t>
      </w:r>
    </w:p>
    <w:p>
      <w:pPr>
        <w:keepNext/>
        <w:spacing w:after="40" w:before="0"/>
      </w:pPr>
      <w:r>
        <w:rPr>
          <w:b/>
        </w:rPr>
        <w:t xml:space="preserve">Approved: </w:t>
      </w:r>
      <w:r>
        <w:rPr/>
        <w:t>2022-12-19</w:t>
      </w:r>
    </w:p>
    <w:p>
      <w:pPr>
        <w:keepNext/>
        <w:spacing w:after="40" w:before="0"/>
      </w:pPr>
      <w:r>
        <w:rPr>
          <w:b/>
        </w:rPr>
        <w:t xml:space="preserve">Days to expiry: </w:t>
      </w:r>
      <w:r>
        <w:rPr/>
        <w:t>444</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2022-12-19)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(3 incidents): DR-4712-TN (Severe Storms, Straight-Line Winds, and Tornado), EM-3625-TN (Severe Storms, Straight-Line Winds, Tornadoes, and Flooding), DR-4878-TN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32"/>
        <w:gridCol w:w="1866"/>
        <w:gridCol w:w="2099"/>
        <w:gridCol w:w="2393"/>
        <w:gridCol w:w="1037"/>
        <w:gridCol w:w="1037"/>
        <w:gridCol w:w="858"/>
        <w:gridCol w:w="2691"/>
      </w:tblGrid>
      <w:tr>
        <w:trPr>
          <w:cantSplit/>
          <w:tblHeader/>
        </w:trPr>
        <w:tc>
          <w:tcPr>
            <w:tcW w:type="dxa" w:w="2132"/>
            <w:shd w:val="clear" w:color="auto" w:fill="E8E8E8"/>
          </w:tcPr>
          <w:p>
            <w:pPr>
              <w:spacing w:after="0"/>
              <w:jc w:val="left"/>
            </w:pPr>
            <w:r>
              <w:rPr>
                <w:b/>
                <w:sz w:val="16"/>
              </w:rPr>
              <w:t>Jurisdiction</w:t>
            </w:r>
          </w:p>
        </w:tc>
        <w:tc>
          <w:tcPr>
            <w:tcW w:type="dxa" w:w="1866"/>
            <w:shd w:val="clear" w:color="auto" w:fill="E8E8E8"/>
          </w:tcPr>
          <w:p>
            <w:pPr>
              <w:spacing w:after="0"/>
              <w:jc w:val="left"/>
            </w:pPr>
            <w:r>
              <w:rPr>
                <w:b/>
                <w:sz w:val="16"/>
              </w:rPr>
              <w:t>Type</w:t>
            </w:r>
          </w:p>
        </w:tc>
        <w:tc>
          <w:tcPr>
            <w:tcW w:type="dxa" w:w="2099"/>
            <w:shd w:val="clear" w:color="auto" w:fill="E8E8E8"/>
          </w:tcPr>
          <w:p>
            <w:pPr>
              <w:spacing w:after="0"/>
              <w:jc w:val="left"/>
            </w:pPr>
            <w:r>
              <w:rPr>
                <w:b/>
                <w:sz w:val="16"/>
              </w:rPr>
              <w:t>Status</w:t>
            </w:r>
          </w:p>
        </w:tc>
        <w:tc>
          <w:tcPr>
            <w:tcW w:type="dxa" w:w="239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91"/>
            <w:shd w:val="clear" w:color="auto" w:fill="E8E8E8"/>
          </w:tcPr>
          <w:p>
            <w:pPr>
              <w:spacing w:after="0"/>
              <w:jc w:val="left"/>
            </w:pPr>
            <w:r>
              <w:rPr>
                <w:b/>
                <w:sz w:val="16"/>
              </w:rPr>
              <w:t>Notes</w:t>
            </w:r>
          </w:p>
        </w:tc>
      </w:tr>
      <w:tr>
        <w:trPr>
          <w:cantSplit/>
        </w:trPr>
        <w:tc>
          <w:tcPr>
            <w:tcW w:type="dxa" w:w="2132"/>
          </w:tcPr>
          <w:p>
            <w:pPr>
              <w:spacing w:after="0"/>
              <w:jc w:val="left"/>
            </w:pPr>
            <w:r>
              <w:rPr>
                <w:sz w:val="16"/>
              </w:rPr>
              <w:t>Crockett County (unincorporated area)</w:t>
            </w:r>
          </w:p>
        </w:tc>
        <w:tc>
          <w:tcPr>
            <w:tcW w:type="dxa" w:w="1866"/>
          </w:tcPr>
          <w:p>
            <w:pPr>
              <w:spacing w:after="0"/>
              <w:jc w:val="left"/>
            </w:pPr>
            <w:r>
              <w:rPr>
                <w:sz w:val="16"/>
              </w:rPr>
              <w:t>Unincorporated</w:t>
            </w:r>
          </w:p>
        </w:tc>
        <w:tc>
          <w:tcPr>
            <w:tcW w:type="dxa" w:w="2099"/>
          </w:tcPr>
          <w:p>
            <w:pPr>
              <w:spacing w:after="0"/>
              <w:jc w:val="left"/>
            </w:pPr>
            <w:r>
              <w:rPr>
                <w:sz w:val="16"/>
              </w:rPr>
              <w:t>Approved, expires 2027-12-18</w:t>
            </w:r>
          </w:p>
        </w:tc>
        <w:tc>
          <w:tcPr>
            <w:tcW w:type="dxa" w:w="2393"/>
          </w:tcPr>
          <w:p>
            <w:pPr>
              <w:spacing w:after="0"/>
              <w:jc w:val="left"/>
            </w:pPr>
            <w:r>
              <w:rPr>
                <w:sz w:val="16"/>
              </w:rPr>
              <w:t>Crockett County (FEMA plan 108322)</w:t>
            </w:r>
          </w:p>
        </w:tc>
        <w:tc>
          <w:tcPr>
            <w:tcW w:type="dxa" w:w="1037"/>
          </w:tcPr>
          <w:p>
            <w:pPr>
              <w:spacing w:after="0"/>
              <w:jc w:val="left"/>
            </w:pPr>
            <w:r>
              <w:rPr>
                <w:sz w:val="16"/>
              </w:rPr>
              <w:t>2022-12-19</w:t>
            </w:r>
          </w:p>
        </w:tc>
        <w:tc>
          <w:tcPr>
            <w:tcW w:type="dxa" w:w="1037"/>
          </w:tcPr>
          <w:p>
            <w:pPr>
              <w:spacing w:after="0"/>
              <w:jc w:val="left"/>
            </w:pPr>
            <w:r>
              <w:rPr>
                <w:sz w:val="16"/>
              </w:rPr>
              <w:t>2027-12-18</w:t>
            </w:r>
          </w:p>
        </w:tc>
        <w:tc>
          <w:tcPr>
            <w:tcW w:type="dxa" w:w="858"/>
          </w:tcPr>
          <w:p>
            <w:pPr>
              <w:spacing w:after="0"/>
              <w:jc w:val="right"/>
            </w:pPr>
            <w:r>
              <w:rPr>
                <w:sz w:val="16"/>
              </w:rPr>
              <w:t>444</w:t>
            </w:r>
          </w:p>
        </w:tc>
        <w:tc>
          <w:tcPr>
            <w:tcW w:type="dxa" w:w="2691"/>
          </w:tcPr>
          <w:p>
            <w:pPr>
              <w:spacing w:after="0"/>
              <w:jc w:val="left"/>
            </w:pPr>
          </w:p>
        </w:tc>
      </w:tr>
      <w:tr>
        <w:trPr>
          <w:cantSplit/>
        </w:trPr>
        <w:tc>
          <w:tcPr>
            <w:tcW w:type="dxa" w:w="2132"/>
          </w:tcPr>
          <w:p>
            <w:pPr>
              <w:spacing w:after="0"/>
              <w:jc w:val="left"/>
            </w:pPr>
            <w:r>
              <w:rPr>
                <w:sz w:val="16"/>
              </w:rPr>
              <w:t>Alamo town</w:t>
            </w:r>
          </w:p>
        </w:tc>
        <w:tc>
          <w:tcPr>
            <w:tcW w:type="dxa" w:w="1866"/>
          </w:tcPr>
          <w:p>
            <w:pPr>
              <w:spacing w:after="0"/>
              <w:jc w:val="left"/>
            </w:pPr>
            <w:r>
              <w:rPr>
                <w:sz w:val="16"/>
              </w:rPr>
              <w:t>Town</w:t>
            </w:r>
          </w:p>
        </w:tc>
        <w:tc>
          <w:tcPr>
            <w:tcW w:type="dxa" w:w="2099"/>
          </w:tcPr>
          <w:p>
            <w:pPr>
              <w:spacing w:after="0"/>
              <w:jc w:val="left"/>
            </w:pPr>
            <w:r>
              <w:rPr>
                <w:sz w:val="16"/>
              </w:rPr>
              <w:t>Approved, expires 2027-12-18</w:t>
            </w:r>
          </w:p>
        </w:tc>
        <w:tc>
          <w:tcPr>
            <w:tcW w:type="dxa" w:w="2393"/>
          </w:tcPr>
          <w:p>
            <w:pPr>
              <w:spacing w:after="0"/>
              <w:jc w:val="left"/>
            </w:pPr>
            <w:r>
              <w:rPr>
                <w:sz w:val="16"/>
              </w:rPr>
              <w:t>Crockett County (FEMA plan 108322)</w:t>
            </w:r>
          </w:p>
        </w:tc>
        <w:tc>
          <w:tcPr>
            <w:tcW w:type="dxa" w:w="1037"/>
          </w:tcPr>
          <w:p>
            <w:pPr>
              <w:spacing w:after="0"/>
              <w:jc w:val="left"/>
            </w:pPr>
            <w:r>
              <w:rPr>
                <w:sz w:val="16"/>
              </w:rPr>
              <w:t>2022-12-19</w:t>
            </w:r>
          </w:p>
        </w:tc>
        <w:tc>
          <w:tcPr>
            <w:tcW w:type="dxa" w:w="1037"/>
          </w:tcPr>
          <w:p>
            <w:pPr>
              <w:spacing w:after="0"/>
              <w:jc w:val="left"/>
            </w:pPr>
            <w:r>
              <w:rPr>
                <w:sz w:val="16"/>
              </w:rPr>
              <w:t>2027-12-18</w:t>
            </w:r>
          </w:p>
        </w:tc>
        <w:tc>
          <w:tcPr>
            <w:tcW w:type="dxa" w:w="858"/>
          </w:tcPr>
          <w:p>
            <w:pPr>
              <w:spacing w:after="0"/>
              <w:jc w:val="right"/>
            </w:pPr>
            <w:r>
              <w:rPr>
                <w:sz w:val="16"/>
              </w:rPr>
              <w:t>444</w:t>
            </w:r>
          </w:p>
        </w:tc>
        <w:tc>
          <w:tcPr>
            <w:tcW w:type="dxa" w:w="2691"/>
          </w:tcPr>
          <w:p>
            <w:pPr>
              <w:spacing w:after="0"/>
              <w:jc w:val="left"/>
            </w:pPr>
          </w:p>
        </w:tc>
      </w:tr>
      <w:tr>
        <w:trPr>
          <w:cantSplit/>
        </w:trPr>
        <w:tc>
          <w:tcPr>
            <w:tcW w:type="dxa" w:w="2132"/>
          </w:tcPr>
          <w:p>
            <w:pPr>
              <w:spacing w:after="0"/>
              <w:jc w:val="left"/>
            </w:pPr>
            <w:r>
              <w:rPr>
                <w:sz w:val="16"/>
              </w:rPr>
              <w:t>Bells city</w:t>
            </w:r>
          </w:p>
        </w:tc>
        <w:tc>
          <w:tcPr>
            <w:tcW w:type="dxa" w:w="1866"/>
          </w:tcPr>
          <w:p>
            <w:pPr>
              <w:spacing w:after="0"/>
              <w:jc w:val="left"/>
            </w:pPr>
            <w:r>
              <w:rPr>
                <w:sz w:val="16"/>
              </w:rPr>
              <w:t>City</w:t>
            </w:r>
          </w:p>
        </w:tc>
        <w:tc>
          <w:tcPr>
            <w:tcW w:type="dxa" w:w="2099"/>
          </w:tcPr>
          <w:p>
            <w:pPr>
              <w:spacing w:after="0"/>
              <w:jc w:val="left"/>
            </w:pPr>
            <w:r>
              <w:rPr>
                <w:sz w:val="16"/>
              </w:rPr>
              <w:t>Approved, expires 2027-12-18</w:t>
            </w:r>
          </w:p>
        </w:tc>
        <w:tc>
          <w:tcPr>
            <w:tcW w:type="dxa" w:w="2393"/>
          </w:tcPr>
          <w:p>
            <w:pPr>
              <w:spacing w:after="0"/>
              <w:jc w:val="left"/>
            </w:pPr>
            <w:r>
              <w:rPr>
                <w:sz w:val="16"/>
              </w:rPr>
              <w:t>Crockett County (FEMA plan 108322)</w:t>
            </w:r>
          </w:p>
        </w:tc>
        <w:tc>
          <w:tcPr>
            <w:tcW w:type="dxa" w:w="1037"/>
          </w:tcPr>
          <w:p>
            <w:pPr>
              <w:spacing w:after="0"/>
              <w:jc w:val="left"/>
            </w:pPr>
            <w:r>
              <w:rPr>
                <w:sz w:val="16"/>
              </w:rPr>
              <w:t>2022-12-19</w:t>
            </w:r>
          </w:p>
        </w:tc>
        <w:tc>
          <w:tcPr>
            <w:tcW w:type="dxa" w:w="1037"/>
          </w:tcPr>
          <w:p>
            <w:pPr>
              <w:spacing w:after="0"/>
              <w:jc w:val="left"/>
            </w:pPr>
            <w:r>
              <w:rPr>
                <w:sz w:val="16"/>
              </w:rPr>
              <w:t>2027-12-18</w:t>
            </w:r>
          </w:p>
        </w:tc>
        <w:tc>
          <w:tcPr>
            <w:tcW w:type="dxa" w:w="858"/>
          </w:tcPr>
          <w:p>
            <w:pPr>
              <w:spacing w:after="0"/>
              <w:jc w:val="right"/>
            </w:pPr>
            <w:r>
              <w:rPr>
                <w:sz w:val="16"/>
              </w:rPr>
              <w:t>444</w:t>
            </w:r>
          </w:p>
        </w:tc>
        <w:tc>
          <w:tcPr>
            <w:tcW w:type="dxa" w:w="2691"/>
          </w:tcPr>
          <w:p>
            <w:pPr>
              <w:spacing w:after="0"/>
              <w:jc w:val="left"/>
            </w:pPr>
            <w:r>
              <w:rPr>
                <w:sz w:val="16"/>
              </w:rPr>
              <w:t>this jurisdiction approved 2023-02-28</w:t>
            </w:r>
          </w:p>
        </w:tc>
      </w:tr>
      <w:tr>
        <w:trPr>
          <w:cantSplit/>
        </w:trPr>
        <w:tc>
          <w:tcPr>
            <w:tcW w:type="dxa" w:w="2132"/>
          </w:tcPr>
          <w:p>
            <w:pPr>
              <w:spacing w:after="0"/>
              <w:jc w:val="left"/>
            </w:pPr>
            <w:r>
              <w:rPr>
                <w:sz w:val="16"/>
              </w:rPr>
              <w:t>Friendship city</w:t>
            </w:r>
          </w:p>
        </w:tc>
        <w:tc>
          <w:tcPr>
            <w:tcW w:type="dxa" w:w="1866"/>
          </w:tcPr>
          <w:p>
            <w:pPr>
              <w:spacing w:after="0"/>
              <w:jc w:val="left"/>
            </w:pPr>
            <w:r>
              <w:rPr>
                <w:sz w:val="16"/>
              </w:rPr>
              <w:t>City</w:t>
            </w:r>
          </w:p>
        </w:tc>
        <w:tc>
          <w:tcPr>
            <w:tcW w:type="dxa" w:w="2099"/>
          </w:tcPr>
          <w:p>
            <w:pPr>
              <w:spacing w:after="0"/>
              <w:jc w:val="left"/>
            </w:pPr>
            <w:r>
              <w:rPr>
                <w:sz w:val="16"/>
              </w:rPr>
              <w:t>Approved, expires 2027-12-18</w:t>
            </w:r>
          </w:p>
        </w:tc>
        <w:tc>
          <w:tcPr>
            <w:tcW w:type="dxa" w:w="2393"/>
          </w:tcPr>
          <w:p>
            <w:pPr>
              <w:spacing w:after="0"/>
              <w:jc w:val="left"/>
            </w:pPr>
            <w:r>
              <w:rPr>
                <w:sz w:val="16"/>
              </w:rPr>
              <w:t>Crockett County (FEMA plan 108322)</w:t>
            </w:r>
          </w:p>
        </w:tc>
        <w:tc>
          <w:tcPr>
            <w:tcW w:type="dxa" w:w="1037"/>
          </w:tcPr>
          <w:p>
            <w:pPr>
              <w:spacing w:after="0"/>
              <w:jc w:val="left"/>
            </w:pPr>
            <w:r>
              <w:rPr>
                <w:sz w:val="16"/>
              </w:rPr>
              <w:t>2022-12-19</w:t>
            </w:r>
          </w:p>
        </w:tc>
        <w:tc>
          <w:tcPr>
            <w:tcW w:type="dxa" w:w="1037"/>
          </w:tcPr>
          <w:p>
            <w:pPr>
              <w:spacing w:after="0"/>
              <w:jc w:val="left"/>
            </w:pPr>
            <w:r>
              <w:rPr>
                <w:sz w:val="16"/>
              </w:rPr>
              <w:t>2027-12-18</w:t>
            </w:r>
          </w:p>
        </w:tc>
        <w:tc>
          <w:tcPr>
            <w:tcW w:type="dxa" w:w="858"/>
          </w:tcPr>
          <w:p>
            <w:pPr>
              <w:spacing w:after="0"/>
              <w:jc w:val="right"/>
            </w:pPr>
            <w:r>
              <w:rPr>
                <w:sz w:val="16"/>
              </w:rPr>
              <w:t>444</w:t>
            </w:r>
          </w:p>
        </w:tc>
        <w:tc>
          <w:tcPr>
            <w:tcW w:type="dxa" w:w="2691"/>
          </w:tcPr>
          <w:p>
            <w:pPr>
              <w:spacing w:after="0"/>
              <w:jc w:val="left"/>
            </w:pPr>
            <w:r>
              <w:rPr>
                <w:sz w:val="16"/>
              </w:rPr>
              <w:t>this jurisdiction approved 2023-08-24</w:t>
            </w:r>
          </w:p>
        </w:tc>
      </w:tr>
      <w:tr>
        <w:trPr>
          <w:cantSplit/>
        </w:trPr>
        <w:tc>
          <w:tcPr>
            <w:tcW w:type="dxa" w:w="2132"/>
          </w:tcPr>
          <w:p>
            <w:pPr>
              <w:spacing w:after="0"/>
              <w:jc w:val="left"/>
            </w:pPr>
            <w:r>
              <w:rPr>
                <w:sz w:val="16"/>
              </w:rPr>
              <w:t>Gadsden town</w:t>
            </w:r>
          </w:p>
        </w:tc>
        <w:tc>
          <w:tcPr>
            <w:tcW w:type="dxa" w:w="1866"/>
          </w:tcPr>
          <w:p>
            <w:pPr>
              <w:spacing w:after="0"/>
              <w:jc w:val="left"/>
            </w:pPr>
            <w:r>
              <w:rPr>
                <w:sz w:val="16"/>
              </w:rPr>
              <w:t>Town</w:t>
            </w:r>
          </w:p>
        </w:tc>
        <w:tc>
          <w:tcPr>
            <w:tcW w:type="dxa" w:w="2099"/>
          </w:tcPr>
          <w:p>
            <w:pPr>
              <w:spacing w:after="0"/>
              <w:jc w:val="left"/>
            </w:pPr>
            <w:r>
              <w:rPr>
                <w:sz w:val="16"/>
              </w:rPr>
              <w:t>Approved, expires 2027-12-18</w:t>
            </w:r>
          </w:p>
        </w:tc>
        <w:tc>
          <w:tcPr>
            <w:tcW w:type="dxa" w:w="2393"/>
          </w:tcPr>
          <w:p>
            <w:pPr>
              <w:spacing w:after="0"/>
              <w:jc w:val="left"/>
            </w:pPr>
            <w:r>
              <w:rPr>
                <w:sz w:val="16"/>
              </w:rPr>
              <w:t>Crockett County (FEMA plan 108322)</w:t>
            </w:r>
          </w:p>
        </w:tc>
        <w:tc>
          <w:tcPr>
            <w:tcW w:type="dxa" w:w="1037"/>
          </w:tcPr>
          <w:p>
            <w:pPr>
              <w:spacing w:after="0"/>
              <w:jc w:val="left"/>
            </w:pPr>
            <w:r>
              <w:rPr>
                <w:sz w:val="16"/>
              </w:rPr>
              <w:t>2022-12-19</w:t>
            </w:r>
          </w:p>
        </w:tc>
        <w:tc>
          <w:tcPr>
            <w:tcW w:type="dxa" w:w="1037"/>
          </w:tcPr>
          <w:p>
            <w:pPr>
              <w:spacing w:after="0"/>
              <w:jc w:val="left"/>
            </w:pPr>
            <w:r>
              <w:rPr>
                <w:sz w:val="16"/>
              </w:rPr>
              <w:t>2027-12-18</w:t>
            </w:r>
          </w:p>
        </w:tc>
        <w:tc>
          <w:tcPr>
            <w:tcW w:type="dxa" w:w="858"/>
          </w:tcPr>
          <w:p>
            <w:pPr>
              <w:spacing w:after="0"/>
              <w:jc w:val="right"/>
            </w:pPr>
            <w:r>
              <w:rPr>
                <w:sz w:val="16"/>
              </w:rPr>
              <w:t>444</w:t>
            </w:r>
          </w:p>
        </w:tc>
        <w:tc>
          <w:tcPr>
            <w:tcW w:type="dxa" w:w="2691"/>
          </w:tcPr>
          <w:p>
            <w:pPr>
              <w:spacing w:after="0"/>
              <w:jc w:val="left"/>
            </w:pPr>
            <w:r>
              <w:rPr>
                <w:sz w:val="16"/>
              </w:rPr>
              <w:t>this jurisdiction approved 2023-03-22</w:t>
            </w:r>
          </w:p>
        </w:tc>
      </w:tr>
      <w:tr>
        <w:trPr>
          <w:cantSplit/>
        </w:trPr>
        <w:tc>
          <w:tcPr>
            <w:tcW w:type="dxa" w:w="2132"/>
          </w:tcPr>
          <w:p>
            <w:pPr>
              <w:spacing w:after="0"/>
              <w:jc w:val="left"/>
            </w:pPr>
            <w:r>
              <w:rPr>
                <w:sz w:val="16"/>
              </w:rPr>
              <w:t>Alamo City School District</w:t>
            </w:r>
          </w:p>
        </w:tc>
        <w:tc>
          <w:tcPr>
            <w:tcW w:type="dxa" w:w="1866"/>
          </w:tcPr>
          <w:p>
            <w:pPr>
              <w:spacing w:after="0"/>
              <w:jc w:val="left"/>
            </w:pPr>
            <w:r>
              <w:rPr>
                <w:sz w:val="16"/>
              </w:rPr>
              <w:t>School/School District</w:t>
            </w:r>
          </w:p>
        </w:tc>
        <w:tc>
          <w:tcPr>
            <w:tcW w:type="dxa" w:w="2099"/>
          </w:tcPr>
          <w:p>
            <w:pPr>
              <w:spacing w:after="0"/>
              <w:jc w:val="left"/>
            </w:pPr>
            <w:r>
              <w:rPr>
                <w:sz w:val="16"/>
              </w:rPr>
              <w:t>Approved, expires 2027-12-18</w:t>
            </w:r>
          </w:p>
        </w:tc>
        <w:tc>
          <w:tcPr>
            <w:tcW w:type="dxa" w:w="2393"/>
          </w:tcPr>
          <w:p>
            <w:pPr>
              <w:spacing w:after="0"/>
              <w:jc w:val="left"/>
            </w:pPr>
            <w:r>
              <w:rPr>
                <w:sz w:val="16"/>
              </w:rPr>
              <w:t>Crockett County (FEMA plan 108322)</w:t>
            </w:r>
          </w:p>
        </w:tc>
        <w:tc>
          <w:tcPr>
            <w:tcW w:type="dxa" w:w="1037"/>
          </w:tcPr>
          <w:p>
            <w:pPr>
              <w:spacing w:after="0"/>
              <w:jc w:val="left"/>
            </w:pPr>
            <w:r>
              <w:rPr>
                <w:sz w:val="16"/>
              </w:rPr>
              <w:t>2022-12-19</w:t>
            </w:r>
          </w:p>
        </w:tc>
        <w:tc>
          <w:tcPr>
            <w:tcW w:type="dxa" w:w="1037"/>
          </w:tcPr>
          <w:p>
            <w:pPr>
              <w:spacing w:after="0"/>
              <w:jc w:val="left"/>
            </w:pPr>
            <w:r>
              <w:rPr>
                <w:sz w:val="16"/>
              </w:rPr>
              <w:t>2027-12-18</w:t>
            </w:r>
          </w:p>
        </w:tc>
        <w:tc>
          <w:tcPr>
            <w:tcW w:type="dxa" w:w="858"/>
          </w:tcPr>
          <w:p>
            <w:pPr>
              <w:spacing w:after="0"/>
              <w:jc w:val="right"/>
            </w:pPr>
            <w:r>
              <w:rPr>
                <w:sz w:val="16"/>
              </w:rPr>
              <w:t>444</w:t>
            </w:r>
          </w:p>
        </w:tc>
        <w:tc>
          <w:tcPr>
            <w:tcW w:type="dxa" w:w="2691"/>
          </w:tcPr>
          <w:p>
            <w:pPr>
              <w:spacing w:after="0"/>
              <w:jc w:val="left"/>
            </w:pPr>
            <w:r>
              <w:rPr>
                <w:sz w:val="16"/>
              </w:rPr>
              <w:t>this jurisdiction approved 2023-03-20</w:t>
            </w:r>
          </w:p>
        </w:tc>
      </w:tr>
      <w:tr>
        <w:trPr>
          <w:cantSplit/>
        </w:trPr>
        <w:tc>
          <w:tcPr>
            <w:tcW w:type="dxa" w:w="2132"/>
          </w:tcPr>
          <w:p>
            <w:pPr>
              <w:spacing w:after="0"/>
              <w:jc w:val="left"/>
            </w:pPr>
            <w:r>
              <w:rPr>
                <w:sz w:val="16"/>
              </w:rPr>
              <w:t>Bells City School District</w:t>
            </w:r>
          </w:p>
        </w:tc>
        <w:tc>
          <w:tcPr>
            <w:tcW w:type="dxa" w:w="1866"/>
          </w:tcPr>
          <w:p>
            <w:pPr>
              <w:spacing w:after="0"/>
              <w:jc w:val="left"/>
            </w:pPr>
            <w:r>
              <w:rPr>
                <w:sz w:val="16"/>
              </w:rPr>
              <w:t>School/School District</w:t>
            </w:r>
          </w:p>
        </w:tc>
        <w:tc>
          <w:tcPr>
            <w:tcW w:type="dxa" w:w="2099"/>
          </w:tcPr>
          <w:p>
            <w:pPr>
              <w:spacing w:after="0"/>
              <w:jc w:val="left"/>
            </w:pPr>
            <w:r>
              <w:rPr>
                <w:sz w:val="16"/>
              </w:rPr>
              <w:t>Approved, expires 2027-12-18</w:t>
            </w:r>
          </w:p>
        </w:tc>
        <w:tc>
          <w:tcPr>
            <w:tcW w:type="dxa" w:w="2393"/>
          </w:tcPr>
          <w:p>
            <w:pPr>
              <w:spacing w:after="0"/>
              <w:jc w:val="left"/>
            </w:pPr>
            <w:r>
              <w:rPr>
                <w:sz w:val="16"/>
              </w:rPr>
              <w:t>Crockett County (FEMA plan 108322)</w:t>
            </w:r>
          </w:p>
        </w:tc>
        <w:tc>
          <w:tcPr>
            <w:tcW w:type="dxa" w:w="1037"/>
          </w:tcPr>
          <w:p>
            <w:pPr>
              <w:spacing w:after="0"/>
              <w:jc w:val="left"/>
            </w:pPr>
            <w:r>
              <w:rPr>
                <w:sz w:val="16"/>
              </w:rPr>
              <w:t>2022-12-19</w:t>
            </w:r>
          </w:p>
        </w:tc>
        <w:tc>
          <w:tcPr>
            <w:tcW w:type="dxa" w:w="1037"/>
          </w:tcPr>
          <w:p>
            <w:pPr>
              <w:spacing w:after="0"/>
              <w:jc w:val="left"/>
            </w:pPr>
            <w:r>
              <w:rPr>
                <w:sz w:val="16"/>
              </w:rPr>
              <w:t>2027-12-18</w:t>
            </w:r>
          </w:p>
        </w:tc>
        <w:tc>
          <w:tcPr>
            <w:tcW w:type="dxa" w:w="858"/>
          </w:tcPr>
          <w:p>
            <w:pPr>
              <w:spacing w:after="0"/>
              <w:jc w:val="right"/>
            </w:pPr>
            <w:r>
              <w:rPr>
                <w:sz w:val="16"/>
              </w:rPr>
              <w:t>444</w:t>
            </w:r>
          </w:p>
        </w:tc>
        <w:tc>
          <w:tcPr>
            <w:tcW w:type="dxa" w:w="2691"/>
          </w:tcPr>
          <w:p>
            <w:pPr>
              <w:spacing w:after="0"/>
              <w:jc w:val="left"/>
            </w:pPr>
            <w:r>
              <w:rPr>
                <w:sz w:val="16"/>
              </w:rPr>
              <w:t>this jurisdiction approved 2023-04-13</w:t>
            </w:r>
          </w:p>
        </w:tc>
      </w:tr>
      <w:tr>
        <w:trPr>
          <w:cantSplit/>
        </w:trPr>
        <w:tc>
          <w:tcPr>
            <w:tcW w:type="dxa" w:w="2132"/>
          </w:tcPr>
          <w:p>
            <w:pPr>
              <w:spacing w:after="0"/>
              <w:jc w:val="left"/>
            </w:pPr>
            <w:r>
              <w:rPr>
                <w:sz w:val="16"/>
              </w:rPr>
              <w:t>Crockett County School District</w:t>
            </w:r>
          </w:p>
        </w:tc>
        <w:tc>
          <w:tcPr>
            <w:tcW w:type="dxa" w:w="1866"/>
          </w:tcPr>
          <w:p>
            <w:pPr>
              <w:spacing w:after="0"/>
              <w:jc w:val="left"/>
            </w:pPr>
            <w:r>
              <w:rPr>
                <w:sz w:val="16"/>
              </w:rPr>
              <w:t>School/School District</w:t>
            </w:r>
          </w:p>
        </w:tc>
        <w:tc>
          <w:tcPr>
            <w:tcW w:type="dxa" w:w="2099"/>
          </w:tcPr>
          <w:p>
            <w:pPr>
              <w:spacing w:after="0"/>
              <w:jc w:val="left"/>
            </w:pPr>
            <w:r>
              <w:rPr>
                <w:sz w:val="16"/>
              </w:rPr>
              <w:t>Approved, expires 2027-12-18</w:t>
            </w:r>
          </w:p>
        </w:tc>
        <w:tc>
          <w:tcPr>
            <w:tcW w:type="dxa" w:w="2393"/>
          </w:tcPr>
          <w:p>
            <w:pPr>
              <w:spacing w:after="0"/>
              <w:jc w:val="left"/>
            </w:pPr>
            <w:r>
              <w:rPr>
                <w:sz w:val="16"/>
              </w:rPr>
              <w:t>Crockett County (FEMA plan 108322)</w:t>
            </w:r>
          </w:p>
        </w:tc>
        <w:tc>
          <w:tcPr>
            <w:tcW w:type="dxa" w:w="1037"/>
          </w:tcPr>
          <w:p>
            <w:pPr>
              <w:spacing w:after="0"/>
              <w:jc w:val="left"/>
            </w:pPr>
            <w:r>
              <w:rPr>
                <w:sz w:val="16"/>
              </w:rPr>
              <w:t>2022-12-19</w:t>
            </w:r>
          </w:p>
        </w:tc>
        <w:tc>
          <w:tcPr>
            <w:tcW w:type="dxa" w:w="1037"/>
          </w:tcPr>
          <w:p>
            <w:pPr>
              <w:spacing w:after="0"/>
              <w:jc w:val="left"/>
            </w:pPr>
            <w:r>
              <w:rPr>
                <w:sz w:val="16"/>
              </w:rPr>
              <w:t>2027-12-18</w:t>
            </w:r>
          </w:p>
        </w:tc>
        <w:tc>
          <w:tcPr>
            <w:tcW w:type="dxa" w:w="858"/>
          </w:tcPr>
          <w:p>
            <w:pPr>
              <w:spacing w:after="0"/>
              <w:jc w:val="right"/>
            </w:pPr>
            <w:r>
              <w:rPr>
                <w:sz w:val="16"/>
              </w:rPr>
              <w:t>444</w:t>
            </w:r>
          </w:p>
        </w:tc>
        <w:tc>
          <w:tcPr>
            <w:tcW w:type="dxa" w:w="2691"/>
          </w:tcPr>
          <w:p>
            <w:pPr>
              <w:spacing w:after="0"/>
              <w:jc w:val="left"/>
            </w:pPr>
            <w:r>
              <w:rPr>
                <w:sz w:val="16"/>
              </w:rPr>
              <w:t>this jurisdiction approved 2023-02-16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Earthquake</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$3,423,436</w:t>
            </w:r>
          </w:p>
        </w:tc>
        <w:tc>
          <w:tcPr>
            <w:tcW w:type="dxa" w:w="1126"/>
          </w:tcPr>
          <w:p>
            <w:pPr>
              <w:spacing w:after="0"/>
              <w:jc w:val="right"/>
            </w:pPr>
            <w:r>
              <w:rPr>
                <w:sz w:val="16"/>
              </w:rPr>
              <w:t>n/a</w:t>
            </w:r>
          </w:p>
        </w:tc>
        <w:tc>
          <w:tcPr>
            <w:tcW w:type="dxa" w:w="1950"/>
          </w:tcPr>
          <w:p>
            <w:pPr>
              <w:spacing w:after="0"/>
              <w:jc w:val="right"/>
            </w:pPr>
            <w:r>
              <w:rPr>
                <w:sz w:val="16"/>
              </w:rPr>
              <w:t>$3,983,341</w:t>
            </w:r>
          </w:p>
        </w:tc>
        <w:tc>
          <w:tcPr>
            <w:tcW w:type="dxa" w:w="1194"/>
          </w:tcPr>
          <w:p>
            <w:pPr>
              <w:spacing w:after="0"/>
              <w:jc w:val="right"/>
            </w:pPr>
            <w:r>
              <w:rPr>
                <w:sz w:val="16"/>
              </w:rPr>
              <w:t>$7,406,776</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2</w:t>
            </w:r>
          </w:p>
        </w:tc>
        <w:tc>
          <w:tcPr>
            <w:tcW w:type="dxa" w:w="1037"/>
          </w:tcPr>
          <w:p>
            <w:pPr>
              <w:spacing w:after="0"/>
              <w:jc w:val="left"/>
            </w:pPr>
            <w:r>
              <w:rPr>
                <w:sz w:val="16"/>
              </w:rPr>
              <w:t>Inland Flooding</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$1,237,108</w:t>
            </w:r>
          </w:p>
        </w:tc>
        <w:tc>
          <w:tcPr>
            <w:tcW w:type="dxa" w:w="1126"/>
          </w:tcPr>
          <w:p>
            <w:pPr>
              <w:spacing w:after="0"/>
              <w:jc w:val="right"/>
            </w:pPr>
            <w:r>
              <w:rPr>
                <w:sz w:val="16"/>
              </w:rPr>
              <w:t>$663</w:t>
            </w:r>
          </w:p>
        </w:tc>
        <w:tc>
          <w:tcPr>
            <w:tcW w:type="dxa" w:w="1950"/>
          </w:tcPr>
          <w:p>
            <w:pPr>
              <w:spacing w:after="0"/>
              <w:jc w:val="right"/>
            </w:pPr>
            <w:r>
              <w:rPr>
                <w:sz w:val="16"/>
              </w:rPr>
              <w:t>$6,179</w:t>
            </w:r>
          </w:p>
        </w:tc>
        <w:tc>
          <w:tcPr>
            <w:tcW w:type="dxa" w:w="1194"/>
          </w:tcPr>
          <w:p>
            <w:pPr>
              <w:spacing w:after="0"/>
              <w:jc w:val="right"/>
            </w:pPr>
            <w:r>
              <w:rPr>
                <w:sz w:val="16"/>
              </w:rPr>
              <w:t>$1,243,950</w:t>
            </w:r>
          </w:p>
        </w:tc>
        <w:tc>
          <w:tcPr>
            <w:tcW w:type="dxa" w:w="2139"/>
          </w:tcPr>
          <w:p>
            <w:pPr>
              <w:spacing w:after="0"/>
              <w:jc w:val="right"/>
            </w:pPr>
            <w:r>
              <w:rPr>
                <w:sz w:val="16"/>
              </w:rPr>
              <w:t>45</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$59</w:t>
            </w:r>
          </w:p>
        </w:tc>
        <w:tc>
          <w:tcPr>
            <w:tcW w:type="dxa" w:w="1126"/>
          </w:tcPr>
          <w:p>
            <w:pPr>
              <w:spacing w:after="0"/>
              <w:jc w:val="right"/>
            </w:pPr>
            <w:r>
              <w:rPr>
                <w:sz w:val="16"/>
              </w:rPr>
              <w:t>$16,587</w:t>
            </w:r>
          </w:p>
        </w:tc>
        <w:tc>
          <w:tcPr>
            <w:tcW w:type="dxa" w:w="1950"/>
          </w:tcPr>
          <w:p>
            <w:pPr>
              <w:spacing w:after="0"/>
              <w:jc w:val="right"/>
            </w:pPr>
            <w:r>
              <w:rPr>
                <w:sz w:val="16"/>
              </w:rPr>
              <w:t>$1,128,108</w:t>
            </w:r>
          </w:p>
        </w:tc>
        <w:tc>
          <w:tcPr>
            <w:tcW w:type="dxa" w:w="1194"/>
          </w:tcPr>
          <w:p>
            <w:pPr>
              <w:spacing w:after="0"/>
              <w:jc w:val="right"/>
            </w:pPr>
            <w:r>
              <w:rPr>
                <w:sz w:val="16"/>
              </w:rPr>
              <w:t>$1,144,754</w:t>
            </w:r>
          </w:p>
        </w:tc>
        <w:tc>
          <w:tcPr>
            <w:tcW w:type="dxa" w:w="2139"/>
          </w:tcPr>
          <w:p>
            <w:pPr>
              <w:spacing w:after="0"/>
              <w:jc w:val="right"/>
            </w:pPr>
            <w:r>
              <w:rPr>
                <w:sz w:val="16"/>
              </w:rPr>
              <w:t>11</w:t>
            </w:r>
          </w:p>
        </w:tc>
        <w:tc>
          <w:tcPr>
            <w:tcW w:type="dxa" w:w="2202"/>
          </w:tcPr>
          <w:p>
            <w:pPr>
              <w:spacing w:after="0"/>
              <w:jc w:val="left"/>
            </w:pPr>
            <w:r>
              <w:rPr>
                <w:sz w:val="16"/>
              </w:rPr>
              <w:t>Includes 2 Frost/Freeze records (outside NRI's Cold Wave definition; counted in this table and in B1-d, not in the B1-e descriptor).</w:t>
            </w:r>
          </w:p>
        </w:tc>
      </w:tr>
      <w:tr>
        <w:trPr>
          <w:cantSplit/>
        </w:trPr>
        <w:tc>
          <w:tcPr>
            <w:tcW w:type="dxa" w:w="723"/>
          </w:tcPr>
          <w:p>
            <w:pPr>
              <w:spacing w:after="0"/>
              <w:jc w:val="right"/>
            </w:pPr>
            <w:r>
              <w:rPr>
                <w:sz w:val="16"/>
              </w:rPr>
              <w:t>4</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$485,570</w:t>
            </w:r>
          </w:p>
        </w:tc>
        <w:tc>
          <w:tcPr>
            <w:tcW w:type="dxa" w:w="1126"/>
          </w:tcPr>
          <w:p>
            <w:pPr>
              <w:spacing w:after="0"/>
              <w:jc w:val="right"/>
            </w:pPr>
            <w:r>
              <w:rPr>
                <w:sz w:val="16"/>
              </w:rPr>
              <w:t>$7,160</w:t>
            </w:r>
          </w:p>
        </w:tc>
        <w:tc>
          <w:tcPr>
            <w:tcW w:type="dxa" w:w="1950"/>
          </w:tcPr>
          <w:p>
            <w:pPr>
              <w:spacing w:after="0"/>
              <w:jc w:val="right"/>
            </w:pPr>
            <w:r>
              <w:rPr>
                <w:sz w:val="16"/>
              </w:rPr>
              <w:t>$577,904</w:t>
            </w:r>
          </w:p>
        </w:tc>
        <w:tc>
          <w:tcPr>
            <w:tcW w:type="dxa" w:w="1194"/>
          </w:tcPr>
          <w:p>
            <w:pPr>
              <w:spacing w:after="0"/>
              <w:jc w:val="right"/>
            </w:pPr>
            <w:r>
              <w:rPr>
                <w:sz w:val="16"/>
              </w:rPr>
              <w:t>$1,070,633</w:t>
            </w:r>
          </w:p>
        </w:tc>
        <w:tc>
          <w:tcPr>
            <w:tcW w:type="dxa" w:w="2139"/>
          </w:tcPr>
          <w:p>
            <w:pPr>
              <w:spacing w:after="0"/>
              <w:jc w:val="right"/>
            </w:pPr>
            <w:r>
              <w:rPr>
                <w:sz w:val="16"/>
              </w:rPr>
              <w:t>8</w:t>
            </w:r>
          </w:p>
        </w:tc>
        <w:tc>
          <w:tcPr>
            <w:tcW w:type="dxa" w:w="2202"/>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Strong Wind</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$95,687</w:t>
            </w:r>
          </w:p>
        </w:tc>
        <w:tc>
          <w:tcPr>
            <w:tcW w:type="dxa" w:w="1126"/>
          </w:tcPr>
          <w:p>
            <w:pPr>
              <w:spacing w:after="0"/>
              <w:jc w:val="right"/>
            </w:pPr>
            <w:r>
              <w:rPr>
                <w:sz w:val="16"/>
              </w:rPr>
              <w:t>$20,678</w:t>
            </w:r>
          </w:p>
        </w:tc>
        <w:tc>
          <w:tcPr>
            <w:tcW w:type="dxa" w:w="1950"/>
          </w:tcPr>
          <w:p>
            <w:pPr>
              <w:spacing w:after="0"/>
              <w:jc w:val="right"/>
            </w:pPr>
            <w:r>
              <w:rPr>
                <w:sz w:val="16"/>
              </w:rPr>
              <w:t>$489,288</w:t>
            </w:r>
          </w:p>
        </w:tc>
        <w:tc>
          <w:tcPr>
            <w:tcW w:type="dxa" w:w="1194"/>
          </w:tcPr>
          <w:p>
            <w:pPr>
              <w:spacing w:after="0"/>
              <w:jc w:val="right"/>
            </w:pPr>
            <w:r>
              <w:rPr>
                <w:sz w:val="16"/>
              </w:rPr>
              <w:t>$605,653</w:t>
            </w:r>
          </w:p>
        </w:tc>
        <w:tc>
          <w:tcPr>
            <w:tcW w:type="dxa" w:w="2139"/>
          </w:tcPr>
          <w:p>
            <w:pPr>
              <w:spacing w:after="0"/>
              <w:jc w:val="right"/>
            </w:pPr>
            <w:r>
              <w:rPr>
                <w:sz w:val="16"/>
              </w:rPr>
              <w:t>79</w:t>
            </w:r>
          </w:p>
        </w:tc>
        <w:tc>
          <w:tcPr>
            <w:tcW w:type="dxa" w:w="2202"/>
          </w:tcPr>
          <w:p>
            <w:pPr>
              <w:spacing w:after="0"/>
              <w:jc w:val="left"/>
            </w:pPr>
            <w:r>
              <w:rPr>
                <w:sz w:val="16"/>
              </w:rPr>
              <w:t>Includes 4 High Wind and 3 Strong Wind records (NOAA non-thunderstorm wind types, outside NRI's Strong Wind definition).</w:t>
            </w:r>
          </w:p>
        </w:tc>
      </w:tr>
      <w:tr>
        <w:trPr>
          <w:cantSplit/>
        </w:trPr>
        <w:tc>
          <w:tcPr>
            <w:tcW w:type="dxa" w:w="723"/>
          </w:tcPr>
          <w:p>
            <w:pPr>
              <w:spacing w:after="0"/>
              <w:jc w:val="right"/>
            </w:pPr>
            <w:r>
              <w:rPr>
                <w:sz w:val="16"/>
              </w:rPr>
              <w:t>6</w:t>
            </w:r>
          </w:p>
        </w:tc>
        <w:tc>
          <w:tcPr>
            <w:tcW w:type="dxa" w:w="1037"/>
          </w:tcPr>
          <w:p>
            <w:pPr>
              <w:spacing w:after="0"/>
              <w:jc w:val="left"/>
            </w:pPr>
            <w:r>
              <w:rPr>
                <w:sz w:val="16"/>
              </w:rPr>
              <w:t>Heat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$20</w:t>
            </w:r>
          </w:p>
        </w:tc>
        <w:tc>
          <w:tcPr>
            <w:tcW w:type="dxa" w:w="1126"/>
          </w:tcPr>
          <w:p>
            <w:pPr>
              <w:spacing w:after="0"/>
              <w:jc w:val="right"/>
            </w:pPr>
            <w:r>
              <w:rPr>
                <w:sz w:val="16"/>
              </w:rPr>
              <w:t>$426</w:t>
            </w:r>
          </w:p>
        </w:tc>
        <w:tc>
          <w:tcPr>
            <w:tcW w:type="dxa" w:w="1950"/>
          </w:tcPr>
          <w:p>
            <w:pPr>
              <w:spacing w:after="0"/>
              <w:jc w:val="right"/>
            </w:pPr>
            <w:r>
              <w:rPr>
                <w:sz w:val="16"/>
              </w:rPr>
              <w:t>$401,548</w:t>
            </w:r>
          </w:p>
        </w:tc>
        <w:tc>
          <w:tcPr>
            <w:tcW w:type="dxa" w:w="1194"/>
          </w:tcPr>
          <w:p>
            <w:pPr>
              <w:spacing w:after="0"/>
              <w:jc w:val="right"/>
            </w:pPr>
            <w:r>
              <w:rPr>
                <w:sz w:val="16"/>
              </w:rPr>
              <w:t>$401,995</w:t>
            </w:r>
          </w:p>
        </w:tc>
        <w:tc>
          <w:tcPr>
            <w:tcW w:type="dxa" w:w="2139"/>
          </w:tcPr>
          <w:p>
            <w:pPr>
              <w:spacing w:after="0"/>
              <w:jc w:val="right"/>
            </w:pPr>
            <w:r>
              <w:rPr>
                <w:sz w:val="16"/>
              </w:rPr>
              <w:t>103</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Drought</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$213,531</w:t>
            </w:r>
          </w:p>
        </w:tc>
        <w:tc>
          <w:tcPr>
            <w:tcW w:type="dxa" w:w="1950"/>
          </w:tcPr>
          <w:p>
            <w:pPr>
              <w:spacing w:after="0"/>
              <w:jc w:val="right"/>
            </w:pPr>
            <w:r>
              <w:rPr>
                <w:sz w:val="16"/>
              </w:rPr>
              <w:t>n/a</w:t>
            </w:r>
          </w:p>
        </w:tc>
        <w:tc>
          <w:tcPr>
            <w:tcW w:type="dxa" w:w="1194"/>
          </w:tcPr>
          <w:p>
            <w:pPr>
              <w:spacing w:after="0"/>
              <w:jc w:val="right"/>
            </w:pPr>
            <w:r>
              <w:rPr>
                <w:sz w:val="16"/>
              </w:rPr>
              <w:t>$213,531</w:t>
            </w:r>
          </w:p>
        </w:tc>
        <w:tc>
          <w:tcPr>
            <w:tcW w:type="dxa" w:w="2139"/>
          </w:tcPr>
          <w:p>
            <w:pPr>
              <w:spacing w:after="0"/>
              <w:jc w:val="right"/>
            </w:pPr>
            <w:r>
              <w:rPr>
                <w:sz w:val="16"/>
              </w:rPr>
              <w:t>31</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Ice Storm</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$120,684</w:t>
            </w:r>
          </w:p>
        </w:tc>
        <w:tc>
          <w:tcPr>
            <w:tcW w:type="dxa" w:w="1126"/>
          </w:tcPr>
          <w:p>
            <w:pPr>
              <w:spacing w:after="0"/>
              <w:jc w:val="right"/>
            </w:pPr>
            <w:r>
              <w:rPr>
                <w:sz w:val="16"/>
              </w:rPr>
              <w:t>n/a</w:t>
            </w:r>
          </w:p>
        </w:tc>
        <w:tc>
          <w:tcPr>
            <w:tcW w:type="dxa" w:w="1950"/>
          </w:tcPr>
          <w:p>
            <w:pPr>
              <w:spacing w:after="0"/>
              <w:jc w:val="right"/>
            </w:pPr>
            <w:r>
              <w:rPr>
                <w:sz w:val="16"/>
              </w:rPr>
              <w:t>$32,140</w:t>
            </w:r>
          </w:p>
        </w:tc>
        <w:tc>
          <w:tcPr>
            <w:tcW w:type="dxa" w:w="1194"/>
          </w:tcPr>
          <w:p>
            <w:pPr>
              <w:spacing w:after="0"/>
              <w:jc w:val="right"/>
            </w:pPr>
            <w:r>
              <w:rPr>
                <w:sz w:val="16"/>
              </w:rPr>
              <w:t>$152,824</w:t>
            </w:r>
          </w:p>
        </w:tc>
        <w:tc>
          <w:tcPr>
            <w:tcW w:type="dxa" w:w="2139"/>
          </w:tcPr>
          <w:p>
            <w:pPr>
              <w:spacing w:after="0"/>
              <w:jc w:val="right"/>
            </w:pPr>
            <w:r>
              <w:rPr>
                <w:sz w:val="16"/>
              </w:rPr>
              <w:t>5</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$5,508</w:t>
            </w:r>
          </w:p>
        </w:tc>
        <w:tc>
          <w:tcPr>
            <w:tcW w:type="dxa" w:w="1126"/>
          </w:tcPr>
          <w:p>
            <w:pPr>
              <w:spacing w:after="0"/>
              <w:jc w:val="right"/>
            </w:pPr>
            <w:r>
              <w:rPr>
                <w:sz w:val="16"/>
              </w:rPr>
              <w:t>n/a</w:t>
            </w:r>
          </w:p>
        </w:tc>
        <w:tc>
          <w:tcPr>
            <w:tcW w:type="dxa" w:w="1950"/>
          </w:tcPr>
          <w:p>
            <w:pPr>
              <w:spacing w:after="0"/>
              <w:jc w:val="right"/>
            </w:pPr>
            <w:r>
              <w:rPr>
                <w:sz w:val="16"/>
              </w:rPr>
              <w:t>$146,981</w:t>
            </w:r>
          </w:p>
        </w:tc>
        <w:tc>
          <w:tcPr>
            <w:tcW w:type="dxa" w:w="1194"/>
          </w:tcPr>
          <w:p>
            <w:pPr>
              <w:spacing w:after="0"/>
              <w:jc w:val="right"/>
            </w:pPr>
            <w:r>
              <w:rPr>
                <w:sz w:val="16"/>
              </w:rPr>
              <w:t>$152,488</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$33,515</w:t>
            </w:r>
          </w:p>
        </w:tc>
        <w:tc>
          <w:tcPr>
            <w:tcW w:type="dxa" w:w="1126"/>
          </w:tcPr>
          <w:p>
            <w:pPr>
              <w:spacing w:after="0"/>
              <w:jc w:val="right"/>
            </w:pPr>
            <w:r>
              <w:rPr>
                <w:sz w:val="16"/>
              </w:rPr>
              <w:t>$2</w:t>
            </w:r>
          </w:p>
        </w:tc>
        <w:tc>
          <w:tcPr>
            <w:tcW w:type="dxa" w:w="1950"/>
          </w:tcPr>
          <w:p>
            <w:pPr>
              <w:spacing w:after="0"/>
              <w:jc w:val="right"/>
            </w:pPr>
            <w:r>
              <w:rPr>
                <w:sz w:val="16"/>
              </w:rPr>
              <w:t>$17,632</w:t>
            </w:r>
          </w:p>
        </w:tc>
        <w:tc>
          <w:tcPr>
            <w:tcW w:type="dxa" w:w="1194"/>
          </w:tcPr>
          <w:p>
            <w:pPr>
              <w:spacing w:after="0"/>
              <w:jc w:val="right"/>
            </w:pPr>
            <w:r>
              <w:rPr>
                <w:sz w:val="16"/>
              </w:rPr>
              <w:t>$51,149</w:t>
            </w:r>
          </w:p>
        </w:tc>
        <w:tc>
          <w:tcPr>
            <w:tcW w:type="dxa" w:w="2139"/>
          </w:tcPr>
          <w:p>
            <w:pPr>
              <w:spacing w:after="0"/>
              <w:jc w:val="right"/>
            </w:pPr>
            <w:r>
              <w:rPr>
                <w:sz w:val="16"/>
              </w:rPr>
              <w:t>57</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$15,929</w:t>
            </w:r>
          </w:p>
        </w:tc>
        <w:tc>
          <w:tcPr>
            <w:tcW w:type="dxa" w:w="1126"/>
          </w:tcPr>
          <w:p>
            <w:pPr>
              <w:spacing w:after="0"/>
              <w:jc w:val="right"/>
            </w:pPr>
            <w:r>
              <w:rPr>
                <w:sz w:val="16"/>
              </w:rPr>
              <w:t>$24,457</w:t>
            </w:r>
          </w:p>
        </w:tc>
        <w:tc>
          <w:tcPr>
            <w:tcW w:type="dxa" w:w="1950"/>
          </w:tcPr>
          <w:p>
            <w:pPr>
              <w:spacing w:after="0"/>
              <w:jc w:val="right"/>
            </w:pPr>
            <w:r>
              <w:rPr>
                <w:sz w:val="16"/>
              </w:rPr>
              <w:t>$517</w:t>
            </w:r>
          </w:p>
        </w:tc>
        <w:tc>
          <w:tcPr>
            <w:tcW w:type="dxa" w:w="1194"/>
          </w:tcPr>
          <w:p>
            <w:pPr>
              <w:spacing w:after="0"/>
              <w:jc w:val="right"/>
            </w:pPr>
            <w:r>
              <w:rPr>
                <w:sz w:val="16"/>
              </w:rPr>
              <w:t>$40,903</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12</w:t>
            </w:r>
          </w:p>
        </w:tc>
        <w:tc>
          <w:tcPr>
            <w:tcW w:type="dxa" w:w="1037"/>
          </w:tcPr>
          <w:p>
            <w:pPr>
              <w:spacing w:after="0"/>
              <w:jc w:val="left"/>
            </w:pPr>
            <w:r>
              <w:rPr>
                <w:sz w:val="16"/>
              </w:rPr>
              <w:t>Hail</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$20,765</w:t>
            </w:r>
          </w:p>
        </w:tc>
        <w:tc>
          <w:tcPr>
            <w:tcW w:type="dxa" w:w="1126"/>
          </w:tcPr>
          <w:p>
            <w:pPr>
              <w:spacing w:after="0"/>
              <w:jc w:val="right"/>
            </w:pPr>
            <w:r>
              <w:rPr>
                <w:sz w:val="16"/>
              </w:rPr>
              <w:t>$458</w:t>
            </w:r>
          </w:p>
        </w:tc>
        <w:tc>
          <w:tcPr>
            <w:tcW w:type="dxa" w:w="1950"/>
          </w:tcPr>
          <w:p>
            <w:pPr>
              <w:spacing w:after="0"/>
              <w:jc w:val="right"/>
            </w:pPr>
            <w:r>
              <w:rPr>
                <w:sz w:val="16"/>
              </w:rPr>
              <w:t>$303</w:t>
            </w:r>
          </w:p>
        </w:tc>
        <w:tc>
          <w:tcPr>
            <w:tcW w:type="dxa" w:w="1194"/>
          </w:tcPr>
          <w:p>
            <w:pPr>
              <w:spacing w:after="0"/>
              <w:jc w:val="right"/>
            </w:pPr>
            <w:r>
              <w:rPr>
                <w:sz w:val="16"/>
              </w:rPr>
              <w:t>$21,526</w:t>
            </w:r>
          </w:p>
        </w:tc>
        <w:tc>
          <w:tcPr>
            <w:tcW w:type="dxa" w:w="2139"/>
          </w:tcPr>
          <w:p>
            <w:pPr>
              <w:spacing w:after="0"/>
              <w:jc w:val="right"/>
            </w:pPr>
            <w:r>
              <w:rPr>
                <w:sz w:val="16"/>
              </w:rPr>
              <w:t>26</w:t>
            </w:r>
          </w:p>
        </w:tc>
        <w:tc>
          <w:tcPr>
            <w:tcW w:type="dxa" w:w="2202"/>
          </w:tcPr>
          <w:p>
            <w:pPr>
              <w:spacing w:after="0"/>
              <w:jc w:val="left"/>
            </w:pPr>
          </w:p>
        </w:tc>
      </w:tr>
      <w:tr>
        <w:trPr>
          <w:cantSplit/>
        </w:trPr>
        <w:tc>
          <w:tcPr>
            <w:tcW w:type="dxa" w:w="723"/>
          </w:tcPr>
          <w:p>
            <w:pPr>
              <w:spacing w:after="0"/>
              <w:jc w:val="right"/>
            </w:pPr>
            <w:r>
              <w:rPr>
                <w:sz w:val="16"/>
              </w:rPr>
              <w:t>13</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$1,389</w:t>
            </w:r>
          </w:p>
        </w:tc>
        <w:tc>
          <w:tcPr>
            <w:tcW w:type="dxa" w:w="1126"/>
          </w:tcPr>
          <w:p>
            <w:pPr>
              <w:spacing w:after="0"/>
              <w:jc w:val="right"/>
            </w:pPr>
            <w:r>
              <w:rPr>
                <w:sz w:val="16"/>
              </w:rPr>
              <w:t>$9</w:t>
            </w:r>
          </w:p>
        </w:tc>
        <w:tc>
          <w:tcPr>
            <w:tcW w:type="dxa" w:w="1950"/>
          </w:tcPr>
          <w:p>
            <w:pPr>
              <w:spacing w:after="0"/>
              <w:jc w:val="right"/>
            </w:pPr>
            <w:r>
              <w:rPr>
                <w:sz w:val="16"/>
              </w:rPr>
              <w:t>$372</w:t>
            </w:r>
          </w:p>
        </w:tc>
        <w:tc>
          <w:tcPr>
            <w:tcW w:type="dxa" w:w="1194"/>
          </w:tcPr>
          <w:p>
            <w:pPr>
              <w:spacing w:after="0"/>
              <w:jc w:val="right"/>
            </w:pPr>
            <w:r>
              <w:rPr>
                <w:sz w:val="16"/>
              </w:rPr>
              <w:t>$1,770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$170</w:t>
            </w:r>
          </w:p>
        </w:tc>
        <w:tc>
          <w:tcPr>
            <w:tcW w:type="dxa" w:w="1126"/>
          </w:tcPr>
          <w:p>
            <w:pPr>
              <w:spacing w:after="0"/>
              <w:jc w:val="right"/>
            </w:pPr>
            <w:r>
              <w:rPr>
                <w:sz w:val="16"/>
              </w:rPr>
              <w:t>n/a</w:t>
            </w:r>
          </w:p>
        </w:tc>
        <w:tc>
          <w:tcPr>
            <w:tcW w:type="dxa" w:w="1950"/>
          </w:tcPr>
          <w:p>
            <w:pPr>
              <w:spacing w:after="0"/>
              <w:jc w:val="right"/>
            </w:pPr>
            <w:r>
              <w:rPr>
                <w:sz w:val="16"/>
              </w:rPr>
              <w:t>$15</w:t>
            </w:r>
          </w:p>
        </w:tc>
        <w:tc>
          <w:tcPr>
            <w:tcW w:type="dxa" w:w="1194"/>
          </w:tcPr>
          <w:p>
            <w:pPr>
              <w:spacing w:after="0"/>
              <w:jc w:val="right"/>
            </w:pPr>
            <w:r>
              <w:rPr>
                <w:sz w:val="16"/>
              </w:rPr>
              <w:t>$185</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9611 (Very High, 99.0); tract 9614 (Relatively High, 95.0); tract 9613 (Relatively High, 94.3)</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9611 (Relatively Low, 55.0); tract 9613 (Relatively Low, 54.5); tract 9612 (Relatively Low, 52.1)</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9610 (Very Low, 79.2); tract 9613 (Very Low, 76.6); tract 9612 (Very Low, 75.7)</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9611 (Very High, 93.8); tract 9614 (Relatively High, 86.2); tract 9613 (Relatively High, 79.7)</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9610 (Very Low, 65.1); tract 9611 (Very Low, 62.5); tract 9613 (Very Low, 56.5)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9611 is Census Tract 9611).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9"/>
        <w:gridCol w:w="1899"/>
        <w:gridCol w:w="1776"/>
        <w:gridCol w:w="2062"/>
        <w:gridCol w:w="1649"/>
        <w:gridCol w:w="1643"/>
        <w:gridCol w:w="1593"/>
        <w:gridCol w:w="1601"/>
      </w:tblGrid>
      <w:tr>
        <w:trPr>
          <w:cantSplit/>
          <w:tblHeader/>
        </w:trPr>
        <w:tc>
          <w:tcPr>
            <w:tcW w:type="dxa" w:w="1889"/>
            <w:shd w:val="clear" w:color="auto" w:fill="E8E8E8"/>
          </w:tcPr>
          <w:p>
            <w:pPr>
              <w:spacing w:after="0"/>
              <w:jc w:val="left"/>
            </w:pPr>
            <w:r>
              <w:rPr>
                <w:b/>
                <w:sz w:val="16"/>
              </w:rPr>
              <w:t>Hazard</w:t>
            </w:r>
          </w:p>
        </w:tc>
        <w:tc>
          <w:tcPr>
            <w:tcW w:type="dxa" w:w="1899"/>
            <w:shd w:val="clear" w:color="auto" w:fill="E8E8E8"/>
          </w:tcPr>
          <w:p>
            <w:pPr>
              <w:spacing w:after="0"/>
              <w:jc w:val="left"/>
            </w:pPr>
            <w:r>
              <w:rPr>
                <w:b/>
                <w:sz w:val="16"/>
              </w:rPr>
              <w:t>Scale</w:t>
            </w:r>
          </w:p>
        </w:tc>
        <w:tc>
          <w:tcPr>
            <w:tcW w:type="dxa" w:w="177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2"/>
            <w:shd w:val="clear" w:color="auto" w:fill="E8E8E8"/>
          </w:tcPr>
          <w:p>
            <w:pPr>
              <w:spacing w:after="0"/>
              <w:jc w:val="left"/>
            </w:pPr>
            <w:r>
              <w:rPr>
                <w:b/>
                <w:sz w:val="16"/>
              </w:rPr>
              <w:t>Observed range</w:t>
            </w:r>
          </w:p>
        </w:tc>
        <w:tc>
          <w:tcPr>
            <w:tcW w:type="dxa" w:w="1649"/>
            <w:shd w:val="clear" w:color="auto" w:fill="E8E8E8"/>
          </w:tcPr>
          <w:p>
            <w:pPr>
              <w:spacing w:after="0"/>
              <w:jc w:val="left"/>
            </w:pPr>
            <w:r>
              <w:rPr>
                <w:b/>
                <w:sz w:val="16"/>
              </w:rPr>
              <w:t>Worst recorded event</w:t>
            </w:r>
          </w:p>
        </w:tc>
        <w:tc>
          <w:tcPr>
            <w:tcW w:type="dxa" w:w="1643"/>
            <w:shd w:val="clear" w:color="auto" w:fill="E8E8E8"/>
          </w:tcPr>
          <w:p>
            <w:pPr>
              <w:spacing w:after="0"/>
              <w:jc w:val="left"/>
            </w:pPr>
            <w:r>
              <w:rPr>
                <w:b/>
                <w:sz w:val="16"/>
              </w:rPr>
              <w:t>Most damaging (when different)</w:t>
            </w:r>
          </w:p>
        </w:tc>
        <w:tc>
          <w:tcPr>
            <w:tcW w:type="dxa" w:w="1593"/>
            <w:shd w:val="clear" w:color="auto" w:fill="E8E8E8"/>
          </w:tcPr>
          <w:p>
            <w:pPr>
              <w:spacing w:after="0"/>
              <w:jc w:val="left"/>
            </w:pPr>
            <w:r>
              <w:rPr>
                <w:b/>
                <w:sz w:val="16"/>
              </w:rPr>
              <w:t>How it applies to jurisdictions</w:t>
            </w:r>
          </w:p>
        </w:tc>
        <w:tc>
          <w:tcPr>
            <w:tcW w:type="dxa" w:w="1601"/>
            <w:shd w:val="clear" w:color="auto" w:fill="E8E8E8"/>
          </w:tcPr>
          <w:p>
            <w:pPr>
              <w:spacing w:after="0"/>
              <w:jc w:val="left"/>
            </w:pPr>
            <w:r>
              <w:rPr>
                <w:b/>
                <w:sz w:val="16"/>
              </w:rPr>
              <w:t>Note</w:t>
            </w:r>
          </w:p>
        </w:tc>
      </w:tr>
      <w:tr>
        <w:trPr>
          <w:cantSplit/>
        </w:trPr>
        <w:tc>
          <w:tcPr>
            <w:tcW w:type="dxa" w:w="1889"/>
          </w:tcPr>
          <w:p>
            <w:pPr>
              <w:spacing w:after="0"/>
              <w:jc w:val="left"/>
            </w:pPr>
            <w:r>
              <w:rPr>
                <w:sz w:val="16"/>
              </w:rPr>
              <w:t>Cold/Wind Chill, Extreme Cold/Wind Chill</w:t>
            </w:r>
          </w:p>
        </w:tc>
        <w:tc>
          <w:tcPr>
            <w:tcW w:type="dxa" w:w="1899"/>
          </w:tcPr>
          <w:p>
            <w:pPr>
              <w:spacing w:after="0"/>
              <w:jc w:val="left"/>
            </w:pPr>
            <w:r>
              <w:rPr>
                <w:sz w:val="16"/>
              </w:rPr>
              <w:t>wind chill</w:t>
            </w:r>
          </w:p>
        </w:tc>
        <w:tc>
          <w:tcPr>
            <w:tcW w:type="dxa" w:w="1776"/>
          </w:tcPr>
          <w:p>
            <w:pPr>
              <w:spacing w:after="0"/>
              <w:jc w:val="right"/>
            </w:pPr>
            <w:r>
              <w:rPr>
                <w:sz w:val="16"/>
              </w:rPr>
              <w:t>9 records, 2021 to 2026 (9 zone-level)</w:t>
            </w:r>
          </w:p>
        </w:tc>
        <w:tc>
          <w:tcPr>
            <w:tcW w:type="dxa" w:w="2062"/>
          </w:tcPr>
          <w:p>
            <w:pPr>
              <w:spacing w:after="0"/>
              <w:jc w:val="left"/>
            </w:pPr>
            <w:r>
              <w:rPr>
                <w:sz w:val="16"/>
              </w:rPr>
              <w:t>1 day to 4 days (median 2 days); 6 with a recorded value</w:t>
            </w:r>
          </w:p>
        </w:tc>
        <w:tc>
          <w:tcPr>
            <w:tcW w:type="dxa" w:w="1649"/>
          </w:tcPr>
          <w:p>
            <w:pPr>
              <w:spacing w:after="0"/>
              <w:jc w:val="left"/>
            </w:pPr>
            <w:r>
              <w:rPr>
                <w:sz w:val="16"/>
              </w:rPr>
              <w:t>4 consecutive days, 2024-01-14 to 2024-01-17, zone-level</w:t>
            </w:r>
          </w:p>
        </w:tc>
        <w:tc>
          <w:tcPr>
            <w:tcW w:type="dxa" w:w="1643"/>
          </w:tcPr>
          <w:p>
            <w:pPr>
              <w:spacing w:after="0"/>
              <w:jc w:val="left"/>
            </w:pPr>
          </w:p>
        </w:tc>
        <w:tc>
          <w:tcPr>
            <w:tcW w:type="dxa" w:w="1593"/>
          </w:tcPr>
          <w:p>
            <w:pPr>
              <w:spacing w:after="0"/>
              <w:jc w:val="left"/>
            </w:pPr>
            <w:r>
              <w:rPr>
                <w:sz w:val="16"/>
              </w:rPr>
              <w:t>Countywide (zone-level records).</w:t>
            </w:r>
          </w:p>
        </w:tc>
        <w:tc>
          <w:tcPr>
            <w:tcW w:type="dxa" w:w="1601"/>
          </w:tcPr>
          <w:p>
            <w:pPr>
              <w:spacing w:after="0"/>
              <w:jc w:val="left"/>
            </w:pPr>
          </w:p>
        </w:tc>
      </w:tr>
      <w:tr>
        <w:trPr>
          <w:cantSplit/>
        </w:trPr>
        <w:tc>
          <w:tcPr>
            <w:tcW w:type="dxa" w:w="1889"/>
          </w:tcPr>
          <w:p>
            <w:pPr>
              <w:spacing w:after="0"/>
              <w:jc w:val="left"/>
            </w:pPr>
            <w:r>
              <w:rPr>
                <w:sz w:val="16"/>
              </w:rPr>
              <w:t>Frost/Freeze (outside NRI's Cold Wave definition)</w:t>
            </w:r>
          </w:p>
        </w:tc>
        <w:tc>
          <w:tcPr>
            <w:tcW w:type="dxa" w:w="1899"/>
          </w:tcPr>
          <w:p>
            <w:pPr>
              <w:spacing w:after="0"/>
              <w:jc w:val="left"/>
            </w:pPr>
            <w:r>
              <w:rPr>
                <w:sz w:val="16"/>
              </w:rPr>
              <w:t>crop damage</w:t>
            </w:r>
          </w:p>
        </w:tc>
        <w:tc>
          <w:tcPr>
            <w:tcW w:type="dxa" w:w="1776"/>
          </w:tcPr>
          <w:p>
            <w:pPr>
              <w:spacing w:after="0"/>
              <w:jc w:val="right"/>
            </w:pPr>
            <w:r>
              <w:rPr>
                <w:sz w:val="16"/>
              </w:rPr>
              <w:t>2 records, 2007 (2 zone-level)</w:t>
            </w:r>
          </w:p>
        </w:tc>
        <w:tc>
          <w:tcPr>
            <w:tcW w:type="dxa" w:w="2062"/>
          </w:tcPr>
          <w:p>
            <w:pPr>
              <w:spacing w:after="0"/>
              <w:jc w:val="left"/>
            </w:pPr>
          </w:p>
        </w:tc>
        <w:tc>
          <w:tcPr>
            <w:tcW w:type="dxa" w:w="1649"/>
          </w:tcPr>
          <w:p>
            <w:pPr>
              <w:spacing w:after="0"/>
              <w:jc w:val="left"/>
            </w:pPr>
            <w:r>
              <w:rPr>
                <w:sz w:val="16"/>
              </w:rPr>
              <w:t>No crop damage reported in 2 records.</w:t>
            </w:r>
          </w:p>
        </w:tc>
        <w:tc>
          <w:tcPr>
            <w:tcW w:type="dxa" w:w="1643"/>
          </w:tcPr>
          <w:p>
            <w:pPr>
              <w:spacing w:after="0"/>
              <w:jc w:val="left"/>
            </w:pPr>
          </w:p>
        </w:tc>
        <w:tc>
          <w:tcPr>
            <w:tcW w:type="dxa" w:w="1593"/>
          </w:tcPr>
          <w:p>
            <w:pPr>
              <w:spacing w:after="0"/>
              <w:jc w:val="left"/>
            </w:pPr>
            <w:r>
              <w:rPr>
                <w:sz w:val="16"/>
              </w:rPr>
              <w:t>Countywide (zone-level records).</w:t>
            </w:r>
          </w:p>
        </w:tc>
        <w:tc>
          <w:tcPr>
            <w:tcW w:type="dxa" w:w="1601"/>
          </w:tcPr>
          <w:p>
            <w:pPr>
              <w:spacing w:after="0"/>
              <w:jc w:val="left"/>
            </w:pPr>
          </w:p>
        </w:tc>
      </w:tr>
      <w:tr>
        <w:trPr>
          <w:cantSplit/>
        </w:trPr>
        <w:tc>
          <w:tcPr>
            <w:tcW w:type="dxa" w:w="1889"/>
          </w:tcPr>
          <w:p>
            <w:pPr>
              <w:spacing w:after="0"/>
              <w:jc w:val="left"/>
            </w:pPr>
            <w:r>
              <w:rPr>
                <w:sz w:val="16"/>
              </w:rPr>
              <w:t>Drought</w:t>
            </w:r>
          </w:p>
        </w:tc>
        <w:tc>
          <w:tcPr>
            <w:tcW w:type="dxa" w:w="1899"/>
          </w:tcPr>
          <w:p>
            <w:pPr>
              <w:spacing w:after="0"/>
              <w:jc w:val="left"/>
            </w:pPr>
            <w:r>
              <w:rPr>
                <w:sz w:val="16"/>
              </w:rPr>
              <w:t>U.S. Drought Monitor scale (D0 to D4)</w:t>
            </w:r>
          </w:p>
        </w:tc>
        <w:tc>
          <w:tcPr>
            <w:tcW w:type="dxa" w:w="1776"/>
          </w:tcPr>
          <w:p>
            <w:pPr>
              <w:spacing w:after="0"/>
              <w:jc w:val="right"/>
            </w:pPr>
            <w:r>
              <w:rPr>
                <w:sz w:val="16"/>
              </w:rPr>
              <w:t>31 records, 2007 to 2026 (31 zone-level)</w:t>
            </w:r>
          </w:p>
        </w:tc>
        <w:tc>
          <w:tcPr>
            <w:tcW w:type="dxa" w:w="2062"/>
          </w:tcPr>
          <w:p>
            <w:pPr>
              <w:spacing w:after="0"/>
              <w:jc w:val="left"/>
            </w:pPr>
            <w:r>
              <w:rPr>
                <w:sz w:val="16"/>
              </w:rPr>
              <w:t>28 days to 184 days (median 91.5 days); 8 with a recorded value</w:t>
            </w:r>
          </w:p>
        </w:tc>
        <w:tc>
          <w:tcPr>
            <w:tcW w:type="dxa" w:w="1649"/>
          </w:tcPr>
          <w:p>
            <w:pPr>
              <w:spacing w:after="0"/>
              <w:jc w:val="left"/>
            </w:pPr>
            <w:r>
              <w:rPr>
                <w:sz w:val="16"/>
              </w:rPr>
              <w:t>184 days (6 months), 2007-05-01 to 2007-10-31, a run of 6 consecutive Storm Events drought records, zone-level</w:t>
            </w:r>
          </w:p>
        </w:tc>
        <w:tc>
          <w:tcPr>
            <w:tcW w:type="dxa" w:w="1643"/>
          </w:tcPr>
          <w:p>
            <w:pPr>
              <w:spacing w:after="0"/>
              <w:jc w:val="left"/>
            </w:pPr>
          </w:p>
        </w:tc>
        <w:tc>
          <w:tcPr>
            <w:tcW w:type="dxa" w:w="1593"/>
          </w:tcPr>
          <w:p>
            <w:pPr>
              <w:spacing w:after="0"/>
              <w:jc w:val="left"/>
            </w:pPr>
            <w:r>
              <w:rPr>
                <w:sz w:val="16"/>
              </w:rPr>
              <w:t>Countywide (zone-level records).</w:t>
            </w:r>
          </w:p>
        </w:tc>
        <w:tc>
          <w:tcPr>
            <w:tcW w:type="dxa" w:w="160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9"/>
          </w:tcPr>
          <w:p>
            <w:pPr>
              <w:spacing w:after="0"/>
              <w:jc w:val="left"/>
            </w:pPr>
            <w:r>
              <w:rPr>
                <w:sz w:val="16"/>
              </w:rPr>
              <w:t>Earthquake</w:t>
            </w:r>
          </w:p>
        </w:tc>
        <w:tc>
          <w:tcPr>
            <w:tcW w:type="dxa" w:w="1899"/>
          </w:tcPr>
          <w:p>
            <w:pPr>
              <w:spacing w:after="0"/>
              <w:jc w:val="left"/>
            </w:pPr>
            <w:r>
              <w:rPr>
                <w:sz w:val="16"/>
              </w:rPr>
              <w:t>Modified Mercalli (local data)</w:t>
            </w:r>
          </w:p>
        </w:tc>
        <w:tc>
          <w:tcPr>
            <w:tcW w:type="dxa" w:w="1776"/>
          </w:tcPr>
          <w:p>
            <w:pPr>
              <w:spacing w:after="0"/>
              <w:jc w:val="right"/>
            </w:pPr>
            <w:r>
              <w:rPr>
                <w:sz w:val="16"/>
              </w:rPr>
              <w:t>0</w:t>
            </w:r>
          </w:p>
        </w:tc>
        <w:tc>
          <w:tcPr>
            <w:tcW w:type="dxa" w:w="2062"/>
          </w:tcPr>
          <w:p>
            <w:pPr>
              <w:spacing w:after="0"/>
              <w:jc w:val="left"/>
            </w:pPr>
          </w:p>
        </w:tc>
        <w:tc>
          <w:tcPr>
            <w:tcW w:type="dxa" w:w="1649"/>
          </w:tcPr>
          <w:p>
            <w:pPr>
              <w:spacing w:after="0"/>
              <w:jc w:val="left"/>
            </w:pPr>
          </w:p>
        </w:tc>
        <w:tc>
          <w:tcPr>
            <w:tcW w:type="dxa" w:w="1643"/>
          </w:tcPr>
          <w:p>
            <w:pPr>
              <w:spacing w:after="0"/>
              <w:jc w:val="left"/>
            </w:pPr>
          </w:p>
        </w:tc>
        <w:tc>
          <w:tcPr>
            <w:tcW w:type="dxa" w:w="1593"/>
          </w:tcPr>
          <w:p>
            <w:pPr>
              <w:spacing w:after="0"/>
              <w:jc w:val="left"/>
            </w:pPr>
          </w:p>
        </w:tc>
        <w:tc>
          <w:tcPr>
            <w:tcW w:type="dxa" w:w="1601"/>
          </w:tcPr>
          <w:p>
            <w:pPr>
              <w:spacing w:after="0"/>
              <w:jc w:val="left"/>
            </w:pPr>
            <w:r>
              <w:rPr>
                <w:sz w:val="16"/>
              </w:rPr>
              <w:t>Storm Events does not record earthquakes; the USGS earthquake catalog is the source.</w:t>
            </w:r>
          </w:p>
        </w:tc>
      </w:tr>
      <w:tr>
        <w:trPr>
          <w:cantSplit/>
        </w:trPr>
        <w:tc>
          <w:tcPr>
            <w:tcW w:type="dxa" w:w="1889"/>
          </w:tcPr>
          <w:p>
            <w:pPr>
              <w:spacing w:after="0"/>
              <w:jc w:val="left"/>
            </w:pPr>
            <w:r>
              <w:rPr>
                <w:sz w:val="16"/>
              </w:rPr>
              <w:t>Hail</w:t>
            </w:r>
          </w:p>
        </w:tc>
        <w:tc>
          <w:tcPr>
            <w:tcW w:type="dxa" w:w="1899"/>
          </w:tcPr>
          <w:p>
            <w:pPr>
              <w:spacing w:after="0"/>
              <w:jc w:val="left"/>
            </w:pPr>
            <w:r>
              <w:rPr>
                <w:sz w:val="16"/>
              </w:rPr>
              <w:t>hail size (inches)</w:t>
            </w:r>
          </w:p>
        </w:tc>
        <w:tc>
          <w:tcPr>
            <w:tcW w:type="dxa" w:w="1776"/>
          </w:tcPr>
          <w:p>
            <w:pPr>
              <w:spacing w:after="0"/>
              <w:jc w:val="right"/>
            </w:pPr>
            <w:r>
              <w:rPr>
                <w:sz w:val="16"/>
              </w:rPr>
              <w:t>33 records, 1972 to 2025</w:t>
            </w:r>
          </w:p>
        </w:tc>
        <w:tc>
          <w:tcPr>
            <w:tcW w:type="dxa" w:w="2062"/>
          </w:tcPr>
          <w:p>
            <w:pPr>
              <w:spacing w:after="0"/>
              <w:jc w:val="left"/>
            </w:pPr>
            <w:r>
              <w:rPr>
                <w:sz w:val="16"/>
              </w:rPr>
              <w:t>0.75 in to 2.5 in (median 1 in); 33 with a recorded value</w:t>
            </w:r>
          </w:p>
        </w:tc>
        <w:tc>
          <w:tcPr>
            <w:tcW w:type="dxa" w:w="1649"/>
          </w:tcPr>
          <w:p>
            <w:pPr>
              <w:spacing w:after="0"/>
              <w:jc w:val="left"/>
            </w:pPr>
            <w:r>
              <w:rPr>
                <w:sz w:val="16"/>
              </w:rPr>
              <w:t>2.5 in hail, 1986-03-12</w:t>
            </w:r>
          </w:p>
        </w:tc>
        <w:tc>
          <w:tcPr>
            <w:tcW w:type="dxa" w:w="1643"/>
          </w:tcPr>
          <w:p>
            <w:pPr>
              <w:spacing w:after="0"/>
              <w:jc w:val="left"/>
            </w:pPr>
            <w:r>
              <w:rPr>
                <w:sz w:val="16"/>
              </w:rPr>
              <w:t>Hail, 2006-04-07, $20,000 property; crops not reported (2006 dollars)</w:t>
            </w:r>
          </w:p>
        </w:tc>
        <w:tc>
          <w:tcPr>
            <w:tcW w:type="dxa" w:w="1593"/>
          </w:tcPr>
          <w:p>
            <w:pPr>
              <w:spacing w:after="0"/>
              <w:jc w:val="left"/>
            </w:pPr>
            <w:r>
              <w:rPr>
                <w:sz w:val="16"/>
              </w:rPr>
              <w:t>Event records naming jurisdictions in the plan: Alamo town (5 records), Bells city (4 records), Friendship city (4 records), Gadsden town (2 records).</w:t>
            </w:r>
          </w:p>
        </w:tc>
        <w:tc>
          <w:tcPr>
            <w:tcW w:type="dxa" w:w="1601"/>
          </w:tcPr>
          <w:p>
            <w:pPr>
              <w:spacing w:after="0"/>
              <w:jc w:val="left"/>
            </w:pPr>
          </w:p>
        </w:tc>
      </w:tr>
      <w:tr>
        <w:trPr>
          <w:cantSplit/>
        </w:trPr>
        <w:tc>
          <w:tcPr>
            <w:tcW w:type="dxa" w:w="1889"/>
          </w:tcPr>
          <w:p>
            <w:pPr>
              <w:spacing w:after="0"/>
              <w:jc w:val="left"/>
            </w:pPr>
            <w:r>
              <w:rPr>
                <w:sz w:val="16"/>
              </w:rPr>
              <w:t>Excessive Heat, Heat</w:t>
            </w:r>
          </w:p>
        </w:tc>
        <w:tc>
          <w:tcPr>
            <w:tcW w:type="dxa" w:w="1899"/>
          </w:tcPr>
          <w:p>
            <w:pPr>
              <w:spacing w:after="0"/>
              <w:jc w:val="left"/>
            </w:pPr>
            <w:r>
              <w:rPr>
                <w:sz w:val="16"/>
              </w:rPr>
              <w:t>heat index (in event narratives)</w:t>
            </w:r>
          </w:p>
        </w:tc>
        <w:tc>
          <w:tcPr>
            <w:tcW w:type="dxa" w:w="1776"/>
          </w:tcPr>
          <w:p>
            <w:pPr>
              <w:spacing w:after="0"/>
              <w:jc w:val="right"/>
            </w:pPr>
            <w:r>
              <w:rPr>
                <w:sz w:val="16"/>
              </w:rPr>
              <w:t>103 records, 2007 to 2026 (103 zone-level)</w:t>
            </w:r>
          </w:p>
        </w:tc>
        <w:tc>
          <w:tcPr>
            <w:tcW w:type="dxa" w:w="2062"/>
          </w:tcPr>
          <w:p>
            <w:pPr>
              <w:spacing w:after="0"/>
              <w:jc w:val="left"/>
            </w:pPr>
            <w:r>
              <w:rPr>
                <w:sz w:val="16"/>
              </w:rPr>
              <w:t>1 day to 21 days (median 3 days); 57 with a recorded value</w:t>
            </w:r>
          </w:p>
        </w:tc>
        <w:tc>
          <w:tcPr>
            <w:tcW w:type="dxa" w:w="1649"/>
          </w:tcPr>
          <w:p>
            <w:pPr>
              <w:spacing w:after="0"/>
              <w:jc w:val="left"/>
            </w:pPr>
            <w:r>
              <w:rPr>
                <w:sz w:val="16"/>
              </w:rPr>
              <w:t>August 2007 (1 monthly summary record), zone-level</w:t>
            </w:r>
          </w:p>
        </w:tc>
        <w:tc>
          <w:tcPr>
            <w:tcW w:type="dxa" w:w="1643"/>
          </w:tcPr>
          <w:p>
            <w:pPr>
              <w:spacing w:after="0"/>
              <w:jc w:val="left"/>
            </w:pPr>
          </w:p>
        </w:tc>
        <w:tc>
          <w:tcPr>
            <w:tcW w:type="dxa" w:w="1593"/>
          </w:tcPr>
          <w:p>
            <w:pPr>
              <w:spacing w:after="0"/>
              <w:jc w:val="left"/>
            </w:pPr>
            <w:r>
              <w:rPr>
                <w:sz w:val="16"/>
              </w:rPr>
              <w:t>Countywide (zone-level records).</w:t>
            </w:r>
          </w:p>
        </w:tc>
        <w:tc>
          <w:tcPr>
            <w:tcW w:type="dxa" w:w="1601"/>
          </w:tcPr>
          <w:p>
            <w:pPr>
              <w:spacing w:after="0"/>
              <w:jc w:val="left"/>
            </w:pPr>
          </w:p>
        </w:tc>
      </w:tr>
      <w:tr>
        <w:trPr>
          <w:cantSplit/>
        </w:trPr>
        <w:tc>
          <w:tcPr>
            <w:tcW w:type="dxa" w:w="1889"/>
          </w:tcPr>
          <w:p>
            <w:pPr>
              <w:spacing w:after="0"/>
              <w:jc w:val="left"/>
            </w:pPr>
            <w:r>
              <w:rPr>
                <w:sz w:val="16"/>
              </w:rPr>
              <w:t>Hurricane, Tropical Storm, Tropical Depression</w:t>
            </w:r>
          </w:p>
        </w:tc>
        <w:tc>
          <w:tcPr>
            <w:tcW w:type="dxa" w:w="1899"/>
          </w:tcPr>
          <w:p>
            <w:pPr>
              <w:spacing w:after="0"/>
              <w:jc w:val="left"/>
            </w:pPr>
            <w:r>
              <w:rPr>
                <w:sz w:val="16"/>
              </w:rPr>
              <w:t>Saffir-Simpson</w:t>
            </w:r>
          </w:p>
        </w:tc>
        <w:tc>
          <w:tcPr>
            <w:tcW w:type="dxa" w:w="1776"/>
          </w:tcPr>
          <w:p>
            <w:pPr>
              <w:spacing w:after="0"/>
              <w:jc w:val="right"/>
            </w:pPr>
            <w:r>
              <w:rPr>
                <w:sz w:val="16"/>
              </w:rPr>
              <w:t>0</w:t>
            </w:r>
          </w:p>
        </w:tc>
        <w:tc>
          <w:tcPr>
            <w:tcW w:type="dxa" w:w="2062"/>
          </w:tcPr>
          <w:p>
            <w:pPr>
              <w:spacing w:after="0"/>
              <w:jc w:val="left"/>
            </w:pPr>
          </w:p>
        </w:tc>
        <w:tc>
          <w:tcPr>
            <w:tcW w:type="dxa" w:w="1649"/>
          </w:tcPr>
          <w:p>
            <w:pPr>
              <w:spacing w:after="0"/>
              <w:jc w:val="left"/>
            </w:pPr>
          </w:p>
        </w:tc>
        <w:tc>
          <w:tcPr>
            <w:tcW w:type="dxa" w:w="1643"/>
          </w:tcPr>
          <w:p>
            <w:pPr>
              <w:spacing w:after="0"/>
              <w:jc w:val="left"/>
            </w:pPr>
          </w:p>
        </w:tc>
        <w:tc>
          <w:tcPr>
            <w:tcW w:type="dxa" w:w="1593"/>
          </w:tcPr>
          <w:p>
            <w:pPr>
              <w:spacing w:after="0"/>
              <w:jc w:val="left"/>
            </w:pPr>
          </w:p>
        </w:tc>
        <w:tc>
          <w:tcPr>
            <w:tcW w:type="dxa" w:w="160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9"/>
          </w:tcPr>
          <w:p>
            <w:pPr>
              <w:spacing w:after="0"/>
              <w:jc w:val="left"/>
            </w:pPr>
            <w:r>
              <w:rPr>
                <w:sz w:val="16"/>
              </w:rPr>
              <w:t>Ice Storm</w:t>
            </w:r>
          </w:p>
        </w:tc>
        <w:tc>
          <w:tcPr>
            <w:tcW w:type="dxa" w:w="1899"/>
          </w:tcPr>
          <w:p>
            <w:pPr>
              <w:spacing w:after="0"/>
              <w:jc w:val="left"/>
            </w:pPr>
            <w:r>
              <w:rPr>
                <w:sz w:val="16"/>
              </w:rPr>
              <w:t>Sperry-Piltz ice scale (local data)</w:t>
            </w:r>
          </w:p>
        </w:tc>
        <w:tc>
          <w:tcPr>
            <w:tcW w:type="dxa" w:w="1776"/>
          </w:tcPr>
          <w:p>
            <w:pPr>
              <w:spacing w:after="0"/>
              <w:jc w:val="right"/>
            </w:pPr>
            <w:r>
              <w:rPr>
                <w:sz w:val="16"/>
              </w:rPr>
              <w:t>5 records, 1998 to 2022 (5 zone-level)</w:t>
            </w:r>
          </w:p>
        </w:tc>
        <w:tc>
          <w:tcPr>
            <w:tcW w:type="dxa" w:w="2062"/>
          </w:tcPr>
          <w:p>
            <w:pPr>
              <w:spacing w:after="0"/>
              <w:jc w:val="left"/>
            </w:pPr>
          </w:p>
        </w:tc>
        <w:tc>
          <w:tcPr>
            <w:tcW w:type="dxa" w:w="1649"/>
          </w:tcPr>
          <w:p>
            <w:pPr>
              <w:spacing w:after="0"/>
              <w:jc w:val="left"/>
            </w:pPr>
            <w:r>
              <w:rPr>
                <w:sz w:val="16"/>
              </w:rPr>
              <w:t>Ice Storm, 1998-12-23, $1,000 property; crops not reported (1998 dollars); NWS zone TNZ051</w:t>
            </w:r>
          </w:p>
        </w:tc>
        <w:tc>
          <w:tcPr>
            <w:tcW w:type="dxa" w:w="1643"/>
          </w:tcPr>
          <w:p>
            <w:pPr>
              <w:spacing w:after="0"/>
              <w:jc w:val="left"/>
            </w:pPr>
          </w:p>
        </w:tc>
        <w:tc>
          <w:tcPr>
            <w:tcW w:type="dxa" w:w="1593"/>
          </w:tcPr>
          <w:p>
            <w:pPr>
              <w:spacing w:after="0"/>
              <w:jc w:val="left"/>
            </w:pPr>
            <w:r>
              <w:rPr>
                <w:sz w:val="16"/>
              </w:rPr>
              <w:t>Countywide (zone-level records).</w:t>
            </w:r>
          </w:p>
        </w:tc>
        <w:tc>
          <w:tcPr>
            <w:tcW w:type="dxa" w:w="1601"/>
          </w:tcPr>
          <w:p>
            <w:pPr>
              <w:spacing w:after="0"/>
              <w:jc w:val="left"/>
            </w:pPr>
          </w:p>
        </w:tc>
      </w:tr>
      <w:tr>
        <w:trPr>
          <w:cantSplit/>
        </w:trPr>
        <w:tc>
          <w:tcPr>
            <w:tcW w:type="dxa" w:w="1889"/>
          </w:tcPr>
          <w:p>
            <w:pPr>
              <w:spacing w:after="0"/>
              <w:jc w:val="left"/>
            </w:pPr>
            <w:r>
              <w:rPr>
                <w:sz w:val="16"/>
              </w:rPr>
              <w:t>Flash Flood, Flood, Lakeshore Flood</w:t>
            </w:r>
          </w:p>
        </w:tc>
        <w:tc>
          <w:tcPr>
            <w:tcW w:type="dxa" w:w="1899"/>
          </w:tcPr>
          <w:p>
            <w:pPr>
              <w:spacing w:after="0"/>
              <w:jc w:val="left"/>
            </w:pPr>
            <w:r>
              <w:rPr>
                <w:sz w:val="16"/>
              </w:rPr>
              <w:t>damage and flood days (flood depth: FIRM)</w:t>
            </w:r>
          </w:p>
        </w:tc>
        <w:tc>
          <w:tcPr>
            <w:tcW w:type="dxa" w:w="1776"/>
          </w:tcPr>
          <w:p>
            <w:pPr>
              <w:spacing w:after="0"/>
              <w:jc w:val="right"/>
            </w:pPr>
            <w:r>
              <w:rPr>
                <w:sz w:val="16"/>
              </w:rPr>
              <w:t>45 records, 1997 to 2025 (2 zone-level)</w:t>
            </w:r>
          </w:p>
        </w:tc>
        <w:tc>
          <w:tcPr>
            <w:tcW w:type="dxa" w:w="2062"/>
          </w:tcPr>
          <w:p>
            <w:pPr>
              <w:spacing w:after="0"/>
              <w:jc w:val="left"/>
            </w:pPr>
          </w:p>
        </w:tc>
        <w:tc>
          <w:tcPr>
            <w:tcW w:type="dxa" w:w="1649"/>
          </w:tcPr>
          <w:p>
            <w:pPr>
              <w:spacing w:after="0"/>
              <w:jc w:val="left"/>
            </w:pPr>
            <w:r>
              <w:rPr>
                <w:sz w:val="16"/>
              </w:rPr>
              <w:t>Flash Flood, 2010-05-01, $14,000,000 property; $0 crops (2010 dollars)</w:t>
            </w:r>
          </w:p>
        </w:tc>
        <w:tc>
          <w:tcPr>
            <w:tcW w:type="dxa" w:w="1643"/>
          </w:tcPr>
          <w:p>
            <w:pPr>
              <w:spacing w:after="0"/>
              <w:jc w:val="left"/>
            </w:pPr>
          </w:p>
        </w:tc>
        <w:tc>
          <w:tcPr>
            <w:tcW w:type="dxa" w:w="1593"/>
          </w:tcPr>
          <w:p>
            <w:pPr>
              <w:spacing w:after="0"/>
              <w:jc w:val="left"/>
            </w:pPr>
            <w:r>
              <w:rPr>
                <w:sz w:val="16"/>
              </w:rPr>
              <w:t>Event records naming jurisdictions in the plan: Alamo town (10 records), Friendship city (5 records), Bells city (4 records). Zone-level records (2) apply countywide.</w:t>
            </w:r>
          </w:p>
        </w:tc>
        <w:tc>
          <w:tcPr>
            <w:tcW w:type="dxa" w:w="160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9"/>
          </w:tcPr>
          <w:p>
            <w:pPr>
              <w:spacing w:after="0"/>
              <w:jc w:val="left"/>
            </w:pPr>
            <w:r>
              <w:rPr>
                <w:sz w:val="16"/>
              </w:rPr>
              <w:t>Debris Flow</w:t>
            </w:r>
          </w:p>
        </w:tc>
        <w:tc>
          <w:tcPr>
            <w:tcW w:type="dxa" w:w="1899"/>
          </w:tcPr>
          <w:p>
            <w:pPr>
              <w:spacing w:after="0"/>
              <w:jc w:val="left"/>
            </w:pPr>
            <w:r>
              <w:rPr>
                <w:sz w:val="16"/>
              </w:rPr>
              <w:t>none (count and damage only)</w:t>
            </w:r>
          </w:p>
        </w:tc>
        <w:tc>
          <w:tcPr>
            <w:tcW w:type="dxa" w:w="1776"/>
          </w:tcPr>
          <w:p>
            <w:pPr>
              <w:spacing w:after="0"/>
              <w:jc w:val="right"/>
            </w:pPr>
            <w:r>
              <w:rPr>
                <w:sz w:val="16"/>
              </w:rPr>
              <w:t>0</w:t>
            </w:r>
          </w:p>
        </w:tc>
        <w:tc>
          <w:tcPr>
            <w:tcW w:type="dxa" w:w="2062"/>
          </w:tcPr>
          <w:p>
            <w:pPr>
              <w:spacing w:after="0"/>
              <w:jc w:val="left"/>
            </w:pPr>
          </w:p>
        </w:tc>
        <w:tc>
          <w:tcPr>
            <w:tcW w:type="dxa" w:w="1649"/>
          </w:tcPr>
          <w:p>
            <w:pPr>
              <w:spacing w:after="0"/>
              <w:jc w:val="left"/>
            </w:pPr>
          </w:p>
        </w:tc>
        <w:tc>
          <w:tcPr>
            <w:tcW w:type="dxa" w:w="1643"/>
          </w:tcPr>
          <w:p>
            <w:pPr>
              <w:spacing w:after="0"/>
              <w:jc w:val="left"/>
            </w:pPr>
          </w:p>
        </w:tc>
        <w:tc>
          <w:tcPr>
            <w:tcW w:type="dxa" w:w="1593"/>
          </w:tcPr>
          <w:p>
            <w:pPr>
              <w:spacing w:after="0"/>
              <w:jc w:val="left"/>
            </w:pPr>
          </w:p>
        </w:tc>
        <w:tc>
          <w:tcPr>
            <w:tcW w:type="dxa" w:w="1601"/>
          </w:tcPr>
          <w:p>
            <w:pPr>
              <w:spacing w:after="0"/>
              <w:jc w:val="left"/>
            </w:pPr>
          </w:p>
        </w:tc>
      </w:tr>
      <w:tr>
        <w:trPr>
          <w:cantSplit/>
        </w:trPr>
        <w:tc>
          <w:tcPr>
            <w:tcW w:type="dxa" w:w="1889"/>
          </w:tcPr>
          <w:p>
            <w:pPr>
              <w:spacing w:after="0"/>
              <w:jc w:val="left"/>
            </w:pPr>
            <w:r>
              <w:rPr>
                <w:sz w:val="16"/>
              </w:rPr>
              <w:t>Lightning</w:t>
            </w:r>
          </w:p>
        </w:tc>
        <w:tc>
          <w:tcPr>
            <w:tcW w:type="dxa" w:w="1899"/>
          </w:tcPr>
          <w:p>
            <w:pPr>
              <w:spacing w:after="0"/>
              <w:jc w:val="left"/>
            </w:pPr>
            <w:r>
              <w:rPr>
                <w:sz w:val="16"/>
              </w:rPr>
              <w:t>annualized frequency (the measure FEMA's Local Mitigation Planning Handbook names)</w:t>
            </w:r>
          </w:p>
        </w:tc>
        <w:tc>
          <w:tcPr>
            <w:tcW w:type="dxa" w:w="1776"/>
          </w:tcPr>
          <w:p>
            <w:pPr>
              <w:spacing w:after="0"/>
              <w:jc w:val="right"/>
            </w:pPr>
            <w:r>
              <w:rPr>
                <w:sz w:val="16"/>
              </w:rPr>
              <w:t>1 record, 2007</w:t>
            </w:r>
          </w:p>
        </w:tc>
        <w:tc>
          <w:tcPr>
            <w:tcW w:type="dxa" w:w="2062"/>
          </w:tcPr>
          <w:p>
            <w:pPr>
              <w:spacing w:after="0"/>
              <w:jc w:val="left"/>
            </w:pPr>
          </w:p>
        </w:tc>
        <w:tc>
          <w:tcPr>
            <w:tcW w:type="dxa" w:w="1649"/>
          </w:tcPr>
          <w:p>
            <w:pPr>
              <w:spacing w:after="0"/>
              <w:jc w:val="left"/>
            </w:pPr>
            <w:r>
              <w:rPr>
                <w:sz w:val="16"/>
              </w:rPr>
              <w:t>Lightning, 2007-10-18, $10,000 property; $0 crops (2007 dollars)</w:t>
            </w:r>
          </w:p>
        </w:tc>
        <w:tc>
          <w:tcPr>
            <w:tcW w:type="dxa" w:w="1643"/>
          </w:tcPr>
          <w:p>
            <w:pPr>
              <w:spacing w:after="0"/>
              <w:jc w:val="left"/>
            </w:pPr>
          </w:p>
        </w:tc>
        <w:tc>
          <w:tcPr>
            <w:tcW w:type="dxa" w:w="1593"/>
          </w:tcPr>
          <w:p>
            <w:pPr>
              <w:spacing w:after="0"/>
              <w:jc w:val="left"/>
            </w:pPr>
            <w:r>
              <w:rPr>
                <w:sz w:val="16"/>
              </w:rPr>
              <w:t>Event records naming jurisdictions in the plan: Friendship city (1 record).</w:t>
            </w:r>
          </w:p>
        </w:tc>
        <w:tc>
          <w:tcPr>
            <w:tcW w:type="dxa" w:w="1601"/>
          </w:tcPr>
          <w:p>
            <w:pPr>
              <w:spacing w:after="0"/>
              <w:jc w:val="left"/>
            </w:pPr>
            <w:r>
              <w:rPr>
                <w:sz w:val="16"/>
              </w:rPr>
              <w:t>Storm Events lists lightning with damage or casualties.</w:t>
            </w:r>
          </w:p>
        </w:tc>
      </w:tr>
      <w:tr>
        <w:trPr>
          <w:cantSplit/>
        </w:trPr>
        <w:tc>
          <w:tcPr>
            <w:tcW w:type="dxa" w:w="1889"/>
          </w:tcPr>
          <w:p>
            <w:pPr>
              <w:spacing w:after="0"/>
              <w:jc w:val="left"/>
            </w:pPr>
            <w:r>
              <w:rPr>
                <w:sz w:val="16"/>
              </w:rPr>
              <w:t>High Wind and Strong Wind (outside NRI's Strong Wind definition)</w:t>
            </w:r>
          </w:p>
        </w:tc>
        <w:tc>
          <w:tcPr>
            <w:tcW w:type="dxa" w:w="1899"/>
          </w:tcPr>
          <w:p>
            <w:pPr>
              <w:spacing w:after="0"/>
              <w:jc w:val="left"/>
            </w:pPr>
            <w:r>
              <w:rPr>
                <w:sz w:val="16"/>
              </w:rPr>
              <w:t>wind speed (kt and mph)</w:t>
            </w:r>
          </w:p>
        </w:tc>
        <w:tc>
          <w:tcPr>
            <w:tcW w:type="dxa" w:w="1776"/>
          </w:tcPr>
          <w:p>
            <w:pPr>
              <w:spacing w:after="0"/>
              <w:jc w:val="right"/>
            </w:pPr>
            <w:r>
              <w:rPr>
                <w:sz w:val="16"/>
              </w:rPr>
              <w:t>7 records, 1999 to 2023 (7 zone-level)</w:t>
            </w:r>
          </w:p>
        </w:tc>
        <w:tc>
          <w:tcPr>
            <w:tcW w:type="dxa" w:w="2062"/>
          </w:tcPr>
          <w:p>
            <w:pPr>
              <w:spacing w:after="0"/>
              <w:jc w:val="left"/>
            </w:pPr>
            <w:r>
              <w:rPr>
                <w:sz w:val="16"/>
              </w:rPr>
              <w:t>35 kt (40 mph) to 50 kt (58 mph) (median 43.5 kt (50 mph)); 6 with a recorded value</w:t>
            </w:r>
          </w:p>
        </w:tc>
        <w:tc>
          <w:tcPr>
            <w:tcW w:type="dxa" w:w="1649"/>
          </w:tcPr>
          <w:p>
            <w:pPr>
              <w:spacing w:after="0"/>
              <w:jc w:val="left"/>
            </w:pPr>
            <w:r>
              <w:rPr>
                <w:sz w:val="16"/>
              </w:rPr>
              <w:t>50 kt (58 mph) estimated gust, High Wind, 2023-03-03; same speed and measurement basis also recorded on 2008-01-29; NWS zone TNZ051</w:t>
            </w:r>
          </w:p>
        </w:tc>
        <w:tc>
          <w:tcPr>
            <w:tcW w:type="dxa" w:w="1643"/>
          </w:tcPr>
          <w:p>
            <w:pPr>
              <w:spacing w:after="0"/>
              <w:jc w:val="left"/>
            </w:pPr>
            <w:r>
              <w:rPr>
                <w:sz w:val="16"/>
              </w:rPr>
              <w:t>Strong Wind, 2021-10-11, $50,000 property; $0 crops (zone total, 2021 dollars)</w:t>
            </w:r>
          </w:p>
        </w:tc>
        <w:tc>
          <w:tcPr>
            <w:tcW w:type="dxa" w:w="1593"/>
          </w:tcPr>
          <w:p>
            <w:pPr>
              <w:spacing w:after="0"/>
              <w:jc w:val="left"/>
            </w:pPr>
            <w:r>
              <w:rPr>
                <w:sz w:val="16"/>
              </w:rPr>
              <w:t>Countywide (zone-level records).</w:t>
            </w:r>
          </w:p>
        </w:tc>
        <w:tc>
          <w:tcPr>
            <w:tcW w:type="dxa" w:w="1601"/>
          </w:tcPr>
          <w:p>
            <w:pPr>
              <w:spacing w:after="0"/>
              <w:jc w:val="left"/>
            </w:pPr>
          </w:p>
        </w:tc>
      </w:tr>
      <w:tr>
        <w:trPr>
          <w:cantSplit/>
        </w:trPr>
        <w:tc>
          <w:tcPr>
            <w:tcW w:type="dxa" w:w="1889"/>
          </w:tcPr>
          <w:p>
            <w:pPr>
              <w:spacing w:after="0"/>
              <w:jc w:val="left"/>
            </w:pPr>
            <w:r>
              <w:rPr>
                <w:sz w:val="16"/>
              </w:rPr>
              <w:t>Thunderstorm Wind</w:t>
            </w:r>
          </w:p>
        </w:tc>
        <w:tc>
          <w:tcPr>
            <w:tcW w:type="dxa" w:w="1899"/>
          </w:tcPr>
          <w:p>
            <w:pPr>
              <w:spacing w:after="0"/>
              <w:jc w:val="left"/>
            </w:pPr>
            <w:r>
              <w:rPr>
                <w:sz w:val="16"/>
              </w:rPr>
              <w:t>wind speed (kt and mph)</w:t>
            </w:r>
          </w:p>
        </w:tc>
        <w:tc>
          <w:tcPr>
            <w:tcW w:type="dxa" w:w="1776"/>
          </w:tcPr>
          <w:p>
            <w:pPr>
              <w:spacing w:after="0"/>
              <w:jc w:val="right"/>
            </w:pPr>
            <w:r>
              <w:rPr>
                <w:sz w:val="16"/>
              </w:rPr>
              <w:t>87 records, 1955 to 2026</w:t>
            </w:r>
          </w:p>
        </w:tc>
        <w:tc>
          <w:tcPr>
            <w:tcW w:type="dxa" w:w="2062"/>
          </w:tcPr>
          <w:p>
            <w:pPr>
              <w:spacing w:after="0"/>
              <w:jc w:val="left"/>
            </w:pPr>
            <w:r>
              <w:rPr>
                <w:sz w:val="16"/>
              </w:rPr>
              <w:t>50 kt (58 mph) to 87 kt (100 mph) (median 50 kt (58 mph)); 61 with a recorded value</w:t>
            </w:r>
          </w:p>
        </w:tc>
        <w:tc>
          <w:tcPr>
            <w:tcW w:type="dxa" w:w="1649"/>
          </w:tcPr>
          <w:p>
            <w:pPr>
              <w:spacing w:after="0"/>
              <w:jc w:val="left"/>
            </w:pPr>
            <w:r>
              <w:rPr>
                <w:sz w:val="16"/>
              </w:rPr>
              <w:t>87 kt (100 mph) estimated gust, Thunderstorm Wind, 2025-04-05</w:t>
            </w:r>
          </w:p>
        </w:tc>
        <w:tc>
          <w:tcPr>
            <w:tcW w:type="dxa" w:w="1643"/>
          </w:tcPr>
          <w:p>
            <w:pPr>
              <w:spacing w:after="0"/>
              <w:jc w:val="left"/>
            </w:pPr>
            <w:r>
              <w:rPr>
                <w:sz w:val="16"/>
              </w:rPr>
              <w:t>Thunderstorm Wind, 2002-11-09, $1,500,000 property; crops not reported (2002 dollars)</w:t>
            </w:r>
          </w:p>
        </w:tc>
        <w:tc>
          <w:tcPr>
            <w:tcW w:type="dxa" w:w="1593"/>
          </w:tcPr>
          <w:p>
            <w:pPr>
              <w:spacing w:after="0"/>
              <w:jc w:val="left"/>
            </w:pPr>
            <w:r>
              <w:rPr>
                <w:sz w:val="16"/>
              </w:rPr>
              <w:t>Event records naming jurisdictions in the plan: Alamo town (16 records), Bells city (12 records), Friendship city (10 records), Gadsden town (8 records).</w:t>
            </w:r>
          </w:p>
        </w:tc>
        <w:tc>
          <w:tcPr>
            <w:tcW w:type="dxa" w:w="1601"/>
          </w:tcPr>
          <w:p>
            <w:pPr>
              <w:spacing w:after="0"/>
              <w:jc w:val="left"/>
            </w:pPr>
          </w:p>
        </w:tc>
      </w:tr>
      <w:tr>
        <w:trPr>
          <w:cantSplit/>
        </w:trPr>
        <w:tc>
          <w:tcPr>
            <w:tcW w:type="dxa" w:w="1889"/>
          </w:tcPr>
          <w:p>
            <w:pPr>
              <w:spacing w:after="0"/>
              <w:jc w:val="left"/>
            </w:pPr>
            <w:r>
              <w:rPr>
                <w:sz w:val="16"/>
              </w:rPr>
              <w:t>Tornado</w:t>
            </w:r>
          </w:p>
        </w:tc>
        <w:tc>
          <w:tcPr>
            <w:tcW w:type="dxa" w:w="1899"/>
          </w:tcPr>
          <w:p>
            <w:pPr>
              <w:spacing w:after="0"/>
              <w:jc w:val="left"/>
            </w:pPr>
            <w:r>
              <w:rPr>
                <w:sz w:val="16"/>
              </w:rPr>
              <w:t>Enhanced Fujita (Fujita before Feb 2007)</w:t>
            </w:r>
          </w:p>
        </w:tc>
        <w:tc>
          <w:tcPr>
            <w:tcW w:type="dxa" w:w="1776"/>
          </w:tcPr>
          <w:p>
            <w:pPr>
              <w:spacing w:after="0"/>
              <w:jc w:val="right"/>
            </w:pPr>
            <w:r>
              <w:rPr>
                <w:sz w:val="16"/>
              </w:rPr>
              <w:t>12 records, 1963 to 2025</w:t>
            </w:r>
          </w:p>
        </w:tc>
        <w:tc>
          <w:tcPr>
            <w:tcW w:type="dxa" w:w="2062"/>
          </w:tcPr>
          <w:p>
            <w:pPr>
              <w:spacing w:after="0"/>
              <w:jc w:val="left"/>
            </w:pPr>
            <w:r>
              <w:rPr>
                <w:sz w:val="16"/>
              </w:rPr>
              <w:t>F/EF0 to F/EF3 (median between F/EF1 and F/EF2); 12 with a recorded value</w:t>
            </w:r>
          </w:p>
        </w:tc>
        <w:tc>
          <w:tcPr>
            <w:tcW w:type="dxa" w:w="1649"/>
          </w:tcPr>
          <w:p>
            <w:pPr>
              <w:spacing w:after="0"/>
              <w:jc w:val="left"/>
            </w:pPr>
            <w:r>
              <w:rPr>
                <w:sz w:val="16"/>
              </w:rPr>
              <w:t>F3 tornado, 1963-04-29, 9.3 mi path length (whole path, pre-1996), 300 yd wide, $250,000 property; crops not recorded (1963 dollars), 3 direct deaths, 6 direct injuries</w:t>
            </w:r>
          </w:p>
        </w:tc>
        <w:tc>
          <w:tcPr>
            <w:tcW w:type="dxa" w:w="1643"/>
          </w:tcPr>
          <w:p>
            <w:pPr>
              <w:spacing w:after="0"/>
              <w:jc w:val="left"/>
            </w:pPr>
            <w:r>
              <w:rPr>
                <w:sz w:val="16"/>
              </w:rPr>
              <w:t>Tornado, 1999-01-17, $1,600,000 property; crops not reported (1999 dollars)</w:t>
            </w:r>
          </w:p>
        </w:tc>
        <w:tc>
          <w:tcPr>
            <w:tcW w:type="dxa" w:w="1593"/>
          </w:tcPr>
          <w:p>
            <w:pPr>
              <w:spacing w:after="0"/>
              <w:jc w:val="left"/>
            </w:pPr>
            <w:r>
              <w:rPr>
                <w:sz w:val="16"/>
              </w:rPr>
              <w:t>Event records naming jurisdictions in the plan: Alamo town (2 records), Friendship city (2 records), Gadsden town (2 records), Bells city (1 record).</w:t>
            </w:r>
          </w:p>
        </w:tc>
        <w:tc>
          <w:tcPr>
            <w:tcW w:type="dxa" w:w="160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9"/>
          </w:tcPr>
          <w:p>
            <w:pPr>
              <w:spacing w:after="0"/>
              <w:jc w:val="left"/>
            </w:pPr>
            <w:r>
              <w:rPr>
                <w:sz w:val="16"/>
              </w:rPr>
              <w:t>Wildfire</w:t>
            </w:r>
          </w:p>
        </w:tc>
        <w:tc>
          <w:tcPr>
            <w:tcW w:type="dxa" w:w="1899"/>
          </w:tcPr>
          <w:p>
            <w:pPr>
              <w:spacing w:after="0"/>
              <w:jc w:val="left"/>
            </w:pPr>
            <w:r>
              <w:rPr>
                <w:sz w:val="16"/>
              </w:rPr>
              <w:t>acres burned (local data)</w:t>
            </w:r>
          </w:p>
        </w:tc>
        <w:tc>
          <w:tcPr>
            <w:tcW w:type="dxa" w:w="1776"/>
          </w:tcPr>
          <w:p>
            <w:pPr>
              <w:spacing w:after="0"/>
              <w:jc w:val="right"/>
            </w:pPr>
            <w:r>
              <w:rPr>
                <w:sz w:val="16"/>
              </w:rPr>
              <w:t>0</w:t>
            </w:r>
          </w:p>
        </w:tc>
        <w:tc>
          <w:tcPr>
            <w:tcW w:type="dxa" w:w="2062"/>
          </w:tcPr>
          <w:p>
            <w:pPr>
              <w:spacing w:after="0"/>
              <w:jc w:val="left"/>
            </w:pPr>
          </w:p>
        </w:tc>
        <w:tc>
          <w:tcPr>
            <w:tcW w:type="dxa" w:w="1649"/>
          </w:tcPr>
          <w:p>
            <w:pPr>
              <w:spacing w:after="0"/>
              <w:jc w:val="left"/>
            </w:pPr>
          </w:p>
        </w:tc>
        <w:tc>
          <w:tcPr>
            <w:tcW w:type="dxa" w:w="1643"/>
          </w:tcPr>
          <w:p>
            <w:pPr>
              <w:spacing w:after="0"/>
              <w:jc w:val="left"/>
            </w:pPr>
          </w:p>
        </w:tc>
        <w:tc>
          <w:tcPr>
            <w:tcW w:type="dxa" w:w="1593"/>
          </w:tcPr>
          <w:p>
            <w:pPr>
              <w:spacing w:after="0"/>
              <w:jc w:val="left"/>
            </w:pPr>
          </w:p>
        </w:tc>
        <w:tc>
          <w:tcPr>
            <w:tcW w:type="dxa" w:w="1601"/>
          </w:tcPr>
          <w:p>
            <w:pPr>
              <w:spacing w:after="0"/>
              <w:jc w:val="left"/>
            </w:pPr>
          </w:p>
        </w:tc>
      </w:tr>
      <w:tr>
        <w:trPr>
          <w:cantSplit/>
        </w:trPr>
        <w:tc>
          <w:tcPr>
            <w:tcW w:type="dxa" w:w="1889"/>
          </w:tcPr>
          <w:p>
            <w:pPr>
              <w:spacing w:after="0"/>
              <w:jc w:val="left"/>
            </w:pPr>
            <w:r>
              <w:rPr>
                <w:sz w:val="16"/>
              </w:rPr>
              <w:t>Winter Storm, Heavy Snow, Blizzard, Lake-Effect Snow, Winter Weather, Sleet</w:t>
            </w:r>
          </w:p>
        </w:tc>
        <w:tc>
          <w:tcPr>
            <w:tcW w:type="dxa" w:w="1899"/>
          </w:tcPr>
          <w:p>
            <w:pPr>
              <w:spacing w:after="0"/>
              <w:jc w:val="left"/>
            </w:pPr>
            <w:r>
              <w:rPr>
                <w:sz w:val="16"/>
              </w:rPr>
              <w:t>none in data (snowfall: local data)</w:t>
            </w:r>
          </w:p>
        </w:tc>
        <w:tc>
          <w:tcPr>
            <w:tcW w:type="dxa" w:w="1776"/>
          </w:tcPr>
          <w:p>
            <w:pPr>
              <w:spacing w:after="0"/>
              <w:jc w:val="right"/>
            </w:pPr>
            <w:r>
              <w:rPr>
                <w:sz w:val="16"/>
              </w:rPr>
              <w:t>57 records, 1997 to 2025 (57 zone-level)</w:t>
            </w:r>
          </w:p>
        </w:tc>
        <w:tc>
          <w:tcPr>
            <w:tcW w:type="dxa" w:w="2062"/>
          </w:tcPr>
          <w:p>
            <w:pPr>
              <w:spacing w:after="0"/>
              <w:jc w:val="left"/>
            </w:pPr>
          </w:p>
        </w:tc>
        <w:tc>
          <w:tcPr>
            <w:tcW w:type="dxa" w:w="1649"/>
          </w:tcPr>
          <w:p>
            <w:pPr>
              <w:spacing w:after="0"/>
              <w:jc w:val="left"/>
            </w:pPr>
            <w:r>
              <w:rPr>
                <w:sz w:val="16"/>
              </w:rPr>
              <w:t>Winter Storm, 1998-01-15, $25,000 property; crops not reported (1998 dollars); NWS zone TNZ051</w:t>
            </w:r>
          </w:p>
        </w:tc>
        <w:tc>
          <w:tcPr>
            <w:tcW w:type="dxa" w:w="1643"/>
          </w:tcPr>
          <w:p>
            <w:pPr>
              <w:spacing w:after="0"/>
              <w:jc w:val="left"/>
            </w:pPr>
          </w:p>
        </w:tc>
        <w:tc>
          <w:tcPr>
            <w:tcW w:type="dxa" w:w="1593"/>
          </w:tcPr>
          <w:p>
            <w:pPr>
              <w:spacing w:after="0"/>
              <w:jc w:val="left"/>
            </w:pPr>
            <w:r>
              <w:rPr>
                <w:sz w:val="16"/>
              </w:rPr>
              <w:t>Countywide (zone-level records).</w:t>
            </w:r>
          </w:p>
        </w:tc>
        <w:tc>
          <w:tcPr>
            <w:tcW w:type="dxa" w:w="160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28"/>
        <w:gridCol w:w="2529"/>
        <w:gridCol w:w="2116"/>
        <w:gridCol w:w="2293"/>
        <w:gridCol w:w="2064"/>
        <w:gridCol w:w="87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28"/>
            <w:shd w:val="clear" w:color="auto" w:fill="E8E8E8"/>
          </w:tcPr>
          <w:p>
            <w:pPr>
              <w:spacing w:after="0"/>
              <w:jc w:val="left"/>
            </w:pPr>
            <w:r>
              <w:rPr>
                <w:b/>
                <w:sz w:val="16"/>
              </w:rPr>
              <w:t>Type</w:t>
            </w:r>
          </w:p>
        </w:tc>
        <w:tc>
          <w:tcPr>
            <w:tcW w:type="dxa" w:w="2529"/>
            <w:shd w:val="clear" w:color="auto" w:fill="E8E8E8"/>
          </w:tcPr>
          <w:p>
            <w:pPr>
              <w:spacing w:after="0"/>
              <w:jc w:val="left"/>
            </w:pPr>
            <w:r>
              <w:rPr>
                <w:b/>
                <w:sz w:val="16"/>
              </w:rPr>
              <w:t>Title</w:t>
            </w:r>
          </w:p>
        </w:tc>
        <w:tc>
          <w:tcPr>
            <w:tcW w:type="dxa" w:w="2116"/>
            <w:shd w:val="clear" w:color="auto" w:fill="E8E8E8"/>
          </w:tcPr>
          <w:p>
            <w:pPr>
              <w:spacing w:after="0"/>
              <w:jc w:val="left"/>
            </w:pPr>
            <w:r>
              <w:rPr>
                <w:b/>
                <w:sz w:val="16"/>
              </w:rPr>
              <w:t>Mapped hazard</w:t>
            </w:r>
          </w:p>
        </w:tc>
        <w:tc>
          <w:tcPr>
            <w:tcW w:type="dxa" w:w="229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64"/>
            <w:shd w:val="clear" w:color="auto" w:fill="E8E8E8"/>
          </w:tcPr>
          <w:p>
            <w:pPr>
              <w:spacing w:after="0"/>
              <w:jc w:val="left"/>
            </w:pPr>
            <w:r>
              <w:rPr>
                <w:b/>
                <w:sz w:val="16"/>
              </w:rPr>
              <w:t>Flags</w:t>
            </w:r>
          </w:p>
        </w:tc>
        <w:tc>
          <w:tcPr>
            <w:tcW w:type="dxa" w:w="873"/>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128"/>
          </w:tcPr>
          <w:p>
            <w:pPr>
              <w:spacing w:after="0"/>
              <w:jc w:val="left"/>
            </w:pPr>
            <w:r>
              <w:rPr>
                <w:sz w:val="16"/>
              </w:rPr>
              <w:t>Major disaster</w:t>
            </w:r>
          </w:p>
        </w:tc>
        <w:tc>
          <w:tcPr>
            <w:tcW w:type="dxa" w:w="2529"/>
          </w:tcPr>
          <w:p>
            <w:pPr>
              <w:spacing w:after="0"/>
              <w:jc w:val="left"/>
            </w:pPr>
            <w:r>
              <w:rPr>
                <w:sz w:val="16"/>
              </w:rPr>
              <w:t>Severe Winter Storm</w:t>
            </w:r>
          </w:p>
        </w:tc>
        <w:tc>
          <w:tcPr>
            <w:tcW w:type="dxa" w:w="2116"/>
          </w:tcPr>
          <w:p>
            <w:pPr>
              <w:spacing w:after="0"/>
              <w:jc w:val="left"/>
            </w:pPr>
            <w:r>
              <w:rPr>
                <w:sz w:val="16"/>
              </w:rPr>
              <w:t>Winter Weather</w:t>
            </w:r>
          </w:p>
        </w:tc>
        <w:tc>
          <w:tcPr>
            <w:tcW w:type="dxa" w:w="2293"/>
          </w:tcPr>
          <w:p>
            <w:pPr>
              <w:spacing w:after="0"/>
              <w:jc w:val="right"/>
            </w:pPr>
            <w:r>
              <w:rPr>
                <w:sz w:val="16"/>
              </w:rPr>
              <w:t>no Public Assistance recorded</w:t>
            </w:r>
          </w:p>
        </w:tc>
        <w:tc>
          <w:tcPr>
            <w:tcW w:type="dxa" w:w="2064"/>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128"/>
          </w:tcPr>
          <w:p>
            <w:pPr>
              <w:spacing w:after="0"/>
              <w:jc w:val="left"/>
            </w:pPr>
            <w:r>
              <w:rPr>
                <w:sz w:val="16"/>
              </w:rPr>
              <w:t>Emergency</w:t>
            </w:r>
          </w:p>
        </w:tc>
        <w:tc>
          <w:tcPr>
            <w:tcW w:type="dxa" w:w="2529"/>
          </w:tcPr>
          <w:p>
            <w:pPr>
              <w:spacing w:after="0"/>
              <w:jc w:val="left"/>
            </w:pPr>
            <w:r>
              <w:rPr>
                <w:sz w:val="16"/>
              </w:rPr>
              <w:t>Severe Winter Storm</w:t>
            </w:r>
          </w:p>
        </w:tc>
        <w:tc>
          <w:tcPr>
            <w:tcW w:type="dxa" w:w="2116"/>
          </w:tcPr>
          <w:p>
            <w:pPr>
              <w:spacing w:after="0"/>
              <w:jc w:val="left"/>
            </w:pPr>
            <w:r>
              <w:rPr>
                <w:sz w:val="16"/>
              </w:rPr>
              <w:t>Winter Weather</w:t>
            </w:r>
          </w:p>
        </w:tc>
        <w:tc>
          <w:tcPr>
            <w:tcW w:type="dxa" w:w="2293"/>
          </w:tcPr>
          <w:p>
            <w:pPr>
              <w:spacing w:after="0"/>
              <w:jc w:val="right"/>
            </w:pPr>
            <w:r>
              <w:rPr>
                <w:sz w:val="16"/>
              </w:rPr>
              <w:t>no Public Assistance recorded</w:t>
            </w:r>
          </w:p>
        </w:tc>
        <w:tc>
          <w:tcPr>
            <w:tcW w:type="dxa" w:w="2064"/>
          </w:tcPr>
          <w:p>
            <w:pPr>
              <w:spacing w:after="0"/>
              <w:jc w:val="left"/>
            </w:pPr>
            <w:r>
              <w:rPr>
                <w:sz w:val="16"/>
              </w:rPr>
              <w:t>new since last plan; within last 5 years</w:t>
            </w:r>
          </w:p>
        </w:tc>
        <w:tc>
          <w:tcPr>
            <w:tcW w:type="dxa" w:w="873"/>
          </w:tcPr>
          <w:p>
            <w:pPr>
              <w:spacing w:after="0"/>
              <w:jc w:val="left"/>
            </w:pPr>
            <w:r>
              <w:rPr>
                <w:sz w:val="16"/>
              </w:rPr>
              <w:t>same incident as DR-4898</w:t>
            </w:r>
          </w:p>
        </w:tc>
      </w:tr>
      <w:tr>
        <w:trPr>
          <w:cantSplit/>
        </w:trPr>
        <w:tc>
          <w:tcPr>
            <w:tcW w:type="dxa" w:w="1037"/>
          </w:tcPr>
          <w:p>
            <w:pPr>
              <w:spacing w:after="0"/>
              <w:jc w:val="left"/>
            </w:pPr>
            <w:r>
              <w:rPr>
                <w:sz w:val="16"/>
              </w:rPr>
              <w:t>2025-06-19</w:t>
            </w:r>
          </w:p>
        </w:tc>
        <w:tc>
          <w:tcPr>
            <w:tcW w:type="dxa" w:w="1037"/>
          </w:tcPr>
          <w:p>
            <w:pPr>
              <w:spacing w:after="0"/>
              <w:jc w:val="left"/>
            </w:pPr>
            <w:r>
              <w:rPr>
                <w:sz w:val="16"/>
              </w:rPr>
              <w:t>2025-04-02</w:t>
            </w:r>
          </w:p>
        </w:tc>
        <w:tc>
          <w:tcPr>
            <w:tcW w:type="dxa" w:w="1037"/>
          </w:tcPr>
          <w:p>
            <w:pPr>
              <w:spacing w:after="0"/>
              <w:jc w:val="left"/>
            </w:pPr>
            <w:r>
              <w:rPr>
                <w:sz w:val="16"/>
              </w:rPr>
              <w:t>DR-4878-TN</w:t>
            </w:r>
          </w:p>
        </w:tc>
        <w:tc>
          <w:tcPr>
            <w:tcW w:type="dxa" w:w="1128"/>
          </w:tcPr>
          <w:p>
            <w:pPr>
              <w:spacing w:after="0"/>
              <w:jc w:val="left"/>
            </w:pPr>
            <w:r>
              <w:rPr>
                <w:sz w:val="16"/>
              </w:rPr>
              <w:t>Major disaster</w:t>
            </w:r>
          </w:p>
        </w:tc>
        <w:tc>
          <w:tcPr>
            <w:tcW w:type="dxa" w:w="2529"/>
          </w:tcPr>
          <w:p>
            <w:pPr>
              <w:spacing w:after="0"/>
              <w:jc w:val="left"/>
            </w:pPr>
            <w:r>
              <w:rPr>
                <w:sz w:val="16"/>
              </w:rPr>
              <w:t>Severe Storms, Straight-Line Winds, Tornadoes, and Flooding</w:t>
            </w:r>
          </w:p>
        </w:tc>
        <w:tc>
          <w:tcPr>
            <w:tcW w:type="dxa" w:w="2116"/>
          </w:tcPr>
          <w:p>
            <w:pPr>
              <w:spacing w:after="0"/>
              <w:jc w:val="left"/>
            </w:pPr>
            <w:r>
              <w:rPr>
                <w:sz w:val="16"/>
              </w:rPr>
              <w:t>Inland Flooding; Strong Wind; Tornado</w:t>
            </w:r>
          </w:p>
        </w:tc>
        <w:tc>
          <w:tcPr>
            <w:tcW w:type="dxa" w:w="2293"/>
          </w:tcPr>
          <w:p>
            <w:pPr>
              <w:spacing w:after="0"/>
              <w:jc w:val="right"/>
            </w:pPr>
            <w:r>
              <w:rPr>
                <w:sz w:val="16"/>
              </w:rPr>
              <w:t>no Public Assistance recorded</w:t>
            </w:r>
          </w:p>
        </w:tc>
        <w:tc>
          <w:tcPr>
            <w:tcW w:type="dxa" w:w="2064"/>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128"/>
          </w:tcPr>
          <w:p>
            <w:pPr>
              <w:spacing w:after="0"/>
              <w:jc w:val="left"/>
            </w:pPr>
            <w:r>
              <w:rPr>
                <w:sz w:val="16"/>
              </w:rPr>
              <w:t>Emergency</w:t>
            </w:r>
          </w:p>
        </w:tc>
        <w:tc>
          <w:tcPr>
            <w:tcW w:type="dxa" w:w="2529"/>
          </w:tcPr>
          <w:p>
            <w:pPr>
              <w:spacing w:after="0"/>
              <w:jc w:val="left"/>
            </w:pPr>
            <w:r>
              <w:rPr>
                <w:sz w:val="16"/>
              </w:rPr>
              <w:t>Severe Storms, Straight-Line Winds, Tornadoes, and Flooding</w:t>
            </w:r>
          </w:p>
        </w:tc>
        <w:tc>
          <w:tcPr>
            <w:tcW w:type="dxa" w:w="2116"/>
          </w:tcPr>
          <w:p>
            <w:pPr>
              <w:spacing w:after="0"/>
              <w:jc w:val="left"/>
            </w:pPr>
            <w:r>
              <w:rPr>
                <w:sz w:val="16"/>
              </w:rPr>
              <w:t>Inland Flooding; Strong Wind; Tornado</w:t>
            </w:r>
          </w:p>
        </w:tc>
        <w:tc>
          <w:tcPr>
            <w:tcW w:type="dxa" w:w="2293"/>
          </w:tcPr>
          <w:p>
            <w:pPr>
              <w:spacing w:after="0"/>
              <w:jc w:val="right"/>
            </w:pPr>
            <w:r>
              <w:rPr>
                <w:sz w:val="16"/>
              </w:rPr>
              <w:t>no Public Assistance recorded</w:t>
            </w:r>
          </w:p>
        </w:tc>
        <w:tc>
          <w:tcPr>
            <w:tcW w:type="dxa" w:w="2064"/>
          </w:tcPr>
          <w:p>
            <w:pPr>
              <w:spacing w:after="0"/>
              <w:jc w:val="left"/>
            </w:pPr>
            <w:r>
              <w:rPr>
                <w:sz w:val="16"/>
              </w:rPr>
              <w:t>new since last plan; within last 5 years</w:t>
            </w:r>
          </w:p>
        </w:tc>
        <w:tc>
          <w:tcPr>
            <w:tcW w:type="dxa" w:w="873"/>
          </w:tcPr>
          <w:p>
            <w:pPr>
              <w:spacing w:after="0"/>
              <w:jc w:val="left"/>
            </w:pPr>
            <w:r>
              <w:rPr>
                <w:sz w:val="16"/>
              </w:rPr>
              <w:t>same incident as DR-4878</w:t>
            </w: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128"/>
          </w:tcPr>
          <w:p>
            <w:pPr>
              <w:spacing w:after="0"/>
              <w:jc w:val="left"/>
            </w:pPr>
            <w:r>
              <w:rPr>
                <w:sz w:val="16"/>
              </w:rPr>
              <w:t>Major disaster</w:t>
            </w:r>
          </w:p>
        </w:tc>
        <w:tc>
          <w:tcPr>
            <w:tcW w:type="dxa" w:w="2529"/>
          </w:tcPr>
          <w:p>
            <w:pPr>
              <w:spacing w:after="0"/>
              <w:jc w:val="left"/>
            </w:pPr>
            <w:r>
              <w:rPr>
                <w:sz w:val="16"/>
              </w:rPr>
              <w:t>Severe Storms, Straight-Line Winds, and Tornado</w:t>
            </w:r>
          </w:p>
        </w:tc>
        <w:tc>
          <w:tcPr>
            <w:tcW w:type="dxa" w:w="2116"/>
          </w:tcPr>
          <w:p>
            <w:pPr>
              <w:spacing w:after="0"/>
              <w:jc w:val="left"/>
            </w:pPr>
            <w:r>
              <w:rPr>
                <w:sz w:val="16"/>
              </w:rPr>
              <w:t>Strong Wind; Tornado</w:t>
            </w:r>
          </w:p>
        </w:tc>
        <w:tc>
          <w:tcPr>
            <w:tcW w:type="dxa" w:w="2293"/>
          </w:tcPr>
          <w:p>
            <w:pPr>
              <w:spacing w:after="0"/>
              <w:jc w:val="right"/>
            </w:pPr>
            <w:r>
              <w:rPr>
                <w:sz w:val="16"/>
              </w:rPr>
              <w:t>no Public Assistance recorded</w:t>
            </w:r>
          </w:p>
        </w:tc>
        <w:tc>
          <w:tcPr>
            <w:tcW w:type="dxa" w:w="2064"/>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2022-03-11</w:t>
            </w:r>
          </w:p>
        </w:tc>
        <w:tc>
          <w:tcPr>
            <w:tcW w:type="dxa" w:w="1037"/>
          </w:tcPr>
          <w:p>
            <w:pPr>
              <w:spacing w:after="0"/>
              <w:jc w:val="left"/>
            </w:pPr>
            <w:r>
              <w:rPr>
                <w:sz w:val="16"/>
              </w:rPr>
              <w:t>2022-02-03</w:t>
            </w:r>
          </w:p>
        </w:tc>
        <w:tc>
          <w:tcPr>
            <w:tcW w:type="dxa" w:w="1037"/>
          </w:tcPr>
          <w:p>
            <w:pPr>
              <w:spacing w:after="0"/>
              <w:jc w:val="left"/>
            </w:pPr>
            <w:r>
              <w:rPr>
                <w:sz w:val="16"/>
              </w:rPr>
              <w:t>DR-4645-TN</w:t>
            </w:r>
          </w:p>
        </w:tc>
        <w:tc>
          <w:tcPr>
            <w:tcW w:type="dxa" w:w="1128"/>
          </w:tcPr>
          <w:p>
            <w:pPr>
              <w:spacing w:after="0"/>
              <w:jc w:val="left"/>
            </w:pPr>
            <w:r>
              <w:rPr>
                <w:sz w:val="16"/>
              </w:rPr>
              <w:t>Major disaster</w:t>
            </w:r>
          </w:p>
        </w:tc>
        <w:tc>
          <w:tcPr>
            <w:tcW w:type="dxa" w:w="2529"/>
          </w:tcPr>
          <w:p>
            <w:pPr>
              <w:spacing w:after="0"/>
              <w:jc w:val="left"/>
            </w:pPr>
            <w:r>
              <w:rPr>
                <w:sz w:val="16"/>
              </w:rPr>
              <w:t>Severe Winter Storm</w:t>
            </w:r>
          </w:p>
        </w:tc>
        <w:tc>
          <w:tcPr>
            <w:tcW w:type="dxa" w:w="2116"/>
          </w:tcPr>
          <w:p>
            <w:pPr>
              <w:spacing w:after="0"/>
              <w:jc w:val="left"/>
            </w:pPr>
            <w:r>
              <w:rPr>
                <w:sz w:val="16"/>
              </w:rPr>
              <w:t>Winter Weather</w:t>
            </w:r>
          </w:p>
        </w:tc>
        <w:tc>
          <w:tcPr>
            <w:tcW w:type="dxa" w:w="2293"/>
          </w:tcPr>
          <w:p>
            <w:pPr>
              <w:spacing w:after="0"/>
              <w:jc w:val="right"/>
            </w:pPr>
            <w:r>
              <w:rPr>
                <w:sz w:val="16"/>
              </w:rPr>
              <w:t>no Public Assistance recorded</w:t>
            </w:r>
          </w:p>
        </w:tc>
        <w:tc>
          <w:tcPr>
            <w:tcW w:type="dxa" w:w="2064"/>
          </w:tcPr>
          <w:p>
            <w:pPr>
              <w:spacing w:after="0"/>
              <w:jc w:val="left"/>
            </w:pPr>
            <w:r>
              <w:rPr>
                <w:sz w:val="16"/>
              </w:rPr>
              <w:t>in the 12 months before plan approval; within last 5 years</w:t>
            </w:r>
          </w:p>
        </w:tc>
        <w:tc>
          <w:tcPr>
            <w:tcW w:type="dxa" w:w="873"/>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128"/>
          </w:tcPr>
          <w:p>
            <w:pPr>
              <w:spacing w:after="0"/>
              <w:jc w:val="left"/>
            </w:pPr>
            <w:r>
              <w:rPr>
                <w:sz w:val="16"/>
              </w:rPr>
              <w:t>Major disaster</w:t>
            </w:r>
          </w:p>
        </w:tc>
        <w:tc>
          <w:tcPr>
            <w:tcW w:type="dxa" w:w="2529"/>
          </w:tcPr>
          <w:p>
            <w:pPr>
              <w:spacing w:after="0"/>
              <w:jc w:val="left"/>
            </w:pPr>
            <w:r>
              <w:rPr>
                <w:sz w:val="16"/>
              </w:rPr>
              <w:t>COVID-19 Pandemic</w:t>
            </w:r>
          </w:p>
        </w:tc>
        <w:tc>
          <w:tcPr>
            <w:tcW w:type="dxa" w:w="2116"/>
          </w:tcPr>
          <w:p>
            <w:pPr>
              <w:spacing w:after="0"/>
              <w:jc w:val="left"/>
            </w:pPr>
            <w:r>
              <w:rPr>
                <w:sz w:val="16"/>
              </w:rPr>
              <w:t>Non-natural, not counted</w:t>
            </w:r>
          </w:p>
        </w:tc>
        <w:tc>
          <w:tcPr>
            <w:tcW w:type="dxa" w:w="2293"/>
          </w:tcPr>
          <w:p>
            <w:pPr>
              <w:spacing w:after="0"/>
              <w:jc w:val="right"/>
            </w:pPr>
            <w:r>
              <w:rPr>
                <w:sz w:val="16"/>
              </w:rPr>
              <w:t>$17,879.36</w:t>
            </w:r>
          </w:p>
        </w:tc>
        <w:tc>
          <w:tcPr>
            <w:tcW w:type="dxa" w:w="2064"/>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128"/>
          </w:tcPr>
          <w:p>
            <w:pPr>
              <w:spacing w:after="0"/>
              <w:jc w:val="left"/>
            </w:pPr>
            <w:r>
              <w:rPr>
                <w:sz w:val="16"/>
              </w:rPr>
              <w:t>Emergency</w:t>
            </w:r>
          </w:p>
        </w:tc>
        <w:tc>
          <w:tcPr>
            <w:tcW w:type="dxa" w:w="2529"/>
          </w:tcPr>
          <w:p>
            <w:pPr>
              <w:spacing w:after="0"/>
              <w:jc w:val="left"/>
            </w:pPr>
            <w:r>
              <w:rPr>
                <w:sz w:val="16"/>
              </w:rPr>
              <w:t>COVID-19</w:t>
            </w:r>
          </w:p>
        </w:tc>
        <w:tc>
          <w:tcPr>
            <w:tcW w:type="dxa" w:w="2116"/>
          </w:tcPr>
          <w:p>
            <w:pPr>
              <w:spacing w:after="0"/>
              <w:jc w:val="left"/>
            </w:pPr>
            <w:r>
              <w:rPr>
                <w:sz w:val="16"/>
              </w:rPr>
              <w:t>Non-natural, not counted</w:t>
            </w:r>
          </w:p>
        </w:tc>
        <w:tc>
          <w:tcPr>
            <w:tcW w:type="dxa" w:w="2293"/>
          </w:tcPr>
          <w:p>
            <w:pPr>
              <w:spacing w:after="0"/>
              <w:jc w:val="right"/>
            </w:pPr>
            <w:r>
              <w:rPr>
                <w:sz w:val="16"/>
              </w:rPr>
              <w:t>no Public Assistance recorded</w:t>
            </w:r>
          </w:p>
        </w:tc>
        <w:tc>
          <w:tcPr>
            <w:tcW w:type="dxa" w:w="2064"/>
          </w:tcPr>
          <w:p>
            <w:pPr>
              <w:spacing w:after="0"/>
              <w:jc w:val="left"/>
            </w:pPr>
          </w:p>
        </w:tc>
        <w:tc>
          <w:tcPr>
            <w:tcW w:type="dxa" w:w="873"/>
          </w:tcPr>
          <w:p>
            <w:pPr>
              <w:spacing w:after="0"/>
              <w:jc w:val="left"/>
            </w:pPr>
            <w:r>
              <w:rPr>
                <w:sz w:val="16"/>
              </w:rPr>
              <w:t>same incident as DR-4514</w:t>
            </w: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DR-1979-TN</w:t>
            </w:r>
          </w:p>
        </w:tc>
        <w:tc>
          <w:tcPr>
            <w:tcW w:type="dxa" w:w="1128"/>
          </w:tcPr>
          <w:p>
            <w:pPr>
              <w:spacing w:after="0"/>
              <w:jc w:val="left"/>
            </w:pPr>
            <w:r>
              <w:rPr>
                <w:sz w:val="16"/>
              </w:rPr>
              <w:t>Major disaster</w:t>
            </w:r>
          </w:p>
        </w:tc>
        <w:tc>
          <w:tcPr>
            <w:tcW w:type="dxa" w:w="2529"/>
          </w:tcPr>
          <w:p>
            <w:pPr>
              <w:spacing w:after="0"/>
              <w:jc w:val="left"/>
            </w:pPr>
            <w:r>
              <w:rPr>
                <w:sz w:val="16"/>
              </w:rPr>
              <w:t>Severe Storms, Straight-Line Winds, Tornadoes, and Flooding</w:t>
            </w:r>
          </w:p>
        </w:tc>
        <w:tc>
          <w:tcPr>
            <w:tcW w:type="dxa" w:w="2116"/>
          </w:tcPr>
          <w:p>
            <w:pPr>
              <w:spacing w:after="0"/>
              <w:jc w:val="left"/>
            </w:pPr>
            <w:r>
              <w:rPr>
                <w:sz w:val="16"/>
              </w:rPr>
              <w:t>Inland Flooding; Strong Wind; Tornado</w:t>
            </w:r>
          </w:p>
        </w:tc>
        <w:tc>
          <w:tcPr>
            <w:tcW w:type="dxa" w:w="2293"/>
          </w:tcPr>
          <w:p>
            <w:pPr>
              <w:spacing w:after="0"/>
              <w:jc w:val="right"/>
            </w:pPr>
            <w:r>
              <w:rPr>
                <w:sz w:val="16"/>
              </w:rPr>
              <w:t>$66,495.81</w:t>
            </w:r>
          </w:p>
        </w:tc>
        <w:tc>
          <w:tcPr>
            <w:tcW w:type="dxa" w:w="2064"/>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128"/>
          </w:tcPr>
          <w:p>
            <w:pPr>
              <w:spacing w:after="0"/>
              <w:jc w:val="left"/>
            </w:pPr>
            <w:r>
              <w:rPr>
                <w:sz w:val="16"/>
              </w:rPr>
              <w:t>Major disaster</w:t>
            </w:r>
          </w:p>
        </w:tc>
        <w:tc>
          <w:tcPr>
            <w:tcW w:type="dxa" w:w="2529"/>
          </w:tcPr>
          <w:p>
            <w:pPr>
              <w:spacing w:after="0"/>
              <w:jc w:val="left"/>
            </w:pPr>
            <w:r>
              <w:rPr>
                <w:sz w:val="16"/>
              </w:rPr>
              <w:t>Severe Storms, Tornadoes, Straight-Line Winds, and Associated Flooding</w:t>
            </w:r>
          </w:p>
        </w:tc>
        <w:tc>
          <w:tcPr>
            <w:tcW w:type="dxa" w:w="2116"/>
          </w:tcPr>
          <w:p>
            <w:pPr>
              <w:spacing w:after="0"/>
              <w:jc w:val="left"/>
            </w:pPr>
            <w:r>
              <w:rPr>
                <w:sz w:val="16"/>
              </w:rPr>
              <w:t>Inland Flooding; Strong Wind; Tornado</w:t>
            </w:r>
          </w:p>
        </w:tc>
        <w:tc>
          <w:tcPr>
            <w:tcW w:type="dxa" w:w="2293"/>
          </w:tcPr>
          <w:p>
            <w:pPr>
              <w:spacing w:after="0"/>
              <w:jc w:val="right"/>
            </w:pPr>
            <w:r>
              <w:rPr>
                <w:sz w:val="16"/>
              </w:rPr>
              <w:t>$93,103.05</w:t>
            </w:r>
          </w:p>
        </w:tc>
        <w:tc>
          <w:tcPr>
            <w:tcW w:type="dxa" w:w="2064"/>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128"/>
          </w:tcPr>
          <w:p>
            <w:pPr>
              <w:spacing w:after="0"/>
              <w:jc w:val="left"/>
            </w:pPr>
            <w:r>
              <w:rPr>
                <w:sz w:val="16"/>
              </w:rPr>
              <w:t>Major disaster</w:t>
            </w:r>
          </w:p>
        </w:tc>
        <w:tc>
          <w:tcPr>
            <w:tcW w:type="dxa" w:w="2529"/>
          </w:tcPr>
          <w:p>
            <w:pPr>
              <w:spacing w:after="0"/>
              <w:jc w:val="left"/>
            </w:pPr>
            <w:r>
              <w:rPr>
                <w:sz w:val="16"/>
              </w:rPr>
              <w:t>Severe Storms, Flooding, Straight-Line Winds, and Tornadoes</w:t>
            </w:r>
          </w:p>
        </w:tc>
        <w:tc>
          <w:tcPr>
            <w:tcW w:type="dxa" w:w="2116"/>
          </w:tcPr>
          <w:p>
            <w:pPr>
              <w:spacing w:after="0"/>
              <w:jc w:val="left"/>
            </w:pPr>
            <w:r>
              <w:rPr>
                <w:sz w:val="16"/>
              </w:rPr>
              <w:t>Inland Flooding; Strong Wind; Tornado</w:t>
            </w:r>
          </w:p>
        </w:tc>
        <w:tc>
          <w:tcPr>
            <w:tcW w:type="dxa" w:w="2293"/>
          </w:tcPr>
          <w:p>
            <w:pPr>
              <w:spacing w:after="0"/>
              <w:jc w:val="right"/>
            </w:pPr>
            <w:r>
              <w:rPr>
                <w:sz w:val="16"/>
              </w:rPr>
              <w:t>$407,139.95</w:t>
            </w:r>
          </w:p>
        </w:tc>
        <w:tc>
          <w:tcPr>
            <w:tcW w:type="dxa" w:w="2064"/>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128"/>
          </w:tcPr>
          <w:p>
            <w:pPr>
              <w:spacing w:after="0"/>
              <w:jc w:val="left"/>
            </w:pPr>
            <w:r>
              <w:rPr>
                <w:sz w:val="16"/>
              </w:rPr>
              <w:t>Emergency</w:t>
            </w:r>
          </w:p>
        </w:tc>
        <w:tc>
          <w:tcPr>
            <w:tcW w:type="dxa" w:w="2529"/>
          </w:tcPr>
          <w:p>
            <w:pPr>
              <w:spacing w:after="0"/>
              <w:jc w:val="left"/>
            </w:pPr>
            <w:r>
              <w:rPr>
                <w:sz w:val="16"/>
              </w:rPr>
              <w:t>Hurricane Katrina Evacuation</w:t>
            </w:r>
          </w:p>
        </w:tc>
        <w:tc>
          <w:tcPr>
            <w:tcW w:type="dxa" w:w="2116"/>
          </w:tcPr>
          <w:p>
            <w:pPr>
              <w:spacing w:after="0"/>
              <w:jc w:val="left"/>
            </w:pPr>
            <w:r>
              <w:rPr>
                <w:sz w:val="16"/>
              </w:rPr>
              <w:t>Hurricane: evacuation support, not a local hazard event; not counted</w:t>
            </w:r>
          </w:p>
        </w:tc>
        <w:tc>
          <w:tcPr>
            <w:tcW w:type="dxa" w:w="2293"/>
          </w:tcPr>
          <w:p>
            <w:pPr>
              <w:spacing w:after="0"/>
              <w:jc w:val="right"/>
            </w:pPr>
            <w:r>
              <w:rPr>
                <w:sz w:val="16"/>
              </w:rPr>
              <w:t>no Public Assistance recorded</w:t>
            </w:r>
          </w:p>
        </w:tc>
        <w:tc>
          <w:tcPr>
            <w:tcW w:type="dxa" w:w="2064"/>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128"/>
          </w:tcPr>
          <w:p>
            <w:pPr>
              <w:spacing w:after="0"/>
              <w:jc w:val="left"/>
            </w:pPr>
            <w:r>
              <w:rPr>
                <w:sz w:val="16"/>
              </w:rPr>
              <w:t>Major disaster</w:t>
            </w:r>
          </w:p>
        </w:tc>
        <w:tc>
          <w:tcPr>
            <w:tcW w:type="dxa" w:w="2529"/>
          </w:tcPr>
          <w:p>
            <w:pPr>
              <w:spacing w:after="0"/>
              <w:jc w:val="left"/>
            </w:pPr>
            <w:r>
              <w:rPr>
                <w:sz w:val="16"/>
              </w:rPr>
              <w:t>Severe Storms, Tornadoes, and Flooding</w:t>
            </w:r>
          </w:p>
        </w:tc>
        <w:tc>
          <w:tcPr>
            <w:tcW w:type="dxa" w:w="2116"/>
          </w:tcPr>
          <w:p>
            <w:pPr>
              <w:spacing w:after="0"/>
              <w:jc w:val="left"/>
            </w:pPr>
            <w:r>
              <w:rPr>
                <w:sz w:val="16"/>
              </w:rPr>
              <w:t>Inland Flooding; Tornado</w:t>
            </w:r>
          </w:p>
        </w:tc>
        <w:tc>
          <w:tcPr>
            <w:tcW w:type="dxa" w:w="2293"/>
          </w:tcPr>
          <w:p>
            <w:pPr>
              <w:spacing w:after="0"/>
              <w:jc w:val="right"/>
            </w:pPr>
            <w:r>
              <w:rPr>
                <w:sz w:val="16"/>
              </w:rPr>
              <w:t>none placed in this county by FEMA's record; $6,166.94 for this declaration is not placed in any county (see the state page)</w:t>
            </w:r>
          </w:p>
        </w:tc>
        <w:tc>
          <w:tcPr>
            <w:tcW w:type="dxa" w:w="2064"/>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2002-11-13</w:t>
            </w:r>
          </w:p>
        </w:tc>
        <w:tc>
          <w:tcPr>
            <w:tcW w:type="dxa" w:w="1037"/>
          </w:tcPr>
          <w:p>
            <w:pPr>
              <w:spacing w:after="0"/>
              <w:jc w:val="left"/>
            </w:pPr>
            <w:r>
              <w:rPr>
                <w:sz w:val="16"/>
              </w:rPr>
              <w:t>2002-11-09</w:t>
            </w:r>
          </w:p>
        </w:tc>
        <w:tc>
          <w:tcPr>
            <w:tcW w:type="dxa" w:w="1037"/>
          </w:tcPr>
          <w:p>
            <w:pPr>
              <w:spacing w:after="0"/>
              <w:jc w:val="left"/>
            </w:pPr>
            <w:r>
              <w:rPr>
                <w:sz w:val="16"/>
              </w:rPr>
              <w:t>DR-1441-TN</w:t>
            </w:r>
          </w:p>
        </w:tc>
        <w:tc>
          <w:tcPr>
            <w:tcW w:type="dxa" w:w="1128"/>
          </w:tcPr>
          <w:p>
            <w:pPr>
              <w:spacing w:after="0"/>
              <w:jc w:val="left"/>
            </w:pPr>
            <w:r>
              <w:rPr>
                <w:sz w:val="16"/>
              </w:rPr>
              <w:t>Major disaster</w:t>
            </w:r>
          </w:p>
        </w:tc>
        <w:tc>
          <w:tcPr>
            <w:tcW w:type="dxa" w:w="2529"/>
          </w:tcPr>
          <w:p>
            <w:pPr>
              <w:spacing w:after="0"/>
              <w:jc w:val="left"/>
            </w:pPr>
            <w:r>
              <w:rPr>
                <w:sz w:val="16"/>
              </w:rPr>
              <w:t>Severe Storms and Tornados</w:t>
            </w:r>
          </w:p>
        </w:tc>
        <w:tc>
          <w:tcPr>
            <w:tcW w:type="dxa" w:w="2116"/>
          </w:tcPr>
          <w:p>
            <w:pPr>
              <w:spacing w:after="0"/>
              <w:jc w:val="left"/>
            </w:pPr>
            <w:r>
              <w:rPr>
                <w:sz w:val="16"/>
              </w:rPr>
              <w:t>Tornado</w:t>
            </w:r>
          </w:p>
        </w:tc>
        <w:tc>
          <w:tcPr>
            <w:tcW w:type="dxa" w:w="2293"/>
          </w:tcPr>
          <w:p>
            <w:pPr>
              <w:spacing w:after="0"/>
              <w:jc w:val="right"/>
            </w:pPr>
            <w:r>
              <w:rPr>
                <w:sz w:val="16"/>
              </w:rPr>
              <w:t>$10,969.23</w:t>
            </w:r>
          </w:p>
        </w:tc>
        <w:tc>
          <w:tcPr>
            <w:tcW w:type="dxa" w:w="2064"/>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1999-01-19</w:t>
            </w:r>
          </w:p>
        </w:tc>
        <w:tc>
          <w:tcPr>
            <w:tcW w:type="dxa" w:w="1037"/>
          </w:tcPr>
          <w:p>
            <w:pPr>
              <w:spacing w:after="0"/>
              <w:jc w:val="left"/>
            </w:pPr>
            <w:r>
              <w:rPr>
                <w:sz w:val="16"/>
              </w:rPr>
              <w:t>1999-01-17</w:t>
            </w:r>
          </w:p>
        </w:tc>
        <w:tc>
          <w:tcPr>
            <w:tcW w:type="dxa" w:w="1037"/>
          </w:tcPr>
          <w:p>
            <w:pPr>
              <w:spacing w:after="0"/>
              <w:jc w:val="left"/>
            </w:pPr>
            <w:r>
              <w:rPr>
                <w:sz w:val="16"/>
              </w:rPr>
              <w:t>DR-1262-TN</w:t>
            </w:r>
          </w:p>
        </w:tc>
        <w:tc>
          <w:tcPr>
            <w:tcW w:type="dxa" w:w="1128"/>
          </w:tcPr>
          <w:p>
            <w:pPr>
              <w:spacing w:after="0"/>
              <w:jc w:val="left"/>
            </w:pPr>
            <w:r>
              <w:rPr>
                <w:sz w:val="16"/>
              </w:rPr>
              <w:t>Major disaster</w:t>
            </w:r>
          </w:p>
        </w:tc>
        <w:tc>
          <w:tcPr>
            <w:tcW w:type="dxa" w:w="2529"/>
          </w:tcPr>
          <w:p>
            <w:pPr>
              <w:spacing w:after="0"/>
              <w:jc w:val="left"/>
            </w:pPr>
            <w:r>
              <w:rPr>
                <w:sz w:val="16"/>
              </w:rPr>
              <w:t>Severe Storms, Tornadoes and High Winds</w:t>
            </w:r>
          </w:p>
        </w:tc>
        <w:tc>
          <w:tcPr>
            <w:tcW w:type="dxa" w:w="2116"/>
          </w:tcPr>
          <w:p>
            <w:pPr>
              <w:spacing w:after="0"/>
              <w:jc w:val="left"/>
            </w:pPr>
            <w:r>
              <w:rPr>
                <w:sz w:val="16"/>
              </w:rPr>
              <w:t>Strong Wind; Tornado</w:t>
            </w:r>
          </w:p>
        </w:tc>
        <w:tc>
          <w:tcPr>
            <w:tcW w:type="dxa" w:w="2293"/>
          </w:tcPr>
          <w:p>
            <w:pPr>
              <w:spacing w:after="0"/>
              <w:jc w:val="right"/>
            </w:pPr>
            <w:r>
              <w:rPr>
                <w:sz w:val="16"/>
              </w:rPr>
              <w:t>$10,110.64</w:t>
            </w:r>
          </w:p>
        </w:tc>
        <w:tc>
          <w:tcPr>
            <w:tcW w:type="dxa" w:w="2064"/>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128"/>
          </w:tcPr>
          <w:p>
            <w:pPr>
              <w:spacing w:after="0"/>
              <w:jc w:val="left"/>
            </w:pPr>
            <w:r>
              <w:rPr>
                <w:sz w:val="16"/>
              </w:rPr>
              <w:t>Major disaster</w:t>
            </w:r>
          </w:p>
        </w:tc>
        <w:tc>
          <w:tcPr>
            <w:tcW w:type="dxa" w:w="2529"/>
          </w:tcPr>
          <w:p>
            <w:pPr>
              <w:spacing w:after="0"/>
              <w:jc w:val="left"/>
            </w:pPr>
            <w:r>
              <w:rPr>
                <w:sz w:val="16"/>
              </w:rPr>
              <w:t>Severe Storms, Tornadoes and Flooding</w:t>
            </w:r>
          </w:p>
        </w:tc>
        <w:tc>
          <w:tcPr>
            <w:tcW w:type="dxa" w:w="2116"/>
          </w:tcPr>
          <w:p>
            <w:pPr>
              <w:spacing w:after="0"/>
              <w:jc w:val="left"/>
            </w:pPr>
            <w:r>
              <w:rPr>
                <w:sz w:val="16"/>
              </w:rPr>
              <w:t>Inland Flooding; Tornado</w:t>
            </w:r>
          </w:p>
        </w:tc>
        <w:tc>
          <w:tcPr>
            <w:tcW w:type="dxa" w:w="2293"/>
          </w:tcPr>
          <w:p>
            <w:pPr>
              <w:spacing w:after="0"/>
              <w:jc w:val="right"/>
            </w:pPr>
            <w:r>
              <w:rPr>
                <w:sz w:val="16"/>
              </w:rPr>
              <w:t>PA not declared for this county</w:t>
            </w:r>
          </w:p>
        </w:tc>
        <w:tc>
          <w:tcPr>
            <w:tcW w:type="dxa" w:w="2064"/>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1998-01-06</w:t>
            </w:r>
          </w:p>
        </w:tc>
        <w:tc>
          <w:tcPr>
            <w:tcW w:type="dxa" w:w="1037"/>
          </w:tcPr>
          <w:p>
            <w:pPr>
              <w:spacing w:after="0"/>
              <w:jc w:val="left"/>
            </w:pPr>
            <w:r>
              <w:rPr>
                <w:sz w:val="16"/>
              </w:rPr>
              <w:t>DR-1197-TN</w:t>
            </w:r>
          </w:p>
        </w:tc>
        <w:tc>
          <w:tcPr>
            <w:tcW w:type="dxa" w:w="1128"/>
          </w:tcPr>
          <w:p>
            <w:pPr>
              <w:spacing w:after="0"/>
              <w:jc w:val="left"/>
            </w:pPr>
            <w:r>
              <w:rPr>
                <w:sz w:val="16"/>
              </w:rPr>
              <w:t>Major disaster</w:t>
            </w:r>
          </w:p>
        </w:tc>
        <w:tc>
          <w:tcPr>
            <w:tcW w:type="dxa" w:w="2529"/>
          </w:tcPr>
          <w:p>
            <w:pPr>
              <w:spacing w:after="0"/>
              <w:jc w:val="left"/>
            </w:pPr>
            <w:r>
              <w:rPr>
                <w:sz w:val="16"/>
              </w:rPr>
              <w:t>Severe Storms and Flooding</w:t>
            </w:r>
          </w:p>
        </w:tc>
        <w:tc>
          <w:tcPr>
            <w:tcW w:type="dxa" w:w="2116"/>
          </w:tcPr>
          <w:p>
            <w:pPr>
              <w:spacing w:after="0"/>
              <w:jc w:val="left"/>
            </w:pPr>
            <w:r>
              <w:rPr>
                <w:sz w:val="16"/>
              </w:rPr>
              <w:t>Inland Flooding</w:t>
            </w:r>
          </w:p>
        </w:tc>
        <w:tc>
          <w:tcPr>
            <w:tcW w:type="dxa" w:w="2293"/>
          </w:tcPr>
          <w:p>
            <w:pPr>
              <w:spacing w:after="0"/>
              <w:jc w:val="right"/>
            </w:pPr>
            <w:r>
              <w:rPr>
                <w:sz w:val="16"/>
              </w:rPr>
              <w:t>no Public Assistance recorded</w:t>
            </w:r>
          </w:p>
        </w:tc>
        <w:tc>
          <w:tcPr>
            <w:tcW w:type="dxa" w:w="2064"/>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128"/>
          </w:tcPr>
          <w:p>
            <w:pPr>
              <w:spacing w:after="0"/>
              <w:jc w:val="left"/>
            </w:pPr>
            <w:r>
              <w:rPr>
                <w:sz w:val="16"/>
              </w:rPr>
              <w:t>Major disaster</w:t>
            </w:r>
          </w:p>
        </w:tc>
        <w:tc>
          <w:tcPr>
            <w:tcW w:type="dxa" w:w="2529"/>
          </w:tcPr>
          <w:p>
            <w:pPr>
              <w:spacing w:after="0"/>
              <w:jc w:val="left"/>
            </w:pPr>
            <w:r>
              <w:rPr>
                <w:sz w:val="16"/>
              </w:rPr>
              <w:t>Severe Winter Ice Storm,Flash Flooding</w:t>
            </w:r>
          </w:p>
        </w:tc>
        <w:tc>
          <w:tcPr>
            <w:tcW w:type="dxa" w:w="2116"/>
          </w:tcPr>
          <w:p>
            <w:pPr>
              <w:spacing w:after="0"/>
              <w:jc w:val="left"/>
            </w:pPr>
            <w:r>
              <w:rPr>
                <w:sz w:val="16"/>
              </w:rPr>
              <w:t>Ice Storm; Inland Flooding; Winter Weather</w:t>
            </w:r>
          </w:p>
        </w:tc>
        <w:tc>
          <w:tcPr>
            <w:tcW w:type="dxa" w:w="2293"/>
          </w:tcPr>
          <w:p>
            <w:pPr>
              <w:spacing w:after="0"/>
              <w:jc w:val="right"/>
            </w:pPr>
            <w:r>
              <w:rPr>
                <w:sz w:val="16"/>
              </w:rPr>
              <w:t>no Public Assistance recorded</w:t>
            </w:r>
          </w:p>
        </w:tc>
        <w:tc>
          <w:tcPr>
            <w:tcW w:type="dxa" w:w="2064"/>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1979-05-07</w:t>
            </w:r>
          </w:p>
        </w:tc>
        <w:tc>
          <w:tcPr>
            <w:tcW w:type="dxa" w:w="1037"/>
          </w:tcPr>
          <w:p>
            <w:pPr>
              <w:spacing w:after="0"/>
              <w:jc w:val="left"/>
            </w:pPr>
            <w:r>
              <w:rPr>
                <w:sz w:val="16"/>
              </w:rPr>
              <w:t>1979-05-07</w:t>
            </w:r>
          </w:p>
        </w:tc>
        <w:tc>
          <w:tcPr>
            <w:tcW w:type="dxa" w:w="1037"/>
          </w:tcPr>
          <w:p>
            <w:pPr>
              <w:spacing w:after="0"/>
              <w:jc w:val="left"/>
            </w:pPr>
            <w:r>
              <w:rPr>
                <w:sz w:val="16"/>
              </w:rPr>
              <w:t>DR-585-TN</w:t>
            </w:r>
          </w:p>
        </w:tc>
        <w:tc>
          <w:tcPr>
            <w:tcW w:type="dxa" w:w="1128"/>
          </w:tcPr>
          <w:p>
            <w:pPr>
              <w:spacing w:after="0"/>
              <w:jc w:val="left"/>
            </w:pPr>
            <w:r>
              <w:rPr>
                <w:sz w:val="16"/>
              </w:rPr>
              <w:t>Major disaster</w:t>
            </w:r>
          </w:p>
        </w:tc>
        <w:tc>
          <w:tcPr>
            <w:tcW w:type="dxa" w:w="2529"/>
          </w:tcPr>
          <w:p>
            <w:pPr>
              <w:spacing w:after="0"/>
              <w:jc w:val="left"/>
            </w:pPr>
            <w:r>
              <w:rPr>
                <w:sz w:val="16"/>
              </w:rPr>
              <w:t>Severe Storms, Tornadoes &amp; Flooding</w:t>
            </w:r>
          </w:p>
        </w:tc>
        <w:tc>
          <w:tcPr>
            <w:tcW w:type="dxa" w:w="2116"/>
          </w:tcPr>
          <w:p>
            <w:pPr>
              <w:spacing w:after="0"/>
              <w:jc w:val="left"/>
            </w:pPr>
            <w:r>
              <w:rPr>
                <w:sz w:val="16"/>
              </w:rPr>
              <w:t>Inland Flooding; Tornado</w:t>
            </w:r>
          </w:p>
        </w:tc>
        <w:tc>
          <w:tcPr>
            <w:tcW w:type="dxa" w:w="2293"/>
          </w:tcPr>
          <w:p>
            <w:pPr>
              <w:spacing w:after="0"/>
              <w:jc w:val="right"/>
            </w:pPr>
            <w:r>
              <w:rPr>
                <w:sz w:val="16"/>
              </w:rPr>
              <w:t>PA not declared for this county</w:t>
            </w:r>
          </w:p>
        </w:tc>
        <w:tc>
          <w:tcPr>
            <w:tcW w:type="dxa" w:w="2064"/>
          </w:tcPr>
          <w:p>
            <w:pPr>
              <w:spacing w:after="0"/>
              <w:jc w:val="left"/>
            </w:pPr>
          </w:p>
        </w:tc>
        <w:tc>
          <w:tcPr>
            <w:tcW w:type="dxa" w:w="8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$17,879.36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11</w:t>
            </w:r>
          </w:p>
        </w:tc>
        <w:tc>
          <w:tcPr>
            <w:tcW w:type="dxa" w:w="1071"/>
          </w:tcPr>
          <w:p>
            <w:pPr>
              <w:spacing w:after="0"/>
              <w:jc w:val="right"/>
            </w:pPr>
            <w:r>
              <w:rPr>
                <w:sz w:val="16"/>
              </w:rPr>
              <w:t>8</w:t>
            </w:r>
          </w:p>
        </w:tc>
        <w:tc>
          <w:tcPr>
            <w:tcW w:type="dxa" w:w="1748"/>
          </w:tcPr>
          <w:p>
            <w:pPr>
              <w:spacing w:after="0"/>
              <w:jc w:val="right"/>
            </w:pPr>
            <w:r>
              <w:rPr>
                <w:sz w:val="16"/>
              </w:rPr>
              <w:t>0</w:t>
            </w:r>
          </w:p>
        </w:tc>
        <w:tc>
          <w:tcPr>
            <w:tcW w:type="dxa" w:w="763"/>
          </w:tcPr>
          <w:p>
            <w:pPr>
              <w:spacing w:after="0"/>
              <w:jc w:val="right"/>
            </w:pPr>
            <w:r>
              <w:rPr>
                <w:sz w:val="16"/>
              </w:rPr>
              <w:t>8</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823"/>
          </w:tcPr>
          <w:p>
            <w:pPr>
              <w:spacing w:after="0"/>
              <w:jc w:val="right"/>
            </w:pPr>
            <w:r>
              <w:rPr>
                <w:sz w:val="16"/>
              </w:rPr>
              <w:t>31</w:t>
            </w:r>
          </w:p>
        </w:tc>
        <w:tc>
          <w:tcPr>
            <w:tcW w:type="dxa" w:w="1071"/>
          </w:tcPr>
          <w:p>
            <w:pPr>
              <w:spacing w:after="0"/>
              <w:jc w:val="right"/>
            </w:pPr>
            <w:r>
              <w:rPr>
                <w:sz w:val="16"/>
              </w:rPr>
              <w:t>11</w:t>
            </w:r>
          </w:p>
        </w:tc>
        <w:tc>
          <w:tcPr>
            <w:tcW w:type="dxa" w:w="1748"/>
          </w:tcPr>
          <w:p>
            <w:pPr>
              <w:spacing w:after="0"/>
              <w:jc w:val="right"/>
            </w:pPr>
            <w:r>
              <w:rPr>
                <w:sz w:val="16"/>
              </w:rPr>
              <w:t>0</w:t>
            </w:r>
          </w:p>
        </w:tc>
        <w:tc>
          <w:tcPr>
            <w:tcW w:type="dxa" w:w="763"/>
          </w:tcPr>
          <w:p>
            <w:pPr>
              <w:spacing w:after="0"/>
              <w:jc w:val="right"/>
            </w:pPr>
            <w:r>
              <w:rPr>
                <w:sz w:val="16"/>
              </w:rPr>
              <w:t>11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33</w:t>
            </w:r>
          </w:p>
        </w:tc>
        <w:tc>
          <w:tcPr>
            <w:tcW w:type="dxa" w:w="1071"/>
          </w:tcPr>
          <w:p>
            <w:pPr>
              <w:spacing w:after="0"/>
              <w:jc w:val="right"/>
            </w:pPr>
            <w:r>
              <w:rPr>
                <w:sz w:val="16"/>
              </w:rPr>
              <w:t>5</w:t>
            </w:r>
          </w:p>
        </w:tc>
        <w:tc>
          <w:tcPr>
            <w:tcW w:type="dxa" w:w="1748"/>
          </w:tcPr>
          <w:p>
            <w:pPr>
              <w:spacing w:after="0"/>
              <w:jc w:val="right"/>
            </w:pPr>
            <w:r>
              <w:rPr>
                <w:sz w:val="16"/>
              </w:rPr>
              <w:t>0</w:t>
            </w:r>
          </w:p>
        </w:tc>
        <w:tc>
          <w:tcPr>
            <w:tcW w:type="dxa" w:w="763"/>
          </w:tcPr>
          <w:p>
            <w:pPr>
              <w:spacing w:after="0"/>
              <w:jc w:val="right"/>
            </w:pPr>
            <w:r>
              <w:rPr>
                <w:sz w:val="16"/>
              </w:rPr>
              <w:t>5</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103</w:t>
            </w:r>
          </w:p>
        </w:tc>
        <w:tc>
          <w:tcPr>
            <w:tcW w:type="dxa" w:w="1071"/>
          </w:tcPr>
          <w:p>
            <w:pPr>
              <w:spacing w:after="0"/>
              <w:jc w:val="right"/>
            </w:pPr>
            <w:r>
              <w:rPr>
                <w:sz w:val="16"/>
              </w:rPr>
              <w:t>53</w:t>
            </w:r>
          </w:p>
        </w:tc>
        <w:tc>
          <w:tcPr>
            <w:tcW w:type="dxa" w:w="1748"/>
          </w:tcPr>
          <w:p>
            <w:pPr>
              <w:spacing w:after="0"/>
              <w:jc w:val="right"/>
            </w:pPr>
            <w:r>
              <w:rPr>
                <w:sz w:val="16"/>
              </w:rPr>
              <w:t>13</w:t>
            </w:r>
          </w:p>
        </w:tc>
        <w:tc>
          <w:tcPr>
            <w:tcW w:type="dxa" w:w="763"/>
          </w:tcPr>
          <w:p>
            <w:pPr>
              <w:spacing w:after="0"/>
              <w:jc w:val="right"/>
            </w:pPr>
            <w:r>
              <w:rPr>
                <w:sz w:val="16"/>
              </w:rPr>
              <w:t>66</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5</w:t>
            </w:r>
          </w:p>
        </w:tc>
        <w:tc>
          <w:tcPr>
            <w:tcW w:type="dxa" w:w="1071"/>
          </w:tcPr>
          <w:p>
            <w:pPr>
              <w:spacing w:after="0"/>
              <w:jc w:val="right"/>
            </w:pPr>
            <w:r>
              <w:rPr>
                <w:sz w:val="16"/>
              </w:rPr>
              <w:t>0</w:t>
            </w:r>
          </w:p>
        </w:tc>
        <w:tc>
          <w:tcPr>
            <w:tcW w:type="dxa" w:w="1748"/>
          </w:tcPr>
          <w:p>
            <w:pPr>
              <w:spacing w:after="0"/>
              <w:jc w:val="right"/>
            </w:pPr>
            <w:r>
              <w:rPr>
                <w:sz w:val="16"/>
              </w:rPr>
              <w:t>2</w:t>
            </w:r>
          </w:p>
        </w:tc>
        <w:tc>
          <w:tcPr>
            <w:tcW w:type="dxa" w:w="763"/>
          </w:tcPr>
          <w:p>
            <w:pPr>
              <w:spacing w:after="0"/>
              <w:jc w:val="right"/>
            </w:pPr>
            <w:r>
              <w:rPr>
                <w:sz w:val="16"/>
              </w:rPr>
              <w:t>2</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45</w:t>
            </w:r>
          </w:p>
        </w:tc>
        <w:tc>
          <w:tcPr>
            <w:tcW w:type="dxa" w:w="1071"/>
          </w:tcPr>
          <w:p>
            <w:pPr>
              <w:spacing w:after="0"/>
              <w:jc w:val="right"/>
            </w:pPr>
            <w:r>
              <w:rPr>
                <w:sz w:val="16"/>
              </w:rPr>
              <w:t>9</w:t>
            </w:r>
          </w:p>
        </w:tc>
        <w:tc>
          <w:tcPr>
            <w:tcW w:type="dxa" w:w="1748"/>
          </w:tcPr>
          <w:p>
            <w:pPr>
              <w:spacing w:after="0"/>
              <w:jc w:val="right"/>
            </w:pPr>
            <w:r>
              <w:rPr>
                <w:sz w:val="16"/>
              </w:rPr>
              <w:t>0</w:t>
            </w:r>
          </w:p>
        </w:tc>
        <w:tc>
          <w:tcPr>
            <w:tcW w:type="dxa" w:w="763"/>
          </w:tcPr>
          <w:p>
            <w:pPr>
              <w:spacing w:after="0"/>
              <w:jc w:val="right"/>
            </w:pPr>
            <w:r>
              <w:rPr>
                <w:sz w:val="16"/>
              </w:rPr>
              <w:t>9</w:t>
            </w:r>
          </w:p>
        </w:tc>
        <w:tc>
          <w:tcPr>
            <w:tcW w:type="dxa" w:w="1500"/>
          </w:tcPr>
          <w:p>
            <w:pPr>
              <w:spacing w:after="0"/>
              <w:jc w:val="right"/>
            </w:pPr>
            <w:r>
              <w:rPr>
                <w:sz w:val="16"/>
              </w:rPr>
              <w:t>9</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94</w:t>
            </w:r>
          </w:p>
        </w:tc>
        <w:tc>
          <w:tcPr>
            <w:tcW w:type="dxa" w:w="1071"/>
          </w:tcPr>
          <w:p>
            <w:pPr>
              <w:spacing w:after="0"/>
              <w:jc w:val="right"/>
            </w:pPr>
            <w:r>
              <w:rPr>
                <w:sz w:val="16"/>
              </w:rPr>
              <w:t>15</w:t>
            </w:r>
          </w:p>
        </w:tc>
        <w:tc>
          <w:tcPr>
            <w:tcW w:type="dxa" w:w="1748"/>
          </w:tcPr>
          <w:p>
            <w:pPr>
              <w:spacing w:after="0"/>
              <w:jc w:val="right"/>
            </w:pPr>
            <w:r>
              <w:rPr>
                <w:sz w:val="16"/>
              </w:rPr>
              <w:t>1</w:t>
            </w:r>
          </w:p>
        </w:tc>
        <w:tc>
          <w:tcPr>
            <w:tcW w:type="dxa" w:w="763"/>
          </w:tcPr>
          <w:p>
            <w:pPr>
              <w:spacing w:after="0"/>
              <w:jc w:val="right"/>
            </w:pPr>
            <w:r>
              <w:rPr>
                <w:sz w:val="16"/>
              </w:rPr>
              <w:t>17</w:t>
            </w:r>
          </w:p>
        </w:tc>
        <w:tc>
          <w:tcPr>
            <w:tcW w:type="dxa" w:w="1500"/>
          </w:tcPr>
          <w:p>
            <w:pPr>
              <w:spacing w:after="0"/>
              <w:jc w:val="right"/>
            </w:pPr>
            <w:r>
              <w:rPr>
                <w:sz w:val="16"/>
              </w:rPr>
              <w:t>6</w:t>
            </w:r>
          </w:p>
        </w:tc>
        <w:tc>
          <w:tcPr>
            <w:tcW w:type="dxa" w:w="1224"/>
          </w:tcPr>
          <w:p>
            <w:pPr>
              <w:spacing w:after="0"/>
              <w:jc w:val="right"/>
            </w:pPr>
            <w:r>
              <w:rPr>
                <w:sz w:val="16"/>
              </w:rPr>
              <w:t>2</w:t>
            </w:r>
          </w:p>
        </w:tc>
        <w:tc>
          <w:tcPr>
            <w:tcW w:type="dxa" w:w="1538"/>
          </w:tcPr>
          <w:p>
            <w:pPr>
              <w:spacing w:after="0"/>
              <w:jc w:val="left"/>
            </w:pPr>
            <w:r>
              <w:rPr>
                <w:sz w:val="16"/>
              </w:rPr>
              <w:t>1955 to 2026-06-30</w:t>
            </w:r>
          </w:p>
        </w:tc>
        <w:tc>
          <w:tcPr>
            <w:tcW w:type="dxa" w:w="3408"/>
          </w:tcPr>
          <w:p>
            <w:pPr>
              <w:spacing w:after="0"/>
              <w:jc w:val="left"/>
            </w:pPr>
            <w:r>
              <w:rPr>
                <w:sz w:val="16"/>
              </w:rPr>
              <w:t>Includes 4 High Wind and 3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12</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10</w:t>
            </w:r>
          </w:p>
        </w:tc>
        <w:tc>
          <w:tcPr>
            <w:tcW w:type="dxa" w:w="1224"/>
          </w:tcPr>
          <w:p>
            <w:pPr>
              <w:spacing w:after="0"/>
              <w:jc w:val="right"/>
            </w:pPr>
            <w:r>
              <w:rPr>
                <w:sz w:val="16"/>
              </w:rPr>
              <w:t>2</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57</w:t>
            </w:r>
          </w:p>
        </w:tc>
        <w:tc>
          <w:tcPr>
            <w:tcW w:type="dxa" w:w="1071"/>
          </w:tcPr>
          <w:p>
            <w:pPr>
              <w:spacing w:after="0"/>
              <w:jc w:val="right"/>
            </w:pPr>
            <w:r>
              <w:rPr>
                <w:sz w:val="16"/>
              </w:rPr>
              <w:t>8</w:t>
            </w:r>
          </w:p>
        </w:tc>
        <w:tc>
          <w:tcPr>
            <w:tcW w:type="dxa" w:w="1748"/>
          </w:tcPr>
          <w:p>
            <w:pPr>
              <w:spacing w:after="0"/>
              <w:jc w:val="right"/>
            </w:pPr>
            <w:r>
              <w:rPr>
                <w:sz w:val="16"/>
              </w:rPr>
              <w:t>3</w:t>
            </w:r>
          </w:p>
        </w:tc>
        <w:tc>
          <w:tcPr>
            <w:tcW w:type="dxa" w:w="763"/>
          </w:tcPr>
          <w:p>
            <w:pPr>
              <w:spacing w:after="0"/>
              <w:jc w:val="right"/>
            </w:pPr>
            <w:r>
              <w:rPr>
                <w:sz w:val="16"/>
              </w:rPr>
              <w:t>11</w:t>
            </w:r>
          </w:p>
        </w:tc>
        <w:tc>
          <w:tcPr>
            <w:tcW w:type="dxa" w:w="1500"/>
          </w:tcPr>
          <w:p>
            <w:pPr>
              <w:spacing w:after="0"/>
              <w:jc w:val="right"/>
            </w:pPr>
            <w:r>
              <w:rPr>
                <w:sz w:val="16"/>
              </w:rPr>
              <w:t>3</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83"/>
        <w:gridCol w:w="2952"/>
        <w:gridCol w:w="930"/>
        <w:gridCol w:w="2329"/>
        <w:gridCol w:w="1036"/>
        <w:gridCol w:w="273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83"/>
            <w:shd w:val="clear" w:color="auto" w:fill="E8E8E8"/>
          </w:tcPr>
          <w:p>
            <w:pPr>
              <w:spacing w:after="0"/>
              <w:jc w:val="left"/>
            </w:pPr>
            <w:r>
              <w:rPr>
                <w:b/>
                <w:sz w:val="16"/>
              </w:rPr>
              <w:t>Magnitude or extent</w:t>
            </w:r>
          </w:p>
        </w:tc>
        <w:tc>
          <w:tcPr>
            <w:tcW w:type="dxa" w:w="2952"/>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29"/>
            <w:shd w:val="clear" w:color="auto" w:fill="E8E8E8"/>
          </w:tcPr>
          <w:p>
            <w:pPr>
              <w:spacing w:after="0"/>
              <w:jc w:val="left"/>
            </w:pPr>
            <w:r>
              <w:rPr>
                <w:b/>
                <w:sz w:val="16"/>
              </w:rPr>
              <w:t>Location</w:t>
            </w:r>
          </w:p>
        </w:tc>
        <w:tc>
          <w:tcPr>
            <w:tcW w:type="dxa" w:w="1036"/>
            <w:shd w:val="clear" w:color="auto" w:fill="E8E8E8"/>
          </w:tcPr>
          <w:p>
            <w:pPr>
              <w:spacing w:after="0"/>
              <w:jc w:val="left"/>
            </w:pPr>
            <w:r>
              <w:rPr>
                <w:b/>
                <w:sz w:val="16"/>
              </w:rPr>
              <w:t>Flags</w:t>
            </w:r>
          </w:p>
        </w:tc>
        <w:tc>
          <w:tcPr>
            <w:tcW w:type="dxa" w:w="273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2025-04-05</w:t>
            </w:r>
          </w:p>
        </w:tc>
        <w:tc>
          <w:tcPr>
            <w:tcW w:type="dxa" w:w="1215"/>
          </w:tcPr>
          <w:p>
            <w:pPr>
              <w:spacing w:after="0"/>
              <w:jc w:val="left"/>
            </w:pPr>
            <w:r>
              <w:rPr>
                <w:sz w:val="16"/>
              </w:rPr>
              <w:t>Thunderstorm Wind</w:t>
            </w:r>
          </w:p>
        </w:tc>
        <w:tc>
          <w:tcPr>
            <w:tcW w:type="dxa" w:w="1883"/>
          </w:tcPr>
          <w:p>
            <w:pPr>
              <w:spacing w:after="0"/>
              <w:jc w:val="left"/>
            </w:pPr>
            <w:r>
              <w:rPr>
                <w:sz w:val="16"/>
              </w:rPr>
              <w:t>87 kt (100 mph) estimated gust</w:t>
            </w:r>
          </w:p>
        </w:tc>
        <w:tc>
          <w:tcPr>
            <w:tcW w:type="dxa" w:w="2952"/>
          </w:tcPr>
          <w:p>
            <w:pPr>
              <w:spacing w:after="0"/>
              <w:jc w:val="left"/>
            </w:pPr>
            <w:r>
              <w:rPr>
                <w:sz w:val="16"/>
              </w:rPr>
              <w:t>$15,000 property; $0 crops (2025 dollars)</w:t>
            </w:r>
          </w:p>
        </w:tc>
        <w:tc>
          <w:tcPr>
            <w:tcW w:type="dxa" w:w="930"/>
          </w:tcPr>
          <w:p>
            <w:pPr>
              <w:spacing w:after="0"/>
              <w:jc w:val="right"/>
            </w:pPr>
            <w:r>
              <w:rPr>
                <w:sz w:val="16"/>
              </w:rPr>
              <w:t>0, 0</w:t>
            </w:r>
          </w:p>
        </w:tc>
        <w:tc>
          <w:tcPr>
            <w:tcW w:type="dxa" w:w="2329"/>
          </w:tcPr>
          <w:p>
            <w:pPr>
              <w:spacing w:after="0"/>
              <w:jc w:val="left"/>
            </w:pPr>
            <w:r>
              <w:rPr>
                <w:sz w:val="16"/>
              </w:rPr>
              <w:t>BROADVIEW</w:t>
            </w:r>
          </w:p>
        </w:tc>
        <w:tc>
          <w:tcPr>
            <w:tcW w:type="dxa" w:w="1036"/>
          </w:tcPr>
          <w:p>
            <w:pPr>
              <w:spacing w:after="0"/>
              <w:jc w:val="left"/>
            </w:pPr>
            <w:r>
              <w:rPr>
                <w:sz w:val="16"/>
              </w:rPr>
              <w:t>new since last plan; within last 5 years</w:t>
            </w:r>
          </w:p>
        </w:tc>
        <w:tc>
          <w:tcPr>
            <w:tcW w:type="dxa" w:w="2730"/>
          </w:tcPr>
          <w:p>
            <w:pPr>
              <w:spacing w:after="0"/>
              <w:jc w:val="left"/>
            </w:pPr>
            <w:r>
              <w:rPr>
                <w:sz w:val="16"/>
              </w:rPr>
              <w:t>B1-c worst recorded: Thunderstorm Wind</w:t>
            </w:r>
          </w:p>
        </w:tc>
      </w:tr>
      <w:tr>
        <w:trPr>
          <w:cantSplit/>
        </w:trPr>
        <w:tc>
          <w:tcPr>
            <w:tcW w:type="dxa" w:w="1037"/>
          </w:tcPr>
          <w:p>
            <w:pPr>
              <w:spacing w:after="0"/>
              <w:jc w:val="left"/>
            </w:pPr>
            <w:r>
              <w:rPr>
                <w:sz w:val="16"/>
              </w:rPr>
              <w:t>2024-01-14</w:t>
            </w:r>
          </w:p>
        </w:tc>
        <w:tc>
          <w:tcPr>
            <w:tcW w:type="dxa" w:w="1215"/>
          </w:tcPr>
          <w:p>
            <w:pPr>
              <w:spacing w:after="0"/>
              <w:jc w:val="left"/>
            </w:pPr>
            <w:r>
              <w:rPr>
                <w:sz w:val="16"/>
              </w:rPr>
              <w:t>Cold/Wind Chill</w:t>
            </w:r>
          </w:p>
        </w:tc>
        <w:tc>
          <w:tcPr>
            <w:tcW w:type="dxa" w:w="1883"/>
          </w:tcPr>
          <w:p>
            <w:pPr>
              <w:spacing w:after="0"/>
              <w:jc w:val="left"/>
            </w:pPr>
          </w:p>
        </w:tc>
        <w:tc>
          <w:tcPr>
            <w:tcW w:type="dxa" w:w="2952"/>
          </w:tcPr>
          <w:p>
            <w:pPr>
              <w:spacing w:after="0"/>
              <w:jc w:val="left"/>
            </w:pPr>
            <w:r>
              <w:rPr>
                <w:sz w:val="16"/>
              </w:rPr>
              <w:t>$0 property; $0 crops (zone total, 2024 dollars)</w:t>
            </w:r>
          </w:p>
        </w:tc>
        <w:tc>
          <w:tcPr>
            <w:tcW w:type="dxa" w:w="930"/>
          </w:tcPr>
          <w:p>
            <w:pPr>
              <w:spacing w:after="0"/>
              <w:jc w:val="right"/>
            </w:pPr>
            <w:r>
              <w:rPr>
                <w:sz w:val="16"/>
              </w:rPr>
              <w:t>0, 0</w:t>
            </w:r>
          </w:p>
        </w:tc>
        <w:tc>
          <w:tcPr>
            <w:tcW w:type="dxa" w:w="2329"/>
          </w:tcPr>
          <w:p>
            <w:pPr>
              <w:spacing w:after="0"/>
              <w:jc w:val="left"/>
            </w:pPr>
            <w:r>
              <w:rPr>
                <w:sz w:val="16"/>
              </w:rPr>
              <w:t>NWS zone TNZ051 (CROCKETT), zone-level</w:t>
            </w:r>
          </w:p>
        </w:tc>
        <w:tc>
          <w:tcPr>
            <w:tcW w:type="dxa" w:w="1036"/>
          </w:tcPr>
          <w:p>
            <w:pPr>
              <w:spacing w:after="0"/>
              <w:jc w:val="left"/>
            </w:pPr>
            <w:r>
              <w:rPr>
                <w:sz w:val="16"/>
              </w:rPr>
              <w:t>new since last plan; within last 5 years</w:t>
            </w:r>
          </w:p>
        </w:tc>
        <w:tc>
          <w:tcPr>
            <w:tcW w:type="dxa" w:w="273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1883"/>
          </w:tcPr>
          <w:p>
            <w:pPr>
              <w:spacing w:after="0"/>
              <w:jc w:val="left"/>
            </w:pPr>
            <w:r>
              <w:rPr>
                <w:sz w:val="16"/>
              </w:rPr>
              <w:t>50 kt (58 mph) estimated gust</w:t>
            </w:r>
          </w:p>
        </w:tc>
        <w:tc>
          <w:tcPr>
            <w:tcW w:type="dxa" w:w="2952"/>
          </w:tcPr>
          <w:p>
            <w:pPr>
              <w:spacing w:after="0"/>
              <w:jc w:val="left"/>
            </w:pPr>
            <w:r>
              <w:rPr>
                <w:sz w:val="16"/>
              </w:rPr>
              <w:t>$0 property; $0 crops (zone total, 2023 dollars)</w:t>
            </w:r>
          </w:p>
        </w:tc>
        <w:tc>
          <w:tcPr>
            <w:tcW w:type="dxa" w:w="930"/>
          </w:tcPr>
          <w:p>
            <w:pPr>
              <w:spacing w:after="0"/>
              <w:jc w:val="right"/>
            </w:pPr>
            <w:r>
              <w:rPr>
                <w:sz w:val="16"/>
              </w:rPr>
              <w:t>0, 0</w:t>
            </w:r>
          </w:p>
        </w:tc>
        <w:tc>
          <w:tcPr>
            <w:tcW w:type="dxa" w:w="2329"/>
          </w:tcPr>
          <w:p>
            <w:pPr>
              <w:spacing w:after="0"/>
              <w:jc w:val="left"/>
            </w:pPr>
            <w:r>
              <w:rPr>
                <w:sz w:val="16"/>
              </w:rPr>
              <w:t>NWS zone TNZ051 (CROCKETT), zone-level</w:t>
            </w:r>
          </w:p>
        </w:tc>
        <w:tc>
          <w:tcPr>
            <w:tcW w:type="dxa" w:w="1036"/>
          </w:tcPr>
          <w:p>
            <w:pPr>
              <w:spacing w:after="0"/>
              <w:jc w:val="left"/>
            </w:pPr>
            <w:r>
              <w:rPr>
                <w:sz w:val="16"/>
              </w:rPr>
              <w:t>new since last plan; within last 5 years</w:t>
            </w:r>
          </w:p>
        </w:tc>
        <w:tc>
          <w:tcPr>
            <w:tcW w:type="dxa" w:w="2730"/>
          </w:tcPr>
          <w:p>
            <w:pPr>
              <w:spacing w:after="0"/>
              <w:jc w:val="left"/>
            </w:pPr>
            <w:r>
              <w:rPr>
                <w:sz w:val="16"/>
              </w:rPr>
              <w:t>B1-c worst recorded: High Wind and Strong Wind</w:t>
            </w:r>
          </w:p>
        </w:tc>
      </w:tr>
      <w:tr>
        <w:trPr>
          <w:cantSplit/>
        </w:trPr>
        <w:tc>
          <w:tcPr>
            <w:tcW w:type="dxa" w:w="1037"/>
          </w:tcPr>
          <w:p>
            <w:pPr>
              <w:spacing w:after="0"/>
              <w:jc w:val="left"/>
            </w:pPr>
            <w:r>
              <w:rPr>
                <w:sz w:val="16"/>
              </w:rPr>
              <w:t>2010-05-01</w:t>
            </w:r>
          </w:p>
        </w:tc>
        <w:tc>
          <w:tcPr>
            <w:tcW w:type="dxa" w:w="1215"/>
          </w:tcPr>
          <w:p>
            <w:pPr>
              <w:spacing w:after="0"/>
              <w:jc w:val="left"/>
            </w:pPr>
            <w:r>
              <w:rPr>
                <w:sz w:val="16"/>
              </w:rPr>
              <w:t>Flash Flood</w:t>
            </w:r>
          </w:p>
        </w:tc>
        <w:tc>
          <w:tcPr>
            <w:tcW w:type="dxa" w:w="1883"/>
          </w:tcPr>
          <w:p>
            <w:pPr>
              <w:spacing w:after="0"/>
              <w:jc w:val="left"/>
            </w:pPr>
          </w:p>
        </w:tc>
        <w:tc>
          <w:tcPr>
            <w:tcW w:type="dxa" w:w="2952"/>
          </w:tcPr>
          <w:p>
            <w:pPr>
              <w:spacing w:after="0"/>
              <w:jc w:val="left"/>
            </w:pPr>
            <w:r>
              <w:rPr>
                <w:sz w:val="16"/>
              </w:rPr>
              <w:t>$14,000,000 property; $0 crops (2010 dollars)</w:t>
            </w:r>
          </w:p>
        </w:tc>
        <w:tc>
          <w:tcPr>
            <w:tcW w:type="dxa" w:w="930"/>
          </w:tcPr>
          <w:p>
            <w:pPr>
              <w:spacing w:after="0"/>
              <w:jc w:val="right"/>
            </w:pPr>
            <w:r>
              <w:rPr>
                <w:sz w:val="16"/>
              </w:rPr>
              <w:t>0, 0</w:t>
            </w:r>
          </w:p>
        </w:tc>
        <w:tc>
          <w:tcPr>
            <w:tcW w:type="dxa" w:w="2329"/>
          </w:tcPr>
          <w:p>
            <w:pPr>
              <w:spacing w:after="0"/>
              <w:jc w:val="left"/>
            </w:pPr>
            <w:r>
              <w:rPr>
                <w:sz w:val="16"/>
              </w:rPr>
              <w:t>ELIZABETH to COXVILLE</w:t>
            </w:r>
          </w:p>
        </w:tc>
        <w:tc>
          <w:tcPr>
            <w:tcW w:type="dxa" w:w="1036"/>
          </w:tcPr>
          <w:p>
            <w:pPr>
              <w:spacing w:after="0"/>
              <w:jc w:val="left"/>
            </w:pPr>
          </w:p>
        </w:tc>
        <w:tc>
          <w:tcPr>
            <w:tcW w:type="dxa" w:w="273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2007-10-18</w:t>
            </w:r>
          </w:p>
        </w:tc>
        <w:tc>
          <w:tcPr>
            <w:tcW w:type="dxa" w:w="1215"/>
          </w:tcPr>
          <w:p>
            <w:pPr>
              <w:spacing w:after="0"/>
              <w:jc w:val="left"/>
            </w:pPr>
            <w:r>
              <w:rPr>
                <w:sz w:val="16"/>
              </w:rPr>
              <w:t>Lightning</w:t>
            </w:r>
          </w:p>
        </w:tc>
        <w:tc>
          <w:tcPr>
            <w:tcW w:type="dxa" w:w="1883"/>
          </w:tcPr>
          <w:p>
            <w:pPr>
              <w:spacing w:after="0"/>
              <w:jc w:val="left"/>
            </w:pPr>
          </w:p>
        </w:tc>
        <w:tc>
          <w:tcPr>
            <w:tcW w:type="dxa" w:w="2952"/>
          </w:tcPr>
          <w:p>
            <w:pPr>
              <w:spacing w:after="0"/>
              <w:jc w:val="left"/>
            </w:pPr>
            <w:r>
              <w:rPr>
                <w:sz w:val="16"/>
              </w:rPr>
              <w:t>$10,000 property; $0 crops (2007 dollars)</w:t>
            </w:r>
          </w:p>
        </w:tc>
        <w:tc>
          <w:tcPr>
            <w:tcW w:type="dxa" w:w="930"/>
          </w:tcPr>
          <w:p>
            <w:pPr>
              <w:spacing w:after="0"/>
              <w:jc w:val="right"/>
            </w:pPr>
            <w:r>
              <w:rPr>
                <w:sz w:val="16"/>
              </w:rPr>
              <w:t>0, 0</w:t>
            </w:r>
          </w:p>
        </w:tc>
        <w:tc>
          <w:tcPr>
            <w:tcW w:type="dxa" w:w="2329"/>
          </w:tcPr>
          <w:p>
            <w:pPr>
              <w:spacing w:after="0"/>
              <w:jc w:val="left"/>
            </w:pPr>
            <w:r>
              <w:rPr>
                <w:sz w:val="16"/>
              </w:rPr>
              <w:t>FRIENDSHIP</w:t>
            </w:r>
          </w:p>
        </w:tc>
        <w:tc>
          <w:tcPr>
            <w:tcW w:type="dxa" w:w="1036"/>
          </w:tcPr>
          <w:p>
            <w:pPr>
              <w:spacing w:after="0"/>
              <w:jc w:val="left"/>
            </w:pPr>
          </w:p>
        </w:tc>
        <w:tc>
          <w:tcPr>
            <w:tcW w:type="dxa" w:w="2730"/>
          </w:tcPr>
          <w:p>
            <w:pPr>
              <w:spacing w:after="0"/>
              <w:jc w:val="left"/>
            </w:pPr>
            <w:r>
              <w:rPr>
                <w:sz w:val="16"/>
              </w:rPr>
              <w:t>B1-c worst recorded: Lightning</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1883"/>
          </w:tcPr>
          <w:p>
            <w:pPr>
              <w:spacing w:after="0"/>
              <w:jc w:val="left"/>
            </w:pPr>
          </w:p>
        </w:tc>
        <w:tc>
          <w:tcPr>
            <w:tcW w:type="dxa" w:w="2952"/>
          </w:tcPr>
          <w:p>
            <w:pPr>
              <w:spacing w:after="0"/>
              <w:jc w:val="left"/>
            </w:pPr>
            <w:r>
              <w:rPr>
                <w:sz w:val="16"/>
              </w:rPr>
              <w:t>$0 property; $0 crops (zone total, 2007 dollars)</w:t>
            </w:r>
          </w:p>
        </w:tc>
        <w:tc>
          <w:tcPr>
            <w:tcW w:type="dxa" w:w="930"/>
          </w:tcPr>
          <w:p>
            <w:pPr>
              <w:spacing w:after="0"/>
              <w:jc w:val="right"/>
            </w:pPr>
            <w:r>
              <w:rPr>
                <w:sz w:val="16"/>
              </w:rPr>
              <w:t>0, 0</w:t>
            </w:r>
          </w:p>
        </w:tc>
        <w:tc>
          <w:tcPr>
            <w:tcW w:type="dxa" w:w="2329"/>
          </w:tcPr>
          <w:p>
            <w:pPr>
              <w:spacing w:after="0"/>
              <w:jc w:val="left"/>
            </w:pPr>
            <w:r>
              <w:rPr>
                <w:sz w:val="16"/>
              </w:rPr>
              <w:t>NWS zone TNZ051 (CROCKETT), zone-level</w:t>
            </w:r>
          </w:p>
        </w:tc>
        <w:tc>
          <w:tcPr>
            <w:tcW w:type="dxa" w:w="1036"/>
          </w:tcPr>
          <w:p>
            <w:pPr>
              <w:spacing w:after="0"/>
              <w:jc w:val="left"/>
            </w:pPr>
          </w:p>
        </w:tc>
        <w:tc>
          <w:tcPr>
            <w:tcW w:type="dxa" w:w="2730"/>
          </w:tcPr>
          <w:p>
            <w:pPr>
              <w:spacing w:after="0"/>
              <w:jc w:val="left"/>
            </w:pPr>
            <w:r>
              <w:rPr>
                <w:sz w:val="16"/>
              </w:rPr>
              <w:t>B1-c worst recorded: Excessive Heat, Heat</w:t>
            </w:r>
          </w:p>
        </w:tc>
      </w:tr>
      <w:tr>
        <w:trPr>
          <w:cantSplit/>
        </w:trPr>
        <w:tc>
          <w:tcPr>
            <w:tcW w:type="dxa" w:w="1037"/>
          </w:tcPr>
          <w:p>
            <w:pPr>
              <w:spacing w:after="0"/>
              <w:jc w:val="left"/>
            </w:pPr>
            <w:r>
              <w:rPr>
                <w:sz w:val="16"/>
              </w:rPr>
              <w:t>2007-05-01</w:t>
            </w:r>
          </w:p>
        </w:tc>
        <w:tc>
          <w:tcPr>
            <w:tcW w:type="dxa" w:w="1215"/>
          </w:tcPr>
          <w:p>
            <w:pPr>
              <w:spacing w:after="0"/>
              <w:jc w:val="left"/>
            </w:pPr>
            <w:r>
              <w:rPr>
                <w:sz w:val="16"/>
              </w:rPr>
              <w:t>Drought</w:t>
            </w:r>
          </w:p>
        </w:tc>
        <w:tc>
          <w:tcPr>
            <w:tcW w:type="dxa" w:w="1883"/>
          </w:tcPr>
          <w:p>
            <w:pPr>
              <w:spacing w:after="0"/>
              <w:jc w:val="left"/>
            </w:pPr>
          </w:p>
        </w:tc>
        <w:tc>
          <w:tcPr>
            <w:tcW w:type="dxa" w:w="2952"/>
          </w:tcPr>
          <w:p>
            <w:pPr>
              <w:spacing w:after="0"/>
              <w:jc w:val="left"/>
            </w:pPr>
            <w:r>
              <w:rPr>
                <w:sz w:val="16"/>
              </w:rPr>
              <w:t>$0 property; $0 crops (zone total, 2007 dollars)</w:t>
            </w:r>
          </w:p>
        </w:tc>
        <w:tc>
          <w:tcPr>
            <w:tcW w:type="dxa" w:w="930"/>
          </w:tcPr>
          <w:p>
            <w:pPr>
              <w:spacing w:after="0"/>
              <w:jc w:val="right"/>
            </w:pPr>
            <w:r>
              <w:rPr>
                <w:sz w:val="16"/>
              </w:rPr>
              <w:t>0, 0</w:t>
            </w:r>
          </w:p>
        </w:tc>
        <w:tc>
          <w:tcPr>
            <w:tcW w:type="dxa" w:w="2329"/>
          </w:tcPr>
          <w:p>
            <w:pPr>
              <w:spacing w:after="0"/>
              <w:jc w:val="left"/>
            </w:pPr>
            <w:r>
              <w:rPr>
                <w:sz w:val="16"/>
              </w:rPr>
              <w:t>NWS zone TNZ051 (CROCKETT), zone-level</w:t>
            </w:r>
          </w:p>
        </w:tc>
        <w:tc>
          <w:tcPr>
            <w:tcW w:type="dxa" w:w="1036"/>
          </w:tcPr>
          <w:p>
            <w:pPr>
              <w:spacing w:after="0"/>
              <w:jc w:val="left"/>
            </w:pPr>
          </w:p>
        </w:tc>
        <w:tc>
          <w:tcPr>
            <w:tcW w:type="dxa" w:w="2730"/>
          </w:tcPr>
          <w:p>
            <w:pPr>
              <w:spacing w:after="0"/>
              <w:jc w:val="left"/>
            </w:pPr>
            <w:r>
              <w:rPr>
                <w:sz w:val="16"/>
              </w:rPr>
              <w:t>B1-c worst recorded: Drought</w:t>
            </w:r>
          </w:p>
        </w:tc>
      </w:tr>
      <w:tr>
        <w:trPr>
          <w:cantSplit/>
        </w:trPr>
        <w:tc>
          <w:tcPr>
            <w:tcW w:type="dxa" w:w="1037"/>
          </w:tcPr>
          <w:p>
            <w:pPr>
              <w:spacing w:after="0"/>
              <w:jc w:val="left"/>
            </w:pPr>
            <w:r>
              <w:rPr>
                <w:sz w:val="16"/>
              </w:rPr>
              <w:t>1999-04-14</w:t>
            </w:r>
          </w:p>
        </w:tc>
        <w:tc>
          <w:tcPr>
            <w:tcW w:type="dxa" w:w="1215"/>
          </w:tcPr>
          <w:p>
            <w:pPr>
              <w:spacing w:after="0"/>
              <w:jc w:val="left"/>
            </w:pPr>
            <w:r>
              <w:rPr>
                <w:sz w:val="16"/>
              </w:rPr>
              <w:t>High Wind</w:t>
            </w:r>
          </w:p>
        </w:tc>
        <w:tc>
          <w:tcPr>
            <w:tcW w:type="dxa" w:w="1883"/>
          </w:tcPr>
          <w:p>
            <w:pPr>
              <w:spacing w:after="0"/>
              <w:jc w:val="left"/>
            </w:pPr>
            <w:r>
              <w:rPr>
                <w:sz w:val="16"/>
              </w:rPr>
              <w:t>speed not recorded</w:t>
            </w:r>
          </w:p>
        </w:tc>
        <w:tc>
          <w:tcPr>
            <w:tcW w:type="dxa" w:w="2952"/>
          </w:tcPr>
          <w:p>
            <w:pPr>
              <w:spacing w:after="0"/>
              <w:jc w:val="left"/>
            </w:pPr>
            <w:r>
              <w:rPr>
                <w:sz w:val="16"/>
              </w:rPr>
              <w:t>$10,000 property; crops not reported (zone total, 1999 dollars)</w:t>
            </w:r>
          </w:p>
        </w:tc>
        <w:tc>
          <w:tcPr>
            <w:tcW w:type="dxa" w:w="930"/>
          </w:tcPr>
          <w:p>
            <w:pPr>
              <w:spacing w:after="0"/>
              <w:jc w:val="right"/>
            </w:pPr>
            <w:r>
              <w:rPr>
                <w:sz w:val="16"/>
              </w:rPr>
              <w:t>1, 0</w:t>
            </w:r>
          </w:p>
        </w:tc>
        <w:tc>
          <w:tcPr>
            <w:tcW w:type="dxa" w:w="2329"/>
          </w:tcPr>
          <w:p>
            <w:pPr>
              <w:spacing w:after="0"/>
              <w:jc w:val="left"/>
            </w:pPr>
            <w:r>
              <w:rPr>
                <w:sz w:val="16"/>
              </w:rPr>
              <w:t>NWS zone TNZ051 (CROCKETT), zone-level</w:t>
            </w:r>
          </w:p>
        </w:tc>
        <w:tc>
          <w:tcPr>
            <w:tcW w:type="dxa" w:w="1036"/>
          </w:tcPr>
          <w:p>
            <w:pPr>
              <w:spacing w:after="0"/>
              <w:jc w:val="left"/>
            </w:pPr>
          </w:p>
        </w:tc>
        <w:tc>
          <w:tcPr>
            <w:tcW w:type="dxa" w:w="2730"/>
          </w:tcPr>
          <w:p>
            <w:pPr>
              <w:spacing w:after="0"/>
              <w:jc w:val="left"/>
            </w:pPr>
            <w:r>
              <w:rPr>
                <w:sz w:val="16"/>
              </w:rPr>
              <w:t>deaths or injuries recorded</w:t>
            </w:r>
          </w:p>
        </w:tc>
      </w:tr>
      <w:tr>
        <w:trPr>
          <w:cantSplit/>
        </w:trPr>
        <w:tc>
          <w:tcPr>
            <w:tcW w:type="dxa" w:w="1037"/>
          </w:tcPr>
          <w:p>
            <w:pPr>
              <w:spacing w:after="0"/>
              <w:jc w:val="left"/>
            </w:pPr>
            <w:r>
              <w:rPr>
                <w:sz w:val="16"/>
              </w:rPr>
              <w:t>1998-12-23</w:t>
            </w:r>
          </w:p>
        </w:tc>
        <w:tc>
          <w:tcPr>
            <w:tcW w:type="dxa" w:w="1215"/>
          </w:tcPr>
          <w:p>
            <w:pPr>
              <w:spacing w:after="0"/>
              <w:jc w:val="left"/>
            </w:pPr>
            <w:r>
              <w:rPr>
                <w:sz w:val="16"/>
              </w:rPr>
              <w:t>Ice Storm</w:t>
            </w:r>
          </w:p>
        </w:tc>
        <w:tc>
          <w:tcPr>
            <w:tcW w:type="dxa" w:w="1883"/>
          </w:tcPr>
          <w:p>
            <w:pPr>
              <w:spacing w:after="0"/>
              <w:jc w:val="left"/>
            </w:pPr>
          </w:p>
        </w:tc>
        <w:tc>
          <w:tcPr>
            <w:tcW w:type="dxa" w:w="2952"/>
          </w:tcPr>
          <w:p>
            <w:pPr>
              <w:spacing w:after="0"/>
              <w:jc w:val="left"/>
            </w:pPr>
            <w:r>
              <w:rPr>
                <w:sz w:val="16"/>
              </w:rPr>
              <w:t>$1,000 property; crops not reported (zone total, 1998 dollars)</w:t>
            </w:r>
          </w:p>
        </w:tc>
        <w:tc>
          <w:tcPr>
            <w:tcW w:type="dxa" w:w="930"/>
          </w:tcPr>
          <w:p>
            <w:pPr>
              <w:spacing w:after="0"/>
              <w:jc w:val="right"/>
            </w:pPr>
            <w:r>
              <w:rPr>
                <w:sz w:val="16"/>
              </w:rPr>
              <w:t>0, 0</w:t>
            </w:r>
          </w:p>
        </w:tc>
        <w:tc>
          <w:tcPr>
            <w:tcW w:type="dxa" w:w="2329"/>
          </w:tcPr>
          <w:p>
            <w:pPr>
              <w:spacing w:after="0"/>
              <w:jc w:val="left"/>
            </w:pPr>
            <w:r>
              <w:rPr>
                <w:sz w:val="16"/>
              </w:rPr>
              <w:t>NWS zone TNZ051 (CROCKETT), zone-level</w:t>
            </w:r>
          </w:p>
        </w:tc>
        <w:tc>
          <w:tcPr>
            <w:tcW w:type="dxa" w:w="1036"/>
          </w:tcPr>
          <w:p>
            <w:pPr>
              <w:spacing w:after="0"/>
              <w:jc w:val="left"/>
            </w:pPr>
          </w:p>
        </w:tc>
        <w:tc>
          <w:tcPr>
            <w:tcW w:type="dxa" w:w="2730"/>
          </w:tcPr>
          <w:p>
            <w:pPr>
              <w:spacing w:after="0"/>
              <w:jc w:val="left"/>
            </w:pPr>
            <w:r>
              <w:rPr>
                <w:sz w:val="16"/>
              </w:rPr>
              <w:t>B1-c worst recorded: Ice Storm</w:t>
            </w:r>
          </w:p>
        </w:tc>
      </w:tr>
      <w:tr>
        <w:trPr>
          <w:cantSplit/>
        </w:trPr>
        <w:tc>
          <w:tcPr>
            <w:tcW w:type="dxa" w:w="1037"/>
          </w:tcPr>
          <w:p>
            <w:pPr>
              <w:spacing w:after="0"/>
              <w:jc w:val="left"/>
            </w:pPr>
            <w:r>
              <w:rPr>
                <w:sz w:val="16"/>
              </w:rPr>
              <w:t>1998-01-15</w:t>
            </w:r>
          </w:p>
        </w:tc>
        <w:tc>
          <w:tcPr>
            <w:tcW w:type="dxa" w:w="1215"/>
          </w:tcPr>
          <w:p>
            <w:pPr>
              <w:spacing w:after="0"/>
              <w:jc w:val="left"/>
            </w:pPr>
            <w:r>
              <w:rPr>
                <w:sz w:val="16"/>
              </w:rPr>
              <w:t>Winter Storm</w:t>
            </w:r>
          </w:p>
        </w:tc>
        <w:tc>
          <w:tcPr>
            <w:tcW w:type="dxa" w:w="1883"/>
          </w:tcPr>
          <w:p>
            <w:pPr>
              <w:spacing w:after="0"/>
              <w:jc w:val="left"/>
            </w:pPr>
          </w:p>
        </w:tc>
        <w:tc>
          <w:tcPr>
            <w:tcW w:type="dxa" w:w="2952"/>
          </w:tcPr>
          <w:p>
            <w:pPr>
              <w:spacing w:after="0"/>
              <w:jc w:val="left"/>
            </w:pPr>
            <w:r>
              <w:rPr>
                <w:sz w:val="16"/>
              </w:rPr>
              <w:t>$25,000 property; crops not reported (zone total, 1998 dollars)</w:t>
            </w:r>
          </w:p>
        </w:tc>
        <w:tc>
          <w:tcPr>
            <w:tcW w:type="dxa" w:w="930"/>
          </w:tcPr>
          <w:p>
            <w:pPr>
              <w:spacing w:after="0"/>
              <w:jc w:val="right"/>
            </w:pPr>
            <w:r>
              <w:rPr>
                <w:sz w:val="16"/>
              </w:rPr>
              <w:t>0, 0</w:t>
            </w:r>
          </w:p>
        </w:tc>
        <w:tc>
          <w:tcPr>
            <w:tcW w:type="dxa" w:w="2329"/>
          </w:tcPr>
          <w:p>
            <w:pPr>
              <w:spacing w:after="0"/>
              <w:jc w:val="left"/>
            </w:pPr>
            <w:r>
              <w:rPr>
                <w:sz w:val="16"/>
              </w:rPr>
              <w:t>NWS zone TNZ051 (CROCKETT), zone-level</w:t>
            </w:r>
          </w:p>
        </w:tc>
        <w:tc>
          <w:tcPr>
            <w:tcW w:type="dxa" w:w="1036"/>
          </w:tcPr>
          <w:p>
            <w:pPr>
              <w:spacing w:after="0"/>
              <w:jc w:val="left"/>
            </w:pPr>
          </w:p>
        </w:tc>
        <w:tc>
          <w:tcPr>
            <w:tcW w:type="dxa" w:w="273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1975-04-25</w:t>
            </w:r>
          </w:p>
        </w:tc>
        <w:tc>
          <w:tcPr>
            <w:tcW w:type="dxa" w:w="1215"/>
          </w:tcPr>
          <w:p>
            <w:pPr>
              <w:spacing w:after="0"/>
              <w:jc w:val="left"/>
            </w:pPr>
            <w:r>
              <w:rPr>
                <w:sz w:val="16"/>
              </w:rPr>
              <w:t>Tornado</w:t>
            </w:r>
          </w:p>
        </w:tc>
        <w:tc>
          <w:tcPr>
            <w:tcW w:type="dxa" w:w="1883"/>
          </w:tcPr>
          <w:p>
            <w:pPr>
              <w:spacing w:after="0"/>
              <w:jc w:val="left"/>
            </w:pPr>
            <w:r>
              <w:rPr>
                <w:sz w:val="16"/>
              </w:rPr>
              <w:t>F1, 10.3 mi path length (whole path, pre-1996), 440 yd wide</w:t>
            </w:r>
          </w:p>
        </w:tc>
        <w:tc>
          <w:tcPr>
            <w:tcW w:type="dxa" w:w="2952"/>
          </w:tcPr>
          <w:p>
            <w:pPr>
              <w:spacing w:after="0"/>
              <w:jc w:val="left"/>
            </w:pPr>
            <w:r>
              <w:rPr>
                <w:sz w:val="16"/>
              </w:rPr>
              <w:t>$250,000 property; crops not recorded (1975 dollars)</w:t>
            </w:r>
          </w:p>
        </w:tc>
        <w:tc>
          <w:tcPr>
            <w:tcW w:type="dxa" w:w="930"/>
          </w:tcPr>
          <w:p>
            <w:pPr>
              <w:spacing w:after="0"/>
              <w:jc w:val="right"/>
            </w:pPr>
            <w:r>
              <w:rPr>
                <w:sz w:val="16"/>
              </w:rPr>
              <w:t>0, 6</w:t>
            </w:r>
          </w:p>
        </w:tc>
        <w:tc>
          <w:tcPr>
            <w:tcW w:type="dxa" w:w="2329"/>
          </w:tcPr>
          <w:p>
            <w:pPr>
              <w:spacing w:after="0"/>
              <w:jc w:val="left"/>
            </w:pPr>
            <w:r>
              <w:rPr>
                <w:sz w:val="16"/>
              </w:rPr>
              <w:t>location not recorded</w:t>
            </w:r>
          </w:p>
        </w:tc>
        <w:tc>
          <w:tcPr>
            <w:tcW w:type="dxa" w:w="1036"/>
          </w:tcPr>
          <w:p>
            <w:pPr>
              <w:spacing w:after="0"/>
              <w:jc w:val="left"/>
            </w:pPr>
          </w:p>
        </w:tc>
        <w:tc>
          <w:tcPr>
            <w:tcW w:type="dxa" w:w="2730"/>
          </w:tcPr>
          <w:p>
            <w:pPr>
              <w:spacing w:after="0"/>
              <w:jc w:val="left"/>
            </w:pPr>
            <w:r>
              <w:rPr>
                <w:sz w:val="16"/>
              </w:rPr>
              <w:t>deaths or injuries recorded</w:t>
            </w:r>
          </w:p>
        </w:tc>
      </w:tr>
      <w:tr>
        <w:trPr>
          <w:cantSplit/>
        </w:trPr>
        <w:tc>
          <w:tcPr>
            <w:tcW w:type="dxa" w:w="1037"/>
          </w:tcPr>
          <w:p>
            <w:pPr>
              <w:spacing w:after="0"/>
              <w:jc w:val="left"/>
            </w:pPr>
            <w:r>
              <w:rPr>
                <w:sz w:val="16"/>
              </w:rPr>
              <w:t>1963-04-29</w:t>
            </w:r>
          </w:p>
        </w:tc>
        <w:tc>
          <w:tcPr>
            <w:tcW w:type="dxa" w:w="1215"/>
          </w:tcPr>
          <w:p>
            <w:pPr>
              <w:spacing w:after="0"/>
              <w:jc w:val="left"/>
            </w:pPr>
            <w:r>
              <w:rPr>
                <w:sz w:val="16"/>
              </w:rPr>
              <w:t>Tornado</w:t>
            </w:r>
          </w:p>
        </w:tc>
        <w:tc>
          <w:tcPr>
            <w:tcW w:type="dxa" w:w="1883"/>
          </w:tcPr>
          <w:p>
            <w:pPr>
              <w:spacing w:after="0"/>
              <w:jc w:val="left"/>
            </w:pPr>
            <w:r>
              <w:rPr>
                <w:sz w:val="16"/>
              </w:rPr>
              <w:t>F3, 9.3 mi path length (whole path, pre-1996), 300 yd wide</w:t>
            </w:r>
          </w:p>
        </w:tc>
        <w:tc>
          <w:tcPr>
            <w:tcW w:type="dxa" w:w="2952"/>
          </w:tcPr>
          <w:p>
            <w:pPr>
              <w:spacing w:after="0"/>
              <w:jc w:val="left"/>
            </w:pPr>
            <w:r>
              <w:rPr>
                <w:sz w:val="16"/>
              </w:rPr>
              <w:t>$250,000 property; crops not recorded (1963 dollars)</w:t>
            </w:r>
          </w:p>
        </w:tc>
        <w:tc>
          <w:tcPr>
            <w:tcW w:type="dxa" w:w="930"/>
          </w:tcPr>
          <w:p>
            <w:pPr>
              <w:spacing w:after="0"/>
              <w:jc w:val="right"/>
            </w:pPr>
            <w:r>
              <w:rPr>
                <w:sz w:val="16"/>
              </w:rPr>
              <w:t>3, 6</w:t>
            </w:r>
          </w:p>
        </w:tc>
        <w:tc>
          <w:tcPr>
            <w:tcW w:type="dxa" w:w="2329"/>
          </w:tcPr>
          <w:p>
            <w:pPr>
              <w:spacing w:after="0"/>
              <w:jc w:val="left"/>
            </w:pPr>
            <w:r>
              <w:rPr>
                <w:sz w:val="16"/>
              </w:rPr>
              <w:t>location not recorded</w:t>
            </w:r>
          </w:p>
        </w:tc>
        <w:tc>
          <w:tcPr>
            <w:tcW w:type="dxa" w:w="1036"/>
          </w:tcPr>
          <w:p>
            <w:pPr>
              <w:spacing w:after="0"/>
              <w:jc w:val="left"/>
            </w:pPr>
          </w:p>
        </w:tc>
        <w:tc>
          <w:tcPr>
            <w:tcW w:type="dxa" w:w="273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(392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6"/>
        <w:gridCol w:w="1336"/>
        <w:gridCol w:w="1709"/>
        <w:gridCol w:w="1037"/>
        <w:gridCol w:w="1308"/>
        <w:gridCol w:w="1572"/>
        <w:gridCol w:w="1693"/>
        <w:gridCol w:w="1037"/>
        <w:gridCol w:w="2057"/>
      </w:tblGrid>
      <w:tr>
        <w:trPr>
          <w:cantSplit/>
          <w:tblHeader/>
        </w:trPr>
        <w:tc>
          <w:tcPr>
            <w:tcW w:type="dxa" w:w="1037"/>
            <w:shd w:val="clear" w:color="auto" w:fill="E8E8E8"/>
          </w:tcPr>
          <w:p>
            <w:pPr>
              <w:spacing w:after="0"/>
              <w:jc w:val="left"/>
            </w:pPr>
            <w:r>
              <w:rPr>
                <w:b/>
                <w:sz w:val="16"/>
              </w:rPr>
              <w:t>Hazard</w:t>
            </w:r>
          </w:p>
        </w:tc>
        <w:tc>
          <w:tcPr>
            <w:tcW w:type="dxa" w:w="132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6"/>
            <w:shd w:val="clear" w:color="auto" w:fill="E8E8E8"/>
          </w:tcPr>
          <w:p>
            <w:pPr>
              <w:spacing w:after="0"/>
              <w:jc w:val="left"/>
            </w:pPr>
            <w:r>
              <w:rPr>
                <w:b/>
                <w:sz w:val="16"/>
              </w:rPr>
              <w:t>Unit</w:t>
            </w:r>
          </w:p>
        </w:tc>
        <w:tc>
          <w:tcPr>
            <w:tcW w:type="dxa" w:w="170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8"/>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6"/>
          </w:tcPr>
          <w:p>
            <w:pPr>
              <w:spacing w:after="0"/>
              <w:jc w:val="right"/>
            </w:pPr>
            <w:r>
              <w:rPr>
                <w:sz w:val="16"/>
              </w:rPr>
              <w:t>2.16</w:t>
            </w:r>
          </w:p>
        </w:tc>
        <w:tc>
          <w:tcPr>
            <w:tcW w:type="dxa" w:w="1336"/>
          </w:tcPr>
          <w:p>
            <w:pPr>
              <w:spacing w:after="0"/>
              <w:jc w:val="left"/>
            </w:pPr>
            <w:r>
              <w:rPr>
                <w:sz w:val="16"/>
              </w:rPr>
              <w:t>event-days per year</w:t>
            </w:r>
          </w:p>
        </w:tc>
        <w:tc>
          <w:tcPr>
            <w:tcW w:type="dxa" w:w="1709"/>
          </w:tcPr>
          <w:p>
            <w:pPr>
              <w:spacing w:after="0"/>
              <w:jc w:val="left"/>
            </w:pPr>
            <w:r>
              <w:rPr>
                <w:sz w:val="16"/>
              </w:rPr>
              <w:t>about 2.16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3 of 30 years, 1996 to 2025 (10%)</w:t>
            </w:r>
          </w:p>
        </w:tc>
        <w:tc>
          <w:tcPr>
            <w:tcW w:type="dxa" w:w="1572"/>
          </w:tcPr>
          <w:p>
            <w:pPr>
              <w:spacing w:after="0"/>
              <w:jc w:val="right"/>
            </w:pPr>
            <w:r>
              <w:rPr>
                <w:sz w:val="16"/>
              </w:rPr>
              <w:t>41</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Drought</w:t>
            </w:r>
          </w:p>
        </w:tc>
        <w:tc>
          <w:tcPr>
            <w:tcW w:type="dxa" w:w="1326"/>
          </w:tcPr>
          <w:p>
            <w:pPr>
              <w:spacing w:after="0"/>
              <w:jc w:val="right"/>
            </w:pPr>
            <w:r>
              <w:rPr>
                <w:sz w:val="16"/>
              </w:rPr>
              <w:t>6.54</w:t>
            </w:r>
          </w:p>
        </w:tc>
        <w:tc>
          <w:tcPr>
            <w:tcW w:type="dxa" w:w="1336"/>
          </w:tcPr>
          <w:p>
            <w:pPr>
              <w:spacing w:after="0"/>
              <w:jc w:val="left"/>
            </w:pPr>
            <w:r>
              <w:rPr>
                <w:sz w:val="16"/>
              </w:rPr>
              <w:t>event-days per year</w:t>
            </w:r>
          </w:p>
        </w:tc>
        <w:tc>
          <w:tcPr>
            <w:tcW w:type="dxa" w:w="1709"/>
          </w:tcPr>
          <w:p>
            <w:pPr>
              <w:spacing w:after="0"/>
              <w:jc w:val="left"/>
            </w:pPr>
            <w:r>
              <w:rPr>
                <w:sz w:val="16"/>
              </w:rPr>
              <w:t>about 6.54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8 of 30 years, 1996 to 2025 (26.7%)</w:t>
            </w:r>
          </w:p>
        </w:tc>
        <w:tc>
          <w:tcPr>
            <w:tcW w:type="dxa" w:w="1572"/>
          </w:tcPr>
          <w:p>
            <w:pPr>
              <w:spacing w:after="0"/>
              <w:jc w:val="right"/>
            </w:pPr>
            <w:r>
              <w:rPr>
                <w:sz w:val="16"/>
              </w:rPr>
              <w:t>259</w:t>
            </w:r>
          </w:p>
        </w:tc>
        <w:tc>
          <w:tcPr>
            <w:tcW w:type="dxa" w:w="169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Earthquake</w:t>
            </w:r>
          </w:p>
        </w:tc>
        <w:tc>
          <w:tcPr>
            <w:tcW w:type="dxa" w:w="1326"/>
          </w:tcPr>
          <w:p>
            <w:pPr>
              <w:spacing w:after="0"/>
              <w:jc w:val="right"/>
            </w:pPr>
            <w:r>
              <w:rPr>
                <w:sz w:val="16"/>
              </w:rPr>
              <w:t>0.0108</w:t>
            </w:r>
          </w:p>
        </w:tc>
        <w:tc>
          <w:tcPr>
            <w:tcW w:type="dxa" w:w="1336"/>
          </w:tcPr>
          <w:p>
            <w:pPr>
              <w:spacing w:after="0"/>
              <w:jc w:val="left"/>
            </w:pPr>
            <w:r>
              <w:rPr>
                <w:sz w:val="16"/>
              </w:rPr>
              <w:t>annual probability at a location</w:t>
            </w:r>
          </w:p>
        </w:tc>
        <w:tc>
          <w:tcPr>
            <w:tcW w:type="dxa" w:w="1709"/>
          </w:tcPr>
          <w:p>
            <w:pPr>
              <w:spacing w:after="0"/>
              <w:jc w:val="left"/>
            </w:pPr>
            <w:r>
              <w:rPr>
                <w:sz w:val="16"/>
              </w:rPr>
              <w:t>chance a given location in the county has at least minor-damage shaking in a year: 1.08%</w:t>
            </w:r>
          </w:p>
        </w:tc>
        <w:tc>
          <w:tcPr>
            <w:tcW w:type="dxa" w:w="1037"/>
          </w:tcPr>
          <w:p>
            <w:pPr>
              <w:spacing w:after="0"/>
              <w:jc w:val="left"/>
            </w:pPr>
          </w:p>
        </w:tc>
        <w:tc>
          <w:tcPr>
            <w:tcW w:type="dxa" w:w="1308"/>
          </w:tcPr>
          <w:p>
            <w:pPr>
              <w:spacing w:after="0"/>
              <w:jc w:val="left"/>
            </w:pP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6"/>
          </w:tcPr>
          <w:p>
            <w:pPr>
              <w:spacing w:after="0"/>
              <w:jc w:val="right"/>
            </w:pPr>
            <w:r>
              <w:rPr>
                <w:sz w:val="16"/>
              </w:rPr>
              <w:t>3.15</w:t>
            </w:r>
          </w:p>
        </w:tc>
        <w:tc>
          <w:tcPr>
            <w:tcW w:type="dxa" w:w="1336"/>
          </w:tcPr>
          <w:p>
            <w:pPr>
              <w:spacing w:after="0"/>
              <w:jc w:val="left"/>
            </w:pPr>
            <w:r>
              <w:rPr>
                <w:sz w:val="16"/>
              </w:rPr>
              <w:t>events per year</w:t>
            </w:r>
          </w:p>
        </w:tc>
        <w:tc>
          <w:tcPr>
            <w:tcW w:type="dxa" w:w="1709"/>
          </w:tcPr>
          <w:p>
            <w:pPr>
              <w:spacing w:after="0"/>
              <w:jc w:val="left"/>
            </w:pPr>
            <w:r>
              <w:rPr>
                <w:sz w:val="16"/>
              </w:rPr>
              <w:t>about 3.15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119.6 (modeled)</w:t>
            </w:r>
          </w:p>
        </w:tc>
        <w:tc>
          <w:tcPr>
            <w:tcW w:type="dxa" w:w="1693"/>
          </w:tcPr>
          <w:p>
            <w:pPr>
              <w:spacing w:after="0"/>
              <w:jc w:val="left"/>
            </w:pPr>
            <w:r>
              <w:rPr>
                <w:sz w:val="16"/>
              </w:rPr>
              <w:t>1986 to 2023 (38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Heat Wave</w:t>
            </w:r>
          </w:p>
        </w:tc>
        <w:tc>
          <w:tcPr>
            <w:tcW w:type="dxa" w:w="1326"/>
          </w:tcPr>
          <w:p>
            <w:pPr>
              <w:spacing w:after="0"/>
              <w:jc w:val="right"/>
            </w:pPr>
            <w:r>
              <w:rPr>
                <w:sz w:val="16"/>
              </w:rPr>
              <w:t>14.9</w:t>
            </w:r>
          </w:p>
        </w:tc>
        <w:tc>
          <w:tcPr>
            <w:tcW w:type="dxa" w:w="1336"/>
          </w:tcPr>
          <w:p>
            <w:pPr>
              <w:spacing w:after="0"/>
              <w:jc w:val="left"/>
            </w:pPr>
            <w:r>
              <w:rPr>
                <w:sz w:val="16"/>
              </w:rPr>
              <w:t>event-days per year</w:t>
            </w:r>
          </w:p>
        </w:tc>
        <w:tc>
          <w:tcPr>
            <w:tcW w:type="dxa" w:w="1709"/>
          </w:tcPr>
          <w:p>
            <w:pPr>
              <w:spacing w:after="0"/>
              <w:jc w:val="left"/>
            </w:pPr>
            <w:r>
              <w:rPr>
                <w:sz w:val="16"/>
              </w:rPr>
              <w:t>about 14.9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14 of 30 years, 1996 to 2025 (46.7%)</w:t>
            </w:r>
          </w:p>
        </w:tc>
        <w:tc>
          <w:tcPr>
            <w:tcW w:type="dxa" w:w="1572"/>
          </w:tcPr>
          <w:p>
            <w:pPr>
              <w:spacing w:after="0"/>
              <w:jc w:val="right"/>
            </w:pPr>
            <w:r>
              <w:rPr>
                <w:sz w:val="16"/>
              </w:rPr>
              <w:t>253</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Hurricane</w:t>
            </w:r>
          </w:p>
        </w:tc>
        <w:tc>
          <w:tcPr>
            <w:tcW w:type="dxa" w:w="1326"/>
          </w:tcPr>
          <w:p>
            <w:pPr>
              <w:spacing w:after="0"/>
              <w:jc w:val="right"/>
            </w:pPr>
            <w:r>
              <w:rPr>
                <w:sz w:val="16"/>
              </w:rPr>
              <w:t>0.0288</w:t>
            </w:r>
          </w:p>
        </w:tc>
        <w:tc>
          <w:tcPr>
            <w:tcW w:type="dxa" w:w="1336"/>
          </w:tcPr>
          <w:p>
            <w:pPr>
              <w:spacing w:after="0"/>
              <w:jc w:val="left"/>
            </w:pPr>
            <w:r>
              <w:rPr>
                <w:sz w:val="16"/>
              </w:rPr>
              <w:t>events per year</w:t>
            </w:r>
          </w:p>
        </w:tc>
        <w:tc>
          <w:tcPr>
            <w:tcW w:type="dxa" w:w="1709"/>
          </w:tcPr>
          <w:p>
            <w:pPr>
              <w:spacing w:after="0"/>
              <w:jc w:val="left"/>
            </w:pPr>
            <w:r>
              <w:rPr>
                <w:sz w:val="16"/>
              </w:rPr>
              <w:t>about 1 in 35 years</w:t>
            </w:r>
          </w:p>
        </w:tc>
        <w:tc>
          <w:tcPr>
            <w:tcW w:type="dxa" w:w="1037"/>
          </w:tcPr>
          <w:p>
            <w:pPr>
              <w:spacing w:after="0"/>
              <w:jc w:val="left"/>
            </w:pPr>
            <w:r>
              <w:rPr>
                <w:sz w:val="16"/>
              </w:rPr>
              <w:t>Possible</w:t>
            </w:r>
          </w:p>
        </w:tc>
        <w:tc>
          <w:tcPr>
            <w:tcW w:type="dxa" w:w="1308"/>
          </w:tcPr>
          <w:p>
            <w:pPr>
              <w:spacing w:after="0"/>
              <w:jc w:val="left"/>
            </w:pPr>
            <w:r>
              <w:rPr>
                <w:sz w:val="16"/>
              </w:rPr>
              <w:t>FEMA annualized frequency (modeled)</w:t>
            </w:r>
          </w:p>
        </w:tc>
        <w:tc>
          <w:tcPr>
            <w:tcW w:type="dxa" w:w="1572"/>
          </w:tcPr>
          <w:p>
            <w:pPr>
              <w:spacing w:after="0"/>
              <w:jc w:val="right"/>
            </w:pPr>
            <w:r>
              <w:rPr>
                <w:sz w:val="16"/>
              </w:rPr>
              <w:t>10</w:t>
            </w:r>
          </w:p>
        </w:tc>
        <w:tc>
          <w:tcPr>
            <w:tcW w:type="dxa" w:w="1693"/>
          </w:tcPr>
          <w:p>
            <w:pPr>
              <w:spacing w:after="0"/>
              <w:jc w:val="left"/>
            </w:pPr>
            <w:r>
              <w:rPr>
                <w:sz w:val="16"/>
              </w:rPr>
              <w:t>1851 to 2024 (Atlantic)</w:t>
            </w:r>
          </w:p>
        </w:tc>
        <w:tc>
          <w:tcPr>
            <w:tcW w:type="dxa" w:w="1037"/>
          </w:tcPr>
          <w:p>
            <w:pPr>
              <w:spacing w:after="0"/>
              <w:jc w:val="left"/>
            </w:pPr>
            <w:r>
              <w:rPr>
                <w:sz w:val="16"/>
              </w:rPr>
              <w:t>see B1-f</w:t>
            </w:r>
          </w:p>
        </w:tc>
        <w:tc>
          <w:tcPr>
            <w:tcW w:type="dxa" w:w="205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6"/>
          </w:tcPr>
          <w:p>
            <w:pPr>
              <w:spacing w:after="0"/>
              <w:jc w:val="right"/>
            </w:pPr>
            <w:r>
              <w:rPr>
                <w:sz w:val="16"/>
              </w:rPr>
              <w:t>1.19</w:t>
            </w:r>
          </w:p>
        </w:tc>
        <w:tc>
          <w:tcPr>
            <w:tcW w:type="dxa" w:w="1336"/>
          </w:tcPr>
          <w:p>
            <w:pPr>
              <w:spacing w:after="0"/>
              <w:jc w:val="left"/>
            </w:pPr>
            <w:r>
              <w:rPr>
                <w:sz w:val="16"/>
              </w:rPr>
              <w:t>event-days per year</w:t>
            </w:r>
          </w:p>
        </w:tc>
        <w:tc>
          <w:tcPr>
            <w:tcW w:type="dxa" w:w="1709"/>
          </w:tcPr>
          <w:p>
            <w:pPr>
              <w:spacing w:after="0"/>
              <w:jc w:val="left"/>
            </w:pPr>
            <w:r>
              <w:rPr>
                <w:sz w:val="16"/>
              </w:rPr>
              <w:t>about 1.19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4 of 30 years, 1996 to 2025 (13.3%)</w:t>
            </w:r>
          </w:p>
        </w:tc>
        <w:tc>
          <w:tcPr>
            <w:tcW w:type="dxa" w:w="1572"/>
          </w:tcPr>
          <w:p>
            <w:pPr>
              <w:spacing w:after="0"/>
              <w:jc w:val="right"/>
            </w:pPr>
            <w:r>
              <w:rPr>
                <w:sz w:val="16"/>
              </w:rPr>
              <w:t>80</w:t>
            </w:r>
          </w:p>
        </w:tc>
        <w:tc>
          <w:tcPr>
            <w:tcW w:type="dxa" w:w="1693"/>
          </w:tcPr>
          <w:p>
            <w:pPr>
              <w:spacing w:after="0"/>
              <w:jc w:val="left"/>
            </w:pPr>
            <w:r>
              <w:rPr>
                <w:sz w:val="16"/>
              </w:rPr>
              <w:t>1946-12-31 to 2014-02-12 (67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Inland Flooding</w:t>
            </w:r>
          </w:p>
        </w:tc>
        <w:tc>
          <w:tcPr>
            <w:tcW w:type="dxa" w:w="1326"/>
          </w:tcPr>
          <w:p>
            <w:pPr>
              <w:spacing w:after="0"/>
              <w:jc w:val="right"/>
            </w:pPr>
            <w:r>
              <w:rPr>
                <w:sz w:val="16"/>
              </w:rPr>
              <w:t>1.18</w:t>
            </w:r>
          </w:p>
        </w:tc>
        <w:tc>
          <w:tcPr>
            <w:tcW w:type="dxa" w:w="1336"/>
          </w:tcPr>
          <w:p>
            <w:pPr>
              <w:spacing w:after="0"/>
              <w:jc w:val="left"/>
            </w:pPr>
            <w:r>
              <w:rPr>
                <w:sz w:val="16"/>
              </w:rPr>
              <w:t>event-days per year</w:t>
            </w:r>
          </w:p>
        </w:tc>
        <w:tc>
          <w:tcPr>
            <w:tcW w:type="dxa" w:w="1709"/>
          </w:tcPr>
          <w:p>
            <w:pPr>
              <w:spacing w:after="0"/>
              <w:jc w:val="left"/>
            </w:pPr>
            <w:r>
              <w:rPr>
                <w:sz w:val="16"/>
              </w:rPr>
              <w:t>about 1.18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18 of 30 years, 1996 to 2025 (60%)</w:t>
            </w:r>
          </w:p>
        </w:tc>
        <w:tc>
          <w:tcPr>
            <w:tcW w:type="dxa" w:w="1572"/>
          </w:tcPr>
          <w:p>
            <w:pPr>
              <w:spacing w:after="0"/>
              <w:jc w:val="right"/>
            </w:pPr>
            <w:r>
              <w:rPr>
                <w:sz w:val="16"/>
              </w:rPr>
              <w:t>33</w:t>
            </w:r>
          </w:p>
        </w:tc>
        <w:tc>
          <w:tcPr>
            <w:tcW w:type="dxa" w:w="1693"/>
          </w:tcPr>
          <w:p>
            <w:pPr>
              <w:spacing w:after="0"/>
              <w:jc w:val="left"/>
            </w:pPr>
            <w:r>
              <w:rPr>
                <w:sz w:val="16"/>
              </w:rPr>
              <w:t>1996 to 2023 (28 years)</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Landslide</w:t>
            </w:r>
          </w:p>
        </w:tc>
        <w:tc>
          <w:tcPr>
            <w:tcW w:type="dxa" w:w="1326"/>
          </w:tcPr>
          <w:p>
            <w:pPr>
              <w:spacing w:after="0"/>
              <w:jc w:val="right"/>
            </w:pPr>
            <w:r>
              <w:rPr>
                <w:sz w:val="16"/>
              </w:rPr>
              <w:t>0.221</w:t>
            </w:r>
          </w:p>
        </w:tc>
        <w:tc>
          <w:tcPr>
            <w:tcW w:type="dxa" w:w="1336"/>
          </w:tcPr>
          <w:p>
            <w:pPr>
              <w:spacing w:after="0"/>
              <w:jc w:val="left"/>
            </w:pPr>
            <w:r>
              <w:rPr>
                <w:sz w:val="16"/>
              </w:rPr>
              <w:t>events per year (modeled)</w:t>
            </w:r>
          </w:p>
        </w:tc>
        <w:tc>
          <w:tcPr>
            <w:tcW w:type="dxa" w:w="1709"/>
          </w:tcPr>
          <w:p>
            <w:pPr>
              <w:spacing w:after="0"/>
              <w:jc w:val="left"/>
            </w:pPr>
            <w:r>
              <w:rPr>
                <w:sz w:val="16"/>
              </w:rPr>
              <w:t>about 1 in 5 years</w:t>
            </w:r>
          </w:p>
        </w:tc>
        <w:tc>
          <w:tcPr>
            <w:tcW w:type="dxa" w:w="1037"/>
          </w:tcPr>
          <w:p>
            <w:pPr>
              <w:spacing w:after="0"/>
              <w:jc w:val="left"/>
            </w:pPr>
            <w:r>
              <w:rPr>
                <w:sz w:val="16"/>
              </w:rPr>
              <w:t>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Lightning</w:t>
            </w:r>
          </w:p>
        </w:tc>
        <w:tc>
          <w:tcPr>
            <w:tcW w:type="dxa" w:w="1326"/>
          </w:tcPr>
          <w:p>
            <w:pPr>
              <w:spacing w:after="0"/>
              <w:jc w:val="right"/>
            </w:pPr>
            <w:r>
              <w:rPr>
                <w:sz w:val="16"/>
              </w:rPr>
              <w:t>58</w:t>
            </w:r>
          </w:p>
        </w:tc>
        <w:tc>
          <w:tcPr>
            <w:tcW w:type="dxa" w:w="1336"/>
          </w:tcPr>
          <w:p>
            <w:pPr>
              <w:spacing w:after="0"/>
              <w:jc w:val="left"/>
            </w:pPr>
            <w:r>
              <w:rPr>
                <w:sz w:val="16"/>
              </w:rPr>
              <w:t>days per year with a strike</w:t>
            </w:r>
          </w:p>
        </w:tc>
        <w:tc>
          <w:tcPr>
            <w:tcW w:type="dxa" w:w="1709"/>
          </w:tcPr>
          <w:p>
            <w:pPr>
              <w:spacing w:after="0"/>
              <w:jc w:val="left"/>
            </w:pPr>
            <w:r>
              <w:rPr>
                <w:sz w:val="16"/>
              </w:rPr>
              <w:t>about 58 days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1995 to 2023 (29 years; CONUS)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Strong Wind</w:t>
            </w:r>
          </w:p>
        </w:tc>
        <w:tc>
          <w:tcPr>
            <w:tcW w:type="dxa" w:w="1326"/>
          </w:tcPr>
          <w:p>
            <w:pPr>
              <w:spacing w:after="0"/>
              <w:jc w:val="right"/>
            </w:pPr>
            <w:r>
              <w:rPr>
                <w:sz w:val="16"/>
              </w:rPr>
              <w:t>1.81</w:t>
            </w:r>
          </w:p>
        </w:tc>
        <w:tc>
          <w:tcPr>
            <w:tcW w:type="dxa" w:w="1336"/>
          </w:tcPr>
          <w:p>
            <w:pPr>
              <w:spacing w:after="0"/>
              <w:jc w:val="left"/>
            </w:pPr>
            <w:r>
              <w:rPr>
                <w:sz w:val="16"/>
              </w:rPr>
              <w:t>events per year</w:t>
            </w:r>
          </w:p>
        </w:tc>
        <w:tc>
          <w:tcPr>
            <w:tcW w:type="dxa" w:w="1709"/>
          </w:tcPr>
          <w:p>
            <w:pPr>
              <w:spacing w:after="0"/>
              <w:jc w:val="left"/>
            </w:pPr>
            <w:r>
              <w:rPr>
                <w:sz w:val="16"/>
              </w:rPr>
              <w:t>about 1.81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69</w:t>
            </w:r>
          </w:p>
        </w:tc>
        <w:tc>
          <w:tcPr>
            <w:tcW w:type="dxa" w:w="1693"/>
          </w:tcPr>
          <w:p>
            <w:pPr>
              <w:spacing w:after="0"/>
              <w:jc w:val="left"/>
            </w:pPr>
            <w:r>
              <w:rPr>
                <w:sz w:val="16"/>
              </w:rPr>
              <w:t>1986 to 2023 (38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Tornado</w:t>
            </w:r>
          </w:p>
        </w:tc>
        <w:tc>
          <w:tcPr>
            <w:tcW w:type="dxa" w:w="1326"/>
          </w:tcPr>
          <w:p>
            <w:pPr>
              <w:spacing w:after="0"/>
              <w:jc w:val="right"/>
            </w:pPr>
            <w:r>
              <w:rPr>
                <w:sz w:val="16"/>
              </w:rPr>
              <w:t>0.199</w:t>
            </w:r>
          </w:p>
        </w:tc>
        <w:tc>
          <w:tcPr>
            <w:tcW w:type="dxa" w:w="1336"/>
          </w:tcPr>
          <w:p>
            <w:pPr>
              <w:spacing w:after="0"/>
              <w:jc w:val="left"/>
            </w:pPr>
            <w:r>
              <w:rPr>
                <w:sz w:val="16"/>
              </w:rPr>
              <w:t>events per year</w:t>
            </w:r>
          </w:p>
        </w:tc>
        <w:tc>
          <w:tcPr>
            <w:tcW w:type="dxa" w:w="1709"/>
          </w:tcPr>
          <w:p>
            <w:pPr>
              <w:spacing w:after="0"/>
              <w:jc w:val="left"/>
            </w:pPr>
            <w:r>
              <w:rPr>
                <w:sz w:val="16"/>
              </w:rPr>
              <w:t>about 1 in 5 years</w:t>
            </w:r>
          </w:p>
        </w:tc>
        <w:tc>
          <w:tcPr>
            <w:tcW w:type="dxa" w:w="1037"/>
          </w:tcPr>
          <w:p>
            <w:pPr>
              <w:spacing w:after="0"/>
              <w:jc w:val="left"/>
            </w:pPr>
            <w:r>
              <w:rPr>
                <w:sz w:val="16"/>
              </w:rPr>
              <w:t>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1950 to 2023 (EF2+); 1986 to 2023 (EF0-1)</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Wildfire</w:t>
            </w:r>
          </w:p>
        </w:tc>
        <w:tc>
          <w:tcPr>
            <w:tcW w:type="dxa" w:w="1326"/>
          </w:tcPr>
          <w:p>
            <w:pPr>
              <w:spacing w:after="0"/>
              <w:jc w:val="right"/>
            </w:pPr>
            <w:r>
              <w:rPr>
                <w:sz w:val="16"/>
              </w:rPr>
              <w:t>0.000117</w:t>
            </w:r>
          </w:p>
        </w:tc>
        <w:tc>
          <w:tcPr>
            <w:tcW w:type="dxa" w:w="1336"/>
          </w:tcPr>
          <w:p>
            <w:pPr>
              <w:spacing w:after="0"/>
              <w:jc w:val="left"/>
            </w:pPr>
            <w:r>
              <w:rPr>
                <w:sz w:val="16"/>
              </w:rPr>
              <w:t>annual probability at a location</w:t>
            </w:r>
          </w:p>
        </w:tc>
        <w:tc>
          <w:tcPr>
            <w:tcW w:type="dxa" w:w="1709"/>
          </w:tcPr>
          <w:p>
            <w:pPr>
              <w:spacing w:after="0"/>
              <w:jc w:val="left"/>
            </w:pPr>
            <w:r>
              <w:rPr>
                <w:sz w:val="16"/>
              </w:rPr>
              <w:t>chance a given location in the county burns in a year: 0.0117%</w:t>
            </w:r>
          </w:p>
        </w:tc>
        <w:tc>
          <w:tcPr>
            <w:tcW w:type="dxa" w:w="1037"/>
          </w:tcPr>
          <w:p>
            <w:pPr>
              <w:spacing w:after="0"/>
              <w:jc w:val="left"/>
            </w:pPr>
          </w:p>
        </w:tc>
        <w:tc>
          <w:tcPr>
            <w:tcW w:type="dxa" w:w="1308"/>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6"/>
          </w:tcPr>
          <w:p>
            <w:pPr>
              <w:spacing w:after="0"/>
              <w:jc w:val="right"/>
            </w:pPr>
            <w:r>
              <w:rPr>
                <w:sz w:val="16"/>
              </w:rPr>
              <w:t>6.47</w:t>
            </w:r>
          </w:p>
        </w:tc>
        <w:tc>
          <w:tcPr>
            <w:tcW w:type="dxa" w:w="1336"/>
          </w:tcPr>
          <w:p>
            <w:pPr>
              <w:spacing w:after="0"/>
              <w:jc w:val="left"/>
            </w:pPr>
            <w:r>
              <w:rPr>
                <w:sz w:val="16"/>
              </w:rPr>
              <w:t>event-days per year</w:t>
            </w:r>
          </w:p>
        </w:tc>
        <w:tc>
          <w:tcPr>
            <w:tcW w:type="dxa" w:w="1709"/>
          </w:tcPr>
          <w:p>
            <w:pPr>
              <w:spacing w:after="0"/>
              <w:jc w:val="left"/>
            </w:pPr>
            <w:r>
              <w:rPr>
                <w:sz w:val="16"/>
              </w:rPr>
              <w:t>about 6.47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24 of 30 years, 1996 to 2025 (80%)</w:t>
            </w:r>
          </w:p>
        </w:tc>
        <w:tc>
          <w:tcPr>
            <w:tcW w:type="dxa" w:w="1572"/>
          </w:tcPr>
          <w:p>
            <w:pPr>
              <w:spacing w:after="0"/>
              <w:jc w:val="right"/>
            </w:pPr>
            <w:r>
              <w:rPr>
                <w:sz w:val="16"/>
              </w:rPr>
              <w:t>123</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53</w:t>
            </w:r>
          </w:p>
        </w:tc>
        <w:tc>
          <w:tcPr>
            <w:tcW w:type="dxa" w:w="1381"/>
          </w:tcPr>
          <w:p>
            <w:pPr>
              <w:spacing w:after="0"/>
              <w:jc w:val="right"/>
            </w:pPr>
            <w:r>
              <w:rPr>
                <w:sz w:val="16"/>
              </w:rPr>
              <w:t>30</w:t>
            </w:r>
          </w:p>
        </w:tc>
        <w:tc>
          <w:tcPr>
            <w:tcW w:type="dxa" w:w="1381"/>
          </w:tcPr>
          <w:p>
            <w:pPr>
              <w:spacing w:after="0"/>
              <w:jc w:val="right"/>
            </w:pPr>
            <w:r>
              <w:rPr>
                <w:sz w:val="16"/>
              </w:rPr>
              <w:t>1.77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5 of 5</w:t>
            </w:r>
          </w:p>
        </w:tc>
        <w:tc>
          <w:tcPr>
            <w:tcW w:type="dxa" w:w="1235"/>
          </w:tcPr>
          <w:p>
            <w:pPr>
              <w:spacing w:after="0"/>
              <w:jc w:val="right"/>
            </w:pPr>
            <w:r>
              <w:rPr>
                <w:sz w:val="16"/>
              </w:rPr>
              <w:t>82.5</w:t>
            </w:r>
          </w:p>
        </w:tc>
        <w:tc>
          <w:tcPr>
            <w:tcW w:type="dxa" w:w="1295"/>
          </w:tcPr>
          <w:p>
            <w:pPr>
              <w:spacing w:after="0"/>
              <w:jc w:val="right"/>
            </w:pPr>
            <w:r>
              <w:rPr>
                <w:sz w:val="16"/>
              </w:rPr>
              <w:t>87.8</w:t>
            </w:r>
          </w:p>
        </w:tc>
        <w:tc>
          <w:tcPr>
            <w:tcW w:type="dxa" w:w="1235"/>
          </w:tcPr>
          <w:p>
            <w:pPr>
              <w:spacing w:after="0"/>
              <w:jc w:val="right"/>
            </w:pPr>
            <w:r>
              <w:rPr>
                <w:sz w:val="16"/>
              </w:rPr>
              <w:t>94.3</w:t>
            </w:r>
          </w:p>
        </w:tc>
        <w:tc>
          <w:tcPr>
            <w:tcW w:type="dxa" w:w="7078"/>
          </w:tcPr>
          <w:p>
            <w:pPr>
              <w:spacing w:after="0"/>
              <w:jc w:val="left"/>
            </w:pPr>
            <w:r>
              <w:rPr>
                <w:sz w:val="16"/>
              </w:rPr>
              <w:t>Relatively High 5</w:t>
            </w:r>
          </w:p>
        </w:tc>
      </w:tr>
      <w:tr>
        <w:trPr>
          <w:cantSplit/>
        </w:trPr>
        <w:tc>
          <w:tcPr>
            <w:tcW w:type="dxa" w:w="1975"/>
          </w:tcPr>
          <w:p>
            <w:pPr>
              <w:spacing w:after="0"/>
              <w:jc w:val="left"/>
            </w:pPr>
            <w:r>
              <w:rPr>
                <w:sz w:val="16"/>
              </w:rPr>
              <w:t>Drought</w:t>
            </w:r>
          </w:p>
        </w:tc>
        <w:tc>
          <w:tcPr>
            <w:tcW w:type="dxa" w:w="1295"/>
          </w:tcPr>
          <w:p>
            <w:pPr>
              <w:spacing w:after="0"/>
              <w:jc w:val="right"/>
            </w:pPr>
            <w:r>
              <w:rPr>
                <w:sz w:val="16"/>
              </w:rPr>
              <w:t>5 of 5</w:t>
            </w:r>
          </w:p>
        </w:tc>
        <w:tc>
          <w:tcPr>
            <w:tcW w:type="dxa" w:w="1235"/>
          </w:tcPr>
          <w:p>
            <w:pPr>
              <w:spacing w:after="0"/>
              <w:jc w:val="right"/>
            </w:pPr>
            <w:r>
              <w:rPr>
                <w:sz w:val="16"/>
              </w:rPr>
              <w:t>92.7</w:t>
            </w:r>
          </w:p>
        </w:tc>
        <w:tc>
          <w:tcPr>
            <w:tcW w:type="dxa" w:w="1295"/>
          </w:tcPr>
          <w:p>
            <w:pPr>
              <w:spacing w:after="0"/>
              <w:jc w:val="right"/>
            </w:pPr>
            <w:r>
              <w:rPr>
                <w:sz w:val="16"/>
              </w:rPr>
              <w:t>94.2</w:t>
            </w:r>
          </w:p>
        </w:tc>
        <w:tc>
          <w:tcPr>
            <w:tcW w:type="dxa" w:w="1235"/>
          </w:tcPr>
          <w:p>
            <w:pPr>
              <w:spacing w:after="0"/>
              <w:jc w:val="right"/>
            </w:pPr>
            <w:r>
              <w:rPr>
                <w:sz w:val="16"/>
              </w:rPr>
              <w:t>95.3</w:t>
            </w:r>
          </w:p>
        </w:tc>
        <w:tc>
          <w:tcPr>
            <w:tcW w:type="dxa" w:w="7078"/>
          </w:tcPr>
          <w:p>
            <w:pPr>
              <w:spacing w:after="0"/>
              <w:jc w:val="left"/>
            </w:pPr>
            <w:r>
              <w:rPr>
                <w:sz w:val="16"/>
              </w:rPr>
              <w:t>Relatively Moderate 5</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5 of 5</w:t>
            </w:r>
          </w:p>
        </w:tc>
        <w:tc>
          <w:tcPr>
            <w:tcW w:type="dxa" w:w="1235"/>
          </w:tcPr>
          <w:p>
            <w:pPr>
              <w:spacing w:after="0"/>
              <w:jc w:val="right"/>
            </w:pPr>
            <w:r>
              <w:rPr>
                <w:sz w:val="16"/>
              </w:rPr>
              <w:t>89.7</w:t>
            </w:r>
          </w:p>
        </w:tc>
        <w:tc>
          <w:tcPr>
            <w:tcW w:type="dxa" w:w="1295"/>
          </w:tcPr>
          <w:p>
            <w:pPr>
              <w:spacing w:after="0"/>
              <w:jc w:val="right"/>
            </w:pPr>
            <w:r>
              <w:rPr>
                <w:sz w:val="16"/>
              </w:rPr>
              <w:t>94.3</w:t>
            </w:r>
          </w:p>
        </w:tc>
        <w:tc>
          <w:tcPr>
            <w:tcW w:type="dxa" w:w="1235"/>
          </w:tcPr>
          <w:p>
            <w:pPr>
              <w:spacing w:after="0"/>
              <w:jc w:val="right"/>
            </w:pPr>
            <w:r>
              <w:rPr>
                <w:sz w:val="16"/>
              </w:rPr>
              <w:t>99.0</w:t>
            </w:r>
          </w:p>
        </w:tc>
        <w:tc>
          <w:tcPr>
            <w:tcW w:type="dxa" w:w="7078"/>
          </w:tcPr>
          <w:p>
            <w:pPr>
              <w:spacing w:after="0"/>
              <w:jc w:val="left"/>
            </w:pPr>
            <w:r>
              <w:rPr>
                <w:sz w:val="16"/>
              </w:rPr>
              <w:t>Very High 1, Relatively High 4</w:t>
            </w:r>
          </w:p>
        </w:tc>
      </w:tr>
      <w:tr>
        <w:trPr>
          <w:cantSplit/>
        </w:trPr>
        <w:tc>
          <w:tcPr>
            <w:tcW w:type="dxa" w:w="1975"/>
          </w:tcPr>
          <w:p>
            <w:pPr>
              <w:spacing w:after="0"/>
              <w:jc w:val="left"/>
            </w:pPr>
            <w:r>
              <w:rPr>
                <w:sz w:val="16"/>
              </w:rPr>
              <w:t>Hail</w:t>
            </w:r>
          </w:p>
        </w:tc>
        <w:tc>
          <w:tcPr>
            <w:tcW w:type="dxa" w:w="1295"/>
          </w:tcPr>
          <w:p>
            <w:pPr>
              <w:spacing w:after="0"/>
              <w:jc w:val="right"/>
            </w:pPr>
            <w:r>
              <w:rPr>
                <w:sz w:val="16"/>
              </w:rPr>
              <w:t>5 of 5</w:t>
            </w:r>
          </w:p>
        </w:tc>
        <w:tc>
          <w:tcPr>
            <w:tcW w:type="dxa" w:w="1235"/>
          </w:tcPr>
          <w:p>
            <w:pPr>
              <w:spacing w:after="0"/>
              <w:jc w:val="right"/>
            </w:pPr>
            <w:r>
              <w:rPr>
                <w:sz w:val="16"/>
              </w:rPr>
              <w:t>36.2</w:t>
            </w:r>
          </w:p>
        </w:tc>
        <w:tc>
          <w:tcPr>
            <w:tcW w:type="dxa" w:w="1295"/>
          </w:tcPr>
          <w:p>
            <w:pPr>
              <w:spacing w:after="0"/>
              <w:jc w:val="right"/>
            </w:pPr>
            <w:r>
              <w:rPr>
                <w:sz w:val="16"/>
              </w:rPr>
              <w:t>43.7</w:t>
            </w:r>
          </w:p>
        </w:tc>
        <w:tc>
          <w:tcPr>
            <w:tcW w:type="dxa" w:w="1235"/>
          </w:tcPr>
          <w:p>
            <w:pPr>
              <w:spacing w:after="0"/>
              <w:jc w:val="right"/>
            </w:pPr>
            <w:r>
              <w:rPr>
                <w:sz w:val="16"/>
              </w:rPr>
              <w:t>56.8</w:t>
            </w:r>
          </w:p>
        </w:tc>
        <w:tc>
          <w:tcPr>
            <w:tcW w:type="dxa" w:w="7078"/>
          </w:tcPr>
          <w:p>
            <w:pPr>
              <w:spacing w:after="0"/>
              <w:jc w:val="left"/>
            </w:pPr>
            <w:r>
              <w:rPr>
                <w:sz w:val="16"/>
              </w:rPr>
              <w:t>Relatively Low 4, Very Low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5 of 5</w:t>
            </w:r>
          </w:p>
        </w:tc>
        <w:tc>
          <w:tcPr>
            <w:tcW w:type="dxa" w:w="1235"/>
          </w:tcPr>
          <w:p>
            <w:pPr>
              <w:spacing w:after="0"/>
              <w:jc w:val="right"/>
            </w:pPr>
            <w:r>
              <w:rPr>
                <w:sz w:val="16"/>
              </w:rPr>
              <w:t>68.7</w:t>
            </w:r>
          </w:p>
        </w:tc>
        <w:tc>
          <w:tcPr>
            <w:tcW w:type="dxa" w:w="1295"/>
          </w:tcPr>
          <w:p>
            <w:pPr>
              <w:spacing w:after="0"/>
              <w:jc w:val="right"/>
            </w:pPr>
            <w:r>
              <w:rPr>
                <w:sz w:val="16"/>
              </w:rPr>
              <w:t>77.1</w:t>
            </w:r>
          </w:p>
        </w:tc>
        <w:tc>
          <w:tcPr>
            <w:tcW w:type="dxa" w:w="1235"/>
          </w:tcPr>
          <w:p>
            <w:pPr>
              <w:spacing w:after="0"/>
              <w:jc w:val="right"/>
            </w:pPr>
            <w:r>
              <w:rPr>
                <w:sz w:val="16"/>
              </w:rPr>
              <w:t>87.9</w:t>
            </w:r>
          </w:p>
        </w:tc>
        <w:tc>
          <w:tcPr>
            <w:tcW w:type="dxa" w:w="7078"/>
          </w:tcPr>
          <w:p>
            <w:pPr>
              <w:spacing w:after="0"/>
              <w:jc w:val="left"/>
            </w:pPr>
            <w:r>
              <w:rPr>
                <w:sz w:val="16"/>
              </w:rPr>
              <w:t>Relatively High 1, Relatively Moderate 4</w:t>
            </w:r>
          </w:p>
        </w:tc>
      </w:tr>
      <w:tr>
        <w:trPr>
          <w:cantSplit/>
        </w:trPr>
        <w:tc>
          <w:tcPr>
            <w:tcW w:type="dxa" w:w="1975"/>
          </w:tcPr>
          <w:p>
            <w:pPr>
              <w:spacing w:after="0"/>
              <w:jc w:val="left"/>
            </w:pPr>
            <w:r>
              <w:rPr>
                <w:sz w:val="16"/>
              </w:rPr>
              <w:t>Hurricane</w:t>
            </w:r>
          </w:p>
        </w:tc>
        <w:tc>
          <w:tcPr>
            <w:tcW w:type="dxa" w:w="1295"/>
          </w:tcPr>
          <w:p>
            <w:pPr>
              <w:spacing w:after="0"/>
              <w:jc w:val="right"/>
            </w:pPr>
            <w:r>
              <w:rPr>
                <w:sz w:val="16"/>
              </w:rPr>
              <w:t>5 of 5</w:t>
            </w:r>
          </w:p>
        </w:tc>
        <w:tc>
          <w:tcPr>
            <w:tcW w:type="dxa" w:w="1235"/>
          </w:tcPr>
          <w:p>
            <w:pPr>
              <w:spacing w:after="0"/>
              <w:jc w:val="right"/>
            </w:pPr>
            <w:r>
              <w:rPr>
                <w:sz w:val="16"/>
              </w:rPr>
              <w:t>50.0</w:t>
            </w:r>
          </w:p>
        </w:tc>
        <w:tc>
          <w:tcPr>
            <w:tcW w:type="dxa" w:w="1295"/>
          </w:tcPr>
          <w:p>
            <w:pPr>
              <w:spacing w:after="0"/>
              <w:jc w:val="right"/>
            </w:pPr>
            <w:r>
              <w:rPr>
                <w:sz w:val="16"/>
              </w:rPr>
              <w:t>52.1</w:t>
            </w:r>
          </w:p>
        </w:tc>
        <w:tc>
          <w:tcPr>
            <w:tcW w:type="dxa" w:w="1235"/>
          </w:tcPr>
          <w:p>
            <w:pPr>
              <w:spacing w:after="0"/>
              <w:jc w:val="right"/>
            </w:pPr>
            <w:r>
              <w:rPr>
                <w:sz w:val="16"/>
              </w:rPr>
              <w:t>55.0</w:t>
            </w:r>
          </w:p>
        </w:tc>
        <w:tc>
          <w:tcPr>
            <w:tcW w:type="dxa" w:w="7078"/>
          </w:tcPr>
          <w:p>
            <w:pPr>
              <w:spacing w:after="0"/>
              <w:jc w:val="left"/>
            </w:pPr>
            <w:r>
              <w:rPr>
                <w:sz w:val="16"/>
              </w:rPr>
              <w:t>Relatively Low 3, Very Low 2</w:t>
            </w:r>
          </w:p>
        </w:tc>
      </w:tr>
      <w:tr>
        <w:trPr>
          <w:cantSplit/>
        </w:trPr>
        <w:tc>
          <w:tcPr>
            <w:tcW w:type="dxa" w:w="1975"/>
          </w:tcPr>
          <w:p>
            <w:pPr>
              <w:spacing w:after="0"/>
              <w:jc w:val="left"/>
            </w:pPr>
            <w:r>
              <w:rPr>
                <w:sz w:val="16"/>
              </w:rPr>
              <w:t>Ice Storm</w:t>
            </w:r>
          </w:p>
        </w:tc>
        <w:tc>
          <w:tcPr>
            <w:tcW w:type="dxa" w:w="1295"/>
          </w:tcPr>
          <w:p>
            <w:pPr>
              <w:spacing w:after="0"/>
              <w:jc w:val="right"/>
            </w:pPr>
            <w:r>
              <w:rPr>
                <w:sz w:val="16"/>
              </w:rPr>
              <w:t>5 of 5</w:t>
            </w:r>
          </w:p>
        </w:tc>
        <w:tc>
          <w:tcPr>
            <w:tcW w:type="dxa" w:w="1235"/>
          </w:tcPr>
          <w:p>
            <w:pPr>
              <w:spacing w:after="0"/>
              <w:jc w:val="right"/>
            </w:pPr>
            <w:r>
              <w:rPr>
                <w:sz w:val="16"/>
              </w:rPr>
              <w:t>86.3</w:t>
            </w:r>
          </w:p>
        </w:tc>
        <w:tc>
          <w:tcPr>
            <w:tcW w:type="dxa" w:w="1295"/>
          </w:tcPr>
          <w:p>
            <w:pPr>
              <w:spacing w:after="0"/>
              <w:jc w:val="right"/>
            </w:pPr>
            <w:r>
              <w:rPr>
                <w:sz w:val="16"/>
              </w:rPr>
              <w:t>90.7</w:t>
            </w:r>
          </w:p>
        </w:tc>
        <w:tc>
          <w:tcPr>
            <w:tcW w:type="dxa" w:w="1235"/>
          </w:tcPr>
          <w:p>
            <w:pPr>
              <w:spacing w:after="0"/>
              <w:jc w:val="right"/>
            </w:pPr>
            <w:r>
              <w:rPr>
                <w:sz w:val="16"/>
              </w:rPr>
              <w:t>95.5</w:t>
            </w:r>
          </w:p>
        </w:tc>
        <w:tc>
          <w:tcPr>
            <w:tcW w:type="dxa" w:w="7078"/>
          </w:tcPr>
          <w:p>
            <w:pPr>
              <w:spacing w:after="0"/>
              <w:jc w:val="left"/>
            </w:pPr>
            <w:r>
              <w:rPr>
                <w:sz w:val="16"/>
              </w:rPr>
              <w:t>Relatively High 3, Relatively Moderate 2</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5 of 5</w:t>
            </w:r>
          </w:p>
        </w:tc>
        <w:tc>
          <w:tcPr>
            <w:tcW w:type="dxa" w:w="1235"/>
          </w:tcPr>
          <w:p>
            <w:pPr>
              <w:spacing w:after="0"/>
              <w:jc w:val="right"/>
            </w:pPr>
            <w:r>
              <w:rPr>
                <w:sz w:val="16"/>
              </w:rPr>
              <w:t>8.2</w:t>
            </w:r>
          </w:p>
        </w:tc>
        <w:tc>
          <w:tcPr>
            <w:tcW w:type="dxa" w:w="1295"/>
          </w:tcPr>
          <w:p>
            <w:pPr>
              <w:spacing w:after="0"/>
              <w:jc w:val="right"/>
            </w:pPr>
            <w:r>
              <w:rPr>
                <w:sz w:val="16"/>
              </w:rPr>
              <w:t>18.3</w:t>
            </w:r>
          </w:p>
        </w:tc>
        <w:tc>
          <w:tcPr>
            <w:tcW w:type="dxa" w:w="1235"/>
          </w:tcPr>
          <w:p>
            <w:pPr>
              <w:spacing w:after="0"/>
              <w:jc w:val="right"/>
            </w:pPr>
            <w:r>
              <w:rPr>
                <w:sz w:val="16"/>
              </w:rPr>
              <w:t>42.2</w:t>
            </w:r>
          </w:p>
        </w:tc>
        <w:tc>
          <w:tcPr>
            <w:tcW w:type="dxa" w:w="7078"/>
          </w:tcPr>
          <w:p>
            <w:pPr>
              <w:spacing w:after="0"/>
              <w:jc w:val="left"/>
            </w:pPr>
            <w:r>
              <w:rPr>
                <w:sz w:val="16"/>
              </w:rPr>
              <w:t>Relatively Low 3, Very Low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5 of 5</w:t>
            </w:r>
          </w:p>
        </w:tc>
        <w:tc>
          <w:tcPr>
            <w:tcW w:type="dxa" w:w="1235"/>
          </w:tcPr>
          <w:p>
            <w:pPr>
              <w:spacing w:after="0"/>
              <w:jc w:val="right"/>
            </w:pPr>
            <w:r>
              <w:rPr>
                <w:sz w:val="16"/>
              </w:rPr>
              <w:t>72.5</w:t>
            </w:r>
          </w:p>
        </w:tc>
        <w:tc>
          <w:tcPr>
            <w:tcW w:type="dxa" w:w="1295"/>
          </w:tcPr>
          <w:p>
            <w:pPr>
              <w:spacing w:after="0"/>
              <w:jc w:val="right"/>
            </w:pPr>
            <w:r>
              <w:rPr>
                <w:sz w:val="16"/>
              </w:rPr>
              <w:t>75.7</w:t>
            </w:r>
          </w:p>
        </w:tc>
        <w:tc>
          <w:tcPr>
            <w:tcW w:type="dxa" w:w="1235"/>
          </w:tcPr>
          <w:p>
            <w:pPr>
              <w:spacing w:after="0"/>
              <w:jc w:val="right"/>
            </w:pPr>
            <w:r>
              <w:rPr>
                <w:sz w:val="16"/>
              </w:rPr>
              <w:t>79.2</w:t>
            </w:r>
          </w:p>
        </w:tc>
        <w:tc>
          <w:tcPr>
            <w:tcW w:type="dxa" w:w="7078"/>
          </w:tcPr>
          <w:p>
            <w:pPr>
              <w:spacing w:after="0"/>
              <w:jc w:val="left"/>
            </w:pPr>
            <w:r>
              <w:rPr>
                <w:sz w:val="16"/>
              </w:rPr>
              <w:t>Very Low 5</w:t>
            </w:r>
          </w:p>
        </w:tc>
      </w:tr>
      <w:tr>
        <w:trPr>
          <w:cantSplit/>
        </w:trPr>
        <w:tc>
          <w:tcPr>
            <w:tcW w:type="dxa" w:w="1975"/>
          </w:tcPr>
          <w:p>
            <w:pPr>
              <w:spacing w:after="0"/>
              <w:jc w:val="left"/>
            </w:pPr>
            <w:r>
              <w:rPr>
                <w:sz w:val="16"/>
              </w:rPr>
              <w:t>Lightning</w:t>
            </w:r>
          </w:p>
        </w:tc>
        <w:tc>
          <w:tcPr>
            <w:tcW w:type="dxa" w:w="1295"/>
          </w:tcPr>
          <w:p>
            <w:pPr>
              <w:spacing w:after="0"/>
              <w:jc w:val="right"/>
            </w:pPr>
            <w:r>
              <w:rPr>
                <w:sz w:val="16"/>
              </w:rPr>
              <w:t>5 of 5</w:t>
            </w:r>
          </w:p>
        </w:tc>
        <w:tc>
          <w:tcPr>
            <w:tcW w:type="dxa" w:w="1235"/>
          </w:tcPr>
          <w:p>
            <w:pPr>
              <w:spacing w:after="0"/>
              <w:jc w:val="right"/>
            </w:pPr>
            <w:r>
              <w:rPr>
                <w:sz w:val="16"/>
              </w:rPr>
              <w:t>75.9</w:t>
            </w:r>
          </w:p>
        </w:tc>
        <w:tc>
          <w:tcPr>
            <w:tcW w:type="dxa" w:w="1295"/>
          </w:tcPr>
          <w:p>
            <w:pPr>
              <w:spacing w:after="0"/>
              <w:jc w:val="right"/>
            </w:pPr>
            <w:r>
              <w:rPr>
                <w:sz w:val="16"/>
              </w:rPr>
              <w:t>84.4</w:t>
            </w:r>
          </w:p>
        </w:tc>
        <w:tc>
          <w:tcPr>
            <w:tcW w:type="dxa" w:w="1235"/>
          </w:tcPr>
          <w:p>
            <w:pPr>
              <w:spacing w:after="0"/>
              <w:jc w:val="right"/>
            </w:pPr>
            <w:r>
              <w:rPr>
                <w:sz w:val="16"/>
              </w:rPr>
              <w:t>94.3</w:t>
            </w:r>
          </w:p>
        </w:tc>
        <w:tc>
          <w:tcPr>
            <w:tcW w:type="dxa" w:w="7078"/>
          </w:tcPr>
          <w:p>
            <w:pPr>
              <w:spacing w:after="0"/>
              <w:jc w:val="left"/>
            </w:pPr>
            <w:r>
              <w:rPr>
                <w:sz w:val="16"/>
              </w:rPr>
              <w:t>Relatively High 4, Relatively Moderate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5 of 5</w:t>
            </w:r>
          </w:p>
        </w:tc>
        <w:tc>
          <w:tcPr>
            <w:tcW w:type="dxa" w:w="1235"/>
          </w:tcPr>
          <w:p>
            <w:pPr>
              <w:spacing w:after="0"/>
              <w:jc w:val="right"/>
            </w:pPr>
            <w:r>
              <w:rPr>
                <w:sz w:val="16"/>
              </w:rPr>
              <w:t>91.2</w:t>
            </w:r>
          </w:p>
        </w:tc>
        <w:tc>
          <w:tcPr>
            <w:tcW w:type="dxa" w:w="1295"/>
          </w:tcPr>
          <w:p>
            <w:pPr>
              <w:spacing w:after="0"/>
              <w:jc w:val="right"/>
            </w:pPr>
            <w:r>
              <w:rPr>
                <w:sz w:val="16"/>
              </w:rPr>
              <w:t>94.7</w:t>
            </w:r>
          </w:p>
        </w:tc>
        <w:tc>
          <w:tcPr>
            <w:tcW w:type="dxa" w:w="1235"/>
          </w:tcPr>
          <w:p>
            <w:pPr>
              <w:spacing w:after="0"/>
              <w:jc w:val="right"/>
            </w:pPr>
            <w:r>
              <w:rPr>
                <w:sz w:val="16"/>
              </w:rPr>
              <w:t>98.2</w:t>
            </w:r>
          </w:p>
        </w:tc>
        <w:tc>
          <w:tcPr>
            <w:tcW w:type="dxa" w:w="7078"/>
          </w:tcPr>
          <w:p>
            <w:pPr>
              <w:spacing w:after="0"/>
              <w:jc w:val="left"/>
            </w:pPr>
            <w:r>
              <w:rPr>
                <w:sz w:val="16"/>
              </w:rPr>
              <w:t>Very High 1, Relatively High 4</w:t>
            </w:r>
          </w:p>
        </w:tc>
      </w:tr>
      <w:tr>
        <w:trPr>
          <w:cantSplit/>
        </w:trPr>
        <w:tc>
          <w:tcPr>
            <w:tcW w:type="dxa" w:w="1975"/>
          </w:tcPr>
          <w:p>
            <w:pPr>
              <w:spacing w:after="0"/>
              <w:jc w:val="left"/>
            </w:pPr>
            <w:r>
              <w:rPr>
                <w:sz w:val="16"/>
              </w:rPr>
              <w:t>Tornado</w:t>
            </w:r>
          </w:p>
        </w:tc>
        <w:tc>
          <w:tcPr>
            <w:tcW w:type="dxa" w:w="1295"/>
          </w:tcPr>
          <w:p>
            <w:pPr>
              <w:spacing w:after="0"/>
              <w:jc w:val="right"/>
            </w:pPr>
            <w:r>
              <w:rPr>
                <w:sz w:val="16"/>
              </w:rPr>
              <w:t>5 of 5</w:t>
            </w:r>
          </w:p>
        </w:tc>
        <w:tc>
          <w:tcPr>
            <w:tcW w:type="dxa" w:w="1235"/>
          </w:tcPr>
          <w:p>
            <w:pPr>
              <w:spacing w:after="0"/>
              <w:jc w:val="right"/>
            </w:pPr>
            <w:r>
              <w:rPr>
                <w:sz w:val="16"/>
              </w:rPr>
              <w:t>71.3</w:t>
            </w:r>
          </w:p>
        </w:tc>
        <w:tc>
          <w:tcPr>
            <w:tcW w:type="dxa" w:w="1295"/>
          </w:tcPr>
          <w:p>
            <w:pPr>
              <w:spacing w:after="0"/>
              <w:jc w:val="right"/>
            </w:pPr>
            <w:r>
              <w:rPr>
                <w:sz w:val="16"/>
              </w:rPr>
              <w:t>79.7</w:t>
            </w:r>
          </w:p>
        </w:tc>
        <w:tc>
          <w:tcPr>
            <w:tcW w:type="dxa" w:w="1235"/>
          </w:tcPr>
          <w:p>
            <w:pPr>
              <w:spacing w:after="0"/>
              <w:jc w:val="right"/>
            </w:pPr>
            <w:r>
              <w:rPr>
                <w:sz w:val="16"/>
              </w:rPr>
              <w:t>93.8</w:t>
            </w:r>
          </w:p>
        </w:tc>
        <w:tc>
          <w:tcPr>
            <w:tcW w:type="dxa" w:w="7078"/>
          </w:tcPr>
          <w:p>
            <w:pPr>
              <w:spacing w:after="0"/>
              <w:jc w:val="left"/>
            </w:pPr>
            <w:r>
              <w:rPr>
                <w:sz w:val="16"/>
              </w:rPr>
              <w:t>Very High 1, Relatively High 2, Relatively Moderate 2</w:t>
            </w:r>
          </w:p>
        </w:tc>
      </w:tr>
      <w:tr>
        <w:trPr>
          <w:cantSplit/>
        </w:trPr>
        <w:tc>
          <w:tcPr>
            <w:tcW w:type="dxa" w:w="1975"/>
          </w:tcPr>
          <w:p>
            <w:pPr>
              <w:spacing w:after="0"/>
              <w:jc w:val="left"/>
            </w:pPr>
            <w:r>
              <w:rPr>
                <w:sz w:val="16"/>
              </w:rPr>
              <w:t>Wildfire</w:t>
            </w:r>
          </w:p>
        </w:tc>
        <w:tc>
          <w:tcPr>
            <w:tcW w:type="dxa" w:w="1295"/>
          </w:tcPr>
          <w:p>
            <w:pPr>
              <w:spacing w:after="0"/>
              <w:jc w:val="right"/>
            </w:pPr>
            <w:r>
              <w:rPr>
                <w:sz w:val="16"/>
              </w:rPr>
              <w:t>5 of 5</w:t>
            </w:r>
          </w:p>
        </w:tc>
        <w:tc>
          <w:tcPr>
            <w:tcW w:type="dxa" w:w="1235"/>
          </w:tcPr>
          <w:p>
            <w:pPr>
              <w:spacing w:after="0"/>
              <w:jc w:val="right"/>
            </w:pPr>
            <w:r>
              <w:rPr>
                <w:sz w:val="16"/>
              </w:rPr>
              <w:t>45.2</w:t>
            </w:r>
          </w:p>
        </w:tc>
        <w:tc>
          <w:tcPr>
            <w:tcW w:type="dxa" w:w="1295"/>
          </w:tcPr>
          <w:p>
            <w:pPr>
              <w:spacing w:after="0"/>
              <w:jc w:val="right"/>
            </w:pPr>
            <w:r>
              <w:rPr>
                <w:sz w:val="16"/>
              </w:rPr>
              <w:t>56.5</w:t>
            </w:r>
          </w:p>
        </w:tc>
        <w:tc>
          <w:tcPr>
            <w:tcW w:type="dxa" w:w="1235"/>
          </w:tcPr>
          <w:p>
            <w:pPr>
              <w:spacing w:after="0"/>
              <w:jc w:val="right"/>
            </w:pPr>
            <w:r>
              <w:rPr>
                <w:sz w:val="16"/>
              </w:rPr>
              <w:t>65.1</w:t>
            </w:r>
          </w:p>
        </w:tc>
        <w:tc>
          <w:tcPr>
            <w:tcW w:type="dxa" w:w="7078"/>
          </w:tcPr>
          <w:p>
            <w:pPr>
              <w:spacing w:after="0"/>
              <w:jc w:val="left"/>
            </w:pPr>
            <w:r>
              <w:rPr>
                <w:sz w:val="16"/>
              </w:rPr>
              <w:t>Very Low 5</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5 of 5</w:t>
            </w:r>
          </w:p>
        </w:tc>
        <w:tc>
          <w:tcPr>
            <w:tcW w:type="dxa" w:w="1235"/>
          </w:tcPr>
          <w:p>
            <w:pPr>
              <w:spacing w:after="0"/>
              <w:jc w:val="right"/>
            </w:pPr>
            <w:r>
              <w:rPr>
                <w:sz w:val="16"/>
              </w:rPr>
              <w:t>77.5</w:t>
            </w:r>
          </w:p>
        </w:tc>
        <w:tc>
          <w:tcPr>
            <w:tcW w:type="dxa" w:w="1295"/>
          </w:tcPr>
          <w:p>
            <w:pPr>
              <w:spacing w:after="0"/>
              <w:jc w:val="right"/>
            </w:pPr>
            <w:r>
              <w:rPr>
                <w:sz w:val="16"/>
              </w:rPr>
              <w:t>84.6</w:t>
            </w:r>
          </w:p>
        </w:tc>
        <w:tc>
          <w:tcPr>
            <w:tcW w:type="dxa" w:w="1235"/>
          </w:tcPr>
          <w:p>
            <w:pPr>
              <w:spacing w:after="0"/>
              <w:jc w:val="right"/>
            </w:pPr>
            <w:r>
              <w:rPr>
                <w:sz w:val="16"/>
              </w:rPr>
              <w:t>94.0</w:t>
            </w:r>
          </w:p>
        </w:tc>
        <w:tc>
          <w:tcPr>
            <w:tcW w:type="dxa" w:w="7078"/>
          </w:tcPr>
          <w:p>
            <w:pPr>
              <w:spacing w:after="0"/>
              <w:jc w:val="left"/>
            </w:pPr>
            <w:r>
              <w:rPr>
                <w:sz w:val="16"/>
              </w:rPr>
              <w:t>Relatively High 3,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2"/>
        <w:gridCol w:w="1533"/>
        <w:gridCol w:w="2909"/>
        <w:gridCol w:w="2319"/>
        <w:gridCol w:w="3007"/>
        <w:gridCol w:w="2712"/>
      </w:tblGrid>
      <w:tr>
        <w:trPr>
          <w:cantSplit/>
          <w:tblHeader/>
        </w:trPr>
        <w:tc>
          <w:tcPr>
            <w:tcW w:type="dxa" w:w="1632"/>
            <w:shd w:val="clear" w:color="auto" w:fill="E8E8E8"/>
          </w:tcPr>
          <w:p>
            <w:pPr>
              <w:spacing w:after="0"/>
              <w:jc w:val="left"/>
            </w:pPr>
            <w:r>
              <w:rPr>
                <w:b/>
                <w:sz w:val="16"/>
              </w:rPr>
              <w:t>Jurisdiction</w:t>
            </w:r>
          </w:p>
        </w:tc>
        <w:tc>
          <w:tcPr>
            <w:tcW w:type="dxa" w:w="1533"/>
            <w:shd w:val="clear" w:color="auto" w:fill="E8E8E8"/>
          </w:tcPr>
          <w:p>
            <w:pPr>
              <w:spacing w:after="0"/>
              <w:jc w:val="left"/>
            </w:pPr>
            <w:r>
              <w:rPr>
                <w:b/>
                <w:sz w:val="16"/>
              </w:rPr>
              <w:t>Type</w:t>
            </w:r>
          </w:p>
        </w:tc>
        <w:tc>
          <w:tcPr>
            <w:tcW w:type="dxa" w:w="2909"/>
            <w:shd w:val="clear" w:color="auto" w:fill="E8E8E8"/>
          </w:tcPr>
          <w:p>
            <w:pPr>
              <w:spacing w:after="0"/>
              <w:jc w:val="left"/>
            </w:pPr>
            <w:r>
              <w:rPr>
                <w:b/>
                <w:sz w:val="16"/>
              </w:rPr>
              <w:t>Plan status</w:t>
            </w:r>
          </w:p>
        </w:tc>
        <w:tc>
          <w:tcPr>
            <w:tcW w:type="dxa" w:w="23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00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1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2"/>
          </w:tcPr>
          <w:p>
            <w:pPr>
              <w:spacing w:after="0"/>
              <w:jc w:val="left"/>
            </w:pPr>
            <w:r>
              <w:rPr>
                <w:sz w:val="16"/>
              </w:rPr>
              <w:t>Crockett County (unincorporated area)</w:t>
            </w:r>
          </w:p>
        </w:tc>
        <w:tc>
          <w:tcPr>
            <w:tcW w:type="dxa" w:w="1533"/>
          </w:tcPr>
          <w:p>
            <w:pPr>
              <w:spacing w:after="0"/>
              <w:jc w:val="left"/>
            </w:pPr>
            <w:r>
              <w:rPr>
                <w:sz w:val="16"/>
              </w:rPr>
              <w:t>Unincorporated</w:t>
            </w:r>
          </w:p>
        </w:tc>
        <w:tc>
          <w:tcPr>
            <w:tcW w:type="dxa" w:w="2909"/>
          </w:tcPr>
          <w:p>
            <w:pPr>
              <w:spacing w:after="0"/>
              <w:jc w:val="left"/>
            </w:pPr>
            <w:r>
              <w:rPr>
                <w:sz w:val="16"/>
              </w:rPr>
              <w:t>Approved, expires 2027-12-18</w:t>
            </w:r>
          </w:p>
        </w:tc>
        <w:tc>
          <w:tcPr>
            <w:tcW w:type="dxa" w:w="2319"/>
          </w:tcPr>
          <w:p>
            <w:pPr>
              <w:spacing w:after="0"/>
              <w:jc w:val="right"/>
            </w:pPr>
            <w:r>
              <w:rPr>
                <w:sz w:val="16"/>
              </w:rPr>
              <w:t>FMA RL 0, SRL 0; any 0</w:t>
            </w:r>
          </w:p>
        </w:tc>
        <w:tc>
          <w:tcPr>
            <w:tcW w:type="dxa" w:w="3007"/>
          </w:tcPr>
          <w:p>
            <w:pPr>
              <w:spacing w:after="0"/>
              <w:jc w:val="right"/>
            </w:pPr>
            <w:r>
              <w:rPr>
                <w:sz w:val="16"/>
              </w:rPr>
              <w:t>$94,339.41</w:t>
            </w:r>
          </w:p>
        </w:tc>
        <w:tc>
          <w:tcPr>
            <w:tcW w:type="dxa" w:w="2712"/>
          </w:tcPr>
          <w:p>
            <w:pPr>
              <w:spacing w:after="0"/>
              <w:jc w:val="right"/>
            </w:pPr>
            <w:r>
              <w:rPr>
                <w:sz w:val="16"/>
              </w:rPr>
              <w:t>0 total; 0 since its plan</w:t>
            </w:r>
          </w:p>
        </w:tc>
      </w:tr>
      <w:tr>
        <w:trPr>
          <w:cantSplit/>
        </w:trPr>
        <w:tc>
          <w:tcPr>
            <w:tcW w:type="dxa" w:w="1632"/>
          </w:tcPr>
          <w:p>
            <w:pPr>
              <w:spacing w:after="0"/>
              <w:jc w:val="left"/>
            </w:pPr>
            <w:r>
              <w:rPr>
                <w:sz w:val="16"/>
              </w:rPr>
              <w:t>Alamo town</w:t>
            </w:r>
          </w:p>
        </w:tc>
        <w:tc>
          <w:tcPr>
            <w:tcW w:type="dxa" w:w="1533"/>
          </w:tcPr>
          <w:p>
            <w:pPr>
              <w:spacing w:after="0"/>
              <w:jc w:val="left"/>
            </w:pPr>
            <w:r>
              <w:rPr>
                <w:sz w:val="16"/>
              </w:rPr>
              <w:t>Town</w:t>
            </w:r>
          </w:p>
        </w:tc>
        <w:tc>
          <w:tcPr>
            <w:tcW w:type="dxa" w:w="2909"/>
          </w:tcPr>
          <w:p>
            <w:pPr>
              <w:spacing w:after="0"/>
              <w:jc w:val="left"/>
            </w:pPr>
            <w:r>
              <w:rPr>
                <w:sz w:val="16"/>
              </w:rPr>
              <w:t>Approved, expires 2027-12-18</w:t>
            </w:r>
          </w:p>
        </w:tc>
        <w:tc>
          <w:tcPr>
            <w:tcW w:type="dxa" w:w="2319"/>
          </w:tcPr>
          <w:p>
            <w:pPr>
              <w:spacing w:after="0"/>
              <w:jc w:val="right"/>
            </w:pPr>
            <w:r>
              <w:rPr>
                <w:sz w:val="16"/>
              </w:rPr>
              <w:t>FMA RL 0, SRL 1; any 1</w:t>
            </w:r>
          </w:p>
        </w:tc>
        <w:tc>
          <w:tcPr>
            <w:tcW w:type="dxa" w:w="3007"/>
          </w:tcPr>
          <w:p>
            <w:pPr>
              <w:spacing w:after="0"/>
              <w:jc w:val="right"/>
            </w:pPr>
            <w:r>
              <w:rPr>
                <w:sz w:val="16"/>
              </w:rPr>
              <w:t>$19,656.58</w:t>
            </w:r>
          </w:p>
        </w:tc>
        <w:tc>
          <w:tcPr>
            <w:tcW w:type="dxa" w:w="2712"/>
          </w:tcPr>
          <w:p>
            <w:pPr>
              <w:spacing w:after="0"/>
              <w:jc w:val="right"/>
            </w:pPr>
            <w:r>
              <w:rPr>
                <w:sz w:val="16"/>
              </w:rPr>
              <w:t>33 total; 3 since its plan</w:t>
            </w:r>
          </w:p>
        </w:tc>
      </w:tr>
      <w:tr>
        <w:trPr>
          <w:cantSplit/>
        </w:trPr>
        <w:tc>
          <w:tcPr>
            <w:tcW w:type="dxa" w:w="1632"/>
          </w:tcPr>
          <w:p>
            <w:pPr>
              <w:spacing w:after="0"/>
              <w:jc w:val="left"/>
            </w:pPr>
            <w:r>
              <w:rPr>
                <w:sz w:val="16"/>
              </w:rPr>
              <w:t>Bells city</w:t>
            </w:r>
          </w:p>
        </w:tc>
        <w:tc>
          <w:tcPr>
            <w:tcW w:type="dxa" w:w="1533"/>
          </w:tcPr>
          <w:p>
            <w:pPr>
              <w:spacing w:after="0"/>
              <w:jc w:val="left"/>
            </w:pPr>
            <w:r>
              <w:rPr>
                <w:sz w:val="16"/>
              </w:rPr>
              <w:t>City</w:t>
            </w:r>
          </w:p>
        </w:tc>
        <w:tc>
          <w:tcPr>
            <w:tcW w:type="dxa" w:w="2909"/>
          </w:tcPr>
          <w:p>
            <w:pPr>
              <w:spacing w:after="0"/>
              <w:jc w:val="left"/>
            </w:pPr>
            <w:r>
              <w:rPr>
                <w:sz w:val="16"/>
              </w:rPr>
              <w:t>Approved, expires 2027-12-18</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21 total; 2 since its plan</w:t>
            </w:r>
          </w:p>
        </w:tc>
      </w:tr>
      <w:tr>
        <w:trPr>
          <w:cantSplit/>
        </w:trPr>
        <w:tc>
          <w:tcPr>
            <w:tcW w:type="dxa" w:w="1632"/>
          </w:tcPr>
          <w:p>
            <w:pPr>
              <w:spacing w:after="0"/>
              <w:jc w:val="left"/>
            </w:pPr>
            <w:r>
              <w:rPr>
                <w:sz w:val="16"/>
              </w:rPr>
              <w:t>Friendship city</w:t>
            </w:r>
          </w:p>
        </w:tc>
        <w:tc>
          <w:tcPr>
            <w:tcW w:type="dxa" w:w="1533"/>
          </w:tcPr>
          <w:p>
            <w:pPr>
              <w:spacing w:after="0"/>
              <w:jc w:val="left"/>
            </w:pPr>
            <w:r>
              <w:rPr>
                <w:sz w:val="16"/>
              </w:rPr>
              <w:t>City</w:t>
            </w:r>
          </w:p>
        </w:tc>
        <w:tc>
          <w:tcPr>
            <w:tcW w:type="dxa" w:w="2909"/>
          </w:tcPr>
          <w:p>
            <w:pPr>
              <w:spacing w:after="0"/>
              <w:jc w:val="left"/>
            </w:pPr>
            <w:r>
              <w:rPr>
                <w:sz w:val="16"/>
              </w:rPr>
              <w:t>Approved, expires 2027-12-18</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22 total; 1 since its plan</w:t>
            </w:r>
          </w:p>
        </w:tc>
      </w:tr>
      <w:tr>
        <w:trPr>
          <w:cantSplit/>
        </w:trPr>
        <w:tc>
          <w:tcPr>
            <w:tcW w:type="dxa" w:w="1632"/>
          </w:tcPr>
          <w:p>
            <w:pPr>
              <w:spacing w:after="0"/>
              <w:jc w:val="left"/>
            </w:pPr>
            <w:r>
              <w:rPr>
                <w:sz w:val="16"/>
              </w:rPr>
              <w:t>Gadsden town</w:t>
            </w:r>
          </w:p>
        </w:tc>
        <w:tc>
          <w:tcPr>
            <w:tcW w:type="dxa" w:w="1533"/>
          </w:tcPr>
          <w:p>
            <w:pPr>
              <w:spacing w:after="0"/>
              <w:jc w:val="left"/>
            </w:pPr>
            <w:r>
              <w:rPr>
                <w:sz w:val="16"/>
              </w:rPr>
              <w:t>Town</w:t>
            </w:r>
          </w:p>
        </w:tc>
        <w:tc>
          <w:tcPr>
            <w:tcW w:type="dxa" w:w="2909"/>
          </w:tcPr>
          <w:p>
            <w:pPr>
              <w:spacing w:after="0"/>
              <w:jc w:val="left"/>
            </w:pPr>
            <w:r>
              <w:rPr>
                <w:sz w:val="16"/>
              </w:rPr>
              <w:t>Approved, expires 2027-12-18</w:t>
            </w:r>
          </w:p>
        </w:tc>
        <w:tc>
          <w:tcPr>
            <w:tcW w:type="dxa" w:w="2319"/>
          </w:tcPr>
          <w:p>
            <w:pPr>
              <w:spacing w:after="0"/>
              <w:jc w:val="right"/>
            </w:pPr>
            <w:r>
              <w:rPr>
                <w:sz w:val="16"/>
              </w:rPr>
              <w:t>FMA RL 0, SRL 0; any 0</w:t>
            </w:r>
          </w:p>
        </w:tc>
        <w:tc>
          <w:tcPr>
            <w:tcW w:type="dxa" w:w="3007"/>
          </w:tcPr>
          <w:p>
            <w:pPr>
              <w:spacing w:after="0"/>
              <w:jc w:val="right"/>
            </w:pPr>
            <w:r>
              <w:rPr>
                <w:sz w:val="16"/>
              </w:rPr>
              <w:t>$76,691.98</w:t>
            </w:r>
          </w:p>
        </w:tc>
        <w:tc>
          <w:tcPr>
            <w:tcW w:type="dxa" w:w="2712"/>
          </w:tcPr>
          <w:p>
            <w:pPr>
              <w:spacing w:after="0"/>
              <w:jc w:val="right"/>
            </w:pPr>
            <w:r>
              <w:rPr>
                <w:sz w:val="16"/>
              </w:rPr>
              <w:t>12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0"/>
        <w:gridCol w:w="1037"/>
        <w:gridCol w:w="1126"/>
        <w:gridCol w:w="1086"/>
        <w:gridCol w:w="1305"/>
        <w:gridCol w:w="1154"/>
        <w:gridCol w:w="1066"/>
        <w:gridCol w:w="1321"/>
        <w:gridCol w:w="13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2022-12-19</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$2,635,872,797</w:t>
            </w:r>
          </w:p>
        </w:tc>
        <w:tc>
          <w:tcPr>
            <w:tcW w:type="dxa" w:w="1215"/>
          </w:tcPr>
          <w:p>
            <w:pPr>
              <w:spacing w:after="0"/>
              <w:jc w:val="right"/>
            </w:pPr>
            <w:r>
              <w:rPr>
                <w:sz w:val="16"/>
              </w:rPr>
              <w:t>$105,039,300</w:t>
            </w:r>
          </w:p>
        </w:tc>
        <w:tc>
          <w:tcPr>
            <w:tcW w:type="dxa" w:w="1040"/>
          </w:tcPr>
          <w:p>
            <w:pPr>
              <w:spacing w:after="0"/>
              <w:jc w:val="right"/>
            </w:pPr>
            <w:r>
              <w:rPr>
                <w:sz w:val="16"/>
              </w:rPr>
              <w:t>13,873</w:t>
            </w:r>
          </w:p>
        </w:tc>
        <w:tc>
          <w:tcPr>
            <w:tcW w:type="dxa" w:w="1037"/>
          </w:tcPr>
          <w:p>
            <w:pPr>
              <w:spacing w:after="0"/>
              <w:jc w:val="right"/>
            </w:pPr>
            <w:r>
              <w:rPr>
                <w:sz w:val="16"/>
              </w:rPr>
              <w:t>$59</w:t>
            </w:r>
          </w:p>
        </w:tc>
        <w:tc>
          <w:tcPr>
            <w:tcW w:type="dxa" w:w="1126"/>
          </w:tcPr>
          <w:p>
            <w:pPr>
              <w:spacing w:after="0"/>
              <w:jc w:val="right"/>
            </w:pPr>
            <w:r>
              <w:rPr>
                <w:sz w:val="16"/>
              </w:rPr>
              <w:t>$16,587</w:t>
            </w:r>
          </w:p>
        </w:tc>
        <w:tc>
          <w:tcPr>
            <w:tcW w:type="dxa" w:w="1086"/>
          </w:tcPr>
          <w:p>
            <w:pPr>
              <w:spacing w:after="0"/>
              <w:jc w:val="right"/>
            </w:pPr>
            <w:r>
              <w:rPr>
                <w:sz w:val="16"/>
              </w:rPr>
              <w:t>$1,128,108</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$68,079,116</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$213,531</w:t>
            </w:r>
          </w:p>
        </w:tc>
        <w:tc>
          <w:tcPr>
            <w:tcW w:type="dxa" w:w="1086"/>
          </w:tcPr>
          <w:p>
            <w:pPr>
              <w:spacing w:after="0"/>
              <w:jc w:val="right"/>
            </w:pPr>
            <w:r>
              <w:rPr>
                <w:sz w:val="16"/>
              </w:rPr>
              <w:t>n/a</w:t>
            </w:r>
          </w:p>
        </w:tc>
        <w:tc>
          <w:tcPr>
            <w:tcW w:type="dxa" w:w="1305"/>
          </w:tcPr>
          <w:p>
            <w:pPr>
              <w:spacing w:after="0"/>
              <w:jc w:val="right"/>
            </w:pPr>
            <w:r>
              <w:rPr>
                <w:sz w:val="16"/>
              </w:rPr>
              <w:t>0.314% (agriculture)</w:t>
            </w:r>
          </w:p>
        </w:tc>
        <w:tc>
          <w:tcPr>
            <w:tcW w:type="dxa" w:w="1154"/>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3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$4,522,092,227</w:t>
            </w:r>
          </w:p>
        </w:tc>
        <w:tc>
          <w:tcPr>
            <w:tcW w:type="dxa" w:w="1215"/>
          </w:tcPr>
          <w:p>
            <w:pPr>
              <w:spacing w:after="0"/>
              <w:jc w:val="right"/>
            </w:pPr>
            <w:r>
              <w:rPr>
                <w:sz w:val="16"/>
              </w:rPr>
              <w:t>n/a</w:t>
            </w:r>
          </w:p>
        </w:tc>
        <w:tc>
          <w:tcPr>
            <w:tcW w:type="dxa" w:w="1040"/>
          </w:tcPr>
          <w:p>
            <w:pPr>
              <w:spacing w:after="0"/>
              <w:jc w:val="right"/>
            </w:pPr>
            <w:r>
              <w:rPr>
                <w:sz w:val="16"/>
              </w:rPr>
              <w:t>13,911</w:t>
            </w:r>
          </w:p>
        </w:tc>
        <w:tc>
          <w:tcPr>
            <w:tcW w:type="dxa" w:w="1037"/>
          </w:tcPr>
          <w:p>
            <w:pPr>
              <w:spacing w:after="0"/>
              <w:jc w:val="right"/>
            </w:pPr>
            <w:r>
              <w:rPr>
                <w:sz w:val="16"/>
              </w:rPr>
              <w:t>$3,423,436</w:t>
            </w:r>
          </w:p>
        </w:tc>
        <w:tc>
          <w:tcPr>
            <w:tcW w:type="dxa" w:w="1126"/>
          </w:tcPr>
          <w:p>
            <w:pPr>
              <w:spacing w:after="0"/>
              <w:jc w:val="right"/>
            </w:pPr>
            <w:r>
              <w:rPr>
                <w:sz w:val="16"/>
              </w:rPr>
              <w:t>n/a</w:t>
            </w:r>
          </w:p>
        </w:tc>
        <w:tc>
          <w:tcPr>
            <w:tcW w:type="dxa" w:w="1086"/>
          </w:tcPr>
          <w:p>
            <w:pPr>
              <w:spacing w:after="0"/>
              <w:jc w:val="right"/>
            </w:pPr>
            <w:r>
              <w:rPr>
                <w:sz w:val="16"/>
              </w:rPr>
              <w:t>$3,983,341</w:t>
            </w:r>
          </w:p>
        </w:tc>
        <w:tc>
          <w:tcPr>
            <w:tcW w:type="dxa" w:w="1305"/>
          </w:tcPr>
          <w:p>
            <w:pPr>
              <w:spacing w:after="0"/>
              <w:jc w:val="right"/>
            </w:pPr>
            <w:r>
              <w:rPr>
                <w:sz w:val="16"/>
              </w:rPr>
              <w:t>0.0757%</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$2,635,872,797</w:t>
            </w:r>
          </w:p>
        </w:tc>
        <w:tc>
          <w:tcPr>
            <w:tcW w:type="dxa" w:w="1215"/>
          </w:tcPr>
          <w:p>
            <w:pPr>
              <w:spacing w:after="0"/>
              <w:jc w:val="right"/>
            </w:pPr>
            <w:r>
              <w:rPr>
                <w:sz w:val="16"/>
              </w:rPr>
              <w:t>$105,039,300</w:t>
            </w:r>
          </w:p>
        </w:tc>
        <w:tc>
          <w:tcPr>
            <w:tcW w:type="dxa" w:w="1040"/>
          </w:tcPr>
          <w:p>
            <w:pPr>
              <w:spacing w:after="0"/>
              <w:jc w:val="right"/>
            </w:pPr>
            <w:r>
              <w:rPr>
                <w:sz w:val="16"/>
              </w:rPr>
              <w:t>13,873</w:t>
            </w:r>
          </w:p>
        </w:tc>
        <w:tc>
          <w:tcPr>
            <w:tcW w:type="dxa" w:w="1037"/>
          </w:tcPr>
          <w:p>
            <w:pPr>
              <w:spacing w:after="0"/>
              <w:jc w:val="right"/>
            </w:pPr>
            <w:r>
              <w:rPr>
                <w:sz w:val="16"/>
              </w:rPr>
              <w:t>$20,765</w:t>
            </w:r>
          </w:p>
        </w:tc>
        <w:tc>
          <w:tcPr>
            <w:tcW w:type="dxa" w:w="1126"/>
          </w:tcPr>
          <w:p>
            <w:pPr>
              <w:spacing w:after="0"/>
              <w:jc w:val="right"/>
            </w:pPr>
            <w:r>
              <w:rPr>
                <w:sz w:val="16"/>
              </w:rPr>
              <w:t>$458</w:t>
            </w:r>
          </w:p>
        </w:tc>
        <w:tc>
          <w:tcPr>
            <w:tcW w:type="dxa" w:w="1086"/>
          </w:tcPr>
          <w:p>
            <w:pPr>
              <w:spacing w:after="0"/>
              <w:jc w:val="right"/>
            </w:pPr>
            <w:r>
              <w:rPr>
                <w:sz w:val="16"/>
              </w:rPr>
              <w:t>$303</w:t>
            </w:r>
          </w:p>
        </w:tc>
        <w:tc>
          <w:tcPr>
            <w:tcW w:type="dxa" w:w="1305"/>
          </w:tcPr>
          <w:p>
            <w:pPr>
              <w:spacing w:after="0"/>
              <w:jc w:val="right"/>
            </w:pPr>
            <w:r>
              <w:rPr>
                <w:sz w:val="16"/>
              </w:rPr>
              <w:t>0.000788%</w:t>
            </w:r>
          </w:p>
        </w:tc>
        <w:tc>
          <w:tcPr>
            <w:tcW w:type="dxa" w:w="1154"/>
          </w:tcPr>
          <w:p>
            <w:pPr>
              <w:spacing w:after="0"/>
              <w:jc w:val="right"/>
            </w:pPr>
            <w:r>
              <w:rPr>
                <w:sz w:val="16"/>
              </w:rPr>
              <w:t>$0</w:t>
            </w: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$2,635,872,797</w:t>
            </w:r>
          </w:p>
        </w:tc>
        <w:tc>
          <w:tcPr>
            <w:tcW w:type="dxa" w:w="1215"/>
          </w:tcPr>
          <w:p>
            <w:pPr>
              <w:spacing w:after="0"/>
              <w:jc w:val="right"/>
            </w:pPr>
            <w:r>
              <w:rPr>
                <w:sz w:val="16"/>
              </w:rPr>
              <w:t>$105,039,300</w:t>
            </w:r>
          </w:p>
        </w:tc>
        <w:tc>
          <w:tcPr>
            <w:tcW w:type="dxa" w:w="1040"/>
          </w:tcPr>
          <w:p>
            <w:pPr>
              <w:spacing w:after="0"/>
              <w:jc w:val="right"/>
            </w:pPr>
            <w:r>
              <w:rPr>
                <w:sz w:val="16"/>
              </w:rPr>
              <w:t>13,873</w:t>
            </w:r>
          </w:p>
        </w:tc>
        <w:tc>
          <w:tcPr>
            <w:tcW w:type="dxa" w:w="1037"/>
          </w:tcPr>
          <w:p>
            <w:pPr>
              <w:spacing w:after="0"/>
              <w:jc w:val="right"/>
            </w:pPr>
            <w:r>
              <w:rPr>
                <w:sz w:val="16"/>
              </w:rPr>
              <w:t>$20</w:t>
            </w:r>
          </w:p>
        </w:tc>
        <w:tc>
          <w:tcPr>
            <w:tcW w:type="dxa" w:w="1126"/>
          </w:tcPr>
          <w:p>
            <w:pPr>
              <w:spacing w:after="0"/>
              <w:jc w:val="right"/>
            </w:pPr>
            <w:r>
              <w:rPr>
                <w:sz w:val="16"/>
              </w:rPr>
              <w:t>$426</w:t>
            </w:r>
          </w:p>
        </w:tc>
        <w:tc>
          <w:tcPr>
            <w:tcW w:type="dxa" w:w="1086"/>
          </w:tcPr>
          <w:p>
            <w:pPr>
              <w:spacing w:after="0"/>
              <w:jc w:val="right"/>
            </w:pPr>
            <w:r>
              <w:rPr>
                <w:sz w:val="16"/>
              </w:rPr>
              <w:t>$401,548</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$2,635,872,797</w:t>
            </w:r>
          </w:p>
        </w:tc>
        <w:tc>
          <w:tcPr>
            <w:tcW w:type="dxa" w:w="1215"/>
          </w:tcPr>
          <w:p>
            <w:pPr>
              <w:spacing w:after="0"/>
              <w:jc w:val="right"/>
            </w:pPr>
            <w:r>
              <w:rPr>
                <w:sz w:val="16"/>
              </w:rPr>
              <w:t>$103,749,093</w:t>
            </w:r>
          </w:p>
        </w:tc>
        <w:tc>
          <w:tcPr>
            <w:tcW w:type="dxa" w:w="1040"/>
          </w:tcPr>
          <w:p>
            <w:pPr>
              <w:spacing w:after="0"/>
              <w:jc w:val="right"/>
            </w:pPr>
            <w:r>
              <w:rPr>
                <w:sz w:val="16"/>
              </w:rPr>
              <w:t>13,873</w:t>
            </w:r>
          </w:p>
        </w:tc>
        <w:tc>
          <w:tcPr>
            <w:tcW w:type="dxa" w:w="1037"/>
          </w:tcPr>
          <w:p>
            <w:pPr>
              <w:spacing w:after="0"/>
              <w:jc w:val="right"/>
            </w:pPr>
            <w:r>
              <w:rPr>
                <w:sz w:val="16"/>
              </w:rPr>
              <w:t>$15,929</w:t>
            </w:r>
          </w:p>
        </w:tc>
        <w:tc>
          <w:tcPr>
            <w:tcW w:type="dxa" w:w="1126"/>
          </w:tcPr>
          <w:p>
            <w:pPr>
              <w:spacing w:after="0"/>
              <w:jc w:val="right"/>
            </w:pPr>
            <w:r>
              <w:rPr>
                <w:sz w:val="16"/>
              </w:rPr>
              <w:t>$24,457</w:t>
            </w:r>
          </w:p>
        </w:tc>
        <w:tc>
          <w:tcPr>
            <w:tcW w:type="dxa" w:w="1086"/>
          </w:tcPr>
          <w:p>
            <w:pPr>
              <w:spacing w:after="0"/>
              <w:jc w:val="right"/>
            </w:pPr>
            <w:r>
              <w:rPr>
                <w:sz w:val="16"/>
              </w:rPr>
              <w:t>$517</w:t>
            </w:r>
          </w:p>
        </w:tc>
        <w:tc>
          <w:tcPr>
            <w:tcW w:type="dxa" w:w="1305"/>
          </w:tcPr>
          <w:p>
            <w:pPr>
              <w:spacing w:after="0"/>
              <w:jc w:val="right"/>
            </w:pPr>
            <w:r>
              <w:rPr>
                <w:sz w:val="16"/>
              </w:rPr>
              <w:t>0.000604%</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$2,635,872,797</w:t>
            </w:r>
          </w:p>
        </w:tc>
        <w:tc>
          <w:tcPr>
            <w:tcW w:type="dxa" w:w="1215"/>
          </w:tcPr>
          <w:p>
            <w:pPr>
              <w:spacing w:after="0"/>
              <w:jc w:val="right"/>
            </w:pPr>
            <w:r>
              <w:rPr>
                <w:sz w:val="16"/>
              </w:rPr>
              <w:t>n/a</w:t>
            </w:r>
          </w:p>
        </w:tc>
        <w:tc>
          <w:tcPr>
            <w:tcW w:type="dxa" w:w="1040"/>
          </w:tcPr>
          <w:p>
            <w:pPr>
              <w:spacing w:after="0"/>
              <w:jc w:val="right"/>
            </w:pPr>
            <w:r>
              <w:rPr>
                <w:sz w:val="16"/>
              </w:rPr>
              <w:t>13,873</w:t>
            </w:r>
          </w:p>
        </w:tc>
        <w:tc>
          <w:tcPr>
            <w:tcW w:type="dxa" w:w="1037"/>
          </w:tcPr>
          <w:p>
            <w:pPr>
              <w:spacing w:after="0"/>
              <w:jc w:val="right"/>
            </w:pPr>
            <w:r>
              <w:rPr>
                <w:sz w:val="16"/>
              </w:rPr>
              <w:t>$120,684</w:t>
            </w:r>
          </w:p>
        </w:tc>
        <w:tc>
          <w:tcPr>
            <w:tcW w:type="dxa" w:w="1126"/>
          </w:tcPr>
          <w:p>
            <w:pPr>
              <w:spacing w:after="0"/>
              <w:jc w:val="right"/>
            </w:pPr>
            <w:r>
              <w:rPr>
                <w:sz w:val="16"/>
              </w:rPr>
              <w:t>n/a</w:t>
            </w:r>
          </w:p>
        </w:tc>
        <w:tc>
          <w:tcPr>
            <w:tcW w:type="dxa" w:w="1086"/>
          </w:tcPr>
          <w:p>
            <w:pPr>
              <w:spacing w:after="0"/>
              <w:jc w:val="right"/>
            </w:pPr>
            <w:r>
              <w:rPr>
                <w:sz w:val="16"/>
              </w:rPr>
              <w:t>$32,140</w:t>
            </w:r>
          </w:p>
        </w:tc>
        <w:tc>
          <w:tcPr>
            <w:tcW w:type="dxa" w:w="1305"/>
          </w:tcPr>
          <w:p>
            <w:pPr>
              <w:spacing w:after="0"/>
              <w:jc w:val="right"/>
            </w:pPr>
            <w:r>
              <w:rPr>
                <w:sz w:val="16"/>
              </w:rPr>
              <w:t>0.00458%</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$2,635,543,279</w:t>
            </w:r>
          </w:p>
        </w:tc>
        <w:tc>
          <w:tcPr>
            <w:tcW w:type="dxa" w:w="1215"/>
          </w:tcPr>
          <w:p>
            <w:pPr>
              <w:spacing w:after="0"/>
              <w:jc w:val="right"/>
            </w:pPr>
            <w:r>
              <w:rPr>
                <w:sz w:val="16"/>
              </w:rPr>
              <w:t>$16,982,380</w:t>
            </w:r>
          </w:p>
        </w:tc>
        <w:tc>
          <w:tcPr>
            <w:tcW w:type="dxa" w:w="1040"/>
          </w:tcPr>
          <w:p>
            <w:pPr>
              <w:spacing w:after="0"/>
              <w:jc w:val="right"/>
            </w:pPr>
            <w:r>
              <w:rPr>
                <w:sz w:val="16"/>
              </w:rPr>
              <w:t>173</w:t>
            </w:r>
          </w:p>
        </w:tc>
        <w:tc>
          <w:tcPr>
            <w:tcW w:type="dxa" w:w="1037"/>
          </w:tcPr>
          <w:p>
            <w:pPr>
              <w:spacing w:after="0"/>
              <w:jc w:val="right"/>
            </w:pPr>
            <w:r>
              <w:rPr>
                <w:sz w:val="16"/>
              </w:rPr>
              <w:t>$1,237,108</w:t>
            </w:r>
          </w:p>
        </w:tc>
        <w:tc>
          <w:tcPr>
            <w:tcW w:type="dxa" w:w="1126"/>
          </w:tcPr>
          <w:p>
            <w:pPr>
              <w:spacing w:after="0"/>
              <w:jc w:val="right"/>
            </w:pPr>
            <w:r>
              <w:rPr>
                <w:sz w:val="16"/>
              </w:rPr>
              <w:t>$663</w:t>
            </w:r>
          </w:p>
        </w:tc>
        <w:tc>
          <w:tcPr>
            <w:tcW w:type="dxa" w:w="1086"/>
          </w:tcPr>
          <w:p>
            <w:pPr>
              <w:spacing w:after="0"/>
              <w:jc w:val="right"/>
            </w:pPr>
            <w:r>
              <w:rPr>
                <w:sz w:val="16"/>
              </w:rPr>
              <w:t>$6,179</w:t>
            </w:r>
          </w:p>
        </w:tc>
        <w:tc>
          <w:tcPr>
            <w:tcW w:type="dxa" w:w="1305"/>
          </w:tcPr>
          <w:p>
            <w:pPr>
              <w:spacing w:after="0"/>
              <w:jc w:val="right"/>
            </w:pPr>
            <w:r>
              <w:rPr>
                <w:sz w:val="16"/>
              </w:rPr>
              <w:t>n/a (see note)</w:t>
            </w:r>
          </w:p>
        </w:tc>
        <w:tc>
          <w:tcPr>
            <w:tcW w:type="dxa" w:w="1154"/>
          </w:tcPr>
          <w:p>
            <w:pPr>
              <w:spacing w:after="0"/>
              <w:jc w:val="right"/>
            </w:pPr>
            <w:r>
              <w:rPr>
                <w:sz w:val="16"/>
              </w:rPr>
              <w:t>$14,000</w:t>
            </w:r>
          </w:p>
        </w:tc>
        <w:tc>
          <w:tcPr>
            <w:tcW w:type="dxa" w:w="1066"/>
          </w:tcPr>
          <w:p>
            <w:pPr>
              <w:spacing w:after="0"/>
              <w:jc w:val="right"/>
            </w:pPr>
          </w:p>
        </w:tc>
        <w:tc>
          <w:tcPr>
            <w:tcW w:type="dxa" w:w="1321"/>
          </w:tcPr>
          <w:p>
            <w:pPr>
              <w:spacing w:after="0"/>
              <w:jc w:val="right"/>
            </w:pPr>
            <w:r>
              <w:rPr>
                <w:sz w:val="16"/>
              </w:rPr>
              <w:t>no Public Assistance recorded (2 declarations)</w:t>
            </w:r>
          </w:p>
        </w:tc>
        <w:tc>
          <w:tcPr>
            <w:tcW w:type="dxa" w:w="13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$14,064,162</w:t>
            </w:r>
          </w:p>
        </w:tc>
        <w:tc>
          <w:tcPr>
            <w:tcW w:type="dxa" w:w="1215"/>
          </w:tcPr>
          <w:p>
            <w:pPr>
              <w:spacing w:after="0"/>
              <w:jc w:val="right"/>
            </w:pPr>
            <w:r>
              <w:rPr>
                <w:sz w:val="16"/>
              </w:rPr>
              <w:t>n/a</w:t>
            </w:r>
          </w:p>
        </w:tc>
        <w:tc>
          <w:tcPr>
            <w:tcW w:type="dxa" w:w="1040"/>
          </w:tcPr>
          <w:p>
            <w:pPr>
              <w:spacing w:after="0"/>
              <w:jc w:val="right"/>
            </w:pPr>
            <w:r>
              <w:rPr>
                <w:sz w:val="16"/>
              </w:rPr>
              <w:t>84</w:t>
            </w:r>
          </w:p>
        </w:tc>
        <w:tc>
          <w:tcPr>
            <w:tcW w:type="dxa" w:w="1037"/>
          </w:tcPr>
          <w:p>
            <w:pPr>
              <w:spacing w:after="0"/>
              <w:jc w:val="right"/>
            </w:pPr>
            <w:r>
              <w:rPr>
                <w:sz w:val="16"/>
              </w:rPr>
              <w:t>$170</w:t>
            </w:r>
          </w:p>
        </w:tc>
        <w:tc>
          <w:tcPr>
            <w:tcW w:type="dxa" w:w="1126"/>
          </w:tcPr>
          <w:p>
            <w:pPr>
              <w:spacing w:after="0"/>
              <w:jc w:val="right"/>
            </w:pPr>
            <w:r>
              <w:rPr>
                <w:sz w:val="16"/>
              </w:rPr>
              <w:t>n/a</w:t>
            </w:r>
          </w:p>
        </w:tc>
        <w:tc>
          <w:tcPr>
            <w:tcW w:type="dxa" w:w="1086"/>
          </w:tcPr>
          <w:p>
            <w:pPr>
              <w:spacing w:after="0"/>
              <w:jc w:val="right"/>
            </w:pPr>
            <w:r>
              <w:rPr>
                <w:sz w:val="16"/>
              </w:rPr>
              <w:t>$15</w:t>
            </w:r>
          </w:p>
        </w:tc>
        <w:tc>
          <w:tcPr>
            <w:tcW w:type="dxa" w:w="1305"/>
          </w:tcPr>
          <w:p>
            <w:pPr>
              <w:spacing w:after="0"/>
              <w:jc w:val="right"/>
            </w:pPr>
            <w:r>
              <w:rPr>
                <w:sz w:val="16"/>
              </w:rPr>
              <w:t>0.00121%</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$2,635,872,797</w:t>
            </w:r>
          </w:p>
        </w:tc>
        <w:tc>
          <w:tcPr>
            <w:tcW w:type="dxa" w:w="1215"/>
          </w:tcPr>
          <w:p>
            <w:pPr>
              <w:spacing w:after="0"/>
              <w:jc w:val="right"/>
            </w:pPr>
            <w:r>
              <w:rPr>
                <w:sz w:val="16"/>
              </w:rPr>
              <w:t>n/a</w:t>
            </w:r>
          </w:p>
        </w:tc>
        <w:tc>
          <w:tcPr>
            <w:tcW w:type="dxa" w:w="1040"/>
          </w:tcPr>
          <w:p>
            <w:pPr>
              <w:spacing w:after="0"/>
              <w:jc w:val="right"/>
            </w:pPr>
            <w:r>
              <w:rPr>
                <w:sz w:val="16"/>
              </w:rPr>
              <w:t>13,873</w:t>
            </w:r>
          </w:p>
        </w:tc>
        <w:tc>
          <w:tcPr>
            <w:tcW w:type="dxa" w:w="1037"/>
          </w:tcPr>
          <w:p>
            <w:pPr>
              <w:spacing w:after="0"/>
              <w:jc w:val="right"/>
            </w:pPr>
            <w:r>
              <w:rPr>
                <w:sz w:val="16"/>
              </w:rPr>
              <w:t>$5,508</w:t>
            </w:r>
          </w:p>
        </w:tc>
        <w:tc>
          <w:tcPr>
            <w:tcW w:type="dxa" w:w="1126"/>
          </w:tcPr>
          <w:p>
            <w:pPr>
              <w:spacing w:after="0"/>
              <w:jc w:val="right"/>
            </w:pPr>
            <w:r>
              <w:rPr>
                <w:sz w:val="16"/>
              </w:rPr>
              <w:t>n/a</w:t>
            </w:r>
          </w:p>
        </w:tc>
        <w:tc>
          <w:tcPr>
            <w:tcW w:type="dxa" w:w="1086"/>
          </w:tcPr>
          <w:p>
            <w:pPr>
              <w:spacing w:after="0"/>
              <w:jc w:val="right"/>
            </w:pPr>
            <w:r>
              <w:rPr>
                <w:sz w:val="16"/>
              </w:rPr>
              <w:t>$146,981</w:t>
            </w:r>
          </w:p>
        </w:tc>
        <w:tc>
          <w:tcPr>
            <w:tcW w:type="dxa" w:w="1305"/>
          </w:tcPr>
          <w:p>
            <w:pPr>
              <w:spacing w:after="0"/>
              <w:jc w:val="right"/>
            </w:pPr>
            <w:r>
              <w:rPr>
                <w:sz w:val="16"/>
              </w:rPr>
              <w:t>0.000209%</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$2,635,872,797</w:t>
            </w:r>
          </w:p>
        </w:tc>
        <w:tc>
          <w:tcPr>
            <w:tcW w:type="dxa" w:w="1215"/>
          </w:tcPr>
          <w:p>
            <w:pPr>
              <w:spacing w:after="0"/>
              <w:jc w:val="right"/>
            </w:pPr>
            <w:r>
              <w:rPr>
                <w:sz w:val="16"/>
              </w:rPr>
              <w:t>$105,039,300</w:t>
            </w:r>
          </w:p>
        </w:tc>
        <w:tc>
          <w:tcPr>
            <w:tcW w:type="dxa" w:w="1040"/>
          </w:tcPr>
          <w:p>
            <w:pPr>
              <w:spacing w:after="0"/>
              <w:jc w:val="right"/>
            </w:pPr>
            <w:r>
              <w:rPr>
                <w:sz w:val="16"/>
              </w:rPr>
              <w:t>13,873</w:t>
            </w:r>
          </w:p>
        </w:tc>
        <w:tc>
          <w:tcPr>
            <w:tcW w:type="dxa" w:w="1037"/>
          </w:tcPr>
          <w:p>
            <w:pPr>
              <w:spacing w:after="0"/>
              <w:jc w:val="right"/>
            </w:pPr>
            <w:r>
              <w:rPr>
                <w:sz w:val="16"/>
              </w:rPr>
              <w:t>$95,687</w:t>
            </w:r>
          </w:p>
        </w:tc>
        <w:tc>
          <w:tcPr>
            <w:tcW w:type="dxa" w:w="1126"/>
          </w:tcPr>
          <w:p>
            <w:pPr>
              <w:spacing w:after="0"/>
              <w:jc w:val="right"/>
            </w:pPr>
            <w:r>
              <w:rPr>
                <w:sz w:val="16"/>
              </w:rPr>
              <w:t>$20,678</w:t>
            </w:r>
          </w:p>
        </w:tc>
        <w:tc>
          <w:tcPr>
            <w:tcW w:type="dxa" w:w="1086"/>
          </w:tcPr>
          <w:p>
            <w:pPr>
              <w:spacing w:after="0"/>
              <w:jc w:val="right"/>
            </w:pPr>
            <w:r>
              <w:rPr>
                <w:sz w:val="16"/>
              </w:rPr>
              <w:t>$489,288</w:t>
            </w:r>
          </w:p>
        </w:tc>
        <w:tc>
          <w:tcPr>
            <w:tcW w:type="dxa" w:w="1305"/>
          </w:tcPr>
          <w:p>
            <w:pPr>
              <w:spacing w:after="0"/>
              <w:jc w:val="right"/>
            </w:pPr>
            <w:r>
              <w:rPr>
                <w:sz w:val="16"/>
              </w:rPr>
              <w:t>0.00363%</w:t>
            </w:r>
          </w:p>
        </w:tc>
        <w:tc>
          <w:tcPr>
            <w:tcW w:type="dxa" w:w="1154"/>
          </w:tcPr>
          <w:p>
            <w:pPr>
              <w:spacing w:after="0"/>
              <w:jc w:val="right"/>
            </w:pPr>
            <w:r>
              <w:rPr>
                <w:sz w:val="16"/>
              </w:rPr>
              <w:t>$124,000</w:t>
            </w:r>
          </w:p>
        </w:tc>
        <w:tc>
          <w:tcPr>
            <w:tcW w:type="dxa" w:w="1066"/>
          </w:tcPr>
          <w:p>
            <w:pPr>
              <w:spacing w:after="0"/>
              <w:jc w:val="right"/>
            </w:pPr>
            <w:r>
              <w:rPr>
                <w:sz w:val="16"/>
              </w:rPr>
              <w:t>$0</w:t>
            </w:r>
          </w:p>
        </w:tc>
        <w:tc>
          <w:tcPr>
            <w:tcW w:type="dxa" w:w="1321"/>
          </w:tcPr>
          <w:p>
            <w:pPr>
              <w:spacing w:after="0"/>
              <w:jc w:val="right"/>
            </w:pPr>
            <w:r>
              <w:rPr>
                <w:sz w:val="16"/>
              </w:rPr>
              <w:t>no Public Assistance recorded (3 declarations)</w:t>
            </w:r>
          </w:p>
        </w:tc>
        <w:tc>
          <w:tcPr>
            <w:tcW w:type="dxa" w:w="13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$2,635,872,797</w:t>
            </w:r>
          </w:p>
        </w:tc>
        <w:tc>
          <w:tcPr>
            <w:tcW w:type="dxa" w:w="1215"/>
          </w:tcPr>
          <w:p>
            <w:pPr>
              <w:spacing w:after="0"/>
              <w:jc w:val="right"/>
            </w:pPr>
            <w:r>
              <w:rPr>
                <w:sz w:val="16"/>
              </w:rPr>
              <w:t>$105,039,300</w:t>
            </w:r>
          </w:p>
        </w:tc>
        <w:tc>
          <w:tcPr>
            <w:tcW w:type="dxa" w:w="1040"/>
          </w:tcPr>
          <w:p>
            <w:pPr>
              <w:spacing w:after="0"/>
              <w:jc w:val="right"/>
            </w:pPr>
            <w:r>
              <w:rPr>
                <w:sz w:val="16"/>
              </w:rPr>
              <w:t>13,873</w:t>
            </w:r>
          </w:p>
        </w:tc>
        <w:tc>
          <w:tcPr>
            <w:tcW w:type="dxa" w:w="1037"/>
          </w:tcPr>
          <w:p>
            <w:pPr>
              <w:spacing w:after="0"/>
              <w:jc w:val="right"/>
            </w:pPr>
            <w:r>
              <w:rPr>
                <w:sz w:val="16"/>
              </w:rPr>
              <w:t>$485,570</w:t>
            </w:r>
          </w:p>
        </w:tc>
        <w:tc>
          <w:tcPr>
            <w:tcW w:type="dxa" w:w="1126"/>
          </w:tcPr>
          <w:p>
            <w:pPr>
              <w:spacing w:after="0"/>
              <w:jc w:val="right"/>
            </w:pPr>
            <w:r>
              <w:rPr>
                <w:sz w:val="16"/>
              </w:rPr>
              <w:t>$7,160</w:t>
            </w:r>
          </w:p>
        </w:tc>
        <w:tc>
          <w:tcPr>
            <w:tcW w:type="dxa" w:w="1086"/>
          </w:tcPr>
          <w:p>
            <w:pPr>
              <w:spacing w:after="0"/>
              <w:jc w:val="right"/>
            </w:pPr>
            <w:r>
              <w:rPr>
                <w:sz w:val="16"/>
              </w:rPr>
              <w:t>$577,904</w:t>
            </w:r>
          </w:p>
        </w:tc>
        <w:tc>
          <w:tcPr>
            <w:tcW w:type="dxa" w:w="1305"/>
          </w:tcPr>
          <w:p>
            <w:pPr>
              <w:spacing w:after="0"/>
              <w:jc w:val="right"/>
            </w:pPr>
            <w:r>
              <w:rPr>
                <w:sz w:val="16"/>
              </w:rPr>
              <w:t>0.0184%</w:t>
            </w:r>
          </w:p>
        </w:tc>
        <w:tc>
          <w:tcPr>
            <w:tcW w:type="dxa" w:w="1154"/>
          </w:tcPr>
          <w:p>
            <w:pPr>
              <w:spacing w:after="0"/>
              <w:jc w:val="right"/>
            </w:pPr>
            <w:r>
              <w:rPr>
                <w:sz w:val="16"/>
              </w:rPr>
              <w:t>$10,000</w:t>
            </w:r>
          </w:p>
        </w:tc>
        <w:tc>
          <w:tcPr>
            <w:tcW w:type="dxa" w:w="1066"/>
          </w:tcPr>
          <w:p>
            <w:pPr>
              <w:spacing w:after="0"/>
              <w:jc w:val="right"/>
            </w:pPr>
          </w:p>
        </w:tc>
        <w:tc>
          <w:tcPr>
            <w:tcW w:type="dxa" w:w="1321"/>
          </w:tcPr>
          <w:p>
            <w:pPr>
              <w:spacing w:after="0"/>
              <w:jc w:val="right"/>
            </w:pPr>
            <w:r>
              <w:rPr>
                <w:sz w:val="16"/>
              </w:rPr>
              <w:t>no Public Assistance recorded (3 declarations)</w:t>
            </w:r>
          </w:p>
        </w:tc>
        <w:tc>
          <w:tcPr>
            <w:tcW w:type="dxa" w:w="133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$442,759,068</w:t>
            </w:r>
          </w:p>
        </w:tc>
        <w:tc>
          <w:tcPr>
            <w:tcW w:type="dxa" w:w="1215"/>
          </w:tcPr>
          <w:p>
            <w:pPr>
              <w:spacing w:after="0"/>
              <w:jc w:val="right"/>
            </w:pPr>
            <w:r>
              <w:rPr>
                <w:sz w:val="16"/>
              </w:rPr>
              <w:t>$10,710,361</w:t>
            </w:r>
          </w:p>
        </w:tc>
        <w:tc>
          <w:tcPr>
            <w:tcW w:type="dxa" w:w="1040"/>
          </w:tcPr>
          <w:p>
            <w:pPr>
              <w:spacing w:after="0"/>
              <w:jc w:val="right"/>
            </w:pPr>
            <w:r>
              <w:rPr>
                <w:sz w:val="16"/>
              </w:rPr>
              <w:t>2,834</w:t>
            </w:r>
          </w:p>
        </w:tc>
        <w:tc>
          <w:tcPr>
            <w:tcW w:type="dxa" w:w="1037"/>
          </w:tcPr>
          <w:p>
            <w:pPr>
              <w:spacing w:after="0"/>
              <w:jc w:val="right"/>
            </w:pPr>
            <w:r>
              <w:rPr>
                <w:sz w:val="16"/>
              </w:rPr>
              <w:t>$1,389</w:t>
            </w:r>
          </w:p>
        </w:tc>
        <w:tc>
          <w:tcPr>
            <w:tcW w:type="dxa" w:w="1126"/>
          </w:tcPr>
          <w:p>
            <w:pPr>
              <w:spacing w:after="0"/>
              <w:jc w:val="right"/>
            </w:pPr>
            <w:r>
              <w:rPr>
                <w:sz w:val="16"/>
              </w:rPr>
              <w:t>$9</w:t>
            </w:r>
          </w:p>
        </w:tc>
        <w:tc>
          <w:tcPr>
            <w:tcW w:type="dxa" w:w="1086"/>
          </w:tcPr>
          <w:p>
            <w:pPr>
              <w:spacing w:after="0"/>
              <w:jc w:val="right"/>
            </w:pPr>
            <w:r>
              <w:rPr>
                <w:sz w:val="16"/>
              </w:rPr>
              <w:t>$372</w:t>
            </w:r>
          </w:p>
        </w:tc>
        <w:tc>
          <w:tcPr>
            <w:tcW w:type="dxa" w:w="1305"/>
          </w:tcPr>
          <w:p>
            <w:pPr>
              <w:spacing w:after="0"/>
              <w:jc w:val="right"/>
            </w:pPr>
            <w:r>
              <w:rPr>
                <w:sz w:val="16"/>
              </w:rPr>
              <w:t>0.000314%</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$2,635,872,797</w:t>
            </w:r>
          </w:p>
        </w:tc>
        <w:tc>
          <w:tcPr>
            <w:tcW w:type="dxa" w:w="1215"/>
          </w:tcPr>
          <w:p>
            <w:pPr>
              <w:spacing w:after="0"/>
              <w:jc w:val="right"/>
            </w:pPr>
            <w:r>
              <w:rPr>
                <w:sz w:val="16"/>
              </w:rPr>
              <w:t>$105,039,300</w:t>
            </w:r>
          </w:p>
        </w:tc>
        <w:tc>
          <w:tcPr>
            <w:tcW w:type="dxa" w:w="1040"/>
          </w:tcPr>
          <w:p>
            <w:pPr>
              <w:spacing w:after="0"/>
              <w:jc w:val="right"/>
            </w:pPr>
            <w:r>
              <w:rPr>
                <w:sz w:val="16"/>
              </w:rPr>
              <w:t>13,873</w:t>
            </w:r>
          </w:p>
        </w:tc>
        <w:tc>
          <w:tcPr>
            <w:tcW w:type="dxa" w:w="1037"/>
          </w:tcPr>
          <w:p>
            <w:pPr>
              <w:spacing w:after="0"/>
              <w:jc w:val="right"/>
            </w:pPr>
            <w:r>
              <w:rPr>
                <w:sz w:val="16"/>
              </w:rPr>
              <w:t>$33,515</w:t>
            </w:r>
          </w:p>
        </w:tc>
        <w:tc>
          <w:tcPr>
            <w:tcW w:type="dxa" w:w="1126"/>
          </w:tcPr>
          <w:p>
            <w:pPr>
              <w:spacing w:after="0"/>
              <w:jc w:val="right"/>
            </w:pPr>
            <w:r>
              <w:rPr>
                <w:sz w:val="16"/>
              </w:rPr>
              <w:t>$2</w:t>
            </w:r>
          </w:p>
        </w:tc>
        <w:tc>
          <w:tcPr>
            <w:tcW w:type="dxa" w:w="1086"/>
          </w:tcPr>
          <w:p>
            <w:pPr>
              <w:spacing w:after="0"/>
              <w:jc w:val="right"/>
            </w:pPr>
            <w:r>
              <w:rPr>
                <w:sz w:val="16"/>
              </w:rPr>
              <w:t>$17,632</w:t>
            </w:r>
          </w:p>
        </w:tc>
        <w:tc>
          <w:tcPr>
            <w:tcW w:type="dxa" w:w="1305"/>
          </w:tcPr>
          <w:p>
            <w:pPr>
              <w:spacing w:after="0"/>
              <w:jc w:val="right"/>
            </w:pPr>
            <w:r>
              <w:rPr>
                <w:sz w:val="16"/>
              </w:rPr>
              <w:t>0.00127%</w:t>
            </w:r>
          </w:p>
        </w:tc>
        <w:tc>
          <w:tcPr>
            <w:tcW w:type="dxa" w:w="1154"/>
          </w:tcPr>
          <w:p>
            <w:pPr>
              <w:spacing w:after="0"/>
              <w:jc w:val="right"/>
            </w:pPr>
          </w:p>
        </w:tc>
        <w:tc>
          <w:tcPr>
            <w:tcW w:type="dxa" w:w="1066"/>
          </w:tcPr>
          <w:p>
            <w:pPr>
              <w:spacing w:after="0"/>
              <w:jc w:val="right"/>
            </w:pPr>
            <w:r>
              <w:rPr>
                <w:sz w:val="16"/>
              </w:rPr>
              <w:t>$0</w:t>
            </w:r>
          </w:p>
        </w:tc>
        <w:tc>
          <w:tcPr>
            <w:tcW w:type="dxa" w:w="1321"/>
          </w:tcPr>
          <w:p>
            <w:pPr>
              <w:spacing w:after="0"/>
              <w:jc w:val="right"/>
            </w:pPr>
            <w:r>
              <w:rPr>
                <w:sz w:val="16"/>
              </w:rPr>
              <w:t>no Public Assistance recorded (2 declarations)</w:t>
            </w:r>
          </w:p>
        </w:tc>
        <w:tc>
          <w:tcPr>
            <w:tcW w:type="dxa" w:w="133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2022-12-19 (Storm Events through 2026-06-30): 29 county-coded records, 29 with a damage value recorded (including $0), $148,000; 81 zone-level records, 81 with a damage value recorded (including $0), $0 reported for the zone; Public Assistance: none recorded on the 5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13,873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$2,635,872,797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$105,039,300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$5,723,809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$6,784,328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1</w:t>
            </w:r>
          </w:p>
        </w:tc>
      </w:tr>
      <w:tr>
        <w:trPr>
          <w:cantSplit/>
        </w:trPr>
        <w:tc>
          <w:tcPr>
            <w:tcW w:type="dxa" w:w="2156"/>
          </w:tcPr>
          <w:p>
            <w:pPr>
              <w:spacing w:after="0"/>
              <w:jc w:val="left"/>
            </w:pPr>
            <w:r>
              <w:rPr>
                <w:sz w:val="16"/>
              </w:rPr>
              <w:t>of which: Alamo town</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Crockett County (unincorporated area)</w:t>
            </w:r>
          </w:p>
        </w:tc>
        <w:tc>
          <w:tcPr>
            <w:tcW w:type="dxa" w:w="1604"/>
          </w:tcPr>
          <w:p>
            <w:pPr>
              <w:spacing w:after="0"/>
              <w:jc w:val="left"/>
            </w:pPr>
            <w:r>
              <w:rPr>
                <w:sz w:val="16"/>
              </w:rPr>
              <w:t>470383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Alamo town</w:t>
            </w:r>
          </w:p>
        </w:tc>
        <w:tc>
          <w:tcPr>
            <w:tcW w:type="dxa" w:w="1604"/>
          </w:tcPr>
          <w:p>
            <w:pPr>
              <w:spacing w:after="0"/>
              <w:jc w:val="left"/>
            </w:pPr>
            <w:r>
              <w:rPr>
                <w:sz w:val="16"/>
              </w:rPr>
              <w:t>470245</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Bells city</w:t>
            </w:r>
          </w:p>
        </w:tc>
        <w:tc>
          <w:tcPr>
            <w:tcW w:type="dxa" w:w="1604"/>
          </w:tcPr>
          <w:p>
            <w:pPr>
              <w:spacing w:after="0"/>
              <w:jc w:val="left"/>
            </w:pPr>
            <w:r>
              <w:rPr>
                <w:sz w:val="16"/>
              </w:rPr>
              <w:t>470220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Friendship city</w:t>
            </w:r>
          </w:p>
        </w:tc>
        <w:tc>
          <w:tcPr>
            <w:tcW w:type="dxa" w:w="1604"/>
          </w:tcPr>
          <w:p>
            <w:pPr>
              <w:spacing w:after="0"/>
              <w:jc w:val="left"/>
            </w:pPr>
            <w:r>
              <w:rPr>
                <w:sz w:val="16"/>
              </w:rPr>
              <w:t>470430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Gadsden town</w:t>
            </w:r>
          </w:p>
        </w:tc>
        <w:tc>
          <w:tcPr>
            <w:tcW w:type="dxa" w:w="1604"/>
          </w:tcPr>
          <w:p>
            <w:pPr>
              <w:spacing w:after="0"/>
              <w:jc w:val="left"/>
            </w:pPr>
            <w:r>
              <w:rPr>
                <w:sz w:val="16"/>
              </w:rPr>
              <w:t>470221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Crockett County, TN: risk-assessment baseline packet, release 2026-10 (data as of 2026-09-30; County FIPS 47033). Automated baseline. </w:t>
      </w:r>
      <w:hyperlink r:id="rId15">
        <w:r>
          <w:rPr>
            <w:color w:val="1F4E99"/>
            <w:sz w:val="17"/>
            <w:u w:val="single"/>
          </w:rPr>
          <w:t>https://hazardplain.org/tn/47033/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Crockett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03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Crockett County, TN: Risk-assessment baseline packet</dc:title>
  <dc:subject>Hazard Plain release 2026-10, as of 2026-09-30. Automated baseline</dc:subject>
  <dc:creator>Hazard Plain</dc:creator>
  <cp:keywords>Hazard Plain; hazard mitigation; risk assessment; 47033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