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Codington County, SD</w:t>
      </w:r>
    </w:p>
    <w:p>
      <w:pPr>
        <w:spacing w:after="120" w:before="0"/>
      </w:pPr>
      <w:r>
        <w:rPr>
          <w:color w:val="555555"/>
          <w:sz w:val="24"/>
        </w:rPr>
        <w:t>Risk-assessment baseline packet</w:t>
      </w:r>
    </w:p>
    <w:p>
      <w:pPr>
        <w:spacing w:after="120" w:before="0"/>
      </w:pPr>
      <w:r>
        <w:rPr>
          <w:b/>
          <w:sz w:val="18"/>
        </w:rPr>
        <w:t xml:space="preserve">Unit: </w:t>
      </w:r>
      <w:r>
        <w:rPr>
          <w:sz w:val="18"/>
        </w:rPr>
        <w:t>County area 46029</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2028-04-12</w:t>
      </w:r>
    </w:p>
    <w:p>
      <w:pPr>
        <w:keepNext/>
        <w:spacing w:after="40" w:before="0"/>
      </w:pPr>
      <w:r>
        <w:rPr>
          <w:b/>
        </w:rPr>
        <w:t xml:space="preserve">Plan: </w:t>
      </w:r>
      <w:r>
        <w:rPr/>
        <w:t>Codington County, SD Hazard Mitigation Plan 2023 (FEMA plan 108730)</w:t>
      </w:r>
    </w:p>
    <w:p>
      <w:pPr>
        <w:keepNext/>
        <w:spacing w:after="40" w:before="0"/>
      </w:pPr>
      <w:r>
        <w:rPr>
          <w:b/>
        </w:rPr>
        <w:t xml:space="preserve">Approved: </w:t>
      </w:r>
      <w:r>
        <w:rPr/>
        <w:t>2023-04-13</w:t>
      </w:r>
    </w:p>
    <w:p>
      <w:pPr>
        <w:keepNext/>
        <w:spacing w:after="40" w:before="0"/>
      </w:pPr>
      <w:r>
        <w:rPr>
          <w:b/>
        </w:rPr>
        <w:t xml:space="preserve">Expires: </w:t>
      </w:r>
      <w:r>
        <w:rPr/>
        <w:t>2028-04-12</w:t>
      </w:r>
    </w:p>
    <w:p>
      <w:pPr>
        <w:keepNext/>
        <w:spacing w:after="40" w:before="0"/>
      </w:pPr>
      <w:r>
        <w:rPr>
          <w:b/>
        </w:rPr>
        <w:t xml:space="preserve">As of: </w:t>
      </w:r>
      <w:r>
        <w:rPr/>
        <w:t>2026-09-28</w:t>
      </w:r>
    </w:p>
    <w:p>
      <w:pPr>
        <w:keepNext/>
        <w:spacing w:after="40" w:before="0"/>
      </w:pPr>
      <w:r>
        <w:rPr>
          <w:b/>
        </w:rPr>
        <w:t xml:space="preserve">Days: </w:t>
      </w:r>
      <w:r>
        <w:rPr/>
        <w:t>562 days to expiry</w:t>
      </w:r>
    </w:p>
    <w:p>
      <w:pPr>
        <w:spacing w:after="80" w:before="0"/>
      </w:pPr>
      <w:r>
        <w:rPr>
          <w:color w:val="555555"/>
          <w:sz w:val="17"/>
        </w:rPr>
        <w:t>Every jurisdiction listed on this page (7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2023-04-13)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DR-4718-SD (1 declaration row; 1 counted incident)</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101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3, SRL 9 (44 CFR 77.2); any definition: 34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723"/>
        <w:gridCol w:w="840"/>
        <w:gridCol w:w="3268"/>
        <w:gridCol w:w="2642"/>
        <w:gridCol w:w="1281"/>
        <w:gridCol w:w="1281"/>
        <w:gridCol w:w="1105"/>
        <w:gridCol w:w="1171"/>
        <w:gridCol w:w="801"/>
      </w:tblGrid>
      <w:tr>
        <w:trPr>
          <w:cantSplit/>
          <w:tblHeader/>
        </w:trPr>
        <w:tc>
          <w:tcPr>
            <w:tcW w:type="dxa" w:w="1723"/>
            <w:shd w:val="clear" w:color="auto" w:fill="E8E8E8"/>
          </w:tcPr>
          <w:p>
            <w:pPr>
              <w:spacing w:after="0"/>
              <w:jc w:val="left"/>
            </w:pPr>
            <w:r>
              <w:rPr>
                <w:b/>
                <w:sz w:val="16"/>
              </w:rPr>
              <w:t>Jurisdiction</w:t>
            </w:r>
          </w:p>
        </w:tc>
        <w:tc>
          <w:tcPr>
            <w:tcW w:type="dxa" w:w="840"/>
            <w:shd w:val="clear" w:color="auto" w:fill="E8E8E8"/>
          </w:tcPr>
          <w:p>
            <w:pPr>
              <w:spacing w:after="0"/>
              <w:jc w:val="left"/>
            </w:pPr>
            <w:r>
              <w:rPr>
                <w:b/>
                <w:sz w:val="16"/>
              </w:rPr>
              <w:t>Type</w:t>
            </w:r>
          </w:p>
        </w:tc>
        <w:tc>
          <w:tcPr>
            <w:tcW w:type="dxa" w:w="3268"/>
            <w:shd w:val="clear" w:color="auto" w:fill="E8E8E8"/>
          </w:tcPr>
          <w:p>
            <w:pPr>
              <w:spacing w:after="0"/>
              <w:jc w:val="left"/>
            </w:pPr>
            <w:r>
              <w:rPr>
                <w:b/>
                <w:sz w:val="16"/>
              </w:rPr>
              <w:t>Status</w:t>
            </w:r>
          </w:p>
        </w:tc>
        <w:tc>
          <w:tcPr>
            <w:tcW w:type="dxa" w:w="2642"/>
            <w:shd w:val="clear" w:color="auto" w:fill="E8E8E8"/>
          </w:tcPr>
          <w:p>
            <w:pPr>
              <w:spacing w:after="0"/>
              <w:jc w:val="left"/>
            </w:pPr>
            <w:r>
              <w:rPr>
                <w:b/>
                <w:sz w:val="16"/>
              </w:rPr>
              <w:t>Plan</w:t>
            </w:r>
          </w:p>
        </w:tc>
        <w:tc>
          <w:tcPr>
            <w:tcW w:type="dxa" w:w="1281"/>
            <w:shd w:val="clear" w:color="auto" w:fill="E8E8E8"/>
          </w:tcPr>
          <w:p>
            <w:pPr>
              <w:spacing w:after="0"/>
              <w:jc w:val="left"/>
            </w:pPr>
            <w:r>
              <w:rPr>
                <w:b/>
                <w:sz w:val="16"/>
              </w:rPr>
              <w:t>Approved</w:t>
            </w:r>
          </w:p>
        </w:tc>
        <w:tc>
          <w:tcPr>
            <w:tcW w:type="dxa" w:w="1281"/>
            <w:shd w:val="clear" w:color="auto" w:fill="E8E8E8"/>
          </w:tcPr>
          <w:p>
            <w:pPr>
              <w:spacing w:after="0"/>
              <w:jc w:val="left"/>
            </w:pPr>
            <w:r>
              <w:rPr>
                <w:b/>
                <w:sz w:val="16"/>
              </w:rPr>
              <w:t>Expires</w:t>
            </w:r>
          </w:p>
        </w:tc>
        <w:tc>
          <w:tcPr>
            <w:tcW w:type="dxa" w:w="1105"/>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171"/>
            <w:shd w:val="clear" w:color="auto" w:fill="E8E8E8"/>
          </w:tcPr>
          <w:p>
            <w:pPr>
              <w:spacing w:after="0"/>
              <w:jc w:val="left"/>
            </w:pPr>
            <w:r>
              <w:rPr>
                <w:b/>
                <w:sz w:val="16"/>
              </w:rPr>
              <w:t>Update underway</w:t>
            </w:r>
          </w:p>
        </w:tc>
        <w:tc>
          <w:tcPr>
            <w:tcW w:type="dxa" w:w="801"/>
            <w:shd w:val="clear" w:color="auto" w:fill="E8E8E8"/>
          </w:tcPr>
          <w:p>
            <w:pPr>
              <w:spacing w:after="0"/>
              <w:jc w:val="left"/>
            </w:pPr>
            <w:r>
              <w:rPr>
                <w:b/>
                <w:sz w:val="16"/>
              </w:rPr>
              <w:t>Notes</w:t>
            </w:r>
          </w:p>
        </w:tc>
      </w:tr>
      <w:tr>
        <w:trPr>
          <w:cantSplit/>
        </w:trPr>
        <w:tc>
          <w:tcPr>
            <w:tcW w:type="dxa" w:w="1723"/>
          </w:tcPr>
          <w:p>
            <w:pPr>
              <w:spacing w:after="0"/>
              <w:jc w:val="left"/>
            </w:pPr>
            <w:r>
              <w:rPr>
                <w:sz w:val="16"/>
              </w:rPr>
              <w:t>Codington County</w:t>
            </w:r>
          </w:p>
        </w:tc>
        <w:tc>
          <w:tcPr>
            <w:tcW w:type="dxa" w:w="840"/>
          </w:tcPr>
          <w:p>
            <w:pPr>
              <w:spacing w:after="0"/>
              <w:jc w:val="left"/>
            </w:pPr>
            <w:r>
              <w:rPr>
                <w:sz w:val="16"/>
              </w:rPr>
              <w:t>County</w:t>
            </w:r>
          </w:p>
        </w:tc>
        <w:tc>
          <w:tcPr>
            <w:tcW w:type="dxa" w:w="3268"/>
          </w:tcPr>
          <w:p>
            <w:pPr>
              <w:spacing w:after="0"/>
              <w:jc w:val="left"/>
            </w:pPr>
            <w:r>
              <w:rPr>
                <w:sz w:val="16"/>
              </w:rPr>
              <w:t>Approved, expires 2028-04-12</w:t>
            </w:r>
          </w:p>
        </w:tc>
        <w:tc>
          <w:tcPr>
            <w:tcW w:type="dxa" w:w="2642"/>
          </w:tcPr>
          <w:p>
            <w:pPr>
              <w:spacing w:after="0"/>
              <w:jc w:val="left"/>
            </w:pPr>
            <w:r>
              <w:rPr>
                <w:sz w:val="16"/>
              </w:rPr>
              <w:t>Codington County, SD Hazard Mitigation Plan 2023 (FEMA plan 108730)</w:t>
            </w:r>
          </w:p>
        </w:tc>
        <w:tc>
          <w:tcPr>
            <w:tcW w:type="dxa" w:w="1281"/>
          </w:tcPr>
          <w:p>
            <w:pPr>
              <w:spacing w:after="0"/>
              <w:jc w:val="left"/>
            </w:pPr>
            <w:r>
              <w:rPr>
                <w:sz w:val="16"/>
              </w:rPr>
              <w:t>2023-04-13</w:t>
            </w:r>
          </w:p>
        </w:tc>
        <w:tc>
          <w:tcPr>
            <w:tcW w:type="dxa" w:w="1281"/>
          </w:tcPr>
          <w:p>
            <w:pPr>
              <w:spacing w:after="0"/>
              <w:jc w:val="left"/>
            </w:pPr>
            <w:r>
              <w:rPr>
                <w:sz w:val="16"/>
              </w:rPr>
              <w:t>2028-04-12</w:t>
            </w:r>
          </w:p>
        </w:tc>
        <w:tc>
          <w:tcPr>
            <w:tcW w:type="dxa" w:w="1105"/>
          </w:tcPr>
          <w:p>
            <w:pPr>
              <w:spacing w:after="0"/>
              <w:jc w:val="right"/>
            </w:pPr>
            <w:r>
              <w:rPr>
                <w:sz w:val="16"/>
              </w:rPr>
              <w:t>562</w:t>
            </w:r>
          </w:p>
        </w:tc>
        <w:tc>
          <w:tcPr>
            <w:tcW w:type="dxa" w:w="1171"/>
          </w:tcPr>
          <w:p>
            <w:pPr>
              <w:spacing w:after="0"/>
              <w:jc w:val="left"/>
            </w:pPr>
          </w:p>
        </w:tc>
        <w:tc>
          <w:tcPr>
            <w:tcW w:type="dxa" w:w="801"/>
          </w:tcPr>
          <w:p>
            <w:pPr>
              <w:spacing w:after="0"/>
              <w:jc w:val="left"/>
            </w:pPr>
          </w:p>
        </w:tc>
      </w:tr>
      <w:tr>
        <w:trPr>
          <w:cantSplit/>
        </w:trPr>
        <w:tc>
          <w:tcPr>
            <w:tcW w:type="dxa" w:w="1723"/>
          </w:tcPr>
          <w:p>
            <w:pPr>
              <w:spacing w:after="0"/>
              <w:jc w:val="left"/>
            </w:pPr>
            <w:r>
              <w:rPr>
                <w:sz w:val="16"/>
              </w:rPr>
              <w:t>Florence town</w:t>
            </w:r>
          </w:p>
        </w:tc>
        <w:tc>
          <w:tcPr>
            <w:tcW w:type="dxa" w:w="840"/>
          </w:tcPr>
          <w:p>
            <w:pPr>
              <w:spacing w:after="0"/>
              <w:jc w:val="left"/>
            </w:pPr>
            <w:r>
              <w:rPr>
                <w:sz w:val="16"/>
              </w:rPr>
              <w:t>Town</w:t>
            </w:r>
          </w:p>
        </w:tc>
        <w:tc>
          <w:tcPr>
            <w:tcW w:type="dxa" w:w="3268"/>
          </w:tcPr>
          <w:p>
            <w:pPr>
              <w:spacing w:after="0"/>
              <w:jc w:val="left"/>
            </w:pPr>
            <w:r>
              <w:rPr>
                <w:sz w:val="16"/>
              </w:rPr>
              <w:t>Approved, expires 2028-04-12</w:t>
            </w:r>
          </w:p>
        </w:tc>
        <w:tc>
          <w:tcPr>
            <w:tcW w:type="dxa" w:w="2642"/>
          </w:tcPr>
          <w:p>
            <w:pPr>
              <w:spacing w:after="0"/>
              <w:jc w:val="left"/>
            </w:pPr>
            <w:r>
              <w:rPr>
                <w:sz w:val="16"/>
              </w:rPr>
              <w:t>Codington County, SD Hazard Mitigation Plan 2023 (FEMA plan 108730)</w:t>
            </w:r>
          </w:p>
        </w:tc>
        <w:tc>
          <w:tcPr>
            <w:tcW w:type="dxa" w:w="1281"/>
          </w:tcPr>
          <w:p>
            <w:pPr>
              <w:spacing w:after="0"/>
              <w:jc w:val="left"/>
            </w:pPr>
            <w:r>
              <w:rPr>
                <w:sz w:val="16"/>
              </w:rPr>
              <w:t>2023-04-13</w:t>
            </w:r>
          </w:p>
        </w:tc>
        <w:tc>
          <w:tcPr>
            <w:tcW w:type="dxa" w:w="1281"/>
          </w:tcPr>
          <w:p>
            <w:pPr>
              <w:spacing w:after="0"/>
              <w:jc w:val="left"/>
            </w:pPr>
            <w:r>
              <w:rPr>
                <w:sz w:val="16"/>
              </w:rPr>
              <w:t>2028-04-12</w:t>
            </w:r>
          </w:p>
        </w:tc>
        <w:tc>
          <w:tcPr>
            <w:tcW w:type="dxa" w:w="1105"/>
          </w:tcPr>
          <w:p>
            <w:pPr>
              <w:spacing w:after="0"/>
              <w:jc w:val="right"/>
            </w:pPr>
            <w:r>
              <w:rPr>
                <w:sz w:val="16"/>
              </w:rPr>
              <w:t>562</w:t>
            </w:r>
          </w:p>
        </w:tc>
        <w:tc>
          <w:tcPr>
            <w:tcW w:type="dxa" w:w="1171"/>
          </w:tcPr>
          <w:p>
            <w:pPr>
              <w:spacing w:after="0"/>
              <w:jc w:val="left"/>
            </w:pPr>
          </w:p>
        </w:tc>
        <w:tc>
          <w:tcPr>
            <w:tcW w:type="dxa" w:w="801"/>
          </w:tcPr>
          <w:p>
            <w:pPr>
              <w:spacing w:after="0"/>
              <w:jc w:val="left"/>
            </w:pPr>
          </w:p>
        </w:tc>
      </w:tr>
      <w:tr>
        <w:trPr>
          <w:cantSplit/>
        </w:trPr>
        <w:tc>
          <w:tcPr>
            <w:tcW w:type="dxa" w:w="1723"/>
          </w:tcPr>
          <w:p>
            <w:pPr>
              <w:spacing w:after="0"/>
              <w:jc w:val="left"/>
            </w:pPr>
            <w:r>
              <w:rPr>
                <w:sz w:val="16"/>
              </w:rPr>
              <w:t>Henry town</w:t>
            </w:r>
          </w:p>
        </w:tc>
        <w:tc>
          <w:tcPr>
            <w:tcW w:type="dxa" w:w="840"/>
          </w:tcPr>
          <w:p>
            <w:pPr>
              <w:spacing w:after="0"/>
              <w:jc w:val="left"/>
            </w:pPr>
            <w:r>
              <w:rPr>
                <w:sz w:val="16"/>
              </w:rPr>
              <w:t>Town</w:t>
            </w:r>
          </w:p>
        </w:tc>
        <w:tc>
          <w:tcPr>
            <w:tcW w:type="dxa" w:w="3268"/>
          </w:tcPr>
          <w:p>
            <w:pPr>
              <w:spacing w:after="0"/>
              <w:jc w:val="left"/>
            </w:pPr>
            <w:r>
              <w:rPr>
                <w:sz w:val="16"/>
              </w:rPr>
              <w:t>Approved, expires 2028-04-12</w:t>
            </w:r>
          </w:p>
        </w:tc>
        <w:tc>
          <w:tcPr>
            <w:tcW w:type="dxa" w:w="2642"/>
          </w:tcPr>
          <w:p>
            <w:pPr>
              <w:spacing w:after="0"/>
              <w:jc w:val="left"/>
            </w:pPr>
            <w:r>
              <w:rPr>
                <w:sz w:val="16"/>
              </w:rPr>
              <w:t>Codington County, SD Hazard Mitigation Plan 2023 (FEMA plan 108730)</w:t>
            </w:r>
          </w:p>
        </w:tc>
        <w:tc>
          <w:tcPr>
            <w:tcW w:type="dxa" w:w="1281"/>
          </w:tcPr>
          <w:p>
            <w:pPr>
              <w:spacing w:after="0"/>
              <w:jc w:val="left"/>
            </w:pPr>
            <w:r>
              <w:rPr>
                <w:sz w:val="16"/>
              </w:rPr>
              <w:t>2023-04-13</w:t>
            </w:r>
          </w:p>
        </w:tc>
        <w:tc>
          <w:tcPr>
            <w:tcW w:type="dxa" w:w="1281"/>
          </w:tcPr>
          <w:p>
            <w:pPr>
              <w:spacing w:after="0"/>
              <w:jc w:val="left"/>
            </w:pPr>
            <w:r>
              <w:rPr>
                <w:sz w:val="16"/>
              </w:rPr>
              <w:t>2028-04-12</w:t>
            </w:r>
          </w:p>
        </w:tc>
        <w:tc>
          <w:tcPr>
            <w:tcW w:type="dxa" w:w="1105"/>
          </w:tcPr>
          <w:p>
            <w:pPr>
              <w:spacing w:after="0"/>
              <w:jc w:val="right"/>
            </w:pPr>
            <w:r>
              <w:rPr>
                <w:sz w:val="16"/>
              </w:rPr>
              <w:t>562</w:t>
            </w:r>
          </w:p>
        </w:tc>
        <w:tc>
          <w:tcPr>
            <w:tcW w:type="dxa" w:w="1171"/>
          </w:tcPr>
          <w:p>
            <w:pPr>
              <w:spacing w:after="0"/>
              <w:jc w:val="left"/>
            </w:pPr>
          </w:p>
        </w:tc>
        <w:tc>
          <w:tcPr>
            <w:tcW w:type="dxa" w:w="801"/>
          </w:tcPr>
          <w:p>
            <w:pPr>
              <w:spacing w:after="0"/>
              <w:jc w:val="left"/>
            </w:pPr>
          </w:p>
        </w:tc>
      </w:tr>
      <w:tr>
        <w:trPr>
          <w:cantSplit/>
        </w:trPr>
        <w:tc>
          <w:tcPr>
            <w:tcW w:type="dxa" w:w="1723"/>
          </w:tcPr>
          <w:p>
            <w:pPr>
              <w:spacing w:after="0"/>
              <w:jc w:val="left"/>
            </w:pPr>
            <w:r>
              <w:rPr>
                <w:sz w:val="16"/>
              </w:rPr>
              <w:t>Kranzburg town</w:t>
            </w:r>
          </w:p>
        </w:tc>
        <w:tc>
          <w:tcPr>
            <w:tcW w:type="dxa" w:w="840"/>
          </w:tcPr>
          <w:p>
            <w:pPr>
              <w:spacing w:after="0"/>
              <w:jc w:val="left"/>
            </w:pPr>
            <w:r>
              <w:rPr>
                <w:sz w:val="16"/>
              </w:rPr>
              <w:t>Town</w:t>
            </w:r>
          </w:p>
        </w:tc>
        <w:tc>
          <w:tcPr>
            <w:tcW w:type="dxa" w:w="3268"/>
          </w:tcPr>
          <w:p>
            <w:pPr>
              <w:spacing w:after="0"/>
              <w:jc w:val="left"/>
            </w:pPr>
            <w:r>
              <w:rPr>
                <w:sz w:val="16"/>
              </w:rPr>
              <w:t>Approved, expires 2028-04-12</w:t>
            </w:r>
          </w:p>
        </w:tc>
        <w:tc>
          <w:tcPr>
            <w:tcW w:type="dxa" w:w="2642"/>
          </w:tcPr>
          <w:p>
            <w:pPr>
              <w:spacing w:after="0"/>
              <w:jc w:val="left"/>
            </w:pPr>
            <w:r>
              <w:rPr>
                <w:sz w:val="16"/>
              </w:rPr>
              <w:t>Codington County, SD Hazard Mitigation Plan 2023 (FEMA plan 108730)</w:t>
            </w:r>
          </w:p>
        </w:tc>
        <w:tc>
          <w:tcPr>
            <w:tcW w:type="dxa" w:w="1281"/>
          </w:tcPr>
          <w:p>
            <w:pPr>
              <w:spacing w:after="0"/>
              <w:jc w:val="left"/>
            </w:pPr>
            <w:r>
              <w:rPr>
                <w:sz w:val="16"/>
              </w:rPr>
              <w:t>2023-04-13</w:t>
            </w:r>
          </w:p>
        </w:tc>
        <w:tc>
          <w:tcPr>
            <w:tcW w:type="dxa" w:w="1281"/>
          </w:tcPr>
          <w:p>
            <w:pPr>
              <w:spacing w:after="0"/>
              <w:jc w:val="left"/>
            </w:pPr>
            <w:r>
              <w:rPr>
                <w:sz w:val="16"/>
              </w:rPr>
              <w:t>2028-04-12</w:t>
            </w:r>
          </w:p>
        </w:tc>
        <w:tc>
          <w:tcPr>
            <w:tcW w:type="dxa" w:w="1105"/>
          </w:tcPr>
          <w:p>
            <w:pPr>
              <w:spacing w:after="0"/>
              <w:jc w:val="right"/>
            </w:pPr>
            <w:r>
              <w:rPr>
                <w:sz w:val="16"/>
              </w:rPr>
              <w:t>562</w:t>
            </w:r>
          </w:p>
        </w:tc>
        <w:tc>
          <w:tcPr>
            <w:tcW w:type="dxa" w:w="1171"/>
          </w:tcPr>
          <w:p>
            <w:pPr>
              <w:spacing w:after="0"/>
              <w:jc w:val="left"/>
            </w:pPr>
          </w:p>
        </w:tc>
        <w:tc>
          <w:tcPr>
            <w:tcW w:type="dxa" w:w="801"/>
          </w:tcPr>
          <w:p>
            <w:pPr>
              <w:spacing w:after="0"/>
              <w:jc w:val="left"/>
            </w:pPr>
          </w:p>
        </w:tc>
      </w:tr>
      <w:tr>
        <w:trPr>
          <w:cantSplit/>
        </w:trPr>
        <w:tc>
          <w:tcPr>
            <w:tcW w:type="dxa" w:w="1723"/>
          </w:tcPr>
          <w:p>
            <w:pPr>
              <w:spacing w:after="0"/>
              <w:jc w:val="left"/>
            </w:pPr>
            <w:r>
              <w:rPr>
                <w:sz w:val="16"/>
              </w:rPr>
              <w:t>South Shore town</w:t>
            </w:r>
          </w:p>
        </w:tc>
        <w:tc>
          <w:tcPr>
            <w:tcW w:type="dxa" w:w="840"/>
          </w:tcPr>
          <w:p>
            <w:pPr>
              <w:spacing w:after="0"/>
              <w:jc w:val="left"/>
            </w:pPr>
            <w:r>
              <w:rPr>
                <w:sz w:val="16"/>
              </w:rPr>
              <w:t>Town</w:t>
            </w:r>
          </w:p>
        </w:tc>
        <w:tc>
          <w:tcPr>
            <w:tcW w:type="dxa" w:w="3268"/>
          </w:tcPr>
          <w:p>
            <w:pPr>
              <w:spacing w:after="0"/>
              <w:jc w:val="left"/>
            </w:pPr>
            <w:r>
              <w:rPr>
                <w:sz w:val="16"/>
              </w:rPr>
              <w:t>Approved, expires 2028-04-12</w:t>
            </w:r>
          </w:p>
        </w:tc>
        <w:tc>
          <w:tcPr>
            <w:tcW w:type="dxa" w:w="2642"/>
          </w:tcPr>
          <w:p>
            <w:pPr>
              <w:spacing w:after="0"/>
              <w:jc w:val="left"/>
            </w:pPr>
            <w:r>
              <w:rPr>
                <w:sz w:val="16"/>
              </w:rPr>
              <w:t>Codington County, SD Hazard Mitigation Plan 2023 (FEMA plan 108730)</w:t>
            </w:r>
          </w:p>
        </w:tc>
        <w:tc>
          <w:tcPr>
            <w:tcW w:type="dxa" w:w="1281"/>
          </w:tcPr>
          <w:p>
            <w:pPr>
              <w:spacing w:after="0"/>
              <w:jc w:val="left"/>
            </w:pPr>
            <w:r>
              <w:rPr>
                <w:sz w:val="16"/>
              </w:rPr>
              <w:t>2023-04-13</w:t>
            </w:r>
          </w:p>
        </w:tc>
        <w:tc>
          <w:tcPr>
            <w:tcW w:type="dxa" w:w="1281"/>
          </w:tcPr>
          <w:p>
            <w:pPr>
              <w:spacing w:after="0"/>
              <w:jc w:val="left"/>
            </w:pPr>
            <w:r>
              <w:rPr>
                <w:sz w:val="16"/>
              </w:rPr>
              <w:t>2028-04-12</w:t>
            </w:r>
          </w:p>
        </w:tc>
        <w:tc>
          <w:tcPr>
            <w:tcW w:type="dxa" w:w="1105"/>
          </w:tcPr>
          <w:p>
            <w:pPr>
              <w:spacing w:after="0"/>
              <w:jc w:val="right"/>
            </w:pPr>
            <w:r>
              <w:rPr>
                <w:sz w:val="16"/>
              </w:rPr>
              <w:t>562</w:t>
            </w:r>
          </w:p>
        </w:tc>
        <w:tc>
          <w:tcPr>
            <w:tcW w:type="dxa" w:w="1171"/>
          </w:tcPr>
          <w:p>
            <w:pPr>
              <w:spacing w:after="0"/>
              <w:jc w:val="left"/>
            </w:pPr>
          </w:p>
        </w:tc>
        <w:tc>
          <w:tcPr>
            <w:tcW w:type="dxa" w:w="801"/>
          </w:tcPr>
          <w:p>
            <w:pPr>
              <w:spacing w:after="0"/>
              <w:jc w:val="left"/>
            </w:pPr>
          </w:p>
        </w:tc>
      </w:tr>
      <w:tr>
        <w:trPr>
          <w:cantSplit/>
        </w:trPr>
        <w:tc>
          <w:tcPr>
            <w:tcW w:type="dxa" w:w="1723"/>
          </w:tcPr>
          <w:p>
            <w:pPr>
              <w:spacing w:after="0"/>
              <w:jc w:val="left"/>
            </w:pPr>
            <w:r>
              <w:rPr>
                <w:sz w:val="16"/>
              </w:rPr>
              <w:t>Wallace town</w:t>
            </w:r>
          </w:p>
        </w:tc>
        <w:tc>
          <w:tcPr>
            <w:tcW w:type="dxa" w:w="840"/>
          </w:tcPr>
          <w:p>
            <w:pPr>
              <w:spacing w:after="0"/>
              <w:jc w:val="left"/>
            </w:pPr>
            <w:r>
              <w:rPr>
                <w:sz w:val="16"/>
              </w:rPr>
              <w:t>Town</w:t>
            </w:r>
          </w:p>
        </w:tc>
        <w:tc>
          <w:tcPr>
            <w:tcW w:type="dxa" w:w="3268"/>
          </w:tcPr>
          <w:p>
            <w:pPr>
              <w:spacing w:after="0"/>
              <w:jc w:val="left"/>
            </w:pPr>
            <w:r>
              <w:rPr>
                <w:sz w:val="16"/>
              </w:rPr>
              <w:t>Approved, expires 2028-04-12</w:t>
            </w:r>
          </w:p>
        </w:tc>
        <w:tc>
          <w:tcPr>
            <w:tcW w:type="dxa" w:w="2642"/>
          </w:tcPr>
          <w:p>
            <w:pPr>
              <w:spacing w:after="0"/>
              <w:jc w:val="left"/>
            </w:pPr>
            <w:r>
              <w:rPr>
                <w:sz w:val="16"/>
              </w:rPr>
              <w:t>Codington County, SD Hazard Mitigation Plan 2023 (FEMA plan 108730)</w:t>
            </w:r>
          </w:p>
        </w:tc>
        <w:tc>
          <w:tcPr>
            <w:tcW w:type="dxa" w:w="1281"/>
          </w:tcPr>
          <w:p>
            <w:pPr>
              <w:spacing w:after="0"/>
              <w:jc w:val="left"/>
            </w:pPr>
            <w:r>
              <w:rPr>
                <w:sz w:val="16"/>
              </w:rPr>
              <w:t>2023-04-13</w:t>
            </w:r>
          </w:p>
        </w:tc>
        <w:tc>
          <w:tcPr>
            <w:tcW w:type="dxa" w:w="1281"/>
          </w:tcPr>
          <w:p>
            <w:pPr>
              <w:spacing w:after="0"/>
              <w:jc w:val="left"/>
            </w:pPr>
            <w:r>
              <w:rPr>
                <w:sz w:val="16"/>
              </w:rPr>
              <w:t>2028-04-12</w:t>
            </w:r>
          </w:p>
        </w:tc>
        <w:tc>
          <w:tcPr>
            <w:tcW w:type="dxa" w:w="1105"/>
          </w:tcPr>
          <w:p>
            <w:pPr>
              <w:spacing w:after="0"/>
              <w:jc w:val="right"/>
            </w:pPr>
            <w:r>
              <w:rPr>
                <w:sz w:val="16"/>
              </w:rPr>
              <w:t>562</w:t>
            </w:r>
          </w:p>
        </w:tc>
        <w:tc>
          <w:tcPr>
            <w:tcW w:type="dxa" w:w="1171"/>
          </w:tcPr>
          <w:p>
            <w:pPr>
              <w:spacing w:after="0"/>
              <w:jc w:val="left"/>
            </w:pPr>
          </w:p>
        </w:tc>
        <w:tc>
          <w:tcPr>
            <w:tcW w:type="dxa" w:w="801"/>
          </w:tcPr>
          <w:p>
            <w:pPr>
              <w:spacing w:after="0"/>
              <w:jc w:val="left"/>
            </w:pPr>
          </w:p>
        </w:tc>
      </w:tr>
      <w:tr>
        <w:trPr>
          <w:cantSplit/>
        </w:trPr>
        <w:tc>
          <w:tcPr>
            <w:tcW w:type="dxa" w:w="1723"/>
          </w:tcPr>
          <w:p>
            <w:pPr>
              <w:spacing w:after="0"/>
              <w:jc w:val="left"/>
            </w:pPr>
            <w:r>
              <w:rPr>
                <w:sz w:val="16"/>
              </w:rPr>
              <w:t>Watertown city</w:t>
            </w:r>
          </w:p>
        </w:tc>
        <w:tc>
          <w:tcPr>
            <w:tcW w:type="dxa" w:w="840"/>
          </w:tcPr>
          <w:p>
            <w:pPr>
              <w:spacing w:after="0"/>
              <w:jc w:val="left"/>
            </w:pPr>
            <w:r>
              <w:rPr>
                <w:sz w:val="16"/>
              </w:rPr>
              <w:t>City</w:t>
            </w:r>
          </w:p>
        </w:tc>
        <w:tc>
          <w:tcPr>
            <w:tcW w:type="dxa" w:w="3268"/>
          </w:tcPr>
          <w:p>
            <w:pPr>
              <w:spacing w:after="0"/>
              <w:jc w:val="left"/>
            </w:pPr>
            <w:r>
              <w:rPr>
                <w:sz w:val="16"/>
              </w:rPr>
              <w:t>Approved, expires 2028-04-12</w:t>
            </w:r>
          </w:p>
        </w:tc>
        <w:tc>
          <w:tcPr>
            <w:tcW w:type="dxa" w:w="2642"/>
          </w:tcPr>
          <w:p>
            <w:pPr>
              <w:spacing w:after="0"/>
              <w:jc w:val="left"/>
            </w:pPr>
            <w:r>
              <w:rPr>
                <w:sz w:val="16"/>
              </w:rPr>
              <w:t>Codington County, SD Hazard Mitigation Plan 2023 (FEMA plan 108730)</w:t>
            </w:r>
          </w:p>
        </w:tc>
        <w:tc>
          <w:tcPr>
            <w:tcW w:type="dxa" w:w="1281"/>
          </w:tcPr>
          <w:p>
            <w:pPr>
              <w:spacing w:after="0"/>
              <w:jc w:val="left"/>
            </w:pPr>
            <w:r>
              <w:rPr>
                <w:sz w:val="16"/>
              </w:rPr>
              <w:t>2023-04-13</w:t>
            </w:r>
          </w:p>
        </w:tc>
        <w:tc>
          <w:tcPr>
            <w:tcW w:type="dxa" w:w="1281"/>
          </w:tcPr>
          <w:p>
            <w:pPr>
              <w:spacing w:after="0"/>
              <w:jc w:val="left"/>
            </w:pPr>
            <w:r>
              <w:rPr>
                <w:sz w:val="16"/>
              </w:rPr>
              <w:t>2028-04-12</w:t>
            </w:r>
          </w:p>
        </w:tc>
        <w:tc>
          <w:tcPr>
            <w:tcW w:type="dxa" w:w="1105"/>
          </w:tcPr>
          <w:p>
            <w:pPr>
              <w:spacing w:after="0"/>
              <w:jc w:val="right"/>
            </w:pPr>
            <w:r>
              <w:rPr>
                <w:sz w:val="16"/>
              </w:rPr>
              <w:t>562</w:t>
            </w:r>
          </w:p>
        </w:tc>
        <w:tc>
          <w:tcPr>
            <w:tcW w:type="dxa" w:w="1171"/>
          </w:tcPr>
          <w:p>
            <w:pPr>
              <w:spacing w:after="0"/>
              <w:jc w:val="left"/>
            </w:pPr>
          </w:p>
        </w:tc>
        <w:tc>
          <w:tcPr>
            <w:tcW w:type="dxa" w:w="801"/>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2"/>
        <w:gridCol w:w="1037"/>
        <w:gridCol w:w="1219"/>
        <w:gridCol w:w="1219"/>
        <w:gridCol w:w="1126"/>
        <w:gridCol w:w="1126"/>
        <w:gridCol w:w="1336"/>
        <w:gridCol w:w="1172"/>
        <w:gridCol w:w="1298"/>
        <w:gridCol w:w="1609"/>
        <w:gridCol w:w="2279"/>
      </w:tblGrid>
      <w:tr>
        <w:trPr>
          <w:cantSplit/>
          <w:tblHeader/>
        </w:trPr>
        <w:tc>
          <w:tcPr>
            <w:tcW w:type="dxa" w:w="692"/>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19"/>
            <w:shd w:val="clear" w:color="auto" w:fill="E8E8E8"/>
          </w:tcPr>
          <w:p>
            <w:pPr>
              <w:spacing w:after="0"/>
              <w:jc w:val="left"/>
            </w:pPr>
            <w:r>
              <w:rPr>
                <w:b/>
                <w:sz w:val="16"/>
              </w:rPr>
              <w:t>NRI risk rating</w:t>
            </w:r>
          </w:p>
        </w:tc>
        <w:tc>
          <w:tcPr>
            <w:tcW w:type="dxa" w:w="1219"/>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3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72"/>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298"/>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1609"/>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279"/>
            <w:shd w:val="clear" w:color="auto" w:fill="E8E8E8"/>
          </w:tcPr>
          <w:p>
            <w:pPr>
              <w:spacing w:after="0"/>
              <w:jc w:val="left"/>
            </w:pPr>
            <w:r>
              <w:rPr>
                <w:b/>
                <w:sz w:val="16"/>
              </w:rPr>
              <w:t>Storm Events coverage note</w:t>
            </w:r>
          </w:p>
        </w:tc>
      </w:tr>
      <w:tr>
        <w:trPr>
          <w:cantSplit/>
        </w:trPr>
        <w:tc>
          <w:tcPr>
            <w:tcW w:type="dxa" w:w="692"/>
          </w:tcPr>
          <w:p>
            <w:pPr>
              <w:spacing w:after="0"/>
              <w:jc w:val="right"/>
            </w:pPr>
            <w:r>
              <w:rPr>
                <w:sz w:val="16"/>
              </w:rPr>
              <w:t>1</w:t>
            </w:r>
          </w:p>
        </w:tc>
        <w:tc>
          <w:tcPr>
            <w:tcW w:type="dxa" w:w="1037"/>
          </w:tcPr>
          <w:p>
            <w:pPr>
              <w:spacing w:after="0"/>
              <w:jc w:val="left"/>
            </w:pPr>
            <w:r>
              <w:rPr>
                <w:sz w:val="16"/>
              </w:rPr>
              <w:t>Inland Flooding</w:t>
            </w:r>
          </w:p>
        </w:tc>
        <w:tc>
          <w:tcPr>
            <w:tcW w:type="dxa" w:w="1219"/>
          </w:tcPr>
          <w:p>
            <w:pPr>
              <w:spacing w:after="0"/>
              <w:jc w:val="left"/>
            </w:pPr>
            <w:r>
              <w:rPr>
                <w:sz w:val="16"/>
              </w:rPr>
              <w:t>Relatively Low</w:t>
            </w:r>
          </w:p>
        </w:tc>
        <w:tc>
          <w:tcPr>
            <w:tcW w:type="dxa" w:w="1219"/>
          </w:tcPr>
          <w:p>
            <w:pPr>
              <w:spacing w:after="0"/>
              <w:jc w:val="left"/>
            </w:pPr>
            <w:r>
              <w:rPr>
                <w:sz w:val="16"/>
              </w:rPr>
              <w:t>Relatively Low</w:t>
            </w:r>
          </w:p>
        </w:tc>
        <w:tc>
          <w:tcPr>
            <w:tcW w:type="dxa" w:w="1126"/>
          </w:tcPr>
          <w:p>
            <w:pPr>
              <w:spacing w:after="0"/>
              <w:jc w:val="right"/>
            </w:pPr>
            <w:r>
              <w:rPr>
                <w:sz w:val="16"/>
              </w:rPr>
              <w:t>$11,623,277</w:t>
            </w:r>
          </w:p>
        </w:tc>
        <w:tc>
          <w:tcPr>
            <w:tcW w:type="dxa" w:w="1126"/>
          </w:tcPr>
          <w:p>
            <w:pPr>
              <w:spacing w:after="0"/>
              <w:jc w:val="right"/>
            </w:pPr>
            <w:r>
              <w:rPr>
                <w:sz w:val="16"/>
              </w:rPr>
              <w:t>$181,043</w:t>
            </w:r>
          </w:p>
        </w:tc>
        <w:tc>
          <w:tcPr>
            <w:tcW w:type="dxa" w:w="1336"/>
          </w:tcPr>
          <w:p>
            <w:pPr>
              <w:spacing w:after="0"/>
              <w:jc w:val="right"/>
            </w:pPr>
            <w:r>
              <w:rPr>
                <w:sz w:val="16"/>
              </w:rPr>
              <w:t>$193,497</w:t>
            </w:r>
          </w:p>
        </w:tc>
        <w:tc>
          <w:tcPr>
            <w:tcW w:type="dxa" w:w="1172"/>
          </w:tcPr>
          <w:p>
            <w:pPr>
              <w:spacing w:after="0"/>
              <w:jc w:val="right"/>
            </w:pPr>
            <w:r>
              <w:rPr>
                <w:sz w:val="16"/>
              </w:rPr>
              <w:t>$11,997,817</w:t>
            </w:r>
          </w:p>
        </w:tc>
        <w:tc>
          <w:tcPr>
            <w:tcW w:type="dxa" w:w="1298"/>
          </w:tcPr>
          <w:p>
            <w:pPr>
              <w:spacing w:after="0"/>
              <w:jc w:val="right"/>
            </w:pPr>
            <w:r>
              <w:rPr>
                <w:sz w:val="16"/>
              </w:rPr>
              <w:t>88</w:t>
            </w:r>
          </w:p>
        </w:tc>
        <w:tc>
          <w:tcPr>
            <w:tcW w:type="dxa" w:w="1609"/>
          </w:tcPr>
          <w:p>
            <w:pPr>
              <w:spacing w:after="0"/>
              <w:jc w:val="left"/>
            </w:pPr>
          </w:p>
        </w:tc>
        <w:tc>
          <w:tcPr>
            <w:tcW w:type="dxa" w:w="2279"/>
          </w:tcPr>
          <w:p>
            <w:pPr>
              <w:spacing w:after="0"/>
              <w:jc w:val="left"/>
            </w:pPr>
          </w:p>
        </w:tc>
      </w:tr>
      <w:tr>
        <w:trPr>
          <w:cantSplit/>
        </w:trPr>
        <w:tc>
          <w:tcPr>
            <w:tcW w:type="dxa" w:w="692"/>
          </w:tcPr>
          <w:p>
            <w:pPr>
              <w:spacing w:after="0"/>
              <w:jc w:val="right"/>
            </w:pPr>
            <w:r>
              <w:rPr>
                <w:sz w:val="16"/>
              </w:rPr>
              <w:t>2</w:t>
            </w:r>
          </w:p>
        </w:tc>
        <w:tc>
          <w:tcPr>
            <w:tcW w:type="dxa" w:w="1037"/>
          </w:tcPr>
          <w:p>
            <w:pPr>
              <w:spacing w:after="0"/>
              <w:jc w:val="left"/>
            </w:pPr>
            <w:r>
              <w:rPr>
                <w:sz w:val="16"/>
              </w:rPr>
              <w:t>Cold Wave</w:t>
            </w:r>
          </w:p>
        </w:tc>
        <w:tc>
          <w:tcPr>
            <w:tcW w:type="dxa" w:w="1219"/>
          </w:tcPr>
          <w:p>
            <w:pPr>
              <w:spacing w:after="0"/>
              <w:jc w:val="left"/>
            </w:pPr>
            <w:r>
              <w:rPr>
                <w:sz w:val="16"/>
              </w:rPr>
              <w:t>Relatively Moderate</w:t>
            </w:r>
          </w:p>
        </w:tc>
        <w:tc>
          <w:tcPr>
            <w:tcW w:type="dxa" w:w="1219"/>
          </w:tcPr>
          <w:p>
            <w:pPr>
              <w:spacing w:after="0"/>
              <w:jc w:val="left"/>
            </w:pPr>
            <w:r>
              <w:rPr>
                <w:sz w:val="16"/>
              </w:rPr>
              <w:t>Relatively High</w:t>
            </w:r>
          </w:p>
        </w:tc>
        <w:tc>
          <w:tcPr>
            <w:tcW w:type="dxa" w:w="1126"/>
          </w:tcPr>
          <w:p>
            <w:pPr>
              <w:spacing w:after="0"/>
              <w:jc w:val="right"/>
            </w:pPr>
            <w:r>
              <w:rPr>
                <w:sz w:val="16"/>
              </w:rPr>
              <w:t>$1,798</w:t>
            </w:r>
          </w:p>
        </w:tc>
        <w:tc>
          <w:tcPr>
            <w:tcW w:type="dxa" w:w="1126"/>
          </w:tcPr>
          <w:p>
            <w:pPr>
              <w:spacing w:after="0"/>
              <w:jc w:val="right"/>
            </w:pPr>
            <w:r>
              <w:rPr>
                <w:sz w:val="16"/>
              </w:rPr>
              <w:t>$20</w:t>
            </w:r>
          </w:p>
        </w:tc>
        <w:tc>
          <w:tcPr>
            <w:tcW w:type="dxa" w:w="1336"/>
          </w:tcPr>
          <w:p>
            <w:pPr>
              <w:spacing w:after="0"/>
              <w:jc w:val="right"/>
            </w:pPr>
            <w:r>
              <w:rPr>
                <w:sz w:val="16"/>
              </w:rPr>
              <w:t>$4,696,968</w:t>
            </w:r>
          </w:p>
        </w:tc>
        <w:tc>
          <w:tcPr>
            <w:tcW w:type="dxa" w:w="1172"/>
          </w:tcPr>
          <w:p>
            <w:pPr>
              <w:spacing w:after="0"/>
              <w:jc w:val="right"/>
            </w:pPr>
            <w:r>
              <w:rPr>
                <w:sz w:val="16"/>
              </w:rPr>
              <w:t>$4,698,786</w:t>
            </w:r>
          </w:p>
        </w:tc>
        <w:tc>
          <w:tcPr>
            <w:tcW w:type="dxa" w:w="1298"/>
          </w:tcPr>
          <w:p>
            <w:pPr>
              <w:spacing w:after="0"/>
              <w:jc w:val="right"/>
            </w:pPr>
            <w:r>
              <w:rPr>
                <w:sz w:val="16"/>
              </w:rPr>
              <w:t>44</w:t>
            </w:r>
          </w:p>
        </w:tc>
        <w:tc>
          <w:tcPr>
            <w:tcW w:type="dxa" w:w="1609"/>
          </w:tcPr>
          <w:p>
            <w:pPr>
              <w:spacing w:after="0"/>
              <w:jc w:val="left"/>
            </w:pPr>
          </w:p>
        </w:tc>
        <w:tc>
          <w:tcPr>
            <w:tcW w:type="dxa" w:w="2279"/>
          </w:tcPr>
          <w:p>
            <w:pPr>
              <w:spacing w:after="0"/>
              <w:jc w:val="left"/>
            </w:pPr>
          </w:p>
        </w:tc>
      </w:tr>
      <w:tr>
        <w:trPr>
          <w:cantSplit/>
        </w:trPr>
        <w:tc>
          <w:tcPr>
            <w:tcW w:type="dxa" w:w="692"/>
          </w:tcPr>
          <w:p>
            <w:pPr>
              <w:spacing w:after="0"/>
              <w:jc w:val="right"/>
            </w:pPr>
            <w:r>
              <w:rPr>
                <w:sz w:val="16"/>
              </w:rPr>
              <w:t>3</w:t>
            </w:r>
          </w:p>
        </w:tc>
        <w:tc>
          <w:tcPr>
            <w:tcW w:type="dxa" w:w="1037"/>
          </w:tcPr>
          <w:p>
            <w:pPr>
              <w:spacing w:after="0"/>
              <w:jc w:val="left"/>
            </w:pPr>
            <w:r>
              <w:rPr>
                <w:sz w:val="16"/>
              </w:rPr>
              <w:t>Tornado</w:t>
            </w:r>
          </w:p>
        </w:tc>
        <w:tc>
          <w:tcPr>
            <w:tcW w:type="dxa" w:w="1219"/>
          </w:tcPr>
          <w:p>
            <w:pPr>
              <w:spacing w:after="0"/>
              <w:jc w:val="left"/>
            </w:pPr>
            <w:r>
              <w:rPr>
                <w:sz w:val="16"/>
              </w:rPr>
              <w:t>Relatively Moderate</w:t>
            </w:r>
          </w:p>
        </w:tc>
        <w:tc>
          <w:tcPr>
            <w:tcW w:type="dxa" w:w="1219"/>
          </w:tcPr>
          <w:p>
            <w:pPr>
              <w:spacing w:after="0"/>
              <w:jc w:val="left"/>
            </w:pPr>
            <w:r>
              <w:rPr>
                <w:sz w:val="16"/>
              </w:rPr>
              <w:t>Relatively Moderate</w:t>
            </w:r>
          </w:p>
        </w:tc>
        <w:tc>
          <w:tcPr>
            <w:tcW w:type="dxa" w:w="1126"/>
          </w:tcPr>
          <w:p>
            <w:pPr>
              <w:spacing w:after="0"/>
              <w:jc w:val="right"/>
            </w:pPr>
            <w:r>
              <w:rPr>
                <w:sz w:val="16"/>
              </w:rPr>
              <w:t>$1,808,378</w:t>
            </w:r>
          </w:p>
        </w:tc>
        <w:tc>
          <w:tcPr>
            <w:tcW w:type="dxa" w:w="1126"/>
          </w:tcPr>
          <w:p>
            <w:pPr>
              <w:spacing w:after="0"/>
              <w:jc w:val="right"/>
            </w:pPr>
            <w:r>
              <w:rPr>
                <w:sz w:val="16"/>
              </w:rPr>
              <w:t>$7,023</w:t>
            </w:r>
          </w:p>
        </w:tc>
        <w:tc>
          <w:tcPr>
            <w:tcW w:type="dxa" w:w="1336"/>
          </w:tcPr>
          <w:p>
            <w:pPr>
              <w:spacing w:after="0"/>
              <w:jc w:val="right"/>
            </w:pPr>
            <w:r>
              <w:rPr>
                <w:sz w:val="16"/>
              </w:rPr>
              <w:t>$1,943,613</w:t>
            </w:r>
          </w:p>
        </w:tc>
        <w:tc>
          <w:tcPr>
            <w:tcW w:type="dxa" w:w="1172"/>
          </w:tcPr>
          <w:p>
            <w:pPr>
              <w:spacing w:after="0"/>
              <w:jc w:val="right"/>
            </w:pPr>
            <w:r>
              <w:rPr>
                <w:sz w:val="16"/>
              </w:rPr>
              <w:t>$3,759,013</w:t>
            </w:r>
          </w:p>
        </w:tc>
        <w:tc>
          <w:tcPr>
            <w:tcW w:type="dxa" w:w="1298"/>
          </w:tcPr>
          <w:p>
            <w:pPr>
              <w:spacing w:after="0"/>
              <w:jc w:val="right"/>
            </w:pPr>
            <w:r>
              <w:rPr>
                <w:sz w:val="16"/>
              </w:rPr>
              <w:t>18</w:t>
            </w:r>
          </w:p>
        </w:tc>
        <w:tc>
          <w:tcPr>
            <w:tcW w:type="dxa" w:w="1609"/>
          </w:tcPr>
          <w:p>
            <w:pPr>
              <w:spacing w:after="0"/>
              <w:jc w:val="left"/>
            </w:pPr>
          </w:p>
        </w:tc>
        <w:tc>
          <w:tcPr>
            <w:tcW w:type="dxa" w:w="2279"/>
          </w:tcPr>
          <w:p>
            <w:pPr>
              <w:spacing w:after="0"/>
              <w:jc w:val="left"/>
            </w:pPr>
          </w:p>
        </w:tc>
      </w:tr>
      <w:tr>
        <w:trPr>
          <w:cantSplit/>
        </w:trPr>
        <w:tc>
          <w:tcPr>
            <w:tcW w:type="dxa" w:w="692"/>
          </w:tcPr>
          <w:p>
            <w:pPr>
              <w:spacing w:after="0"/>
              <w:jc w:val="right"/>
            </w:pPr>
            <w:r>
              <w:rPr>
                <w:sz w:val="16"/>
              </w:rPr>
              <w:t>4</w:t>
            </w:r>
          </w:p>
        </w:tc>
        <w:tc>
          <w:tcPr>
            <w:tcW w:type="dxa" w:w="1037"/>
          </w:tcPr>
          <w:p>
            <w:pPr>
              <w:spacing w:after="0"/>
              <w:jc w:val="left"/>
            </w:pPr>
            <w:r>
              <w:rPr>
                <w:sz w:val="16"/>
              </w:rPr>
              <w:t>Ice Storm</w:t>
            </w:r>
          </w:p>
        </w:tc>
        <w:tc>
          <w:tcPr>
            <w:tcW w:type="dxa" w:w="1219"/>
          </w:tcPr>
          <w:p>
            <w:pPr>
              <w:spacing w:after="0"/>
              <w:jc w:val="left"/>
            </w:pPr>
            <w:r>
              <w:rPr>
                <w:sz w:val="16"/>
              </w:rPr>
              <w:t>Relatively High</w:t>
            </w:r>
          </w:p>
        </w:tc>
        <w:tc>
          <w:tcPr>
            <w:tcW w:type="dxa" w:w="1219"/>
          </w:tcPr>
          <w:p>
            <w:pPr>
              <w:spacing w:after="0"/>
              <w:jc w:val="left"/>
            </w:pPr>
            <w:r>
              <w:rPr>
                <w:sz w:val="16"/>
              </w:rPr>
              <w:t>Very High</w:t>
            </w:r>
          </w:p>
        </w:tc>
        <w:tc>
          <w:tcPr>
            <w:tcW w:type="dxa" w:w="1126"/>
          </w:tcPr>
          <w:p>
            <w:pPr>
              <w:spacing w:after="0"/>
              <w:jc w:val="right"/>
            </w:pPr>
            <w:r>
              <w:rPr>
                <w:sz w:val="16"/>
              </w:rPr>
              <w:t>$228,285</w:t>
            </w:r>
          </w:p>
        </w:tc>
        <w:tc>
          <w:tcPr>
            <w:tcW w:type="dxa" w:w="1126"/>
          </w:tcPr>
          <w:p>
            <w:pPr>
              <w:spacing w:after="0"/>
              <w:jc w:val="right"/>
            </w:pPr>
          </w:p>
        </w:tc>
        <w:tc>
          <w:tcPr>
            <w:tcW w:type="dxa" w:w="1336"/>
          </w:tcPr>
          <w:p>
            <w:pPr>
              <w:spacing w:after="0"/>
              <w:jc w:val="right"/>
            </w:pPr>
            <w:r>
              <w:rPr>
                <w:sz w:val="16"/>
              </w:rPr>
              <w:t>$1,538,804</w:t>
            </w:r>
          </w:p>
        </w:tc>
        <w:tc>
          <w:tcPr>
            <w:tcW w:type="dxa" w:w="1172"/>
          </w:tcPr>
          <w:p>
            <w:pPr>
              <w:spacing w:after="0"/>
              <w:jc w:val="right"/>
            </w:pPr>
            <w:r>
              <w:rPr>
                <w:sz w:val="16"/>
              </w:rPr>
              <w:t>$1,767,088</w:t>
            </w:r>
          </w:p>
        </w:tc>
        <w:tc>
          <w:tcPr>
            <w:tcW w:type="dxa" w:w="1298"/>
          </w:tcPr>
          <w:p>
            <w:pPr>
              <w:spacing w:after="0"/>
              <w:jc w:val="right"/>
            </w:pPr>
            <w:r>
              <w:rPr>
                <w:sz w:val="16"/>
              </w:rPr>
              <w:t>10</w:t>
            </w:r>
          </w:p>
        </w:tc>
        <w:tc>
          <w:tcPr>
            <w:tcW w:type="dxa" w:w="1609"/>
          </w:tcPr>
          <w:p>
            <w:pPr>
              <w:spacing w:after="0"/>
              <w:jc w:val="left"/>
            </w:pPr>
          </w:p>
        </w:tc>
        <w:tc>
          <w:tcPr>
            <w:tcW w:type="dxa" w:w="2279"/>
          </w:tcPr>
          <w:p>
            <w:pPr>
              <w:spacing w:after="0"/>
              <w:jc w:val="left"/>
            </w:pPr>
          </w:p>
        </w:tc>
      </w:tr>
      <w:tr>
        <w:trPr>
          <w:cantSplit/>
        </w:trPr>
        <w:tc>
          <w:tcPr>
            <w:tcW w:type="dxa" w:w="692"/>
          </w:tcPr>
          <w:p>
            <w:pPr>
              <w:spacing w:after="0"/>
              <w:jc w:val="right"/>
            </w:pPr>
            <w:r>
              <w:rPr>
                <w:sz w:val="16"/>
              </w:rPr>
              <w:t>5</w:t>
            </w:r>
          </w:p>
        </w:tc>
        <w:tc>
          <w:tcPr>
            <w:tcW w:type="dxa" w:w="1037"/>
          </w:tcPr>
          <w:p>
            <w:pPr>
              <w:spacing w:after="0"/>
              <w:jc w:val="left"/>
            </w:pPr>
            <w:r>
              <w:rPr>
                <w:sz w:val="16"/>
              </w:rPr>
              <w:t>Strong Wind</w:t>
            </w:r>
          </w:p>
        </w:tc>
        <w:tc>
          <w:tcPr>
            <w:tcW w:type="dxa" w:w="1219"/>
          </w:tcPr>
          <w:p>
            <w:pPr>
              <w:spacing w:after="0"/>
              <w:jc w:val="left"/>
            </w:pPr>
            <w:r>
              <w:rPr>
                <w:sz w:val="16"/>
              </w:rPr>
              <w:t>Relatively Moderate</w:t>
            </w:r>
          </w:p>
        </w:tc>
        <w:tc>
          <w:tcPr>
            <w:tcW w:type="dxa" w:w="1219"/>
          </w:tcPr>
          <w:p>
            <w:pPr>
              <w:spacing w:after="0"/>
              <w:jc w:val="left"/>
            </w:pPr>
            <w:r>
              <w:rPr>
                <w:sz w:val="16"/>
              </w:rPr>
              <w:t>Relatively Moderate</w:t>
            </w:r>
          </w:p>
        </w:tc>
        <w:tc>
          <w:tcPr>
            <w:tcW w:type="dxa" w:w="1126"/>
          </w:tcPr>
          <w:p>
            <w:pPr>
              <w:spacing w:after="0"/>
              <w:jc w:val="right"/>
            </w:pPr>
            <w:r>
              <w:rPr>
                <w:sz w:val="16"/>
              </w:rPr>
              <w:t>$470,082</w:t>
            </w:r>
          </w:p>
        </w:tc>
        <w:tc>
          <w:tcPr>
            <w:tcW w:type="dxa" w:w="1126"/>
          </w:tcPr>
          <w:p>
            <w:pPr>
              <w:spacing w:after="0"/>
              <w:jc w:val="right"/>
            </w:pPr>
            <w:r>
              <w:rPr>
                <w:sz w:val="16"/>
              </w:rPr>
              <w:t>$18,309</w:t>
            </w:r>
          </w:p>
        </w:tc>
        <w:tc>
          <w:tcPr>
            <w:tcW w:type="dxa" w:w="1336"/>
          </w:tcPr>
          <w:p>
            <w:pPr>
              <w:spacing w:after="0"/>
              <w:jc w:val="right"/>
            </w:pPr>
            <w:r>
              <w:rPr>
                <w:sz w:val="16"/>
              </w:rPr>
              <w:t>$419,943</w:t>
            </w:r>
          </w:p>
        </w:tc>
        <w:tc>
          <w:tcPr>
            <w:tcW w:type="dxa" w:w="1172"/>
          </w:tcPr>
          <w:p>
            <w:pPr>
              <w:spacing w:after="0"/>
              <w:jc w:val="right"/>
            </w:pPr>
            <w:r>
              <w:rPr>
                <w:sz w:val="16"/>
              </w:rPr>
              <w:t>$908,334</w:t>
            </w:r>
          </w:p>
        </w:tc>
        <w:tc>
          <w:tcPr>
            <w:tcW w:type="dxa" w:w="1298"/>
          </w:tcPr>
          <w:p>
            <w:pPr>
              <w:spacing w:after="0"/>
              <w:jc w:val="right"/>
            </w:pPr>
            <w:r>
              <w:rPr>
                <w:sz w:val="16"/>
              </w:rPr>
              <w:t>137</w:t>
            </w:r>
          </w:p>
        </w:tc>
        <w:tc>
          <w:tcPr>
            <w:tcW w:type="dxa" w:w="1609"/>
          </w:tcPr>
          <w:p>
            <w:pPr>
              <w:spacing w:after="0"/>
              <w:jc w:val="left"/>
            </w:pPr>
          </w:p>
        </w:tc>
        <w:tc>
          <w:tcPr>
            <w:tcW w:type="dxa" w:w="2279"/>
          </w:tcPr>
          <w:p>
            <w:pPr>
              <w:spacing w:after="0"/>
              <w:jc w:val="left"/>
            </w:pPr>
            <w:r>
              <w:rPr>
                <w:sz w:val="16"/>
              </w:rPr>
              <w:t>Includes 34 High Wind records and 1 Strong Wind record, event types the NRI definition of this hazard leaves out.</w:t>
            </w:r>
          </w:p>
        </w:tc>
      </w:tr>
      <w:tr>
        <w:trPr>
          <w:cantSplit/>
        </w:trPr>
        <w:tc>
          <w:tcPr>
            <w:tcW w:type="dxa" w:w="692"/>
          </w:tcPr>
          <w:p>
            <w:pPr>
              <w:spacing w:after="0"/>
              <w:jc w:val="right"/>
            </w:pPr>
            <w:r>
              <w:rPr>
                <w:sz w:val="16"/>
              </w:rPr>
              <w:t>6</w:t>
            </w:r>
          </w:p>
        </w:tc>
        <w:tc>
          <w:tcPr>
            <w:tcW w:type="dxa" w:w="1037"/>
          </w:tcPr>
          <w:p>
            <w:pPr>
              <w:spacing w:after="0"/>
              <w:jc w:val="left"/>
            </w:pPr>
            <w:r>
              <w:rPr>
                <w:sz w:val="16"/>
              </w:rPr>
              <w:t>Hail</w:t>
            </w:r>
          </w:p>
        </w:tc>
        <w:tc>
          <w:tcPr>
            <w:tcW w:type="dxa" w:w="1219"/>
          </w:tcPr>
          <w:p>
            <w:pPr>
              <w:spacing w:after="0"/>
              <w:jc w:val="left"/>
            </w:pPr>
            <w:r>
              <w:rPr>
                <w:sz w:val="16"/>
              </w:rPr>
              <w:t>Relatively Low</w:t>
            </w:r>
          </w:p>
        </w:tc>
        <w:tc>
          <w:tcPr>
            <w:tcW w:type="dxa" w:w="1219"/>
          </w:tcPr>
          <w:p>
            <w:pPr>
              <w:spacing w:after="0"/>
              <w:jc w:val="left"/>
            </w:pPr>
            <w:r>
              <w:rPr>
                <w:sz w:val="16"/>
              </w:rPr>
              <w:t>Relatively Low</w:t>
            </w:r>
          </w:p>
        </w:tc>
        <w:tc>
          <w:tcPr>
            <w:tcW w:type="dxa" w:w="1126"/>
          </w:tcPr>
          <w:p>
            <w:pPr>
              <w:spacing w:after="0"/>
              <w:jc w:val="right"/>
            </w:pPr>
            <w:r>
              <w:rPr>
                <w:sz w:val="16"/>
              </w:rPr>
              <w:t>$255,192</w:t>
            </w:r>
          </w:p>
        </w:tc>
        <w:tc>
          <w:tcPr>
            <w:tcW w:type="dxa" w:w="1126"/>
          </w:tcPr>
          <w:p>
            <w:pPr>
              <w:spacing w:after="0"/>
              <w:jc w:val="right"/>
            </w:pPr>
            <w:r>
              <w:rPr>
                <w:sz w:val="16"/>
              </w:rPr>
              <w:t>$268,133</w:t>
            </w:r>
          </w:p>
        </w:tc>
        <w:tc>
          <w:tcPr>
            <w:tcW w:type="dxa" w:w="1336"/>
          </w:tcPr>
          <w:p>
            <w:pPr>
              <w:spacing w:after="0"/>
              <w:jc w:val="right"/>
            </w:pPr>
            <w:r>
              <w:rPr>
                <w:sz w:val="16"/>
              </w:rPr>
              <w:t>$92,418</w:t>
            </w:r>
          </w:p>
        </w:tc>
        <w:tc>
          <w:tcPr>
            <w:tcW w:type="dxa" w:w="1172"/>
          </w:tcPr>
          <w:p>
            <w:pPr>
              <w:spacing w:after="0"/>
              <w:jc w:val="right"/>
            </w:pPr>
            <w:r>
              <w:rPr>
                <w:sz w:val="16"/>
              </w:rPr>
              <w:t>$615,743</w:t>
            </w:r>
          </w:p>
        </w:tc>
        <w:tc>
          <w:tcPr>
            <w:tcW w:type="dxa" w:w="1298"/>
          </w:tcPr>
          <w:p>
            <w:pPr>
              <w:spacing w:after="0"/>
              <w:jc w:val="right"/>
            </w:pPr>
            <w:r>
              <w:rPr>
                <w:sz w:val="16"/>
              </w:rPr>
              <w:t>200</w:t>
            </w:r>
          </w:p>
        </w:tc>
        <w:tc>
          <w:tcPr>
            <w:tcW w:type="dxa" w:w="1609"/>
          </w:tcPr>
          <w:p>
            <w:pPr>
              <w:spacing w:after="0"/>
              <w:jc w:val="left"/>
            </w:pPr>
          </w:p>
        </w:tc>
        <w:tc>
          <w:tcPr>
            <w:tcW w:type="dxa" w:w="2279"/>
          </w:tcPr>
          <w:p>
            <w:pPr>
              <w:spacing w:after="0"/>
              <w:jc w:val="left"/>
            </w:pPr>
          </w:p>
        </w:tc>
      </w:tr>
      <w:tr>
        <w:trPr>
          <w:cantSplit/>
        </w:trPr>
        <w:tc>
          <w:tcPr>
            <w:tcW w:type="dxa" w:w="692"/>
          </w:tcPr>
          <w:p>
            <w:pPr>
              <w:spacing w:after="0"/>
              <w:jc w:val="right"/>
            </w:pPr>
            <w:r>
              <w:rPr>
                <w:sz w:val="16"/>
              </w:rPr>
              <w:t>7</w:t>
            </w:r>
          </w:p>
        </w:tc>
        <w:tc>
          <w:tcPr>
            <w:tcW w:type="dxa" w:w="1037"/>
          </w:tcPr>
          <w:p>
            <w:pPr>
              <w:spacing w:after="0"/>
              <w:jc w:val="left"/>
            </w:pPr>
            <w:r>
              <w:rPr>
                <w:sz w:val="16"/>
              </w:rPr>
              <w:t>Winter Weather</w:t>
            </w:r>
          </w:p>
        </w:tc>
        <w:tc>
          <w:tcPr>
            <w:tcW w:type="dxa" w:w="1219"/>
          </w:tcPr>
          <w:p>
            <w:pPr>
              <w:spacing w:after="0"/>
              <w:jc w:val="left"/>
            </w:pPr>
            <w:r>
              <w:rPr>
                <w:sz w:val="16"/>
              </w:rPr>
              <w:t>Relatively High</w:t>
            </w:r>
          </w:p>
        </w:tc>
        <w:tc>
          <w:tcPr>
            <w:tcW w:type="dxa" w:w="1219"/>
          </w:tcPr>
          <w:p>
            <w:pPr>
              <w:spacing w:after="0"/>
              <w:jc w:val="left"/>
            </w:pPr>
            <w:r>
              <w:rPr>
                <w:sz w:val="16"/>
              </w:rPr>
              <w:t>Relatively High</w:t>
            </w:r>
          </w:p>
        </w:tc>
        <w:tc>
          <w:tcPr>
            <w:tcW w:type="dxa" w:w="1126"/>
          </w:tcPr>
          <w:p>
            <w:pPr>
              <w:spacing w:after="0"/>
              <w:jc w:val="right"/>
            </w:pPr>
            <w:r>
              <w:rPr>
                <w:sz w:val="16"/>
              </w:rPr>
              <w:t>$63,851</w:t>
            </w:r>
          </w:p>
        </w:tc>
        <w:tc>
          <w:tcPr>
            <w:tcW w:type="dxa" w:w="1126"/>
          </w:tcPr>
          <w:p>
            <w:pPr>
              <w:spacing w:after="0"/>
              <w:jc w:val="right"/>
            </w:pPr>
            <w:r>
              <w:rPr>
                <w:sz w:val="16"/>
              </w:rPr>
              <w:t>$296</w:t>
            </w:r>
          </w:p>
        </w:tc>
        <w:tc>
          <w:tcPr>
            <w:tcW w:type="dxa" w:w="1336"/>
          </w:tcPr>
          <w:p>
            <w:pPr>
              <w:spacing w:after="0"/>
              <w:jc w:val="right"/>
            </w:pPr>
            <w:r>
              <w:rPr>
                <w:sz w:val="16"/>
              </w:rPr>
              <w:t>$529,940</w:t>
            </w:r>
          </w:p>
        </w:tc>
        <w:tc>
          <w:tcPr>
            <w:tcW w:type="dxa" w:w="1172"/>
          </w:tcPr>
          <w:p>
            <w:pPr>
              <w:spacing w:after="0"/>
              <w:jc w:val="right"/>
            </w:pPr>
            <w:r>
              <w:rPr>
                <w:sz w:val="16"/>
              </w:rPr>
              <w:t>$594,087</w:t>
            </w:r>
          </w:p>
        </w:tc>
        <w:tc>
          <w:tcPr>
            <w:tcW w:type="dxa" w:w="1298"/>
          </w:tcPr>
          <w:p>
            <w:pPr>
              <w:spacing w:after="0"/>
              <w:jc w:val="right"/>
            </w:pPr>
            <w:r>
              <w:rPr>
                <w:sz w:val="16"/>
              </w:rPr>
              <w:t>131</w:t>
            </w:r>
          </w:p>
        </w:tc>
        <w:tc>
          <w:tcPr>
            <w:tcW w:type="dxa" w:w="1609"/>
          </w:tcPr>
          <w:p>
            <w:pPr>
              <w:spacing w:after="0"/>
              <w:jc w:val="left"/>
            </w:pPr>
          </w:p>
        </w:tc>
        <w:tc>
          <w:tcPr>
            <w:tcW w:type="dxa" w:w="2279"/>
          </w:tcPr>
          <w:p>
            <w:pPr>
              <w:spacing w:after="0"/>
              <w:jc w:val="left"/>
            </w:pPr>
          </w:p>
        </w:tc>
      </w:tr>
      <w:tr>
        <w:trPr>
          <w:cantSplit/>
        </w:trPr>
        <w:tc>
          <w:tcPr>
            <w:tcW w:type="dxa" w:w="692"/>
          </w:tcPr>
          <w:p>
            <w:pPr>
              <w:spacing w:after="0"/>
              <w:jc w:val="right"/>
            </w:pPr>
            <w:r>
              <w:rPr>
                <w:sz w:val="16"/>
              </w:rPr>
              <w:t>8</w:t>
            </w:r>
          </w:p>
        </w:tc>
        <w:tc>
          <w:tcPr>
            <w:tcW w:type="dxa" w:w="1037"/>
          </w:tcPr>
          <w:p>
            <w:pPr>
              <w:spacing w:after="0"/>
              <w:jc w:val="left"/>
            </w:pPr>
            <w:r>
              <w:rPr>
                <w:sz w:val="16"/>
              </w:rPr>
              <w:t>Heat Wave</w:t>
            </w:r>
          </w:p>
        </w:tc>
        <w:tc>
          <w:tcPr>
            <w:tcW w:type="dxa" w:w="1219"/>
          </w:tcPr>
          <w:p>
            <w:pPr>
              <w:spacing w:after="0"/>
              <w:jc w:val="left"/>
            </w:pPr>
            <w:r>
              <w:rPr>
                <w:sz w:val="16"/>
              </w:rPr>
              <w:t>Very Low</w:t>
            </w:r>
          </w:p>
        </w:tc>
        <w:tc>
          <w:tcPr>
            <w:tcW w:type="dxa" w:w="1219"/>
          </w:tcPr>
          <w:p>
            <w:pPr>
              <w:spacing w:after="0"/>
              <w:jc w:val="left"/>
            </w:pPr>
            <w:r>
              <w:rPr>
                <w:sz w:val="16"/>
              </w:rPr>
              <w:t>Relatively Low</w:t>
            </w:r>
          </w:p>
        </w:tc>
        <w:tc>
          <w:tcPr>
            <w:tcW w:type="dxa" w:w="1126"/>
          </w:tcPr>
          <w:p>
            <w:pPr>
              <w:spacing w:after="0"/>
              <w:jc w:val="right"/>
            </w:pPr>
            <w:r>
              <w:rPr>
                <w:sz w:val="16"/>
              </w:rPr>
              <w:t>$2,898</w:t>
            </w:r>
          </w:p>
        </w:tc>
        <w:tc>
          <w:tcPr>
            <w:tcW w:type="dxa" w:w="1126"/>
          </w:tcPr>
          <w:p>
            <w:pPr>
              <w:spacing w:after="0"/>
              <w:jc w:val="right"/>
            </w:pPr>
            <w:r>
              <w:rPr>
                <w:sz w:val="16"/>
              </w:rPr>
              <w:t>$2</w:t>
            </w:r>
          </w:p>
        </w:tc>
        <w:tc>
          <w:tcPr>
            <w:tcW w:type="dxa" w:w="1336"/>
          </w:tcPr>
          <w:p>
            <w:pPr>
              <w:spacing w:after="0"/>
              <w:jc w:val="right"/>
            </w:pPr>
            <w:r>
              <w:rPr>
                <w:sz w:val="16"/>
              </w:rPr>
              <w:t>$231,368</w:t>
            </w:r>
          </w:p>
        </w:tc>
        <w:tc>
          <w:tcPr>
            <w:tcW w:type="dxa" w:w="1172"/>
          </w:tcPr>
          <w:p>
            <w:pPr>
              <w:spacing w:after="0"/>
              <w:jc w:val="right"/>
            </w:pPr>
            <w:r>
              <w:rPr>
                <w:sz w:val="16"/>
              </w:rPr>
              <w:t>$234,267</w:t>
            </w:r>
          </w:p>
        </w:tc>
        <w:tc>
          <w:tcPr>
            <w:tcW w:type="dxa" w:w="1298"/>
          </w:tcPr>
          <w:p>
            <w:pPr>
              <w:spacing w:after="0"/>
              <w:jc w:val="right"/>
            </w:pPr>
            <w:r>
              <w:rPr>
                <w:sz w:val="16"/>
              </w:rPr>
              <w:t>6</w:t>
            </w:r>
          </w:p>
        </w:tc>
        <w:tc>
          <w:tcPr>
            <w:tcW w:type="dxa" w:w="1609"/>
          </w:tcPr>
          <w:p>
            <w:pPr>
              <w:spacing w:after="0"/>
              <w:jc w:val="left"/>
            </w:pPr>
          </w:p>
        </w:tc>
        <w:tc>
          <w:tcPr>
            <w:tcW w:type="dxa" w:w="2279"/>
          </w:tcPr>
          <w:p>
            <w:pPr>
              <w:spacing w:after="0"/>
              <w:jc w:val="left"/>
            </w:pPr>
          </w:p>
        </w:tc>
      </w:tr>
      <w:tr>
        <w:trPr>
          <w:cantSplit/>
        </w:trPr>
        <w:tc>
          <w:tcPr>
            <w:tcW w:type="dxa" w:w="692"/>
          </w:tcPr>
          <w:p>
            <w:pPr>
              <w:spacing w:after="0"/>
              <w:jc w:val="right"/>
            </w:pPr>
            <w:r>
              <w:rPr>
                <w:sz w:val="16"/>
              </w:rPr>
              <w:t>9</w:t>
            </w:r>
          </w:p>
        </w:tc>
        <w:tc>
          <w:tcPr>
            <w:tcW w:type="dxa" w:w="1037"/>
          </w:tcPr>
          <w:p>
            <w:pPr>
              <w:spacing w:after="0"/>
              <w:jc w:val="left"/>
            </w:pPr>
            <w:r>
              <w:rPr>
                <w:sz w:val="16"/>
              </w:rPr>
              <w:t>Wildfire</w:t>
            </w:r>
          </w:p>
        </w:tc>
        <w:tc>
          <w:tcPr>
            <w:tcW w:type="dxa" w:w="1219"/>
          </w:tcPr>
          <w:p>
            <w:pPr>
              <w:spacing w:after="0"/>
              <w:jc w:val="left"/>
            </w:pPr>
            <w:r>
              <w:rPr>
                <w:sz w:val="16"/>
              </w:rPr>
              <w:t>Relatively Low</w:t>
            </w:r>
          </w:p>
        </w:tc>
        <w:tc>
          <w:tcPr>
            <w:tcW w:type="dxa" w:w="1219"/>
          </w:tcPr>
          <w:p>
            <w:pPr>
              <w:spacing w:after="0"/>
              <w:jc w:val="left"/>
            </w:pPr>
            <w:r>
              <w:rPr>
                <w:sz w:val="16"/>
              </w:rPr>
              <w:t>Relatively Low</w:t>
            </w:r>
          </w:p>
        </w:tc>
        <w:tc>
          <w:tcPr>
            <w:tcW w:type="dxa" w:w="1126"/>
          </w:tcPr>
          <w:p>
            <w:pPr>
              <w:spacing w:after="0"/>
              <w:jc w:val="right"/>
            </w:pPr>
            <w:r>
              <w:rPr>
                <w:sz w:val="16"/>
              </w:rPr>
              <w:t>$199,201</w:t>
            </w:r>
          </w:p>
        </w:tc>
        <w:tc>
          <w:tcPr>
            <w:tcW w:type="dxa" w:w="1126"/>
          </w:tcPr>
          <w:p>
            <w:pPr>
              <w:spacing w:after="0"/>
              <w:jc w:val="right"/>
            </w:pPr>
            <w:r>
              <w:rPr>
                <w:sz w:val="16"/>
              </w:rPr>
              <w:t>$98</w:t>
            </w:r>
          </w:p>
        </w:tc>
        <w:tc>
          <w:tcPr>
            <w:tcW w:type="dxa" w:w="1336"/>
          </w:tcPr>
          <w:p>
            <w:pPr>
              <w:spacing w:after="0"/>
              <w:jc w:val="right"/>
            </w:pPr>
            <w:r>
              <w:rPr>
                <w:sz w:val="16"/>
              </w:rPr>
              <w:t>$5,970</w:t>
            </w:r>
          </w:p>
        </w:tc>
        <w:tc>
          <w:tcPr>
            <w:tcW w:type="dxa" w:w="1172"/>
          </w:tcPr>
          <w:p>
            <w:pPr>
              <w:spacing w:after="0"/>
              <w:jc w:val="right"/>
            </w:pPr>
            <w:r>
              <w:rPr>
                <w:sz w:val="16"/>
              </w:rPr>
              <w:t>$205,269</w:t>
            </w:r>
          </w:p>
        </w:tc>
        <w:tc>
          <w:tcPr>
            <w:tcW w:type="dxa" w:w="1298"/>
          </w:tcPr>
          <w:p>
            <w:pPr>
              <w:spacing w:after="0"/>
              <w:jc w:val="right"/>
            </w:pPr>
            <w:r>
              <w:rPr>
                <w:sz w:val="16"/>
              </w:rPr>
              <w:t>0</w:t>
            </w:r>
          </w:p>
        </w:tc>
        <w:tc>
          <w:tcPr>
            <w:tcW w:type="dxa" w:w="1609"/>
          </w:tcPr>
          <w:p>
            <w:pPr>
              <w:spacing w:after="0"/>
              <w:jc w:val="left"/>
            </w:pPr>
          </w:p>
        </w:tc>
        <w:tc>
          <w:tcPr>
            <w:tcW w:type="dxa" w:w="2279"/>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92"/>
          </w:tcPr>
          <w:p>
            <w:pPr>
              <w:spacing w:after="0"/>
              <w:jc w:val="right"/>
            </w:pPr>
            <w:r>
              <w:rPr>
                <w:sz w:val="16"/>
              </w:rPr>
              <w:t>10</w:t>
            </w:r>
          </w:p>
        </w:tc>
        <w:tc>
          <w:tcPr>
            <w:tcW w:type="dxa" w:w="1037"/>
          </w:tcPr>
          <w:p>
            <w:pPr>
              <w:spacing w:after="0"/>
              <w:jc w:val="left"/>
            </w:pPr>
            <w:r>
              <w:rPr>
                <w:sz w:val="16"/>
              </w:rPr>
              <w:t>Drought</w:t>
            </w:r>
          </w:p>
        </w:tc>
        <w:tc>
          <w:tcPr>
            <w:tcW w:type="dxa" w:w="1219"/>
          </w:tcPr>
          <w:p>
            <w:pPr>
              <w:spacing w:after="0"/>
              <w:jc w:val="left"/>
            </w:pPr>
            <w:r>
              <w:rPr>
                <w:sz w:val="16"/>
              </w:rPr>
              <w:t>Relatively Low</w:t>
            </w:r>
          </w:p>
        </w:tc>
        <w:tc>
          <w:tcPr>
            <w:tcW w:type="dxa" w:w="1219"/>
          </w:tcPr>
          <w:p>
            <w:pPr>
              <w:spacing w:after="0"/>
              <w:jc w:val="left"/>
            </w:pPr>
            <w:r>
              <w:rPr>
                <w:sz w:val="16"/>
              </w:rPr>
              <w:t>Relatively Low</w:t>
            </w:r>
          </w:p>
        </w:tc>
        <w:tc>
          <w:tcPr>
            <w:tcW w:type="dxa" w:w="1126"/>
          </w:tcPr>
          <w:p>
            <w:pPr>
              <w:spacing w:after="0"/>
              <w:jc w:val="right"/>
            </w:pPr>
          </w:p>
        </w:tc>
        <w:tc>
          <w:tcPr>
            <w:tcW w:type="dxa" w:w="1126"/>
          </w:tcPr>
          <w:p>
            <w:pPr>
              <w:spacing w:after="0"/>
              <w:jc w:val="right"/>
            </w:pPr>
            <w:r>
              <w:rPr>
                <w:sz w:val="16"/>
              </w:rPr>
              <w:t>$53,807</w:t>
            </w:r>
          </w:p>
        </w:tc>
        <w:tc>
          <w:tcPr>
            <w:tcW w:type="dxa" w:w="1336"/>
          </w:tcPr>
          <w:p>
            <w:pPr>
              <w:spacing w:after="0"/>
              <w:jc w:val="right"/>
            </w:pPr>
          </w:p>
        </w:tc>
        <w:tc>
          <w:tcPr>
            <w:tcW w:type="dxa" w:w="1172"/>
          </w:tcPr>
          <w:p>
            <w:pPr>
              <w:spacing w:after="0"/>
              <w:jc w:val="right"/>
            </w:pPr>
            <w:r>
              <w:rPr>
                <w:sz w:val="16"/>
              </w:rPr>
              <w:t>$53,807</w:t>
            </w:r>
          </w:p>
        </w:tc>
        <w:tc>
          <w:tcPr>
            <w:tcW w:type="dxa" w:w="1298"/>
          </w:tcPr>
          <w:p>
            <w:pPr>
              <w:spacing w:after="0"/>
              <w:jc w:val="right"/>
            </w:pPr>
            <w:r>
              <w:rPr>
                <w:sz w:val="16"/>
              </w:rPr>
              <w:t>20</w:t>
            </w:r>
          </w:p>
        </w:tc>
        <w:tc>
          <w:tcPr>
            <w:tcW w:type="dxa" w:w="1609"/>
          </w:tcPr>
          <w:p>
            <w:pPr>
              <w:spacing w:after="0"/>
              <w:jc w:val="left"/>
            </w:pPr>
          </w:p>
        </w:tc>
        <w:tc>
          <w:tcPr>
            <w:tcW w:type="dxa" w:w="2279"/>
          </w:tcPr>
          <w:p>
            <w:pPr>
              <w:spacing w:after="0"/>
              <w:jc w:val="left"/>
            </w:pPr>
          </w:p>
        </w:tc>
      </w:tr>
      <w:tr>
        <w:trPr>
          <w:cantSplit/>
        </w:trPr>
        <w:tc>
          <w:tcPr>
            <w:tcW w:type="dxa" w:w="692"/>
          </w:tcPr>
          <w:p>
            <w:pPr>
              <w:spacing w:after="0"/>
              <w:jc w:val="right"/>
            </w:pPr>
            <w:r>
              <w:rPr>
                <w:sz w:val="16"/>
              </w:rPr>
              <w:t>11</w:t>
            </w:r>
          </w:p>
        </w:tc>
        <w:tc>
          <w:tcPr>
            <w:tcW w:type="dxa" w:w="1037"/>
          </w:tcPr>
          <w:p>
            <w:pPr>
              <w:spacing w:after="0"/>
              <w:jc w:val="left"/>
            </w:pPr>
            <w:r>
              <w:rPr>
                <w:sz w:val="16"/>
              </w:rPr>
              <w:t>Earthquake</w:t>
            </w:r>
          </w:p>
        </w:tc>
        <w:tc>
          <w:tcPr>
            <w:tcW w:type="dxa" w:w="1219"/>
          </w:tcPr>
          <w:p>
            <w:pPr>
              <w:spacing w:after="0"/>
              <w:jc w:val="left"/>
            </w:pPr>
            <w:r>
              <w:rPr>
                <w:sz w:val="16"/>
              </w:rPr>
              <w:t>Very Low</w:t>
            </w:r>
          </w:p>
        </w:tc>
        <w:tc>
          <w:tcPr>
            <w:tcW w:type="dxa" w:w="1219"/>
          </w:tcPr>
          <w:p>
            <w:pPr>
              <w:spacing w:after="0"/>
              <w:jc w:val="left"/>
            </w:pPr>
            <w:r>
              <w:rPr>
                <w:sz w:val="16"/>
              </w:rPr>
              <w:t>Very Low</w:t>
            </w:r>
          </w:p>
        </w:tc>
        <w:tc>
          <w:tcPr>
            <w:tcW w:type="dxa" w:w="1126"/>
          </w:tcPr>
          <w:p>
            <w:pPr>
              <w:spacing w:after="0"/>
              <w:jc w:val="right"/>
            </w:pPr>
            <w:r>
              <w:rPr>
                <w:sz w:val="16"/>
              </w:rPr>
              <w:t>$29,484</w:t>
            </w:r>
          </w:p>
        </w:tc>
        <w:tc>
          <w:tcPr>
            <w:tcW w:type="dxa" w:w="1126"/>
          </w:tcPr>
          <w:p>
            <w:pPr>
              <w:spacing w:after="0"/>
              <w:jc w:val="right"/>
            </w:pPr>
          </w:p>
        </w:tc>
        <w:tc>
          <w:tcPr>
            <w:tcW w:type="dxa" w:w="1336"/>
          </w:tcPr>
          <w:p>
            <w:pPr>
              <w:spacing w:after="0"/>
              <w:jc w:val="right"/>
            </w:pPr>
            <w:r>
              <w:rPr>
                <w:sz w:val="16"/>
              </w:rPr>
              <w:t>$6,877</w:t>
            </w:r>
          </w:p>
        </w:tc>
        <w:tc>
          <w:tcPr>
            <w:tcW w:type="dxa" w:w="1172"/>
          </w:tcPr>
          <w:p>
            <w:pPr>
              <w:spacing w:after="0"/>
              <w:jc w:val="right"/>
            </w:pPr>
            <w:r>
              <w:rPr>
                <w:sz w:val="16"/>
              </w:rPr>
              <w:t>$36,361</w:t>
            </w:r>
          </w:p>
        </w:tc>
        <w:tc>
          <w:tcPr>
            <w:tcW w:type="dxa" w:w="1298"/>
          </w:tcPr>
          <w:p>
            <w:pPr>
              <w:spacing w:after="0"/>
              <w:jc w:val="right"/>
            </w:pPr>
          </w:p>
        </w:tc>
        <w:tc>
          <w:tcPr>
            <w:tcW w:type="dxa" w:w="1609"/>
          </w:tcPr>
          <w:p>
            <w:pPr>
              <w:spacing w:after="0"/>
              <w:jc w:val="left"/>
            </w:pPr>
          </w:p>
        </w:tc>
        <w:tc>
          <w:tcPr>
            <w:tcW w:type="dxa" w:w="2279"/>
          </w:tcPr>
          <w:p>
            <w:pPr>
              <w:spacing w:after="0"/>
              <w:jc w:val="left"/>
            </w:pPr>
            <w:r>
              <w:rPr>
                <w:sz w:val="16"/>
              </w:rPr>
              <w:t>Not in Storm Events. Storm Events coverage of this hazard is limited; absence is not evidence of low risk.</w:t>
            </w:r>
          </w:p>
        </w:tc>
      </w:tr>
      <w:tr>
        <w:trPr>
          <w:cantSplit/>
        </w:trPr>
        <w:tc>
          <w:tcPr>
            <w:tcW w:type="dxa" w:w="692"/>
          </w:tcPr>
          <w:p>
            <w:pPr>
              <w:spacing w:after="0"/>
              <w:jc w:val="right"/>
            </w:pPr>
            <w:r>
              <w:rPr>
                <w:sz w:val="16"/>
              </w:rPr>
              <w:t>12</w:t>
            </w:r>
          </w:p>
        </w:tc>
        <w:tc>
          <w:tcPr>
            <w:tcW w:type="dxa" w:w="1037"/>
          </w:tcPr>
          <w:p>
            <w:pPr>
              <w:spacing w:after="0"/>
              <w:jc w:val="left"/>
            </w:pPr>
            <w:r>
              <w:rPr>
                <w:sz w:val="16"/>
              </w:rPr>
              <w:t>Lightning</w:t>
            </w:r>
          </w:p>
        </w:tc>
        <w:tc>
          <w:tcPr>
            <w:tcW w:type="dxa" w:w="1219"/>
          </w:tcPr>
          <w:p>
            <w:pPr>
              <w:spacing w:after="0"/>
              <w:jc w:val="left"/>
            </w:pPr>
            <w:r>
              <w:rPr>
                <w:sz w:val="16"/>
              </w:rPr>
              <w:t>Very Low</w:t>
            </w:r>
          </w:p>
        </w:tc>
        <w:tc>
          <w:tcPr>
            <w:tcW w:type="dxa" w:w="1219"/>
          </w:tcPr>
          <w:p>
            <w:pPr>
              <w:spacing w:after="0"/>
              <w:jc w:val="left"/>
            </w:pPr>
            <w:r>
              <w:rPr>
                <w:sz w:val="16"/>
              </w:rPr>
              <w:t>Very Low</w:t>
            </w:r>
          </w:p>
        </w:tc>
        <w:tc>
          <w:tcPr>
            <w:tcW w:type="dxa" w:w="1126"/>
          </w:tcPr>
          <w:p>
            <w:pPr>
              <w:spacing w:after="0"/>
              <w:jc w:val="right"/>
            </w:pPr>
            <w:r>
              <w:rPr>
                <w:sz w:val="16"/>
              </w:rPr>
              <w:t>$9,832</w:t>
            </w:r>
          </w:p>
        </w:tc>
        <w:tc>
          <w:tcPr>
            <w:tcW w:type="dxa" w:w="1126"/>
          </w:tcPr>
          <w:p>
            <w:pPr>
              <w:spacing w:after="0"/>
              <w:jc w:val="right"/>
            </w:pPr>
          </w:p>
        </w:tc>
        <w:tc>
          <w:tcPr>
            <w:tcW w:type="dxa" w:w="1336"/>
          </w:tcPr>
          <w:p>
            <w:pPr>
              <w:spacing w:after="0"/>
              <w:jc w:val="right"/>
            </w:pPr>
            <w:r>
              <w:rPr>
                <w:sz w:val="16"/>
              </w:rPr>
              <w:t>$17,222</w:t>
            </w:r>
          </w:p>
        </w:tc>
        <w:tc>
          <w:tcPr>
            <w:tcW w:type="dxa" w:w="1172"/>
          </w:tcPr>
          <w:p>
            <w:pPr>
              <w:spacing w:after="0"/>
              <w:jc w:val="right"/>
            </w:pPr>
            <w:r>
              <w:rPr>
                <w:sz w:val="16"/>
              </w:rPr>
              <w:t>$27,054</w:t>
            </w:r>
          </w:p>
        </w:tc>
        <w:tc>
          <w:tcPr>
            <w:tcW w:type="dxa" w:w="1298"/>
          </w:tcPr>
          <w:p>
            <w:pPr>
              <w:spacing w:after="0"/>
              <w:jc w:val="right"/>
            </w:pPr>
            <w:r>
              <w:rPr>
                <w:sz w:val="16"/>
              </w:rPr>
              <w:t>3</w:t>
            </w:r>
          </w:p>
        </w:tc>
        <w:tc>
          <w:tcPr>
            <w:tcW w:type="dxa" w:w="1609"/>
          </w:tcPr>
          <w:p>
            <w:pPr>
              <w:spacing w:after="0"/>
              <w:jc w:val="left"/>
            </w:pPr>
          </w:p>
        </w:tc>
        <w:tc>
          <w:tcPr>
            <w:tcW w:type="dxa" w:w="2279"/>
          </w:tcPr>
          <w:p>
            <w:pPr>
              <w:spacing w:after="0"/>
              <w:jc w:val="left"/>
            </w:pPr>
          </w:p>
        </w:tc>
      </w:tr>
      <w:tr>
        <w:trPr>
          <w:cantSplit/>
        </w:trPr>
        <w:tc>
          <w:tcPr>
            <w:tcW w:type="dxa" w:w="692"/>
          </w:tcPr>
          <w:p>
            <w:pPr>
              <w:spacing w:after="0"/>
              <w:jc w:val="right"/>
            </w:pPr>
            <w:r>
              <w:rPr>
                <w:sz w:val="16"/>
              </w:rPr>
              <w:t>13</w:t>
            </w:r>
          </w:p>
        </w:tc>
        <w:tc>
          <w:tcPr>
            <w:tcW w:type="dxa" w:w="1037"/>
          </w:tcPr>
          <w:p>
            <w:pPr>
              <w:spacing w:after="0"/>
              <w:jc w:val="left"/>
            </w:pPr>
            <w:r>
              <w:rPr>
                <w:sz w:val="16"/>
              </w:rPr>
              <w:t>Landslide</w:t>
            </w:r>
          </w:p>
        </w:tc>
        <w:tc>
          <w:tcPr>
            <w:tcW w:type="dxa" w:w="1219"/>
          </w:tcPr>
          <w:p>
            <w:pPr>
              <w:spacing w:after="0"/>
              <w:jc w:val="left"/>
            </w:pPr>
            <w:r>
              <w:rPr>
                <w:sz w:val="16"/>
              </w:rPr>
              <w:t>Very Low</w:t>
            </w:r>
          </w:p>
        </w:tc>
        <w:tc>
          <w:tcPr>
            <w:tcW w:type="dxa" w:w="1219"/>
          </w:tcPr>
          <w:p>
            <w:pPr>
              <w:spacing w:after="0"/>
              <w:jc w:val="left"/>
            </w:pPr>
            <w:r>
              <w:rPr>
                <w:sz w:val="16"/>
              </w:rPr>
              <w:t>Very Low</w:t>
            </w:r>
          </w:p>
        </w:tc>
        <w:tc>
          <w:tcPr>
            <w:tcW w:type="dxa" w:w="1126"/>
          </w:tcPr>
          <w:p>
            <w:pPr>
              <w:spacing w:after="0"/>
              <w:jc w:val="right"/>
            </w:pPr>
            <w:r>
              <w:rPr>
                <w:sz w:val="16"/>
              </w:rPr>
              <w:t>$32</w:t>
            </w:r>
          </w:p>
        </w:tc>
        <w:tc>
          <w:tcPr>
            <w:tcW w:type="dxa" w:w="1126"/>
          </w:tcPr>
          <w:p>
            <w:pPr>
              <w:spacing w:after="0"/>
              <w:jc w:val="right"/>
            </w:pPr>
          </w:p>
        </w:tc>
        <w:tc>
          <w:tcPr>
            <w:tcW w:type="dxa" w:w="1336"/>
          </w:tcPr>
          <w:p>
            <w:pPr>
              <w:spacing w:after="0"/>
              <w:jc w:val="right"/>
            </w:pPr>
            <w:r>
              <w:rPr>
                <w:sz w:val="16"/>
              </w:rPr>
              <w:t>$177</w:t>
            </w:r>
          </w:p>
        </w:tc>
        <w:tc>
          <w:tcPr>
            <w:tcW w:type="dxa" w:w="1172"/>
          </w:tcPr>
          <w:p>
            <w:pPr>
              <w:spacing w:after="0"/>
              <w:jc w:val="right"/>
            </w:pPr>
            <w:r>
              <w:rPr>
                <w:sz w:val="16"/>
              </w:rPr>
              <w:t>$209</w:t>
            </w:r>
          </w:p>
        </w:tc>
        <w:tc>
          <w:tcPr>
            <w:tcW w:type="dxa" w:w="1298"/>
          </w:tcPr>
          <w:p>
            <w:pPr>
              <w:spacing w:after="0"/>
              <w:jc w:val="right"/>
            </w:pPr>
            <w:r>
              <w:rPr>
                <w:sz w:val="16"/>
              </w:rPr>
              <w:t>0</w:t>
            </w:r>
          </w:p>
        </w:tc>
        <w:tc>
          <w:tcPr>
            <w:tcW w:type="dxa" w:w="1609"/>
          </w:tcPr>
          <w:p>
            <w:pPr>
              <w:spacing w:after="0"/>
              <w:jc w:val="left"/>
            </w:pPr>
          </w:p>
        </w:tc>
        <w:tc>
          <w:tcPr>
            <w:tcW w:type="dxa" w:w="2279"/>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92"/>
          </w:tcPr>
          <w:p>
            <w:pPr>
              <w:spacing w:after="0"/>
              <w:jc w:val="right"/>
            </w:pPr>
          </w:p>
        </w:tc>
        <w:tc>
          <w:tcPr>
            <w:tcW w:type="dxa" w:w="1037"/>
          </w:tcPr>
          <w:p>
            <w:pPr>
              <w:spacing w:after="0"/>
              <w:jc w:val="left"/>
            </w:pPr>
            <w:r>
              <w:rPr>
                <w:sz w:val="16"/>
              </w:rPr>
              <w:t>Avalanche</w:t>
            </w:r>
          </w:p>
        </w:tc>
        <w:tc>
          <w:tcPr>
            <w:tcW w:type="dxa" w:w="1219"/>
          </w:tcPr>
          <w:p>
            <w:pPr>
              <w:spacing w:after="0"/>
              <w:jc w:val="left"/>
            </w:pPr>
            <w:r>
              <w:rPr>
                <w:sz w:val="16"/>
              </w:rPr>
              <w:t>Not Applicable</w:t>
            </w:r>
          </w:p>
        </w:tc>
        <w:tc>
          <w:tcPr>
            <w:tcW w:type="dxa" w:w="1219"/>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36"/>
          </w:tcPr>
          <w:p>
            <w:pPr>
              <w:spacing w:after="0"/>
              <w:jc w:val="right"/>
            </w:pPr>
          </w:p>
        </w:tc>
        <w:tc>
          <w:tcPr>
            <w:tcW w:type="dxa" w:w="1172"/>
          </w:tcPr>
          <w:p>
            <w:pPr>
              <w:spacing w:after="0"/>
              <w:jc w:val="right"/>
            </w:pPr>
          </w:p>
        </w:tc>
        <w:tc>
          <w:tcPr>
            <w:tcW w:type="dxa" w:w="1298"/>
          </w:tcPr>
          <w:p>
            <w:pPr>
              <w:spacing w:after="0"/>
              <w:jc w:val="right"/>
            </w:pPr>
            <w:r>
              <w:rPr>
                <w:sz w:val="16"/>
              </w:rPr>
              <w:t>0</w:t>
            </w:r>
          </w:p>
        </w:tc>
        <w:tc>
          <w:tcPr>
            <w:tcW w:type="dxa" w:w="1609"/>
          </w:tcPr>
          <w:p>
            <w:pPr>
              <w:spacing w:after="0"/>
              <w:jc w:val="left"/>
            </w:pPr>
            <w:r>
              <w:rPr>
                <w:sz w:val="16"/>
              </w:rPr>
              <w:t>NRI rates avalanche Not Applicable for this county, and no federal declaration for this county names it.</w:t>
            </w:r>
          </w:p>
        </w:tc>
        <w:tc>
          <w:tcPr>
            <w:tcW w:type="dxa" w:w="2279"/>
          </w:tcPr>
          <w:p>
            <w:pPr>
              <w:spacing w:after="0"/>
              <w:jc w:val="left"/>
            </w:pPr>
            <w:r>
              <w:rPr>
                <w:sz w:val="16"/>
              </w:rPr>
              <w:t>No recorded events in Storm Events since 1996 (data through 2026-06-30).</w:t>
            </w:r>
          </w:p>
        </w:tc>
      </w:tr>
      <w:tr>
        <w:trPr>
          <w:cantSplit/>
        </w:trPr>
        <w:tc>
          <w:tcPr>
            <w:tcW w:type="dxa" w:w="692"/>
          </w:tcPr>
          <w:p>
            <w:pPr>
              <w:spacing w:after="0"/>
              <w:jc w:val="right"/>
            </w:pPr>
          </w:p>
        </w:tc>
        <w:tc>
          <w:tcPr>
            <w:tcW w:type="dxa" w:w="1037"/>
          </w:tcPr>
          <w:p>
            <w:pPr>
              <w:spacing w:after="0"/>
              <w:jc w:val="left"/>
            </w:pPr>
            <w:r>
              <w:rPr>
                <w:sz w:val="16"/>
              </w:rPr>
              <w:t>Coastal Flooding</w:t>
            </w:r>
          </w:p>
        </w:tc>
        <w:tc>
          <w:tcPr>
            <w:tcW w:type="dxa" w:w="1219"/>
          </w:tcPr>
          <w:p>
            <w:pPr>
              <w:spacing w:after="0"/>
              <w:jc w:val="left"/>
            </w:pPr>
            <w:r>
              <w:rPr>
                <w:sz w:val="16"/>
              </w:rPr>
              <w:t>Not Applicable</w:t>
            </w:r>
          </w:p>
        </w:tc>
        <w:tc>
          <w:tcPr>
            <w:tcW w:type="dxa" w:w="1219"/>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36"/>
          </w:tcPr>
          <w:p>
            <w:pPr>
              <w:spacing w:after="0"/>
              <w:jc w:val="right"/>
            </w:pPr>
          </w:p>
        </w:tc>
        <w:tc>
          <w:tcPr>
            <w:tcW w:type="dxa" w:w="1172"/>
          </w:tcPr>
          <w:p>
            <w:pPr>
              <w:spacing w:after="0"/>
              <w:jc w:val="right"/>
            </w:pPr>
          </w:p>
        </w:tc>
        <w:tc>
          <w:tcPr>
            <w:tcW w:type="dxa" w:w="1298"/>
          </w:tcPr>
          <w:p>
            <w:pPr>
              <w:spacing w:after="0"/>
              <w:jc w:val="right"/>
            </w:pPr>
            <w:r>
              <w:rPr>
                <w:sz w:val="16"/>
              </w:rPr>
              <w:t>0</w:t>
            </w:r>
          </w:p>
        </w:tc>
        <w:tc>
          <w:tcPr>
            <w:tcW w:type="dxa" w:w="1609"/>
          </w:tcPr>
          <w:p>
            <w:pPr>
              <w:spacing w:after="0"/>
              <w:jc w:val="left"/>
            </w:pPr>
            <w:r>
              <w:rPr>
                <w:sz w:val="16"/>
              </w:rPr>
              <w:t>NRI rates coastal flooding Not Applicable for this county, and no federal declaration for this county names it.</w:t>
            </w:r>
          </w:p>
        </w:tc>
        <w:tc>
          <w:tcPr>
            <w:tcW w:type="dxa" w:w="2279"/>
          </w:tcPr>
          <w:p>
            <w:pPr>
              <w:spacing w:after="0"/>
              <w:jc w:val="left"/>
            </w:pPr>
            <w:r>
              <w:rPr>
                <w:sz w:val="16"/>
              </w:rPr>
              <w:t>No recorded events in Storm Events since 1996 (data through 2026-06-30).</w:t>
            </w:r>
          </w:p>
        </w:tc>
      </w:tr>
      <w:tr>
        <w:trPr>
          <w:cantSplit/>
        </w:trPr>
        <w:tc>
          <w:tcPr>
            <w:tcW w:type="dxa" w:w="692"/>
          </w:tcPr>
          <w:p>
            <w:pPr>
              <w:spacing w:after="0"/>
              <w:jc w:val="right"/>
            </w:pPr>
          </w:p>
        </w:tc>
        <w:tc>
          <w:tcPr>
            <w:tcW w:type="dxa" w:w="1037"/>
          </w:tcPr>
          <w:p>
            <w:pPr>
              <w:spacing w:after="0"/>
              <w:jc w:val="left"/>
            </w:pPr>
            <w:r>
              <w:rPr>
                <w:sz w:val="16"/>
              </w:rPr>
              <w:t>Hurricane</w:t>
            </w:r>
          </w:p>
        </w:tc>
        <w:tc>
          <w:tcPr>
            <w:tcW w:type="dxa" w:w="1219"/>
          </w:tcPr>
          <w:p>
            <w:pPr>
              <w:spacing w:after="0"/>
              <w:jc w:val="left"/>
            </w:pPr>
            <w:r>
              <w:rPr>
                <w:sz w:val="16"/>
              </w:rPr>
              <w:t>Not Applicable</w:t>
            </w:r>
          </w:p>
        </w:tc>
        <w:tc>
          <w:tcPr>
            <w:tcW w:type="dxa" w:w="1219"/>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36"/>
          </w:tcPr>
          <w:p>
            <w:pPr>
              <w:spacing w:after="0"/>
              <w:jc w:val="right"/>
            </w:pPr>
          </w:p>
        </w:tc>
        <w:tc>
          <w:tcPr>
            <w:tcW w:type="dxa" w:w="1172"/>
          </w:tcPr>
          <w:p>
            <w:pPr>
              <w:spacing w:after="0"/>
              <w:jc w:val="right"/>
            </w:pPr>
          </w:p>
        </w:tc>
        <w:tc>
          <w:tcPr>
            <w:tcW w:type="dxa" w:w="1298"/>
          </w:tcPr>
          <w:p>
            <w:pPr>
              <w:spacing w:after="0"/>
              <w:jc w:val="right"/>
            </w:pPr>
            <w:r>
              <w:rPr>
                <w:sz w:val="16"/>
              </w:rPr>
              <w:t>0</w:t>
            </w:r>
          </w:p>
        </w:tc>
        <w:tc>
          <w:tcPr>
            <w:tcW w:type="dxa" w:w="1609"/>
          </w:tcPr>
          <w:p>
            <w:pPr>
              <w:spacing w:after="0"/>
              <w:jc w:val="left"/>
            </w:pPr>
            <w:r>
              <w:rPr>
                <w:sz w:val="16"/>
              </w:rPr>
              <w:t>NRI rates hurricane Not Applicable for this county, and no counted federal declaration for this county names it (EM-3234-SD names it but is not counted as a local occurrence; see B1-d).</w:t>
            </w:r>
          </w:p>
        </w:tc>
        <w:tc>
          <w:tcPr>
            <w:tcW w:type="dxa" w:w="2279"/>
          </w:tcPr>
          <w:p>
            <w:pPr>
              <w:spacing w:after="0"/>
              <w:jc w:val="left"/>
            </w:pPr>
            <w:r>
              <w:rPr>
                <w:sz w:val="16"/>
              </w:rPr>
              <w:t>No recorded events in Storm Events since 1996 (data through 2026-06-30).</w:t>
            </w:r>
          </w:p>
        </w:tc>
      </w:tr>
      <w:tr>
        <w:trPr>
          <w:cantSplit/>
        </w:trPr>
        <w:tc>
          <w:tcPr>
            <w:tcW w:type="dxa" w:w="692"/>
          </w:tcPr>
          <w:p>
            <w:pPr>
              <w:spacing w:after="0"/>
              <w:jc w:val="right"/>
            </w:pPr>
          </w:p>
        </w:tc>
        <w:tc>
          <w:tcPr>
            <w:tcW w:type="dxa" w:w="1037"/>
          </w:tcPr>
          <w:p>
            <w:pPr>
              <w:spacing w:after="0"/>
              <w:jc w:val="left"/>
            </w:pPr>
            <w:r>
              <w:rPr>
                <w:sz w:val="16"/>
              </w:rPr>
              <w:t>Tsunami</w:t>
            </w:r>
          </w:p>
        </w:tc>
        <w:tc>
          <w:tcPr>
            <w:tcW w:type="dxa" w:w="1219"/>
          </w:tcPr>
          <w:p>
            <w:pPr>
              <w:spacing w:after="0"/>
              <w:jc w:val="left"/>
            </w:pPr>
            <w:r>
              <w:rPr>
                <w:sz w:val="16"/>
              </w:rPr>
              <w:t>Not Applicable</w:t>
            </w:r>
          </w:p>
        </w:tc>
        <w:tc>
          <w:tcPr>
            <w:tcW w:type="dxa" w:w="1219"/>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36"/>
          </w:tcPr>
          <w:p>
            <w:pPr>
              <w:spacing w:after="0"/>
              <w:jc w:val="right"/>
            </w:pPr>
          </w:p>
        </w:tc>
        <w:tc>
          <w:tcPr>
            <w:tcW w:type="dxa" w:w="1172"/>
          </w:tcPr>
          <w:p>
            <w:pPr>
              <w:spacing w:after="0"/>
              <w:jc w:val="right"/>
            </w:pPr>
          </w:p>
        </w:tc>
        <w:tc>
          <w:tcPr>
            <w:tcW w:type="dxa" w:w="1298"/>
          </w:tcPr>
          <w:p>
            <w:pPr>
              <w:spacing w:after="0"/>
              <w:jc w:val="right"/>
            </w:pPr>
            <w:r>
              <w:rPr>
                <w:sz w:val="16"/>
              </w:rPr>
              <w:t>0</w:t>
            </w:r>
          </w:p>
        </w:tc>
        <w:tc>
          <w:tcPr>
            <w:tcW w:type="dxa" w:w="1609"/>
          </w:tcPr>
          <w:p>
            <w:pPr>
              <w:spacing w:after="0"/>
              <w:jc w:val="left"/>
            </w:pPr>
            <w:r>
              <w:rPr>
                <w:sz w:val="16"/>
              </w:rPr>
              <w:t>NRI rates tsunami Not Applicable for this county, and no federal declaration for this county names it.</w:t>
            </w:r>
          </w:p>
        </w:tc>
        <w:tc>
          <w:tcPr>
            <w:tcW w:type="dxa" w:w="2279"/>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92"/>
          </w:tcPr>
          <w:p>
            <w:pPr>
              <w:spacing w:after="0"/>
              <w:jc w:val="right"/>
            </w:pPr>
          </w:p>
        </w:tc>
        <w:tc>
          <w:tcPr>
            <w:tcW w:type="dxa" w:w="1037"/>
          </w:tcPr>
          <w:p>
            <w:pPr>
              <w:spacing w:after="0"/>
              <w:jc w:val="left"/>
            </w:pPr>
            <w:r>
              <w:rPr>
                <w:sz w:val="16"/>
              </w:rPr>
              <w:t>Volcanic Activity</w:t>
            </w:r>
          </w:p>
        </w:tc>
        <w:tc>
          <w:tcPr>
            <w:tcW w:type="dxa" w:w="1219"/>
          </w:tcPr>
          <w:p>
            <w:pPr>
              <w:spacing w:after="0"/>
              <w:jc w:val="left"/>
            </w:pPr>
            <w:r>
              <w:rPr>
                <w:sz w:val="16"/>
              </w:rPr>
              <w:t>Not Applicable</w:t>
            </w:r>
          </w:p>
        </w:tc>
        <w:tc>
          <w:tcPr>
            <w:tcW w:type="dxa" w:w="1219"/>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36"/>
          </w:tcPr>
          <w:p>
            <w:pPr>
              <w:spacing w:after="0"/>
              <w:jc w:val="right"/>
            </w:pPr>
          </w:p>
        </w:tc>
        <w:tc>
          <w:tcPr>
            <w:tcW w:type="dxa" w:w="1172"/>
          </w:tcPr>
          <w:p>
            <w:pPr>
              <w:spacing w:after="0"/>
              <w:jc w:val="right"/>
            </w:pPr>
          </w:p>
        </w:tc>
        <w:tc>
          <w:tcPr>
            <w:tcW w:type="dxa" w:w="1298"/>
          </w:tcPr>
          <w:p>
            <w:pPr>
              <w:spacing w:after="0"/>
              <w:jc w:val="right"/>
            </w:pPr>
            <w:r>
              <w:rPr>
                <w:sz w:val="16"/>
              </w:rPr>
              <w:t>0</w:t>
            </w:r>
          </w:p>
        </w:tc>
        <w:tc>
          <w:tcPr>
            <w:tcW w:type="dxa" w:w="1609"/>
          </w:tcPr>
          <w:p>
            <w:pPr>
              <w:spacing w:after="0"/>
              <w:jc w:val="left"/>
            </w:pPr>
            <w:r>
              <w:rPr>
                <w:sz w:val="16"/>
              </w:rPr>
              <w:t>NRI rates volcanic activity Not Applicable for this county, and no federal declaration for this county names it.</w:t>
            </w:r>
          </w:p>
        </w:tc>
        <w:tc>
          <w:tcPr>
            <w:tcW w:type="dxa" w:w="2279"/>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8</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8</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 of 8</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8</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8 of 8</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 of 8</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 of 8</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8</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 of 8</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8 of 8</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8 of 8</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 of 8</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 of 8</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8 of 8</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8</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8</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6 of 8</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 of 8</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15"/>
        <w:gridCol w:w="1720"/>
        <w:gridCol w:w="1561"/>
        <w:gridCol w:w="1902"/>
        <w:gridCol w:w="1713"/>
        <w:gridCol w:w="1693"/>
        <w:gridCol w:w="1604"/>
        <w:gridCol w:w="2205"/>
      </w:tblGrid>
      <w:tr>
        <w:trPr>
          <w:cantSplit/>
          <w:tblHeader/>
        </w:trPr>
        <w:tc>
          <w:tcPr>
            <w:tcW w:type="dxa" w:w="1715"/>
            <w:shd w:val="clear" w:color="auto" w:fill="E8E8E8"/>
          </w:tcPr>
          <w:p>
            <w:pPr>
              <w:spacing w:after="0"/>
              <w:jc w:val="left"/>
            </w:pPr>
            <w:r>
              <w:rPr>
                <w:b/>
                <w:sz w:val="16"/>
              </w:rPr>
              <w:t>Hazard</w:t>
            </w:r>
          </w:p>
        </w:tc>
        <w:tc>
          <w:tcPr>
            <w:tcW w:type="dxa" w:w="1720"/>
            <w:shd w:val="clear" w:color="auto" w:fill="E8E8E8"/>
          </w:tcPr>
          <w:p>
            <w:pPr>
              <w:spacing w:after="0"/>
              <w:jc w:val="left"/>
            </w:pPr>
            <w:r>
              <w:rPr>
                <w:b/>
                <w:sz w:val="16"/>
              </w:rPr>
              <w:t>Scale</w:t>
            </w:r>
          </w:p>
        </w:tc>
        <w:tc>
          <w:tcPr>
            <w:tcW w:type="dxa" w:w="1561"/>
            <w:shd w:val="clear" w:color="auto" w:fill="E8E8E8"/>
          </w:tcPr>
          <w:p>
            <w:pPr>
              <w:spacing w:after="0"/>
              <w:jc w:val="right"/>
            </w:pPr>
            <w:r>
              <w:rPr>
                <w:b/>
                <w:sz w:val="16"/>
              </w:rPr>
              <w:t>Records</w:t>
            </w:r>
          </w:p>
          <w:p>
            <w:pPr>
              <w:spacing w:after="0"/>
              <w:jc w:val="right"/>
            </w:pPr>
            <w:r>
              <w:rPr>
                <w:i/>
                <w:color w:val="555555"/>
                <w:sz w:val="14"/>
              </w:rPr>
              <w:t>count, years</w:t>
            </w:r>
          </w:p>
        </w:tc>
        <w:tc>
          <w:tcPr>
            <w:tcW w:type="dxa" w:w="1902"/>
            <w:shd w:val="clear" w:color="auto" w:fill="E8E8E8"/>
          </w:tcPr>
          <w:p>
            <w:pPr>
              <w:spacing w:after="0"/>
              <w:jc w:val="left"/>
            </w:pPr>
            <w:r>
              <w:rPr>
                <w:b/>
                <w:sz w:val="16"/>
              </w:rPr>
              <w:t>Observed range</w:t>
            </w:r>
          </w:p>
        </w:tc>
        <w:tc>
          <w:tcPr>
            <w:tcW w:type="dxa" w:w="1713"/>
            <w:shd w:val="clear" w:color="auto" w:fill="E8E8E8"/>
          </w:tcPr>
          <w:p>
            <w:pPr>
              <w:spacing w:after="0"/>
              <w:jc w:val="left"/>
            </w:pPr>
            <w:r>
              <w:rPr>
                <w:b/>
                <w:sz w:val="16"/>
              </w:rPr>
              <w:t>Worst recorded event</w:t>
            </w:r>
          </w:p>
        </w:tc>
        <w:tc>
          <w:tcPr>
            <w:tcW w:type="dxa" w:w="1693"/>
            <w:shd w:val="clear" w:color="auto" w:fill="E8E8E8"/>
          </w:tcPr>
          <w:p>
            <w:pPr>
              <w:spacing w:after="0"/>
              <w:jc w:val="left"/>
            </w:pPr>
            <w:r>
              <w:rPr>
                <w:b/>
                <w:sz w:val="16"/>
              </w:rPr>
              <w:t>Most damaging (when different)</w:t>
            </w:r>
          </w:p>
        </w:tc>
        <w:tc>
          <w:tcPr>
            <w:tcW w:type="dxa" w:w="1604"/>
            <w:shd w:val="clear" w:color="auto" w:fill="E8E8E8"/>
          </w:tcPr>
          <w:p>
            <w:pPr>
              <w:spacing w:after="0"/>
              <w:jc w:val="left"/>
            </w:pPr>
            <w:r>
              <w:rPr>
                <w:b/>
                <w:sz w:val="16"/>
              </w:rPr>
              <w:t>How it applies to members</w:t>
            </w:r>
          </w:p>
        </w:tc>
        <w:tc>
          <w:tcPr>
            <w:tcW w:type="dxa" w:w="2205"/>
            <w:shd w:val="clear" w:color="auto" w:fill="E8E8E8"/>
          </w:tcPr>
          <w:p>
            <w:pPr>
              <w:spacing w:after="0"/>
              <w:jc w:val="left"/>
            </w:pPr>
            <w:r>
              <w:rPr>
                <w:b/>
                <w:sz w:val="16"/>
              </w:rPr>
              <w:t>Note</w:t>
            </w:r>
          </w:p>
        </w:tc>
      </w:tr>
      <w:tr>
        <w:trPr>
          <w:cantSplit/>
        </w:trPr>
        <w:tc>
          <w:tcPr>
            <w:tcW w:type="dxa" w:w="1715"/>
          </w:tcPr>
          <w:p>
            <w:pPr>
              <w:spacing w:after="0"/>
              <w:jc w:val="left"/>
            </w:pPr>
            <w:r>
              <w:rPr>
                <w:sz w:val="16"/>
              </w:rPr>
              <w:t>Avalanche</w:t>
            </w:r>
          </w:p>
        </w:tc>
        <w:tc>
          <w:tcPr>
            <w:tcW w:type="dxa" w:w="1720"/>
          </w:tcPr>
          <w:p>
            <w:pPr>
              <w:spacing w:after="0"/>
              <w:jc w:val="left"/>
            </w:pPr>
            <w:r>
              <w:rPr>
                <w:sz w:val="16"/>
              </w:rPr>
              <w:t>none (count and damage)</w:t>
            </w:r>
          </w:p>
        </w:tc>
        <w:tc>
          <w:tcPr>
            <w:tcW w:type="dxa" w:w="1561"/>
          </w:tcPr>
          <w:p>
            <w:pPr>
              <w:spacing w:after="0"/>
              <w:jc w:val="right"/>
            </w:pPr>
            <w:r>
              <w:rPr>
                <w:sz w:val="16"/>
              </w:rPr>
              <w:t>0</w:t>
            </w:r>
          </w:p>
        </w:tc>
        <w:tc>
          <w:tcPr>
            <w:tcW w:type="dxa" w:w="1902"/>
          </w:tcPr>
          <w:p>
            <w:pPr>
              <w:spacing w:after="0"/>
              <w:jc w:val="left"/>
            </w:pPr>
          </w:p>
        </w:tc>
        <w:tc>
          <w:tcPr>
            <w:tcW w:type="dxa" w:w="1713"/>
          </w:tcPr>
          <w:p>
            <w:pPr>
              <w:spacing w:after="0"/>
              <w:jc w:val="left"/>
            </w:pPr>
          </w:p>
        </w:tc>
        <w:tc>
          <w:tcPr>
            <w:tcW w:type="dxa" w:w="1693"/>
          </w:tcPr>
          <w:p>
            <w:pPr>
              <w:spacing w:after="0"/>
              <w:jc w:val="left"/>
            </w:pPr>
          </w:p>
        </w:tc>
        <w:tc>
          <w:tcPr>
            <w:tcW w:type="dxa" w:w="1604"/>
          </w:tcPr>
          <w:p>
            <w:pPr>
              <w:spacing w:after="0"/>
              <w:jc w:val="left"/>
            </w:pPr>
          </w:p>
        </w:tc>
        <w:tc>
          <w:tcPr>
            <w:tcW w:type="dxa" w:w="2205"/>
          </w:tcPr>
          <w:p>
            <w:pPr>
              <w:spacing w:after="0"/>
              <w:jc w:val="left"/>
            </w:pPr>
            <w:r>
              <w:rPr>
                <w:sz w:val="16"/>
              </w:rPr>
              <w:t>Physical measure: in event narratives only; local data required.</w:t>
            </w:r>
          </w:p>
        </w:tc>
      </w:tr>
      <w:tr>
        <w:trPr>
          <w:cantSplit/>
        </w:trPr>
        <w:tc>
          <w:tcPr>
            <w:tcW w:type="dxa" w:w="1715"/>
          </w:tcPr>
          <w:p>
            <w:pPr>
              <w:spacing w:after="0"/>
              <w:jc w:val="left"/>
            </w:pPr>
            <w:r>
              <w:rPr>
                <w:sz w:val="16"/>
              </w:rPr>
              <w:t>Coastal Flood, Storm Surge/Tide</w:t>
            </w:r>
          </w:p>
        </w:tc>
        <w:tc>
          <w:tcPr>
            <w:tcW w:type="dxa" w:w="1720"/>
          </w:tcPr>
          <w:p>
            <w:pPr>
              <w:spacing w:after="0"/>
              <w:jc w:val="left"/>
            </w:pPr>
            <w:r>
              <w:rPr>
                <w:sz w:val="16"/>
              </w:rPr>
              <w:t>none in data (FIRM for depth)</w:t>
            </w:r>
          </w:p>
        </w:tc>
        <w:tc>
          <w:tcPr>
            <w:tcW w:type="dxa" w:w="1561"/>
          </w:tcPr>
          <w:p>
            <w:pPr>
              <w:spacing w:after="0"/>
              <w:jc w:val="right"/>
            </w:pPr>
            <w:r>
              <w:rPr>
                <w:sz w:val="16"/>
              </w:rPr>
              <w:t>0</w:t>
            </w:r>
          </w:p>
        </w:tc>
        <w:tc>
          <w:tcPr>
            <w:tcW w:type="dxa" w:w="1902"/>
          </w:tcPr>
          <w:p>
            <w:pPr>
              <w:spacing w:after="0"/>
              <w:jc w:val="left"/>
            </w:pPr>
          </w:p>
        </w:tc>
        <w:tc>
          <w:tcPr>
            <w:tcW w:type="dxa" w:w="1713"/>
          </w:tcPr>
          <w:p>
            <w:pPr>
              <w:spacing w:after="0"/>
              <w:jc w:val="left"/>
            </w:pPr>
          </w:p>
        </w:tc>
        <w:tc>
          <w:tcPr>
            <w:tcW w:type="dxa" w:w="1693"/>
          </w:tcPr>
          <w:p>
            <w:pPr>
              <w:spacing w:after="0"/>
              <w:jc w:val="left"/>
            </w:pPr>
          </w:p>
        </w:tc>
        <w:tc>
          <w:tcPr>
            <w:tcW w:type="dxa" w:w="1604"/>
          </w:tcPr>
          <w:p>
            <w:pPr>
              <w:spacing w:after="0"/>
              <w:jc w:val="left"/>
            </w:pPr>
          </w:p>
        </w:tc>
        <w:tc>
          <w:tcPr>
            <w:tcW w:type="dxa" w:w="2205"/>
          </w:tcPr>
          <w:p>
            <w:pPr>
              <w:spacing w:after="0"/>
              <w:jc w:val="left"/>
            </w:pPr>
            <w:r>
              <w:rPr>
                <w:sz w:val="16"/>
              </w:rPr>
              <w:t>Flood depth: see the FEMA Flood Insurance Rate Map.</w:t>
            </w:r>
          </w:p>
        </w:tc>
      </w:tr>
      <w:tr>
        <w:trPr>
          <w:cantSplit/>
        </w:trPr>
        <w:tc>
          <w:tcPr>
            <w:tcW w:type="dxa" w:w="1715"/>
          </w:tcPr>
          <w:p>
            <w:pPr>
              <w:spacing w:after="0"/>
              <w:jc w:val="left"/>
            </w:pPr>
            <w:r>
              <w:rPr>
                <w:sz w:val="16"/>
              </w:rPr>
              <w:t>Cold/Wind Chill, Extreme Cold/Wind Chill</w:t>
            </w:r>
          </w:p>
        </w:tc>
        <w:tc>
          <w:tcPr>
            <w:tcW w:type="dxa" w:w="1720"/>
          </w:tcPr>
          <w:p>
            <w:pPr>
              <w:spacing w:after="0"/>
              <w:jc w:val="left"/>
            </w:pPr>
            <w:r>
              <w:rPr>
                <w:sz w:val="16"/>
              </w:rPr>
              <w:t>wind chill</w:t>
            </w:r>
          </w:p>
        </w:tc>
        <w:tc>
          <w:tcPr>
            <w:tcW w:type="dxa" w:w="1561"/>
          </w:tcPr>
          <w:p>
            <w:pPr>
              <w:spacing w:after="0"/>
              <w:jc w:val="right"/>
            </w:pPr>
            <w:r>
              <w:rPr>
                <w:sz w:val="16"/>
              </w:rPr>
              <w:t>44, 1996 to 2026 (44 zone-level)</w:t>
            </w:r>
          </w:p>
        </w:tc>
        <w:tc>
          <w:tcPr>
            <w:tcW w:type="dxa" w:w="1902"/>
          </w:tcPr>
          <w:p>
            <w:pPr>
              <w:spacing w:after="0"/>
              <w:jc w:val="left"/>
            </w:pPr>
            <w:r>
              <w:rPr>
                <w:sz w:val="16"/>
              </w:rPr>
              <w:t>1 day to 12 days (median 2 days); 42 with a recorded value</w:t>
            </w:r>
          </w:p>
        </w:tc>
        <w:tc>
          <w:tcPr>
            <w:tcW w:type="dxa" w:w="1713"/>
          </w:tcPr>
          <w:p>
            <w:pPr>
              <w:spacing w:after="0"/>
              <w:jc w:val="left"/>
            </w:pPr>
            <w:r>
              <w:rPr>
                <w:sz w:val="16"/>
              </w:rPr>
              <w:t>12 consecutive days, 2021-02-06 to 2021-02-17, zone-level</w:t>
            </w:r>
          </w:p>
        </w:tc>
        <w:tc>
          <w:tcPr>
            <w:tcW w:type="dxa" w:w="1693"/>
          </w:tcPr>
          <w:p>
            <w:pPr>
              <w:spacing w:after="0"/>
              <w:jc w:val="left"/>
            </w:pPr>
          </w:p>
        </w:tc>
        <w:tc>
          <w:tcPr>
            <w:tcW w:type="dxa" w:w="1604"/>
          </w:tcPr>
          <w:p>
            <w:pPr>
              <w:spacing w:after="0"/>
              <w:jc w:val="left"/>
            </w:pPr>
            <w:r>
              <w:rPr>
                <w:sz w:val="16"/>
              </w:rPr>
              <w:t>Zone-level records: applies countywide; national data do not locate these events within the county.</w:t>
            </w:r>
          </w:p>
        </w:tc>
        <w:tc>
          <w:tcPr>
            <w:tcW w:type="dxa" w:w="2205"/>
          </w:tcPr>
          <w:p>
            <w:pPr>
              <w:spacing w:after="0"/>
              <w:jc w:val="left"/>
            </w:pPr>
            <w:r>
              <w:rPr>
                <w:sz w:val="16"/>
              </w:rPr>
              <w:t>Wind chill: in event narratives only; local data required.</w:t>
            </w:r>
          </w:p>
        </w:tc>
      </w:tr>
      <w:tr>
        <w:trPr>
          <w:cantSplit/>
        </w:trPr>
        <w:tc>
          <w:tcPr>
            <w:tcW w:type="dxa" w:w="1715"/>
          </w:tcPr>
          <w:p>
            <w:pPr>
              <w:spacing w:after="0"/>
              <w:jc w:val="left"/>
            </w:pPr>
            <w:r>
              <w:rPr>
                <w:sz w:val="16"/>
              </w:rPr>
              <w:t>Frost/Freeze (outside NRI Cold Wave definition)</w:t>
            </w:r>
          </w:p>
        </w:tc>
        <w:tc>
          <w:tcPr>
            <w:tcW w:type="dxa" w:w="1720"/>
          </w:tcPr>
          <w:p>
            <w:pPr>
              <w:spacing w:after="0"/>
              <w:jc w:val="left"/>
            </w:pPr>
            <w:r>
              <w:rPr>
                <w:sz w:val="16"/>
              </w:rPr>
              <w:t>crop damage</w:t>
            </w:r>
          </w:p>
        </w:tc>
        <w:tc>
          <w:tcPr>
            <w:tcW w:type="dxa" w:w="1561"/>
          </w:tcPr>
          <w:p>
            <w:pPr>
              <w:spacing w:after="0"/>
              <w:jc w:val="right"/>
            </w:pPr>
            <w:r>
              <w:rPr>
                <w:sz w:val="16"/>
              </w:rPr>
              <w:t>0</w:t>
            </w:r>
          </w:p>
        </w:tc>
        <w:tc>
          <w:tcPr>
            <w:tcW w:type="dxa" w:w="1902"/>
          </w:tcPr>
          <w:p>
            <w:pPr>
              <w:spacing w:after="0"/>
              <w:jc w:val="left"/>
            </w:pPr>
          </w:p>
        </w:tc>
        <w:tc>
          <w:tcPr>
            <w:tcW w:type="dxa" w:w="1713"/>
          </w:tcPr>
          <w:p>
            <w:pPr>
              <w:spacing w:after="0"/>
              <w:jc w:val="left"/>
            </w:pPr>
          </w:p>
        </w:tc>
        <w:tc>
          <w:tcPr>
            <w:tcW w:type="dxa" w:w="1693"/>
          </w:tcPr>
          <w:p>
            <w:pPr>
              <w:spacing w:after="0"/>
              <w:jc w:val="left"/>
            </w:pPr>
          </w:p>
        </w:tc>
        <w:tc>
          <w:tcPr>
            <w:tcW w:type="dxa" w:w="1604"/>
          </w:tcPr>
          <w:p>
            <w:pPr>
              <w:spacing w:after="0"/>
              <w:jc w:val="left"/>
            </w:pPr>
          </w:p>
        </w:tc>
        <w:tc>
          <w:tcPr>
            <w:tcW w:type="dxa" w:w="2205"/>
          </w:tcPr>
          <w:p>
            <w:pPr>
              <w:spacing w:after="0"/>
              <w:jc w:val="left"/>
            </w:pPr>
            <w:r>
              <w:rPr>
                <w:sz w:val="16"/>
              </w:rPr>
              <w:t>Temperature: in event narratives only; local data required.</w:t>
            </w:r>
          </w:p>
        </w:tc>
      </w:tr>
      <w:tr>
        <w:trPr>
          <w:cantSplit/>
        </w:trPr>
        <w:tc>
          <w:tcPr>
            <w:tcW w:type="dxa" w:w="1715"/>
          </w:tcPr>
          <w:p>
            <w:pPr>
              <w:spacing w:after="0"/>
              <w:jc w:val="left"/>
            </w:pPr>
            <w:r>
              <w:rPr>
                <w:sz w:val="16"/>
              </w:rPr>
              <w:t>Drought</w:t>
            </w:r>
          </w:p>
        </w:tc>
        <w:tc>
          <w:tcPr>
            <w:tcW w:type="dxa" w:w="1720"/>
          </w:tcPr>
          <w:p>
            <w:pPr>
              <w:spacing w:after="0"/>
              <w:jc w:val="left"/>
            </w:pPr>
            <w:r>
              <w:rPr>
                <w:sz w:val="16"/>
              </w:rPr>
              <w:t>US Drought Monitor D-scale</w:t>
            </w:r>
          </w:p>
        </w:tc>
        <w:tc>
          <w:tcPr>
            <w:tcW w:type="dxa" w:w="1561"/>
          </w:tcPr>
          <w:p>
            <w:pPr>
              <w:spacing w:after="0"/>
              <w:jc w:val="right"/>
            </w:pPr>
            <w:r>
              <w:rPr>
                <w:sz w:val="16"/>
              </w:rPr>
              <w:t>20, 2002 to 2024 (20 zone-level)</w:t>
            </w:r>
          </w:p>
        </w:tc>
        <w:tc>
          <w:tcPr>
            <w:tcW w:type="dxa" w:w="1902"/>
          </w:tcPr>
          <w:p>
            <w:pPr>
              <w:spacing w:after="0"/>
              <w:jc w:val="left"/>
            </w:pPr>
            <w:r>
              <w:rPr>
                <w:sz w:val="16"/>
              </w:rPr>
              <w:t>21 days to 181 days (median 29.5 days); 8 with a recorded value</w:t>
            </w:r>
          </w:p>
        </w:tc>
        <w:tc>
          <w:tcPr>
            <w:tcW w:type="dxa" w:w="1713"/>
          </w:tcPr>
          <w:p>
            <w:pPr>
              <w:spacing w:after="0"/>
              <w:jc w:val="left"/>
            </w:pPr>
            <w:r>
              <w:rPr>
                <w:sz w:val="16"/>
              </w:rPr>
              <w:t>181 days (6 months), 2012-09-01 to 2013-02-28, a run of 6 consecutive Storm Events drought records, zone-level</w:t>
            </w:r>
          </w:p>
        </w:tc>
        <w:tc>
          <w:tcPr>
            <w:tcW w:type="dxa" w:w="1693"/>
          </w:tcPr>
          <w:p>
            <w:pPr>
              <w:spacing w:after="0"/>
              <w:jc w:val="left"/>
            </w:pPr>
          </w:p>
        </w:tc>
        <w:tc>
          <w:tcPr>
            <w:tcW w:type="dxa" w:w="1604"/>
          </w:tcPr>
          <w:p>
            <w:pPr>
              <w:spacing w:after="0"/>
              <w:jc w:val="left"/>
            </w:pPr>
            <w:r>
              <w:rPr>
                <w:sz w:val="16"/>
              </w:rPr>
              <w:t>Zone-level records: applies countywide; national data do not locate these events within the county.</w:t>
            </w:r>
          </w:p>
        </w:tc>
        <w:tc>
          <w:tcPr>
            <w:tcW w:type="dxa" w:w="2205"/>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15"/>
          </w:tcPr>
          <w:p>
            <w:pPr>
              <w:spacing w:after="0"/>
              <w:jc w:val="left"/>
            </w:pPr>
            <w:r>
              <w:rPr>
                <w:sz w:val="16"/>
              </w:rPr>
              <w:t>Earthquake</w:t>
            </w:r>
          </w:p>
        </w:tc>
        <w:tc>
          <w:tcPr>
            <w:tcW w:type="dxa" w:w="1720"/>
          </w:tcPr>
          <w:p>
            <w:pPr>
              <w:spacing w:after="0"/>
              <w:jc w:val="left"/>
            </w:pPr>
            <w:r>
              <w:rPr>
                <w:sz w:val="16"/>
              </w:rPr>
              <w:t>Modified Mercalli (local data)</w:t>
            </w:r>
          </w:p>
        </w:tc>
        <w:tc>
          <w:tcPr>
            <w:tcW w:type="dxa" w:w="1561"/>
          </w:tcPr>
          <w:p>
            <w:pPr>
              <w:spacing w:after="0"/>
              <w:jc w:val="right"/>
            </w:pPr>
            <w:r>
              <w:rPr>
                <w:sz w:val="16"/>
              </w:rPr>
              <w:t>0</w:t>
            </w:r>
          </w:p>
        </w:tc>
        <w:tc>
          <w:tcPr>
            <w:tcW w:type="dxa" w:w="1902"/>
          </w:tcPr>
          <w:p>
            <w:pPr>
              <w:spacing w:after="0"/>
              <w:jc w:val="left"/>
            </w:pPr>
          </w:p>
        </w:tc>
        <w:tc>
          <w:tcPr>
            <w:tcW w:type="dxa" w:w="1713"/>
          </w:tcPr>
          <w:p>
            <w:pPr>
              <w:spacing w:after="0"/>
              <w:jc w:val="left"/>
            </w:pPr>
          </w:p>
        </w:tc>
        <w:tc>
          <w:tcPr>
            <w:tcW w:type="dxa" w:w="1693"/>
          </w:tcPr>
          <w:p>
            <w:pPr>
              <w:spacing w:after="0"/>
              <w:jc w:val="left"/>
            </w:pPr>
          </w:p>
        </w:tc>
        <w:tc>
          <w:tcPr>
            <w:tcW w:type="dxa" w:w="1604"/>
          </w:tcPr>
          <w:p>
            <w:pPr>
              <w:spacing w:after="0"/>
              <w:jc w:val="left"/>
            </w:pPr>
          </w:p>
        </w:tc>
        <w:tc>
          <w:tcPr>
            <w:tcW w:type="dxa" w:w="2205"/>
          </w:tcPr>
          <w:p>
            <w:pPr>
              <w:spacing w:after="0"/>
              <w:jc w:val="left"/>
            </w:pPr>
            <w:r>
              <w:rPr>
                <w:sz w:val="16"/>
              </w:rPr>
              <w:t>No Storm Events record; local data required (e.g., USGS).</w:t>
            </w:r>
          </w:p>
        </w:tc>
      </w:tr>
      <w:tr>
        <w:trPr>
          <w:cantSplit/>
        </w:trPr>
        <w:tc>
          <w:tcPr>
            <w:tcW w:type="dxa" w:w="1715"/>
          </w:tcPr>
          <w:p>
            <w:pPr>
              <w:spacing w:after="0"/>
              <w:jc w:val="left"/>
            </w:pPr>
            <w:r>
              <w:rPr>
                <w:sz w:val="16"/>
              </w:rPr>
              <w:t>Hail</w:t>
            </w:r>
          </w:p>
        </w:tc>
        <w:tc>
          <w:tcPr>
            <w:tcW w:type="dxa" w:w="1720"/>
          </w:tcPr>
          <w:p>
            <w:pPr>
              <w:spacing w:after="0"/>
              <w:jc w:val="left"/>
            </w:pPr>
            <w:r>
              <w:rPr>
                <w:sz w:val="16"/>
              </w:rPr>
              <w:t>hail size (inches)</w:t>
            </w:r>
          </w:p>
        </w:tc>
        <w:tc>
          <w:tcPr>
            <w:tcW w:type="dxa" w:w="1561"/>
          </w:tcPr>
          <w:p>
            <w:pPr>
              <w:spacing w:after="0"/>
              <w:jc w:val="right"/>
            </w:pPr>
            <w:r>
              <w:rPr>
                <w:sz w:val="16"/>
              </w:rPr>
              <w:t>225, 1956 to 2026</w:t>
            </w:r>
          </w:p>
        </w:tc>
        <w:tc>
          <w:tcPr>
            <w:tcW w:type="dxa" w:w="1902"/>
          </w:tcPr>
          <w:p>
            <w:pPr>
              <w:spacing w:after="0"/>
              <w:jc w:val="left"/>
            </w:pPr>
            <w:r>
              <w:rPr>
                <w:sz w:val="16"/>
              </w:rPr>
              <w:t>0.75 in to 3.75 in (median 1 in); 225 with a recorded value</w:t>
            </w:r>
          </w:p>
        </w:tc>
        <w:tc>
          <w:tcPr>
            <w:tcW w:type="dxa" w:w="1713"/>
          </w:tcPr>
          <w:p>
            <w:pPr>
              <w:spacing w:after="0"/>
              <w:jc w:val="left"/>
            </w:pPr>
            <w:r>
              <w:rPr>
                <w:sz w:val="16"/>
              </w:rPr>
              <w:t>3.75 in hail, 2021-07-25</w:t>
            </w:r>
          </w:p>
        </w:tc>
        <w:tc>
          <w:tcPr>
            <w:tcW w:type="dxa" w:w="1693"/>
          </w:tcPr>
          <w:p>
            <w:pPr>
              <w:spacing w:after="0"/>
              <w:jc w:val="left"/>
            </w:pPr>
          </w:p>
        </w:tc>
        <w:tc>
          <w:tcPr>
            <w:tcW w:type="dxa" w:w="1604"/>
          </w:tcPr>
          <w:p>
            <w:pPr>
              <w:spacing w:after="0"/>
              <w:jc w:val="left"/>
            </w:pPr>
            <w:r>
              <w:rPr>
                <w:sz w:val="16"/>
              </w:rPr>
              <w:t>Event records naming member places: Watertown city (55 records), Henry town (25 records), Wallace town (23 records), Kranzburg town (15 records), Florence town (14 records), South Shore town (10 records).</w:t>
            </w:r>
          </w:p>
        </w:tc>
        <w:tc>
          <w:tcPr>
            <w:tcW w:type="dxa" w:w="2205"/>
          </w:tcPr>
          <w:p>
            <w:pPr>
              <w:spacing w:after="0"/>
              <w:jc w:val="left"/>
            </w:pPr>
          </w:p>
        </w:tc>
      </w:tr>
      <w:tr>
        <w:trPr>
          <w:cantSplit/>
        </w:trPr>
        <w:tc>
          <w:tcPr>
            <w:tcW w:type="dxa" w:w="1715"/>
          </w:tcPr>
          <w:p>
            <w:pPr>
              <w:spacing w:after="0"/>
              <w:jc w:val="left"/>
            </w:pPr>
            <w:r>
              <w:rPr>
                <w:sz w:val="16"/>
              </w:rPr>
              <w:t>Excessive Heat, Heat</w:t>
            </w:r>
          </w:p>
        </w:tc>
        <w:tc>
          <w:tcPr>
            <w:tcW w:type="dxa" w:w="1720"/>
          </w:tcPr>
          <w:p>
            <w:pPr>
              <w:spacing w:after="0"/>
              <w:jc w:val="left"/>
            </w:pPr>
            <w:r>
              <w:rPr>
                <w:sz w:val="16"/>
              </w:rPr>
              <w:t>heat index (narratives)</w:t>
            </w:r>
          </w:p>
        </w:tc>
        <w:tc>
          <w:tcPr>
            <w:tcW w:type="dxa" w:w="1561"/>
          </w:tcPr>
          <w:p>
            <w:pPr>
              <w:spacing w:after="0"/>
              <w:jc w:val="right"/>
            </w:pPr>
            <w:r>
              <w:rPr>
                <w:sz w:val="16"/>
              </w:rPr>
              <w:t>6, 2006 to 2025 (6 zone-level)</w:t>
            </w:r>
          </w:p>
        </w:tc>
        <w:tc>
          <w:tcPr>
            <w:tcW w:type="dxa" w:w="1902"/>
          </w:tcPr>
          <w:p>
            <w:pPr>
              <w:spacing w:after="0"/>
              <w:jc w:val="left"/>
            </w:pPr>
            <w:r>
              <w:rPr>
                <w:sz w:val="16"/>
              </w:rPr>
              <w:t>1 day to 5 days (median 3 days); 6 with a recorded value</w:t>
            </w:r>
          </w:p>
        </w:tc>
        <w:tc>
          <w:tcPr>
            <w:tcW w:type="dxa" w:w="1713"/>
          </w:tcPr>
          <w:p>
            <w:pPr>
              <w:spacing w:after="0"/>
              <w:jc w:val="left"/>
            </w:pPr>
            <w:r>
              <w:rPr>
                <w:sz w:val="16"/>
              </w:rPr>
              <w:t>5 consecutive days, 2011-07-16 to 2011-07-20, zone-level</w:t>
            </w:r>
          </w:p>
        </w:tc>
        <w:tc>
          <w:tcPr>
            <w:tcW w:type="dxa" w:w="1693"/>
          </w:tcPr>
          <w:p>
            <w:pPr>
              <w:spacing w:after="0"/>
              <w:jc w:val="left"/>
            </w:pPr>
          </w:p>
        </w:tc>
        <w:tc>
          <w:tcPr>
            <w:tcW w:type="dxa" w:w="1604"/>
          </w:tcPr>
          <w:p>
            <w:pPr>
              <w:spacing w:after="0"/>
              <w:jc w:val="left"/>
            </w:pPr>
            <w:r>
              <w:rPr>
                <w:sz w:val="16"/>
              </w:rPr>
              <w:t>Zone-level records: applies countywide; national data do not locate these events within the county.</w:t>
            </w:r>
          </w:p>
        </w:tc>
        <w:tc>
          <w:tcPr>
            <w:tcW w:type="dxa" w:w="2205"/>
          </w:tcPr>
          <w:p>
            <w:pPr>
              <w:spacing w:after="0"/>
              <w:jc w:val="left"/>
            </w:pPr>
            <w:r>
              <w:rPr>
                <w:sz w:val="16"/>
              </w:rPr>
              <w:t>Heat index: in event narratives only; local data required.</w:t>
            </w:r>
          </w:p>
        </w:tc>
      </w:tr>
      <w:tr>
        <w:trPr>
          <w:cantSplit/>
        </w:trPr>
        <w:tc>
          <w:tcPr>
            <w:tcW w:type="dxa" w:w="1715"/>
          </w:tcPr>
          <w:p>
            <w:pPr>
              <w:spacing w:after="0"/>
              <w:jc w:val="left"/>
            </w:pPr>
            <w:r>
              <w:rPr>
                <w:sz w:val="16"/>
              </w:rPr>
              <w:t>Hurricane, Tropical Storm, Tropical Depression</w:t>
            </w:r>
          </w:p>
        </w:tc>
        <w:tc>
          <w:tcPr>
            <w:tcW w:type="dxa" w:w="1720"/>
          </w:tcPr>
          <w:p>
            <w:pPr>
              <w:spacing w:after="0"/>
              <w:jc w:val="left"/>
            </w:pPr>
            <w:r>
              <w:rPr>
                <w:sz w:val="16"/>
              </w:rPr>
              <w:t>Saffir-Simpson</w:t>
            </w:r>
          </w:p>
        </w:tc>
        <w:tc>
          <w:tcPr>
            <w:tcW w:type="dxa" w:w="1561"/>
          </w:tcPr>
          <w:p>
            <w:pPr>
              <w:spacing w:after="0"/>
              <w:jc w:val="right"/>
            </w:pPr>
            <w:r>
              <w:rPr>
                <w:sz w:val="16"/>
              </w:rPr>
              <w:t>0</w:t>
            </w:r>
          </w:p>
        </w:tc>
        <w:tc>
          <w:tcPr>
            <w:tcW w:type="dxa" w:w="1902"/>
          </w:tcPr>
          <w:p>
            <w:pPr>
              <w:spacing w:after="0"/>
              <w:jc w:val="left"/>
            </w:pPr>
          </w:p>
        </w:tc>
        <w:tc>
          <w:tcPr>
            <w:tcW w:type="dxa" w:w="1713"/>
          </w:tcPr>
          <w:p>
            <w:pPr>
              <w:spacing w:after="0"/>
              <w:jc w:val="left"/>
            </w:pPr>
          </w:p>
        </w:tc>
        <w:tc>
          <w:tcPr>
            <w:tcW w:type="dxa" w:w="1693"/>
          </w:tcPr>
          <w:p>
            <w:pPr>
              <w:spacing w:after="0"/>
              <w:jc w:val="left"/>
            </w:pPr>
          </w:p>
        </w:tc>
        <w:tc>
          <w:tcPr>
            <w:tcW w:type="dxa" w:w="1604"/>
          </w:tcPr>
          <w:p>
            <w:pPr>
              <w:spacing w:after="0"/>
              <w:jc w:val="left"/>
            </w:pPr>
          </w:p>
        </w:tc>
        <w:tc>
          <w:tcPr>
            <w:tcW w:type="dxa" w:w="2205"/>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15"/>
          </w:tcPr>
          <w:p>
            <w:pPr>
              <w:spacing w:after="0"/>
              <w:jc w:val="left"/>
            </w:pPr>
            <w:r>
              <w:rPr>
                <w:sz w:val="16"/>
              </w:rPr>
              <w:t>Ice Storm</w:t>
            </w:r>
          </w:p>
        </w:tc>
        <w:tc>
          <w:tcPr>
            <w:tcW w:type="dxa" w:w="1720"/>
          </w:tcPr>
          <w:p>
            <w:pPr>
              <w:spacing w:after="0"/>
              <w:jc w:val="left"/>
            </w:pPr>
            <w:r>
              <w:rPr>
                <w:sz w:val="16"/>
              </w:rPr>
              <w:t>Sperry-Piltz (local data)</w:t>
            </w:r>
          </w:p>
        </w:tc>
        <w:tc>
          <w:tcPr>
            <w:tcW w:type="dxa" w:w="1561"/>
          </w:tcPr>
          <w:p>
            <w:pPr>
              <w:spacing w:after="0"/>
              <w:jc w:val="right"/>
            </w:pPr>
            <w:r>
              <w:rPr>
                <w:sz w:val="16"/>
              </w:rPr>
              <w:t>10, 1996 to 2025 (10 zone-level)</w:t>
            </w:r>
          </w:p>
        </w:tc>
        <w:tc>
          <w:tcPr>
            <w:tcW w:type="dxa" w:w="1902"/>
          </w:tcPr>
          <w:p>
            <w:pPr>
              <w:spacing w:after="0"/>
              <w:jc w:val="left"/>
            </w:pPr>
          </w:p>
        </w:tc>
        <w:tc>
          <w:tcPr>
            <w:tcW w:type="dxa" w:w="1713"/>
          </w:tcPr>
          <w:p>
            <w:pPr>
              <w:spacing w:after="0"/>
              <w:jc w:val="left"/>
            </w:pPr>
            <w:r>
              <w:rPr>
                <w:sz w:val="16"/>
              </w:rPr>
              <w:t>Ice Storm, 2016-12-25, $295,000 property; $0 crops, reported for the zone (2016 dollars); NWS zone SDZ020 (CODINGTON), zone-level: may include parts of neighboring counties</w:t>
            </w:r>
          </w:p>
        </w:tc>
        <w:tc>
          <w:tcPr>
            <w:tcW w:type="dxa" w:w="1693"/>
          </w:tcPr>
          <w:p>
            <w:pPr>
              <w:spacing w:after="0"/>
              <w:jc w:val="left"/>
            </w:pPr>
          </w:p>
        </w:tc>
        <w:tc>
          <w:tcPr>
            <w:tcW w:type="dxa" w:w="1604"/>
          </w:tcPr>
          <w:p>
            <w:pPr>
              <w:spacing w:after="0"/>
              <w:jc w:val="left"/>
            </w:pPr>
            <w:r>
              <w:rPr>
                <w:sz w:val="16"/>
              </w:rPr>
              <w:t>Zone-level records: applies countywide; national data do not locate these events within the county.</w:t>
            </w:r>
          </w:p>
        </w:tc>
        <w:tc>
          <w:tcPr>
            <w:tcW w:type="dxa" w:w="2205"/>
          </w:tcPr>
          <w:p>
            <w:pPr>
              <w:spacing w:after="0"/>
              <w:jc w:val="left"/>
            </w:pPr>
            <w:r>
              <w:rPr>
                <w:sz w:val="16"/>
              </w:rPr>
              <w:t>Ice thickness: in event narratives only; local data required.</w:t>
            </w:r>
          </w:p>
        </w:tc>
      </w:tr>
      <w:tr>
        <w:trPr>
          <w:cantSplit/>
        </w:trPr>
        <w:tc>
          <w:tcPr>
            <w:tcW w:type="dxa" w:w="1715"/>
          </w:tcPr>
          <w:p>
            <w:pPr>
              <w:spacing w:after="0"/>
              <w:jc w:val="left"/>
            </w:pPr>
            <w:r>
              <w:rPr>
                <w:sz w:val="16"/>
              </w:rPr>
              <w:t>Flash Flood, Flood, Lakeshore Flood</w:t>
            </w:r>
          </w:p>
        </w:tc>
        <w:tc>
          <w:tcPr>
            <w:tcW w:type="dxa" w:w="1720"/>
          </w:tcPr>
          <w:p>
            <w:pPr>
              <w:spacing w:after="0"/>
              <w:jc w:val="left"/>
            </w:pPr>
            <w:r>
              <w:rPr>
                <w:sz w:val="16"/>
              </w:rPr>
              <w:t>damage and flood days (FIRM for depth)</w:t>
            </w:r>
          </w:p>
        </w:tc>
        <w:tc>
          <w:tcPr>
            <w:tcW w:type="dxa" w:w="1561"/>
          </w:tcPr>
          <w:p>
            <w:pPr>
              <w:spacing w:after="0"/>
              <w:jc w:val="right"/>
            </w:pPr>
            <w:r>
              <w:rPr>
                <w:sz w:val="16"/>
              </w:rPr>
              <w:t>88, 1997 to 2025 (5 zone-level)</w:t>
            </w:r>
          </w:p>
        </w:tc>
        <w:tc>
          <w:tcPr>
            <w:tcW w:type="dxa" w:w="1902"/>
          </w:tcPr>
          <w:p>
            <w:pPr>
              <w:spacing w:after="0"/>
              <w:jc w:val="left"/>
            </w:pPr>
          </w:p>
        </w:tc>
        <w:tc>
          <w:tcPr>
            <w:tcW w:type="dxa" w:w="1713"/>
          </w:tcPr>
          <w:p>
            <w:pPr>
              <w:spacing w:after="0"/>
              <w:jc w:val="left"/>
            </w:pPr>
            <w:r>
              <w:rPr>
                <w:sz w:val="16"/>
              </w:rPr>
              <w:t>Flood, 2019-06-01, $0 property; $6,880,000 crops (2019 dollars)</w:t>
            </w:r>
          </w:p>
        </w:tc>
        <w:tc>
          <w:tcPr>
            <w:tcW w:type="dxa" w:w="1693"/>
          </w:tcPr>
          <w:p>
            <w:pPr>
              <w:spacing w:after="0"/>
              <w:jc w:val="left"/>
            </w:pPr>
          </w:p>
        </w:tc>
        <w:tc>
          <w:tcPr>
            <w:tcW w:type="dxa" w:w="1604"/>
          </w:tcPr>
          <w:p>
            <w:pPr>
              <w:spacing w:after="0"/>
              <w:jc w:val="left"/>
            </w:pPr>
            <w:r>
              <w:rPr>
                <w:sz w:val="16"/>
              </w:rPr>
              <w:t>Event records naming member places: South Shore town (12 records), Wallace town (9 records), Florence town (8 records), Watertown city (8 records), Kranzburg town (1 record). Zone-level records (5) apply countywide.</w:t>
            </w:r>
          </w:p>
        </w:tc>
        <w:tc>
          <w:tcPr>
            <w:tcW w:type="dxa" w:w="2205"/>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15"/>
          </w:tcPr>
          <w:p>
            <w:pPr>
              <w:spacing w:after="0"/>
              <w:jc w:val="left"/>
            </w:pPr>
            <w:r>
              <w:rPr>
                <w:sz w:val="16"/>
              </w:rPr>
              <w:t>Debris Flow</w:t>
            </w:r>
          </w:p>
        </w:tc>
        <w:tc>
          <w:tcPr>
            <w:tcW w:type="dxa" w:w="1720"/>
          </w:tcPr>
          <w:p>
            <w:pPr>
              <w:spacing w:after="0"/>
              <w:jc w:val="left"/>
            </w:pPr>
            <w:r>
              <w:rPr>
                <w:sz w:val="16"/>
              </w:rPr>
              <w:t>none (count and damage)</w:t>
            </w:r>
          </w:p>
        </w:tc>
        <w:tc>
          <w:tcPr>
            <w:tcW w:type="dxa" w:w="1561"/>
          </w:tcPr>
          <w:p>
            <w:pPr>
              <w:spacing w:after="0"/>
              <w:jc w:val="right"/>
            </w:pPr>
            <w:r>
              <w:rPr>
                <w:sz w:val="16"/>
              </w:rPr>
              <w:t>0</w:t>
            </w:r>
          </w:p>
        </w:tc>
        <w:tc>
          <w:tcPr>
            <w:tcW w:type="dxa" w:w="1902"/>
          </w:tcPr>
          <w:p>
            <w:pPr>
              <w:spacing w:after="0"/>
              <w:jc w:val="left"/>
            </w:pPr>
          </w:p>
        </w:tc>
        <w:tc>
          <w:tcPr>
            <w:tcW w:type="dxa" w:w="1713"/>
          </w:tcPr>
          <w:p>
            <w:pPr>
              <w:spacing w:after="0"/>
              <w:jc w:val="left"/>
            </w:pPr>
          </w:p>
        </w:tc>
        <w:tc>
          <w:tcPr>
            <w:tcW w:type="dxa" w:w="1693"/>
          </w:tcPr>
          <w:p>
            <w:pPr>
              <w:spacing w:after="0"/>
              <w:jc w:val="left"/>
            </w:pPr>
          </w:p>
        </w:tc>
        <w:tc>
          <w:tcPr>
            <w:tcW w:type="dxa" w:w="1604"/>
          </w:tcPr>
          <w:p>
            <w:pPr>
              <w:spacing w:after="0"/>
              <w:jc w:val="left"/>
            </w:pPr>
          </w:p>
        </w:tc>
        <w:tc>
          <w:tcPr>
            <w:tcW w:type="dxa" w:w="2205"/>
          </w:tcPr>
          <w:p>
            <w:pPr>
              <w:spacing w:after="0"/>
              <w:jc w:val="left"/>
            </w:pPr>
            <w:r>
              <w:rPr>
                <w:sz w:val="16"/>
              </w:rPr>
              <w:t>Physical measure: in event narratives only; local data required.</w:t>
            </w:r>
          </w:p>
        </w:tc>
      </w:tr>
      <w:tr>
        <w:trPr>
          <w:cantSplit/>
        </w:trPr>
        <w:tc>
          <w:tcPr>
            <w:tcW w:type="dxa" w:w="1715"/>
          </w:tcPr>
          <w:p>
            <w:pPr>
              <w:spacing w:after="0"/>
              <w:jc w:val="left"/>
            </w:pPr>
            <w:r>
              <w:rPr>
                <w:sz w:val="16"/>
              </w:rPr>
              <w:t>Lightning</w:t>
            </w:r>
          </w:p>
        </w:tc>
        <w:tc>
          <w:tcPr>
            <w:tcW w:type="dxa" w:w="1720"/>
          </w:tcPr>
          <w:p>
            <w:pPr>
              <w:spacing w:after="0"/>
              <w:jc w:val="left"/>
            </w:pPr>
            <w:r>
              <w:rPr>
                <w:sz w:val="16"/>
              </w:rPr>
              <w:t>annualized frequency (the measure FEMA's Local Mitigation Planning Handbook names)</w:t>
            </w:r>
          </w:p>
        </w:tc>
        <w:tc>
          <w:tcPr>
            <w:tcW w:type="dxa" w:w="1561"/>
          </w:tcPr>
          <w:p>
            <w:pPr>
              <w:spacing w:after="0"/>
              <w:jc w:val="right"/>
            </w:pPr>
            <w:r>
              <w:rPr>
                <w:sz w:val="16"/>
              </w:rPr>
              <w:t>3, 1998 to 2025</w:t>
            </w:r>
          </w:p>
        </w:tc>
        <w:tc>
          <w:tcPr>
            <w:tcW w:type="dxa" w:w="1902"/>
          </w:tcPr>
          <w:p>
            <w:pPr>
              <w:spacing w:after="0"/>
              <w:jc w:val="left"/>
            </w:pPr>
          </w:p>
        </w:tc>
        <w:tc>
          <w:tcPr>
            <w:tcW w:type="dxa" w:w="1713"/>
          </w:tcPr>
          <w:p>
            <w:pPr>
              <w:spacing w:after="0"/>
              <w:jc w:val="left"/>
            </w:pPr>
            <w:r>
              <w:rPr>
                <w:sz w:val="16"/>
              </w:rPr>
              <w:t>Lightning, 2025-05-19, $100,000 property; $0 crops (2025 dollars)</w:t>
            </w:r>
          </w:p>
        </w:tc>
        <w:tc>
          <w:tcPr>
            <w:tcW w:type="dxa" w:w="1693"/>
          </w:tcPr>
          <w:p>
            <w:pPr>
              <w:spacing w:after="0"/>
              <w:jc w:val="left"/>
            </w:pPr>
          </w:p>
        </w:tc>
        <w:tc>
          <w:tcPr>
            <w:tcW w:type="dxa" w:w="1604"/>
          </w:tcPr>
          <w:p>
            <w:pPr>
              <w:spacing w:after="0"/>
              <w:jc w:val="left"/>
            </w:pPr>
            <w:r>
              <w:rPr>
                <w:sz w:val="16"/>
              </w:rPr>
              <w:t>Event records naming member places: Watertown city (3 records).</w:t>
            </w:r>
          </w:p>
        </w:tc>
        <w:tc>
          <w:tcPr>
            <w:tcW w:type="dxa" w:w="2205"/>
          </w:tcPr>
          <w:p>
            <w:pPr>
              <w:spacing w:after="0"/>
              <w:jc w:val="left"/>
            </w:pPr>
            <w:r>
              <w:rPr>
                <w:sz w:val="16"/>
              </w:rPr>
              <w:t>Storm Events lists lightning with damage or casualties; physical measure in event narratives only; local data required.</w:t>
            </w:r>
          </w:p>
        </w:tc>
      </w:tr>
      <w:tr>
        <w:trPr>
          <w:cantSplit/>
        </w:trPr>
        <w:tc>
          <w:tcPr>
            <w:tcW w:type="dxa" w:w="1715"/>
          </w:tcPr>
          <w:p>
            <w:pPr>
              <w:spacing w:after="0"/>
              <w:jc w:val="left"/>
            </w:pPr>
            <w:r>
              <w:rPr>
                <w:sz w:val="16"/>
              </w:rPr>
              <w:t>High Wind and Strong Wind (outside NRI Strong Wind definition)</w:t>
            </w:r>
          </w:p>
        </w:tc>
        <w:tc>
          <w:tcPr>
            <w:tcW w:type="dxa" w:w="1720"/>
          </w:tcPr>
          <w:p>
            <w:pPr>
              <w:spacing w:after="0"/>
              <w:jc w:val="left"/>
            </w:pPr>
            <w:r>
              <w:rPr>
                <w:sz w:val="16"/>
              </w:rPr>
              <w:t>wind speed (kt and mph)</w:t>
            </w:r>
          </w:p>
        </w:tc>
        <w:tc>
          <w:tcPr>
            <w:tcW w:type="dxa" w:w="1561"/>
          </w:tcPr>
          <w:p>
            <w:pPr>
              <w:spacing w:after="0"/>
              <w:jc w:val="right"/>
            </w:pPr>
            <w:r>
              <w:rPr>
                <w:sz w:val="16"/>
              </w:rPr>
              <w:t>35, 1996 to 2026 (35 zone-level)</w:t>
            </w:r>
          </w:p>
        </w:tc>
        <w:tc>
          <w:tcPr>
            <w:tcW w:type="dxa" w:w="1902"/>
          </w:tcPr>
          <w:p>
            <w:pPr>
              <w:spacing w:after="0"/>
              <w:jc w:val="left"/>
            </w:pPr>
            <w:r>
              <w:rPr>
                <w:sz w:val="16"/>
              </w:rPr>
              <w:t>35 kt (40 mph) to 70 kt (81 mph) (median 52 kt (60 mph)); 34 with a recorded value</w:t>
            </w:r>
          </w:p>
        </w:tc>
        <w:tc>
          <w:tcPr>
            <w:tcW w:type="dxa" w:w="1713"/>
          </w:tcPr>
          <w:p>
            <w:pPr>
              <w:spacing w:after="0"/>
              <w:jc w:val="left"/>
            </w:pPr>
            <w:r>
              <w:rPr>
                <w:sz w:val="16"/>
              </w:rPr>
              <w:t>70 kt (81 mph) estimated gust, High Wind, 2020-06-15; NWS zone SDZ020 (CODINGTON), zone-level: may include parts of neighboring counties</w:t>
            </w:r>
          </w:p>
        </w:tc>
        <w:tc>
          <w:tcPr>
            <w:tcW w:type="dxa" w:w="1693"/>
          </w:tcPr>
          <w:p>
            <w:pPr>
              <w:spacing w:after="0"/>
              <w:jc w:val="left"/>
            </w:pPr>
            <w:r>
              <w:rPr>
                <w:sz w:val="16"/>
              </w:rPr>
              <w:t>High Wind, 1996-02-10, $10,000 property; crops not reported, reported for the zone (1996 dollars)</w:t>
            </w:r>
          </w:p>
        </w:tc>
        <w:tc>
          <w:tcPr>
            <w:tcW w:type="dxa" w:w="1604"/>
          </w:tcPr>
          <w:p>
            <w:pPr>
              <w:spacing w:after="0"/>
              <w:jc w:val="left"/>
            </w:pPr>
            <w:r>
              <w:rPr>
                <w:sz w:val="16"/>
              </w:rPr>
              <w:t>Zone-level records: applies countywide; national data do not locate these events within the county.</w:t>
            </w:r>
          </w:p>
        </w:tc>
        <w:tc>
          <w:tcPr>
            <w:tcW w:type="dxa" w:w="2205"/>
          </w:tcPr>
          <w:p>
            <w:pPr>
              <w:spacing w:after="0"/>
              <w:jc w:val="left"/>
            </w:pPr>
          </w:p>
        </w:tc>
      </w:tr>
      <w:tr>
        <w:trPr>
          <w:cantSplit/>
        </w:trPr>
        <w:tc>
          <w:tcPr>
            <w:tcW w:type="dxa" w:w="1715"/>
          </w:tcPr>
          <w:p>
            <w:pPr>
              <w:spacing w:after="0"/>
              <w:jc w:val="left"/>
            </w:pPr>
            <w:r>
              <w:rPr>
                <w:sz w:val="16"/>
              </w:rPr>
              <w:t>Thunderstorm Wind</w:t>
            </w:r>
          </w:p>
        </w:tc>
        <w:tc>
          <w:tcPr>
            <w:tcW w:type="dxa" w:w="1720"/>
          </w:tcPr>
          <w:p>
            <w:pPr>
              <w:spacing w:after="0"/>
              <w:jc w:val="left"/>
            </w:pPr>
            <w:r>
              <w:rPr>
                <w:sz w:val="16"/>
              </w:rPr>
              <w:t>wind speed (kt and mph)</w:t>
            </w:r>
          </w:p>
        </w:tc>
        <w:tc>
          <w:tcPr>
            <w:tcW w:type="dxa" w:w="1561"/>
          </w:tcPr>
          <w:p>
            <w:pPr>
              <w:spacing w:after="0"/>
              <w:jc w:val="right"/>
            </w:pPr>
            <w:r>
              <w:rPr>
                <w:sz w:val="16"/>
              </w:rPr>
              <w:t>172, 1956 to 2026</w:t>
            </w:r>
          </w:p>
        </w:tc>
        <w:tc>
          <w:tcPr>
            <w:tcW w:type="dxa" w:w="1902"/>
          </w:tcPr>
          <w:p>
            <w:pPr>
              <w:spacing w:after="0"/>
              <w:jc w:val="left"/>
            </w:pPr>
            <w:r>
              <w:rPr>
                <w:sz w:val="16"/>
              </w:rPr>
              <w:t>50 kt (58 mph) to 95 kt (109 mph) (median 60 kt (69 mph)); 159 with a recorded value</w:t>
            </w:r>
          </w:p>
        </w:tc>
        <w:tc>
          <w:tcPr>
            <w:tcW w:type="dxa" w:w="1713"/>
          </w:tcPr>
          <w:p>
            <w:pPr>
              <w:spacing w:after="0"/>
              <w:jc w:val="left"/>
            </w:pPr>
            <w:r>
              <w:rPr>
                <w:sz w:val="16"/>
              </w:rPr>
              <w:t>95 kt (109 mph), measurement type not recorded, Thunderstorm Wind, 1963-07-06</w:t>
            </w:r>
          </w:p>
        </w:tc>
        <w:tc>
          <w:tcPr>
            <w:tcW w:type="dxa" w:w="1693"/>
          </w:tcPr>
          <w:p>
            <w:pPr>
              <w:spacing w:after="0"/>
              <w:jc w:val="left"/>
            </w:pPr>
            <w:r>
              <w:rPr>
                <w:sz w:val="16"/>
              </w:rPr>
              <w:t>Thunderstorm Wind, 2013-06-21, $574,000 property; crops not reported (2013 dollars)</w:t>
            </w:r>
          </w:p>
        </w:tc>
        <w:tc>
          <w:tcPr>
            <w:tcW w:type="dxa" w:w="1604"/>
          </w:tcPr>
          <w:p>
            <w:pPr>
              <w:spacing w:after="0"/>
              <w:jc w:val="left"/>
            </w:pPr>
            <w:r>
              <w:rPr>
                <w:sz w:val="16"/>
              </w:rPr>
              <w:t>Event records naming member places: Watertown city (24 records), Florence town (12 records), Henry town (9 records), South Shore town (6 records), Wallace town (5 records), Kranzburg town (3 records).</w:t>
            </w:r>
          </w:p>
        </w:tc>
        <w:tc>
          <w:tcPr>
            <w:tcW w:type="dxa" w:w="2205"/>
          </w:tcPr>
          <w:p>
            <w:pPr>
              <w:spacing w:after="0"/>
              <w:jc w:val="left"/>
            </w:pPr>
          </w:p>
        </w:tc>
      </w:tr>
      <w:tr>
        <w:trPr>
          <w:cantSplit/>
        </w:trPr>
        <w:tc>
          <w:tcPr>
            <w:tcW w:type="dxa" w:w="1715"/>
          </w:tcPr>
          <w:p>
            <w:pPr>
              <w:spacing w:after="0"/>
              <w:jc w:val="left"/>
            </w:pPr>
            <w:r>
              <w:rPr>
                <w:sz w:val="16"/>
              </w:rPr>
              <w:t>Tornado</w:t>
            </w:r>
          </w:p>
        </w:tc>
        <w:tc>
          <w:tcPr>
            <w:tcW w:type="dxa" w:w="1720"/>
          </w:tcPr>
          <w:p>
            <w:pPr>
              <w:spacing w:after="0"/>
              <w:jc w:val="left"/>
            </w:pPr>
            <w:r>
              <w:rPr>
                <w:sz w:val="16"/>
              </w:rPr>
              <w:t>Enhanced Fujita (F before Feb 2007)</w:t>
            </w:r>
          </w:p>
        </w:tc>
        <w:tc>
          <w:tcPr>
            <w:tcW w:type="dxa" w:w="1561"/>
          </w:tcPr>
          <w:p>
            <w:pPr>
              <w:spacing w:after="0"/>
              <w:jc w:val="right"/>
            </w:pPr>
            <w:r>
              <w:rPr>
                <w:sz w:val="16"/>
              </w:rPr>
              <w:t>35, 1951 to 2026</w:t>
            </w:r>
          </w:p>
        </w:tc>
        <w:tc>
          <w:tcPr>
            <w:tcW w:type="dxa" w:w="1902"/>
          </w:tcPr>
          <w:p>
            <w:pPr>
              <w:spacing w:after="0"/>
              <w:jc w:val="left"/>
            </w:pPr>
            <w:r>
              <w:rPr>
                <w:sz w:val="16"/>
              </w:rPr>
              <w:t>F/EF0 to F/EF3 (median F/EF0); 29 with a recorded value</w:t>
            </w:r>
          </w:p>
        </w:tc>
        <w:tc>
          <w:tcPr>
            <w:tcW w:type="dxa" w:w="1713"/>
          </w:tcPr>
          <w:p>
            <w:pPr>
              <w:spacing w:after="0"/>
              <w:jc w:val="left"/>
            </w:pPr>
            <w:r>
              <w:rPr>
                <w:sz w:val="16"/>
              </w:rPr>
              <w:t>F3 tornado, 1984-05-12, 13 mi path length (records before 1996 may include the whole path; rating and listing come from the county where the tornado began), 1,320 yd wide, $2,500,000 property; crops not recorded (1984 dollars); same rating, casualties and property damage also recorded on 1983-07-18</w:t>
            </w:r>
          </w:p>
        </w:tc>
        <w:tc>
          <w:tcPr>
            <w:tcW w:type="dxa" w:w="1693"/>
          </w:tcPr>
          <w:p>
            <w:pPr>
              <w:spacing w:after="0"/>
              <w:jc w:val="left"/>
            </w:pPr>
          </w:p>
        </w:tc>
        <w:tc>
          <w:tcPr>
            <w:tcW w:type="dxa" w:w="1604"/>
          </w:tcPr>
          <w:p>
            <w:pPr>
              <w:spacing w:after="0"/>
              <w:jc w:val="left"/>
            </w:pPr>
            <w:r>
              <w:rPr>
                <w:sz w:val="16"/>
              </w:rPr>
              <w:t>Event records naming member places: Watertown city (5 records), Henry town (4 records), Florence town (1 record), South Shore town (1 record), Wallace town (1 record).</w:t>
            </w:r>
          </w:p>
        </w:tc>
        <w:tc>
          <w:tcPr>
            <w:tcW w:type="dxa" w:w="2205"/>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15"/>
          </w:tcPr>
          <w:p>
            <w:pPr>
              <w:spacing w:after="0"/>
              <w:jc w:val="left"/>
            </w:pPr>
            <w:r>
              <w:rPr>
                <w:sz w:val="16"/>
              </w:rPr>
              <w:t>Tsunami</w:t>
            </w:r>
          </w:p>
        </w:tc>
        <w:tc>
          <w:tcPr>
            <w:tcW w:type="dxa" w:w="1720"/>
          </w:tcPr>
          <w:p>
            <w:pPr>
              <w:spacing w:after="0"/>
              <w:jc w:val="left"/>
            </w:pPr>
            <w:r>
              <w:rPr>
                <w:sz w:val="16"/>
              </w:rPr>
              <w:t>none (count and damage)</w:t>
            </w:r>
          </w:p>
        </w:tc>
        <w:tc>
          <w:tcPr>
            <w:tcW w:type="dxa" w:w="1561"/>
          </w:tcPr>
          <w:p>
            <w:pPr>
              <w:spacing w:after="0"/>
              <w:jc w:val="right"/>
            </w:pPr>
            <w:r>
              <w:rPr>
                <w:sz w:val="16"/>
              </w:rPr>
              <w:t>0</w:t>
            </w:r>
          </w:p>
        </w:tc>
        <w:tc>
          <w:tcPr>
            <w:tcW w:type="dxa" w:w="1902"/>
          </w:tcPr>
          <w:p>
            <w:pPr>
              <w:spacing w:after="0"/>
              <w:jc w:val="left"/>
            </w:pPr>
          </w:p>
        </w:tc>
        <w:tc>
          <w:tcPr>
            <w:tcW w:type="dxa" w:w="1713"/>
          </w:tcPr>
          <w:p>
            <w:pPr>
              <w:spacing w:after="0"/>
              <w:jc w:val="left"/>
            </w:pPr>
          </w:p>
        </w:tc>
        <w:tc>
          <w:tcPr>
            <w:tcW w:type="dxa" w:w="1693"/>
          </w:tcPr>
          <w:p>
            <w:pPr>
              <w:spacing w:after="0"/>
              <w:jc w:val="left"/>
            </w:pPr>
          </w:p>
        </w:tc>
        <w:tc>
          <w:tcPr>
            <w:tcW w:type="dxa" w:w="1604"/>
          </w:tcPr>
          <w:p>
            <w:pPr>
              <w:spacing w:after="0"/>
              <w:jc w:val="left"/>
            </w:pPr>
          </w:p>
        </w:tc>
        <w:tc>
          <w:tcPr>
            <w:tcW w:type="dxa" w:w="2205"/>
          </w:tcPr>
          <w:p>
            <w:pPr>
              <w:spacing w:after="0"/>
              <w:jc w:val="left"/>
            </w:pPr>
            <w:r>
              <w:rPr>
                <w:sz w:val="16"/>
              </w:rPr>
              <w:t>Physical measure: in event narratives only; local data required.</w:t>
            </w:r>
          </w:p>
        </w:tc>
      </w:tr>
      <w:tr>
        <w:trPr>
          <w:cantSplit/>
        </w:trPr>
        <w:tc>
          <w:tcPr>
            <w:tcW w:type="dxa" w:w="1715"/>
          </w:tcPr>
          <w:p>
            <w:pPr>
              <w:spacing w:after="0"/>
              <w:jc w:val="left"/>
            </w:pPr>
            <w:r>
              <w:rPr>
                <w:sz w:val="16"/>
              </w:rPr>
              <w:t>Volcanic Ash, Volcanic Ashfall</w:t>
            </w:r>
          </w:p>
        </w:tc>
        <w:tc>
          <w:tcPr>
            <w:tcW w:type="dxa" w:w="1720"/>
          </w:tcPr>
          <w:p>
            <w:pPr>
              <w:spacing w:after="0"/>
              <w:jc w:val="left"/>
            </w:pPr>
            <w:r>
              <w:rPr>
                <w:sz w:val="16"/>
              </w:rPr>
              <w:t>Volcanic Explosivity Index (local data)</w:t>
            </w:r>
          </w:p>
        </w:tc>
        <w:tc>
          <w:tcPr>
            <w:tcW w:type="dxa" w:w="1561"/>
          </w:tcPr>
          <w:p>
            <w:pPr>
              <w:spacing w:after="0"/>
              <w:jc w:val="right"/>
            </w:pPr>
            <w:r>
              <w:rPr>
                <w:sz w:val="16"/>
              </w:rPr>
              <w:t>0</w:t>
            </w:r>
          </w:p>
        </w:tc>
        <w:tc>
          <w:tcPr>
            <w:tcW w:type="dxa" w:w="1902"/>
          </w:tcPr>
          <w:p>
            <w:pPr>
              <w:spacing w:after="0"/>
              <w:jc w:val="left"/>
            </w:pPr>
          </w:p>
        </w:tc>
        <w:tc>
          <w:tcPr>
            <w:tcW w:type="dxa" w:w="1713"/>
          </w:tcPr>
          <w:p>
            <w:pPr>
              <w:spacing w:after="0"/>
              <w:jc w:val="left"/>
            </w:pPr>
          </w:p>
        </w:tc>
        <w:tc>
          <w:tcPr>
            <w:tcW w:type="dxa" w:w="1693"/>
          </w:tcPr>
          <w:p>
            <w:pPr>
              <w:spacing w:after="0"/>
              <w:jc w:val="left"/>
            </w:pPr>
          </w:p>
        </w:tc>
        <w:tc>
          <w:tcPr>
            <w:tcW w:type="dxa" w:w="1604"/>
          </w:tcPr>
          <w:p>
            <w:pPr>
              <w:spacing w:after="0"/>
              <w:jc w:val="left"/>
            </w:pPr>
          </w:p>
        </w:tc>
        <w:tc>
          <w:tcPr>
            <w:tcW w:type="dxa" w:w="2205"/>
          </w:tcPr>
          <w:p>
            <w:pPr>
              <w:spacing w:after="0"/>
              <w:jc w:val="left"/>
            </w:pPr>
            <w:r>
              <w:rPr>
                <w:sz w:val="16"/>
              </w:rPr>
              <w:t>Physical measure: in event narratives only; local data required.</w:t>
            </w:r>
          </w:p>
        </w:tc>
      </w:tr>
      <w:tr>
        <w:trPr>
          <w:cantSplit/>
        </w:trPr>
        <w:tc>
          <w:tcPr>
            <w:tcW w:type="dxa" w:w="1715"/>
          </w:tcPr>
          <w:p>
            <w:pPr>
              <w:spacing w:after="0"/>
              <w:jc w:val="left"/>
            </w:pPr>
            <w:r>
              <w:rPr>
                <w:sz w:val="16"/>
              </w:rPr>
              <w:t>Wildfire</w:t>
            </w:r>
          </w:p>
        </w:tc>
        <w:tc>
          <w:tcPr>
            <w:tcW w:type="dxa" w:w="1720"/>
          </w:tcPr>
          <w:p>
            <w:pPr>
              <w:spacing w:after="0"/>
              <w:jc w:val="left"/>
            </w:pPr>
            <w:r>
              <w:rPr>
                <w:sz w:val="16"/>
              </w:rPr>
              <w:t>acres burned (local data)</w:t>
            </w:r>
          </w:p>
        </w:tc>
        <w:tc>
          <w:tcPr>
            <w:tcW w:type="dxa" w:w="1561"/>
          </w:tcPr>
          <w:p>
            <w:pPr>
              <w:spacing w:after="0"/>
              <w:jc w:val="right"/>
            </w:pPr>
            <w:r>
              <w:rPr>
                <w:sz w:val="16"/>
              </w:rPr>
              <w:t>0</w:t>
            </w:r>
          </w:p>
        </w:tc>
        <w:tc>
          <w:tcPr>
            <w:tcW w:type="dxa" w:w="1902"/>
          </w:tcPr>
          <w:p>
            <w:pPr>
              <w:spacing w:after="0"/>
              <w:jc w:val="left"/>
            </w:pPr>
          </w:p>
        </w:tc>
        <w:tc>
          <w:tcPr>
            <w:tcW w:type="dxa" w:w="1713"/>
          </w:tcPr>
          <w:p>
            <w:pPr>
              <w:spacing w:after="0"/>
              <w:jc w:val="left"/>
            </w:pPr>
          </w:p>
        </w:tc>
        <w:tc>
          <w:tcPr>
            <w:tcW w:type="dxa" w:w="1693"/>
          </w:tcPr>
          <w:p>
            <w:pPr>
              <w:spacing w:after="0"/>
              <w:jc w:val="left"/>
            </w:pPr>
          </w:p>
        </w:tc>
        <w:tc>
          <w:tcPr>
            <w:tcW w:type="dxa" w:w="1604"/>
          </w:tcPr>
          <w:p>
            <w:pPr>
              <w:spacing w:after="0"/>
              <w:jc w:val="left"/>
            </w:pPr>
          </w:p>
        </w:tc>
        <w:tc>
          <w:tcPr>
            <w:tcW w:type="dxa" w:w="2205"/>
          </w:tcPr>
          <w:p>
            <w:pPr>
              <w:spacing w:after="0"/>
              <w:jc w:val="left"/>
            </w:pPr>
            <w:r>
              <w:rPr>
                <w:sz w:val="16"/>
              </w:rPr>
              <w:t>Acres burned: in event narratives only; local data required.</w:t>
            </w:r>
          </w:p>
        </w:tc>
      </w:tr>
      <w:tr>
        <w:trPr>
          <w:cantSplit/>
        </w:trPr>
        <w:tc>
          <w:tcPr>
            <w:tcW w:type="dxa" w:w="1715"/>
          </w:tcPr>
          <w:p>
            <w:pPr>
              <w:spacing w:after="0"/>
              <w:jc w:val="left"/>
            </w:pPr>
            <w:r>
              <w:rPr>
                <w:sz w:val="16"/>
              </w:rPr>
              <w:t>Winter Storm, Heavy Snow, Blizzard, Lake-Effect Snow, Winter Weather, Sleet</w:t>
            </w:r>
          </w:p>
        </w:tc>
        <w:tc>
          <w:tcPr>
            <w:tcW w:type="dxa" w:w="1720"/>
          </w:tcPr>
          <w:p>
            <w:pPr>
              <w:spacing w:after="0"/>
              <w:jc w:val="left"/>
            </w:pPr>
            <w:r>
              <w:rPr>
                <w:sz w:val="16"/>
              </w:rPr>
              <w:t>none in data (snowfall local)</w:t>
            </w:r>
          </w:p>
        </w:tc>
        <w:tc>
          <w:tcPr>
            <w:tcW w:type="dxa" w:w="1561"/>
          </w:tcPr>
          <w:p>
            <w:pPr>
              <w:spacing w:after="0"/>
              <w:jc w:val="right"/>
            </w:pPr>
            <w:r>
              <w:rPr>
                <w:sz w:val="16"/>
              </w:rPr>
              <w:t>131, 1996 to 2026 (131 zone-level)</w:t>
            </w:r>
          </w:p>
        </w:tc>
        <w:tc>
          <w:tcPr>
            <w:tcW w:type="dxa" w:w="1902"/>
          </w:tcPr>
          <w:p>
            <w:pPr>
              <w:spacing w:after="0"/>
              <w:jc w:val="left"/>
            </w:pPr>
          </w:p>
        </w:tc>
        <w:tc>
          <w:tcPr>
            <w:tcW w:type="dxa" w:w="1713"/>
          </w:tcPr>
          <w:p>
            <w:pPr>
              <w:spacing w:after="0"/>
              <w:jc w:val="left"/>
            </w:pPr>
            <w:r>
              <w:rPr>
                <w:sz w:val="16"/>
              </w:rPr>
              <w:t>Blizzard, 1996-03-24, $20,000 property; crops not reported, reported for the zone (1996 dollars); NWS zone SDZ020 (CODINGTON), zone-level: may include parts of neighboring counties</w:t>
            </w:r>
          </w:p>
        </w:tc>
        <w:tc>
          <w:tcPr>
            <w:tcW w:type="dxa" w:w="1693"/>
          </w:tcPr>
          <w:p>
            <w:pPr>
              <w:spacing w:after="0"/>
              <w:jc w:val="left"/>
            </w:pPr>
          </w:p>
        </w:tc>
        <w:tc>
          <w:tcPr>
            <w:tcW w:type="dxa" w:w="1604"/>
          </w:tcPr>
          <w:p>
            <w:pPr>
              <w:spacing w:after="0"/>
              <w:jc w:val="left"/>
            </w:pPr>
            <w:r>
              <w:rPr>
                <w:sz w:val="16"/>
              </w:rPr>
              <w:t>Zone-level records: applies countywide; national data do not locate these events within the county.</w:t>
            </w:r>
          </w:p>
        </w:tc>
        <w:tc>
          <w:tcPr>
            <w:tcW w:type="dxa" w:w="2205"/>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23</w:t>
      </w:r>
    </w:p>
    <w:p>
      <w:pPr>
        <w:keepNext/>
        <w:spacing w:after="40" w:before="0"/>
      </w:pPr>
      <w:r>
        <w:rPr>
          <w:b/>
        </w:rPr>
        <w:t xml:space="preserve">Counted incidents: </w:t>
      </w:r>
      <w:r>
        <w:rPr/>
        <w:t>20</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98"/>
        <w:gridCol w:w="3055"/>
        <w:gridCol w:w="2115"/>
        <w:gridCol w:w="1364"/>
        <w:gridCol w:w="2283"/>
        <w:gridCol w:w="886"/>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98"/>
            <w:shd w:val="clear" w:color="auto" w:fill="E8E8E8"/>
          </w:tcPr>
          <w:p>
            <w:pPr>
              <w:spacing w:after="0"/>
              <w:jc w:val="left"/>
            </w:pPr>
            <w:r>
              <w:rPr>
                <w:b/>
                <w:sz w:val="16"/>
              </w:rPr>
              <w:t>Type</w:t>
            </w:r>
          </w:p>
        </w:tc>
        <w:tc>
          <w:tcPr>
            <w:tcW w:type="dxa" w:w="3055"/>
            <w:shd w:val="clear" w:color="auto" w:fill="E8E8E8"/>
          </w:tcPr>
          <w:p>
            <w:pPr>
              <w:spacing w:after="0"/>
              <w:jc w:val="left"/>
            </w:pPr>
            <w:r>
              <w:rPr>
                <w:b/>
                <w:sz w:val="16"/>
              </w:rPr>
              <w:t>Title</w:t>
            </w:r>
          </w:p>
        </w:tc>
        <w:tc>
          <w:tcPr>
            <w:tcW w:type="dxa" w:w="2115"/>
            <w:shd w:val="clear" w:color="auto" w:fill="E8E8E8"/>
          </w:tcPr>
          <w:p>
            <w:pPr>
              <w:spacing w:after="0"/>
              <w:jc w:val="left"/>
            </w:pPr>
            <w:r>
              <w:rPr>
                <w:b/>
                <w:sz w:val="16"/>
              </w:rPr>
              <w:t>Mapped hazard</w:t>
            </w:r>
          </w:p>
        </w:tc>
        <w:tc>
          <w:tcPr>
            <w:tcW w:type="dxa" w:w="1364"/>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2283"/>
            <w:shd w:val="clear" w:color="auto" w:fill="E8E8E8"/>
          </w:tcPr>
          <w:p>
            <w:pPr>
              <w:spacing w:after="0"/>
              <w:jc w:val="left"/>
            </w:pPr>
            <w:r>
              <w:rPr>
                <w:b/>
                <w:sz w:val="16"/>
              </w:rPr>
              <w:t>Flags</w:t>
            </w:r>
          </w:p>
        </w:tc>
        <w:tc>
          <w:tcPr>
            <w:tcW w:type="dxa" w:w="886"/>
            <w:shd w:val="clear" w:color="auto" w:fill="E8E8E8"/>
          </w:tcPr>
          <w:p>
            <w:pPr>
              <w:spacing w:after="0"/>
              <w:jc w:val="left"/>
            </w:pPr>
            <w:r>
              <w:rPr>
                <w:b/>
                <w:sz w:val="16"/>
              </w:rPr>
              <w:t>Notes</w:t>
            </w:r>
          </w:p>
        </w:tc>
      </w:tr>
      <w:tr>
        <w:trPr>
          <w:cantSplit/>
        </w:trPr>
        <w:tc>
          <w:tcPr>
            <w:tcW w:type="dxa" w:w="1037"/>
          </w:tcPr>
          <w:p>
            <w:pPr>
              <w:spacing w:after="0"/>
              <w:jc w:val="left"/>
            </w:pPr>
            <w:r>
              <w:rPr>
                <w:sz w:val="16"/>
              </w:rPr>
              <w:t>2023-07-06</w:t>
            </w:r>
          </w:p>
        </w:tc>
        <w:tc>
          <w:tcPr>
            <w:tcW w:type="dxa" w:w="1037"/>
          </w:tcPr>
          <w:p>
            <w:pPr>
              <w:spacing w:after="0"/>
              <w:jc w:val="left"/>
            </w:pPr>
            <w:r>
              <w:rPr>
                <w:sz w:val="16"/>
              </w:rPr>
              <w:t>2023-04-09</w:t>
            </w:r>
          </w:p>
        </w:tc>
        <w:tc>
          <w:tcPr>
            <w:tcW w:type="dxa" w:w="1037"/>
          </w:tcPr>
          <w:p>
            <w:pPr>
              <w:spacing w:after="0"/>
              <w:jc w:val="left"/>
            </w:pPr>
            <w:r>
              <w:rPr>
                <w:sz w:val="16"/>
              </w:rPr>
              <w:t>DR-4718-SD</w:t>
            </w:r>
          </w:p>
        </w:tc>
        <w:tc>
          <w:tcPr>
            <w:tcW w:type="dxa" w:w="1298"/>
          </w:tcPr>
          <w:p>
            <w:pPr>
              <w:spacing w:after="0"/>
              <w:jc w:val="left"/>
            </w:pPr>
            <w:r>
              <w:rPr>
                <w:sz w:val="16"/>
              </w:rPr>
              <w:t>Major disaster</w:t>
            </w:r>
          </w:p>
        </w:tc>
        <w:tc>
          <w:tcPr>
            <w:tcW w:type="dxa" w:w="3055"/>
          </w:tcPr>
          <w:p>
            <w:pPr>
              <w:spacing w:after="0"/>
              <w:jc w:val="left"/>
            </w:pPr>
            <w:r>
              <w:rPr>
                <w:sz w:val="16"/>
              </w:rPr>
              <w:t>FLOODING</w:t>
            </w:r>
          </w:p>
        </w:tc>
        <w:tc>
          <w:tcPr>
            <w:tcW w:type="dxa" w:w="2115"/>
          </w:tcPr>
          <w:p>
            <w:pPr>
              <w:spacing w:after="0"/>
              <w:jc w:val="left"/>
            </w:pPr>
            <w:r>
              <w:rPr>
                <w:sz w:val="16"/>
              </w:rPr>
              <w:t>Inland Flooding</w:t>
            </w:r>
          </w:p>
        </w:tc>
        <w:tc>
          <w:tcPr>
            <w:tcW w:type="dxa" w:w="1364"/>
          </w:tcPr>
          <w:p>
            <w:pPr>
              <w:spacing w:after="0"/>
              <w:jc w:val="right"/>
            </w:pPr>
            <w:r>
              <w:rPr>
                <w:sz w:val="16"/>
              </w:rPr>
              <w:t>$893,904.55</w:t>
            </w:r>
          </w:p>
        </w:tc>
        <w:tc>
          <w:tcPr>
            <w:tcW w:type="dxa" w:w="2283"/>
          </w:tcPr>
          <w:p>
            <w:pPr>
              <w:spacing w:after="0"/>
              <w:jc w:val="left"/>
            </w:pPr>
            <w:r>
              <w:rPr>
                <w:sz w:val="16"/>
              </w:rPr>
              <w:t>new since last plan; within last 5 years</w:t>
            </w:r>
          </w:p>
        </w:tc>
        <w:tc>
          <w:tcPr>
            <w:tcW w:type="dxa" w:w="886"/>
          </w:tcPr>
          <w:p>
            <w:pPr>
              <w:spacing w:after="0"/>
              <w:jc w:val="left"/>
            </w:pPr>
          </w:p>
        </w:tc>
      </w:tr>
      <w:tr>
        <w:trPr>
          <w:cantSplit/>
        </w:trPr>
        <w:tc>
          <w:tcPr>
            <w:tcW w:type="dxa" w:w="1037"/>
          </w:tcPr>
          <w:p>
            <w:pPr>
              <w:spacing w:after="0"/>
              <w:jc w:val="left"/>
            </w:pPr>
            <w:r>
              <w:rPr>
                <w:sz w:val="16"/>
              </w:rPr>
              <w:t>2022-06-29</w:t>
            </w:r>
          </w:p>
        </w:tc>
        <w:tc>
          <w:tcPr>
            <w:tcW w:type="dxa" w:w="1037"/>
          </w:tcPr>
          <w:p>
            <w:pPr>
              <w:spacing w:after="0"/>
              <w:jc w:val="left"/>
            </w:pPr>
            <w:r>
              <w:rPr>
                <w:sz w:val="16"/>
              </w:rPr>
              <w:t>2022-05-12</w:t>
            </w:r>
          </w:p>
        </w:tc>
        <w:tc>
          <w:tcPr>
            <w:tcW w:type="dxa" w:w="1037"/>
          </w:tcPr>
          <w:p>
            <w:pPr>
              <w:spacing w:after="0"/>
              <w:jc w:val="left"/>
            </w:pPr>
            <w:r>
              <w:rPr>
                <w:sz w:val="16"/>
              </w:rPr>
              <w:t>DR-4656-SD</w:t>
            </w:r>
          </w:p>
        </w:tc>
        <w:tc>
          <w:tcPr>
            <w:tcW w:type="dxa" w:w="1298"/>
          </w:tcPr>
          <w:p>
            <w:pPr>
              <w:spacing w:after="0"/>
              <w:jc w:val="left"/>
            </w:pPr>
            <w:r>
              <w:rPr>
                <w:sz w:val="16"/>
              </w:rPr>
              <w:t>Major disaster</w:t>
            </w:r>
          </w:p>
        </w:tc>
        <w:tc>
          <w:tcPr>
            <w:tcW w:type="dxa" w:w="3055"/>
          </w:tcPr>
          <w:p>
            <w:pPr>
              <w:spacing w:after="0"/>
              <w:jc w:val="left"/>
            </w:pPr>
            <w:r>
              <w:rPr>
                <w:sz w:val="16"/>
              </w:rPr>
              <w:t>SEVERE STORM, STRAIGHT-LINE WINDS, TORNADOES, AND FLOODING</w:t>
            </w:r>
          </w:p>
        </w:tc>
        <w:tc>
          <w:tcPr>
            <w:tcW w:type="dxa" w:w="2115"/>
          </w:tcPr>
          <w:p>
            <w:pPr>
              <w:spacing w:after="0"/>
              <w:jc w:val="left"/>
            </w:pPr>
            <w:r>
              <w:rPr>
                <w:sz w:val="16"/>
              </w:rPr>
              <w:t>Inland Flooding; Strong Wind; Tornado</w:t>
            </w:r>
          </w:p>
        </w:tc>
        <w:tc>
          <w:tcPr>
            <w:tcW w:type="dxa" w:w="1364"/>
          </w:tcPr>
          <w:p>
            <w:pPr>
              <w:spacing w:after="0"/>
              <w:jc w:val="right"/>
            </w:pPr>
            <w:r>
              <w:rPr>
                <w:sz w:val="16"/>
              </w:rPr>
              <w:t>$818,494.73</w:t>
            </w:r>
          </w:p>
        </w:tc>
        <w:tc>
          <w:tcPr>
            <w:tcW w:type="dxa" w:w="2283"/>
          </w:tcPr>
          <w:p>
            <w:pPr>
              <w:spacing w:after="0"/>
              <w:jc w:val="left"/>
            </w:pPr>
            <w:r>
              <w:rPr>
                <w:sz w:val="16"/>
              </w:rPr>
              <w:t>during plan review, check whether your last plan included it; within last 5 years</w:t>
            </w:r>
          </w:p>
        </w:tc>
        <w:tc>
          <w:tcPr>
            <w:tcW w:type="dxa" w:w="886"/>
          </w:tcPr>
          <w:p>
            <w:pPr>
              <w:spacing w:after="0"/>
              <w:jc w:val="left"/>
            </w:pPr>
          </w:p>
        </w:tc>
      </w:tr>
      <w:tr>
        <w:trPr>
          <w:cantSplit/>
        </w:trPr>
        <w:tc>
          <w:tcPr>
            <w:tcW w:type="dxa" w:w="1037"/>
          </w:tcPr>
          <w:p>
            <w:pPr>
              <w:spacing w:after="0"/>
              <w:jc w:val="left"/>
            </w:pPr>
            <w:r>
              <w:rPr>
                <w:sz w:val="16"/>
              </w:rPr>
              <w:t>2020-04-05</w:t>
            </w:r>
          </w:p>
        </w:tc>
        <w:tc>
          <w:tcPr>
            <w:tcW w:type="dxa" w:w="1037"/>
          </w:tcPr>
          <w:p>
            <w:pPr>
              <w:spacing w:after="0"/>
              <w:jc w:val="left"/>
            </w:pPr>
            <w:r>
              <w:rPr>
                <w:sz w:val="16"/>
              </w:rPr>
              <w:t>2020-01-20</w:t>
            </w:r>
          </w:p>
        </w:tc>
        <w:tc>
          <w:tcPr>
            <w:tcW w:type="dxa" w:w="1037"/>
          </w:tcPr>
          <w:p>
            <w:pPr>
              <w:spacing w:after="0"/>
              <w:jc w:val="left"/>
            </w:pPr>
            <w:r>
              <w:rPr>
                <w:sz w:val="16"/>
              </w:rPr>
              <w:t>DR-4527-SD</w:t>
            </w:r>
          </w:p>
        </w:tc>
        <w:tc>
          <w:tcPr>
            <w:tcW w:type="dxa" w:w="1298"/>
          </w:tcPr>
          <w:p>
            <w:pPr>
              <w:spacing w:after="0"/>
              <w:jc w:val="left"/>
            </w:pPr>
            <w:r>
              <w:rPr>
                <w:sz w:val="16"/>
              </w:rPr>
              <w:t>Major disaster</w:t>
            </w:r>
          </w:p>
        </w:tc>
        <w:tc>
          <w:tcPr>
            <w:tcW w:type="dxa" w:w="3055"/>
          </w:tcPr>
          <w:p>
            <w:pPr>
              <w:spacing w:after="0"/>
              <w:jc w:val="left"/>
            </w:pPr>
            <w:r>
              <w:rPr>
                <w:sz w:val="16"/>
              </w:rPr>
              <w:t>COVID-19 PANDEMIC</w:t>
            </w:r>
          </w:p>
        </w:tc>
        <w:tc>
          <w:tcPr>
            <w:tcW w:type="dxa" w:w="2115"/>
          </w:tcPr>
          <w:p>
            <w:pPr>
              <w:spacing w:after="0"/>
              <w:jc w:val="left"/>
            </w:pPr>
            <w:r>
              <w:rPr>
                <w:sz w:val="16"/>
              </w:rPr>
              <w:t>Non-natural, not counted</w:t>
            </w:r>
          </w:p>
        </w:tc>
        <w:tc>
          <w:tcPr>
            <w:tcW w:type="dxa" w:w="1364"/>
          </w:tcPr>
          <w:p>
            <w:pPr>
              <w:spacing w:after="0"/>
              <w:jc w:val="right"/>
            </w:pPr>
            <w:r>
              <w:rPr>
                <w:sz w:val="16"/>
              </w:rPr>
              <w:t>none found</w:t>
            </w:r>
          </w:p>
        </w:tc>
        <w:tc>
          <w:tcPr>
            <w:tcW w:type="dxa" w:w="2283"/>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EM-3475-SD</w:t>
            </w:r>
          </w:p>
        </w:tc>
        <w:tc>
          <w:tcPr>
            <w:tcW w:type="dxa" w:w="1298"/>
          </w:tcPr>
          <w:p>
            <w:pPr>
              <w:spacing w:after="0"/>
              <w:jc w:val="left"/>
            </w:pPr>
            <w:r>
              <w:rPr>
                <w:sz w:val="16"/>
              </w:rPr>
              <w:t>Emergency</w:t>
            </w:r>
          </w:p>
        </w:tc>
        <w:tc>
          <w:tcPr>
            <w:tcW w:type="dxa" w:w="3055"/>
          </w:tcPr>
          <w:p>
            <w:pPr>
              <w:spacing w:after="0"/>
              <w:jc w:val="left"/>
            </w:pPr>
            <w:r>
              <w:rPr>
                <w:sz w:val="16"/>
              </w:rPr>
              <w:t>COVID-19</w:t>
            </w:r>
          </w:p>
        </w:tc>
        <w:tc>
          <w:tcPr>
            <w:tcW w:type="dxa" w:w="2115"/>
          </w:tcPr>
          <w:p>
            <w:pPr>
              <w:spacing w:after="0"/>
              <w:jc w:val="left"/>
            </w:pPr>
            <w:r>
              <w:rPr>
                <w:sz w:val="16"/>
              </w:rPr>
              <w:t>Non-natural, not counted</w:t>
            </w:r>
          </w:p>
        </w:tc>
        <w:tc>
          <w:tcPr>
            <w:tcW w:type="dxa" w:w="1364"/>
          </w:tcPr>
          <w:p>
            <w:pPr>
              <w:spacing w:after="0"/>
              <w:jc w:val="right"/>
            </w:pPr>
            <w:r>
              <w:rPr>
                <w:sz w:val="16"/>
              </w:rPr>
              <w:t>none found</w:t>
            </w:r>
          </w:p>
        </w:tc>
        <w:tc>
          <w:tcPr>
            <w:tcW w:type="dxa" w:w="2283"/>
          </w:tcPr>
          <w:p>
            <w:pPr>
              <w:spacing w:after="0"/>
              <w:jc w:val="left"/>
            </w:pPr>
          </w:p>
        </w:tc>
        <w:tc>
          <w:tcPr>
            <w:tcW w:type="dxa" w:w="886"/>
          </w:tcPr>
          <w:p>
            <w:pPr>
              <w:spacing w:after="0"/>
              <w:jc w:val="left"/>
            </w:pPr>
            <w:r>
              <w:rPr>
                <w:sz w:val="16"/>
              </w:rPr>
              <w:t>same incident as DR-4527</w:t>
            </w:r>
          </w:p>
        </w:tc>
      </w:tr>
      <w:tr>
        <w:trPr>
          <w:cantSplit/>
        </w:trPr>
        <w:tc>
          <w:tcPr>
            <w:tcW w:type="dxa" w:w="1037"/>
          </w:tcPr>
          <w:p>
            <w:pPr>
              <w:spacing w:after="0"/>
              <w:jc w:val="left"/>
            </w:pPr>
            <w:r>
              <w:rPr>
                <w:sz w:val="16"/>
              </w:rPr>
              <w:t>2019-11-18</w:t>
            </w:r>
          </w:p>
        </w:tc>
        <w:tc>
          <w:tcPr>
            <w:tcW w:type="dxa" w:w="1037"/>
          </w:tcPr>
          <w:p>
            <w:pPr>
              <w:spacing w:after="0"/>
              <w:jc w:val="left"/>
            </w:pPr>
            <w:r>
              <w:rPr>
                <w:sz w:val="16"/>
              </w:rPr>
              <w:t>2019-09-09</w:t>
            </w:r>
          </w:p>
        </w:tc>
        <w:tc>
          <w:tcPr>
            <w:tcW w:type="dxa" w:w="1037"/>
          </w:tcPr>
          <w:p>
            <w:pPr>
              <w:spacing w:after="0"/>
              <w:jc w:val="left"/>
            </w:pPr>
            <w:r>
              <w:rPr>
                <w:sz w:val="16"/>
              </w:rPr>
              <w:t>DR-4469-SD</w:t>
            </w:r>
          </w:p>
        </w:tc>
        <w:tc>
          <w:tcPr>
            <w:tcW w:type="dxa" w:w="1298"/>
          </w:tcPr>
          <w:p>
            <w:pPr>
              <w:spacing w:after="0"/>
              <w:jc w:val="left"/>
            </w:pPr>
            <w:r>
              <w:rPr>
                <w:sz w:val="16"/>
              </w:rPr>
              <w:t>Major disaster</w:t>
            </w:r>
          </w:p>
        </w:tc>
        <w:tc>
          <w:tcPr>
            <w:tcW w:type="dxa" w:w="3055"/>
          </w:tcPr>
          <w:p>
            <w:pPr>
              <w:spacing w:after="0"/>
              <w:jc w:val="left"/>
            </w:pPr>
            <w:r>
              <w:rPr>
                <w:sz w:val="16"/>
              </w:rPr>
              <w:t>SEVERE STORMS, TORNADOES, AND FLOODING</w:t>
            </w:r>
          </w:p>
        </w:tc>
        <w:tc>
          <w:tcPr>
            <w:tcW w:type="dxa" w:w="2115"/>
          </w:tcPr>
          <w:p>
            <w:pPr>
              <w:spacing w:after="0"/>
              <w:jc w:val="left"/>
            </w:pPr>
            <w:r>
              <w:rPr>
                <w:sz w:val="16"/>
              </w:rPr>
              <w:t>Inland Flooding; Tornado</w:t>
            </w:r>
          </w:p>
        </w:tc>
        <w:tc>
          <w:tcPr>
            <w:tcW w:type="dxa" w:w="1364"/>
          </w:tcPr>
          <w:p>
            <w:pPr>
              <w:spacing w:after="0"/>
              <w:jc w:val="right"/>
            </w:pPr>
            <w:r>
              <w:rPr>
                <w:sz w:val="16"/>
              </w:rPr>
              <w:t>$408,475.05</w:t>
            </w:r>
          </w:p>
        </w:tc>
        <w:tc>
          <w:tcPr>
            <w:tcW w:type="dxa" w:w="2283"/>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2019-06-07</w:t>
            </w:r>
          </w:p>
        </w:tc>
        <w:tc>
          <w:tcPr>
            <w:tcW w:type="dxa" w:w="1037"/>
          </w:tcPr>
          <w:p>
            <w:pPr>
              <w:spacing w:after="0"/>
              <w:jc w:val="left"/>
            </w:pPr>
            <w:r>
              <w:rPr>
                <w:sz w:val="16"/>
              </w:rPr>
              <w:t>2019-03-13</w:t>
            </w:r>
          </w:p>
        </w:tc>
        <w:tc>
          <w:tcPr>
            <w:tcW w:type="dxa" w:w="1037"/>
          </w:tcPr>
          <w:p>
            <w:pPr>
              <w:spacing w:after="0"/>
              <w:jc w:val="left"/>
            </w:pPr>
            <w:r>
              <w:rPr>
                <w:sz w:val="16"/>
              </w:rPr>
              <w:t>DR-4440-SD</w:t>
            </w:r>
          </w:p>
        </w:tc>
        <w:tc>
          <w:tcPr>
            <w:tcW w:type="dxa" w:w="1298"/>
          </w:tcPr>
          <w:p>
            <w:pPr>
              <w:spacing w:after="0"/>
              <w:jc w:val="left"/>
            </w:pPr>
            <w:r>
              <w:rPr>
                <w:sz w:val="16"/>
              </w:rPr>
              <w:t>Major disaster</w:t>
            </w:r>
          </w:p>
        </w:tc>
        <w:tc>
          <w:tcPr>
            <w:tcW w:type="dxa" w:w="3055"/>
          </w:tcPr>
          <w:p>
            <w:pPr>
              <w:spacing w:after="0"/>
              <w:jc w:val="left"/>
            </w:pPr>
            <w:r>
              <w:rPr>
                <w:sz w:val="16"/>
              </w:rPr>
              <w:t>SEVERE WINTER STORM, SNOWSTORM, AND FLOODING</w:t>
            </w:r>
          </w:p>
        </w:tc>
        <w:tc>
          <w:tcPr>
            <w:tcW w:type="dxa" w:w="2115"/>
          </w:tcPr>
          <w:p>
            <w:pPr>
              <w:spacing w:after="0"/>
              <w:jc w:val="left"/>
            </w:pPr>
            <w:r>
              <w:rPr>
                <w:sz w:val="16"/>
              </w:rPr>
              <w:t>Inland Flooding (primary); also designated: Winter Weather</w:t>
            </w:r>
          </w:p>
        </w:tc>
        <w:tc>
          <w:tcPr>
            <w:tcW w:type="dxa" w:w="1364"/>
          </w:tcPr>
          <w:p>
            <w:pPr>
              <w:spacing w:after="0"/>
              <w:jc w:val="right"/>
            </w:pPr>
            <w:r>
              <w:rPr>
                <w:sz w:val="16"/>
              </w:rPr>
              <w:t>$706,822.98</w:t>
            </w:r>
          </w:p>
        </w:tc>
        <w:tc>
          <w:tcPr>
            <w:tcW w:type="dxa" w:w="2283"/>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2017-02-01</w:t>
            </w:r>
          </w:p>
        </w:tc>
        <w:tc>
          <w:tcPr>
            <w:tcW w:type="dxa" w:w="1037"/>
          </w:tcPr>
          <w:p>
            <w:pPr>
              <w:spacing w:after="0"/>
              <w:jc w:val="left"/>
            </w:pPr>
            <w:r>
              <w:rPr>
                <w:sz w:val="16"/>
              </w:rPr>
              <w:t>2016-12-24</w:t>
            </w:r>
          </w:p>
        </w:tc>
        <w:tc>
          <w:tcPr>
            <w:tcW w:type="dxa" w:w="1037"/>
          </w:tcPr>
          <w:p>
            <w:pPr>
              <w:spacing w:after="0"/>
              <w:jc w:val="left"/>
            </w:pPr>
            <w:r>
              <w:rPr>
                <w:sz w:val="16"/>
              </w:rPr>
              <w:t>DR-4298-SD</w:t>
            </w:r>
          </w:p>
        </w:tc>
        <w:tc>
          <w:tcPr>
            <w:tcW w:type="dxa" w:w="1298"/>
          </w:tcPr>
          <w:p>
            <w:pPr>
              <w:spacing w:after="0"/>
              <w:jc w:val="left"/>
            </w:pPr>
            <w:r>
              <w:rPr>
                <w:sz w:val="16"/>
              </w:rPr>
              <w:t>Major disaster</w:t>
            </w:r>
          </w:p>
        </w:tc>
        <w:tc>
          <w:tcPr>
            <w:tcW w:type="dxa" w:w="3055"/>
          </w:tcPr>
          <w:p>
            <w:pPr>
              <w:spacing w:after="0"/>
              <w:jc w:val="left"/>
            </w:pPr>
            <w:r>
              <w:rPr>
                <w:sz w:val="16"/>
              </w:rPr>
              <w:t>SEVERE WINTER STORM</w:t>
            </w:r>
          </w:p>
        </w:tc>
        <w:tc>
          <w:tcPr>
            <w:tcW w:type="dxa" w:w="2115"/>
          </w:tcPr>
          <w:p>
            <w:pPr>
              <w:spacing w:after="0"/>
              <w:jc w:val="left"/>
            </w:pPr>
            <w:r>
              <w:rPr>
                <w:sz w:val="16"/>
              </w:rPr>
              <w:t>Winter Weather</w:t>
            </w:r>
          </w:p>
        </w:tc>
        <w:tc>
          <w:tcPr>
            <w:tcW w:type="dxa" w:w="1364"/>
          </w:tcPr>
          <w:p>
            <w:pPr>
              <w:spacing w:after="0"/>
              <w:jc w:val="right"/>
            </w:pPr>
            <w:r>
              <w:rPr>
                <w:sz w:val="16"/>
              </w:rPr>
              <w:t>$50,610.38</w:t>
            </w:r>
          </w:p>
        </w:tc>
        <w:tc>
          <w:tcPr>
            <w:tcW w:type="dxa" w:w="2283"/>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2013-08-02</w:t>
            </w:r>
          </w:p>
        </w:tc>
        <w:tc>
          <w:tcPr>
            <w:tcW w:type="dxa" w:w="1037"/>
          </w:tcPr>
          <w:p>
            <w:pPr>
              <w:spacing w:after="0"/>
              <w:jc w:val="left"/>
            </w:pPr>
            <w:r>
              <w:rPr>
                <w:sz w:val="16"/>
              </w:rPr>
              <w:t>2013-06-19</w:t>
            </w:r>
          </w:p>
        </w:tc>
        <w:tc>
          <w:tcPr>
            <w:tcW w:type="dxa" w:w="1037"/>
          </w:tcPr>
          <w:p>
            <w:pPr>
              <w:spacing w:after="0"/>
              <w:jc w:val="left"/>
            </w:pPr>
            <w:r>
              <w:rPr>
                <w:sz w:val="16"/>
              </w:rPr>
              <w:t>DR-4137-SD</w:t>
            </w:r>
          </w:p>
        </w:tc>
        <w:tc>
          <w:tcPr>
            <w:tcW w:type="dxa" w:w="1298"/>
          </w:tcPr>
          <w:p>
            <w:pPr>
              <w:spacing w:after="0"/>
              <w:jc w:val="left"/>
            </w:pPr>
            <w:r>
              <w:rPr>
                <w:sz w:val="16"/>
              </w:rPr>
              <w:t>Major disaster</w:t>
            </w:r>
          </w:p>
        </w:tc>
        <w:tc>
          <w:tcPr>
            <w:tcW w:type="dxa" w:w="3055"/>
          </w:tcPr>
          <w:p>
            <w:pPr>
              <w:spacing w:after="0"/>
              <w:jc w:val="left"/>
            </w:pPr>
            <w:r>
              <w:rPr>
                <w:sz w:val="16"/>
              </w:rPr>
              <w:t>SEVERE STORMS, TORNADOES, AND FLOODING</w:t>
            </w:r>
          </w:p>
        </w:tc>
        <w:tc>
          <w:tcPr>
            <w:tcW w:type="dxa" w:w="2115"/>
          </w:tcPr>
          <w:p>
            <w:pPr>
              <w:spacing w:after="0"/>
              <w:jc w:val="left"/>
            </w:pPr>
            <w:r>
              <w:rPr>
                <w:sz w:val="16"/>
              </w:rPr>
              <w:t>Inland Flooding; Tornado</w:t>
            </w:r>
          </w:p>
        </w:tc>
        <w:tc>
          <w:tcPr>
            <w:tcW w:type="dxa" w:w="1364"/>
          </w:tcPr>
          <w:p>
            <w:pPr>
              <w:spacing w:after="0"/>
              <w:jc w:val="right"/>
            </w:pPr>
            <w:r>
              <w:rPr>
                <w:sz w:val="16"/>
              </w:rPr>
              <w:t>$342,012.94</w:t>
            </w:r>
          </w:p>
        </w:tc>
        <w:tc>
          <w:tcPr>
            <w:tcW w:type="dxa" w:w="2283"/>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2011-05-13</w:t>
            </w:r>
          </w:p>
        </w:tc>
        <w:tc>
          <w:tcPr>
            <w:tcW w:type="dxa" w:w="1037"/>
          </w:tcPr>
          <w:p>
            <w:pPr>
              <w:spacing w:after="0"/>
              <w:jc w:val="left"/>
            </w:pPr>
            <w:r>
              <w:rPr>
                <w:sz w:val="16"/>
              </w:rPr>
              <w:t>2011-03-11</w:t>
            </w:r>
          </w:p>
        </w:tc>
        <w:tc>
          <w:tcPr>
            <w:tcW w:type="dxa" w:w="1037"/>
          </w:tcPr>
          <w:p>
            <w:pPr>
              <w:spacing w:after="0"/>
              <w:jc w:val="left"/>
            </w:pPr>
            <w:r>
              <w:rPr>
                <w:sz w:val="16"/>
              </w:rPr>
              <w:t>DR-1984-SD</w:t>
            </w:r>
          </w:p>
        </w:tc>
        <w:tc>
          <w:tcPr>
            <w:tcW w:type="dxa" w:w="1298"/>
          </w:tcPr>
          <w:p>
            <w:pPr>
              <w:spacing w:after="0"/>
              <w:jc w:val="left"/>
            </w:pPr>
            <w:r>
              <w:rPr>
                <w:sz w:val="16"/>
              </w:rPr>
              <w:t>Major disaster</w:t>
            </w:r>
          </w:p>
        </w:tc>
        <w:tc>
          <w:tcPr>
            <w:tcW w:type="dxa" w:w="3055"/>
          </w:tcPr>
          <w:p>
            <w:pPr>
              <w:spacing w:after="0"/>
              <w:jc w:val="left"/>
            </w:pPr>
            <w:r>
              <w:rPr>
                <w:sz w:val="16"/>
              </w:rPr>
              <w:t>FLOODING</w:t>
            </w:r>
          </w:p>
        </w:tc>
        <w:tc>
          <w:tcPr>
            <w:tcW w:type="dxa" w:w="2115"/>
          </w:tcPr>
          <w:p>
            <w:pPr>
              <w:spacing w:after="0"/>
              <w:jc w:val="left"/>
            </w:pPr>
            <w:r>
              <w:rPr>
                <w:sz w:val="16"/>
              </w:rPr>
              <w:t>Inland Flooding</w:t>
            </w:r>
          </w:p>
        </w:tc>
        <w:tc>
          <w:tcPr>
            <w:tcW w:type="dxa" w:w="1364"/>
          </w:tcPr>
          <w:p>
            <w:pPr>
              <w:spacing w:after="0"/>
              <w:jc w:val="right"/>
            </w:pPr>
            <w:r>
              <w:rPr>
                <w:sz w:val="16"/>
              </w:rPr>
              <w:t>$461,136.02</w:t>
            </w:r>
          </w:p>
        </w:tc>
        <w:tc>
          <w:tcPr>
            <w:tcW w:type="dxa" w:w="2283"/>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2010-05-13</w:t>
            </w:r>
          </w:p>
        </w:tc>
        <w:tc>
          <w:tcPr>
            <w:tcW w:type="dxa" w:w="1037"/>
          </w:tcPr>
          <w:p>
            <w:pPr>
              <w:spacing w:after="0"/>
              <w:jc w:val="left"/>
            </w:pPr>
            <w:r>
              <w:rPr>
                <w:sz w:val="16"/>
              </w:rPr>
              <w:t>2010-03-10</w:t>
            </w:r>
          </w:p>
        </w:tc>
        <w:tc>
          <w:tcPr>
            <w:tcW w:type="dxa" w:w="1037"/>
          </w:tcPr>
          <w:p>
            <w:pPr>
              <w:spacing w:after="0"/>
              <w:jc w:val="left"/>
            </w:pPr>
            <w:r>
              <w:rPr>
                <w:sz w:val="16"/>
              </w:rPr>
              <w:t>DR-1915-SD</w:t>
            </w:r>
          </w:p>
        </w:tc>
        <w:tc>
          <w:tcPr>
            <w:tcW w:type="dxa" w:w="1298"/>
          </w:tcPr>
          <w:p>
            <w:pPr>
              <w:spacing w:after="0"/>
              <w:jc w:val="left"/>
            </w:pPr>
            <w:r>
              <w:rPr>
                <w:sz w:val="16"/>
              </w:rPr>
              <w:t>Major disaster</w:t>
            </w:r>
          </w:p>
        </w:tc>
        <w:tc>
          <w:tcPr>
            <w:tcW w:type="dxa" w:w="3055"/>
          </w:tcPr>
          <w:p>
            <w:pPr>
              <w:spacing w:after="0"/>
              <w:jc w:val="left"/>
            </w:pPr>
            <w:r>
              <w:rPr>
                <w:sz w:val="16"/>
              </w:rPr>
              <w:t>FLOODING</w:t>
            </w:r>
          </w:p>
        </w:tc>
        <w:tc>
          <w:tcPr>
            <w:tcW w:type="dxa" w:w="2115"/>
          </w:tcPr>
          <w:p>
            <w:pPr>
              <w:spacing w:after="0"/>
              <w:jc w:val="left"/>
            </w:pPr>
            <w:r>
              <w:rPr>
                <w:sz w:val="16"/>
              </w:rPr>
              <w:t>Inland Flooding</w:t>
            </w:r>
          </w:p>
        </w:tc>
        <w:tc>
          <w:tcPr>
            <w:tcW w:type="dxa" w:w="1364"/>
          </w:tcPr>
          <w:p>
            <w:pPr>
              <w:spacing w:after="0"/>
              <w:jc w:val="right"/>
            </w:pPr>
            <w:r>
              <w:rPr>
                <w:sz w:val="16"/>
              </w:rPr>
              <w:t>$503,092.41</w:t>
            </w:r>
          </w:p>
        </w:tc>
        <w:tc>
          <w:tcPr>
            <w:tcW w:type="dxa" w:w="2283"/>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2005-12-20</w:t>
            </w:r>
          </w:p>
        </w:tc>
        <w:tc>
          <w:tcPr>
            <w:tcW w:type="dxa" w:w="1037"/>
          </w:tcPr>
          <w:p>
            <w:pPr>
              <w:spacing w:after="0"/>
              <w:jc w:val="left"/>
            </w:pPr>
            <w:r>
              <w:rPr>
                <w:sz w:val="16"/>
              </w:rPr>
              <w:t>2005-11-27</w:t>
            </w:r>
          </w:p>
        </w:tc>
        <w:tc>
          <w:tcPr>
            <w:tcW w:type="dxa" w:w="1037"/>
          </w:tcPr>
          <w:p>
            <w:pPr>
              <w:spacing w:after="0"/>
              <w:jc w:val="left"/>
            </w:pPr>
            <w:r>
              <w:rPr>
                <w:sz w:val="16"/>
              </w:rPr>
              <w:t>DR-1620-SD</w:t>
            </w:r>
          </w:p>
        </w:tc>
        <w:tc>
          <w:tcPr>
            <w:tcW w:type="dxa" w:w="1298"/>
          </w:tcPr>
          <w:p>
            <w:pPr>
              <w:spacing w:after="0"/>
              <w:jc w:val="left"/>
            </w:pPr>
            <w:r>
              <w:rPr>
                <w:sz w:val="16"/>
              </w:rPr>
              <w:t>Major disaster</w:t>
            </w:r>
          </w:p>
        </w:tc>
        <w:tc>
          <w:tcPr>
            <w:tcW w:type="dxa" w:w="3055"/>
          </w:tcPr>
          <w:p>
            <w:pPr>
              <w:spacing w:after="0"/>
              <w:jc w:val="left"/>
            </w:pPr>
            <w:r>
              <w:rPr>
                <w:sz w:val="16"/>
              </w:rPr>
              <w:t>SEVERE WINTER STORM</w:t>
            </w:r>
          </w:p>
        </w:tc>
        <w:tc>
          <w:tcPr>
            <w:tcW w:type="dxa" w:w="2115"/>
          </w:tcPr>
          <w:p>
            <w:pPr>
              <w:spacing w:after="0"/>
              <w:jc w:val="left"/>
            </w:pPr>
            <w:r>
              <w:rPr>
                <w:sz w:val="16"/>
              </w:rPr>
              <w:t>Winter Weather</w:t>
            </w:r>
          </w:p>
        </w:tc>
        <w:tc>
          <w:tcPr>
            <w:tcW w:type="dxa" w:w="1364"/>
          </w:tcPr>
          <w:p>
            <w:pPr>
              <w:spacing w:after="0"/>
              <w:jc w:val="right"/>
            </w:pPr>
            <w:r>
              <w:rPr>
                <w:sz w:val="16"/>
              </w:rPr>
              <w:t>$87,321.53</w:t>
            </w:r>
          </w:p>
        </w:tc>
        <w:tc>
          <w:tcPr>
            <w:tcW w:type="dxa" w:w="2283"/>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2005-09-06</w:t>
            </w:r>
          </w:p>
        </w:tc>
        <w:tc>
          <w:tcPr>
            <w:tcW w:type="dxa" w:w="1037"/>
          </w:tcPr>
          <w:p>
            <w:pPr>
              <w:spacing w:after="0"/>
              <w:jc w:val="left"/>
            </w:pPr>
            <w:r>
              <w:rPr>
                <w:sz w:val="16"/>
              </w:rPr>
              <w:t>EM-3234-SD</w:t>
            </w:r>
          </w:p>
        </w:tc>
        <w:tc>
          <w:tcPr>
            <w:tcW w:type="dxa" w:w="1298"/>
          </w:tcPr>
          <w:p>
            <w:pPr>
              <w:spacing w:after="0"/>
              <w:jc w:val="left"/>
            </w:pPr>
            <w:r>
              <w:rPr>
                <w:sz w:val="16"/>
              </w:rPr>
              <w:t>Emergency</w:t>
            </w:r>
          </w:p>
        </w:tc>
        <w:tc>
          <w:tcPr>
            <w:tcW w:type="dxa" w:w="3055"/>
          </w:tcPr>
          <w:p>
            <w:pPr>
              <w:spacing w:after="0"/>
              <w:jc w:val="left"/>
            </w:pPr>
            <w:r>
              <w:rPr>
                <w:sz w:val="16"/>
              </w:rPr>
              <w:t>HURRICANE KATRINA EVACUATION</w:t>
            </w:r>
          </w:p>
        </w:tc>
        <w:tc>
          <w:tcPr>
            <w:tcW w:type="dxa" w:w="2115"/>
          </w:tcPr>
          <w:p>
            <w:pPr>
              <w:spacing w:after="0"/>
              <w:jc w:val="left"/>
            </w:pPr>
            <w:r>
              <w:rPr>
                <w:sz w:val="16"/>
              </w:rPr>
              <w:t>Hurricane: evacuation support, not a local hazard event; not counted</w:t>
            </w:r>
          </w:p>
        </w:tc>
        <w:tc>
          <w:tcPr>
            <w:tcW w:type="dxa" w:w="1364"/>
          </w:tcPr>
          <w:p>
            <w:pPr>
              <w:spacing w:after="0"/>
              <w:jc w:val="right"/>
            </w:pPr>
            <w:r>
              <w:rPr>
                <w:sz w:val="16"/>
              </w:rPr>
              <w:t>none found</w:t>
            </w:r>
          </w:p>
        </w:tc>
        <w:tc>
          <w:tcPr>
            <w:tcW w:type="dxa" w:w="2283"/>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2001-05-17</w:t>
            </w:r>
          </w:p>
        </w:tc>
        <w:tc>
          <w:tcPr>
            <w:tcW w:type="dxa" w:w="1037"/>
          </w:tcPr>
          <w:p>
            <w:pPr>
              <w:spacing w:after="0"/>
              <w:jc w:val="left"/>
            </w:pPr>
            <w:r>
              <w:rPr>
                <w:sz w:val="16"/>
              </w:rPr>
              <w:t>2001-03-01</w:t>
            </w:r>
          </w:p>
        </w:tc>
        <w:tc>
          <w:tcPr>
            <w:tcW w:type="dxa" w:w="1037"/>
          </w:tcPr>
          <w:p>
            <w:pPr>
              <w:spacing w:after="0"/>
              <w:jc w:val="left"/>
            </w:pPr>
            <w:r>
              <w:rPr>
                <w:sz w:val="16"/>
              </w:rPr>
              <w:t>DR-1375-SD</w:t>
            </w:r>
          </w:p>
        </w:tc>
        <w:tc>
          <w:tcPr>
            <w:tcW w:type="dxa" w:w="1298"/>
          </w:tcPr>
          <w:p>
            <w:pPr>
              <w:spacing w:after="0"/>
              <w:jc w:val="left"/>
            </w:pPr>
            <w:r>
              <w:rPr>
                <w:sz w:val="16"/>
              </w:rPr>
              <w:t>Major disaster</w:t>
            </w:r>
          </w:p>
        </w:tc>
        <w:tc>
          <w:tcPr>
            <w:tcW w:type="dxa" w:w="3055"/>
          </w:tcPr>
          <w:p>
            <w:pPr>
              <w:spacing w:after="0"/>
              <w:jc w:val="left"/>
            </w:pPr>
            <w:r>
              <w:rPr>
                <w:sz w:val="16"/>
              </w:rPr>
              <w:t>SEVERE WINTER STORMS, FLOODING, AND ICE JAMS</w:t>
            </w:r>
          </w:p>
        </w:tc>
        <w:tc>
          <w:tcPr>
            <w:tcW w:type="dxa" w:w="2115"/>
          </w:tcPr>
          <w:p>
            <w:pPr>
              <w:spacing w:after="0"/>
              <w:jc w:val="left"/>
            </w:pPr>
            <w:r>
              <w:rPr>
                <w:sz w:val="16"/>
              </w:rPr>
              <w:t>Inland Flooding (primary); also designated: Winter Weather</w:t>
            </w:r>
          </w:p>
        </w:tc>
        <w:tc>
          <w:tcPr>
            <w:tcW w:type="dxa" w:w="1364"/>
          </w:tcPr>
          <w:p>
            <w:pPr>
              <w:spacing w:after="0"/>
              <w:jc w:val="right"/>
            </w:pPr>
            <w:r>
              <w:rPr>
                <w:sz w:val="16"/>
              </w:rPr>
              <w:t>$629,133.29</w:t>
            </w:r>
          </w:p>
        </w:tc>
        <w:tc>
          <w:tcPr>
            <w:tcW w:type="dxa" w:w="2283"/>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1998-06-01</w:t>
            </w:r>
          </w:p>
        </w:tc>
        <w:tc>
          <w:tcPr>
            <w:tcW w:type="dxa" w:w="1037"/>
          </w:tcPr>
          <w:p>
            <w:pPr>
              <w:spacing w:after="0"/>
              <w:jc w:val="left"/>
            </w:pPr>
            <w:r>
              <w:rPr>
                <w:sz w:val="16"/>
              </w:rPr>
              <w:t>1998-04-25</w:t>
            </w:r>
          </w:p>
        </w:tc>
        <w:tc>
          <w:tcPr>
            <w:tcW w:type="dxa" w:w="1037"/>
          </w:tcPr>
          <w:p>
            <w:pPr>
              <w:spacing w:after="0"/>
              <w:jc w:val="left"/>
            </w:pPr>
            <w:r>
              <w:rPr>
                <w:sz w:val="16"/>
              </w:rPr>
              <w:t>DR-1218-SD</w:t>
            </w:r>
          </w:p>
        </w:tc>
        <w:tc>
          <w:tcPr>
            <w:tcW w:type="dxa" w:w="1298"/>
          </w:tcPr>
          <w:p>
            <w:pPr>
              <w:spacing w:after="0"/>
              <w:jc w:val="left"/>
            </w:pPr>
            <w:r>
              <w:rPr>
                <w:sz w:val="16"/>
              </w:rPr>
              <w:t>Major disaster</w:t>
            </w:r>
          </w:p>
        </w:tc>
        <w:tc>
          <w:tcPr>
            <w:tcW w:type="dxa" w:w="3055"/>
          </w:tcPr>
          <w:p>
            <w:pPr>
              <w:spacing w:after="0"/>
              <w:jc w:val="left"/>
            </w:pPr>
            <w:r>
              <w:rPr>
                <w:sz w:val="16"/>
              </w:rPr>
              <w:t>FLOODING, SEVERE STORMS, TORNADOES</w:t>
            </w:r>
          </w:p>
        </w:tc>
        <w:tc>
          <w:tcPr>
            <w:tcW w:type="dxa" w:w="2115"/>
          </w:tcPr>
          <w:p>
            <w:pPr>
              <w:spacing w:after="0"/>
              <w:jc w:val="left"/>
            </w:pPr>
            <w:r>
              <w:rPr>
                <w:sz w:val="16"/>
              </w:rPr>
              <w:t>Inland Flooding (primary); also designated: Tornado</w:t>
            </w:r>
          </w:p>
        </w:tc>
        <w:tc>
          <w:tcPr>
            <w:tcW w:type="dxa" w:w="1364"/>
          </w:tcPr>
          <w:p>
            <w:pPr>
              <w:spacing w:after="0"/>
              <w:jc w:val="right"/>
            </w:pPr>
            <w:r>
              <w:rPr>
                <w:sz w:val="16"/>
              </w:rPr>
              <w:t>none found</w:t>
            </w:r>
          </w:p>
        </w:tc>
        <w:tc>
          <w:tcPr>
            <w:tcW w:type="dxa" w:w="2283"/>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1997-04-07</w:t>
            </w:r>
          </w:p>
        </w:tc>
        <w:tc>
          <w:tcPr>
            <w:tcW w:type="dxa" w:w="1037"/>
          </w:tcPr>
          <w:p>
            <w:pPr>
              <w:spacing w:after="0"/>
              <w:jc w:val="left"/>
            </w:pPr>
            <w:r>
              <w:rPr>
                <w:sz w:val="16"/>
              </w:rPr>
              <w:t>1997-02-03</w:t>
            </w:r>
          </w:p>
        </w:tc>
        <w:tc>
          <w:tcPr>
            <w:tcW w:type="dxa" w:w="1037"/>
          </w:tcPr>
          <w:p>
            <w:pPr>
              <w:spacing w:after="0"/>
              <w:jc w:val="left"/>
            </w:pPr>
            <w:r>
              <w:rPr>
                <w:sz w:val="16"/>
              </w:rPr>
              <w:t>DR-1173-SD</w:t>
            </w:r>
          </w:p>
        </w:tc>
        <w:tc>
          <w:tcPr>
            <w:tcW w:type="dxa" w:w="1298"/>
          </w:tcPr>
          <w:p>
            <w:pPr>
              <w:spacing w:after="0"/>
              <w:jc w:val="left"/>
            </w:pPr>
            <w:r>
              <w:rPr>
                <w:sz w:val="16"/>
              </w:rPr>
              <w:t>Major disaster</w:t>
            </w:r>
          </w:p>
        </w:tc>
        <w:tc>
          <w:tcPr>
            <w:tcW w:type="dxa" w:w="3055"/>
          </w:tcPr>
          <w:p>
            <w:pPr>
              <w:spacing w:after="0"/>
              <w:jc w:val="left"/>
            </w:pPr>
            <w:r>
              <w:rPr>
                <w:sz w:val="16"/>
              </w:rPr>
              <w:t>SEVERE FLOODING, SEVER WINTER STORMS,HEAVY RAINS HIGH WINDS</w:t>
            </w:r>
          </w:p>
        </w:tc>
        <w:tc>
          <w:tcPr>
            <w:tcW w:type="dxa" w:w="2115"/>
          </w:tcPr>
          <w:p>
            <w:pPr>
              <w:spacing w:after="0"/>
              <w:jc w:val="left"/>
            </w:pPr>
            <w:r>
              <w:rPr>
                <w:sz w:val="16"/>
              </w:rPr>
              <w:t>Inland Flooding (primary); also designated: Strong Wind, Winter Weather</w:t>
            </w:r>
          </w:p>
        </w:tc>
        <w:tc>
          <w:tcPr>
            <w:tcW w:type="dxa" w:w="1364"/>
          </w:tcPr>
          <w:p>
            <w:pPr>
              <w:spacing w:after="0"/>
              <w:jc w:val="right"/>
            </w:pPr>
            <w:r>
              <w:rPr>
                <w:sz w:val="16"/>
              </w:rPr>
              <w:t>none found</w:t>
            </w:r>
          </w:p>
        </w:tc>
        <w:tc>
          <w:tcPr>
            <w:tcW w:type="dxa" w:w="2283"/>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1997-01-10</w:t>
            </w:r>
          </w:p>
        </w:tc>
        <w:tc>
          <w:tcPr>
            <w:tcW w:type="dxa" w:w="1037"/>
          </w:tcPr>
          <w:p>
            <w:pPr>
              <w:spacing w:after="0"/>
              <w:jc w:val="left"/>
            </w:pPr>
            <w:r>
              <w:rPr>
                <w:sz w:val="16"/>
              </w:rPr>
              <w:t>1997-01-03</w:t>
            </w:r>
          </w:p>
        </w:tc>
        <w:tc>
          <w:tcPr>
            <w:tcW w:type="dxa" w:w="1037"/>
          </w:tcPr>
          <w:p>
            <w:pPr>
              <w:spacing w:after="0"/>
              <w:jc w:val="left"/>
            </w:pPr>
            <w:r>
              <w:rPr>
                <w:sz w:val="16"/>
              </w:rPr>
              <w:t>DR-1156-SD</w:t>
            </w:r>
          </w:p>
        </w:tc>
        <w:tc>
          <w:tcPr>
            <w:tcW w:type="dxa" w:w="1298"/>
          </w:tcPr>
          <w:p>
            <w:pPr>
              <w:spacing w:after="0"/>
              <w:jc w:val="left"/>
            </w:pPr>
            <w:r>
              <w:rPr>
                <w:sz w:val="16"/>
              </w:rPr>
              <w:t>Major disaster</w:t>
            </w:r>
          </w:p>
        </w:tc>
        <w:tc>
          <w:tcPr>
            <w:tcW w:type="dxa" w:w="3055"/>
          </w:tcPr>
          <w:p>
            <w:pPr>
              <w:spacing w:after="0"/>
              <w:jc w:val="left"/>
            </w:pPr>
            <w:r>
              <w:rPr>
                <w:sz w:val="16"/>
              </w:rPr>
              <w:t>SEVERE WINTER STORMS AND BLIZZARD CONDITIONS</w:t>
            </w:r>
          </w:p>
        </w:tc>
        <w:tc>
          <w:tcPr>
            <w:tcW w:type="dxa" w:w="2115"/>
          </w:tcPr>
          <w:p>
            <w:pPr>
              <w:spacing w:after="0"/>
              <w:jc w:val="left"/>
            </w:pPr>
            <w:r>
              <w:rPr>
                <w:sz w:val="16"/>
              </w:rPr>
              <w:t>Winter Weather</w:t>
            </w:r>
          </w:p>
        </w:tc>
        <w:tc>
          <w:tcPr>
            <w:tcW w:type="dxa" w:w="1364"/>
          </w:tcPr>
          <w:p>
            <w:pPr>
              <w:spacing w:after="0"/>
              <w:jc w:val="right"/>
            </w:pPr>
            <w:r>
              <w:rPr>
                <w:sz w:val="16"/>
              </w:rPr>
              <w:t>none found</w:t>
            </w:r>
          </w:p>
        </w:tc>
        <w:tc>
          <w:tcPr>
            <w:tcW w:type="dxa" w:w="2283"/>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1996-01-05</w:t>
            </w:r>
          </w:p>
        </w:tc>
        <w:tc>
          <w:tcPr>
            <w:tcW w:type="dxa" w:w="1037"/>
          </w:tcPr>
          <w:p>
            <w:pPr>
              <w:spacing w:after="0"/>
              <w:jc w:val="left"/>
            </w:pPr>
            <w:r>
              <w:rPr>
                <w:sz w:val="16"/>
              </w:rPr>
              <w:t>1995-10-22</w:t>
            </w:r>
          </w:p>
        </w:tc>
        <w:tc>
          <w:tcPr>
            <w:tcW w:type="dxa" w:w="1037"/>
          </w:tcPr>
          <w:p>
            <w:pPr>
              <w:spacing w:after="0"/>
              <w:jc w:val="left"/>
            </w:pPr>
            <w:r>
              <w:rPr>
                <w:sz w:val="16"/>
              </w:rPr>
              <w:t>DR-1075-SD</w:t>
            </w:r>
          </w:p>
        </w:tc>
        <w:tc>
          <w:tcPr>
            <w:tcW w:type="dxa" w:w="1298"/>
          </w:tcPr>
          <w:p>
            <w:pPr>
              <w:spacing w:after="0"/>
              <w:jc w:val="left"/>
            </w:pPr>
            <w:r>
              <w:rPr>
                <w:sz w:val="16"/>
              </w:rPr>
              <w:t>Major disaster</w:t>
            </w:r>
          </w:p>
        </w:tc>
        <w:tc>
          <w:tcPr>
            <w:tcW w:type="dxa" w:w="3055"/>
          </w:tcPr>
          <w:p>
            <w:pPr>
              <w:spacing w:after="0"/>
              <w:jc w:val="left"/>
            </w:pPr>
            <w:r>
              <w:rPr>
                <w:sz w:val="16"/>
              </w:rPr>
              <w:t>SEVERE WINTER STORM</w:t>
            </w:r>
          </w:p>
        </w:tc>
        <w:tc>
          <w:tcPr>
            <w:tcW w:type="dxa" w:w="2115"/>
          </w:tcPr>
          <w:p>
            <w:pPr>
              <w:spacing w:after="0"/>
              <w:jc w:val="left"/>
            </w:pPr>
            <w:r>
              <w:rPr>
                <w:sz w:val="16"/>
              </w:rPr>
              <w:t>Winter Weather</w:t>
            </w:r>
          </w:p>
        </w:tc>
        <w:tc>
          <w:tcPr>
            <w:tcW w:type="dxa" w:w="1364"/>
          </w:tcPr>
          <w:p>
            <w:pPr>
              <w:spacing w:after="0"/>
              <w:jc w:val="right"/>
            </w:pPr>
            <w:r>
              <w:rPr>
                <w:sz w:val="16"/>
              </w:rPr>
              <w:t>none found</w:t>
            </w:r>
          </w:p>
        </w:tc>
        <w:tc>
          <w:tcPr>
            <w:tcW w:type="dxa" w:w="2283"/>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1995-05-26</w:t>
            </w:r>
          </w:p>
        </w:tc>
        <w:tc>
          <w:tcPr>
            <w:tcW w:type="dxa" w:w="1037"/>
          </w:tcPr>
          <w:p>
            <w:pPr>
              <w:spacing w:after="0"/>
              <w:jc w:val="left"/>
            </w:pPr>
            <w:r>
              <w:rPr>
                <w:sz w:val="16"/>
              </w:rPr>
              <w:t>1995-03-01</w:t>
            </w:r>
          </w:p>
        </w:tc>
        <w:tc>
          <w:tcPr>
            <w:tcW w:type="dxa" w:w="1037"/>
          </w:tcPr>
          <w:p>
            <w:pPr>
              <w:spacing w:after="0"/>
              <w:jc w:val="left"/>
            </w:pPr>
            <w:r>
              <w:rPr>
                <w:sz w:val="16"/>
              </w:rPr>
              <w:t>DR-1052-SD</w:t>
            </w:r>
          </w:p>
        </w:tc>
        <w:tc>
          <w:tcPr>
            <w:tcW w:type="dxa" w:w="1298"/>
          </w:tcPr>
          <w:p>
            <w:pPr>
              <w:spacing w:after="0"/>
              <w:jc w:val="left"/>
            </w:pPr>
            <w:r>
              <w:rPr>
                <w:sz w:val="16"/>
              </w:rPr>
              <w:t>Major disaster</w:t>
            </w:r>
          </w:p>
        </w:tc>
        <w:tc>
          <w:tcPr>
            <w:tcW w:type="dxa" w:w="3055"/>
          </w:tcPr>
          <w:p>
            <w:pPr>
              <w:spacing w:after="0"/>
              <w:jc w:val="left"/>
            </w:pPr>
            <w:r>
              <w:rPr>
                <w:sz w:val="16"/>
              </w:rPr>
              <w:t>FLOODING</w:t>
            </w:r>
          </w:p>
        </w:tc>
        <w:tc>
          <w:tcPr>
            <w:tcW w:type="dxa" w:w="2115"/>
          </w:tcPr>
          <w:p>
            <w:pPr>
              <w:spacing w:after="0"/>
              <w:jc w:val="left"/>
            </w:pPr>
            <w:r>
              <w:rPr>
                <w:sz w:val="16"/>
              </w:rPr>
              <w:t>Inland Flooding</w:t>
            </w:r>
          </w:p>
        </w:tc>
        <w:tc>
          <w:tcPr>
            <w:tcW w:type="dxa" w:w="1364"/>
          </w:tcPr>
          <w:p>
            <w:pPr>
              <w:spacing w:after="0"/>
              <w:jc w:val="right"/>
            </w:pPr>
            <w:r>
              <w:rPr>
                <w:sz w:val="16"/>
              </w:rPr>
              <w:t>none found</w:t>
            </w:r>
          </w:p>
        </w:tc>
        <w:tc>
          <w:tcPr>
            <w:tcW w:type="dxa" w:w="2283"/>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1994-06-21</w:t>
            </w:r>
          </w:p>
        </w:tc>
        <w:tc>
          <w:tcPr>
            <w:tcW w:type="dxa" w:w="1037"/>
          </w:tcPr>
          <w:p>
            <w:pPr>
              <w:spacing w:after="0"/>
              <w:jc w:val="left"/>
            </w:pPr>
            <w:r>
              <w:rPr>
                <w:sz w:val="16"/>
              </w:rPr>
              <w:t>1994-03-01</w:t>
            </w:r>
          </w:p>
        </w:tc>
        <w:tc>
          <w:tcPr>
            <w:tcW w:type="dxa" w:w="1037"/>
          </w:tcPr>
          <w:p>
            <w:pPr>
              <w:spacing w:after="0"/>
              <w:jc w:val="left"/>
            </w:pPr>
            <w:r>
              <w:rPr>
                <w:sz w:val="16"/>
              </w:rPr>
              <w:t>DR-1031-SD</w:t>
            </w:r>
          </w:p>
        </w:tc>
        <w:tc>
          <w:tcPr>
            <w:tcW w:type="dxa" w:w="1298"/>
          </w:tcPr>
          <w:p>
            <w:pPr>
              <w:spacing w:after="0"/>
              <w:jc w:val="left"/>
            </w:pPr>
            <w:r>
              <w:rPr>
                <w:sz w:val="16"/>
              </w:rPr>
              <w:t>Major disaster</w:t>
            </w:r>
          </w:p>
        </w:tc>
        <w:tc>
          <w:tcPr>
            <w:tcW w:type="dxa" w:w="3055"/>
          </w:tcPr>
          <w:p>
            <w:pPr>
              <w:spacing w:after="0"/>
              <w:jc w:val="left"/>
            </w:pPr>
            <w:r>
              <w:rPr>
                <w:sz w:val="16"/>
              </w:rPr>
              <w:t>SEVERE STORMS AND FLOODING</w:t>
            </w:r>
          </w:p>
        </w:tc>
        <w:tc>
          <w:tcPr>
            <w:tcW w:type="dxa" w:w="2115"/>
          </w:tcPr>
          <w:p>
            <w:pPr>
              <w:spacing w:after="0"/>
              <w:jc w:val="left"/>
            </w:pPr>
            <w:r>
              <w:rPr>
                <w:sz w:val="16"/>
              </w:rPr>
              <w:t>Inland Flooding</w:t>
            </w:r>
          </w:p>
        </w:tc>
        <w:tc>
          <w:tcPr>
            <w:tcW w:type="dxa" w:w="1364"/>
          </w:tcPr>
          <w:p>
            <w:pPr>
              <w:spacing w:after="0"/>
              <w:jc w:val="right"/>
            </w:pPr>
            <w:r>
              <w:rPr>
                <w:sz w:val="16"/>
              </w:rPr>
              <w:t>none found</w:t>
            </w:r>
          </w:p>
        </w:tc>
        <w:tc>
          <w:tcPr>
            <w:tcW w:type="dxa" w:w="2283"/>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1993-07-19</w:t>
            </w:r>
          </w:p>
        </w:tc>
        <w:tc>
          <w:tcPr>
            <w:tcW w:type="dxa" w:w="1037"/>
          </w:tcPr>
          <w:p>
            <w:pPr>
              <w:spacing w:after="0"/>
              <w:jc w:val="left"/>
            </w:pPr>
            <w:r>
              <w:rPr>
                <w:sz w:val="16"/>
              </w:rPr>
              <w:t>1993-05-06</w:t>
            </w:r>
          </w:p>
        </w:tc>
        <w:tc>
          <w:tcPr>
            <w:tcW w:type="dxa" w:w="1037"/>
          </w:tcPr>
          <w:p>
            <w:pPr>
              <w:spacing w:after="0"/>
              <w:jc w:val="left"/>
            </w:pPr>
            <w:r>
              <w:rPr>
                <w:sz w:val="16"/>
              </w:rPr>
              <w:t>DR-999-SD</w:t>
            </w:r>
          </w:p>
        </w:tc>
        <w:tc>
          <w:tcPr>
            <w:tcW w:type="dxa" w:w="1298"/>
          </w:tcPr>
          <w:p>
            <w:pPr>
              <w:spacing w:after="0"/>
              <w:jc w:val="left"/>
            </w:pPr>
            <w:r>
              <w:rPr>
                <w:sz w:val="16"/>
              </w:rPr>
              <w:t>Major disaster</w:t>
            </w:r>
          </w:p>
        </w:tc>
        <w:tc>
          <w:tcPr>
            <w:tcW w:type="dxa" w:w="3055"/>
          </w:tcPr>
          <w:p>
            <w:pPr>
              <w:spacing w:after="0"/>
              <w:jc w:val="left"/>
            </w:pPr>
            <w:r>
              <w:rPr>
                <w:sz w:val="16"/>
              </w:rPr>
              <w:t>SEVERE STORMS, TORNADOES &amp; FLOODING</w:t>
            </w:r>
          </w:p>
        </w:tc>
        <w:tc>
          <w:tcPr>
            <w:tcW w:type="dxa" w:w="2115"/>
          </w:tcPr>
          <w:p>
            <w:pPr>
              <w:spacing w:after="0"/>
              <w:jc w:val="left"/>
            </w:pPr>
            <w:r>
              <w:rPr>
                <w:sz w:val="16"/>
              </w:rPr>
              <w:t>Inland Flooding; Tornado</w:t>
            </w:r>
          </w:p>
        </w:tc>
        <w:tc>
          <w:tcPr>
            <w:tcW w:type="dxa" w:w="1364"/>
          </w:tcPr>
          <w:p>
            <w:pPr>
              <w:spacing w:after="0"/>
              <w:jc w:val="right"/>
            </w:pPr>
            <w:r>
              <w:rPr>
                <w:sz w:val="16"/>
              </w:rPr>
              <w:t>none found</w:t>
            </w:r>
          </w:p>
        </w:tc>
        <w:tc>
          <w:tcPr>
            <w:tcW w:type="dxa" w:w="2283"/>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1986-05-03</w:t>
            </w:r>
          </w:p>
        </w:tc>
        <w:tc>
          <w:tcPr>
            <w:tcW w:type="dxa" w:w="1037"/>
          </w:tcPr>
          <w:p>
            <w:pPr>
              <w:spacing w:after="0"/>
              <w:jc w:val="left"/>
            </w:pPr>
            <w:r>
              <w:rPr>
                <w:sz w:val="16"/>
              </w:rPr>
              <w:t>1986-03-22</w:t>
            </w:r>
          </w:p>
        </w:tc>
        <w:tc>
          <w:tcPr>
            <w:tcW w:type="dxa" w:w="1037"/>
          </w:tcPr>
          <w:p>
            <w:pPr>
              <w:spacing w:after="0"/>
              <w:jc w:val="left"/>
            </w:pPr>
            <w:r>
              <w:rPr>
                <w:sz w:val="16"/>
              </w:rPr>
              <w:t>DR-764-SD</w:t>
            </w:r>
          </w:p>
        </w:tc>
        <w:tc>
          <w:tcPr>
            <w:tcW w:type="dxa" w:w="1298"/>
          </w:tcPr>
          <w:p>
            <w:pPr>
              <w:spacing w:after="0"/>
              <w:jc w:val="left"/>
            </w:pPr>
            <w:r>
              <w:rPr>
                <w:sz w:val="16"/>
              </w:rPr>
              <w:t>Major disaster</w:t>
            </w:r>
          </w:p>
        </w:tc>
        <w:tc>
          <w:tcPr>
            <w:tcW w:type="dxa" w:w="3055"/>
          </w:tcPr>
          <w:p>
            <w:pPr>
              <w:spacing w:after="0"/>
              <w:jc w:val="left"/>
            </w:pPr>
            <w:r>
              <w:rPr>
                <w:sz w:val="16"/>
              </w:rPr>
              <w:t>SEVERE STORMS &amp; FLOODING</w:t>
            </w:r>
          </w:p>
        </w:tc>
        <w:tc>
          <w:tcPr>
            <w:tcW w:type="dxa" w:w="2115"/>
          </w:tcPr>
          <w:p>
            <w:pPr>
              <w:spacing w:after="0"/>
              <w:jc w:val="left"/>
            </w:pPr>
            <w:r>
              <w:rPr>
                <w:sz w:val="16"/>
              </w:rPr>
              <w:t>Inland Flooding</w:t>
            </w:r>
          </w:p>
        </w:tc>
        <w:tc>
          <w:tcPr>
            <w:tcW w:type="dxa" w:w="1364"/>
          </w:tcPr>
          <w:p>
            <w:pPr>
              <w:spacing w:after="0"/>
              <w:jc w:val="right"/>
            </w:pPr>
            <w:r>
              <w:rPr>
                <w:sz w:val="16"/>
              </w:rPr>
              <w:t>none found</w:t>
            </w:r>
          </w:p>
        </w:tc>
        <w:tc>
          <w:tcPr>
            <w:tcW w:type="dxa" w:w="2283"/>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1976-06-17</w:t>
            </w:r>
          </w:p>
        </w:tc>
        <w:tc>
          <w:tcPr>
            <w:tcW w:type="dxa" w:w="1037"/>
          </w:tcPr>
          <w:p>
            <w:pPr>
              <w:spacing w:after="0"/>
              <w:jc w:val="left"/>
            </w:pPr>
            <w:r>
              <w:rPr>
                <w:sz w:val="16"/>
              </w:rPr>
              <w:t>1976-06-17</w:t>
            </w:r>
          </w:p>
        </w:tc>
        <w:tc>
          <w:tcPr>
            <w:tcW w:type="dxa" w:w="1037"/>
          </w:tcPr>
          <w:p>
            <w:pPr>
              <w:spacing w:after="0"/>
              <w:jc w:val="left"/>
            </w:pPr>
            <w:r>
              <w:rPr>
                <w:sz w:val="16"/>
              </w:rPr>
              <w:t>EM-3015-SD</w:t>
            </w:r>
          </w:p>
        </w:tc>
        <w:tc>
          <w:tcPr>
            <w:tcW w:type="dxa" w:w="1298"/>
          </w:tcPr>
          <w:p>
            <w:pPr>
              <w:spacing w:after="0"/>
              <w:jc w:val="left"/>
            </w:pPr>
            <w:r>
              <w:rPr>
                <w:sz w:val="16"/>
              </w:rPr>
              <w:t>Emergency</w:t>
            </w:r>
          </w:p>
        </w:tc>
        <w:tc>
          <w:tcPr>
            <w:tcW w:type="dxa" w:w="3055"/>
          </w:tcPr>
          <w:p>
            <w:pPr>
              <w:spacing w:after="0"/>
              <w:jc w:val="left"/>
            </w:pPr>
            <w:r>
              <w:rPr>
                <w:sz w:val="16"/>
              </w:rPr>
              <w:t>DROUGHT</w:t>
            </w:r>
          </w:p>
        </w:tc>
        <w:tc>
          <w:tcPr>
            <w:tcW w:type="dxa" w:w="2115"/>
          </w:tcPr>
          <w:p>
            <w:pPr>
              <w:spacing w:after="0"/>
              <w:jc w:val="left"/>
            </w:pPr>
            <w:r>
              <w:rPr>
                <w:sz w:val="16"/>
              </w:rPr>
              <w:t>Drought</w:t>
            </w:r>
          </w:p>
        </w:tc>
        <w:tc>
          <w:tcPr>
            <w:tcW w:type="dxa" w:w="1364"/>
          </w:tcPr>
          <w:p>
            <w:pPr>
              <w:spacing w:after="0"/>
              <w:jc w:val="right"/>
            </w:pPr>
            <w:r>
              <w:rPr>
                <w:sz w:val="16"/>
              </w:rPr>
              <w:t>none found</w:t>
            </w:r>
          </w:p>
        </w:tc>
        <w:tc>
          <w:tcPr>
            <w:tcW w:type="dxa" w:w="2283"/>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1969-04-18</w:t>
            </w:r>
          </w:p>
        </w:tc>
        <w:tc>
          <w:tcPr>
            <w:tcW w:type="dxa" w:w="1037"/>
          </w:tcPr>
          <w:p>
            <w:pPr>
              <w:spacing w:after="0"/>
              <w:jc w:val="left"/>
            </w:pPr>
            <w:r>
              <w:rPr>
                <w:sz w:val="16"/>
              </w:rPr>
              <w:t>1969-04-18</w:t>
            </w:r>
          </w:p>
        </w:tc>
        <w:tc>
          <w:tcPr>
            <w:tcW w:type="dxa" w:w="1037"/>
          </w:tcPr>
          <w:p>
            <w:pPr>
              <w:spacing w:after="0"/>
              <w:jc w:val="left"/>
            </w:pPr>
            <w:r>
              <w:rPr>
                <w:sz w:val="16"/>
              </w:rPr>
              <w:t>DR-257-SD</w:t>
            </w:r>
          </w:p>
        </w:tc>
        <w:tc>
          <w:tcPr>
            <w:tcW w:type="dxa" w:w="1298"/>
          </w:tcPr>
          <w:p>
            <w:pPr>
              <w:spacing w:after="0"/>
              <w:jc w:val="left"/>
            </w:pPr>
            <w:r>
              <w:rPr>
                <w:sz w:val="16"/>
              </w:rPr>
              <w:t>Major disaster</w:t>
            </w:r>
          </w:p>
        </w:tc>
        <w:tc>
          <w:tcPr>
            <w:tcW w:type="dxa" w:w="3055"/>
          </w:tcPr>
          <w:p>
            <w:pPr>
              <w:spacing w:after="0"/>
              <w:jc w:val="left"/>
            </w:pPr>
            <w:r>
              <w:rPr>
                <w:sz w:val="16"/>
              </w:rPr>
              <w:t>FLOODING</w:t>
            </w:r>
          </w:p>
        </w:tc>
        <w:tc>
          <w:tcPr>
            <w:tcW w:type="dxa" w:w="2115"/>
          </w:tcPr>
          <w:p>
            <w:pPr>
              <w:spacing w:after="0"/>
              <w:jc w:val="left"/>
            </w:pPr>
            <w:r>
              <w:rPr>
                <w:sz w:val="16"/>
              </w:rPr>
              <w:t>Inland Flooding</w:t>
            </w:r>
          </w:p>
        </w:tc>
        <w:tc>
          <w:tcPr>
            <w:tcW w:type="dxa" w:w="1364"/>
          </w:tcPr>
          <w:p>
            <w:pPr>
              <w:spacing w:after="0"/>
              <w:jc w:val="right"/>
            </w:pPr>
            <w:r>
              <w:rPr>
                <w:sz w:val="16"/>
              </w:rPr>
              <w:t>none found</w:t>
            </w:r>
          </w:p>
        </w:tc>
        <w:tc>
          <w:tcPr>
            <w:tcW w:type="dxa" w:w="2283"/>
          </w:tcPr>
          <w:p>
            <w:pPr>
              <w:spacing w:after="0"/>
              <w:jc w:val="left"/>
            </w:pPr>
          </w:p>
        </w:tc>
        <w:tc>
          <w:tcPr>
            <w:tcW w:type="dxa" w:w="886"/>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743"/>
        <w:gridCol w:w="1743"/>
        <w:gridCol w:w="1593"/>
        <w:gridCol w:w="2343"/>
        <w:gridCol w:w="1593"/>
        <w:gridCol w:w="2921"/>
        <w:gridCol w:w="1089"/>
        <w:gridCol w:w="1089"/>
      </w:tblGrid>
      <w:tr>
        <w:trPr>
          <w:cantSplit/>
          <w:tblHeader/>
        </w:trPr>
        <w:tc>
          <w:tcPr>
            <w:tcW w:type="dxa" w:w="1743"/>
            <w:shd w:val="clear" w:color="auto" w:fill="E8E8E8"/>
          </w:tcPr>
          <w:p>
            <w:pPr>
              <w:spacing w:after="0"/>
              <w:jc w:val="left"/>
            </w:pPr>
            <w:r>
              <w:rPr>
                <w:b/>
                <w:sz w:val="16"/>
              </w:rPr>
              <w:t>Declared</w:t>
            </w:r>
          </w:p>
        </w:tc>
        <w:tc>
          <w:tcPr>
            <w:tcW w:type="dxa" w:w="1743"/>
            <w:shd w:val="clear" w:color="auto" w:fill="E8E8E8"/>
          </w:tcPr>
          <w:p>
            <w:pPr>
              <w:spacing w:after="0"/>
              <w:jc w:val="left"/>
            </w:pPr>
            <w:r>
              <w:rPr>
                <w:b/>
                <w:sz w:val="16"/>
              </w:rPr>
              <w:t>Incident began</w:t>
            </w:r>
          </w:p>
        </w:tc>
        <w:tc>
          <w:tcPr>
            <w:tcW w:type="dxa" w:w="1593"/>
            <w:shd w:val="clear" w:color="auto" w:fill="E8E8E8"/>
          </w:tcPr>
          <w:p>
            <w:pPr>
              <w:spacing w:after="0"/>
              <w:jc w:val="left"/>
            </w:pPr>
            <w:r>
              <w:rPr>
                <w:b/>
                <w:sz w:val="16"/>
              </w:rPr>
              <w:t>FEMA number</w:t>
            </w:r>
          </w:p>
        </w:tc>
        <w:tc>
          <w:tcPr>
            <w:tcW w:type="dxa" w:w="2343"/>
            <w:shd w:val="clear" w:color="auto" w:fill="E8E8E8"/>
          </w:tcPr>
          <w:p>
            <w:pPr>
              <w:spacing w:after="0"/>
              <w:jc w:val="left"/>
            </w:pPr>
            <w:r>
              <w:rPr>
                <w:b/>
                <w:sz w:val="16"/>
              </w:rPr>
              <w:t>Type</w:t>
            </w:r>
          </w:p>
        </w:tc>
        <w:tc>
          <w:tcPr>
            <w:tcW w:type="dxa" w:w="1593"/>
            <w:shd w:val="clear" w:color="auto" w:fill="E8E8E8"/>
          </w:tcPr>
          <w:p>
            <w:pPr>
              <w:spacing w:after="0"/>
              <w:jc w:val="left"/>
            </w:pPr>
            <w:r>
              <w:rPr>
                <w:b/>
                <w:sz w:val="16"/>
              </w:rPr>
              <w:t>Title</w:t>
            </w:r>
          </w:p>
        </w:tc>
        <w:tc>
          <w:tcPr>
            <w:tcW w:type="dxa" w:w="2921"/>
            <w:shd w:val="clear" w:color="auto" w:fill="E8E8E8"/>
          </w:tcPr>
          <w:p>
            <w:pPr>
              <w:spacing w:after="0"/>
              <w:jc w:val="left"/>
            </w:pPr>
            <w:r>
              <w:rPr>
                <w:b/>
                <w:sz w:val="16"/>
              </w:rPr>
              <w:t>Mapped hazard</w:t>
            </w:r>
          </w:p>
        </w:tc>
        <w:tc>
          <w:tcPr>
            <w:tcW w:type="dxa" w:w="1089"/>
            <w:shd w:val="clear" w:color="auto" w:fill="E8E8E8"/>
          </w:tcPr>
          <w:p>
            <w:pPr>
              <w:spacing w:after="0"/>
              <w:jc w:val="left"/>
            </w:pPr>
            <w:r>
              <w:rPr>
                <w:b/>
                <w:sz w:val="16"/>
              </w:rPr>
              <w:t>Flags</w:t>
            </w:r>
          </w:p>
        </w:tc>
        <w:tc>
          <w:tcPr>
            <w:tcW w:type="dxa" w:w="1089"/>
            <w:shd w:val="clear" w:color="auto" w:fill="E8E8E8"/>
          </w:tcPr>
          <w:p>
            <w:pPr>
              <w:spacing w:after="0"/>
              <w:jc w:val="left"/>
            </w:pPr>
            <w:r>
              <w:rPr>
                <w:b/>
                <w:sz w:val="16"/>
              </w:rPr>
              <w:t>Notes</w:t>
            </w:r>
          </w:p>
        </w:tc>
      </w:tr>
      <w:tr>
        <w:trPr>
          <w:cantSplit/>
        </w:trPr>
        <w:tc>
          <w:tcPr>
            <w:tcW w:type="dxa" w:w="1743"/>
          </w:tcPr>
          <w:p>
            <w:pPr>
              <w:spacing w:after="0"/>
              <w:jc w:val="left"/>
            </w:pPr>
            <w:r>
              <w:rPr>
                <w:sz w:val="16"/>
              </w:rPr>
              <w:t>1962-07-27</w:t>
            </w:r>
          </w:p>
        </w:tc>
        <w:tc>
          <w:tcPr>
            <w:tcW w:type="dxa" w:w="1743"/>
          </w:tcPr>
          <w:p>
            <w:pPr>
              <w:spacing w:after="0"/>
              <w:jc w:val="left"/>
            </w:pPr>
            <w:r>
              <w:rPr>
                <w:sz w:val="16"/>
              </w:rPr>
              <w:t>1962-07-27</w:t>
            </w:r>
          </w:p>
        </w:tc>
        <w:tc>
          <w:tcPr>
            <w:tcW w:type="dxa" w:w="1593"/>
          </w:tcPr>
          <w:p>
            <w:pPr>
              <w:spacing w:after="0"/>
              <w:jc w:val="left"/>
            </w:pPr>
            <w:r>
              <w:rPr>
                <w:sz w:val="16"/>
              </w:rPr>
              <w:t>DR-132-SD</w:t>
            </w:r>
          </w:p>
        </w:tc>
        <w:tc>
          <w:tcPr>
            <w:tcW w:type="dxa" w:w="2343"/>
          </w:tcPr>
          <w:p>
            <w:pPr>
              <w:spacing w:after="0"/>
              <w:jc w:val="left"/>
            </w:pPr>
            <w:r>
              <w:rPr>
                <w:sz w:val="16"/>
              </w:rPr>
              <w:t>Major disaster</w:t>
            </w:r>
          </w:p>
        </w:tc>
        <w:tc>
          <w:tcPr>
            <w:tcW w:type="dxa" w:w="1593"/>
          </w:tcPr>
          <w:p>
            <w:pPr>
              <w:spacing w:after="0"/>
              <w:jc w:val="left"/>
            </w:pPr>
            <w:r>
              <w:rPr>
                <w:sz w:val="16"/>
              </w:rPr>
              <w:t>FLOODS &amp; TORNADOES</w:t>
            </w:r>
          </w:p>
        </w:tc>
        <w:tc>
          <w:tcPr>
            <w:tcW w:type="dxa" w:w="2921"/>
          </w:tcPr>
          <w:p>
            <w:pPr>
              <w:spacing w:after="0"/>
              <w:jc w:val="left"/>
            </w:pPr>
            <w:r>
              <w:rPr>
                <w:sz w:val="16"/>
              </w:rPr>
              <w:t>Inland Flooding (primary); also designated: Tornado</w:t>
            </w:r>
          </w:p>
        </w:tc>
        <w:tc>
          <w:tcPr>
            <w:tcW w:type="dxa" w:w="1089"/>
          </w:tcPr>
          <w:p>
            <w:pPr>
              <w:spacing w:after="0"/>
              <w:jc w:val="left"/>
            </w:pPr>
          </w:p>
        </w:tc>
        <w:tc>
          <w:tcPr>
            <w:tcW w:type="dxa" w:w="1089"/>
          </w:tcPr>
          <w:p>
            <w:pPr>
              <w:spacing w:after="0"/>
              <w:jc w:val="left"/>
            </w:pPr>
          </w:p>
        </w:tc>
      </w:tr>
      <w:tr>
        <w:trPr>
          <w:cantSplit/>
        </w:trPr>
        <w:tc>
          <w:tcPr>
            <w:tcW w:type="dxa" w:w="1743"/>
          </w:tcPr>
          <w:p>
            <w:pPr>
              <w:spacing w:after="0"/>
              <w:jc w:val="left"/>
            </w:pPr>
            <w:r>
              <w:rPr>
                <w:sz w:val="16"/>
              </w:rPr>
              <w:t>1960-04-08</w:t>
            </w:r>
          </w:p>
        </w:tc>
        <w:tc>
          <w:tcPr>
            <w:tcW w:type="dxa" w:w="1743"/>
          </w:tcPr>
          <w:p>
            <w:pPr>
              <w:spacing w:after="0"/>
              <w:jc w:val="left"/>
            </w:pPr>
            <w:r>
              <w:rPr>
                <w:sz w:val="16"/>
              </w:rPr>
              <w:t>1960-04-08</w:t>
            </w:r>
          </w:p>
        </w:tc>
        <w:tc>
          <w:tcPr>
            <w:tcW w:type="dxa" w:w="1593"/>
          </w:tcPr>
          <w:p>
            <w:pPr>
              <w:spacing w:after="0"/>
              <w:jc w:val="left"/>
            </w:pPr>
            <w:r>
              <w:rPr>
                <w:sz w:val="16"/>
              </w:rPr>
              <w:t>DR-99-SD</w:t>
            </w:r>
          </w:p>
        </w:tc>
        <w:tc>
          <w:tcPr>
            <w:tcW w:type="dxa" w:w="2343"/>
          </w:tcPr>
          <w:p>
            <w:pPr>
              <w:spacing w:after="0"/>
              <w:jc w:val="left"/>
            </w:pPr>
            <w:r>
              <w:rPr>
                <w:sz w:val="16"/>
              </w:rPr>
              <w:t>Major disaster</w:t>
            </w:r>
          </w:p>
        </w:tc>
        <w:tc>
          <w:tcPr>
            <w:tcW w:type="dxa" w:w="1593"/>
          </w:tcPr>
          <w:p>
            <w:pPr>
              <w:spacing w:after="0"/>
              <w:jc w:val="left"/>
            </w:pPr>
            <w:r>
              <w:rPr>
                <w:sz w:val="16"/>
              </w:rPr>
              <w:t>FLOODS</w:t>
            </w:r>
          </w:p>
        </w:tc>
        <w:tc>
          <w:tcPr>
            <w:tcW w:type="dxa" w:w="2921"/>
          </w:tcPr>
          <w:p>
            <w:pPr>
              <w:spacing w:after="0"/>
              <w:jc w:val="left"/>
            </w:pPr>
            <w:r>
              <w:rPr>
                <w:sz w:val="16"/>
              </w:rPr>
              <w:t>Inland Flooding</w:t>
            </w:r>
          </w:p>
        </w:tc>
        <w:tc>
          <w:tcPr>
            <w:tcW w:type="dxa" w:w="1089"/>
          </w:tcPr>
          <w:p>
            <w:pPr>
              <w:spacing w:after="0"/>
              <w:jc w:val="left"/>
            </w:pPr>
          </w:p>
        </w:tc>
        <w:tc>
          <w:tcPr>
            <w:tcW w:type="dxa" w:w="1089"/>
          </w:tcPr>
          <w:p>
            <w:pPr>
              <w:spacing w:after="0"/>
              <w:jc w:val="left"/>
            </w:pPr>
          </w:p>
        </w:tc>
      </w:tr>
      <w:tr>
        <w:trPr>
          <w:cantSplit/>
        </w:trPr>
        <w:tc>
          <w:tcPr>
            <w:tcW w:type="dxa" w:w="1743"/>
          </w:tcPr>
          <w:p>
            <w:pPr>
              <w:spacing w:after="0"/>
              <w:jc w:val="left"/>
            </w:pPr>
            <w:r>
              <w:rPr>
                <w:sz w:val="16"/>
              </w:rPr>
              <w:t>1954-07-31</w:t>
            </w:r>
          </w:p>
        </w:tc>
        <w:tc>
          <w:tcPr>
            <w:tcW w:type="dxa" w:w="1743"/>
          </w:tcPr>
          <w:p>
            <w:pPr>
              <w:spacing w:after="0"/>
              <w:jc w:val="left"/>
            </w:pPr>
            <w:r>
              <w:rPr>
                <w:sz w:val="16"/>
              </w:rPr>
              <w:t>1954-07-31</w:t>
            </w:r>
          </w:p>
        </w:tc>
        <w:tc>
          <w:tcPr>
            <w:tcW w:type="dxa" w:w="1593"/>
          </w:tcPr>
          <w:p>
            <w:pPr>
              <w:spacing w:after="0"/>
              <w:jc w:val="left"/>
            </w:pPr>
            <w:r>
              <w:rPr>
                <w:sz w:val="16"/>
              </w:rPr>
              <w:t>DR-20-SD</w:t>
            </w:r>
          </w:p>
        </w:tc>
        <w:tc>
          <w:tcPr>
            <w:tcW w:type="dxa" w:w="2343"/>
          </w:tcPr>
          <w:p>
            <w:pPr>
              <w:spacing w:after="0"/>
              <w:jc w:val="left"/>
            </w:pPr>
            <w:r>
              <w:rPr>
                <w:sz w:val="16"/>
              </w:rPr>
              <w:t>Major disaster</w:t>
            </w:r>
          </w:p>
        </w:tc>
        <w:tc>
          <w:tcPr>
            <w:tcW w:type="dxa" w:w="1593"/>
          </w:tcPr>
          <w:p>
            <w:pPr>
              <w:spacing w:after="0"/>
              <w:jc w:val="left"/>
            </w:pPr>
            <w:r>
              <w:rPr>
                <w:sz w:val="16"/>
              </w:rPr>
              <w:t>FLOOD</w:t>
            </w:r>
          </w:p>
        </w:tc>
        <w:tc>
          <w:tcPr>
            <w:tcW w:type="dxa" w:w="2921"/>
          </w:tcPr>
          <w:p>
            <w:pPr>
              <w:spacing w:after="0"/>
              <w:jc w:val="left"/>
            </w:pPr>
            <w:r>
              <w:rPr>
                <w:sz w:val="16"/>
              </w:rPr>
              <w:t>Inland Flooding</w:t>
            </w:r>
          </w:p>
        </w:tc>
        <w:tc>
          <w:tcPr>
            <w:tcW w:type="dxa" w:w="1089"/>
          </w:tcPr>
          <w:p>
            <w:pPr>
              <w:spacing w:after="0"/>
              <w:jc w:val="left"/>
            </w:pPr>
          </w:p>
        </w:tc>
        <w:tc>
          <w:tcPr>
            <w:tcW w:type="dxa" w:w="1089"/>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40" w:before="0"/>
      </w:pPr>
      <w:r>
        <w:rPr>
          <w:sz w:val="15"/>
        </w:rPr>
        <w:t>8 Fire Management declarations (1974-07-08 to 1994-08-16) FEMA filed as Statewide with no county; each names one local fire. Listed on the state page.</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15 rows, $522,360.71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15 rows, $522,360.71"/>
        <w:tblDescription w:val="Hazard Plain table b1d_pa_not_placed"/>
      </w:tblPr>
      <w:tblGrid>
        <w:gridCol w:w="1287"/>
        <w:gridCol w:w="1409"/>
        <w:gridCol w:w="3107"/>
        <w:gridCol w:w="2015"/>
        <w:gridCol w:w="1530"/>
        <w:gridCol w:w="4764"/>
      </w:tblGrid>
      <w:tr>
        <w:trPr>
          <w:cantSplit/>
          <w:tblHeader/>
        </w:trPr>
        <w:tc>
          <w:tcPr>
            <w:tcW w:type="dxa" w:w="1287"/>
            <w:shd w:val="clear" w:color="auto" w:fill="E8E8E8"/>
          </w:tcPr>
          <w:p>
            <w:pPr>
              <w:spacing w:after="0"/>
              <w:jc w:val="left"/>
            </w:pPr>
            <w:r>
              <w:rPr>
                <w:b/>
                <w:sz w:val="16"/>
              </w:rPr>
              <w:t>Disaster number</w:t>
            </w:r>
          </w:p>
        </w:tc>
        <w:tc>
          <w:tcPr>
            <w:tcW w:type="dxa" w:w="1409"/>
            <w:shd w:val="clear" w:color="auto" w:fill="E8E8E8"/>
          </w:tcPr>
          <w:p>
            <w:pPr>
              <w:spacing w:after="0"/>
              <w:jc w:val="left"/>
            </w:pPr>
            <w:r>
              <w:rPr>
                <w:b/>
                <w:sz w:val="16"/>
              </w:rPr>
              <w:t>Declared</w:t>
            </w:r>
          </w:p>
        </w:tc>
        <w:tc>
          <w:tcPr>
            <w:tcW w:type="dxa" w:w="3107"/>
            <w:shd w:val="clear" w:color="auto" w:fill="E8E8E8"/>
          </w:tcPr>
          <w:p>
            <w:pPr>
              <w:spacing w:after="0"/>
              <w:jc w:val="left"/>
            </w:pPr>
            <w:r>
              <w:rPr>
                <w:b/>
                <w:sz w:val="16"/>
              </w:rPr>
              <w:t>Applicant</w:t>
            </w:r>
          </w:p>
        </w:tc>
        <w:tc>
          <w:tcPr>
            <w:tcW w:type="dxa" w:w="2015"/>
            <w:shd w:val="clear" w:color="auto" w:fill="E8E8E8"/>
          </w:tcPr>
          <w:p>
            <w:pPr>
              <w:spacing w:after="0"/>
              <w:jc w:val="left"/>
            </w:pPr>
            <w:r>
              <w:rPr>
                <w:b/>
                <w:sz w:val="16"/>
              </w:rPr>
              <w:t>County field in FEMA data</w:t>
            </w:r>
          </w:p>
        </w:tc>
        <w:tc>
          <w:tcPr>
            <w:tcW w:type="dxa" w:w="1530"/>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764"/>
            <w:shd w:val="clear" w:color="auto" w:fill="E8E8E8"/>
          </w:tcPr>
          <w:p>
            <w:pPr>
              <w:spacing w:after="0"/>
              <w:jc w:val="left"/>
            </w:pPr>
            <w:r>
              <w:rPr>
                <w:b/>
                <w:sz w:val="16"/>
              </w:rPr>
              <w:t>Why not placed</w:t>
            </w:r>
          </w:p>
        </w:tc>
      </w:tr>
      <w:tr>
        <w:trPr>
          <w:cantSplit/>
        </w:trPr>
        <w:tc>
          <w:tcPr>
            <w:tcW w:type="dxa" w:w="1287"/>
          </w:tcPr>
          <w:p>
            <w:pPr>
              <w:spacing w:after="0"/>
              <w:jc w:val="left"/>
            </w:pPr>
            <w:r>
              <w:rPr>
                <w:sz w:val="16"/>
              </w:rPr>
              <w:t>4718</w:t>
            </w:r>
          </w:p>
        </w:tc>
        <w:tc>
          <w:tcPr>
            <w:tcW w:type="dxa" w:w="1409"/>
          </w:tcPr>
          <w:p>
            <w:pPr>
              <w:spacing w:after="0"/>
              <w:jc w:val="left"/>
            </w:pPr>
            <w:r>
              <w:rPr>
                <w:sz w:val="16"/>
              </w:rPr>
              <w:t>2023-07-06</w:t>
            </w:r>
          </w:p>
        </w:tc>
        <w:tc>
          <w:tcPr>
            <w:tcW w:type="dxa" w:w="3107"/>
          </w:tcPr>
          <w:p>
            <w:pPr>
              <w:spacing w:after="0"/>
              <w:jc w:val="left"/>
            </w:pPr>
            <w:r>
              <w:rPr>
                <w:sz w:val="16"/>
              </w:rPr>
              <w:t>Upper Minnesota River Watershed District</w:t>
            </w:r>
          </w:p>
        </w:tc>
        <w:tc>
          <w:tcPr>
            <w:tcW w:type="dxa" w:w="2015"/>
          </w:tcPr>
          <w:p>
            <w:pPr>
              <w:spacing w:after="0"/>
              <w:jc w:val="left"/>
            </w:pPr>
            <w:r>
              <w:rPr>
                <w:sz w:val="16"/>
              </w:rPr>
              <w:t>Big Stone County</w:t>
            </w:r>
          </w:p>
        </w:tc>
        <w:tc>
          <w:tcPr>
            <w:tcW w:type="dxa" w:w="1530"/>
          </w:tcPr>
          <w:p>
            <w:pPr>
              <w:spacing w:after="0"/>
              <w:jc w:val="right"/>
            </w:pPr>
            <w:r>
              <w:rPr>
                <w:sz w:val="16"/>
              </w:rPr>
              <w:t>$165,311.60</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4440</w:t>
            </w:r>
          </w:p>
        </w:tc>
        <w:tc>
          <w:tcPr>
            <w:tcW w:type="dxa" w:w="1409"/>
          </w:tcPr>
          <w:p>
            <w:pPr>
              <w:spacing w:after="0"/>
              <w:jc w:val="left"/>
            </w:pPr>
            <w:r>
              <w:rPr>
                <w:sz w:val="16"/>
              </w:rPr>
              <w:t>2019-06-07</w:t>
            </w:r>
          </w:p>
        </w:tc>
        <w:tc>
          <w:tcPr>
            <w:tcW w:type="dxa" w:w="3107"/>
          </w:tcPr>
          <w:p>
            <w:pPr>
              <w:spacing w:after="0"/>
              <w:jc w:val="left"/>
            </w:pPr>
            <w:r>
              <w:rPr>
                <w:sz w:val="16"/>
              </w:rPr>
              <w:t>Palmyra Township</w:t>
            </w:r>
          </w:p>
        </w:tc>
        <w:tc>
          <w:tcPr>
            <w:tcW w:type="dxa" w:w="2015"/>
          </w:tcPr>
          <w:p>
            <w:pPr>
              <w:spacing w:after="0"/>
              <w:jc w:val="left"/>
            </w:pPr>
            <w:r>
              <w:rPr>
                <w:sz w:val="16"/>
              </w:rPr>
              <w:t>Dickey County</w:t>
            </w:r>
          </w:p>
        </w:tc>
        <w:tc>
          <w:tcPr>
            <w:tcW w:type="dxa" w:w="1530"/>
          </w:tcPr>
          <w:p>
            <w:pPr>
              <w:spacing w:after="0"/>
              <w:jc w:val="right"/>
            </w:pPr>
            <w:r>
              <w:rPr>
                <w:sz w:val="16"/>
              </w:rPr>
              <w:t>$9,072.23</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4440</w:t>
            </w:r>
          </w:p>
        </w:tc>
        <w:tc>
          <w:tcPr>
            <w:tcW w:type="dxa" w:w="1409"/>
          </w:tcPr>
          <w:p>
            <w:pPr>
              <w:spacing w:after="0"/>
              <w:jc w:val="left"/>
            </w:pPr>
            <w:r>
              <w:rPr>
                <w:sz w:val="16"/>
              </w:rPr>
              <w:t>2019-06-07</w:t>
            </w:r>
          </w:p>
        </w:tc>
        <w:tc>
          <w:tcPr>
            <w:tcW w:type="dxa" w:w="3107"/>
          </w:tcPr>
          <w:p>
            <w:pPr>
              <w:spacing w:after="0"/>
              <w:jc w:val="left"/>
            </w:pPr>
            <w:r>
              <w:rPr>
                <w:sz w:val="16"/>
              </w:rPr>
              <w:t>Upper Minnesota River Watershed District</w:t>
            </w:r>
          </w:p>
        </w:tc>
        <w:tc>
          <w:tcPr>
            <w:tcW w:type="dxa" w:w="2015"/>
          </w:tcPr>
          <w:p>
            <w:pPr>
              <w:spacing w:after="0"/>
              <w:jc w:val="left"/>
            </w:pPr>
            <w:r>
              <w:rPr>
                <w:sz w:val="16"/>
              </w:rPr>
              <w:t>Big Stone County</w:t>
            </w:r>
          </w:p>
        </w:tc>
        <w:tc>
          <w:tcPr>
            <w:tcW w:type="dxa" w:w="1530"/>
          </w:tcPr>
          <w:p>
            <w:pPr>
              <w:spacing w:after="0"/>
              <w:jc w:val="right"/>
            </w:pPr>
            <w:r>
              <w:rPr>
                <w:sz w:val="16"/>
              </w:rPr>
              <w:t>$46,458</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1984</w:t>
            </w:r>
          </w:p>
        </w:tc>
        <w:tc>
          <w:tcPr>
            <w:tcW w:type="dxa" w:w="1409"/>
          </w:tcPr>
          <w:p>
            <w:pPr>
              <w:spacing w:after="0"/>
              <w:jc w:val="left"/>
            </w:pPr>
            <w:r>
              <w:rPr>
                <w:sz w:val="16"/>
              </w:rPr>
              <w:t>2011-05-13</w:t>
            </w:r>
          </w:p>
        </w:tc>
        <w:tc>
          <w:tcPr>
            <w:tcW w:type="dxa" w:w="3107"/>
          </w:tcPr>
          <w:p>
            <w:pPr>
              <w:spacing w:after="0"/>
              <w:jc w:val="left"/>
            </w:pPr>
            <w:r>
              <w:rPr>
                <w:sz w:val="16"/>
              </w:rPr>
              <w:t>BRYANT (TOWNSHIP OF) (2)</w:t>
            </w:r>
          </w:p>
        </w:tc>
        <w:tc>
          <w:tcPr>
            <w:tcW w:type="dxa" w:w="2015"/>
          </w:tcPr>
          <w:p>
            <w:pPr>
              <w:spacing w:after="0"/>
              <w:jc w:val="left"/>
            </w:pPr>
            <w:r>
              <w:rPr>
                <w:sz w:val="16"/>
              </w:rPr>
              <w:t>Traverse County</w:t>
            </w:r>
          </w:p>
        </w:tc>
        <w:tc>
          <w:tcPr>
            <w:tcW w:type="dxa" w:w="1530"/>
          </w:tcPr>
          <w:p>
            <w:pPr>
              <w:spacing w:after="0"/>
              <w:jc w:val="right"/>
            </w:pPr>
            <w:r>
              <w:rPr>
                <w:sz w:val="16"/>
              </w:rPr>
              <w:t>$2,053.88</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1984</w:t>
            </w:r>
          </w:p>
        </w:tc>
        <w:tc>
          <w:tcPr>
            <w:tcW w:type="dxa" w:w="1409"/>
          </w:tcPr>
          <w:p>
            <w:pPr>
              <w:spacing w:after="0"/>
              <w:jc w:val="left"/>
            </w:pPr>
            <w:r>
              <w:rPr>
                <w:sz w:val="16"/>
              </w:rPr>
              <w:t>2011-05-13</w:t>
            </w:r>
          </w:p>
        </w:tc>
        <w:tc>
          <w:tcPr>
            <w:tcW w:type="dxa" w:w="3107"/>
          </w:tcPr>
          <w:p>
            <w:pPr>
              <w:spacing w:after="0"/>
              <w:jc w:val="left"/>
            </w:pPr>
            <w:r>
              <w:rPr>
                <w:sz w:val="16"/>
              </w:rPr>
              <w:t>Palmyra Township</w:t>
            </w:r>
          </w:p>
        </w:tc>
        <w:tc>
          <w:tcPr>
            <w:tcW w:type="dxa" w:w="2015"/>
          </w:tcPr>
          <w:p>
            <w:pPr>
              <w:spacing w:after="0"/>
              <w:jc w:val="left"/>
            </w:pPr>
            <w:r>
              <w:rPr>
                <w:sz w:val="16"/>
              </w:rPr>
              <w:t>Dickey County</w:t>
            </w:r>
          </w:p>
        </w:tc>
        <w:tc>
          <w:tcPr>
            <w:tcW w:type="dxa" w:w="1530"/>
          </w:tcPr>
          <w:p>
            <w:pPr>
              <w:spacing w:after="0"/>
              <w:jc w:val="right"/>
            </w:pPr>
            <w:r>
              <w:rPr>
                <w:sz w:val="16"/>
              </w:rPr>
              <w:t>$3,252.47</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1915</w:t>
            </w:r>
          </w:p>
        </w:tc>
        <w:tc>
          <w:tcPr>
            <w:tcW w:type="dxa" w:w="1409"/>
          </w:tcPr>
          <w:p>
            <w:pPr>
              <w:spacing w:after="0"/>
              <w:jc w:val="left"/>
            </w:pPr>
            <w:r>
              <w:rPr>
                <w:sz w:val="16"/>
              </w:rPr>
              <w:t>2010-05-13</w:t>
            </w:r>
          </w:p>
        </w:tc>
        <w:tc>
          <w:tcPr>
            <w:tcW w:type="dxa" w:w="3107"/>
          </w:tcPr>
          <w:p>
            <w:pPr>
              <w:spacing w:after="0"/>
              <w:jc w:val="left"/>
            </w:pPr>
            <w:r>
              <w:rPr>
                <w:sz w:val="16"/>
              </w:rPr>
              <w:t>BRYANT (TOWNSHIP OF) (2)</w:t>
            </w:r>
          </w:p>
        </w:tc>
        <w:tc>
          <w:tcPr>
            <w:tcW w:type="dxa" w:w="2015"/>
          </w:tcPr>
          <w:p>
            <w:pPr>
              <w:spacing w:after="0"/>
              <w:jc w:val="left"/>
            </w:pPr>
            <w:r>
              <w:rPr>
                <w:sz w:val="16"/>
              </w:rPr>
              <w:t>Traverse County</w:t>
            </w:r>
          </w:p>
        </w:tc>
        <w:tc>
          <w:tcPr>
            <w:tcW w:type="dxa" w:w="1530"/>
          </w:tcPr>
          <w:p>
            <w:pPr>
              <w:spacing w:after="0"/>
              <w:jc w:val="right"/>
            </w:pPr>
            <w:r>
              <w:rPr>
                <w:sz w:val="16"/>
              </w:rPr>
              <w:t>$2,032.05</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1915</w:t>
            </w:r>
          </w:p>
        </w:tc>
        <w:tc>
          <w:tcPr>
            <w:tcW w:type="dxa" w:w="1409"/>
          </w:tcPr>
          <w:p>
            <w:pPr>
              <w:spacing w:after="0"/>
              <w:jc w:val="left"/>
            </w:pPr>
            <w:r>
              <w:rPr>
                <w:sz w:val="16"/>
              </w:rPr>
              <w:t>2010-05-13</w:t>
            </w:r>
          </w:p>
        </w:tc>
        <w:tc>
          <w:tcPr>
            <w:tcW w:type="dxa" w:w="3107"/>
          </w:tcPr>
          <w:p>
            <w:pPr>
              <w:spacing w:after="0"/>
              <w:jc w:val="left"/>
            </w:pPr>
            <w:r>
              <w:rPr>
                <w:sz w:val="16"/>
              </w:rPr>
              <w:t>BECKER (TOWNSHIP OF)</w:t>
            </w:r>
          </w:p>
        </w:tc>
        <w:tc>
          <w:tcPr>
            <w:tcW w:type="dxa" w:w="2015"/>
          </w:tcPr>
          <w:p>
            <w:pPr>
              <w:spacing w:after="0"/>
              <w:jc w:val="left"/>
            </w:pPr>
            <w:r>
              <w:rPr>
                <w:sz w:val="16"/>
              </w:rPr>
              <w:t>Traverse County</w:t>
            </w:r>
          </w:p>
        </w:tc>
        <w:tc>
          <w:tcPr>
            <w:tcW w:type="dxa" w:w="1530"/>
          </w:tcPr>
          <w:p>
            <w:pPr>
              <w:spacing w:after="0"/>
              <w:jc w:val="right"/>
            </w:pPr>
            <w:r>
              <w:rPr>
                <w:sz w:val="16"/>
              </w:rPr>
              <w:t>$19,750.64</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1915</w:t>
            </w:r>
          </w:p>
        </w:tc>
        <w:tc>
          <w:tcPr>
            <w:tcW w:type="dxa" w:w="1409"/>
          </w:tcPr>
          <w:p>
            <w:pPr>
              <w:spacing w:after="0"/>
              <w:jc w:val="left"/>
            </w:pPr>
            <w:r>
              <w:rPr>
                <w:sz w:val="16"/>
              </w:rPr>
              <w:t>2010-05-13</w:t>
            </w:r>
          </w:p>
        </w:tc>
        <w:tc>
          <w:tcPr>
            <w:tcW w:type="dxa" w:w="3107"/>
          </w:tcPr>
          <w:p>
            <w:pPr>
              <w:spacing w:after="0"/>
              <w:jc w:val="left"/>
            </w:pPr>
            <w:r>
              <w:rPr>
                <w:sz w:val="16"/>
              </w:rPr>
              <w:t>Palmyra Township</w:t>
            </w:r>
          </w:p>
        </w:tc>
        <w:tc>
          <w:tcPr>
            <w:tcW w:type="dxa" w:w="2015"/>
          </w:tcPr>
          <w:p>
            <w:pPr>
              <w:spacing w:after="0"/>
              <w:jc w:val="left"/>
            </w:pPr>
            <w:r>
              <w:rPr>
                <w:sz w:val="16"/>
              </w:rPr>
              <w:t>Dickey County</w:t>
            </w:r>
          </w:p>
        </w:tc>
        <w:tc>
          <w:tcPr>
            <w:tcW w:type="dxa" w:w="1530"/>
          </w:tcPr>
          <w:p>
            <w:pPr>
              <w:spacing w:after="0"/>
              <w:jc w:val="right"/>
            </w:pPr>
            <w:r>
              <w:rPr>
                <w:sz w:val="16"/>
              </w:rPr>
              <w:t>$11,518.11</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1915</w:t>
            </w:r>
          </w:p>
        </w:tc>
        <w:tc>
          <w:tcPr>
            <w:tcW w:type="dxa" w:w="1409"/>
          </w:tcPr>
          <w:p>
            <w:pPr>
              <w:spacing w:after="0"/>
              <w:jc w:val="left"/>
            </w:pPr>
            <w:r>
              <w:rPr>
                <w:sz w:val="16"/>
              </w:rPr>
              <w:t>2010-05-13</w:t>
            </w:r>
          </w:p>
        </w:tc>
        <w:tc>
          <w:tcPr>
            <w:tcW w:type="dxa" w:w="3107"/>
          </w:tcPr>
          <w:p>
            <w:pPr>
              <w:spacing w:after="0"/>
              <w:jc w:val="left"/>
            </w:pPr>
            <w:r>
              <w:rPr>
                <w:sz w:val="16"/>
              </w:rPr>
              <w:t>Upper Minnesota River Watershed District</w:t>
            </w:r>
          </w:p>
        </w:tc>
        <w:tc>
          <w:tcPr>
            <w:tcW w:type="dxa" w:w="2015"/>
          </w:tcPr>
          <w:p>
            <w:pPr>
              <w:spacing w:after="0"/>
              <w:jc w:val="left"/>
            </w:pPr>
            <w:r>
              <w:rPr>
                <w:sz w:val="16"/>
              </w:rPr>
              <w:t>Big Stone County</w:t>
            </w:r>
          </w:p>
        </w:tc>
        <w:tc>
          <w:tcPr>
            <w:tcW w:type="dxa" w:w="1530"/>
          </w:tcPr>
          <w:p>
            <w:pPr>
              <w:spacing w:after="0"/>
              <w:jc w:val="right"/>
            </w:pPr>
            <w:r>
              <w:rPr>
                <w:sz w:val="16"/>
              </w:rPr>
              <w:t>$224,426.47</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1844</w:t>
            </w:r>
          </w:p>
        </w:tc>
        <w:tc>
          <w:tcPr>
            <w:tcW w:type="dxa" w:w="1409"/>
          </w:tcPr>
          <w:p>
            <w:pPr>
              <w:spacing w:after="0"/>
              <w:jc w:val="left"/>
            </w:pPr>
            <w:r>
              <w:rPr>
                <w:sz w:val="16"/>
              </w:rPr>
              <w:t>2009-06-16</w:t>
            </w:r>
          </w:p>
        </w:tc>
        <w:tc>
          <w:tcPr>
            <w:tcW w:type="dxa" w:w="3107"/>
          </w:tcPr>
          <w:p>
            <w:pPr>
              <w:spacing w:after="0"/>
              <w:jc w:val="left"/>
            </w:pPr>
            <w:r>
              <w:rPr>
                <w:sz w:val="16"/>
              </w:rPr>
              <w:t>BRYANT (TOWNSHIP OF) (2)</w:t>
            </w:r>
          </w:p>
        </w:tc>
        <w:tc>
          <w:tcPr>
            <w:tcW w:type="dxa" w:w="2015"/>
          </w:tcPr>
          <w:p>
            <w:pPr>
              <w:spacing w:after="0"/>
              <w:jc w:val="left"/>
            </w:pPr>
            <w:r>
              <w:rPr>
                <w:sz w:val="16"/>
              </w:rPr>
              <w:t>Traverse County</w:t>
            </w:r>
          </w:p>
        </w:tc>
        <w:tc>
          <w:tcPr>
            <w:tcW w:type="dxa" w:w="1530"/>
          </w:tcPr>
          <w:p>
            <w:pPr>
              <w:spacing w:after="0"/>
              <w:jc w:val="right"/>
            </w:pPr>
            <w:r>
              <w:rPr>
                <w:sz w:val="16"/>
              </w:rPr>
              <w:t>$7,721.70</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1844</w:t>
            </w:r>
          </w:p>
        </w:tc>
        <w:tc>
          <w:tcPr>
            <w:tcW w:type="dxa" w:w="1409"/>
          </w:tcPr>
          <w:p>
            <w:pPr>
              <w:spacing w:after="0"/>
              <w:jc w:val="left"/>
            </w:pPr>
            <w:r>
              <w:rPr>
                <w:sz w:val="16"/>
              </w:rPr>
              <w:t>2009-06-16</w:t>
            </w:r>
          </w:p>
        </w:tc>
        <w:tc>
          <w:tcPr>
            <w:tcW w:type="dxa" w:w="3107"/>
          </w:tcPr>
          <w:p>
            <w:pPr>
              <w:spacing w:after="0"/>
              <w:jc w:val="left"/>
            </w:pPr>
            <w:r>
              <w:rPr>
                <w:sz w:val="16"/>
              </w:rPr>
              <w:t>BECKER (TOWNSHIP OF)</w:t>
            </w:r>
          </w:p>
        </w:tc>
        <w:tc>
          <w:tcPr>
            <w:tcW w:type="dxa" w:w="2015"/>
          </w:tcPr>
          <w:p>
            <w:pPr>
              <w:spacing w:after="0"/>
              <w:jc w:val="left"/>
            </w:pPr>
            <w:r>
              <w:rPr>
                <w:sz w:val="16"/>
              </w:rPr>
              <w:t>Traverse County</w:t>
            </w:r>
          </w:p>
        </w:tc>
        <w:tc>
          <w:tcPr>
            <w:tcW w:type="dxa" w:w="1530"/>
          </w:tcPr>
          <w:p>
            <w:pPr>
              <w:spacing w:after="0"/>
              <w:jc w:val="right"/>
            </w:pPr>
            <w:r>
              <w:rPr>
                <w:sz w:val="16"/>
              </w:rPr>
              <w:t>$6,108.75</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1844</w:t>
            </w:r>
          </w:p>
        </w:tc>
        <w:tc>
          <w:tcPr>
            <w:tcW w:type="dxa" w:w="1409"/>
          </w:tcPr>
          <w:p>
            <w:pPr>
              <w:spacing w:after="0"/>
              <w:jc w:val="left"/>
            </w:pPr>
            <w:r>
              <w:rPr>
                <w:sz w:val="16"/>
              </w:rPr>
              <w:t>2009-06-16</w:t>
            </w:r>
          </w:p>
        </w:tc>
        <w:tc>
          <w:tcPr>
            <w:tcW w:type="dxa" w:w="3107"/>
          </w:tcPr>
          <w:p>
            <w:pPr>
              <w:spacing w:after="0"/>
              <w:jc w:val="left"/>
            </w:pPr>
            <w:r>
              <w:rPr>
                <w:sz w:val="16"/>
              </w:rPr>
              <w:t>Palmyra Township</w:t>
            </w:r>
          </w:p>
        </w:tc>
        <w:tc>
          <w:tcPr>
            <w:tcW w:type="dxa" w:w="2015"/>
          </w:tcPr>
          <w:p>
            <w:pPr>
              <w:spacing w:after="0"/>
              <w:jc w:val="left"/>
            </w:pPr>
            <w:r>
              <w:rPr>
                <w:sz w:val="16"/>
              </w:rPr>
              <w:t>Dickey County</w:t>
            </w:r>
          </w:p>
        </w:tc>
        <w:tc>
          <w:tcPr>
            <w:tcW w:type="dxa" w:w="1530"/>
          </w:tcPr>
          <w:p>
            <w:pPr>
              <w:spacing w:after="0"/>
              <w:jc w:val="right"/>
            </w:pPr>
            <w:r>
              <w:rPr>
                <w:sz w:val="16"/>
              </w:rPr>
              <w:t>$6,108.99</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1702</w:t>
            </w:r>
          </w:p>
        </w:tc>
        <w:tc>
          <w:tcPr>
            <w:tcW w:type="dxa" w:w="1409"/>
          </w:tcPr>
          <w:p>
            <w:pPr>
              <w:spacing w:after="0"/>
              <w:jc w:val="left"/>
            </w:pPr>
            <w:r>
              <w:rPr>
                <w:sz w:val="16"/>
              </w:rPr>
              <w:t>2007-05-22</w:t>
            </w:r>
          </w:p>
        </w:tc>
        <w:tc>
          <w:tcPr>
            <w:tcW w:type="dxa" w:w="3107"/>
          </w:tcPr>
          <w:p>
            <w:pPr>
              <w:spacing w:after="0"/>
              <w:jc w:val="left"/>
            </w:pPr>
            <w:r>
              <w:rPr>
                <w:sz w:val="16"/>
              </w:rPr>
              <w:t>BRYANT (TOWNSHIP OF) (2)</w:t>
            </w:r>
          </w:p>
        </w:tc>
        <w:tc>
          <w:tcPr>
            <w:tcW w:type="dxa" w:w="2015"/>
          </w:tcPr>
          <w:p>
            <w:pPr>
              <w:spacing w:after="0"/>
              <w:jc w:val="left"/>
            </w:pPr>
            <w:r>
              <w:rPr>
                <w:sz w:val="16"/>
              </w:rPr>
              <w:t>Traverse County</w:t>
            </w:r>
          </w:p>
        </w:tc>
        <w:tc>
          <w:tcPr>
            <w:tcW w:type="dxa" w:w="1530"/>
          </w:tcPr>
          <w:p>
            <w:pPr>
              <w:spacing w:after="0"/>
              <w:jc w:val="right"/>
            </w:pPr>
            <w:r>
              <w:rPr>
                <w:sz w:val="16"/>
              </w:rPr>
              <w:t>$12,917.44</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1375</w:t>
            </w:r>
          </w:p>
        </w:tc>
        <w:tc>
          <w:tcPr>
            <w:tcW w:type="dxa" w:w="1409"/>
          </w:tcPr>
          <w:p>
            <w:pPr>
              <w:spacing w:after="0"/>
              <w:jc w:val="left"/>
            </w:pPr>
            <w:r>
              <w:rPr>
                <w:sz w:val="16"/>
              </w:rPr>
              <w:t>2001-05-17</w:t>
            </w:r>
          </w:p>
        </w:tc>
        <w:tc>
          <w:tcPr>
            <w:tcW w:type="dxa" w:w="3107"/>
          </w:tcPr>
          <w:p>
            <w:pPr>
              <w:spacing w:after="0"/>
              <w:jc w:val="left"/>
            </w:pPr>
            <w:r>
              <w:rPr>
                <w:sz w:val="16"/>
              </w:rPr>
              <w:t>BRYANT (TOWNSHIP OF) (2)</w:t>
            </w:r>
          </w:p>
        </w:tc>
        <w:tc>
          <w:tcPr>
            <w:tcW w:type="dxa" w:w="2015"/>
          </w:tcPr>
          <w:p>
            <w:pPr>
              <w:spacing w:after="0"/>
              <w:jc w:val="left"/>
            </w:pPr>
            <w:r>
              <w:rPr>
                <w:sz w:val="16"/>
              </w:rPr>
              <w:t>Traverse County</w:t>
            </w:r>
          </w:p>
        </w:tc>
        <w:tc>
          <w:tcPr>
            <w:tcW w:type="dxa" w:w="1530"/>
          </w:tcPr>
          <w:p>
            <w:pPr>
              <w:spacing w:after="0"/>
              <w:jc w:val="right"/>
            </w:pPr>
            <w:r>
              <w:rPr>
                <w:sz w:val="16"/>
              </w:rPr>
              <w:t>$4,126.50</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1375</w:t>
            </w:r>
          </w:p>
        </w:tc>
        <w:tc>
          <w:tcPr>
            <w:tcW w:type="dxa" w:w="1409"/>
          </w:tcPr>
          <w:p>
            <w:pPr>
              <w:spacing w:after="0"/>
              <w:jc w:val="left"/>
            </w:pPr>
            <w:r>
              <w:rPr>
                <w:sz w:val="16"/>
              </w:rPr>
              <w:t>2001-05-17</w:t>
            </w:r>
          </w:p>
        </w:tc>
        <w:tc>
          <w:tcPr>
            <w:tcW w:type="dxa" w:w="3107"/>
          </w:tcPr>
          <w:p>
            <w:pPr>
              <w:spacing w:after="0"/>
              <w:jc w:val="left"/>
            </w:pPr>
            <w:r>
              <w:rPr>
                <w:sz w:val="16"/>
              </w:rPr>
              <w:t>BECKER (TOWNSHIP OF)</w:t>
            </w:r>
          </w:p>
        </w:tc>
        <w:tc>
          <w:tcPr>
            <w:tcW w:type="dxa" w:w="2015"/>
          </w:tcPr>
          <w:p>
            <w:pPr>
              <w:spacing w:after="0"/>
              <w:jc w:val="left"/>
            </w:pPr>
            <w:r>
              <w:rPr>
                <w:sz w:val="16"/>
              </w:rPr>
              <w:t>Traverse County</w:t>
            </w:r>
          </w:p>
        </w:tc>
        <w:tc>
          <w:tcPr>
            <w:tcW w:type="dxa" w:w="1530"/>
          </w:tcPr>
          <w:p>
            <w:pPr>
              <w:spacing w:after="0"/>
              <w:jc w:val="right"/>
            </w:pPr>
            <w:r>
              <w:rPr>
                <w:sz w:val="16"/>
              </w:rPr>
              <w:t>$1,501.88</w:t>
            </w:r>
          </w:p>
        </w:tc>
        <w:tc>
          <w:tcPr>
            <w:tcW w:type="dxa" w:w="4764"/>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44</w:t>
            </w:r>
          </w:p>
        </w:tc>
        <w:tc>
          <w:tcPr>
            <w:tcW w:type="dxa" w:w="1422"/>
          </w:tcPr>
          <w:p>
            <w:pPr>
              <w:spacing w:after="0"/>
              <w:jc w:val="right"/>
            </w:pPr>
            <w:r>
              <w:rPr>
                <w:sz w:val="16"/>
              </w:rPr>
              <w:t>4</w:t>
            </w:r>
          </w:p>
        </w:tc>
        <w:tc>
          <w:tcPr>
            <w:tcW w:type="dxa" w:w="1356"/>
          </w:tcPr>
          <w:p>
            <w:pPr>
              <w:spacing w:after="0"/>
              <w:jc w:val="right"/>
            </w:pPr>
            <w:r>
              <w:rPr>
                <w:sz w:val="16"/>
              </w:rPr>
              <w:t>3</w:t>
            </w:r>
          </w:p>
        </w:tc>
        <w:tc>
          <w:tcPr>
            <w:tcW w:type="dxa" w:w="963"/>
          </w:tcPr>
          <w:p>
            <w:pPr>
              <w:spacing w:after="0"/>
              <w:jc w:val="right"/>
            </w:pPr>
            <w:r>
              <w:rPr>
                <w:sz w:val="16"/>
              </w:rPr>
              <w:t>11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Drought</w:t>
            </w:r>
          </w:p>
        </w:tc>
        <w:tc>
          <w:tcPr>
            <w:tcW w:type="dxa" w:w="1487"/>
          </w:tcPr>
          <w:p>
            <w:pPr>
              <w:spacing w:after="0"/>
              <w:jc w:val="right"/>
            </w:pPr>
            <w:r>
              <w:rPr>
                <w:sz w:val="16"/>
              </w:rPr>
              <w:t>20</w:t>
            </w:r>
          </w:p>
        </w:tc>
        <w:tc>
          <w:tcPr>
            <w:tcW w:type="dxa" w:w="1422"/>
          </w:tcPr>
          <w:p>
            <w:pPr>
              <w:spacing w:after="0"/>
              <w:jc w:val="right"/>
            </w:pPr>
            <w:r>
              <w:rPr>
                <w:sz w:val="16"/>
              </w:rPr>
              <w:t>4</w:t>
            </w:r>
          </w:p>
        </w:tc>
        <w:tc>
          <w:tcPr>
            <w:tcW w:type="dxa" w:w="1356"/>
          </w:tcPr>
          <w:p>
            <w:pPr>
              <w:spacing w:after="0"/>
              <w:jc w:val="right"/>
            </w:pPr>
            <w:r>
              <w:rPr>
                <w:sz w:val="16"/>
              </w:rPr>
              <w:t>0</w:t>
            </w:r>
          </w:p>
        </w:tc>
        <w:tc>
          <w:tcPr>
            <w:tcW w:type="dxa" w:w="963"/>
          </w:tcPr>
          <w:p>
            <w:pPr>
              <w:spacing w:after="0"/>
              <w:jc w:val="right"/>
            </w:pPr>
            <w:r>
              <w:rPr>
                <w:sz w:val="16"/>
              </w:rPr>
              <w:t>4</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225</w:t>
            </w:r>
          </w:p>
        </w:tc>
        <w:tc>
          <w:tcPr>
            <w:tcW w:type="dxa" w:w="1422"/>
          </w:tcPr>
          <w:p>
            <w:pPr>
              <w:spacing w:after="0"/>
              <w:jc w:val="right"/>
            </w:pPr>
            <w:r>
              <w:rPr>
                <w:sz w:val="16"/>
              </w:rPr>
              <w:t>24</w:t>
            </w:r>
          </w:p>
        </w:tc>
        <w:tc>
          <w:tcPr>
            <w:tcW w:type="dxa" w:w="1356"/>
          </w:tcPr>
          <w:p>
            <w:pPr>
              <w:spacing w:after="0"/>
              <w:jc w:val="right"/>
            </w:pPr>
            <w:r>
              <w:rPr>
                <w:sz w:val="16"/>
              </w:rPr>
              <w:t>5</w:t>
            </w:r>
          </w:p>
        </w:tc>
        <w:tc>
          <w:tcPr>
            <w:tcW w:type="dxa" w:w="963"/>
          </w:tcPr>
          <w:p>
            <w:pPr>
              <w:spacing w:after="0"/>
              <w:jc w:val="right"/>
            </w:pPr>
            <w:r>
              <w:rPr>
                <w:sz w:val="16"/>
              </w:rPr>
              <w:t>29</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6</w:t>
            </w:r>
          </w:p>
        </w:tc>
        <w:tc>
          <w:tcPr>
            <w:tcW w:type="dxa" w:w="1422"/>
          </w:tcPr>
          <w:p>
            <w:pPr>
              <w:spacing w:after="0"/>
              <w:jc w:val="right"/>
            </w:pPr>
            <w:r>
              <w:rPr>
                <w:sz w:val="16"/>
              </w:rPr>
              <w:t>3</w:t>
            </w:r>
          </w:p>
        </w:tc>
        <w:tc>
          <w:tcPr>
            <w:tcW w:type="dxa" w:w="1356"/>
          </w:tcPr>
          <w:p>
            <w:pPr>
              <w:spacing w:after="0"/>
              <w:jc w:val="right"/>
            </w:pPr>
            <w:r>
              <w:rPr>
                <w:sz w:val="16"/>
              </w:rPr>
              <w:t>0</w:t>
            </w:r>
          </w:p>
        </w:tc>
        <w:tc>
          <w:tcPr>
            <w:tcW w:type="dxa" w:w="963"/>
          </w:tcPr>
          <w:p>
            <w:pPr>
              <w:spacing w:after="0"/>
              <w:jc w:val="right"/>
            </w:pPr>
            <w:r>
              <w:rPr>
                <w:sz w:val="16"/>
              </w:rPr>
              <w:t>3</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10</w:t>
            </w:r>
          </w:p>
        </w:tc>
        <w:tc>
          <w:tcPr>
            <w:tcW w:type="dxa" w:w="1422"/>
          </w:tcPr>
          <w:p>
            <w:pPr>
              <w:spacing w:after="0"/>
              <w:jc w:val="right"/>
            </w:pPr>
            <w:r>
              <w:rPr>
                <w:sz w:val="16"/>
              </w:rPr>
              <w:t>2</w:t>
            </w:r>
          </w:p>
        </w:tc>
        <w:tc>
          <w:tcPr>
            <w:tcW w:type="dxa" w:w="1356"/>
          </w:tcPr>
          <w:p>
            <w:pPr>
              <w:spacing w:after="0"/>
              <w:jc w:val="right"/>
            </w:pPr>
            <w:r>
              <w:rPr>
                <w:sz w:val="16"/>
              </w:rPr>
              <w:t>2</w:t>
            </w:r>
          </w:p>
        </w:tc>
        <w:tc>
          <w:tcPr>
            <w:tcW w:type="dxa" w:w="963"/>
          </w:tcPr>
          <w:p>
            <w:pPr>
              <w:spacing w:after="0"/>
              <w:jc w:val="right"/>
            </w:pPr>
            <w:r>
              <w:rPr>
                <w:sz w:val="16"/>
              </w:rPr>
              <w:t>4</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88</w:t>
            </w:r>
          </w:p>
        </w:tc>
        <w:tc>
          <w:tcPr>
            <w:tcW w:type="dxa" w:w="1422"/>
          </w:tcPr>
          <w:p>
            <w:pPr>
              <w:spacing w:after="0"/>
              <w:jc w:val="right"/>
            </w:pPr>
            <w:r>
              <w:rPr>
                <w:sz w:val="16"/>
              </w:rPr>
              <w:t>26</w:t>
            </w:r>
          </w:p>
        </w:tc>
        <w:tc>
          <w:tcPr>
            <w:tcW w:type="dxa" w:w="1356"/>
          </w:tcPr>
          <w:p>
            <w:pPr>
              <w:spacing w:after="0"/>
              <w:jc w:val="right"/>
            </w:pPr>
            <w:r>
              <w:rPr>
                <w:sz w:val="16"/>
              </w:rPr>
              <w:t>15</w:t>
            </w:r>
          </w:p>
        </w:tc>
        <w:tc>
          <w:tcPr>
            <w:tcW w:type="dxa" w:w="963"/>
          </w:tcPr>
          <w:p>
            <w:pPr>
              <w:spacing w:after="0"/>
              <w:jc w:val="right"/>
            </w:pPr>
            <w:r>
              <w:rPr>
                <w:sz w:val="16"/>
              </w:rPr>
              <w:t>41</w:t>
            </w:r>
          </w:p>
        </w:tc>
        <w:tc>
          <w:tcPr>
            <w:tcW w:type="dxa" w:w="1356"/>
          </w:tcPr>
          <w:p>
            <w:pPr>
              <w:spacing w:after="0"/>
              <w:jc w:val="right"/>
            </w:pPr>
            <w:r>
              <w:rPr>
                <w:sz w:val="16"/>
              </w:rPr>
              <w:t>15</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3</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207</w:t>
            </w:r>
          </w:p>
        </w:tc>
        <w:tc>
          <w:tcPr>
            <w:tcW w:type="dxa" w:w="1422"/>
          </w:tcPr>
          <w:p>
            <w:pPr>
              <w:spacing w:after="0"/>
              <w:jc w:val="right"/>
            </w:pPr>
            <w:r>
              <w:rPr>
                <w:sz w:val="16"/>
              </w:rPr>
              <w:t>24</w:t>
            </w:r>
          </w:p>
        </w:tc>
        <w:tc>
          <w:tcPr>
            <w:tcW w:type="dxa" w:w="1356"/>
          </w:tcPr>
          <w:p>
            <w:pPr>
              <w:spacing w:after="0"/>
              <w:jc w:val="right"/>
            </w:pPr>
            <w:r>
              <w:rPr>
                <w:sz w:val="16"/>
              </w:rPr>
              <w:t>24</w:t>
            </w:r>
          </w:p>
        </w:tc>
        <w:tc>
          <w:tcPr>
            <w:tcW w:type="dxa" w:w="963"/>
          </w:tcPr>
          <w:p>
            <w:pPr>
              <w:spacing w:after="0"/>
              <w:jc w:val="right"/>
            </w:pPr>
            <w:r>
              <w:rPr>
                <w:sz w:val="16"/>
              </w:rPr>
              <w:t>51</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34 High Wind records and 1 Strong Wind record,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35</w:t>
            </w:r>
          </w:p>
        </w:tc>
        <w:tc>
          <w:tcPr>
            <w:tcW w:type="dxa" w:w="1422"/>
          </w:tcPr>
          <w:p>
            <w:pPr>
              <w:spacing w:after="0"/>
              <w:jc w:val="right"/>
            </w:pPr>
            <w:r>
              <w:rPr>
                <w:sz w:val="16"/>
              </w:rPr>
              <w:t>4</w:t>
            </w:r>
          </w:p>
        </w:tc>
        <w:tc>
          <w:tcPr>
            <w:tcW w:type="dxa" w:w="1356"/>
          </w:tcPr>
          <w:p>
            <w:pPr>
              <w:spacing w:after="0"/>
              <w:jc w:val="right"/>
            </w:pPr>
            <w:r>
              <w:rPr>
                <w:sz w:val="16"/>
              </w:rPr>
              <w:t>1</w:t>
            </w:r>
          </w:p>
        </w:tc>
        <w:tc>
          <w:tcPr>
            <w:tcW w:type="dxa" w:w="963"/>
          </w:tcPr>
          <w:p>
            <w:pPr>
              <w:spacing w:after="0"/>
              <w:jc w:val="right"/>
            </w:pPr>
            <w:r>
              <w:rPr>
                <w:sz w:val="16"/>
              </w:rPr>
              <w:t>5</w:t>
            </w:r>
          </w:p>
        </w:tc>
        <w:tc>
          <w:tcPr>
            <w:tcW w:type="dxa" w:w="1356"/>
          </w:tcPr>
          <w:p>
            <w:pPr>
              <w:spacing w:after="0"/>
              <w:jc w:val="right"/>
            </w:pPr>
            <w:r>
              <w:rPr>
                <w:sz w:val="16"/>
              </w:rPr>
              <w:t>5</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131</w:t>
            </w:r>
          </w:p>
        </w:tc>
        <w:tc>
          <w:tcPr>
            <w:tcW w:type="dxa" w:w="1422"/>
          </w:tcPr>
          <w:p>
            <w:pPr>
              <w:spacing w:after="0"/>
              <w:jc w:val="right"/>
            </w:pPr>
            <w:r>
              <w:rPr>
                <w:sz w:val="16"/>
              </w:rPr>
              <w:t>9</w:t>
            </w:r>
          </w:p>
        </w:tc>
        <w:tc>
          <w:tcPr>
            <w:tcW w:type="dxa" w:w="1356"/>
          </w:tcPr>
          <w:p>
            <w:pPr>
              <w:spacing w:after="0"/>
              <w:jc w:val="right"/>
            </w:pPr>
            <w:r>
              <w:rPr>
                <w:sz w:val="16"/>
              </w:rPr>
              <w:t>13</w:t>
            </w:r>
          </w:p>
        </w:tc>
        <w:tc>
          <w:tcPr>
            <w:tcW w:type="dxa" w:w="963"/>
          </w:tcPr>
          <w:p>
            <w:pPr>
              <w:spacing w:after="0"/>
              <w:jc w:val="right"/>
            </w:pPr>
            <w:r>
              <w:rPr>
                <w:sz w:val="16"/>
              </w:rPr>
              <w:t>25</w:t>
            </w:r>
          </w:p>
        </w:tc>
        <w:tc>
          <w:tcPr>
            <w:tcW w:type="dxa" w:w="1356"/>
          </w:tcPr>
          <w:p>
            <w:pPr>
              <w:spacing w:after="0"/>
              <w:jc w:val="right"/>
            </w:pPr>
            <w:r>
              <w:rPr>
                <w:sz w:val="16"/>
              </w:rPr>
              <w:t>7</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88"/>
        <w:gridCol w:w="2628"/>
        <w:gridCol w:w="2810"/>
        <w:gridCol w:w="1068"/>
        <w:gridCol w:w="1770"/>
        <w:gridCol w:w="703"/>
        <w:gridCol w:w="2808"/>
      </w:tblGrid>
      <w:tr>
        <w:trPr>
          <w:cantSplit/>
          <w:tblHeader/>
        </w:trPr>
        <w:tc>
          <w:tcPr>
            <w:tcW w:type="dxa" w:w="1037"/>
            <w:shd w:val="clear" w:color="auto" w:fill="E8E8E8"/>
          </w:tcPr>
          <w:p>
            <w:pPr>
              <w:spacing w:after="0"/>
              <w:jc w:val="left"/>
            </w:pPr>
            <w:r>
              <w:rPr>
                <w:b/>
                <w:sz w:val="16"/>
              </w:rPr>
              <w:t>Date</w:t>
            </w:r>
          </w:p>
        </w:tc>
        <w:tc>
          <w:tcPr>
            <w:tcW w:type="dxa" w:w="1288"/>
            <w:shd w:val="clear" w:color="auto" w:fill="E8E8E8"/>
          </w:tcPr>
          <w:p>
            <w:pPr>
              <w:spacing w:after="0"/>
              <w:jc w:val="left"/>
            </w:pPr>
            <w:r>
              <w:rPr>
                <w:b/>
                <w:sz w:val="16"/>
              </w:rPr>
              <w:t>Event type</w:t>
            </w:r>
          </w:p>
        </w:tc>
        <w:tc>
          <w:tcPr>
            <w:tcW w:type="dxa" w:w="2628"/>
            <w:shd w:val="clear" w:color="auto" w:fill="E8E8E8"/>
          </w:tcPr>
          <w:p>
            <w:pPr>
              <w:spacing w:after="0"/>
              <w:jc w:val="left"/>
            </w:pPr>
            <w:r>
              <w:rPr>
                <w:b/>
                <w:sz w:val="16"/>
              </w:rPr>
              <w:t>Magnitude or extent</w:t>
            </w:r>
          </w:p>
        </w:tc>
        <w:tc>
          <w:tcPr>
            <w:tcW w:type="dxa" w:w="2810"/>
            <w:shd w:val="clear" w:color="auto" w:fill="E8E8E8"/>
          </w:tcPr>
          <w:p>
            <w:pPr>
              <w:spacing w:after="0"/>
              <w:jc w:val="left"/>
            </w:pPr>
            <w:r>
              <w:rPr>
                <w:b/>
                <w:sz w:val="16"/>
              </w:rPr>
              <w:t>Damage</w:t>
            </w:r>
          </w:p>
          <w:p>
            <w:pPr>
              <w:spacing w:after="0"/>
              <w:jc w:val="left"/>
            </w:pPr>
            <w:r>
              <w:rPr>
                <w:i/>
                <w:color w:val="555555"/>
                <w:sz w:val="14"/>
              </w:rPr>
              <w:t>nominal dollars</w:t>
            </w:r>
          </w:p>
        </w:tc>
        <w:tc>
          <w:tcPr>
            <w:tcW w:type="dxa" w:w="1068"/>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770"/>
            <w:shd w:val="clear" w:color="auto" w:fill="E8E8E8"/>
          </w:tcPr>
          <w:p>
            <w:pPr>
              <w:spacing w:after="0"/>
              <w:jc w:val="left"/>
            </w:pPr>
            <w:r>
              <w:rPr>
                <w:b/>
                <w:sz w:val="16"/>
              </w:rPr>
              <w:t>Location</w:t>
            </w:r>
          </w:p>
        </w:tc>
        <w:tc>
          <w:tcPr>
            <w:tcW w:type="dxa" w:w="703"/>
            <w:shd w:val="clear" w:color="auto" w:fill="E8E8E8"/>
          </w:tcPr>
          <w:p>
            <w:pPr>
              <w:spacing w:after="0"/>
              <w:jc w:val="left"/>
            </w:pPr>
            <w:r>
              <w:rPr>
                <w:b/>
                <w:sz w:val="16"/>
              </w:rPr>
              <w:t>Flags</w:t>
            </w:r>
          </w:p>
        </w:tc>
        <w:tc>
          <w:tcPr>
            <w:tcW w:type="dxa" w:w="2808"/>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2022-01-26</w:t>
            </w:r>
          </w:p>
        </w:tc>
        <w:tc>
          <w:tcPr>
            <w:tcW w:type="dxa" w:w="1288"/>
          </w:tcPr>
          <w:p>
            <w:pPr>
              <w:spacing w:after="0"/>
              <w:jc w:val="left"/>
            </w:pPr>
            <w:r>
              <w:rPr>
                <w:sz w:val="16"/>
              </w:rPr>
              <w:t>Winter Weather</w:t>
            </w:r>
          </w:p>
        </w:tc>
        <w:tc>
          <w:tcPr>
            <w:tcW w:type="dxa" w:w="2628"/>
          </w:tcPr>
          <w:p>
            <w:pPr>
              <w:spacing w:after="0"/>
              <w:jc w:val="left"/>
            </w:pPr>
          </w:p>
        </w:tc>
        <w:tc>
          <w:tcPr>
            <w:tcW w:type="dxa" w:w="2810"/>
          </w:tcPr>
          <w:p>
            <w:pPr>
              <w:spacing w:after="0"/>
              <w:jc w:val="left"/>
            </w:pPr>
            <w:r>
              <w:rPr>
                <w:sz w:val="16"/>
              </w:rPr>
              <w:t>damage not reported</w:t>
            </w:r>
          </w:p>
        </w:tc>
        <w:tc>
          <w:tcPr>
            <w:tcW w:type="dxa" w:w="1068"/>
          </w:tcPr>
          <w:p>
            <w:pPr>
              <w:spacing w:after="0"/>
              <w:jc w:val="right"/>
            </w:pPr>
            <w:r>
              <w:rPr>
                <w:sz w:val="16"/>
              </w:rPr>
              <w:t>2, 2</w:t>
            </w:r>
          </w:p>
        </w:tc>
        <w:tc>
          <w:tcPr>
            <w:tcW w:type="dxa" w:w="1770"/>
          </w:tcPr>
          <w:p>
            <w:pPr>
              <w:spacing w:after="0"/>
              <w:jc w:val="left"/>
            </w:pPr>
            <w:r>
              <w:rPr>
                <w:sz w:val="16"/>
              </w:rPr>
              <w:t>NWS zone SDZ020 (CODINGTON), zone-level: may include parts of neighboring counties</w:t>
            </w:r>
          </w:p>
        </w:tc>
        <w:tc>
          <w:tcPr>
            <w:tcW w:type="dxa" w:w="703"/>
          </w:tcPr>
          <w:p>
            <w:pPr>
              <w:spacing w:after="0"/>
              <w:jc w:val="left"/>
            </w:pPr>
            <w:r>
              <w:rPr>
                <w:sz w:val="16"/>
              </w:rPr>
              <w:t>within last 5 years</w:t>
            </w:r>
          </w:p>
        </w:tc>
        <w:tc>
          <w:tcPr>
            <w:tcW w:type="dxa" w:w="2808"/>
          </w:tcPr>
          <w:p>
            <w:pPr>
              <w:spacing w:after="0"/>
              <w:jc w:val="left"/>
            </w:pPr>
            <w:r>
              <w:rPr>
                <w:sz w:val="16"/>
              </w:rPr>
              <w:t>deaths or injuries recorded</w:t>
            </w:r>
          </w:p>
        </w:tc>
      </w:tr>
      <w:tr>
        <w:trPr>
          <w:cantSplit/>
        </w:trPr>
        <w:tc>
          <w:tcPr>
            <w:tcW w:type="dxa" w:w="1037"/>
          </w:tcPr>
          <w:p>
            <w:pPr>
              <w:spacing w:after="0"/>
              <w:jc w:val="left"/>
            </w:pPr>
            <w:r>
              <w:rPr>
                <w:sz w:val="16"/>
              </w:rPr>
              <w:t>2021-07-25</w:t>
            </w:r>
          </w:p>
        </w:tc>
        <w:tc>
          <w:tcPr>
            <w:tcW w:type="dxa" w:w="1288"/>
          </w:tcPr>
          <w:p>
            <w:pPr>
              <w:spacing w:after="0"/>
              <w:jc w:val="left"/>
            </w:pPr>
            <w:r>
              <w:rPr>
                <w:sz w:val="16"/>
              </w:rPr>
              <w:t>Hail</w:t>
            </w:r>
          </w:p>
        </w:tc>
        <w:tc>
          <w:tcPr>
            <w:tcW w:type="dxa" w:w="2628"/>
          </w:tcPr>
          <w:p>
            <w:pPr>
              <w:spacing w:after="0"/>
              <w:jc w:val="left"/>
            </w:pPr>
            <w:r>
              <w:rPr>
                <w:sz w:val="16"/>
              </w:rPr>
              <w:t>3.75 in</w:t>
            </w:r>
          </w:p>
        </w:tc>
        <w:tc>
          <w:tcPr>
            <w:tcW w:type="dxa" w:w="2810"/>
          </w:tcPr>
          <w:p>
            <w:pPr>
              <w:spacing w:after="0"/>
              <w:jc w:val="left"/>
            </w:pPr>
            <w:r>
              <w:rPr>
                <w:sz w:val="16"/>
              </w:rPr>
              <w:t>damage not reported</w:t>
            </w:r>
          </w:p>
        </w:tc>
        <w:tc>
          <w:tcPr>
            <w:tcW w:type="dxa" w:w="1068"/>
          </w:tcPr>
          <w:p>
            <w:pPr>
              <w:spacing w:after="0"/>
              <w:jc w:val="right"/>
            </w:pPr>
            <w:r>
              <w:rPr>
                <w:sz w:val="16"/>
              </w:rPr>
              <w:t>0, 0</w:t>
            </w:r>
          </w:p>
        </w:tc>
        <w:tc>
          <w:tcPr>
            <w:tcW w:type="dxa" w:w="1770"/>
          </w:tcPr>
          <w:p>
            <w:pPr>
              <w:spacing w:after="0"/>
              <w:jc w:val="left"/>
            </w:pPr>
            <w:r>
              <w:rPr>
                <w:sz w:val="16"/>
              </w:rPr>
              <w:t>WALLACE</w:t>
            </w:r>
          </w:p>
        </w:tc>
        <w:tc>
          <w:tcPr>
            <w:tcW w:type="dxa" w:w="703"/>
          </w:tcPr>
          <w:p>
            <w:pPr>
              <w:spacing w:after="0"/>
              <w:jc w:val="left"/>
            </w:pPr>
          </w:p>
        </w:tc>
        <w:tc>
          <w:tcPr>
            <w:tcW w:type="dxa" w:w="2808"/>
          </w:tcPr>
          <w:p>
            <w:pPr>
              <w:spacing w:after="0"/>
              <w:jc w:val="left"/>
            </w:pPr>
            <w:r>
              <w:rPr>
                <w:sz w:val="16"/>
              </w:rPr>
              <w:t>B1-c worst recorded: Hail</w:t>
            </w:r>
          </w:p>
        </w:tc>
      </w:tr>
      <w:tr>
        <w:trPr>
          <w:cantSplit/>
        </w:trPr>
        <w:tc>
          <w:tcPr>
            <w:tcW w:type="dxa" w:w="1037"/>
          </w:tcPr>
          <w:p>
            <w:pPr>
              <w:spacing w:after="0"/>
              <w:jc w:val="left"/>
            </w:pPr>
            <w:r>
              <w:rPr>
                <w:sz w:val="16"/>
              </w:rPr>
              <w:t>2021-02-06</w:t>
            </w:r>
          </w:p>
        </w:tc>
        <w:tc>
          <w:tcPr>
            <w:tcW w:type="dxa" w:w="1288"/>
          </w:tcPr>
          <w:p>
            <w:pPr>
              <w:spacing w:after="0"/>
              <w:jc w:val="left"/>
            </w:pPr>
            <w:r>
              <w:rPr>
                <w:sz w:val="16"/>
              </w:rPr>
              <w:t>Extreme Cold/Wind Chill</w:t>
            </w:r>
          </w:p>
        </w:tc>
        <w:tc>
          <w:tcPr>
            <w:tcW w:type="dxa" w:w="2628"/>
          </w:tcPr>
          <w:p>
            <w:pPr>
              <w:spacing w:after="0"/>
              <w:jc w:val="left"/>
            </w:pPr>
          </w:p>
        </w:tc>
        <w:tc>
          <w:tcPr>
            <w:tcW w:type="dxa" w:w="2810"/>
          </w:tcPr>
          <w:p>
            <w:pPr>
              <w:spacing w:after="0"/>
              <w:jc w:val="left"/>
            </w:pPr>
            <w:r>
              <w:rPr>
                <w:sz w:val="16"/>
              </w:rPr>
              <w:t>$0 property; $0 crops, reported for the zone (2021 dollars)</w:t>
            </w:r>
          </w:p>
        </w:tc>
        <w:tc>
          <w:tcPr>
            <w:tcW w:type="dxa" w:w="1068"/>
          </w:tcPr>
          <w:p>
            <w:pPr>
              <w:spacing w:after="0"/>
              <w:jc w:val="right"/>
            </w:pPr>
            <w:r>
              <w:rPr>
                <w:sz w:val="16"/>
              </w:rPr>
              <w:t>0, 0</w:t>
            </w:r>
          </w:p>
        </w:tc>
        <w:tc>
          <w:tcPr>
            <w:tcW w:type="dxa" w:w="1770"/>
          </w:tcPr>
          <w:p>
            <w:pPr>
              <w:spacing w:after="0"/>
              <w:jc w:val="left"/>
            </w:pPr>
            <w:r>
              <w:rPr>
                <w:sz w:val="16"/>
              </w:rPr>
              <w:t>NWS zone SDZ020 (CODINGTON), zone-level: may include parts of neighboring counties</w:t>
            </w:r>
          </w:p>
        </w:tc>
        <w:tc>
          <w:tcPr>
            <w:tcW w:type="dxa" w:w="703"/>
          </w:tcPr>
          <w:p>
            <w:pPr>
              <w:spacing w:after="0"/>
              <w:jc w:val="left"/>
            </w:pPr>
          </w:p>
        </w:tc>
        <w:tc>
          <w:tcPr>
            <w:tcW w:type="dxa" w:w="2808"/>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2020-06-15</w:t>
            </w:r>
          </w:p>
        </w:tc>
        <w:tc>
          <w:tcPr>
            <w:tcW w:type="dxa" w:w="1288"/>
          </w:tcPr>
          <w:p>
            <w:pPr>
              <w:spacing w:after="0"/>
              <w:jc w:val="left"/>
            </w:pPr>
            <w:r>
              <w:rPr>
                <w:sz w:val="16"/>
              </w:rPr>
              <w:t>High Wind</w:t>
            </w:r>
          </w:p>
        </w:tc>
        <w:tc>
          <w:tcPr>
            <w:tcW w:type="dxa" w:w="2628"/>
          </w:tcPr>
          <w:p>
            <w:pPr>
              <w:spacing w:after="0"/>
              <w:jc w:val="left"/>
            </w:pPr>
            <w:r>
              <w:rPr>
                <w:sz w:val="16"/>
              </w:rPr>
              <w:t>70 kt (81 mph) estimated gust</w:t>
            </w:r>
          </w:p>
        </w:tc>
        <w:tc>
          <w:tcPr>
            <w:tcW w:type="dxa" w:w="2810"/>
          </w:tcPr>
          <w:p>
            <w:pPr>
              <w:spacing w:after="0"/>
              <w:jc w:val="left"/>
            </w:pPr>
            <w:r>
              <w:rPr>
                <w:sz w:val="16"/>
              </w:rPr>
              <w:t>damage not reported</w:t>
            </w:r>
          </w:p>
        </w:tc>
        <w:tc>
          <w:tcPr>
            <w:tcW w:type="dxa" w:w="1068"/>
          </w:tcPr>
          <w:p>
            <w:pPr>
              <w:spacing w:after="0"/>
              <w:jc w:val="right"/>
            </w:pPr>
            <w:r>
              <w:rPr>
                <w:sz w:val="16"/>
              </w:rPr>
              <w:t>0, 0</w:t>
            </w:r>
          </w:p>
        </w:tc>
        <w:tc>
          <w:tcPr>
            <w:tcW w:type="dxa" w:w="1770"/>
          </w:tcPr>
          <w:p>
            <w:pPr>
              <w:spacing w:after="0"/>
              <w:jc w:val="left"/>
            </w:pPr>
            <w:r>
              <w:rPr>
                <w:sz w:val="16"/>
              </w:rPr>
              <w:t>NWS zone SDZ020 (CODINGTON), zone-level: may include parts of neighboring counties</w:t>
            </w:r>
          </w:p>
        </w:tc>
        <w:tc>
          <w:tcPr>
            <w:tcW w:type="dxa" w:w="703"/>
          </w:tcPr>
          <w:p>
            <w:pPr>
              <w:spacing w:after="0"/>
              <w:jc w:val="left"/>
            </w:pPr>
          </w:p>
        </w:tc>
        <w:tc>
          <w:tcPr>
            <w:tcW w:type="dxa" w:w="2808"/>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2019-06-01</w:t>
            </w:r>
          </w:p>
        </w:tc>
        <w:tc>
          <w:tcPr>
            <w:tcW w:type="dxa" w:w="1288"/>
          </w:tcPr>
          <w:p>
            <w:pPr>
              <w:spacing w:after="0"/>
              <w:jc w:val="left"/>
            </w:pPr>
            <w:r>
              <w:rPr>
                <w:sz w:val="16"/>
              </w:rPr>
              <w:t>Flood</w:t>
            </w:r>
          </w:p>
        </w:tc>
        <w:tc>
          <w:tcPr>
            <w:tcW w:type="dxa" w:w="2628"/>
          </w:tcPr>
          <w:p>
            <w:pPr>
              <w:spacing w:after="0"/>
              <w:jc w:val="left"/>
            </w:pPr>
          </w:p>
        </w:tc>
        <w:tc>
          <w:tcPr>
            <w:tcW w:type="dxa" w:w="2810"/>
          </w:tcPr>
          <w:p>
            <w:pPr>
              <w:spacing w:after="0"/>
              <w:jc w:val="left"/>
            </w:pPr>
            <w:r>
              <w:rPr>
                <w:sz w:val="16"/>
              </w:rPr>
              <w:t>$0 property; $6,880,000 crops (2019 dollars)</w:t>
            </w:r>
          </w:p>
        </w:tc>
        <w:tc>
          <w:tcPr>
            <w:tcW w:type="dxa" w:w="1068"/>
          </w:tcPr>
          <w:p>
            <w:pPr>
              <w:spacing w:after="0"/>
              <w:jc w:val="right"/>
            </w:pPr>
            <w:r>
              <w:rPr>
                <w:sz w:val="16"/>
              </w:rPr>
              <w:t>0, 0</w:t>
            </w:r>
          </w:p>
        </w:tc>
        <w:tc>
          <w:tcPr>
            <w:tcW w:type="dxa" w:w="1770"/>
          </w:tcPr>
          <w:p>
            <w:pPr>
              <w:spacing w:after="0"/>
              <w:jc w:val="left"/>
            </w:pPr>
            <w:r>
              <w:rPr>
                <w:sz w:val="16"/>
              </w:rPr>
              <w:t>WALLACE to SOUTH SHORE</w:t>
            </w:r>
          </w:p>
        </w:tc>
        <w:tc>
          <w:tcPr>
            <w:tcW w:type="dxa" w:w="703"/>
          </w:tcPr>
          <w:p>
            <w:pPr>
              <w:spacing w:after="0"/>
              <w:jc w:val="left"/>
            </w:pPr>
          </w:p>
        </w:tc>
        <w:tc>
          <w:tcPr>
            <w:tcW w:type="dxa" w:w="2808"/>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2019-02-07</w:t>
            </w:r>
          </w:p>
        </w:tc>
        <w:tc>
          <w:tcPr>
            <w:tcW w:type="dxa" w:w="1288"/>
          </w:tcPr>
          <w:p>
            <w:pPr>
              <w:spacing w:after="0"/>
              <w:jc w:val="left"/>
            </w:pPr>
            <w:r>
              <w:rPr>
                <w:sz w:val="16"/>
              </w:rPr>
              <w:t>Blizzard</w:t>
            </w:r>
          </w:p>
        </w:tc>
        <w:tc>
          <w:tcPr>
            <w:tcW w:type="dxa" w:w="2628"/>
          </w:tcPr>
          <w:p>
            <w:pPr>
              <w:spacing w:after="0"/>
              <w:jc w:val="left"/>
            </w:pPr>
          </w:p>
        </w:tc>
        <w:tc>
          <w:tcPr>
            <w:tcW w:type="dxa" w:w="2810"/>
          </w:tcPr>
          <w:p>
            <w:pPr>
              <w:spacing w:after="0"/>
              <w:jc w:val="left"/>
            </w:pPr>
            <w:r>
              <w:rPr>
                <w:sz w:val="16"/>
              </w:rPr>
              <w:t>$0 property; $0 crops, reported for the zone (2019 dollars)</w:t>
            </w:r>
          </w:p>
        </w:tc>
        <w:tc>
          <w:tcPr>
            <w:tcW w:type="dxa" w:w="1068"/>
          </w:tcPr>
          <w:p>
            <w:pPr>
              <w:spacing w:after="0"/>
              <w:jc w:val="right"/>
            </w:pPr>
            <w:r>
              <w:rPr>
                <w:sz w:val="16"/>
              </w:rPr>
              <w:t>1, 0</w:t>
            </w:r>
          </w:p>
        </w:tc>
        <w:tc>
          <w:tcPr>
            <w:tcW w:type="dxa" w:w="1770"/>
          </w:tcPr>
          <w:p>
            <w:pPr>
              <w:spacing w:after="0"/>
              <w:jc w:val="left"/>
            </w:pPr>
            <w:r>
              <w:rPr>
                <w:sz w:val="16"/>
              </w:rPr>
              <w:t>NWS zone SDZ020 (CODINGTON), zone-level: may include parts of neighboring counties</w:t>
            </w:r>
          </w:p>
        </w:tc>
        <w:tc>
          <w:tcPr>
            <w:tcW w:type="dxa" w:w="703"/>
          </w:tcPr>
          <w:p>
            <w:pPr>
              <w:spacing w:after="0"/>
              <w:jc w:val="left"/>
            </w:pPr>
          </w:p>
        </w:tc>
        <w:tc>
          <w:tcPr>
            <w:tcW w:type="dxa" w:w="2808"/>
          </w:tcPr>
          <w:p>
            <w:pPr>
              <w:spacing w:after="0"/>
              <w:jc w:val="left"/>
            </w:pPr>
            <w:r>
              <w:rPr>
                <w:sz w:val="16"/>
              </w:rPr>
              <w:t>deaths or injuries recorded</w:t>
            </w:r>
          </w:p>
        </w:tc>
      </w:tr>
      <w:tr>
        <w:trPr>
          <w:cantSplit/>
        </w:trPr>
        <w:tc>
          <w:tcPr>
            <w:tcW w:type="dxa" w:w="1037"/>
          </w:tcPr>
          <w:p>
            <w:pPr>
              <w:spacing w:after="0"/>
              <w:jc w:val="left"/>
            </w:pPr>
            <w:r>
              <w:rPr>
                <w:sz w:val="16"/>
              </w:rPr>
              <w:t>2016-12-25</w:t>
            </w:r>
          </w:p>
        </w:tc>
        <w:tc>
          <w:tcPr>
            <w:tcW w:type="dxa" w:w="1288"/>
          </w:tcPr>
          <w:p>
            <w:pPr>
              <w:spacing w:after="0"/>
              <w:jc w:val="left"/>
            </w:pPr>
            <w:r>
              <w:rPr>
                <w:sz w:val="16"/>
              </w:rPr>
              <w:t>Ice Storm</w:t>
            </w:r>
          </w:p>
        </w:tc>
        <w:tc>
          <w:tcPr>
            <w:tcW w:type="dxa" w:w="2628"/>
          </w:tcPr>
          <w:p>
            <w:pPr>
              <w:spacing w:after="0"/>
              <w:jc w:val="left"/>
            </w:pPr>
          </w:p>
        </w:tc>
        <w:tc>
          <w:tcPr>
            <w:tcW w:type="dxa" w:w="2810"/>
          </w:tcPr>
          <w:p>
            <w:pPr>
              <w:spacing w:after="0"/>
              <w:jc w:val="left"/>
            </w:pPr>
            <w:r>
              <w:rPr>
                <w:sz w:val="16"/>
              </w:rPr>
              <w:t>$295,000 property; $0 crops, reported for the zone (2016 dollars)</w:t>
            </w:r>
          </w:p>
        </w:tc>
        <w:tc>
          <w:tcPr>
            <w:tcW w:type="dxa" w:w="1068"/>
          </w:tcPr>
          <w:p>
            <w:pPr>
              <w:spacing w:after="0"/>
              <w:jc w:val="right"/>
            </w:pPr>
            <w:r>
              <w:rPr>
                <w:sz w:val="16"/>
              </w:rPr>
              <w:t>0, 0</w:t>
            </w:r>
          </w:p>
        </w:tc>
        <w:tc>
          <w:tcPr>
            <w:tcW w:type="dxa" w:w="1770"/>
          </w:tcPr>
          <w:p>
            <w:pPr>
              <w:spacing w:after="0"/>
              <w:jc w:val="left"/>
            </w:pPr>
            <w:r>
              <w:rPr>
                <w:sz w:val="16"/>
              </w:rPr>
              <w:t>NWS zone SDZ020 (CODINGTON), zone-level: may include parts of neighboring counties</w:t>
            </w:r>
          </w:p>
        </w:tc>
        <w:tc>
          <w:tcPr>
            <w:tcW w:type="dxa" w:w="703"/>
          </w:tcPr>
          <w:p>
            <w:pPr>
              <w:spacing w:after="0"/>
              <w:jc w:val="left"/>
            </w:pPr>
          </w:p>
        </w:tc>
        <w:tc>
          <w:tcPr>
            <w:tcW w:type="dxa" w:w="2808"/>
          </w:tcPr>
          <w:p>
            <w:pPr>
              <w:spacing w:after="0"/>
              <w:jc w:val="left"/>
            </w:pPr>
            <w:r>
              <w:rPr>
                <w:sz w:val="16"/>
              </w:rPr>
              <w:t>B1-c worst recorded: Ice Storm</w:t>
            </w:r>
          </w:p>
        </w:tc>
      </w:tr>
      <w:tr>
        <w:trPr>
          <w:cantSplit/>
        </w:trPr>
        <w:tc>
          <w:tcPr>
            <w:tcW w:type="dxa" w:w="1037"/>
          </w:tcPr>
          <w:p>
            <w:pPr>
              <w:spacing w:after="0"/>
              <w:jc w:val="left"/>
            </w:pPr>
            <w:r>
              <w:rPr>
                <w:sz w:val="16"/>
              </w:rPr>
              <w:t>2011-07-16</w:t>
            </w:r>
          </w:p>
        </w:tc>
        <w:tc>
          <w:tcPr>
            <w:tcW w:type="dxa" w:w="1288"/>
          </w:tcPr>
          <w:p>
            <w:pPr>
              <w:spacing w:after="0"/>
              <w:jc w:val="left"/>
            </w:pPr>
            <w:r>
              <w:rPr>
                <w:sz w:val="16"/>
              </w:rPr>
              <w:t>Excessive Heat</w:t>
            </w:r>
          </w:p>
        </w:tc>
        <w:tc>
          <w:tcPr>
            <w:tcW w:type="dxa" w:w="2628"/>
          </w:tcPr>
          <w:p>
            <w:pPr>
              <w:spacing w:after="0"/>
              <w:jc w:val="left"/>
            </w:pPr>
          </w:p>
        </w:tc>
        <w:tc>
          <w:tcPr>
            <w:tcW w:type="dxa" w:w="2810"/>
          </w:tcPr>
          <w:p>
            <w:pPr>
              <w:spacing w:after="0"/>
              <w:jc w:val="left"/>
            </w:pPr>
            <w:r>
              <w:rPr>
                <w:sz w:val="16"/>
              </w:rPr>
              <w:t>$0 property; $0 crops, reported for the zone (2011 dollars)</w:t>
            </w:r>
          </w:p>
        </w:tc>
        <w:tc>
          <w:tcPr>
            <w:tcW w:type="dxa" w:w="1068"/>
          </w:tcPr>
          <w:p>
            <w:pPr>
              <w:spacing w:after="0"/>
              <w:jc w:val="right"/>
            </w:pPr>
            <w:r>
              <w:rPr>
                <w:sz w:val="16"/>
              </w:rPr>
              <w:t>0, 0</w:t>
            </w:r>
          </w:p>
        </w:tc>
        <w:tc>
          <w:tcPr>
            <w:tcW w:type="dxa" w:w="1770"/>
          </w:tcPr>
          <w:p>
            <w:pPr>
              <w:spacing w:after="0"/>
              <w:jc w:val="left"/>
            </w:pPr>
            <w:r>
              <w:rPr>
                <w:sz w:val="16"/>
              </w:rPr>
              <w:t>NWS zone SDZ020 (CODINGTON), zone-level: may include parts of neighboring counties</w:t>
            </w:r>
          </w:p>
        </w:tc>
        <w:tc>
          <w:tcPr>
            <w:tcW w:type="dxa" w:w="703"/>
          </w:tcPr>
          <w:p>
            <w:pPr>
              <w:spacing w:after="0"/>
              <w:jc w:val="left"/>
            </w:pPr>
          </w:p>
        </w:tc>
        <w:tc>
          <w:tcPr>
            <w:tcW w:type="dxa" w:w="2808"/>
          </w:tcPr>
          <w:p>
            <w:pPr>
              <w:spacing w:after="0"/>
              <w:jc w:val="left"/>
            </w:pPr>
            <w:r>
              <w:rPr>
                <w:sz w:val="16"/>
              </w:rPr>
              <w:t>B1-c worst recorded: Excessive Heat, Heat</w:t>
            </w:r>
          </w:p>
        </w:tc>
      </w:tr>
      <w:tr>
        <w:trPr>
          <w:cantSplit/>
        </w:trPr>
        <w:tc>
          <w:tcPr>
            <w:tcW w:type="dxa" w:w="1037"/>
          </w:tcPr>
          <w:p>
            <w:pPr>
              <w:spacing w:after="0"/>
              <w:jc w:val="left"/>
            </w:pPr>
            <w:r>
              <w:rPr>
                <w:sz w:val="16"/>
              </w:rPr>
              <w:t>1996-03-24</w:t>
            </w:r>
          </w:p>
        </w:tc>
        <w:tc>
          <w:tcPr>
            <w:tcW w:type="dxa" w:w="1288"/>
          </w:tcPr>
          <w:p>
            <w:pPr>
              <w:spacing w:after="0"/>
              <w:jc w:val="left"/>
            </w:pPr>
            <w:r>
              <w:rPr>
                <w:sz w:val="16"/>
              </w:rPr>
              <w:t>Blizzard</w:t>
            </w:r>
          </w:p>
        </w:tc>
        <w:tc>
          <w:tcPr>
            <w:tcW w:type="dxa" w:w="2628"/>
          </w:tcPr>
          <w:p>
            <w:pPr>
              <w:spacing w:after="0"/>
              <w:jc w:val="left"/>
            </w:pPr>
          </w:p>
        </w:tc>
        <w:tc>
          <w:tcPr>
            <w:tcW w:type="dxa" w:w="2810"/>
          </w:tcPr>
          <w:p>
            <w:pPr>
              <w:spacing w:after="0"/>
              <w:jc w:val="left"/>
            </w:pPr>
            <w:r>
              <w:rPr>
                <w:sz w:val="16"/>
              </w:rPr>
              <w:t>$20,000 property; crops not reported, reported for the zone (1996 dollars)</w:t>
            </w:r>
          </w:p>
        </w:tc>
        <w:tc>
          <w:tcPr>
            <w:tcW w:type="dxa" w:w="1068"/>
          </w:tcPr>
          <w:p>
            <w:pPr>
              <w:spacing w:after="0"/>
              <w:jc w:val="right"/>
            </w:pPr>
            <w:r>
              <w:rPr>
                <w:sz w:val="16"/>
              </w:rPr>
              <w:t>0, 0</w:t>
            </w:r>
          </w:p>
        </w:tc>
        <w:tc>
          <w:tcPr>
            <w:tcW w:type="dxa" w:w="1770"/>
          </w:tcPr>
          <w:p>
            <w:pPr>
              <w:spacing w:after="0"/>
              <w:jc w:val="left"/>
            </w:pPr>
            <w:r>
              <w:rPr>
                <w:sz w:val="16"/>
              </w:rPr>
              <w:t>NWS zone SDZ020 (CODINGTON), zone-level: may include parts of neighboring counties</w:t>
            </w:r>
          </w:p>
        </w:tc>
        <w:tc>
          <w:tcPr>
            <w:tcW w:type="dxa" w:w="703"/>
          </w:tcPr>
          <w:p>
            <w:pPr>
              <w:spacing w:after="0"/>
              <w:jc w:val="left"/>
            </w:pPr>
          </w:p>
        </w:tc>
        <w:tc>
          <w:tcPr>
            <w:tcW w:type="dxa" w:w="2808"/>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1996-01-10</w:t>
            </w:r>
          </w:p>
        </w:tc>
        <w:tc>
          <w:tcPr>
            <w:tcW w:type="dxa" w:w="1288"/>
          </w:tcPr>
          <w:p>
            <w:pPr>
              <w:spacing w:after="0"/>
              <w:jc w:val="left"/>
            </w:pPr>
            <w:r>
              <w:rPr>
                <w:sz w:val="16"/>
              </w:rPr>
              <w:t>Ice Storm</w:t>
            </w:r>
          </w:p>
        </w:tc>
        <w:tc>
          <w:tcPr>
            <w:tcW w:type="dxa" w:w="2628"/>
          </w:tcPr>
          <w:p>
            <w:pPr>
              <w:spacing w:after="0"/>
              <w:jc w:val="left"/>
            </w:pPr>
          </w:p>
        </w:tc>
        <w:tc>
          <w:tcPr>
            <w:tcW w:type="dxa" w:w="2810"/>
          </w:tcPr>
          <w:p>
            <w:pPr>
              <w:spacing w:after="0"/>
              <w:jc w:val="left"/>
            </w:pPr>
            <w:r>
              <w:rPr>
                <w:sz w:val="16"/>
              </w:rPr>
              <w:t>$100,000 property; crops not reported, reported for the zone (1996 dollars)</w:t>
            </w:r>
          </w:p>
        </w:tc>
        <w:tc>
          <w:tcPr>
            <w:tcW w:type="dxa" w:w="1068"/>
          </w:tcPr>
          <w:p>
            <w:pPr>
              <w:spacing w:after="0"/>
              <w:jc w:val="right"/>
            </w:pPr>
            <w:r>
              <w:rPr>
                <w:sz w:val="16"/>
              </w:rPr>
              <w:t>3, 1</w:t>
            </w:r>
          </w:p>
        </w:tc>
        <w:tc>
          <w:tcPr>
            <w:tcW w:type="dxa" w:w="1770"/>
          </w:tcPr>
          <w:p>
            <w:pPr>
              <w:spacing w:after="0"/>
              <w:jc w:val="left"/>
            </w:pPr>
            <w:r>
              <w:rPr>
                <w:sz w:val="16"/>
              </w:rPr>
              <w:t>NWS zone SDZ020 (CODINGTON), zone-level: may include parts of neighboring counties</w:t>
            </w:r>
          </w:p>
        </w:tc>
        <w:tc>
          <w:tcPr>
            <w:tcW w:type="dxa" w:w="703"/>
          </w:tcPr>
          <w:p>
            <w:pPr>
              <w:spacing w:after="0"/>
              <w:jc w:val="left"/>
            </w:pPr>
          </w:p>
        </w:tc>
        <w:tc>
          <w:tcPr>
            <w:tcW w:type="dxa" w:w="2808"/>
          </w:tcPr>
          <w:p>
            <w:pPr>
              <w:spacing w:after="0"/>
              <w:jc w:val="left"/>
            </w:pPr>
            <w:r>
              <w:rPr>
                <w:sz w:val="16"/>
              </w:rPr>
              <w:t>deaths or injuries recorded</w:t>
            </w:r>
          </w:p>
        </w:tc>
      </w:tr>
      <w:tr>
        <w:trPr>
          <w:cantSplit/>
        </w:trPr>
        <w:tc>
          <w:tcPr>
            <w:tcW w:type="dxa" w:w="1037"/>
          </w:tcPr>
          <w:p>
            <w:pPr>
              <w:spacing w:after="0"/>
              <w:jc w:val="left"/>
            </w:pPr>
            <w:r>
              <w:rPr>
                <w:sz w:val="16"/>
              </w:rPr>
              <w:t>1984-05-12</w:t>
            </w:r>
          </w:p>
        </w:tc>
        <w:tc>
          <w:tcPr>
            <w:tcW w:type="dxa" w:w="1288"/>
          </w:tcPr>
          <w:p>
            <w:pPr>
              <w:spacing w:after="0"/>
              <w:jc w:val="left"/>
            </w:pPr>
            <w:r>
              <w:rPr>
                <w:sz w:val="16"/>
              </w:rPr>
              <w:t>Tornado</w:t>
            </w:r>
          </w:p>
        </w:tc>
        <w:tc>
          <w:tcPr>
            <w:tcW w:type="dxa" w:w="2628"/>
          </w:tcPr>
          <w:p>
            <w:pPr>
              <w:spacing w:after="0"/>
              <w:jc w:val="left"/>
            </w:pPr>
            <w:r>
              <w:rPr>
                <w:sz w:val="16"/>
              </w:rPr>
              <w:t>F3, 13 mi path length (records before 1996 may include the whole path; rating and listing come from the county where the tornado began), 1,320 yd wide</w:t>
            </w:r>
          </w:p>
        </w:tc>
        <w:tc>
          <w:tcPr>
            <w:tcW w:type="dxa" w:w="2810"/>
          </w:tcPr>
          <w:p>
            <w:pPr>
              <w:spacing w:after="0"/>
              <w:jc w:val="left"/>
            </w:pPr>
            <w:r>
              <w:rPr>
                <w:sz w:val="16"/>
              </w:rPr>
              <w:t>$2,500,000 property; crops not recorded (1984 dollars)</w:t>
            </w:r>
          </w:p>
        </w:tc>
        <w:tc>
          <w:tcPr>
            <w:tcW w:type="dxa" w:w="1068"/>
          </w:tcPr>
          <w:p>
            <w:pPr>
              <w:spacing w:after="0"/>
              <w:jc w:val="right"/>
            </w:pPr>
            <w:r>
              <w:rPr>
                <w:sz w:val="16"/>
              </w:rPr>
              <w:t>0, 0</w:t>
            </w:r>
          </w:p>
        </w:tc>
        <w:tc>
          <w:tcPr>
            <w:tcW w:type="dxa" w:w="1770"/>
          </w:tcPr>
          <w:p>
            <w:pPr>
              <w:spacing w:after="0"/>
              <w:jc w:val="left"/>
            </w:pPr>
            <w:r>
              <w:rPr>
                <w:sz w:val="16"/>
              </w:rPr>
              <w:t>location not recorded</w:t>
            </w:r>
          </w:p>
        </w:tc>
        <w:tc>
          <w:tcPr>
            <w:tcW w:type="dxa" w:w="703"/>
          </w:tcPr>
          <w:p>
            <w:pPr>
              <w:spacing w:after="0"/>
              <w:jc w:val="left"/>
            </w:pPr>
          </w:p>
        </w:tc>
        <w:tc>
          <w:tcPr>
            <w:tcW w:type="dxa" w:w="2808"/>
          </w:tcPr>
          <w:p>
            <w:pPr>
              <w:spacing w:after="0"/>
              <w:jc w:val="left"/>
            </w:pPr>
            <w:r>
              <w:rPr>
                <w:sz w:val="16"/>
              </w:rPr>
              <w:t>B1-c worst recorded: Tornado</w:t>
            </w:r>
          </w:p>
        </w:tc>
      </w:tr>
      <w:tr>
        <w:trPr>
          <w:cantSplit/>
        </w:trPr>
        <w:tc>
          <w:tcPr>
            <w:tcW w:type="dxa" w:w="1037"/>
          </w:tcPr>
          <w:p>
            <w:pPr>
              <w:spacing w:after="0"/>
              <w:jc w:val="left"/>
            </w:pPr>
            <w:r>
              <w:rPr>
                <w:sz w:val="16"/>
              </w:rPr>
              <w:t>1963-07-06</w:t>
            </w:r>
          </w:p>
        </w:tc>
        <w:tc>
          <w:tcPr>
            <w:tcW w:type="dxa" w:w="1288"/>
          </w:tcPr>
          <w:p>
            <w:pPr>
              <w:spacing w:after="0"/>
              <w:jc w:val="left"/>
            </w:pPr>
            <w:r>
              <w:rPr>
                <w:sz w:val="16"/>
              </w:rPr>
              <w:t>Thunderstorm Wind</w:t>
            </w:r>
          </w:p>
        </w:tc>
        <w:tc>
          <w:tcPr>
            <w:tcW w:type="dxa" w:w="2628"/>
          </w:tcPr>
          <w:p>
            <w:pPr>
              <w:spacing w:after="0"/>
              <w:jc w:val="left"/>
            </w:pPr>
            <w:r>
              <w:rPr>
                <w:sz w:val="16"/>
              </w:rPr>
              <w:t>95 kt (109 mph), measurement type not recorded</w:t>
            </w:r>
          </w:p>
        </w:tc>
        <w:tc>
          <w:tcPr>
            <w:tcW w:type="dxa" w:w="2810"/>
          </w:tcPr>
          <w:p>
            <w:pPr>
              <w:spacing w:after="0"/>
              <w:jc w:val="left"/>
            </w:pPr>
            <w:r>
              <w:rPr>
                <w:sz w:val="16"/>
              </w:rPr>
              <w:t>damage not recorded (pre-1996 record)</w:t>
            </w:r>
          </w:p>
        </w:tc>
        <w:tc>
          <w:tcPr>
            <w:tcW w:type="dxa" w:w="1068"/>
          </w:tcPr>
          <w:p>
            <w:pPr>
              <w:spacing w:after="0"/>
              <w:jc w:val="right"/>
            </w:pPr>
            <w:r>
              <w:rPr>
                <w:sz w:val="16"/>
              </w:rPr>
              <w:t>0, 0</w:t>
            </w:r>
          </w:p>
        </w:tc>
        <w:tc>
          <w:tcPr>
            <w:tcW w:type="dxa" w:w="1770"/>
          </w:tcPr>
          <w:p>
            <w:pPr>
              <w:spacing w:after="0"/>
              <w:jc w:val="left"/>
            </w:pPr>
            <w:r>
              <w:rPr>
                <w:sz w:val="16"/>
              </w:rPr>
              <w:t>location not recorded</w:t>
            </w:r>
          </w:p>
        </w:tc>
        <w:tc>
          <w:tcPr>
            <w:tcW w:type="dxa" w:w="703"/>
          </w:tcPr>
          <w:p>
            <w:pPr>
              <w:spacing w:after="0"/>
              <w:jc w:val="left"/>
            </w:pPr>
          </w:p>
        </w:tc>
        <w:tc>
          <w:tcPr>
            <w:tcW w:type="dxa" w:w="2808"/>
          </w:tcPr>
          <w:p>
            <w:pPr>
              <w:spacing w:after="0"/>
              <w:jc w:val="left"/>
            </w:pPr>
            <w:r>
              <w:rPr>
                <w:sz w:val="16"/>
              </w:rPr>
              <w:t>B1-c worst recorded: Thunderstorm Wind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(769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58"/>
        <w:gridCol w:w="1475"/>
        <w:gridCol w:w="1608"/>
        <w:gridCol w:w="1037"/>
        <w:gridCol w:w="1782"/>
        <w:gridCol w:w="1531"/>
        <w:gridCol w:w="1540"/>
        <w:gridCol w:w="1037"/>
        <w:gridCol w:w="1808"/>
      </w:tblGrid>
      <w:tr>
        <w:trPr>
          <w:cantSplit/>
          <w:tblHeader/>
        </w:trPr>
        <w:tc>
          <w:tcPr>
            <w:tcW w:type="dxa" w:w="1037"/>
            <w:shd w:val="clear" w:color="auto" w:fill="E8E8E8"/>
          </w:tcPr>
          <w:p>
            <w:pPr>
              <w:spacing w:after="0"/>
              <w:jc w:val="left"/>
            </w:pPr>
            <w:r>
              <w:rPr>
                <w:b/>
                <w:sz w:val="16"/>
              </w:rPr>
              <w:t>Hazard</w:t>
            </w:r>
          </w:p>
        </w:tc>
        <w:tc>
          <w:tcPr>
            <w:tcW w:type="dxa" w:w="1258"/>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75"/>
            <w:shd w:val="clear" w:color="auto" w:fill="E8E8E8"/>
          </w:tcPr>
          <w:p>
            <w:pPr>
              <w:spacing w:after="0"/>
              <w:jc w:val="left"/>
            </w:pPr>
            <w:r>
              <w:rPr>
                <w:b/>
                <w:sz w:val="16"/>
              </w:rPr>
              <w:t>Unit</w:t>
            </w:r>
          </w:p>
        </w:tc>
        <w:tc>
          <w:tcPr>
            <w:tcW w:type="dxa" w:w="1608"/>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82"/>
            <w:shd w:val="clear" w:color="auto" w:fill="E8E8E8"/>
          </w:tcPr>
          <w:p>
            <w:pPr>
              <w:spacing w:after="0"/>
              <w:jc w:val="left"/>
            </w:pPr>
            <w:r>
              <w:rPr>
                <w:b/>
                <w:sz w:val="16"/>
              </w:rPr>
              <w:t>Descriptor basis</w:t>
            </w:r>
          </w:p>
        </w:tc>
        <w:tc>
          <w:tcPr>
            <w:tcW w:type="dxa" w:w="1531"/>
            <w:shd w:val="clear" w:color="auto" w:fill="E8E8E8"/>
          </w:tcPr>
          <w:p>
            <w:pPr>
              <w:spacing w:after="0"/>
              <w:jc w:val="right"/>
            </w:pPr>
            <w:r>
              <w:rPr>
                <w:b/>
                <w:sz w:val="16"/>
              </w:rPr>
              <w:t>NRI events or days in its record period (hail, wind and tornado are area-weighted, so can be fractional)</w:t>
            </w:r>
          </w:p>
        </w:tc>
        <w:tc>
          <w:tcPr>
            <w:tcW w:type="dxa" w:w="1540"/>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0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58"/>
          </w:tcPr>
          <w:p>
            <w:pPr>
              <w:spacing w:after="0"/>
              <w:jc w:val="right"/>
            </w:pPr>
          </w:p>
        </w:tc>
        <w:tc>
          <w:tcPr>
            <w:tcW w:type="dxa" w:w="1475"/>
          </w:tcPr>
          <w:p>
            <w:pPr>
              <w:spacing w:after="0"/>
              <w:jc w:val="left"/>
            </w:pPr>
            <w:r>
              <w:rPr>
                <w:sz w:val="16"/>
              </w:rPr>
              <w:t>events per year</w:t>
            </w:r>
          </w:p>
        </w:tc>
        <w:tc>
          <w:tcPr>
            <w:tcW w:type="dxa" w:w="1608"/>
          </w:tcPr>
          <w:p>
            <w:pPr>
              <w:spacing w:after="0"/>
              <w:jc w:val="left"/>
            </w:pPr>
          </w:p>
        </w:tc>
        <w:tc>
          <w:tcPr>
            <w:tcW w:type="dxa" w:w="1037"/>
          </w:tcPr>
          <w:p>
            <w:pPr>
              <w:spacing w:after="0"/>
              <w:jc w:val="left"/>
            </w:pPr>
          </w:p>
        </w:tc>
        <w:tc>
          <w:tcPr>
            <w:tcW w:type="dxa" w:w="1782"/>
          </w:tcPr>
          <w:p>
            <w:pPr>
              <w:spacing w:after="0"/>
              <w:jc w:val="left"/>
            </w:pPr>
          </w:p>
        </w:tc>
        <w:tc>
          <w:tcPr>
            <w:tcW w:type="dxa" w:w="1531"/>
          </w:tcPr>
          <w:p>
            <w:pPr>
              <w:spacing w:after="0"/>
              <w:jc w:val="right"/>
            </w:pPr>
          </w:p>
        </w:tc>
        <w:tc>
          <w:tcPr>
            <w:tcW w:type="dxa" w:w="1540"/>
          </w:tcPr>
          <w:p>
            <w:pPr>
              <w:spacing w:after="0"/>
              <w:jc w:val="left"/>
            </w:pPr>
            <w:r>
              <w:rPr>
                <w:sz w:val="16"/>
              </w:rPr>
              <w:t>1994 to 2023 (30 years)</w:t>
            </w:r>
          </w:p>
        </w:tc>
        <w:tc>
          <w:tcPr>
            <w:tcW w:type="dxa" w:w="1037"/>
          </w:tcPr>
          <w:p>
            <w:pPr>
              <w:spacing w:after="0"/>
              <w:jc w:val="left"/>
            </w:pPr>
            <w:r>
              <w:rPr>
                <w:sz w:val="16"/>
              </w:rPr>
              <w:t>see B1-f</w:t>
            </w:r>
          </w:p>
        </w:tc>
        <w:tc>
          <w:tcPr>
            <w:tcW w:type="dxa" w:w="1808"/>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58"/>
          </w:tcPr>
          <w:p>
            <w:pPr>
              <w:spacing w:after="0"/>
              <w:jc w:val="right"/>
            </w:pPr>
          </w:p>
        </w:tc>
        <w:tc>
          <w:tcPr>
            <w:tcW w:type="dxa" w:w="1475"/>
          </w:tcPr>
          <w:p>
            <w:pPr>
              <w:spacing w:after="0"/>
              <w:jc w:val="left"/>
            </w:pPr>
            <w:r>
              <w:rPr>
                <w:sz w:val="16"/>
              </w:rPr>
              <w:t>events per year at a location (modeled)</w:t>
            </w:r>
          </w:p>
        </w:tc>
        <w:tc>
          <w:tcPr>
            <w:tcW w:type="dxa" w:w="1608"/>
          </w:tcPr>
          <w:p>
            <w:pPr>
              <w:spacing w:after="0"/>
              <w:jc w:val="left"/>
            </w:pPr>
          </w:p>
        </w:tc>
        <w:tc>
          <w:tcPr>
            <w:tcW w:type="dxa" w:w="1037"/>
          </w:tcPr>
          <w:p>
            <w:pPr>
              <w:spacing w:after="0"/>
              <w:jc w:val="left"/>
            </w:pPr>
          </w:p>
        </w:tc>
        <w:tc>
          <w:tcPr>
            <w:tcW w:type="dxa" w:w="1782"/>
          </w:tcPr>
          <w:p>
            <w:pPr>
              <w:spacing w:after="0"/>
              <w:jc w:val="left"/>
            </w:pPr>
          </w:p>
        </w:tc>
        <w:tc>
          <w:tcPr>
            <w:tcW w:type="dxa" w:w="1531"/>
          </w:tcPr>
          <w:p>
            <w:pPr>
              <w:spacing w:after="0"/>
              <w:jc w:val="right"/>
            </w:pPr>
            <w:r>
              <w:rPr>
                <w:sz w:val="16"/>
              </w:rPr>
              <w:t>not shown</w:t>
            </w:r>
          </w:p>
        </w:tc>
        <w:tc>
          <w:tcPr>
            <w:tcW w:type="dxa" w:w="1540"/>
          </w:tcPr>
          <w:p>
            <w:pPr>
              <w:spacing w:after="0"/>
              <w:jc w:val="left"/>
            </w:pPr>
            <w:r>
              <w:rPr>
                <w:sz w:val="16"/>
              </w:rPr>
              <w:t>modeled</w:t>
            </w:r>
          </w:p>
        </w:tc>
        <w:tc>
          <w:tcPr>
            <w:tcW w:type="dxa" w:w="1037"/>
          </w:tcPr>
          <w:p>
            <w:pPr>
              <w:spacing w:after="0"/>
              <w:jc w:val="left"/>
            </w:pPr>
            <w:r>
              <w:rPr>
                <w:sz w:val="16"/>
              </w:rPr>
              <w:t>see B1-f</w:t>
            </w:r>
          </w:p>
        </w:tc>
        <w:tc>
          <w:tcPr>
            <w:tcW w:type="dxa" w:w="1808"/>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58"/>
          </w:tcPr>
          <w:p>
            <w:pPr>
              <w:spacing w:after="0"/>
              <w:jc w:val="right"/>
            </w:pPr>
            <w:r>
              <w:rPr>
                <w:sz w:val="16"/>
              </w:rPr>
              <w:t>13.4</w:t>
            </w:r>
          </w:p>
        </w:tc>
        <w:tc>
          <w:tcPr>
            <w:tcW w:type="dxa" w:w="1475"/>
          </w:tcPr>
          <w:p>
            <w:pPr>
              <w:spacing w:after="0"/>
              <w:jc w:val="left"/>
            </w:pPr>
            <w:r>
              <w:rPr>
                <w:sz w:val="16"/>
              </w:rPr>
              <w:t>event-days per year</w:t>
            </w:r>
          </w:p>
        </w:tc>
        <w:tc>
          <w:tcPr>
            <w:tcW w:type="dxa" w:w="1608"/>
          </w:tcPr>
          <w:p>
            <w:pPr>
              <w:spacing w:after="0"/>
              <w:jc w:val="left"/>
            </w:pPr>
            <w:r>
              <w:rPr>
                <w:sz w:val="16"/>
              </w:rPr>
              <w:t>about 13.4 days per year</w:t>
            </w:r>
          </w:p>
        </w:tc>
        <w:tc>
          <w:tcPr>
            <w:tcW w:type="dxa" w:w="1037"/>
          </w:tcPr>
          <w:p>
            <w:pPr>
              <w:spacing w:after="0"/>
              <w:jc w:val="left"/>
            </w:pPr>
            <w:r>
              <w:rPr>
                <w:sz w:val="16"/>
              </w:rPr>
              <w:t>Likely</w:t>
            </w:r>
          </w:p>
        </w:tc>
        <w:tc>
          <w:tcPr>
            <w:tcW w:type="dxa" w:w="1782"/>
          </w:tcPr>
          <w:p>
            <w:pPr>
              <w:spacing w:after="0"/>
              <w:jc w:val="left"/>
            </w:pPr>
            <w:r>
              <w:rPr>
                <w:sz w:val="16"/>
              </w:rPr>
              <w:t>event-days in 20 of 30 years, 1996 to 2025 (66.7%)</w:t>
            </w:r>
          </w:p>
        </w:tc>
        <w:tc>
          <w:tcPr>
            <w:tcW w:type="dxa" w:w="1531"/>
          </w:tcPr>
          <w:p>
            <w:pPr>
              <w:spacing w:after="0"/>
              <w:jc w:val="right"/>
            </w:pPr>
            <w:r>
              <w:rPr>
                <w:sz w:val="16"/>
              </w:rPr>
              <w:t>254</w:t>
            </w:r>
          </w:p>
        </w:tc>
        <w:tc>
          <w:tcPr>
            <w:tcW w:type="dxa" w:w="1540"/>
          </w:tcPr>
          <w:p>
            <w:pPr>
              <w:spacing w:after="0"/>
              <w:jc w:val="left"/>
            </w:pPr>
            <w:r>
              <w:rPr>
                <w:sz w:val="16"/>
              </w:rPr>
              <w:t>2005-11-12 to 2024-11-12 (19 years)</w:t>
            </w:r>
          </w:p>
        </w:tc>
        <w:tc>
          <w:tcPr>
            <w:tcW w:type="dxa" w:w="1037"/>
          </w:tcPr>
          <w:p>
            <w:pPr>
              <w:spacing w:after="0"/>
              <w:jc w:val="left"/>
            </w:pPr>
            <w:r>
              <w:rPr>
                <w:sz w:val="16"/>
              </w:rPr>
              <w:t>countywide</w:t>
            </w:r>
          </w:p>
        </w:tc>
        <w:tc>
          <w:tcPr>
            <w:tcW w:type="dxa" w:w="1808"/>
          </w:tcPr>
          <w:p>
            <w:pPr>
              <w:spacing w:after="0"/>
              <w:jc w:val="left"/>
            </w:pPr>
            <w:r>
              <w:rPr>
                <w:sz w:val="16"/>
              </w:rPr>
              <w:t>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58"/>
          </w:tcPr>
          <w:p>
            <w:pPr>
              <w:spacing w:after="0"/>
              <w:jc w:val="right"/>
            </w:pPr>
            <w:r>
              <w:rPr>
                <w:sz w:val="16"/>
              </w:rPr>
              <w:t>4.43</w:t>
            </w:r>
          </w:p>
        </w:tc>
        <w:tc>
          <w:tcPr>
            <w:tcW w:type="dxa" w:w="1475"/>
          </w:tcPr>
          <w:p>
            <w:pPr>
              <w:spacing w:after="0"/>
              <w:jc w:val="left"/>
            </w:pPr>
            <w:r>
              <w:rPr>
                <w:sz w:val="16"/>
              </w:rPr>
              <w:t>event-days per year</w:t>
            </w:r>
          </w:p>
        </w:tc>
        <w:tc>
          <w:tcPr>
            <w:tcW w:type="dxa" w:w="1608"/>
          </w:tcPr>
          <w:p>
            <w:pPr>
              <w:spacing w:after="0"/>
              <w:jc w:val="left"/>
            </w:pPr>
            <w:r>
              <w:rPr>
                <w:sz w:val="16"/>
              </w:rPr>
              <w:t>about 4.43 days per year</w:t>
            </w:r>
          </w:p>
        </w:tc>
        <w:tc>
          <w:tcPr>
            <w:tcW w:type="dxa" w:w="1037"/>
          </w:tcPr>
          <w:p>
            <w:pPr>
              <w:spacing w:after="0"/>
              <w:jc w:val="left"/>
            </w:pPr>
            <w:r>
              <w:rPr>
                <w:sz w:val="16"/>
              </w:rPr>
              <w:t>Likely</w:t>
            </w:r>
          </w:p>
        </w:tc>
        <w:tc>
          <w:tcPr>
            <w:tcW w:type="dxa" w:w="1782"/>
          </w:tcPr>
          <w:p>
            <w:pPr>
              <w:spacing w:after="0"/>
              <w:jc w:val="left"/>
            </w:pPr>
            <w:r>
              <w:rPr>
                <w:sz w:val="16"/>
              </w:rPr>
              <w:t>event-days in 9 of 30 years, 1996 to 2025 (30%)</w:t>
            </w:r>
          </w:p>
        </w:tc>
        <w:tc>
          <w:tcPr>
            <w:tcW w:type="dxa" w:w="1531"/>
          </w:tcPr>
          <w:p>
            <w:pPr>
              <w:spacing w:after="0"/>
              <w:jc w:val="right"/>
            </w:pPr>
            <w:r>
              <w:rPr>
                <w:sz w:val="16"/>
              </w:rPr>
              <w:t>112</w:t>
            </w:r>
          </w:p>
        </w:tc>
        <w:tc>
          <w:tcPr>
            <w:tcW w:type="dxa" w:w="1540"/>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08"/>
          </w:tcPr>
          <w:p>
            <w:pPr>
              <w:spacing w:after="0"/>
              <w:jc w:val="left"/>
            </w:pPr>
            <w:r>
              <w:rPr>
                <w:sz w:val="16"/>
              </w:rPr>
              <w:t>NRI gives about 4.43 drought event-days a year here (its annualized frequency over 25.25 years; not its event count divided by the years), but Storm Events has a record in only 9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58"/>
          </w:tcPr>
          <w:p>
            <w:pPr>
              <w:spacing w:after="0"/>
              <w:jc w:val="right"/>
            </w:pPr>
            <w:r>
              <w:rPr>
                <w:sz w:val="16"/>
              </w:rPr>
              <w:t>0.000228</w:t>
            </w:r>
          </w:p>
        </w:tc>
        <w:tc>
          <w:tcPr>
            <w:tcW w:type="dxa" w:w="1475"/>
          </w:tcPr>
          <w:p>
            <w:pPr>
              <w:spacing w:after="0"/>
              <w:jc w:val="left"/>
            </w:pPr>
            <w:r>
              <w:rPr>
                <w:sz w:val="16"/>
              </w:rPr>
              <w:t>annual probability at a location</w:t>
            </w:r>
          </w:p>
        </w:tc>
        <w:tc>
          <w:tcPr>
            <w:tcW w:type="dxa" w:w="1608"/>
          </w:tcPr>
          <w:p>
            <w:pPr>
              <w:spacing w:after="0"/>
              <w:jc w:val="left"/>
            </w:pPr>
            <w:r>
              <w:rPr>
                <w:sz w:val="16"/>
              </w:rPr>
              <w:t>chance a given location in the county has at least minor-damage shaking in a year: 0.0228%</w:t>
            </w:r>
          </w:p>
        </w:tc>
        <w:tc>
          <w:tcPr>
            <w:tcW w:type="dxa" w:w="1037"/>
          </w:tcPr>
          <w:p>
            <w:pPr>
              <w:spacing w:after="0"/>
              <w:jc w:val="left"/>
            </w:pPr>
          </w:p>
        </w:tc>
        <w:tc>
          <w:tcPr>
            <w:tcW w:type="dxa" w:w="1782"/>
          </w:tcPr>
          <w:p>
            <w:pPr>
              <w:spacing w:after="0"/>
              <w:jc w:val="left"/>
            </w:pPr>
          </w:p>
        </w:tc>
        <w:tc>
          <w:tcPr>
            <w:tcW w:type="dxa" w:w="1531"/>
          </w:tcPr>
          <w:p>
            <w:pPr>
              <w:spacing w:after="0"/>
              <w:jc w:val="right"/>
            </w:pPr>
            <w:r>
              <w:rPr>
                <w:sz w:val="16"/>
              </w:rPr>
              <w:t>not shown</w:t>
            </w:r>
          </w:p>
        </w:tc>
        <w:tc>
          <w:tcPr>
            <w:tcW w:type="dxa" w:w="1540"/>
          </w:tcPr>
          <w:p>
            <w:pPr>
              <w:spacing w:after="0"/>
              <w:jc w:val="left"/>
            </w:pPr>
            <w:r>
              <w:rPr>
                <w:sz w:val="16"/>
              </w:rPr>
              <w:t>modeled</w:t>
            </w:r>
          </w:p>
        </w:tc>
        <w:tc>
          <w:tcPr>
            <w:tcW w:type="dxa" w:w="1037"/>
          </w:tcPr>
          <w:p>
            <w:pPr>
              <w:spacing w:after="0"/>
              <w:jc w:val="left"/>
            </w:pPr>
            <w:r>
              <w:rPr>
                <w:sz w:val="16"/>
              </w:rPr>
              <w:t>see B1-f</w:t>
            </w:r>
          </w:p>
        </w:tc>
        <w:tc>
          <w:tcPr>
            <w:tcW w:type="dxa" w:w="1808"/>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58"/>
          </w:tcPr>
          <w:p>
            <w:pPr>
              <w:spacing w:after="0"/>
              <w:jc w:val="right"/>
            </w:pPr>
            <w:r>
              <w:rPr>
                <w:sz w:val="16"/>
              </w:rPr>
              <w:t>4.1</w:t>
            </w:r>
          </w:p>
        </w:tc>
        <w:tc>
          <w:tcPr>
            <w:tcW w:type="dxa" w:w="1475"/>
          </w:tcPr>
          <w:p>
            <w:pPr>
              <w:spacing w:after="0"/>
              <w:jc w:val="left"/>
            </w:pPr>
            <w:r>
              <w:rPr>
                <w:sz w:val="16"/>
              </w:rPr>
              <w:t>events per year</w:t>
            </w:r>
          </w:p>
        </w:tc>
        <w:tc>
          <w:tcPr>
            <w:tcW w:type="dxa" w:w="1608"/>
          </w:tcPr>
          <w:p>
            <w:pPr>
              <w:spacing w:after="0"/>
              <w:jc w:val="left"/>
            </w:pPr>
            <w:r>
              <w:rPr>
                <w:sz w:val="16"/>
              </w:rPr>
              <w:t>about 4.1 per year</w:t>
            </w:r>
          </w:p>
        </w:tc>
        <w:tc>
          <w:tcPr>
            <w:tcW w:type="dxa" w:w="1037"/>
          </w:tcPr>
          <w:p>
            <w:pPr>
              <w:spacing w:after="0"/>
              <w:jc w:val="left"/>
            </w:pPr>
            <w:r>
              <w:rPr>
                <w:sz w:val="16"/>
              </w:rPr>
              <w:t>Highly likely</w:t>
            </w:r>
          </w:p>
        </w:tc>
        <w:tc>
          <w:tcPr>
            <w:tcW w:type="dxa" w:w="1782"/>
          </w:tcPr>
          <w:p>
            <w:pPr>
              <w:spacing w:after="0"/>
              <w:jc w:val="left"/>
            </w:pPr>
            <w:r>
              <w:rPr>
                <w:sz w:val="16"/>
              </w:rPr>
              <w:t>FEMA annualized frequency (modeled)</w:t>
            </w:r>
          </w:p>
        </w:tc>
        <w:tc>
          <w:tcPr>
            <w:tcW w:type="dxa" w:w="1531"/>
          </w:tcPr>
          <w:p>
            <w:pPr>
              <w:spacing w:after="0"/>
              <w:jc w:val="right"/>
            </w:pPr>
            <w:r>
              <w:rPr>
                <w:sz w:val="16"/>
              </w:rPr>
              <w:t>156.0 (modeled)</w:t>
            </w:r>
          </w:p>
        </w:tc>
        <w:tc>
          <w:tcPr>
            <w:tcW w:type="dxa" w:w="1540"/>
          </w:tcPr>
          <w:p>
            <w:pPr>
              <w:spacing w:after="0"/>
              <w:jc w:val="left"/>
            </w:pPr>
            <w:r>
              <w:rPr>
                <w:sz w:val="16"/>
              </w:rPr>
              <w:t>1986 to 2023 (38 years)</w:t>
            </w:r>
          </w:p>
        </w:tc>
        <w:tc>
          <w:tcPr>
            <w:tcW w:type="dxa" w:w="1037"/>
          </w:tcPr>
          <w:p>
            <w:pPr>
              <w:spacing w:after="0"/>
              <w:jc w:val="left"/>
            </w:pPr>
            <w:r>
              <w:rPr>
                <w:sz w:val="16"/>
              </w:rPr>
              <w:t>countywide</w:t>
            </w:r>
          </w:p>
        </w:tc>
        <w:tc>
          <w:tcPr>
            <w:tcW w:type="dxa" w:w="1808"/>
          </w:tcPr>
          <w:p>
            <w:pPr>
              <w:spacing w:after="0"/>
              <w:jc w:val="left"/>
            </w:pPr>
          </w:p>
        </w:tc>
      </w:tr>
      <w:tr>
        <w:trPr>
          <w:cantSplit/>
        </w:trPr>
        <w:tc>
          <w:tcPr>
            <w:tcW w:type="dxa" w:w="1037"/>
          </w:tcPr>
          <w:p>
            <w:pPr>
              <w:spacing w:after="0"/>
              <w:jc w:val="left"/>
            </w:pPr>
            <w:r>
              <w:rPr>
                <w:sz w:val="16"/>
              </w:rPr>
              <w:t>Heat Wave</w:t>
            </w:r>
          </w:p>
        </w:tc>
        <w:tc>
          <w:tcPr>
            <w:tcW w:type="dxa" w:w="1258"/>
          </w:tcPr>
          <w:p>
            <w:pPr>
              <w:spacing w:after="0"/>
              <w:jc w:val="right"/>
            </w:pPr>
            <w:r>
              <w:rPr>
                <w:sz w:val="16"/>
              </w:rPr>
              <w:t>2.63</w:t>
            </w:r>
          </w:p>
        </w:tc>
        <w:tc>
          <w:tcPr>
            <w:tcW w:type="dxa" w:w="1475"/>
          </w:tcPr>
          <w:p>
            <w:pPr>
              <w:spacing w:after="0"/>
              <w:jc w:val="left"/>
            </w:pPr>
            <w:r>
              <w:rPr>
                <w:sz w:val="16"/>
              </w:rPr>
              <w:t>event-days per year</w:t>
            </w:r>
          </w:p>
        </w:tc>
        <w:tc>
          <w:tcPr>
            <w:tcW w:type="dxa" w:w="1608"/>
          </w:tcPr>
          <w:p>
            <w:pPr>
              <w:spacing w:after="0"/>
              <w:jc w:val="left"/>
            </w:pPr>
            <w:r>
              <w:rPr>
                <w:sz w:val="16"/>
              </w:rPr>
              <w:t>about 2.63 days per year</w:t>
            </w:r>
          </w:p>
        </w:tc>
        <w:tc>
          <w:tcPr>
            <w:tcW w:type="dxa" w:w="1037"/>
          </w:tcPr>
          <w:p>
            <w:pPr>
              <w:spacing w:after="0"/>
              <w:jc w:val="left"/>
            </w:pPr>
            <w:r>
              <w:rPr>
                <w:sz w:val="16"/>
              </w:rPr>
              <w:t>Likely</w:t>
            </w:r>
          </w:p>
        </w:tc>
        <w:tc>
          <w:tcPr>
            <w:tcW w:type="dxa" w:w="1782"/>
          </w:tcPr>
          <w:p>
            <w:pPr>
              <w:spacing w:after="0"/>
              <w:jc w:val="left"/>
            </w:pPr>
            <w:r>
              <w:rPr>
                <w:sz w:val="16"/>
              </w:rPr>
              <w:t>event-days in 6 of 30 years, 1996 to 2025 (20%)</w:t>
            </w:r>
          </w:p>
        </w:tc>
        <w:tc>
          <w:tcPr>
            <w:tcW w:type="dxa" w:w="1531"/>
          </w:tcPr>
          <w:p>
            <w:pPr>
              <w:spacing w:after="0"/>
              <w:jc w:val="right"/>
            </w:pPr>
            <w:r>
              <w:rPr>
                <w:sz w:val="16"/>
              </w:rPr>
              <w:t>40</w:t>
            </w:r>
          </w:p>
        </w:tc>
        <w:tc>
          <w:tcPr>
            <w:tcW w:type="dxa" w:w="1540"/>
          </w:tcPr>
          <w:p>
            <w:pPr>
              <w:spacing w:after="0"/>
              <w:jc w:val="left"/>
            </w:pPr>
            <w:r>
              <w:rPr>
                <w:sz w:val="16"/>
              </w:rPr>
              <w:t>2005-11-12 to 2024-11-12 (19 years)</w:t>
            </w:r>
          </w:p>
        </w:tc>
        <w:tc>
          <w:tcPr>
            <w:tcW w:type="dxa" w:w="1037"/>
          </w:tcPr>
          <w:p>
            <w:pPr>
              <w:spacing w:after="0"/>
              <w:jc w:val="left"/>
            </w:pPr>
            <w:r>
              <w:rPr>
                <w:sz w:val="16"/>
              </w:rPr>
              <w:t>countywide</w:t>
            </w:r>
          </w:p>
        </w:tc>
        <w:tc>
          <w:tcPr>
            <w:tcW w:type="dxa" w:w="1808"/>
          </w:tcPr>
          <w:p>
            <w:pPr>
              <w:spacing w:after="0"/>
              <w:jc w:val="left"/>
            </w:pPr>
            <w:r>
              <w:rPr>
                <w:sz w:val="16"/>
              </w:rPr>
              <w:t>NRI gives about 2.63 heat wave event-days a year here (its annualized frequency over 19 years; not its event count divided by the years), but Storm Events has a record in only 6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58"/>
          </w:tcPr>
          <w:p>
            <w:pPr>
              <w:spacing w:after="0"/>
              <w:jc w:val="right"/>
            </w:pPr>
          </w:p>
        </w:tc>
        <w:tc>
          <w:tcPr>
            <w:tcW w:type="dxa" w:w="1475"/>
          </w:tcPr>
          <w:p>
            <w:pPr>
              <w:spacing w:after="0"/>
              <w:jc w:val="left"/>
            </w:pPr>
            <w:r>
              <w:rPr>
                <w:sz w:val="16"/>
              </w:rPr>
              <w:t>events per year</w:t>
            </w:r>
          </w:p>
        </w:tc>
        <w:tc>
          <w:tcPr>
            <w:tcW w:type="dxa" w:w="1608"/>
          </w:tcPr>
          <w:p>
            <w:pPr>
              <w:spacing w:after="0"/>
              <w:jc w:val="left"/>
            </w:pPr>
          </w:p>
        </w:tc>
        <w:tc>
          <w:tcPr>
            <w:tcW w:type="dxa" w:w="1037"/>
          </w:tcPr>
          <w:p>
            <w:pPr>
              <w:spacing w:after="0"/>
              <w:jc w:val="left"/>
            </w:pPr>
          </w:p>
        </w:tc>
        <w:tc>
          <w:tcPr>
            <w:tcW w:type="dxa" w:w="1782"/>
          </w:tcPr>
          <w:p>
            <w:pPr>
              <w:spacing w:after="0"/>
              <w:jc w:val="left"/>
            </w:pPr>
          </w:p>
        </w:tc>
        <w:tc>
          <w:tcPr>
            <w:tcW w:type="dxa" w:w="1531"/>
          </w:tcPr>
          <w:p>
            <w:pPr>
              <w:spacing w:after="0"/>
              <w:jc w:val="right"/>
            </w:pPr>
          </w:p>
        </w:tc>
        <w:tc>
          <w:tcPr>
            <w:tcW w:type="dxa" w:w="1540"/>
          </w:tcPr>
          <w:p>
            <w:pPr>
              <w:spacing w:after="0"/>
              <w:jc w:val="left"/>
            </w:pPr>
            <w:r>
              <w:rPr>
                <w:sz w:val="16"/>
              </w:rPr>
              <w:t>1851 to 2024 (Atlantic)</w:t>
            </w:r>
          </w:p>
        </w:tc>
        <w:tc>
          <w:tcPr>
            <w:tcW w:type="dxa" w:w="1037"/>
          </w:tcPr>
          <w:p>
            <w:pPr>
              <w:spacing w:after="0"/>
              <w:jc w:val="left"/>
            </w:pPr>
            <w:r>
              <w:rPr>
                <w:sz w:val="16"/>
              </w:rPr>
              <w:t>see B1-f</w:t>
            </w:r>
          </w:p>
        </w:tc>
        <w:tc>
          <w:tcPr>
            <w:tcW w:type="dxa" w:w="1808"/>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58"/>
          </w:tcPr>
          <w:p>
            <w:pPr>
              <w:spacing w:after="0"/>
              <w:jc w:val="right"/>
            </w:pPr>
            <w:r>
              <w:rPr>
                <w:sz w:val="16"/>
              </w:rPr>
              <w:t>0.541</w:t>
            </w:r>
          </w:p>
        </w:tc>
        <w:tc>
          <w:tcPr>
            <w:tcW w:type="dxa" w:w="1475"/>
          </w:tcPr>
          <w:p>
            <w:pPr>
              <w:spacing w:after="0"/>
              <w:jc w:val="left"/>
            </w:pPr>
            <w:r>
              <w:rPr>
                <w:sz w:val="16"/>
              </w:rPr>
              <w:t>event-days per year</w:t>
            </w:r>
          </w:p>
        </w:tc>
        <w:tc>
          <w:tcPr>
            <w:tcW w:type="dxa" w:w="1608"/>
          </w:tcPr>
          <w:p>
            <w:pPr>
              <w:spacing w:after="0"/>
              <w:jc w:val="left"/>
            </w:pPr>
            <w:r>
              <w:rPr>
                <w:sz w:val="16"/>
              </w:rPr>
              <w:t>about 0.541 days per year</w:t>
            </w:r>
          </w:p>
        </w:tc>
        <w:tc>
          <w:tcPr>
            <w:tcW w:type="dxa" w:w="1037"/>
          </w:tcPr>
          <w:p>
            <w:pPr>
              <w:spacing w:after="0"/>
              <w:jc w:val="left"/>
            </w:pPr>
            <w:r>
              <w:rPr>
                <w:sz w:val="16"/>
              </w:rPr>
              <w:t>Likely</w:t>
            </w:r>
          </w:p>
        </w:tc>
        <w:tc>
          <w:tcPr>
            <w:tcW w:type="dxa" w:w="1782"/>
          </w:tcPr>
          <w:p>
            <w:pPr>
              <w:spacing w:after="0"/>
              <w:jc w:val="left"/>
            </w:pPr>
            <w:r>
              <w:rPr>
                <w:sz w:val="16"/>
              </w:rPr>
              <w:t>event-days in 8 of 30 years, 1996 to 2025 (26.7%)</w:t>
            </w:r>
          </w:p>
        </w:tc>
        <w:tc>
          <w:tcPr>
            <w:tcW w:type="dxa" w:w="1531"/>
          </w:tcPr>
          <w:p>
            <w:pPr>
              <w:spacing w:after="0"/>
              <w:jc w:val="right"/>
            </w:pPr>
            <w:r>
              <w:rPr>
                <w:sz w:val="16"/>
              </w:rPr>
              <w:t>37</w:t>
            </w:r>
          </w:p>
        </w:tc>
        <w:tc>
          <w:tcPr>
            <w:tcW w:type="dxa" w:w="1540"/>
          </w:tcPr>
          <w:p>
            <w:pPr>
              <w:spacing w:after="0"/>
              <w:jc w:val="left"/>
            </w:pPr>
            <w:r>
              <w:rPr>
                <w:sz w:val="16"/>
              </w:rPr>
              <w:t>1946-12-31 to 2014-02-12 (67 years)</w:t>
            </w:r>
          </w:p>
        </w:tc>
        <w:tc>
          <w:tcPr>
            <w:tcW w:type="dxa" w:w="1037"/>
          </w:tcPr>
          <w:p>
            <w:pPr>
              <w:spacing w:after="0"/>
              <w:jc w:val="left"/>
            </w:pPr>
            <w:r>
              <w:rPr>
                <w:sz w:val="16"/>
              </w:rPr>
              <w:t>countywide</w:t>
            </w:r>
          </w:p>
        </w:tc>
        <w:tc>
          <w:tcPr>
            <w:tcW w:type="dxa" w:w="1808"/>
          </w:tcPr>
          <w:p>
            <w:pPr>
              <w:spacing w:after="0"/>
              <w:jc w:val="left"/>
            </w:pPr>
          </w:p>
        </w:tc>
      </w:tr>
      <w:tr>
        <w:trPr>
          <w:cantSplit/>
        </w:trPr>
        <w:tc>
          <w:tcPr>
            <w:tcW w:type="dxa" w:w="1037"/>
          </w:tcPr>
          <w:p>
            <w:pPr>
              <w:spacing w:after="0"/>
              <w:jc w:val="left"/>
            </w:pPr>
            <w:r>
              <w:rPr>
                <w:sz w:val="16"/>
              </w:rPr>
              <w:t>Inland Flooding</w:t>
            </w:r>
          </w:p>
        </w:tc>
        <w:tc>
          <w:tcPr>
            <w:tcW w:type="dxa" w:w="1258"/>
          </w:tcPr>
          <w:p>
            <w:pPr>
              <w:spacing w:after="0"/>
              <w:jc w:val="right"/>
            </w:pPr>
            <w:r>
              <w:rPr>
                <w:sz w:val="16"/>
              </w:rPr>
              <w:t>1.68</w:t>
            </w:r>
          </w:p>
        </w:tc>
        <w:tc>
          <w:tcPr>
            <w:tcW w:type="dxa" w:w="1475"/>
          </w:tcPr>
          <w:p>
            <w:pPr>
              <w:spacing w:after="0"/>
              <w:jc w:val="left"/>
            </w:pPr>
            <w:r>
              <w:rPr>
                <w:sz w:val="16"/>
              </w:rPr>
              <w:t>event-days per year</w:t>
            </w:r>
          </w:p>
        </w:tc>
        <w:tc>
          <w:tcPr>
            <w:tcW w:type="dxa" w:w="1608"/>
          </w:tcPr>
          <w:p>
            <w:pPr>
              <w:spacing w:after="0"/>
              <w:jc w:val="left"/>
            </w:pPr>
            <w:r>
              <w:rPr>
                <w:sz w:val="16"/>
              </w:rPr>
              <w:t>about 1.68 days per year</w:t>
            </w:r>
          </w:p>
        </w:tc>
        <w:tc>
          <w:tcPr>
            <w:tcW w:type="dxa" w:w="1037"/>
          </w:tcPr>
          <w:p>
            <w:pPr>
              <w:spacing w:after="0"/>
              <w:jc w:val="left"/>
            </w:pPr>
            <w:r>
              <w:rPr>
                <w:sz w:val="16"/>
              </w:rPr>
              <w:t>Likely</w:t>
            </w:r>
          </w:p>
        </w:tc>
        <w:tc>
          <w:tcPr>
            <w:tcW w:type="dxa" w:w="1782"/>
          </w:tcPr>
          <w:p>
            <w:pPr>
              <w:spacing w:after="0"/>
              <w:jc w:val="left"/>
            </w:pPr>
            <w:r>
              <w:rPr>
                <w:sz w:val="16"/>
              </w:rPr>
              <w:t>event-days in 16 of 30 years, 1996 to 2025 (53.3%)</w:t>
            </w:r>
          </w:p>
        </w:tc>
        <w:tc>
          <w:tcPr>
            <w:tcW w:type="dxa" w:w="1531"/>
          </w:tcPr>
          <w:p>
            <w:pPr>
              <w:spacing w:after="0"/>
              <w:jc w:val="right"/>
            </w:pPr>
            <w:r>
              <w:rPr>
                <w:sz w:val="16"/>
              </w:rPr>
              <w:t>47</w:t>
            </w:r>
          </w:p>
        </w:tc>
        <w:tc>
          <w:tcPr>
            <w:tcW w:type="dxa" w:w="1540"/>
          </w:tcPr>
          <w:p>
            <w:pPr>
              <w:spacing w:after="0"/>
              <w:jc w:val="left"/>
            </w:pPr>
            <w:r>
              <w:rPr>
                <w:sz w:val="16"/>
              </w:rPr>
              <w:t>1996 to 2023 (28 years)</w:t>
            </w:r>
          </w:p>
        </w:tc>
        <w:tc>
          <w:tcPr>
            <w:tcW w:type="dxa" w:w="1037"/>
          </w:tcPr>
          <w:p>
            <w:pPr>
              <w:spacing w:after="0"/>
              <w:jc w:val="left"/>
            </w:pPr>
            <w:r>
              <w:rPr>
                <w:sz w:val="16"/>
              </w:rPr>
              <w:t>see B1-f</w:t>
            </w:r>
          </w:p>
        </w:tc>
        <w:tc>
          <w:tcPr>
            <w:tcW w:type="dxa" w:w="1808"/>
          </w:tcPr>
          <w:p>
            <w:pPr>
              <w:spacing w:after="0"/>
              <w:jc w:val="left"/>
            </w:pPr>
          </w:p>
        </w:tc>
      </w:tr>
      <w:tr>
        <w:trPr>
          <w:cantSplit/>
        </w:trPr>
        <w:tc>
          <w:tcPr>
            <w:tcW w:type="dxa" w:w="1037"/>
          </w:tcPr>
          <w:p>
            <w:pPr>
              <w:spacing w:after="0"/>
              <w:jc w:val="left"/>
            </w:pPr>
            <w:r>
              <w:rPr>
                <w:sz w:val="16"/>
              </w:rPr>
              <w:t>Landslide</w:t>
            </w:r>
          </w:p>
        </w:tc>
        <w:tc>
          <w:tcPr>
            <w:tcW w:type="dxa" w:w="1258"/>
          </w:tcPr>
          <w:p>
            <w:pPr>
              <w:spacing w:after="0"/>
              <w:jc w:val="right"/>
            </w:pPr>
            <w:r>
              <w:rPr>
                <w:sz w:val="16"/>
              </w:rPr>
              <w:t>0.0797</w:t>
            </w:r>
          </w:p>
        </w:tc>
        <w:tc>
          <w:tcPr>
            <w:tcW w:type="dxa" w:w="1475"/>
          </w:tcPr>
          <w:p>
            <w:pPr>
              <w:spacing w:after="0"/>
              <w:jc w:val="left"/>
            </w:pPr>
            <w:r>
              <w:rPr>
                <w:sz w:val="16"/>
              </w:rPr>
              <w:t>events per year (modeled)</w:t>
            </w:r>
          </w:p>
        </w:tc>
        <w:tc>
          <w:tcPr>
            <w:tcW w:type="dxa" w:w="1608"/>
          </w:tcPr>
          <w:p>
            <w:pPr>
              <w:spacing w:after="0"/>
              <w:jc w:val="left"/>
            </w:pPr>
            <w:r>
              <w:rPr>
                <w:sz w:val="16"/>
              </w:rPr>
              <w:t>about 1 in 13 years</w:t>
            </w:r>
          </w:p>
        </w:tc>
        <w:tc>
          <w:tcPr>
            <w:tcW w:type="dxa" w:w="1037"/>
          </w:tcPr>
          <w:p>
            <w:pPr>
              <w:spacing w:after="0"/>
              <w:jc w:val="left"/>
            </w:pPr>
            <w:r>
              <w:rPr>
                <w:sz w:val="16"/>
              </w:rPr>
              <w:t>Possible</w:t>
            </w:r>
          </w:p>
        </w:tc>
        <w:tc>
          <w:tcPr>
            <w:tcW w:type="dxa" w:w="1782"/>
          </w:tcPr>
          <w:p>
            <w:pPr>
              <w:spacing w:after="0"/>
              <w:jc w:val="left"/>
            </w:pPr>
            <w:r>
              <w:rPr>
                <w:sz w:val="16"/>
              </w:rPr>
              <w:t>FEMA annualized frequency (modeled)</w:t>
            </w:r>
          </w:p>
        </w:tc>
        <w:tc>
          <w:tcPr>
            <w:tcW w:type="dxa" w:w="1531"/>
          </w:tcPr>
          <w:p>
            <w:pPr>
              <w:spacing w:after="0"/>
              <w:jc w:val="right"/>
            </w:pPr>
            <w:r>
              <w:rPr>
                <w:sz w:val="16"/>
              </w:rPr>
              <w:t>not shown</w:t>
            </w:r>
          </w:p>
        </w:tc>
        <w:tc>
          <w:tcPr>
            <w:tcW w:type="dxa" w:w="1540"/>
          </w:tcPr>
          <w:p>
            <w:pPr>
              <w:spacing w:after="0"/>
              <w:jc w:val="left"/>
            </w:pPr>
            <w:r>
              <w:rPr>
                <w:sz w:val="16"/>
              </w:rPr>
              <w:t>modeled</w:t>
            </w:r>
          </w:p>
        </w:tc>
        <w:tc>
          <w:tcPr>
            <w:tcW w:type="dxa" w:w="1037"/>
          </w:tcPr>
          <w:p>
            <w:pPr>
              <w:spacing w:after="0"/>
              <w:jc w:val="left"/>
            </w:pPr>
            <w:r>
              <w:rPr>
                <w:sz w:val="16"/>
              </w:rPr>
              <w:t>see B1-f</w:t>
            </w:r>
          </w:p>
        </w:tc>
        <w:tc>
          <w:tcPr>
            <w:tcW w:type="dxa" w:w="1808"/>
          </w:tcPr>
          <w:p>
            <w:pPr>
              <w:spacing w:after="0"/>
              <w:jc w:val="left"/>
            </w:pPr>
          </w:p>
        </w:tc>
      </w:tr>
      <w:tr>
        <w:trPr>
          <w:cantSplit/>
        </w:trPr>
        <w:tc>
          <w:tcPr>
            <w:tcW w:type="dxa" w:w="1037"/>
          </w:tcPr>
          <w:p>
            <w:pPr>
              <w:spacing w:after="0"/>
              <w:jc w:val="left"/>
            </w:pPr>
            <w:r>
              <w:rPr>
                <w:sz w:val="16"/>
              </w:rPr>
              <w:t>Lightning</w:t>
            </w:r>
          </w:p>
        </w:tc>
        <w:tc>
          <w:tcPr>
            <w:tcW w:type="dxa" w:w="1258"/>
          </w:tcPr>
          <w:p>
            <w:pPr>
              <w:spacing w:after="0"/>
              <w:jc w:val="right"/>
            </w:pPr>
            <w:r>
              <w:rPr>
                <w:sz w:val="16"/>
              </w:rPr>
              <w:t>33.3</w:t>
            </w:r>
          </w:p>
        </w:tc>
        <w:tc>
          <w:tcPr>
            <w:tcW w:type="dxa" w:w="1475"/>
          </w:tcPr>
          <w:p>
            <w:pPr>
              <w:spacing w:after="0"/>
              <w:jc w:val="left"/>
            </w:pPr>
            <w:r>
              <w:rPr>
                <w:sz w:val="16"/>
              </w:rPr>
              <w:t>days per year with a strike</w:t>
            </w:r>
          </w:p>
        </w:tc>
        <w:tc>
          <w:tcPr>
            <w:tcW w:type="dxa" w:w="1608"/>
          </w:tcPr>
          <w:p>
            <w:pPr>
              <w:spacing w:after="0"/>
              <w:jc w:val="left"/>
            </w:pPr>
            <w:r>
              <w:rPr>
                <w:sz w:val="16"/>
              </w:rPr>
              <w:t>about 33.3 days per year</w:t>
            </w:r>
          </w:p>
        </w:tc>
        <w:tc>
          <w:tcPr>
            <w:tcW w:type="dxa" w:w="1037"/>
          </w:tcPr>
          <w:p>
            <w:pPr>
              <w:spacing w:after="0"/>
              <w:jc w:val="left"/>
            </w:pPr>
            <w:r>
              <w:rPr>
                <w:sz w:val="16"/>
              </w:rPr>
              <w:t>Highly likely</w:t>
            </w:r>
          </w:p>
        </w:tc>
        <w:tc>
          <w:tcPr>
            <w:tcW w:type="dxa" w:w="1782"/>
          </w:tcPr>
          <w:p>
            <w:pPr>
              <w:spacing w:after="0"/>
              <w:jc w:val="left"/>
            </w:pPr>
            <w:r>
              <w:rPr>
                <w:sz w:val="16"/>
              </w:rPr>
              <w:t>FEMA annualized frequency (modeled)</w:t>
            </w:r>
          </w:p>
        </w:tc>
        <w:tc>
          <w:tcPr>
            <w:tcW w:type="dxa" w:w="1531"/>
          </w:tcPr>
          <w:p>
            <w:pPr>
              <w:spacing w:after="0"/>
              <w:jc w:val="right"/>
            </w:pPr>
            <w:r>
              <w:rPr>
                <w:sz w:val="16"/>
              </w:rPr>
              <w:t>not shown</w:t>
            </w:r>
          </w:p>
        </w:tc>
        <w:tc>
          <w:tcPr>
            <w:tcW w:type="dxa" w:w="1540"/>
          </w:tcPr>
          <w:p>
            <w:pPr>
              <w:spacing w:after="0"/>
              <w:jc w:val="left"/>
            </w:pPr>
            <w:r>
              <w:rPr>
                <w:sz w:val="16"/>
              </w:rPr>
              <w:t>1995 to 2023 (29 years; CONUS)</w:t>
            </w:r>
          </w:p>
        </w:tc>
        <w:tc>
          <w:tcPr>
            <w:tcW w:type="dxa" w:w="1037"/>
          </w:tcPr>
          <w:p>
            <w:pPr>
              <w:spacing w:after="0"/>
              <w:jc w:val="left"/>
            </w:pPr>
            <w:r>
              <w:rPr>
                <w:sz w:val="16"/>
              </w:rPr>
              <w:t>countywide</w:t>
            </w:r>
          </w:p>
        </w:tc>
        <w:tc>
          <w:tcPr>
            <w:tcW w:type="dxa" w:w="1808"/>
          </w:tcPr>
          <w:p>
            <w:pPr>
              <w:spacing w:after="0"/>
              <w:jc w:val="left"/>
            </w:pPr>
          </w:p>
        </w:tc>
      </w:tr>
      <w:tr>
        <w:trPr>
          <w:cantSplit/>
        </w:trPr>
        <w:tc>
          <w:tcPr>
            <w:tcW w:type="dxa" w:w="1037"/>
          </w:tcPr>
          <w:p>
            <w:pPr>
              <w:spacing w:after="0"/>
              <w:jc w:val="left"/>
            </w:pPr>
            <w:r>
              <w:rPr>
                <w:sz w:val="16"/>
              </w:rPr>
              <w:t>Strong Wind</w:t>
            </w:r>
          </w:p>
        </w:tc>
        <w:tc>
          <w:tcPr>
            <w:tcW w:type="dxa" w:w="1258"/>
          </w:tcPr>
          <w:p>
            <w:pPr>
              <w:spacing w:after="0"/>
              <w:jc w:val="right"/>
            </w:pPr>
            <w:r>
              <w:rPr>
                <w:sz w:val="16"/>
              </w:rPr>
              <w:t>2.94</w:t>
            </w:r>
          </w:p>
        </w:tc>
        <w:tc>
          <w:tcPr>
            <w:tcW w:type="dxa" w:w="1475"/>
          </w:tcPr>
          <w:p>
            <w:pPr>
              <w:spacing w:after="0"/>
              <w:jc w:val="left"/>
            </w:pPr>
            <w:r>
              <w:rPr>
                <w:sz w:val="16"/>
              </w:rPr>
              <w:t>events per year</w:t>
            </w:r>
          </w:p>
        </w:tc>
        <w:tc>
          <w:tcPr>
            <w:tcW w:type="dxa" w:w="1608"/>
          </w:tcPr>
          <w:p>
            <w:pPr>
              <w:spacing w:after="0"/>
              <w:jc w:val="left"/>
            </w:pPr>
            <w:r>
              <w:rPr>
                <w:sz w:val="16"/>
              </w:rPr>
              <w:t>about 2.94 per year</w:t>
            </w:r>
          </w:p>
        </w:tc>
        <w:tc>
          <w:tcPr>
            <w:tcW w:type="dxa" w:w="1037"/>
          </w:tcPr>
          <w:p>
            <w:pPr>
              <w:spacing w:after="0"/>
              <w:jc w:val="left"/>
            </w:pPr>
            <w:r>
              <w:rPr>
                <w:sz w:val="16"/>
              </w:rPr>
              <w:t>Highly likely</w:t>
            </w:r>
          </w:p>
        </w:tc>
        <w:tc>
          <w:tcPr>
            <w:tcW w:type="dxa" w:w="1782"/>
          </w:tcPr>
          <w:p>
            <w:pPr>
              <w:spacing w:after="0"/>
              <w:jc w:val="left"/>
            </w:pPr>
            <w:r>
              <w:rPr>
                <w:sz w:val="16"/>
              </w:rPr>
              <w:t>FEMA annualized frequency (modeled)</w:t>
            </w:r>
          </w:p>
        </w:tc>
        <w:tc>
          <w:tcPr>
            <w:tcW w:type="dxa" w:w="1531"/>
          </w:tcPr>
          <w:p>
            <w:pPr>
              <w:spacing w:after="0"/>
              <w:jc w:val="right"/>
            </w:pPr>
            <w:r>
              <w:rPr>
                <w:sz w:val="16"/>
              </w:rPr>
              <w:t>112</w:t>
            </w:r>
          </w:p>
        </w:tc>
        <w:tc>
          <w:tcPr>
            <w:tcW w:type="dxa" w:w="1540"/>
          </w:tcPr>
          <w:p>
            <w:pPr>
              <w:spacing w:after="0"/>
              <w:jc w:val="left"/>
            </w:pPr>
            <w:r>
              <w:rPr>
                <w:sz w:val="16"/>
              </w:rPr>
              <w:t>1986 to 2023 (38 years)</w:t>
            </w:r>
          </w:p>
        </w:tc>
        <w:tc>
          <w:tcPr>
            <w:tcW w:type="dxa" w:w="1037"/>
          </w:tcPr>
          <w:p>
            <w:pPr>
              <w:spacing w:after="0"/>
              <w:jc w:val="left"/>
            </w:pPr>
            <w:r>
              <w:rPr>
                <w:sz w:val="16"/>
              </w:rPr>
              <w:t>countywide</w:t>
            </w:r>
          </w:p>
        </w:tc>
        <w:tc>
          <w:tcPr>
            <w:tcW w:type="dxa" w:w="1808"/>
          </w:tcPr>
          <w:p>
            <w:pPr>
              <w:spacing w:after="0"/>
              <w:jc w:val="left"/>
            </w:pPr>
          </w:p>
        </w:tc>
      </w:tr>
      <w:tr>
        <w:trPr>
          <w:cantSplit/>
        </w:trPr>
        <w:tc>
          <w:tcPr>
            <w:tcW w:type="dxa" w:w="1037"/>
          </w:tcPr>
          <w:p>
            <w:pPr>
              <w:spacing w:after="0"/>
              <w:jc w:val="left"/>
            </w:pPr>
            <w:r>
              <w:rPr>
                <w:sz w:val="16"/>
              </w:rPr>
              <w:t>Tornado</w:t>
            </w:r>
          </w:p>
        </w:tc>
        <w:tc>
          <w:tcPr>
            <w:tcW w:type="dxa" w:w="1258"/>
          </w:tcPr>
          <w:p>
            <w:pPr>
              <w:spacing w:after="0"/>
              <w:jc w:val="right"/>
            </w:pPr>
            <w:r>
              <w:rPr>
                <w:sz w:val="16"/>
              </w:rPr>
              <w:t>0.418</w:t>
            </w:r>
          </w:p>
        </w:tc>
        <w:tc>
          <w:tcPr>
            <w:tcW w:type="dxa" w:w="1475"/>
          </w:tcPr>
          <w:p>
            <w:pPr>
              <w:spacing w:after="0"/>
              <w:jc w:val="left"/>
            </w:pPr>
            <w:r>
              <w:rPr>
                <w:sz w:val="16"/>
              </w:rPr>
              <w:t>events per year</w:t>
            </w:r>
          </w:p>
        </w:tc>
        <w:tc>
          <w:tcPr>
            <w:tcW w:type="dxa" w:w="1608"/>
          </w:tcPr>
          <w:p>
            <w:pPr>
              <w:spacing w:after="0"/>
              <w:jc w:val="left"/>
            </w:pPr>
            <w:r>
              <w:rPr>
                <w:sz w:val="16"/>
              </w:rPr>
              <w:t>about 1 in 2 years</w:t>
            </w:r>
          </w:p>
        </w:tc>
        <w:tc>
          <w:tcPr>
            <w:tcW w:type="dxa" w:w="1037"/>
          </w:tcPr>
          <w:p>
            <w:pPr>
              <w:spacing w:after="0"/>
              <w:jc w:val="left"/>
            </w:pPr>
            <w:r>
              <w:rPr>
                <w:sz w:val="16"/>
              </w:rPr>
              <w:t>Likely</w:t>
            </w:r>
          </w:p>
        </w:tc>
        <w:tc>
          <w:tcPr>
            <w:tcW w:type="dxa" w:w="1782"/>
          </w:tcPr>
          <w:p>
            <w:pPr>
              <w:spacing w:after="0"/>
              <w:jc w:val="left"/>
            </w:pPr>
            <w:r>
              <w:rPr>
                <w:sz w:val="16"/>
              </w:rPr>
              <w:t>FEMA annualized frequency (modeled)</w:t>
            </w:r>
          </w:p>
        </w:tc>
        <w:tc>
          <w:tcPr>
            <w:tcW w:type="dxa" w:w="1531"/>
          </w:tcPr>
          <w:p>
            <w:pPr>
              <w:spacing w:after="0"/>
              <w:jc w:val="right"/>
            </w:pPr>
            <w:r>
              <w:rPr>
                <w:sz w:val="16"/>
              </w:rPr>
              <w:t>not shown</w:t>
            </w:r>
          </w:p>
        </w:tc>
        <w:tc>
          <w:tcPr>
            <w:tcW w:type="dxa" w:w="1540"/>
          </w:tcPr>
          <w:p>
            <w:pPr>
              <w:spacing w:after="0"/>
              <w:jc w:val="left"/>
            </w:pPr>
            <w:r>
              <w:rPr>
                <w:sz w:val="16"/>
              </w:rPr>
              <w:t>1950 to 2023 (EF2+); 1986 to 2023 (EF0-1)</w:t>
            </w:r>
          </w:p>
        </w:tc>
        <w:tc>
          <w:tcPr>
            <w:tcW w:type="dxa" w:w="1037"/>
          </w:tcPr>
          <w:p>
            <w:pPr>
              <w:spacing w:after="0"/>
              <w:jc w:val="left"/>
            </w:pPr>
            <w:r>
              <w:rPr>
                <w:sz w:val="16"/>
              </w:rPr>
              <w:t>see B1-f</w:t>
            </w:r>
          </w:p>
        </w:tc>
        <w:tc>
          <w:tcPr>
            <w:tcW w:type="dxa" w:w="1808"/>
          </w:tcPr>
          <w:p>
            <w:pPr>
              <w:spacing w:after="0"/>
              <w:jc w:val="left"/>
            </w:pPr>
          </w:p>
        </w:tc>
      </w:tr>
      <w:tr>
        <w:trPr>
          <w:cantSplit/>
        </w:trPr>
        <w:tc>
          <w:tcPr>
            <w:tcW w:type="dxa" w:w="1037"/>
          </w:tcPr>
          <w:p>
            <w:pPr>
              <w:spacing w:after="0"/>
              <w:jc w:val="left"/>
            </w:pPr>
            <w:r>
              <w:rPr>
                <w:sz w:val="16"/>
              </w:rPr>
              <w:t>Tsunami</w:t>
            </w:r>
          </w:p>
        </w:tc>
        <w:tc>
          <w:tcPr>
            <w:tcW w:type="dxa" w:w="1258"/>
          </w:tcPr>
          <w:p>
            <w:pPr>
              <w:spacing w:after="0"/>
              <w:jc w:val="right"/>
            </w:pPr>
          </w:p>
        </w:tc>
        <w:tc>
          <w:tcPr>
            <w:tcW w:type="dxa" w:w="1475"/>
          </w:tcPr>
          <w:p>
            <w:pPr>
              <w:spacing w:after="0"/>
              <w:jc w:val="left"/>
            </w:pPr>
            <w:r>
              <w:rPr>
                <w:sz w:val="16"/>
              </w:rPr>
              <w:t>annual probability at the most exposed location (used in place of a county value)</w:t>
            </w:r>
          </w:p>
        </w:tc>
        <w:tc>
          <w:tcPr>
            <w:tcW w:type="dxa" w:w="1608"/>
          </w:tcPr>
          <w:p>
            <w:pPr>
              <w:spacing w:after="0"/>
              <w:jc w:val="left"/>
            </w:pPr>
          </w:p>
        </w:tc>
        <w:tc>
          <w:tcPr>
            <w:tcW w:type="dxa" w:w="1037"/>
          </w:tcPr>
          <w:p>
            <w:pPr>
              <w:spacing w:after="0"/>
              <w:jc w:val="left"/>
            </w:pPr>
          </w:p>
        </w:tc>
        <w:tc>
          <w:tcPr>
            <w:tcW w:type="dxa" w:w="1782"/>
          </w:tcPr>
          <w:p>
            <w:pPr>
              <w:spacing w:after="0"/>
              <w:jc w:val="left"/>
            </w:pPr>
          </w:p>
        </w:tc>
        <w:tc>
          <w:tcPr>
            <w:tcW w:type="dxa" w:w="1531"/>
          </w:tcPr>
          <w:p>
            <w:pPr>
              <w:spacing w:after="0"/>
              <w:jc w:val="right"/>
            </w:pPr>
            <w:r>
              <w:rPr>
                <w:sz w:val="16"/>
              </w:rPr>
              <w:t>not shown</w:t>
            </w:r>
          </w:p>
        </w:tc>
        <w:tc>
          <w:tcPr>
            <w:tcW w:type="dxa" w:w="1540"/>
          </w:tcPr>
          <w:p>
            <w:pPr>
              <w:spacing w:after="0"/>
              <w:jc w:val="left"/>
            </w:pPr>
            <w:r>
              <w:rPr>
                <w:sz w:val="16"/>
              </w:rPr>
              <w:t>modeled</w:t>
            </w:r>
          </w:p>
        </w:tc>
        <w:tc>
          <w:tcPr>
            <w:tcW w:type="dxa" w:w="1037"/>
          </w:tcPr>
          <w:p>
            <w:pPr>
              <w:spacing w:after="0"/>
              <w:jc w:val="left"/>
            </w:pPr>
            <w:r>
              <w:rPr>
                <w:sz w:val="16"/>
              </w:rPr>
              <w:t>see B1-f</w:t>
            </w:r>
          </w:p>
        </w:tc>
        <w:tc>
          <w:tcPr>
            <w:tcW w:type="dxa" w:w="1808"/>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58"/>
          </w:tcPr>
          <w:p>
            <w:pPr>
              <w:spacing w:after="0"/>
              <w:jc w:val="right"/>
            </w:pPr>
          </w:p>
        </w:tc>
        <w:tc>
          <w:tcPr>
            <w:tcW w:type="dxa" w:w="1475"/>
          </w:tcPr>
          <w:p>
            <w:pPr>
              <w:spacing w:after="0"/>
              <w:jc w:val="left"/>
            </w:pPr>
            <w:r>
              <w:rPr>
                <w:sz w:val="16"/>
              </w:rPr>
              <w:t>annual probability</w:t>
            </w:r>
          </w:p>
        </w:tc>
        <w:tc>
          <w:tcPr>
            <w:tcW w:type="dxa" w:w="1608"/>
          </w:tcPr>
          <w:p>
            <w:pPr>
              <w:spacing w:after="0"/>
              <w:jc w:val="left"/>
            </w:pPr>
          </w:p>
        </w:tc>
        <w:tc>
          <w:tcPr>
            <w:tcW w:type="dxa" w:w="1037"/>
          </w:tcPr>
          <w:p>
            <w:pPr>
              <w:spacing w:after="0"/>
              <w:jc w:val="left"/>
            </w:pPr>
          </w:p>
        </w:tc>
        <w:tc>
          <w:tcPr>
            <w:tcW w:type="dxa" w:w="1782"/>
          </w:tcPr>
          <w:p>
            <w:pPr>
              <w:spacing w:after="0"/>
              <w:jc w:val="left"/>
            </w:pPr>
          </w:p>
        </w:tc>
        <w:tc>
          <w:tcPr>
            <w:tcW w:type="dxa" w:w="1531"/>
          </w:tcPr>
          <w:p>
            <w:pPr>
              <w:spacing w:after="0"/>
              <w:jc w:val="right"/>
            </w:pPr>
            <w:r>
              <w:rPr>
                <w:sz w:val="16"/>
              </w:rPr>
              <w:t>not shown</w:t>
            </w:r>
          </w:p>
        </w:tc>
        <w:tc>
          <w:tcPr>
            <w:tcW w:type="dxa" w:w="1540"/>
          </w:tcPr>
          <w:p>
            <w:pPr>
              <w:spacing w:after="0"/>
              <w:jc w:val="left"/>
            </w:pPr>
            <w:r>
              <w:rPr>
                <w:sz w:val="16"/>
              </w:rPr>
              <w:t>modeled</w:t>
            </w:r>
          </w:p>
        </w:tc>
        <w:tc>
          <w:tcPr>
            <w:tcW w:type="dxa" w:w="1037"/>
          </w:tcPr>
          <w:p>
            <w:pPr>
              <w:spacing w:after="0"/>
              <w:jc w:val="left"/>
            </w:pPr>
            <w:r>
              <w:rPr>
                <w:sz w:val="16"/>
              </w:rPr>
              <w:t>see B1-f</w:t>
            </w:r>
          </w:p>
        </w:tc>
        <w:tc>
          <w:tcPr>
            <w:tcW w:type="dxa" w:w="1808"/>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58"/>
          </w:tcPr>
          <w:p>
            <w:pPr>
              <w:spacing w:after="0"/>
              <w:jc w:val="right"/>
            </w:pPr>
            <w:r>
              <w:rPr>
                <w:sz w:val="16"/>
              </w:rPr>
              <w:t>0.000666</w:t>
            </w:r>
          </w:p>
        </w:tc>
        <w:tc>
          <w:tcPr>
            <w:tcW w:type="dxa" w:w="1475"/>
          </w:tcPr>
          <w:p>
            <w:pPr>
              <w:spacing w:after="0"/>
              <w:jc w:val="left"/>
            </w:pPr>
            <w:r>
              <w:rPr>
                <w:sz w:val="16"/>
              </w:rPr>
              <w:t>annual probability at a location</w:t>
            </w:r>
          </w:p>
        </w:tc>
        <w:tc>
          <w:tcPr>
            <w:tcW w:type="dxa" w:w="1608"/>
          </w:tcPr>
          <w:p>
            <w:pPr>
              <w:spacing w:after="0"/>
              <w:jc w:val="left"/>
            </w:pPr>
            <w:r>
              <w:rPr>
                <w:sz w:val="16"/>
              </w:rPr>
              <w:t>chance a given location in the county burns in a year: 0.0666%</w:t>
            </w:r>
          </w:p>
        </w:tc>
        <w:tc>
          <w:tcPr>
            <w:tcW w:type="dxa" w:w="1037"/>
          </w:tcPr>
          <w:p>
            <w:pPr>
              <w:spacing w:after="0"/>
              <w:jc w:val="left"/>
            </w:pPr>
          </w:p>
        </w:tc>
        <w:tc>
          <w:tcPr>
            <w:tcW w:type="dxa" w:w="1782"/>
          </w:tcPr>
          <w:p>
            <w:pPr>
              <w:spacing w:after="0"/>
              <w:jc w:val="left"/>
            </w:pPr>
            <w:r>
              <w:rPr>
                <w:sz w:val="16"/>
              </w:rPr>
              <w:t>Storm Events records in 0 of 30 years, 1996 to 2025 (0%)</w:t>
            </w:r>
          </w:p>
        </w:tc>
        <w:tc>
          <w:tcPr>
            <w:tcW w:type="dxa" w:w="1531"/>
          </w:tcPr>
          <w:p>
            <w:pPr>
              <w:spacing w:after="0"/>
              <w:jc w:val="right"/>
            </w:pPr>
            <w:r>
              <w:rPr>
                <w:sz w:val="16"/>
              </w:rPr>
              <w:t>not shown</w:t>
            </w:r>
          </w:p>
        </w:tc>
        <w:tc>
          <w:tcPr>
            <w:tcW w:type="dxa" w:w="1540"/>
          </w:tcPr>
          <w:p>
            <w:pPr>
              <w:spacing w:after="0"/>
              <w:jc w:val="left"/>
            </w:pPr>
            <w:r>
              <w:rPr>
                <w:sz w:val="16"/>
              </w:rPr>
              <w:t>modeled</w:t>
            </w:r>
          </w:p>
        </w:tc>
        <w:tc>
          <w:tcPr>
            <w:tcW w:type="dxa" w:w="1037"/>
          </w:tcPr>
          <w:p>
            <w:pPr>
              <w:spacing w:after="0"/>
              <w:jc w:val="left"/>
            </w:pPr>
            <w:r>
              <w:rPr>
                <w:sz w:val="16"/>
              </w:rPr>
              <w:t>see B1-f</w:t>
            </w:r>
          </w:p>
        </w:tc>
        <w:tc>
          <w:tcPr>
            <w:tcW w:type="dxa" w:w="1808"/>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58"/>
          </w:tcPr>
          <w:p>
            <w:pPr>
              <w:spacing w:after="0"/>
              <w:jc w:val="right"/>
            </w:pPr>
            <w:r>
              <w:rPr>
                <w:sz w:val="16"/>
              </w:rPr>
              <w:t>22.5</w:t>
            </w:r>
          </w:p>
        </w:tc>
        <w:tc>
          <w:tcPr>
            <w:tcW w:type="dxa" w:w="1475"/>
          </w:tcPr>
          <w:p>
            <w:pPr>
              <w:spacing w:after="0"/>
              <w:jc w:val="left"/>
            </w:pPr>
            <w:r>
              <w:rPr>
                <w:sz w:val="16"/>
              </w:rPr>
              <w:t>event-days per year</w:t>
            </w:r>
          </w:p>
        </w:tc>
        <w:tc>
          <w:tcPr>
            <w:tcW w:type="dxa" w:w="1608"/>
          </w:tcPr>
          <w:p>
            <w:pPr>
              <w:spacing w:after="0"/>
              <w:jc w:val="left"/>
            </w:pPr>
            <w:r>
              <w:rPr>
                <w:sz w:val="16"/>
              </w:rPr>
              <w:t>about 22.5 days per year</w:t>
            </w:r>
          </w:p>
        </w:tc>
        <w:tc>
          <w:tcPr>
            <w:tcW w:type="dxa" w:w="1037"/>
          </w:tcPr>
          <w:p>
            <w:pPr>
              <w:spacing w:after="0"/>
              <w:jc w:val="left"/>
            </w:pPr>
            <w:r>
              <w:rPr>
                <w:sz w:val="16"/>
              </w:rPr>
              <w:t>Highly likely</w:t>
            </w:r>
          </w:p>
        </w:tc>
        <w:tc>
          <w:tcPr>
            <w:tcW w:type="dxa" w:w="1782"/>
          </w:tcPr>
          <w:p>
            <w:pPr>
              <w:spacing w:after="0"/>
              <w:jc w:val="left"/>
            </w:pPr>
            <w:r>
              <w:rPr>
                <w:sz w:val="16"/>
              </w:rPr>
              <w:t>event-days in 29 of 30 years, 1996 to 2025 (96.7%)</w:t>
            </w:r>
          </w:p>
        </w:tc>
        <w:tc>
          <w:tcPr>
            <w:tcW w:type="dxa" w:w="1531"/>
          </w:tcPr>
          <w:p>
            <w:pPr>
              <w:spacing w:after="0"/>
              <w:jc w:val="right"/>
            </w:pPr>
            <w:r>
              <w:rPr>
                <w:sz w:val="16"/>
              </w:rPr>
              <w:t>427</w:t>
            </w:r>
          </w:p>
        </w:tc>
        <w:tc>
          <w:tcPr>
            <w:tcW w:type="dxa" w:w="1540"/>
          </w:tcPr>
          <w:p>
            <w:pPr>
              <w:spacing w:after="0"/>
              <w:jc w:val="left"/>
            </w:pPr>
            <w:r>
              <w:rPr>
                <w:sz w:val="16"/>
              </w:rPr>
              <w:t>2005-11-12 to 2024-11-12 (19 years)</w:t>
            </w:r>
          </w:p>
        </w:tc>
        <w:tc>
          <w:tcPr>
            <w:tcW w:type="dxa" w:w="1037"/>
          </w:tcPr>
          <w:p>
            <w:pPr>
              <w:spacing w:after="0"/>
              <w:jc w:val="left"/>
            </w:pPr>
            <w:r>
              <w:rPr>
                <w:sz w:val="16"/>
              </w:rPr>
              <w:t>countywide</w:t>
            </w:r>
          </w:p>
        </w:tc>
        <w:tc>
          <w:tcPr>
            <w:tcW w:type="dxa" w:w="1808"/>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121</w:t>
            </w:r>
          </w:p>
        </w:tc>
        <w:tc>
          <w:tcPr>
            <w:tcW w:type="dxa" w:w="1476"/>
          </w:tcPr>
          <w:p>
            <w:pPr>
              <w:spacing w:after="0"/>
              <w:jc w:val="right"/>
            </w:pPr>
            <w:r>
              <w:rPr>
                <w:sz w:val="16"/>
              </w:rPr>
              <w:t>30</w:t>
            </w:r>
          </w:p>
        </w:tc>
        <w:tc>
          <w:tcPr>
            <w:tcW w:type="dxa" w:w="1476"/>
          </w:tcPr>
          <w:p>
            <w:pPr>
              <w:spacing w:after="0"/>
              <w:jc w:val="right"/>
            </w:pPr>
            <w:r>
              <w:rPr>
                <w:sz w:val="16"/>
              </w:rPr>
              <w:t>4.03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9</w:t>
            </w:r>
          </w:p>
        </w:tc>
        <w:tc>
          <w:tcPr>
            <w:tcW w:type="dxa" w:w="1476"/>
          </w:tcPr>
          <w:p>
            <w:pPr>
              <w:spacing w:after="0"/>
              <w:jc w:val="right"/>
            </w:pPr>
            <w:r>
              <w:rPr>
                <w:sz w:val="16"/>
              </w:rPr>
              <w:t>30</w:t>
            </w:r>
          </w:p>
        </w:tc>
        <w:tc>
          <w:tcPr>
            <w:tcW w:type="dxa" w:w="1476"/>
          </w:tcPr>
          <w:p>
            <w:pPr>
              <w:spacing w:after="0"/>
              <w:jc w:val="right"/>
            </w:pPr>
            <w:r>
              <w:rPr>
                <w:sz w:val="16"/>
              </w:rPr>
              <w:t>0.3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61</w:t>
            </w:r>
          </w:p>
        </w:tc>
        <w:tc>
          <w:tcPr>
            <w:tcW w:type="dxa" w:w="1476"/>
          </w:tcPr>
          <w:p>
            <w:pPr>
              <w:spacing w:after="0"/>
              <w:jc w:val="right"/>
            </w:pPr>
            <w:r>
              <w:rPr>
                <w:sz w:val="16"/>
              </w:rPr>
              <w:t>30</w:t>
            </w:r>
          </w:p>
        </w:tc>
        <w:tc>
          <w:tcPr>
            <w:tcW w:type="dxa" w:w="1476"/>
          </w:tcPr>
          <w:p>
            <w:pPr>
              <w:spacing w:after="0"/>
              <w:jc w:val="right"/>
            </w:pPr>
            <w:r>
              <w:rPr>
                <w:sz w:val="16"/>
              </w:rPr>
              <w:t>2.03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39</w:t>
            </w:r>
          </w:p>
        </w:tc>
        <w:tc>
          <w:tcPr>
            <w:tcW w:type="dxa" w:w="1476"/>
          </w:tcPr>
          <w:p>
            <w:pPr>
              <w:spacing w:after="0"/>
              <w:jc w:val="right"/>
            </w:pPr>
            <w:r>
              <w:rPr>
                <w:sz w:val="16"/>
              </w:rPr>
              <w:t>30</w:t>
            </w:r>
          </w:p>
        </w:tc>
        <w:tc>
          <w:tcPr>
            <w:tcW w:type="dxa" w:w="1476"/>
          </w:tcPr>
          <w:p>
            <w:pPr>
              <w:spacing w:after="0"/>
              <w:jc w:val="right"/>
            </w:pPr>
            <w:r>
              <w:rPr>
                <w:sz w:val="16"/>
              </w:rPr>
              <w:t>1.3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15</w:t>
            </w:r>
          </w:p>
        </w:tc>
        <w:tc>
          <w:tcPr>
            <w:tcW w:type="dxa" w:w="1476"/>
          </w:tcPr>
          <w:p>
            <w:pPr>
              <w:spacing w:after="0"/>
              <w:jc w:val="right"/>
            </w:pPr>
            <w:r>
              <w:rPr>
                <w:sz w:val="16"/>
              </w:rPr>
              <w:t>30</w:t>
            </w:r>
          </w:p>
        </w:tc>
        <w:tc>
          <w:tcPr>
            <w:tcW w:type="dxa" w:w="1476"/>
          </w:tcPr>
          <w:p>
            <w:pPr>
              <w:spacing w:after="0"/>
              <w:jc w:val="right"/>
            </w:pPr>
            <w:r>
              <w:rPr>
                <w:sz w:val="16"/>
              </w:rPr>
              <w:t>0.5</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69"/>
        <w:gridCol w:w="701"/>
        <w:gridCol w:w="922"/>
        <w:gridCol w:w="701"/>
        <w:gridCol w:w="668"/>
        <w:gridCol w:w="2909"/>
        <w:gridCol w:w="7143"/>
      </w:tblGrid>
      <w:tr>
        <w:trPr>
          <w:cantSplit/>
          <w:tblHeader/>
        </w:trPr>
        <w:tc>
          <w:tcPr>
            <w:tcW w:type="dxa" w:w="1069"/>
            <w:shd w:val="clear" w:color="auto" w:fill="E8E8E8"/>
          </w:tcPr>
          <w:p>
            <w:pPr>
              <w:spacing w:after="0"/>
              <w:jc w:val="left"/>
            </w:pPr>
            <w:r>
              <w:rPr>
                <w:b/>
                <w:sz w:val="16"/>
              </w:rPr>
              <w:t>Hazard</w:t>
            </w:r>
          </w:p>
        </w:tc>
        <w:tc>
          <w:tcPr>
            <w:tcW w:type="dxa" w:w="701"/>
            <w:shd w:val="clear" w:color="auto" w:fill="E8E8E8"/>
          </w:tcPr>
          <w:p>
            <w:pPr>
              <w:spacing w:after="0"/>
              <w:jc w:val="right"/>
            </w:pPr>
            <w:r>
              <w:rPr>
                <w:b/>
                <w:sz w:val="16"/>
              </w:rPr>
              <w:t>Tracts</w:t>
            </w:r>
          </w:p>
          <w:p>
            <w:pPr>
              <w:spacing w:after="0"/>
              <w:jc w:val="right"/>
            </w:pPr>
            <w:r>
              <w:rPr>
                <w:i/>
                <w:color w:val="555555"/>
                <w:sz w:val="14"/>
              </w:rPr>
              <w:t>rated of all</w:t>
            </w:r>
          </w:p>
        </w:tc>
        <w:tc>
          <w:tcPr>
            <w:tcW w:type="dxa" w:w="922"/>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01"/>
            <w:shd w:val="clear" w:color="auto" w:fill="E8E8E8"/>
          </w:tcPr>
          <w:p>
            <w:pPr>
              <w:spacing w:after="0"/>
              <w:jc w:val="right"/>
            </w:pPr>
            <w:r>
              <w:rPr>
                <w:b/>
                <w:sz w:val="16"/>
              </w:rPr>
              <w:t>Median</w:t>
            </w:r>
          </w:p>
        </w:tc>
        <w:tc>
          <w:tcPr>
            <w:tcW w:type="dxa" w:w="668"/>
            <w:shd w:val="clear" w:color="auto" w:fill="E8E8E8"/>
          </w:tcPr>
          <w:p>
            <w:pPr>
              <w:spacing w:after="0"/>
              <w:jc w:val="right"/>
            </w:pPr>
            <w:r>
              <w:rPr>
                <w:b/>
                <w:sz w:val="16"/>
              </w:rPr>
              <w:t>Max</w:t>
            </w:r>
          </w:p>
        </w:tc>
        <w:tc>
          <w:tcPr>
            <w:tcW w:type="dxa" w:w="2909"/>
            <w:shd w:val="clear" w:color="auto" w:fill="E8E8E8"/>
          </w:tcPr>
          <w:p>
            <w:pPr>
              <w:spacing w:after="0"/>
              <w:jc w:val="left"/>
            </w:pPr>
            <w:r>
              <w:rPr>
                <w:b/>
                <w:sz w:val="16"/>
              </w:rPr>
              <w:t>Tracts by rating</w:t>
            </w:r>
          </w:p>
        </w:tc>
        <w:tc>
          <w:tcPr>
            <w:tcW w:type="dxa" w:w="7143"/>
            <w:shd w:val="clear" w:color="auto" w:fill="E8E8E8"/>
          </w:tcPr>
          <w:p>
            <w:pPr>
              <w:spacing w:after="0"/>
              <w:jc w:val="left"/>
            </w:pPr>
            <w:r>
              <w:rPr>
                <w:b/>
                <w:sz w:val="16"/>
              </w:rPr>
              <w:t>Note</w:t>
            </w:r>
          </w:p>
        </w:tc>
      </w:tr>
      <w:tr>
        <w:trPr>
          <w:cantSplit/>
        </w:trPr>
        <w:tc>
          <w:tcPr>
            <w:tcW w:type="dxa" w:w="1069"/>
          </w:tcPr>
          <w:p>
            <w:pPr>
              <w:spacing w:after="0"/>
              <w:jc w:val="left"/>
            </w:pPr>
            <w:r>
              <w:rPr>
                <w:sz w:val="16"/>
              </w:rPr>
              <w:t>Avalanche</w:t>
            </w:r>
          </w:p>
        </w:tc>
        <w:tc>
          <w:tcPr>
            <w:tcW w:type="dxa" w:w="701"/>
          </w:tcPr>
          <w:p>
            <w:pPr>
              <w:spacing w:after="0"/>
              <w:jc w:val="right"/>
            </w:pPr>
            <w:r>
              <w:rPr>
                <w:sz w:val="16"/>
              </w:rPr>
              <w:t>0 of 8</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8</w:t>
            </w:r>
          </w:p>
        </w:tc>
        <w:tc>
          <w:tcPr>
            <w:tcW w:type="dxa" w:w="7143"/>
          </w:tcPr>
          <w:p>
            <w:pPr>
              <w:spacing w:after="0"/>
              <w:jc w:val="left"/>
            </w:pPr>
          </w:p>
        </w:tc>
      </w:tr>
      <w:tr>
        <w:trPr>
          <w:cantSplit/>
        </w:trPr>
        <w:tc>
          <w:tcPr>
            <w:tcW w:type="dxa" w:w="1069"/>
          </w:tcPr>
          <w:p>
            <w:pPr>
              <w:spacing w:after="0"/>
              <w:jc w:val="left"/>
            </w:pPr>
            <w:r>
              <w:rPr>
                <w:sz w:val="16"/>
              </w:rPr>
              <w:t>Coastal Flooding</w:t>
            </w:r>
          </w:p>
        </w:tc>
        <w:tc>
          <w:tcPr>
            <w:tcW w:type="dxa" w:w="701"/>
          </w:tcPr>
          <w:p>
            <w:pPr>
              <w:spacing w:after="0"/>
              <w:jc w:val="right"/>
            </w:pPr>
            <w:r>
              <w:rPr>
                <w:sz w:val="16"/>
              </w:rPr>
              <w:t>0 of 8</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8</w:t>
            </w:r>
          </w:p>
        </w:tc>
        <w:tc>
          <w:tcPr>
            <w:tcW w:type="dxa" w:w="7143"/>
          </w:tcPr>
          <w:p>
            <w:pPr>
              <w:spacing w:after="0"/>
              <w:jc w:val="left"/>
            </w:pPr>
          </w:p>
        </w:tc>
      </w:tr>
      <w:tr>
        <w:trPr>
          <w:cantSplit/>
        </w:trPr>
        <w:tc>
          <w:tcPr>
            <w:tcW w:type="dxa" w:w="1069"/>
          </w:tcPr>
          <w:p>
            <w:pPr>
              <w:spacing w:after="0"/>
              <w:jc w:val="left"/>
            </w:pPr>
            <w:r>
              <w:rPr>
                <w:sz w:val="16"/>
              </w:rPr>
              <w:t>Cold Wave</w:t>
            </w:r>
          </w:p>
        </w:tc>
        <w:tc>
          <w:tcPr>
            <w:tcW w:type="dxa" w:w="701"/>
          </w:tcPr>
          <w:p>
            <w:pPr>
              <w:spacing w:after="0"/>
              <w:jc w:val="right"/>
            </w:pPr>
            <w:r>
              <w:rPr>
                <w:sz w:val="16"/>
              </w:rPr>
              <w:t>8 of 8</w:t>
            </w:r>
          </w:p>
        </w:tc>
        <w:tc>
          <w:tcPr>
            <w:tcW w:type="dxa" w:w="922"/>
          </w:tcPr>
          <w:p>
            <w:pPr>
              <w:spacing w:after="0"/>
              <w:jc w:val="right"/>
            </w:pPr>
            <w:r>
              <w:rPr>
                <w:sz w:val="16"/>
              </w:rPr>
              <w:t>87.8</w:t>
            </w:r>
          </w:p>
        </w:tc>
        <w:tc>
          <w:tcPr>
            <w:tcW w:type="dxa" w:w="701"/>
          </w:tcPr>
          <w:p>
            <w:pPr>
              <w:spacing w:after="0"/>
              <w:jc w:val="right"/>
            </w:pPr>
            <w:r>
              <w:rPr>
                <w:sz w:val="16"/>
              </w:rPr>
              <w:t>96.4</w:t>
            </w:r>
          </w:p>
        </w:tc>
        <w:tc>
          <w:tcPr>
            <w:tcW w:type="dxa" w:w="668"/>
          </w:tcPr>
          <w:p>
            <w:pPr>
              <w:spacing w:after="0"/>
              <w:jc w:val="right"/>
            </w:pPr>
            <w:r>
              <w:rPr>
                <w:sz w:val="16"/>
              </w:rPr>
              <w:t>98.7</w:t>
            </w:r>
          </w:p>
        </w:tc>
        <w:tc>
          <w:tcPr>
            <w:tcW w:type="dxa" w:w="2909"/>
          </w:tcPr>
          <w:p>
            <w:pPr>
              <w:spacing w:after="0"/>
              <w:jc w:val="left"/>
            </w:pPr>
            <w:r>
              <w:rPr>
                <w:sz w:val="16"/>
              </w:rPr>
              <w:t>Very High 5, Relatively High 3</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Drought</w:t>
            </w:r>
          </w:p>
        </w:tc>
        <w:tc>
          <w:tcPr>
            <w:tcW w:type="dxa" w:w="701"/>
          </w:tcPr>
          <w:p>
            <w:pPr>
              <w:spacing w:after="0"/>
              <w:jc w:val="right"/>
            </w:pPr>
            <w:r>
              <w:rPr>
                <w:sz w:val="16"/>
              </w:rPr>
              <w:t>6 of 8</w:t>
            </w:r>
          </w:p>
        </w:tc>
        <w:tc>
          <w:tcPr>
            <w:tcW w:type="dxa" w:w="922"/>
          </w:tcPr>
          <w:p>
            <w:pPr>
              <w:spacing w:after="0"/>
              <w:jc w:val="right"/>
            </w:pPr>
            <w:r>
              <w:rPr>
                <w:sz w:val="16"/>
              </w:rPr>
              <w:t>71.9</w:t>
            </w:r>
          </w:p>
        </w:tc>
        <w:tc>
          <w:tcPr>
            <w:tcW w:type="dxa" w:w="701"/>
          </w:tcPr>
          <w:p>
            <w:pPr>
              <w:spacing w:after="0"/>
              <w:jc w:val="right"/>
            </w:pPr>
            <w:r>
              <w:rPr>
                <w:sz w:val="16"/>
              </w:rPr>
              <w:t>79.2</w:t>
            </w:r>
          </w:p>
        </w:tc>
        <w:tc>
          <w:tcPr>
            <w:tcW w:type="dxa" w:w="668"/>
          </w:tcPr>
          <w:p>
            <w:pPr>
              <w:spacing w:after="0"/>
              <w:jc w:val="right"/>
            </w:pPr>
            <w:r>
              <w:rPr>
                <w:sz w:val="16"/>
              </w:rPr>
              <w:t>92.3</w:t>
            </w:r>
          </w:p>
        </w:tc>
        <w:tc>
          <w:tcPr>
            <w:tcW w:type="dxa" w:w="2909"/>
          </w:tcPr>
          <w:p>
            <w:pPr>
              <w:spacing w:after="0"/>
              <w:jc w:val="left"/>
            </w:pPr>
            <w:r>
              <w:rPr>
                <w:sz w:val="16"/>
              </w:rPr>
              <w:t>Relatively Moderate 1, Relatively Low 2, Very Low 3, No Rating 2</w:t>
            </w:r>
          </w:p>
        </w:tc>
        <w:tc>
          <w:tcPr>
            <w:tcW w:type="dxa" w:w="7143"/>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69"/>
          </w:tcPr>
          <w:p>
            <w:pPr>
              <w:spacing w:after="0"/>
              <w:jc w:val="left"/>
            </w:pPr>
            <w:r>
              <w:rPr>
                <w:sz w:val="16"/>
              </w:rPr>
              <w:t>Earthquake</w:t>
            </w:r>
          </w:p>
        </w:tc>
        <w:tc>
          <w:tcPr>
            <w:tcW w:type="dxa" w:w="701"/>
          </w:tcPr>
          <w:p>
            <w:pPr>
              <w:spacing w:after="0"/>
              <w:jc w:val="right"/>
            </w:pPr>
            <w:r>
              <w:rPr>
                <w:sz w:val="16"/>
              </w:rPr>
              <w:t>8 of 8</w:t>
            </w:r>
          </w:p>
        </w:tc>
        <w:tc>
          <w:tcPr>
            <w:tcW w:type="dxa" w:w="922"/>
          </w:tcPr>
          <w:p>
            <w:pPr>
              <w:spacing w:after="0"/>
              <w:jc w:val="right"/>
            </w:pPr>
            <w:r>
              <w:rPr>
                <w:sz w:val="16"/>
              </w:rPr>
              <w:t>9.9</w:t>
            </w:r>
          </w:p>
        </w:tc>
        <w:tc>
          <w:tcPr>
            <w:tcW w:type="dxa" w:w="701"/>
          </w:tcPr>
          <w:p>
            <w:pPr>
              <w:spacing w:after="0"/>
              <w:jc w:val="right"/>
            </w:pPr>
            <w:r>
              <w:rPr>
                <w:sz w:val="16"/>
              </w:rPr>
              <w:t>15.9</w:t>
            </w:r>
          </w:p>
        </w:tc>
        <w:tc>
          <w:tcPr>
            <w:tcW w:type="dxa" w:w="668"/>
          </w:tcPr>
          <w:p>
            <w:pPr>
              <w:spacing w:after="0"/>
              <w:jc w:val="right"/>
            </w:pPr>
            <w:r>
              <w:rPr>
                <w:sz w:val="16"/>
              </w:rPr>
              <w:t>25.4</w:t>
            </w:r>
          </w:p>
        </w:tc>
        <w:tc>
          <w:tcPr>
            <w:tcW w:type="dxa" w:w="2909"/>
          </w:tcPr>
          <w:p>
            <w:pPr>
              <w:spacing w:after="0"/>
              <w:jc w:val="left"/>
            </w:pPr>
            <w:r>
              <w:rPr>
                <w:sz w:val="16"/>
              </w:rPr>
              <w:t>Very Low 8</w:t>
            </w:r>
          </w:p>
        </w:tc>
        <w:tc>
          <w:tcPr>
            <w:tcW w:type="dxa" w:w="7143"/>
          </w:tcPr>
          <w:p>
            <w:pPr>
              <w:spacing w:after="0"/>
              <w:jc w:val="left"/>
            </w:pPr>
          </w:p>
        </w:tc>
      </w:tr>
      <w:tr>
        <w:trPr>
          <w:cantSplit/>
        </w:trPr>
        <w:tc>
          <w:tcPr>
            <w:tcW w:type="dxa" w:w="1069"/>
          </w:tcPr>
          <w:p>
            <w:pPr>
              <w:spacing w:after="0"/>
              <w:jc w:val="left"/>
            </w:pPr>
            <w:r>
              <w:rPr>
                <w:sz w:val="16"/>
              </w:rPr>
              <w:t>Hail</w:t>
            </w:r>
          </w:p>
        </w:tc>
        <w:tc>
          <w:tcPr>
            <w:tcW w:type="dxa" w:w="701"/>
          </w:tcPr>
          <w:p>
            <w:pPr>
              <w:spacing w:after="0"/>
              <w:jc w:val="right"/>
            </w:pPr>
            <w:r>
              <w:rPr>
                <w:sz w:val="16"/>
              </w:rPr>
              <w:t>8 of 8</w:t>
            </w:r>
          </w:p>
        </w:tc>
        <w:tc>
          <w:tcPr>
            <w:tcW w:type="dxa" w:w="922"/>
          </w:tcPr>
          <w:p>
            <w:pPr>
              <w:spacing w:after="0"/>
              <w:jc w:val="right"/>
            </w:pPr>
            <w:r>
              <w:rPr>
                <w:sz w:val="16"/>
              </w:rPr>
              <w:t>74.2</w:t>
            </w:r>
          </w:p>
        </w:tc>
        <w:tc>
          <w:tcPr>
            <w:tcW w:type="dxa" w:w="701"/>
          </w:tcPr>
          <w:p>
            <w:pPr>
              <w:spacing w:after="0"/>
              <w:jc w:val="right"/>
            </w:pPr>
            <w:r>
              <w:rPr>
                <w:sz w:val="16"/>
              </w:rPr>
              <w:t>84.1</w:t>
            </w:r>
          </w:p>
        </w:tc>
        <w:tc>
          <w:tcPr>
            <w:tcW w:type="dxa" w:w="668"/>
          </w:tcPr>
          <w:p>
            <w:pPr>
              <w:spacing w:after="0"/>
              <w:jc w:val="right"/>
            </w:pPr>
            <w:r>
              <w:rPr>
                <w:sz w:val="16"/>
              </w:rPr>
              <w:t>93.8</w:t>
            </w:r>
          </w:p>
        </w:tc>
        <w:tc>
          <w:tcPr>
            <w:tcW w:type="dxa" w:w="2909"/>
          </w:tcPr>
          <w:p>
            <w:pPr>
              <w:spacing w:after="0"/>
              <w:jc w:val="left"/>
            </w:pPr>
            <w:r>
              <w:rPr>
                <w:sz w:val="16"/>
              </w:rPr>
              <w:t>Relatively High 2, Relatively Moderate 6</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Heat Wave</w:t>
            </w:r>
          </w:p>
        </w:tc>
        <w:tc>
          <w:tcPr>
            <w:tcW w:type="dxa" w:w="701"/>
          </w:tcPr>
          <w:p>
            <w:pPr>
              <w:spacing w:after="0"/>
              <w:jc w:val="right"/>
            </w:pPr>
            <w:r>
              <w:rPr>
                <w:sz w:val="16"/>
              </w:rPr>
              <w:t>8 of 8</w:t>
            </w:r>
          </w:p>
        </w:tc>
        <w:tc>
          <w:tcPr>
            <w:tcW w:type="dxa" w:w="922"/>
          </w:tcPr>
          <w:p>
            <w:pPr>
              <w:spacing w:after="0"/>
              <w:jc w:val="right"/>
            </w:pPr>
            <w:r>
              <w:rPr>
                <w:sz w:val="16"/>
              </w:rPr>
              <w:t>18.5</w:t>
            </w:r>
          </w:p>
        </w:tc>
        <w:tc>
          <w:tcPr>
            <w:tcW w:type="dxa" w:w="701"/>
          </w:tcPr>
          <w:p>
            <w:pPr>
              <w:spacing w:after="0"/>
              <w:jc w:val="right"/>
            </w:pPr>
            <w:r>
              <w:rPr>
                <w:sz w:val="16"/>
              </w:rPr>
              <w:t>39.8</w:t>
            </w:r>
          </w:p>
        </w:tc>
        <w:tc>
          <w:tcPr>
            <w:tcW w:type="dxa" w:w="668"/>
          </w:tcPr>
          <w:p>
            <w:pPr>
              <w:spacing w:after="0"/>
              <w:jc w:val="right"/>
            </w:pPr>
            <w:r>
              <w:rPr>
                <w:sz w:val="16"/>
              </w:rPr>
              <w:t>56.2</w:t>
            </w:r>
          </w:p>
        </w:tc>
        <w:tc>
          <w:tcPr>
            <w:tcW w:type="dxa" w:w="2909"/>
          </w:tcPr>
          <w:p>
            <w:pPr>
              <w:spacing w:after="0"/>
              <w:jc w:val="left"/>
            </w:pPr>
            <w:r>
              <w:rPr>
                <w:sz w:val="16"/>
              </w:rPr>
              <w:t>Relatively Moderate 1, Relatively Low 7</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Hurricane</w:t>
            </w:r>
          </w:p>
        </w:tc>
        <w:tc>
          <w:tcPr>
            <w:tcW w:type="dxa" w:w="701"/>
          </w:tcPr>
          <w:p>
            <w:pPr>
              <w:spacing w:after="0"/>
              <w:jc w:val="right"/>
            </w:pPr>
            <w:r>
              <w:rPr>
                <w:sz w:val="16"/>
              </w:rPr>
              <w:t>0 of 8</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8</w:t>
            </w:r>
          </w:p>
        </w:tc>
        <w:tc>
          <w:tcPr>
            <w:tcW w:type="dxa" w:w="7143"/>
          </w:tcPr>
          <w:p>
            <w:pPr>
              <w:spacing w:after="0"/>
              <w:jc w:val="left"/>
            </w:pPr>
          </w:p>
        </w:tc>
      </w:tr>
      <w:tr>
        <w:trPr>
          <w:cantSplit/>
        </w:trPr>
        <w:tc>
          <w:tcPr>
            <w:tcW w:type="dxa" w:w="1069"/>
          </w:tcPr>
          <w:p>
            <w:pPr>
              <w:spacing w:after="0"/>
              <w:jc w:val="left"/>
            </w:pPr>
            <w:r>
              <w:rPr>
                <w:sz w:val="16"/>
              </w:rPr>
              <w:t>Ice Storm</w:t>
            </w:r>
          </w:p>
        </w:tc>
        <w:tc>
          <w:tcPr>
            <w:tcW w:type="dxa" w:w="701"/>
          </w:tcPr>
          <w:p>
            <w:pPr>
              <w:spacing w:after="0"/>
              <w:jc w:val="right"/>
            </w:pPr>
            <w:r>
              <w:rPr>
                <w:sz w:val="16"/>
              </w:rPr>
              <w:t>8 of 8</w:t>
            </w:r>
          </w:p>
        </w:tc>
        <w:tc>
          <w:tcPr>
            <w:tcW w:type="dxa" w:w="922"/>
          </w:tcPr>
          <w:p>
            <w:pPr>
              <w:spacing w:after="0"/>
              <w:jc w:val="right"/>
            </w:pPr>
            <w:r>
              <w:rPr>
                <w:sz w:val="16"/>
              </w:rPr>
              <w:t>97.2</w:t>
            </w:r>
          </w:p>
        </w:tc>
        <w:tc>
          <w:tcPr>
            <w:tcW w:type="dxa" w:w="701"/>
          </w:tcPr>
          <w:p>
            <w:pPr>
              <w:spacing w:after="0"/>
              <w:jc w:val="right"/>
            </w:pPr>
            <w:r>
              <w:rPr>
                <w:sz w:val="16"/>
              </w:rPr>
              <w:t>99.3</w:t>
            </w:r>
          </w:p>
        </w:tc>
        <w:tc>
          <w:tcPr>
            <w:tcW w:type="dxa" w:w="668"/>
          </w:tcPr>
          <w:p>
            <w:pPr>
              <w:spacing w:after="0"/>
              <w:jc w:val="right"/>
            </w:pPr>
            <w:r>
              <w:rPr>
                <w:sz w:val="16"/>
              </w:rPr>
              <w:t>99.7</w:t>
            </w:r>
          </w:p>
        </w:tc>
        <w:tc>
          <w:tcPr>
            <w:tcW w:type="dxa" w:w="2909"/>
          </w:tcPr>
          <w:p>
            <w:pPr>
              <w:spacing w:after="0"/>
              <w:jc w:val="left"/>
            </w:pPr>
            <w:r>
              <w:rPr>
                <w:sz w:val="16"/>
              </w:rPr>
              <w:t>Very High 7, Relatively High 1</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Inland Flooding</w:t>
            </w:r>
          </w:p>
        </w:tc>
        <w:tc>
          <w:tcPr>
            <w:tcW w:type="dxa" w:w="701"/>
          </w:tcPr>
          <w:p>
            <w:pPr>
              <w:spacing w:after="0"/>
              <w:jc w:val="right"/>
            </w:pPr>
            <w:r>
              <w:rPr>
                <w:sz w:val="16"/>
              </w:rPr>
              <w:t>8 of 8</w:t>
            </w:r>
          </w:p>
        </w:tc>
        <w:tc>
          <w:tcPr>
            <w:tcW w:type="dxa" w:w="922"/>
          </w:tcPr>
          <w:p>
            <w:pPr>
              <w:spacing w:after="0"/>
              <w:jc w:val="right"/>
            </w:pPr>
            <w:r>
              <w:rPr>
                <w:sz w:val="16"/>
              </w:rPr>
              <w:t>57.3</w:t>
            </w:r>
          </w:p>
        </w:tc>
        <w:tc>
          <w:tcPr>
            <w:tcW w:type="dxa" w:w="701"/>
          </w:tcPr>
          <w:p>
            <w:pPr>
              <w:spacing w:after="0"/>
              <w:jc w:val="right"/>
            </w:pPr>
            <w:r>
              <w:rPr>
                <w:sz w:val="16"/>
              </w:rPr>
              <w:t>86.9</w:t>
            </w:r>
          </w:p>
        </w:tc>
        <w:tc>
          <w:tcPr>
            <w:tcW w:type="dxa" w:w="668"/>
          </w:tcPr>
          <w:p>
            <w:pPr>
              <w:spacing w:after="0"/>
              <w:jc w:val="right"/>
            </w:pPr>
            <w:r>
              <w:rPr>
                <w:sz w:val="16"/>
              </w:rPr>
              <w:t>96.5</w:t>
            </w:r>
          </w:p>
        </w:tc>
        <w:tc>
          <w:tcPr>
            <w:tcW w:type="dxa" w:w="2909"/>
          </w:tcPr>
          <w:p>
            <w:pPr>
              <w:spacing w:after="0"/>
              <w:jc w:val="left"/>
            </w:pPr>
            <w:r>
              <w:rPr>
                <w:sz w:val="16"/>
              </w:rPr>
              <w:t>Very High 1, Relatively High 5, Relatively Moderate 2</w:t>
            </w:r>
          </w:p>
        </w:tc>
        <w:tc>
          <w:tcPr>
            <w:tcW w:type="dxa" w:w="7143"/>
          </w:tcPr>
          <w:p>
            <w:pPr>
              <w:spacing w:after="0"/>
              <w:jc w:val="left"/>
            </w:pPr>
          </w:p>
        </w:tc>
      </w:tr>
      <w:tr>
        <w:trPr>
          <w:cantSplit/>
        </w:trPr>
        <w:tc>
          <w:tcPr>
            <w:tcW w:type="dxa" w:w="1069"/>
          </w:tcPr>
          <w:p>
            <w:pPr>
              <w:spacing w:after="0"/>
              <w:jc w:val="left"/>
            </w:pPr>
            <w:r>
              <w:rPr>
                <w:sz w:val="16"/>
              </w:rPr>
              <w:t>Landslide</w:t>
            </w:r>
          </w:p>
        </w:tc>
        <w:tc>
          <w:tcPr>
            <w:tcW w:type="dxa" w:w="701"/>
          </w:tcPr>
          <w:p>
            <w:pPr>
              <w:spacing w:after="0"/>
              <w:jc w:val="right"/>
            </w:pPr>
            <w:r>
              <w:rPr>
                <w:sz w:val="16"/>
              </w:rPr>
              <w:t>8 of 8</w:t>
            </w:r>
          </w:p>
        </w:tc>
        <w:tc>
          <w:tcPr>
            <w:tcW w:type="dxa" w:w="922"/>
          </w:tcPr>
          <w:p>
            <w:pPr>
              <w:spacing w:after="0"/>
              <w:jc w:val="right"/>
            </w:pPr>
            <w:r>
              <w:rPr>
                <w:sz w:val="16"/>
              </w:rPr>
              <w:t>10.1</w:t>
            </w:r>
          </w:p>
        </w:tc>
        <w:tc>
          <w:tcPr>
            <w:tcW w:type="dxa" w:w="701"/>
          </w:tcPr>
          <w:p>
            <w:pPr>
              <w:spacing w:after="0"/>
              <w:jc w:val="right"/>
            </w:pPr>
            <w:r>
              <w:rPr>
                <w:sz w:val="16"/>
              </w:rPr>
              <w:t>47.3</w:t>
            </w:r>
          </w:p>
        </w:tc>
        <w:tc>
          <w:tcPr>
            <w:tcW w:type="dxa" w:w="668"/>
          </w:tcPr>
          <w:p>
            <w:pPr>
              <w:spacing w:after="0"/>
              <w:jc w:val="right"/>
            </w:pPr>
            <w:r>
              <w:rPr>
                <w:sz w:val="16"/>
              </w:rPr>
              <w:t>79.1</w:t>
            </w:r>
          </w:p>
        </w:tc>
        <w:tc>
          <w:tcPr>
            <w:tcW w:type="dxa" w:w="2909"/>
          </w:tcPr>
          <w:p>
            <w:pPr>
              <w:spacing w:after="0"/>
              <w:jc w:val="left"/>
            </w:pPr>
            <w:r>
              <w:rPr>
                <w:sz w:val="16"/>
              </w:rPr>
              <w:t>Very Low 8</w:t>
            </w:r>
          </w:p>
        </w:tc>
        <w:tc>
          <w:tcPr>
            <w:tcW w:type="dxa" w:w="7143"/>
          </w:tcPr>
          <w:p>
            <w:pPr>
              <w:spacing w:after="0"/>
              <w:jc w:val="left"/>
            </w:pPr>
          </w:p>
        </w:tc>
      </w:tr>
      <w:tr>
        <w:trPr>
          <w:cantSplit/>
        </w:trPr>
        <w:tc>
          <w:tcPr>
            <w:tcW w:type="dxa" w:w="1069"/>
          </w:tcPr>
          <w:p>
            <w:pPr>
              <w:spacing w:after="0"/>
              <w:jc w:val="left"/>
            </w:pPr>
            <w:r>
              <w:rPr>
                <w:sz w:val="16"/>
              </w:rPr>
              <w:t>Lightning</w:t>
            </w:r>
          </w:p>
        </w:tc>
        <w:tc>
          <w:tcPr>
            <w:tcW w:type="dxa" w:w="701"/>
          </w:tcPr>
          <w:p>
            <w:pPr>
              <w:spacing w:after="0"/>
              <w:jc w:val="right"/>
            </w:pPr>
            <w:r>
              <w:rPr>
                <w:sz w:val="16"/>
              </w:rPr>
              <w:t>8 of 8</w:t>
            </w:r>
          </w:p>
        </w:tc>
        <w:tc>
          <w:tcPr>
            <w:tcW w:type="dxa" w:w="922"/>
          </w:tcPr>
          <w:p>
            <w:pPr>
              <w:spacing w:after="0"/>
              <w:jc w:val="right"/>
            </w:pPr>
            <w:r>
              <w:rPr>
                <w:sz w:val="16"/>
              </w:rPr>
              <w:t>11.0</w:t>
            </w:r>
          </w:p>
        </w:tc>
        <w:tc>
          <w:tcPr>
            <w:tcW w:type="dxa" w:w="701"/>
          </w:tcPr>
          <w:p>
            <w:pPr>
              <w:spacing w:after="0"/>
              <w:jc w:val="right"/>
            </w:pPr>
            <w:r>
              <w:rPr>
                <w:sz w:val="16"/>
              </w:rPr>
              <w:t>19.9</w:t>
            </w:r>
          </w:p>
        </w:tc>
        <w:tc>
          <w:tcPr>
            <w:tcW w:type="dxa" w:w="668"/>
          </w:tcPr>
          <w:p>
            <w:pPr>
              <w:spacing w:after="0"/>
              <w:jc w:val="right"/>
            </w:pPr>
            <w:r>
              <w:rPr>
                <w:sz w:val="16"/>
              </w:rPr>
              <w:t>27.3</w:t>
            </w:r>
          </w:p>
        </w:tc>
        <w:tc>
          <w:tcPr>
            <w:tcW w:type="dxa" w:w="2909"/>
          </w:tcPr>
          <w:p>
            <w:pPr>
              <w:spacing w:after="0"/>
              <w:jc w:val="left"/>
            </w:pPr>
            <w:r>
              <w:rPr>
                <w:sz w:val="16"/>
              </w:rPr>
              <w:t>Relatively Low 4, Very Low 4</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Strong Wind</w:t>
            </w:r>
          </w:p>
        </w:tc>
        <w:tc>
          <w:tcPr>
            <w:tcW w:type="dxa" w:w="701"/>
          </w:tcPr>
          <w:p>
            <w:pPr>
              <w:spacing w:after="0"/>
              <w:jc w:val="right"/>
            </w:pPr>
            <w:r>
              <w:rPr>
                <w:sz w:val="16"/>
              </w:rPr>
              <w:t>8 of 8</w:t>
            </w:r>
          </w:p>
        </w:tc>
        <w:tc>
          <w:tcPr>
            <w:tcW w:type="dxa" w:w="922"/>
          </w:tcPr>
          <w:p>
            <w:pPr>
              <w:spacing w:after="0"/>
              <w:jc w:val="right"/>
            </w:pPr>
            <w:r>
              <w:rPr>
                <w:sz w:val="16"/>
              </w:rPr>
              <w:t>84.6</w:t>
            </w:r>
          </w:p>
        </w:tc>
        <w:tc>
          <w:tcPr>
            <w:tcW w:type="dxa" w:w="701"/>
          </w:tcPr>
          <w:p>
            <w:pPr>
              <w:spacing w:after="0"/>
              <w:jc w:val="right"/>
            </w:pPr>
            <w:r>
              <w:rPr>
                <w:sz w:val="16"/>
              </w:rPr>
              <w:t>92.4</w:t>
            </w:r>
          </w:p>
        </w:tc>
        <w:tc>
          <w:tcPr>
            <w:tcW w:type="dxa" w:w="668"/>
          </w:tcPr>
          <w:p>
            <w:pPr>
              <w:spacing w:after="0"/>
              <w:jc w:val="right"/>
            </w:pPr>
            <w:r>
              <w:rPr>
                <w:sz w:val="16"/>
              </w:rPr>
              <w:t>95.8</w:t>
            </w:r>
          </w:p>
        </w:tc>
        <w:tc>
          <w:tcPr>
            <w:tcW w:type="dxa" w:w="2909"/>
          </w:tcPr>
          <w:p>
            <w:pPr>
              <w:spacing w:after="0"/>
              <w:jc w:val="left"/>
            </w:pPr>
            <w:r>
              <w:rPr>
                <w:sz w:val="16"/>
              </w:rPr>
              <w:t>Relatively High 8</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Tornado</w:t>
            </w:r>
          </w:p>
        </w:tc>
        <w:tc>
          <w:tcPr>
            <w:tcW w:type="dxa" w:w="701"/>
          </w:tcPr>
          <w:p>
            <w:pPr>
              <w:spacing w:after="0"/>
              <w:jc w:val="right"/>
            </w:pPr>
            <w:r>
              <w:rPr>
                <w:sz w:val="16"/>
              </w:rPr>
              <w:t>8 of 8</w:t>
            </w:r>
          </w:p>
        </w:tc>
        <w:tc>
          <w:tcPr>
            <w:tcW w:type="dxa" w:w="922"/>
          </w:tcPr>
          <w:p>
            <w:pPr>
              <w:spacing w:after="0"/>
              <w:jc w:val="right"/>
            </w:pPr>
            <w:r>
              <w:rPr>
                <w:sz w:val="16"/>
              </w:rPr>
              <w:t>75.9</w:t>
            </w:r>
          </w:p>
        </w:tc>
        <w:tc>
          <w:tcPr>
            <w:tcW w:type="dxa" w:w="701"/>
          </w:tcPr>
          <w:p>
            <w:pPr>
              <w:spacing w:after="0"/>
              <w:jc w:val="right"/>
            </w:pPr>
            <w:r>
              <w:rPr>
                <w:sz w:val="16"/>
              </w:rPr>
              <w:t>94.5</w:t>
            </w:r>
          </w:p>
        </w:tc>
        <w:tc>
          <w:tcPr>
            <w:tcW w:type="dxa" w:w="668"/>
          </w:tcPr>
          <w:p>
            <w:pPr>
              <w:spacing w:after="0"/>
              <w:jc w:val="right"/>
            </w:pPr>
            <w:r>
              <w:rPr>
                <w:sz w:val="16"/>
              </w:rPr>
              <w:t>97.8</w:t>
            </w:r>
          </w:p>
        </w:tc>
        <w:tc>
          <w:tcPr>
            <w:tcW w:type="dxa" w:w="2909"/>
          </w:tcPr>
          <w:p>
            <w:pPr>
              <w:spacing w:after="0"/>
              <w:jc w:val="left"/>
            </w:pPr>
            <w:r>
              <w:rPr>
                <w:sz w:val="16"/>
              </w:rPr>
              <w:t>Very High 5, Relatively High 3</w:t>
            </w:r>
          </w:p>
        </w:tc>
        <w:tc>
          <w:tcPr>
            <w:tcW w:type="dxa" w:w="7143"/>
          </w:tcPr>
          <w:p>
            <w:pPr>
              <w:spacing w:after="0"/>
              <w:jc w:val="left"/>
            </w:pPr>
          </w:p>
        </w:tc>
      </w:tr>
      <w:tr>
        <w:trPr>
          <w:cantSplit/>
        </w:trPr>
        <w:tc>
          <w:tcPr>
            <w:tcW w:type="dxa" w:w="1069"/>
          </w:tcPr>
          <w:p>
            <w:pPr>
              <w:spacing w:after="0"/>
              <w:jc w:val="left"/>
            </w:pPr>
            <w:r>
              <w:rPr>
                <w:sz w:val="16"/>
              </w:rPr>
              <w:t>Tsunami</w:t>
            </w:r>
          </w:p>
        </w:tc>
        <w:tc>
          <w:tcPr>
            <w:tcW w:type="dxa" w:w="701"/>
          </w:tcPr>
          <w:p>
            <w:pPr>
              <w:spacing w:after="0"/>
              <w:jc w:val="right"/>
            </w:pPr>
            <w:r>
              <w:rPr>
                <w:sz w:val="16"/>
              </w:rPr>
              <w:t>0 of 8</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8</w:t>
            </w:r>
          </w:p>
        </w:tc>
        <w:tc>
          <w:tcPr>
            <w:tcW w:type="dxa" w:w="7143"/>
          </w:tcPr>
          <w:p>
            <w:pPr>
              <w:spacing w:after="0"/>
              <w:jc w:val="left"/>
            </w:pPr>
          </w:p>
        </w:tc>
      </w:tr>
      <w:tr>
        <w:trPr>
          <w:cantSplit/>
        </w:trPr>
        <w:tc>
          <w:tcPr>
            <w:tcW w:type="dxa" w:w="1069"/>
          </w:tcPr>
          <w:p>
            <w:pPr>
              <w:spacing w:after="0"/>
              <w:jc w:val="left"/>
            </w:pPr>
            <w:r>
              <w:rPr>
                <w:sz w:val="16"/>
              </w:rPr>
              <w:t>Volcanic Activity</w:t>
            </w:r>
          </w:p>
        </w:tc>
        <w:tc>
          <w:tcPr>
            <w:tcW w:type="dxa" w:w="701"/>
          </w:tcPr>
          <w:p>
            <w:pPr>
              <w:spacing w:after="0"/>
              <w:jc w:val="right"/>
            </w:pPr>
            <w:r>
              <w:rPr>
                <w:sz w:val="16"/>
              </w:rPr>
              <w:t>0 of 8</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8</w:t>
            </w:r>
          </w:p>
        </w:tc>
        <w:tc>
          <w:tcPr>
            <w:tcW w:type="dxa" w:w="7143"/>
          </w:tcPr>
          <w:p>
            <w:pPr>
              <w:spacing w:after="0"/>
              <w:jc w:val="left"/>
            </w:pPr>
          </w:p>
        </w:tc>
      </w:tr>
      <w:tr>
        <w:trPr>
          <w:cantSplit/>
        </w:trPr>
        <w:tc>
          <w:tcPr>
            <w:tcW w:type="dxa" w:w="1069"/>
          </w:tcPr>
          <w:p>
            <w:pPr>
              <w:spacing w:after="0"/>
              <w:jc w:val="left"/>
            </w:pPr>
            <w:r>
              <w:rPr>
                <w:sz w:val="16"/>
              </w:rPr>
              <w:t>Wildfire</w:t>
            </w:r>
          </w:p>
        </w:tc>
        <w:tc>
          <w:tcPr>
            <w:tcW w:type="dxa" w:w="701"/>
          </w:tcPr>
          <w:p>
            <w:pPr>
              <w:spacing w:after="0"/>
              <w:jc w:val="right"/>
            </w:pPr>
            <w:r>
              <w:rPr>
                <w:sz w:val="16"/>
              </w:rPr>
              <w:t>6 of 8</w:t>
            </w:r>
          </w:p>
        </w:tc>
        <w:tc>
          <w:tcPr>
            <w:tcW w:type="dxa" w:w="922"/>
          </w:tcPr>
          <w:p>
            <w:pPr>
              <w:spacing w:after="0"/>
              <w:jc w:val="right"/>
            </w:pPr>
            <w:r>
              <w:rPr>
                <w:sz w:val="16"/>
              </w:rPr>
              <w:t>68.3</w:t>
            </w:r>
          </w:p>
        </w:tc>
        <w:tc>
          <w:tcPr>
            <w:tcW w:type="dxa" w:w="701"/>
          </w:tcPr>
          <w:p>
            <w:pPr>
              <w:spacing w:after="0"/>
              <w:jc w:val="right"/>
            </w:pPr>
            <w:r>
              <w:rPr>
                <w:sz w:val="16"/>
              </w:rPr>
              <w:t>90.4</w:t>
            </w:r>
          </w:p>
        </w:tc>
        <w:tc>
          <w:tcPr>
            <w:tcW w:type="dxa" w:w="668"/>
          </w:tcPr>
          <w:p>
            <w:pPr>
              <w:spacing w:after="0"/>
              <w:jc w:val="right"/>
            </w:pPr>
            <w:r>
              <w:rPr>
                <w:sz w:val="16"/>
              </w:rPr>
              <w:t>93.2</w:t>
            </w:r>
          </w:p>
        </w:tc>
        <w:tc>
          <w:tcPr>
            <w:tcW w:type="dxa" w:w="2909"/>
          </w:tcPr>
          <w:p>
            <w:pPr>
              <w:spacing w:after="0"/>
              <w:jc w:val="left"/>
            </w:pPr>
            <w:r>
              <w:rPr>
                <w:sz w:val="16"/>
              </w:rPr>
              <w:t>Relatively Moderate 4, Relatively Low 1, Very Low 1, No Rating 2</w:t>
            </w:r>
          </w:p>
        </w:tc>
        <w:tc>
          <w:tcPr>
            <w:tcW w:type="dxa" w:w="7143"/>
          </w:tcPr>
          <w:p>
            <w:pPr>
              <w:spacing w:after="0"/>
              <w:jc w:val="left"/>
            </w:pPr>
          </w:p>
        </w:tc>
      </w:tr>
      <w:tr>
        <w:trPr>
          <w:cantSplit/>
        </w:trPr>
        <w:tc>
          <w:tcPr>
            <w:tcW w:type="dxa" w:w="1069"/>
          </w:tcPr>
          <w:p>
            <w:pPr>
              <w:spacing w:after="0"/>
              <w:jc w:val="left"/>
            </w:pPr>
            <w:r>
              <w:rPr>
                <w:sz w:val="16"/>
              </w:rPr>
              <w:t>Winter Weather</w:t>
            </w:r>
          </w:p>
        </w:tc>
        <w:tc>
          <w:tcPr>
            <w:tcW w:type="dxa" w:w="701"/>
          </w:tcPr>
          <w:p>
            <w:pPr>
              <w:spacing w:after="0"/>
              <w:jc w:val="right"/>
            </w:pPr>
            <w:r>
              <w:rPr>
                <w:sz w:val="16"/>
              </w:rPr>
              <w:t>8 of 8</w:t>
            </w:r>
          </w:p>
        </w:tc>
        <w:tc>
          <w:tcPr>
            <w:tcW w:type="dxa" w:w="922"/>
          </w:tcPr>
          <w:p>
            <w:pPr>
              <w:spacing w:after="0"/>
              <w:jc w:val="right"/>
            </w:pPr>
            <w:r>
              <w:rPr>
                <w:sz w:val="16"/>
              </w:rPr>
              <w:t>96.8</w:t>
            </w:r>
          </w:p>
        </w:tc>
        <w:tc>
          <w:tcPr>
            <w:tcW w:type="dxa" w:w="701"/>
          </w:tcPr>
          <w:p>
            <w:pPr>
              <w:spacing w:after="0"/>
              <w:jc w:val="right"/>
            </w:pPr>
            <w:r>
              <w:rPr>
                <w:sz w:val="16"/>
              </w:rPr>
              <w:t>99.2</w:t>
            </w:r>
          </w:p>
        </w:tc>
        <w:tc>
          <w:tcPr>
            <w:tcW w:type="dxa" w:w="668"/>
          </w:tcPr>
          <w:p>
            <w:pPr>
              <w:spacing w:after="0"/>
              <w:jc w:val="right"/>
            </w:pPr>
            <w:r>
              <w:rPr>
                <w:sz w:val="16"/>
              </w:rPr>
              <w:t>99.7</w:t>
            </w:r>
          </w:p>
        </w:tc>
        <w:tc>
          <w:tcPr>
            <w:tcW w:type="dxa" w:w="2909"/>
          </w:tcPr>
          <w:p>
            <w:pPr>
              <w:spacing w:after="0"/>
              <w:jc w:val="left"/>
            </w:pPr>
            <w:r>
              <w:rPr>
                <w:sz w:val="16"/>
              </w:rPr>
              <w:t>Very High 8</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828"/>
        <w:gridCol w:w="891"/>
        <w:gridCol w:w="3467"/>
        <w:gridCol w:w="2765"/>
        <w:gridCol w:w="1945"/>
        <w:gridCol w:w="2366"/>
        <w:gridCol w:w="850"/>
      </w:tblGrid>
      <w:tr>
        <w:trPr>
          <w:cantSplit/>
          <w:tblHeader/>
        </w:trPr>
        <w:tc>
          <w:tcPr>
            <w:tcW w:type="dxa" w:w="1828"/>
            <w:shd w:val="clear" w:color="auto" w:fill="E8E8E8"/>
          </w:tcPr>
          <w:p>
            <w:pPr>
              <w:spacing w:after="0"/>
              <w:jc w:val="left"/>
            </w:pPr>
            <w:r>
              <w:rPr>
                <w:b/>
                <w:sz w:val="16"/>
              </w:rPr>
              <w:t>Member</w:t>
            </w:r>
          </w:p>
        </w:tc>
        <w:tc>
          <w:tcPr>
            <w:tcW w:type="dxa" w:w="891"/>
            <w:shd w:val="clear" w:color="auto" w:fill="E8E8E8"/>
          </w:tcPr>
          <w:p>
            <w:pPr>
              <w:spacing w:after="0"/>
              <w:jc w:val="left"/>
            </w:pPr>
            <w:r>
              <w:rPr>
                <w:b/>
                <w:sz w:val="16"/>
              </w:rPr>
              <w:t>Type</w:t>
            </w:r>
          </w:p>
        </w:tc>
        <w:tc>
          <w:tcPr>
            <w:tcW w:type="dxa" w:w="3467"/>
            <w:shd w:val="clear" w:color="auto" w:fill="E8E8E8"/>
          </w:tcPr>
          <w:p>
            <w:pPr>
              <w:spacing w:after="0"/>
              <w:jc w:val="left"/>
            </w:pPr>
            <w:r>
              <w:rPr>
                <w:b/>
                <w:sz w:val="16"/>
              </w:rPr>
              <w:t>Plan status</w:t>
            </w:r>
          </w:p>
        </w:tc>
        <w:tc>
          <w:tcPr>
            <w:tcW w:type="dxa" w:w="2765"/>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945"/>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366"/>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850"/>
            <w:shd w:val="clear" w:color="auto" w:fill="E8E8E8"/>
          </w:tcPr>
          <w:p>
            <w:pPr>
              <w:spacing w:after="0"/>
              <w:jc w:val="left"/>
            </w:pPr>
            <w:r>
              <w:rPr>
                <w:b/>
                <w:sz w:val="16"/>
              </w:rPr>
              <w:t>Notes</w:t>
            </w:r>
          </w:p>
        </w:tc>
      </w:tr>
      <w:tr>
        <w:trPr>
          <w:cantSplit/>
        </w:trPr>
        <w:tc>
          <w:tcPr>
            <w:tcW w:type="dxa" w:w="1828"/>
          </w:tcPr>
          <w:p>
            <w:pPr>
              <w:spacing w:after="0"/>
              <w:jc w:val="left"/>
            </w:pPr>
            <w:r>
              <w:rPr>
                <w:sz w:val="16"/>
              </w:rPr>
              <w:t>Codington County</w:t>
            </w:r>
          </w:p>
        </w:tc>
        <w:tc>
          <w:tcPr>
            <w:tcW w:type="dxa" w:w="891"/>
          </w:tcPr>
          <w:p>
            <w:pPr>
              <w:spacing w:after="0"/>
              <w:jc w:val="left"/>
            </w:pPr>
            <w:r>
              <w:rPr>
                <w:sz w:val="16"/>
              </w:rPr>
              <w:t>County</w:t>
            </w:r>
          </w:p>
        </w:tc>
        <w:tc>
          <w:tcPr>
            <w:tcW w:type="dxa" w:w="3467"/>
          </w:tcPr>
          <w:p>
            <w:pPr>
              <w:spacing w:after="0"/>
              <w:jc w:val="left"/>
            </w:pPr>
            <w:r>
              <w:rPr>
                <w:sz w:val="16"/>
              </w:rPr>
              <w:t>Approved, expires 2028-04-12</w:t>
            </w:r>
          </w:p>
        </w:tc>
        <w:tc>
          <w:tcPr>
            <w:tcW w:type="dxa" w:w="2765"/>
          </w:tcPr>
          <w:p>
            <w:pPr>
              <w:spacing w:after="0"/>
              <w:jc w:val="right"/>
            </w:pPr>
            <w:r>
              <w:rPr>
                <w:sz w:val="16"/>
              </w:rPr>
              <w:t>FMA RL 0, SRL 0; any 1</w:t>
            </w:r>
          </w:p>
        </w:tc>
        <w:tc>
          <w:tcPr>
            <w:tcW w:type="dxa" w:w="1945"/>
          </w:tcPr>
          <w:p>
            <w:pPr>
              <w:spacing w:after="0"/>
              <w:jc w:val="right"/>
            </w:pPr>
            <w:r>
              <w:rPr>
                <w:sz w:val="16"/>
              </w:rPr>
              <w:t>$983,634.19</w:t>
            </w:r>
          </w:p>
        </w:tc>
        <w:tc>
          <w:tcPr>
            <w:tcW w:type="dxa" w:w="2366"/>
          </w:tcPr>
          <w:p>
            <w:pPr>
              <w:spacing w:after="0"/>
              <w:jc w:val="right"/>
            </w:pPr>
            <w:r>
              <w:rPr>
                <w:sz w:val="16"/>
              </w:rPr>
              <w:t>0; 0</w:t>
            </w:r>
          </w:p>
        </w:tc>
        <w:tc>
          <w:tcPr>
            <w:tcW w:type="dxa" w:w="850"/>
          </w:tcPr>
          <w:p>
            <w:pPr>
              <w:spacing w:after="0"/>
              <w:jc w:val="left"/>
            </w:pPr>
          </w:p>
        </w:tc>
      </w:tr>
      <w:tr>
        <w:trPr>
          <w:cantSplit/>
        </w:trPr>
        <w:tc>
          <w:tcPr>
            <w:tcW w:type="dxa" w:w="1828"/>
          </w:tcPr>
          <w:p>
            <w:pPr>
              <w:spacing w:after="0"/>
              <w:jc w:val="left"/>
            </w:pPr>
            <w:r>
              <w:rPr>
                <w:sz w:val="16"/>
              </w:rPr>
              <w:t>Florence town</w:t>
            </w:r>
          </w:p>
        </w:tc>
        <w:tc>
          <w:tcPr>
            <w:tcW w:type="dxa" w:w="891"/>
          </w:tcPr>
          <w:p>
            <w:pPr>
              <w:spacing w:after="0"/>
              <w:jc w:val="left"/>
            </w:pPr>
            <w:r>
              <w:rPr>
                <w:sz w:val="16"/>
              </w:rPr>
              <w:t>Town</w:t>
            </w:r>
          </w:p>
        </w:tc>
        <w:tc>
          <w:tcPr>
            <w:tcW w:type="dxa" w:w="3467"/>
          </w:tcPr>
          <w:p>
            <w:pPr>
              <w:spacing w:after="0"/>
              <w:jc w:val="left"/>
            </w:pPr>
            <w:r>
              <w:rPr>
                <w:sz w:val="16"/>
              </w:rPr>
              <w:t>Approved, expires 2028-04-12</w:t>
            </w:r>
          </w:p>
        </w:tc>
        <w:tc>
          <w:tcPr>
            <w:tcW w:type="dxa" w:w="2765"/>
          </w:tcPr>
          <w:p>
            <w:pPr>
              <w:spacing w:after="0"/>
              <w:jc w:val="right"/>
            </w:pPr>
            <w:r>
              <w:rPr>
                <w:sz w:val="16"/>
              </w:rPr>
              <w:t>FMA RL 0, SRL 0; any 0</w:t>
            </w:r>
          </w:p>
        </w:tc>
        <w:tc>
          <w:tcPr>
            <w:tcW w:type="dxa" w:w="1945"/>
          </w:tcPr>
          <w:p>
            <w:pPr>
              <w:spacing w:after="0"/>
              <w:jc w:val="right"/>
            </w:pPr>
            <w:r>
              <w:rPr>
                <w:sz w:val="16"/>
              </w:rPr>
              <w:t>$12,328.01</w:t>
            </w:r>
          </w:p>
        </w:tc>
        <w:tc>
          <w:tcPr>
            <w:tcW w:type="dxa" w:w="2366"/>
          </w:tcPr>
          <w:p>
            <w:pPr>
              <w:spacing w:after="0"/>
              <w:jc w:val="right"/>
            </w:pPr>
            <w:r>
              <w:rPr>
                <w:sz w:val="16"/>
              </w:rPr>
              <w:t>35; 3</w:t>
            </w:r>
          </w:p>
        </w:tc>
        <w:tc>
          <w:tcPr>
            <w:tcW w:type="dxa" w:w="850"/>
          </w:tcPr>
          <w:p>
            <w:pPr>
              <w:spacing w:after="0"/>
              <w:jc w:val="left"/>
            </w:pPr>
          </w:p>
        </w:tc>
      </w:tr>
      <w:tr>
        <w:trPr>
          <w:cantSplit/>
        </w:trPr>
        <w:tc>
          <w:tcPr>
            <w:tcW w:type="dxa" w:w="1828"/>
          </w:tcPr>
          <w:p>
            <w:pPr>
              <w:spacing w:after="0"/>
              <w:jc w:val="left"/>
            </w:pPr>
            <w:r>
              <w:rPr>
                <w:sz w:val="16"/>
              </w:rPr>
              <w:t>Henry town</w:t>
            </w:r>
          </w:p>
        </w:tc>
        <w:tc>
          <w:tcPr>
            <w:tcW w:type="dxa" w:w="891"/>
          </w:tcPr>
          <w:p>
            <w:pPr>
              <w:spacing w:after="0"/>
              <w:jc w:val="left"/>
            </w:pPr>
            <w:r>
              <w:rPr>
                <w:sz w:val="16"/>
              </w:rPr>
              <w:t>Town</w:t>
            </w:r>
          </w:p>
        </w:tc>
        <w:tc>
          <w:tcPr>
            <w:tcW w:type="dxa" w:w="3467"/>
          </w:tcPr>
          <w:p>
            <w:pPr>
              <w:spacing w:after="0"/>
              <w:jc w:val="left"/>
            </w:pPr>
            <w:r>
              <w:rPr>
                <w:sz w:val="16"/>
              </w:rPr>
              <w:t>Approved, expires 2028-04-12</w:t>
            </w:r>
          </w:p>
        </w:tc>
        <w:tc>
          <w:tcPr>
            <w:tcW w:type="dxa" w:w="2765"/>
          </w:tcPr>
          <w:p>
            <w:pPr>
              <w:spacing w:after="0"/>
              <w:jc w:val="right"/>
            </w:pPr>
            <w:r>
              <w:rPr>
                <w:sz w:val="16"/>
              </w:rPr>
              <w:t>FMA RL 0, SRL 0; any 0</w:t>
            </w:r>
          </w:p>
        </w:tc>
        <w:tc>
          <w:tcPr>
            <w:tcW w:type="dxa" w:w="1945"/>
          </w:tcPr>
          <w:p>
            <w:pPr>
              <w:spacing w:after="0"/>
              <w:jc w:val="right"/>
            </w:pPr>
            <w:r>
              <w:rPr>
                <w:sz w:val="16"/>
              </w:rPr>
              <w:t>$5,737.04</w:t>
            </w:r>
          </w:p>
        </w:tc>
        <w:tc>
          <w:tcPr>
            <w:tcW w:type="dxa" w:w="2366"/>
          </w:tcPr>
          <w:p>
            <w:pPr>
              <w:spacing w:after="0"/>
              <w:jc w:val="right"/>
            </w:pPr>
            <w:r>
              <w:rPr>
                <w:sz w:val="16"/>
              </w:rPr>
              <w:t>38; 4</w:t>
            </w:r>
          </w:p>
        </w:tc>
        <w:tc>
          <w:tcPr>
            <w:tcW w:type="dxa" w:w="850"/>
          </w:tcPr>
          <w:p>
            <w:pPr>
              <w:spacing w:after="0"/>
              <w:jc w:val="left"/>
            </w:pPr>
          </w:p>
        </w:tc>
      </w:tr>
      <w:tr>
        <w:trPr>
          <w:cantSplit/>
        </w:trPr>
        <w:tc>
          <w:tcPr>
            <w:tcW w:type="dxa" w:w="1828"/>
          </w:tcPr>
          <w:p>
            <w:pPr>
              <w:spacing w:after="0"/>
              <w:jc w:val="left"/>
            </w:pPr>
            <w:r>
              <w:rPr>
                <w:sz w:val="16"/>
              </w:rPr>
              <w:t>Kranzburg town</w:t>
            </w:r>
          </w:p>
        </w:tc>
        <w:tc>
          <w:tcPr>
            <w:tcW w:type="dxa" w:w="891"/>
          </w:tcPr>
          <w:p>
            <w:pPr>
              <w:spacing w:after="0"/>
              <w:jc w:val="left"/>
            </w:pPr>
            <w:r>
              <w:rPr>
                <w:sz w:val="16"/>
              </w:rPr>
              <w:t>Town</w:t>
            </w:r>
          </w:p>
        </w:tc>
        <w:tc>
          <w:tcPr>
            <w:tcW w:type="dxa" w:w="3467"/>
          </w:tcPr>
          <w:p>
            <w:pPr>
              <w:spacing w:after="0"/>
              <w:jc w:val="left"/>
            </w:pPr>
            <w:r>
              <w:rPr>
                <w:sz w:val="16"/>
              </w:rPr>
              <w:t>Approved, expires 2028-04-12</w:t>
            </w:r>
          </w:p>
        </w:tc>
        <w:tc>
          <w:tcPr>
            <w:tcW w:type="dxa" w:w="2765"/>
          </w:tcPr>
          <w:p>
            <w:pPr>
              <w:spacing w:after="0"/>
              <w:jc w:val="right"/>
            </w:pPr>
            <w:r>
              <w:rPr>
                <w:sz w:val="16"/>
              </w:rPr>
              <w:t>FMA RL 0, SRL 0; any 0</w:t>
            </w:r>
          </w:p>
        </w:tc>
        <w:tc>
          <w:tcPr>
            <w:tcW w:type="dxa" w:w="1945"/>
          </w:tcPr>
          <w:p>
            <w:pPr>
              <w:spacing w:after="0"/>
              <w:jc w:val="right"/>
            </w:pPr>
            <w:r>
              <w:rPr>
                <w:sz w:val="16"/>
              </w:rPr>
              <w:t>none found</w:t>
            </w:r>
          </w:p>
        </w:tc>
        <w:tc>
          <w:tcPr>
            <w:tcW w:type="dxa" w:w="2366"/>
          </w:tcPr>
          <w:p>
            <w:pPr>
              <w:spacing w:after="0"/>
              <w:jc w:val="right"/>
            </w:pPr>
            <w:r>
              <w:rPr>
                <w:sz w:val="16"/>
              </w:rPr>
              <w:t>19; 1</w:t>
            </w:r>
          </w:p>
        </w:tc>
        <w:tc>
          <w:tcPr>
            <w:tcW w:type="dxa" w:w="850"/>
          </w:tcPr>
          <w:p>
            <w:pPr>
              <w:spacing w:after="0"/>
              <w:jc w:val="left"/>
            </w:pPr>
          </w:p>
        </w:tc>
      </w:tr>
      <w:tr>
        <w:trPr>
          <w:cantSplit/>
        </w:trPr>
        <w:tc>
          <w:tcPr>
            <w:tcW w:type="dxa" w:w="1828"/>
          </w:tcPr>
          <w:p>
            <w:pPr>
              <w:spacing w:after="0"/>
              <w:jc w:val="left"/>
            </w:pPr>
            <w:r>
              <w:rPr>
                <w:sz w:val="16"/>
              </w:rPr>
              <w:t>South Shore town</w:t>
            </w:r>
          </w:p>
        </w:tc>
        <w:tc>
          <w:tcPr>
            <w:tcW w:type="dxa" w:w="891"/>
          </w:tcPr>
          <w:p>
            <w:pPr>
              <w:spacing w:after="0"/>
              <w:jc w:val="left"/>
            </w:pPr>
            <w:r>
              <w:rPr>
                <w:sz w:val="16"/>
              </w:rPr>
              <w:t>Town</w:t>
            </w:r>
          </w:p>
        </w:tc>
        <w:tc>
          <w:tcPr>
            <w:tcW w:type="dxa" w:w="3467"/>
          </w:tcPr>
          <w:p>
            <w:pPr>
              <w:spacing w:after="0"/>
              <w:jc w:val="left"/>
            </w:pPr>
            <w:r>
              <w:rPr>
                <w:sz w:val="16"/>
              </w:rPr>
              <w:t>Approved, expires 2028-04-12</w:t>
            </w:r>
          </w:p>
        </w:tc>
        <w:tc>
          <w:tcPr>
            <w:tcW w:type="dxa" w:w="2765"/>
          </w:tcPr>
          <w:p>
            <w:pPr>
              <w:spacing w:after="0"/>
              <w:jc w:val="right"/>
            </w:pPr>
            <w:r>
              <w:rPr>
                <w:sz w:val="16"/>
              </w:rPr>
              <w:t>FMA RL 0, SRL 0; any 0</w:t>
            </w:r>
          </w:p>
        </w:tc>
        <w:tc>
          <w:tcPr>
            <w:tcW w:type="dxa" w:w="1945"/>
          </w:tcPr>
          <w:p>
            <w:pPr>
              <w:spacing w:after="0"/>
              <w:jc w:val="right"/>
            </w:pPr>
            <w:r>
              <w:rPr>
                <w:sz w:val="16"/>
              </w:rPr>
              <w:t>$9,015.04</w:t>
            </w:r>
          </w:p>
        </w:tc>
        <w:tc>
          <w:tcPr>
            <w:tcW w:type="dxa" w:w="2366"/>
          </w:tcPr>
          <w:p>
            <w:pPr>
              <w:spacing w:after="0"/>
              <w:jc w:val="right"/>
            </w:pPr>
            <w:r>
              <w:rPr>
                <w:sz w:val="16"/>
              </w:rPr>
              <w:t>29; 4</w:t>
            </w:r>
          </w:p>
        </w:tc>
        <w:tc>
          <w:tcPr>
            <w:tcW w:type="dxa" w:w="850"/>
          </w:tcPr>
          <w:p>
            <w:pPr>
              <w:spacing w:after="0"/>
              <w:jc w:val="left"/>
            </w:pPr>
          </w:p>
        </w:tc>
      </w:tr>
      <w:tr>
        <w:trPr>
          <w:cantSplit/>
        </w:trPr>
        <w:tc>
          <w:tcPr>
            <w:tcW w:type="dxa" w:w="1828"/>
          </w:tcPr>
          <w:p>
            <w:pPr>
              <w:spacing w:after="0"/>
              <w:jc w:val="left"/>
            </w:pPr>
            <w:r>
              <w:rPr>
                <w:sz w:val="16"/>
              </w:rPr>
              <w:t>Wallace town</w:t>
            </w:r>
          </w:p>
        </w:tc>
        <w:tc>
          <w:tcPr>
            <w:tcW w:type="dxa" w:w="891"/>
          </w:tcPr>
          <w:p>
            <w:pPr>
              <w:spacing w:after="0"/>
              <w:jc w:val="left"/>
            </w:pPr>
            <w:r>
              <w:rPr>
                <w:sz w:val="16"/>
              </w:rPr>
              <w:t>Town</w:t>
            </w:r>
          </w:p>
        </w:tc>
        <w:tc>
          <w:tcPr>
            <w:tcW w:type="dxa" w:w="3467"/>
          </w:tcPr>
          <w:p>
            <w:pPr>
              <w:spacing w:after="0"/>
              <w:jc w:val="left"/>
            </w:pPr>
            <w:r>
              <w:rPr>
                <w:sz w:val="16"/>
              </w:rPr>
              <w:t>Approved, expires 2028-04-12</w:t>
            </w:r>
          </w:p>
        </w:tc>
        <w:tc>
          <w:tcPr>
            <w:tcW w:type="dxa" w:w="2765"/>
          </w:tcPr>
          <w:p>
            <w:pPr>
              <w:spacing w:after="0"/>
              <w:jc w:val="right"/>
            </w:pPr>
            <w:r>
              <w:rPr>
                <w:sz w:val="16"/>
              </w:rPr>
              <w:t>FMA RL 0, SRL 0; any 0</w:t>
            </w:r>
          </w:p>
        </w:tc>
        <w:tc>
          <w:tcPr>
            <w:tcW w:type="dxa" w:w="1945"/>
          </w:tcPr>
          <w:p>
            <w:pPr>
              <w:spacing w:after="0"/>
              <w:jc w:val="right"/>
            </w:pPr>
            <w:r>
              <w:rPr>
                <w:sz w:val="16"/>
              </w:rPr>
              <w:t>$786.11</w:t>
            </w:r>
          </w:p>
        </w:tc>
        <w:tc>
          <w:tcPr>
            <w:tcW w:type="dxa" w:w="2366"/>
          </w:tcPr>
          <w:p>
            <w:pPr>
              <w:spacing w:after="0"/>
              <w:jc w:val="right"/>
            </w:pPr>
            <w:r>
              <w:rPr>
                <w:sz w:val="16"/>
              </w:rPr>
              <w:t>38; 2</w:t>
            </w:r>
          </w:p>
        </w:tc>
        <w:tc>
          <w:tcPr>
            <w:tcW w:type="dxa" w:w="850"/>
          </w:tcPr>
          <w:p>
            <w:pPr>
              <w:spacing w:after="0"/>
              <w:jc w:val="left"/>
            </w:pPr>
          </w:p>
        </w:tc>
      </w:tr>
      <w:tr>
        <w:trPr>
          <w:cantSplit/>
        </w:trPr>
        <w:tc>
          <w:tcPr>
            <w:tcW w:type="dxa" w:w="1828"/>
          </w:tcPr>
          <w:p>
            <w:pPr>
              <w:spacing w:after="0"/>
              <w:jc w:val="left"/>
            </w:pPr>
            <w:r>
              <w:rPr>
                <w:sz w:val="16"/>
              </w:rPr>
              <w:t>Watertown city</w:t>
            </w:r>
          </w:p>
        </w:tc>
        <w:tc>
          <w:tcPr>
            <w:tcW w:type="dxa" w:w="891"/>
          </w:tcPr>
          <w:p>
            <w:pPr>
              <w:spacing w:after="0"/>
              <w:jc w:val="left"/>
            </w:pPr>
            <w:r>
              <w:rPr>
                <w:sz w:val="16"/>
              </w:rPr>
              <w:t>City</w:t>
            </w:r>
          </w:p>
        </w:tc>
        <w:tc>
          <w:tcPr>
            <w:tcW w:type="dxa" w:w="3467"/>
          </w:tcPr>
          <w:p>
            <w:pPr>
              <w:spacing w:after="0"/>
              <w:jc w:val="left"/>
            </w:pPr>
            <w:r>
              <w:rPr>
                <w:sz w:val="16"/>
              </w:rPr>
              <w:t>Approved, expires 2028-04-12</w:t>
            </w:r>
          </w:p>
        </w:tc>
        <w:tc>
          <w:tcPr>
            <w:tcW w:type="dxa" w:w="2765"/>
          </w:tcPr>
          <w:p>
            <w:pPr>
              <w:spacing w:after="0"/>
              <w:jc w:val="right"/>
            </w:pPr>
            <w:r>
              <w:rPr>
                <w:sz w:val="16"/>
              </w:rPr>
              <w:t>FMA RL 3, SRL 9; any 33</w:t>
            </w:r>
          </w:p>
        </w:tc>
        <w:tc>
          <w:tcPr>
            <w:tcW w:type="dxa" w:w="1945"/>
          </w:tcPr>
          <w:p>
            <w:pPr>
              <w:spacing w:after="0"/>
              <w:jc w:val="right"/>
            </w:pPr>
            <w:r>
              <w:rPr>
                <w:sz w:val="16"/>
              </w:rPr>
              <w:t>$2,074,499.57</w:t>
            </w:r>
          </w:p>
        </w:tc>
        <w:tc>
          <w:tcPr>
            <w:tcW w:type="dxa" w:w="2366"/>
          </w:tcPr>
          <w:p>
            <w:pPr>
              <w:spacing w:after="0"/>
              <w:jc w:val="right"/>
            </w:pPr>
            <w:r>
              <w:rPr>
                <w:sz w:val="16"/>
              </w:rPr>
              <w:t>95; 13</w:t>
            </w:r>
          </w:p>
        </w:tc>
        <w:tc>
          <w:tcPr>
            <w:tcW w:type="dxa" w:w="850"/>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42"/>
        <w:gridCol w:w="1126"/>
        <w:gridCol w:w="1126"/>
        <w:gridCol w:w="1155"/>
        <w:gridCol w:w="1305"/>
        <w:gridCol w:w="1177"/>
        <w:gridCol w:w="1080"/>
        <w:gridCol w:w="1163"/>
        <w:gridCol w:w="1202"/>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2"/>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55"/>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77"/>
            <w:shd w:val="clear" w:color="auto" w:fill="E8E8E8"/>
          </w:tcPr>
          <w:p>
            <w:pPr>
              <w:spacing w:after="0"/>
              <w:jc w:val="right"/>
            </w:pPr>
            <w:r>
              <w:rPr>
                <w:b/>
                <w:sz w:val="16"/>
              </w:rPr>
              <w:t>Storm Events damage since 2023-04-13</w:t>
            </w:r>
          </w:p>
          <w:p>
            <w:pPr>
              <w:spacing w:after="0"/>
              <w:jc w:val="right"/>
            </w:pPr>
            <w:r>
              <w:rPr>
                <w:i/>
                <w:color w:val="555555"/>
                <w:sz w:val="14"/>
              </w:rPr>
              <w:t>county-coded records, property plus crops, nominal dollars</w:t>
            </w:r>
          </w:p>
        </w:tc>
        <w:tc>
          <w:tcPr>
            <w:tcW w:type="dxa" w:w="1080"/>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63"/>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02"/>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p>
        </w:tc>
        <w:tc>
          <w:tcPr>
            <w:tcW w:type="dxa" w:w="1215"/>
          </w:tcPr>
          <w:p>
            <w:pPr>
              <w:spacing w:after="0"/>
              <w:jc w:val="right"/>
            </w:pPr>
          </w:p>
        </w:tc>
        <w:tc>
          <w:tcPr>
            <w:tcW w:type="dxa" w:w="1042"/>
          </w:tcPr>
          <w:p>
            <w:pPr>
              <w:spacing w:after="0"/>
              <w:jc w:val="right"/>
            </w:pPr>
          </w:p>
        </w:tc>
        <w:tc>
          <w:tcPr>
            <w:tcW w:type="dxa" w:w="1126"/>
          </w:tcPr>
          <w:p>
            <w:pPr>
              <w:spacing w:after="0"/>
              <w:jc w:val="right"/>
            </w:pPr>
          </w:p>
        </w:tc>
        <w:tc>
          <w:tcPr>
            <w:tcW w:type="dxa" w:w="1126"/>
          </w:tcPr>
          <w:p>
            <w:pPr>
              <w:spacing w:after="0"/>
              <w:jc w:val="right"/>
            </w:pPr>
          </w:p>
        </w:tc>
        <w:tc>
          <w:tcPr>
            <w:tcW w:type="dxa" w:w="1155"/>
          </w:tcPr>
          <w:p>
            <w:pPr>
              <w:spacing w:after="0"/>
              <w:jc w:val="right"/>
            </w:pPr>
          </w:p>
        </w:tc>
        <w:tc>
          <w:tcPr>
            <w:tcW w:type="dxa" w:w="1305"/>
          </w:tcPr>
          <w:p>
            <w:pPr>
              <w:spacing w:after="0"/>
              <w:jc w:val="right"/>
            </w:pPr>
          </w:p>
        </w:tc>
        <w:tc>
          <w:tcPr>
            <w:tcW w:type="dxa" w:w="1177"/>
          </w:tcPr>
          <w:p>
            <w:pPr>
              <w:spacing w:after="0"/>
              <w:jc w:val="right"/>
            </w:pPr>
          </w:p>
        </w:tc>
        <w:tc>
          <w:tcPr>
            <w:tcW w:type="dxa" w:w="1080"/>
          </w:tcPr>
          <w:p>
            <w:pPr>
              <w:spacing w:after="0"/>
              <w:jc w:val="right"/>
            </w:pPr>
          </w:p>
        </w:tc>
        <w:tc>
          <w:tcPr>
            <w:tcW w:type="dxa" w:w="1163"/>
          </w:tcPr>
          <w:p>
            <w:pPr>
              <w:spacing w:after="0"/>
              <w:jc w:val="right"/>
            </w:pPr>
          </w:p>
        </w:tc>
        <w:tc>
          <w:tcPr>
            <w:tcW w:type="dxa" w:w="1202"/>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215"/>
          </w:tcPr>
          <w:p>
            <w:pPr>
              <w:spacing w:after="0"/>
              <w:jc w:val="right"/>
            </w:pPr>
          </w:p>
        </w:tc>
        <w:tc>
          <w:tcPr>
            <w:tcW w:type="dxa" w:w="1042"/>
          </w:tcPr>
          <w:p>
            <w:pPr>
              <w:spacing w:after="0"/>
              <w:jc w:val="right"/>
            </w:pPr>
          </w:p>
        </w:tc>
        <w:tc>
          <w:tcPr>
            <w:tcW w:type="dxa" w:w="1126"/>
          </w:tcPr>
          <w:p>
            <w:pPr>
              <w:spacing w:after="0"/>
              <w:jc w:val="right"/>
            </w:pPr>
          </w:p>
        </w:tc>
        <w:tc>
          <w:tcPr>
            <w:tcW w:type="dxa" w:w="1126"/>
          </w:tcPr>
          <w:p>
            <w:pPr>
              <w:spacing w:after="0"/>
              <w:jc w:val="right"/>
            </w:pPr>
          </w:p>
        </w:tc>
        <w:tc>
          <w:tcPr>
            <w:tcW w:type="dxa" w:w="1155"/>
          </w:tcPr>
          <w:p>
            <w:pPr>
              <w:spacing w:after="0"/>
              <w:jc w:val="right"/>
            </w:pPr>
          </w:p>
        </w:tc>
        <w:tc>
          <w:tcPr>
            <w:tcW w:type="dxa" w:w="1305"/>
          </w:tcPr>
          <w:p>
            <w:pPr>
              <w:spacing w:after="0"/>
              <w:jc w:val="right"/>
            </w:pPr>
          </w:p>
        </w:tc>
        <w:tc>
          <w:tcPr>
            <w:tcW w:type="dxa" w:w="1177"/>
          </w:tcPr>
          <w:p>
            <w:pPr>
              <w:spacing w:after="0"/>
              <w:jc w:val="right"/>
            </w:pPr>
          </w:p>
        </w:tc>
        <w:tc>
          <w:tcPr>
            <w:tcW w:type="dxa" w:w="1080"/>
          </w:tcPr>
          <w:p>
            <w:pPr>
              <w:spacing w:after="0"/>
              <w:jc w:val="right"/>
            </w:pPr>
          </w:p>
        </w:tc>
        <w:tc>
          <w:tcPr>
            <w:tcW w:type="dxa" w:w="1163"/>
          </w:tcPr>
          <w:p>
            <w:pPr>
              <w:spacing w:after="0"/>
              <w:jc w:val="right"/>
            </w:pPr>
          </w:p>
        </w:tc>
        <w:tc>
          <w:tcPr>
            <w:tcW w:type="dxa" w:w="1202"/>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$10,454,789,425</w:t>
            </w:r>
          </w:p>
        </w:tc>
        <w:tc>
          <w:tcPr>
            <w:tcW w:type="dxa" w:w="1215"/>
          </w:tcPr>
          <w:p>
            <w:pPr>
              <w:spacing w:after="0"/>
              <w:jc w:val="right"/>
            </w:pPr>
            <w:r>
              <w:rPr>
                <w:sz w:val="16"/>
              </w:rPr>
              <w:t>$200,700,840</w:t>
            </w:r>
          </w:p>
        </w:tc>
        <w:tc>
          <w:tcPr>
            <w:tcW w:type="dxa" w:w="1042"/>
          </w:tcPr>
          <w:p>
            <w:pPr>
              <w:spacing w:after="0"/>
              <w:jc w:val="right"/>
            </w:pPr>
            <w:r>
              <w:rPr>
                <w:sz w:val="16"/>
              </w:rPr>
              <w:t>28,315</w:t>
            </w:r>
          </w:p>
        </w:tc>
        <w:tc>
          <w:tcPr>
            <w:tcW w:type="dxa" w:w="1126"/>
          </w:tcPr>
          <w:p>
            <w:pPr>
              <w:spacing w:after="0"/>
              <w:jc w:val="right"/>
            </w:pPr>
            <w:r>
              <w:rPr>
                <w:sz w:val="16"/>
              </w:rPr>
              <w:t>$1,798</w:t>
            </w:r>
          </w:p>
        </w:tc>
        <w:tc>
          <w:tcPr>
            <w:tcW w:type="dxa" w:w="1126"/>
          </w:tcPr>
          <w:p>
            <w:pPr>
              <w:spacing w:after="0"/>
              <w:jc w:val="right"/>
            </w:pPr>
            <w:r>
              <w:rPr>
                <w:sz w:val="16"/>
              </w:rPr>
              <w:t>$20</w:t>
            </w:r>
          </w:p>
        </w:tc>
        <w:tc>
          <w:tcPr>
            <w:tcW w:type="dxa" w:w="1155"/>
          </w:tcPr>
          <w:p>
            <w:pPr>
              <w:spacing w:after="0"/>
              <w:jc w:val="right"/>
            </w:pPr>
            <w:r>
              <w:rPr>
                <w:sz w:val="16"/>
              </w:rPr>
              <w:t>$4,696,968</w:t>
            </w:r>
          </w:p>
        </w:tc>
        <w:tc>
          <w:tcPr>
            <w:tcW w:type="dxa" w:w="1305"/>
          </w:tcPr>
          <w:p>
            <w:pPr>
              <w:spacing w:after="0"/>
              <w:jc w:val="right"/>
            </w:pPr>
            <w:r>
              <w:rPr>
                <w:sz w:val="16"/>
              </w:rPr>
              <w:t>under 0.0001%</w:t>
            </w:r>
          </w:p>
        </w:tc>
        <w:tc>
          <w:tcPr>
            <w:tcW w:type="dxa" w:w="1177"/>
          </w:tcPr>
          <w:p>
            <w:pPr>
              <w:spacing w:after="0"/>
              <w:jc w:val="right"/>
            </w:pPr>
          </w:p>
        </w:tc>
        <w:tc>
          <w:tcPr>
            <w:tcW w:type="dxa" w:w="1080"/>
          </w:tcPr>
          <w:p>
            <w:pPr>
              <w:spacing w:after="0"/>
              <w:jc w:val="right"/>
            </w:pPr>
            <w:r>
              <w:rPr>
                <w:sz w:val="16"/>
              </w:rPr>
              <w:t>$0</w:t>
            </w:r>
          </w:p>
        </w:tc>
        <w:tc>
          <w:tcPr>
            <w:tcW w:type="dxa" w:w="1163"/>
          </w:tcPr>
          <w:p>
            <w:pPr>
              <w:spacing w:after="0"/>
              <w:jc w:val="right"/>
            </w:pPr>
          </w:p>
        </w:tc>
        <w:tc>
          <w:tcPr>
            <w:tcW w:type="dxa" w:w="1202"/>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215"/>
          </w:tcPr>
          <w:p>
            <w:pPr>
              <w:spacing w:after="0"/>
              <w:jc w:val="right"/>
            </w:pPr>
            <w:r>
              <w:rPr>
                <w:sz w:val="16"/>
              </w:rPr>
              <w:t>$70,891,358</w:t>
            </w:r>
          </w:p>
        </w:tc>
        <w:tc>
          <w:tcPr>
            <w:tcW w:type="dxa" w:w="1042"/>
          </w:tcPr>
          <w:p>
            <w:pPr>
              <w:spacing w:after="0"/>
              <w:jc w:val="right"/>
            </w:pPr>
          </w:p>
        </w:tc>
        <w:tc>
          <w:tcPr>
            <w:tcW w:type="dxa" w:w="1126"/>
          </w:tcPr>
          <w:p>
            <w:pPr>
              <w:spacing w:after="0"/>
              <w:jc w:val="right"/>
            </w:pPr>
          </w:p>
        </w:tc>
        <w:tc>
          <w:tcPr>
            <w:tcW w:type="dxa" w:w="1126"/>
          </w:tcPr>
          <w:p>
            <w:pPr>
              <w:spacing w:after="0"/>
              <w:jc w:val="right"/>
            </w:pPr>
            <w:r>
              <w:rPr>
                <w:sz w:val="16"/>
              </w:rPr>
              <w:t>$53,807</w:t>
            </w:r>
          </w:p>
        </w:tc>
        <w:tc>
          <w:tcPr>
            <w:tcW w:type="dxa" w:w="1155"/>
          </w:tcPr>
          <w:p>
            <w:pPr>
              <w:spacing w:after="0"/>
              <w:jc w:val="right"/>
            </w:pPr>
          </w:p>
        </w:tc>
        <w:tc>
          <w:tcPr>
            <w:tcW w:type="dxa" w:w="1305"/>
          </w:tcPr>
          <w:p>
            <w:pPr>
              <w:spacing w:after="0"/>
              <w:jc w:val="right"/>
            </w:pPr>
            <w:r>
              <w:rPr>
                <w:sz w:val="16"/>
              </w:rPr>
              <w:t>0.0759% (agriculture)</w:t>
            </w:r>
          </w:p>
        </w:tc>
        <w:tc>
          <w:tcPr>
            <w:tcW w:type="dxa" w:w="1177"/>
          </w:tcPr>
          <w:p>
            <w:pPr>
              <w:spacing w:after="0"/>
              <w:jc w:val="right"/>
            </w:pPr>
          </w:p>
        </w:tc>
        <w:tc>
          <w:tcPr>
            <w:tcW w:type="dxa" w:w="1080"/>
          </w:tcPr>
          <w:p>
            <w:pPr>
              <w:spacing w:after="0"/>
              <w:jc w:val="right"/>
            </w:pPr>
            <w:r>
              <w:rPr>
                <w:sz w:val="16"/>
              </w:rPr>
              <w:t>$0</w:t>
            </w:r>
          </w:p>
        </w:tc>
        <w:tc>
          <w:tcPr>
            <w:tcW w:type="dxa" w:w="1163"/>
          </w:tcPr>
          <w:p>
            <w:pPr>
              <w:spacing w:after="0"/>
              <w:jc w:val="right"/>
            </w:pPr>
          </w:p>
        </w:tc>
        <w:tc>
          <w:tcPr>
            <w:tcW w:type="dxa" w:w="1202"/>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$18,048,570,852</w:t>
            </w:r>
          </w:p>
        </w:tc>
        <w:tc>
          <w:tcPr>
            <w:tcW w:type="dxa" w:w="1215"/>
          </w:tcPr>
          <w:p>
            <w:pPr>
              <w:spacing w:after="0"/>
              <w:jc w:val="right"/>
            </w:pPr>
          </w:p>
        </w:tc>
        <w:tc>
          <w:tcPr>
            <w:tcW w:type="dxa" w:w="1042"/>
          </w:tcPr>
          <w:p>
            <w:pPr>
              <w:spacing w:after="0"/>
              <w:jc w:val="right"/>
            </w:pPr>
            <w:r>
              <w:rPr>
                <w:sz w:val="16"/>
              </w:rPr>
              <w:t>28,325</w:t>
            </w:r>
          </w:p>
        </w:tc>
        <w:tc>
          <w:tcPr>
            <w:tcW w:type="dxa" w:w="1126"/>
          </w:tcPr>
          <w:p>
            <w:pPr>
              <w:spacing w:after="0"/>
              <w:jc w:val="right"/>
            </w:pPr>
            <w:r>
              <w:rPr>
                <w:sz w:val="16"/>
              </w:rPr>
              <w:t>$29,484</w:t>
            </w:r>
          </w:p>
        </w:tc>
        <w:tc>
          <w:tcPr>
            <w:tcW w:type="dxa" w:w="1126"/>
          </w:tcPr>
          <w:p>
            <w:pPr>
              <w:spacing w:after="0"/>
              <w:jc w:val="right"/>
            </w:pPr>
          </w:p>
        </w:tc>
        <w:tc>
          <w:tcPr>
            <w:tcW w:type="dxa" w:w="1155"/>
          </w:tcPr>
          <w:p>
            <w:pPr>
              <w:spacing w:after="0"/>
              <w:jc w:val="right"/>
            </w:pPr>
            <w:r>
              <w:rPr>
                <w:sz w:val="16"/>
              </w:rPr>
              <w:t>$6,877</w:t>
            </w:r>
          </w:p>
        </w:tc>
        <w:tc>
          <w:tcPr>
            <w:tcW w:type="dxa" w:w="1305"/>
          </w:tcPr>
          <w:p>
            <w:pPr>
              <w:spacing w:after="0"/>
              <w:jc w:val="right"/>
            </w:pPr>
            <w:r>
              <w:rPr>
                <w:sz w:val="16"/>
              </w:rPr>
              <w:t>0.000163%</w:t>
            </w:r>
          </w:p>
        </w:tc>
        <w:tc>
          <w:tcPr>
            <w:tcW w:type="dxa" w:w="1177"/>
          </w:tcPr>
          <w:p>
            <w:pPr>
              <w:spacing w:after="0"/>
              <w:jc w:val="right"/>
            </w:pPr>
          </w:p>
        </w:tc>
        <w:tc>
          <w:tcPr>
            <w:tcW w:type="dxa" w:w="1080"/>
          </w:tcPr>
          <w:p>
            <w:pPr>
              <w:spacing w:after="0"/>
              <w:jc w:val="right"/>
            </w:pPr>
          </w:p>
        </w:tc>
        <w:tc>
          <w:tcPr>
            <w:tcW w:type="dxa" w:w="1163"/>
          </w:tcPr>
          <w:p>
            <w:pPr>
              <w:spacing w:after="0"/>
              <w:jc w:val="right"/>
            </w:pPr>
          </w:p>
        </w:tc>
        <w:tc>
          <w:tcPr>
            <w:tcW w:type="dxa" w:w="1202"/>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$10,454,789,425</w:t>
            </w:r>
          </w:p>
        </w:tc>
        <w:tc>
          <w:tcPr>
            <w:tcW w:type="dxa" w:w="1215"/>
          </w:tcPr>
          <w:p>
            <w:pPr>
              <w:spacing w:after="0"/>
              <w:jc w:val="right"/>
            </w:pPr>
            <w:r>
              <w:rPr>
                <w:sz w:val="16"/>
              </w:rPr>
              <w:t>$200,700,840</w:t>
            </w:r>
          </w:p>
        </w:tc>
        <w:tc>
          <w:tcPr>
            <w:tcW w:type="dxa" w:w="1042"/>
          </w:tcPr>
          <w:p>
            <w:pPr>
              <w:spacing w:after="0"/>
              <w:jc w:val="right"/>
            </w:pPr>
            <w:r>
              <w:rPr>
                <w:sz w:val="16"/>
              </w:rPr>
              <w:t>28,315</w:t>
            </w:r>
          </w:p>
        </w:tc>
        <w:tc>
          <w:tcPr>
            <w:tcW w:type="dxa" w:w="1126"/>
          </w:tcPr>
          <w:p>
            <w:pPr>
              <w:spacing w:after="0"/>
              <w:jc w:val="right"/>
            </w:pPr>
            <w:r>
              <w:rPr>
                <w:sz w:val="16"/>
              </w:rPr>
              <w:t>$255,192</w:t>
            </w:r>
          </w:p>
        </w:tc>
        <w:tc>
          <w:tcPr>
            <w:tcW w:type="dxa" w:w="1126"/>
          </w:tcPr>
          <w:p>
            <w:pPr>
              <w:spacing w:after="0"/>
              <w:jc w:val="right"/>
            </w:pPr>
            <w:r>
              <w:rPr>
                <w:sz w:val="16"/>
              </w:rPr>
              <w:t>$268,133</w:t>
            </w:r>
          </w:p>
        </w:tc>
        <w:tc>
          <w:tcPr>
            <w:tcW w:type="dxa" w:w="1155"/>
          </w:tcPr>
          <w:p>
            <w:pPr>
              <w:spacing w:after="0"/>
              <w:jc w:val="right"/>
            </w:pPr>
            <w:r>
              <w:rPr>
                <w:sz w:val="16"/>
              </w:rPr>
              <w:t>$92,418</w:t>
            </w:r>
          </w:p>
        </w:tc>
        <w:tc>
          <w:tcPr>
            <w:tcW w:type="dxa" w:w="1305"/>
          </w:tcPr>
          <w:p>
            <w:pPr>
              <w:spacing w:after="0"/>
              <w:jc w:val="right"/>
            </w:pPr>
            <w:r>
              <w:rPr>
                <w:sz w:val="16"/>
              </w:rPr>
              <w:t>0.00244%</w:t>
            </w:r>
          </w:p>
        </w:tc>
        <w:tc>
          <w:tcPr>
            <w:tcW w:type="dxa" w:w="1177"/>
          </w:tcPr>
          <w:p>
            <w:pPr>
              <w:spacing w:after="0"/>
              <w:jc w:val="right"/>
            </w:pPr>
            <w:r>
              <w:rPr>
                <w:sz w:val="16"/>
              </w:rPr>
              <w:t>$0</w:t>
            </w:r>
          </w:p>
        </w:tc>
        <w:tc>
          <w:tcPr>
            <w:tcW w:type="dxa" w:w="1080"/>
          </w:tcPr>
          <w:p>
            <w:pPr>
              <w:spacing w:after="0"/>
              <w:jc w:val="right"/>
            </w:pPr>
          </w:p>
        </w:tc>
        <w:tc>
          <w:tcPr>
            <w:tcW w:type="dxa" w:w="1163"/>
          </w:tcPr>
          <w:p>
            <w:pPr>
              <w:spacing w:after="0"/>
              <w:jc w:val="right"/>
            </w:pPr>
          </w:p>
        </w:tc>
        <w:tc>
          <w:tcPr>
            <w:tcW w:type="dxa" w:w="1202"/>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$10,454,789,425</w:t>
            </w:r>
          </w:p>
        </w:tc>
        <w:tc>
          <w:tcPr>
            <w:tcW w:type="dxa" w:w="1215"/>
          </w:tcPr>
          <w:p>
            <w:pPr>
              <w:spacing w:after="0"/>
              <w:jc w:val="right"/>
            </w:pPr>
            <w:r>
              <w:rPr>
                <w:sz w:val="16"/>
              </w:rPr>
              <w:t>$200,700,840</w:t>
            </w:r>
          </w:p>
        </w:tc>
        <w:tc>
          <w:tcPr>
            <w:tcW w:type="dxa" w:w="1042"/>
          </w:tcPr>
          <w:p>
            <w:pPr>
              <w:spacing w:after="0"/>
              <w:jc w:val="right"/>
            </w:pPr>
            <w:r>
              <w:rPr>
                <w:sz w:val="16"/>
              </w:rPr>
              <w:t>28,315</w:t>
            </w:r>
          </w:p>
        </w:tc>
        <w:tc>
          <w:tcPr>
            <w:tcW w:type="dxa" w:w="1126"/>
          </w:tcPr>
          <w:p>
            <w:pPr>
              <w:spacing w:after="0"/>
              <w:jc w:val="right"/>
            </w:pPr>
            <w:r>
              <w:rPr>
                <w:sz w:val="16"/>
              </w:rPr>
              <w:t>$2,898</w:t>
            </w:r>
          </w:p>
        </w:tc>
        <w:tc>
          <w:tcPr>
            <w:tcW w:type="dxa" w:w="1126"/>
          </w:tcPr>
          <w:p>
            <w:pPr>
              <w:spacing w:after="0"/>
              <w:jc w:val="right"/>
            </w:pPr>
            <w:r>
              <w:rPr>
                <w:sz w:val="16"/>
              </w:rPr>
              <w:t>$2</w:t>
            </w:r>
          </w:p>
        </w:tc>
        <w:tc>
          <w:tcPr>
            <w:tcW w:type="dxa" w:w="1155"/>
          </w:tcPr>
          <w:p>
            <w:pPr>
              <w:spacing w:after="0"/>
              <w:jc w:val="right"/>
            </w:pPr>
            <w:r>
              <w:rPr>
                <w:sz w:val="16"/>
              </w:rPr>
              <w:t>$231,368</w:t>
            </w:r>
          </w:p>
        </w:tc>
        <w:tc>
          <w:tcPr>
            <w:tcW w:type="dxa" w:w="1305"/>
          </w:tcPr>
          <w:p>
            <w:pPr>
              <w:spacing w:after="0"/>
              <w:jc w:val="right"/>
            </w:pPr>
            <w:r>
              <w:rPr>
                <w:sz w:val="16"/>
              </w:rPr>
              <w:t>under 0.0001%</w:t>
            </w:r>
          </w:p>
        </w:tc>
        <w:tc>
          <w:tcPr>
            <w:tcW w:type="dxa" w:w="1177"/>
          </w:tcPr>
          <w:p>
            <w:pPr>
              <w:spacing w:after="0"/>
              <w:jc w:val="right"/>
            </w:pPr>
          </w:p>
        </w:tc>
        <w:tc>
          <w:tcPr>
            <w:tcW w:type="dxa" w:w="1080"/>
          </w:tcPr>
          <w:p>
            <w:pPr>
              <w:spacing w:after="0"/>
              <w:jc w:val="right"/>
            </w:pPr>
            <w:r>
              <w:rPr>
                <w:sz w:val="16"/>
              </w:rPr>
              <w:t>$0</w:t>
            </w:r>
          </w:p>
        </w:tc>
        <w:tc>
          <w:tcPr>
            <w:tcW w:type="dxa" w:w="1163"/>
          </w:tcPr>
          <w:p>
            <w:pPr>
              <w:spacing w:after="0"/>
              <w:jc w:val="right"/>
            </w:pPr>
          </w:p>
        </w:tc>
        <w:tc>
          <w:tcPr>
            <w:tcW w:type="dxa" w:w="1202"/>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p>
        </w:tc>
        <w:tc>
          <w:tcPr>
            <w:tcW w:type="dxa" w:w="1215"/>
          </w:tcPr>
          <w:p>
            <w:pPr>
              <w:spacing w:after="0"/>
              <w:jc w:val="right"/>
            </w:pPr>
          </w:p>
        </w:tc>
        <w:tc>
          <w:tcPr>
            <w:tcW w:type="dxa" w:w="1042"/>
          </w:tcPr>
          <w:p>
            <w:pPr>
              <w:spacing w:after="0"/>
              <w:jc w:val="right"/>
            </w:pPr>
          </w:p>
        </w:tc>
        <w:tc>
          <w:tcPr>
            <w:tcW w:type="dxa" w:w="1126"/>
          </w:tcPr>
          <w:p>
            <w:pPr>
              <w:spacing w:after="0"/>
              <w:jc w:val="right"/>
            </w:pPr>
          </w:p>
        </w:tc>
        <w:tc>
          <w:tcPr>
            <w:tcW w:type="dxa" w:w="1126"/>
          </w:tcPr>
          <w:p>
            <w:pPr>
              <w:spacing w:after="0"/>
              <w:jc w:val="right"/>
            </w:pPr>
          </w:p>
        </w:tc>
        <w:tc>
          <w:tcPr>
            <w:tcW w:type="dxa" w:w="1155"/>
          </w:tcPr>
          <w:p>
            <w:pPr>
              <w:spacing w:after="0"/>
              <w:jc w:val="right"/>
            </w:pPr>
          </w:p>
        </w:tc>
        <w:tc>
          <w:tcPr>
            <w:tcW w:type="dxa" w:w="1305"/>
          </w:tcPr>
          <w:p>
            <w:pPr>
              <w:spacing w:after="0"/>
              <w:jc w:val="right"/>
            </w:pPr>
          </w:p>
        </w:tc>
        <w:tc>
          <w:tcPr>
            <w:tcW w:type="dxa" w:w="1177"/>
          </w:tcPr>
          <w:p>
            <w:pPr>
              <w:spacing w:after="0"/>
              <w:jc w:val="right"/>
            </w:pPr>
          </w:p>
        </w:tc>
        <w:tc>
          <w:tcPr>
            <w:tcW w:type="dxa" w:w="1080"/>
          </w:tcPr>
          <w:p>
            <w:pPr>
              <w:spacing w:after="0"/>
              <w:jc w:val="right"/>
            </w:pPr>
          </w:p>
        </w:tc>
        <w:tc>
          <w:tcPr>
            <w:tcW w:type="dxa" w:w="1163"/>
          </w:tcPr>
          <w:p>
            <w:pPr>
              <w:spacing w:after="0"/>
              <w:jc w:val="right"/>
            </w:pPr>
          </w:p>
        </w:tc>
        <w:tc>
          <w:tcPr>
            <w:tcW w:type="dxa" w:w="1202"/>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483"/>
          </w:tcPr>
          <w:p>
            <w:pPr>
              <w:spacing w:after="0"/>
              <w:jc w:val="right"/>
            </w:pPr>
            <w:r>
              <w:rPr>
                <w:sz w:val="16"/>
              </w:rPr>
              <w:t>$10,454,789,425</w:t>
            </w:r>
          </w:p>
        </w:tc>
        <w:tc>
          <w:tcPr>
            <w:tcW w:type="dxa" w:w="1215"/>
          </w:tcPr>
          <w:p>
            <w:pPr>
              <w:spacing w:after="0"/>
              <w:jc w:val="right"/>
            </w:pPr>
          </w:p>
        </w:tc>
        <w:tc>
          <w:tcPr>
            <w:tcW w:type="dxa" w:w="1042"/>
          </w:tcPr>
          <w:p>
            <w:pPr>
              <w:spacing w:after="0"/>
              <w:jc w:val="right"/>
            </w:pPr>
            <w:r>
              <w:rPr>
                <w:sz w:val="16"/>
              </w:rPr>
              <w:t>28,315</w:t>
            </w:r>
          </w:p>
        </w:tc>
        <w:tc>
          <w:tcPr>
            <w:tcW w:type="dxa" w:w="1126"/>
          </w:tcPr>
          <w:p>
            <w:pPr>
              <w:spacing w:after="0"/>
              <w:jc w:val="right"/>
            </w:pPr>
            <w:r>
              <w:rPr>
                <w:sz w:val="16"/>
              </w:rPr>
              <w:t>$228,285</w:t>
            </w:r>
          </w:p>
        </w:tc>
        <w:tc>
          <w:tcPr>
            <w:tcW w:type="dxa" w:w="1126"/>
          </w:tcPr>
          <w:p>
            <w:pPr>
              <w:spacing w:after="0"/>
              <w:jc w:val="right"/>
            </w:pPr>
          </w:p>
        </w:tc>
        <w:tc>
          <w:tcPr>
            <w:tcW w:type="dxa" w:w="1155"/>
          </w:tcPr>
          <w:p>
            <w:pPr>
              <w:spacing w:after="0"/>
              <w:jc w:val="right"/>
            </w:pPr>
            <w:r>
              <w:rPr>
                <w:sz w:val="16"/>
              </w:rPr>
              <w:t>$1,538,804</w:t>
            </w:r>
          </w:p>
        </w:tc>
        <w:tc>
          <w:tcPr>
            <w:tcW w:type="dxa" w:w="1305"/>
          </w:tcPr>
          <w:p>
            <w:pPr>
              <w:spacing w:after="0"/>
              <w:jc w:val="right"/>
            </w:pPr>
            <w:r>
              <w:rPr>
                <w:sz w:val="16"/>
              </w:rPr>
              <w:t>0.00218%</w:t>
            </w:r>
          </w:p>
        </w:tc>
        <w:tc>
          <w:tcPr>
            <w:tcW w:type="dxa" w:w="1177"/>
          </w:tcPr>
          <w:p>
            <w:pPr>
              <w:spacing w:after="0"/>
              <w:jc w:val="right"/>
            </w:pPr>
          </w:p>
        </w:tc>
        <w:tc>
          <w:tcPr>
            <w:tcW w:type="dxa" w:w="1080"/>
          </w:tcPr>
          <w:p>
            <w:pPr>
              <w:spacing w:after="0"/>
              <w:jc w:val="right"/>
            </w:pPr>
            <w:r>
              <w:rPr>
                <w:sz w:val="16"/>
              </w:rPr>
              <w:t>$0</w:t>
            </w:r>
          </w:p>
        </w:tc>
        <w:tc>
          <w:tcPr>
            <w:tcW w:type="dxa" w:w="1163"/>
          </w:tcPr>
          <w:p>
            <w:pPr>
              <w:spacing w:after="0"/>
              <w:jc w:val="right"/>
            </w:pPr>
          </w:p>
        </w:tc>
        <w:tc>
          <w:tcPr>
            <w:tcW w:type="dxa" w:w="1202"/>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$10,440,342,237</w:t>
            </w:r>
          </w:p>
        </w:tc>
        <w:tc>
          <w:tcPr>
            <w:tcW w:type="dxa" w:w="1215"/>
          </w:tcPr>
          <w:p>
            <w:pPr>
              <w:spacing w:after="0"/>
              <w:jc w:val="right"/>
            </w:pPr>
            <w:r>
              <w:rPr>
                <w:sz w:val="16"/>
              </w:rPr>
              <w:t>$12,217,904</w:t>
            </w:r>
          </w:p>
        </w:tc>
        <w:tc>
          <w:tcPr>
            <w:tcW w:type="dxa" w:w="1042"/>
          </w:tcPr>
          <w:p>
            <w:pPr>
              <w:spacing w:after="0"/>
              <w:jc w:val="right"/>
            </w:pPr>
            <w:r>
              <w:rPr>
                <w:sz w:val="16"/>
              </w:rPr>
              <w:t>2,781</w:t>
            </w:r>
          </w:p>
        </w:tc>
        <w:tc>
          <w:tcPr>
            <w:tcW w:type="dxa" w:w="1126"/>
          </w:tcPr>
          <w:p>
            <w:pPr>
              <w:spacing w:after="0"/>
              <w:jc w:val="right"/>
            </w:pPr>
            <w:r>
              <w:rPr>
                <w:sz w:val="16"/>
              </w:rPr>
              <w:t>$11,623,277</w:t>
            </w:r>
          </w:p>
        </w:tc>
        <w:tc>
          <w:tcPr>
            <w:tcW w:type="dxa" w:w="1126"/>
          </w:tcPr>
          <w:p>
            <w:pPr>
              <w:spacing w:after="0"/>
              <w:jc w:val="right"/>
            </w:pPr>
            <w:r>
              <w:rPr>
                <w:sz w:val="16"/>
              </w:rPr>
              <w:t>$181,043</w:t>
            </w:r>
          </w:p>
        </w:tc>
        <w:tc>
          <w:tcPr>
            <w:tcW w:type="dxa" w:w="1155"/>
          </w:tcPr>
          <w:p>
            <w:pPr>
              <w:spacing w:after="0"/>
              <w:jc w:val="right"/>
            </w:pPr>
            <w:r>
              <w:rPr>
                <w:sz w:val="16"/>
              </w:rPr>
              <w:t>$193,497</w:t>
            </w:r>
          </w:p>
        </w:tc>
        <w:tc>
          <w:tcPr>
            <w:tcW w:type="dxa" w:w="1305"/>
          </w:tcPr>
          <w:p>
            <w:pPr>
              <w:spacing w:after="0"/>
              <w:jc w:val="right"/>
            </w:pPr>
            <w:r>
              <w:rPr>
                <w:sz w:val="16"/>
              </w:rPr>
              <w:t>n/a (see note)</w:t>
            </w:r>
          </w:p>
        </w:tc>
        <w:tc>
          <w:tcPr>
            <w:tcW w:type="dxa" w:w="1177"/>
          </w:tcPr>
          <w:p>
            <w:pPr>
              <w:spacing w:after="0"/>
              <w:jc w:val="right"/>
            </w:pPr>
            <w:r>
              <w:rPr>
                <w:sz w:val="16"/>
              </w:rPr>
              <w:t>$7,000</w:t>
            </w:r>
          </w:p>
        </w:tc>
        <w:tc>
          <w:tcPr>
            <w:tcW w:type="dxa" w:w="1080"/>
          </w:tcPr>
          <w:p>
            <w:pPr>
              <w:spacing w:after="0"/>
              <w:jc w:val="right"/>
            </w:pPr>
          </w:p>
        </w:tc>
        <w:tc>
          <w:tcPr>
            <w:tcW w:type="dxa" w:w="1163"/>
          </w:tcPr>
          <w:p>
            <w:pPr>
              <w:spacing w:after="0"/>
              <w:jc w:val="right"/>
            </w:pPr>
            <w:r>
              <w:rPr>
                <w:sz w:val="16"/>
              </w:rPr>
              <w:t>$893,904.55</w:t>
            </w:r>
          </w:p>
        </w:tc>
        <w:tc>
          <w:tcPr>
            <w:tcW w:type="dxa" w:w="1202"/>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$25,581,577</w:t>
            </w:r>
          </w:p>
        </w:tc>
        <w:tc>
          <w:tcPr>
            <w:tcW w:type="dxa" w:w="1215"/>
          </w:tcPr>
          <w:p>
            <w:pPr>
              <w:spacing w:after="0"/>
              <w:jc w:val="right"/>
            </w:pPr>
          </w:p>
        </w:tc>
        <w:tc>
          <w:tcPr>
            <w:tcW w:type="dxa" w:w="1042"/>
          </w:tcPr>
          <w:p>
            <w:pPr>
              <w:spacing w:after="0"/>
              <w:jc w:val="right"/>
            </w:pPr>
            <w:r>
              <w:rPr>
                <w:sz w:val="16"/>
              </w:rPr>
              <w:t>52</w:t>
            </w:r>
          </w:p>
        </w:tc>
        <w:tc>
          <w:tcPr>
            <w:tcW w:type="dxa" w:w="1126"/>
          </w:tcPr>
          <w:p>
            <w:pPr>
              <w:spacing w:after="0"/>
              <w:jc w:val="right"/>
            </w:pPr>
            <w:r>
              <w:rPr>
                <w:sz w:val="16"/>
              </w:rPr>
              <w:t>$32</w:t>
            </w:r>
          </w:p>
        </w:tc>
        <w:tc>
          <w:tcPr>
            <w:tcW w:type="dxa" w:w="1126"/>
          </w:tcPr>
          <w:p>
            <w:pPr>
              <w:spacing w:after="0"/>
              <w:jc w:val="right"/>
            </w:pPr>
          </w:p>
        </w:tc>
        <w:tc>
          <w:tcPr>
            <w:tcW w:type="dxa" w:w="1155"/>
          </w:tcPr>
          <w:p>
            <w:pPr>
              <w:spacing w:after="0"/>
              <w:jc w:val="right"/>
            </w:pPr>
            <w:r>
              <w:rPr>
                <w:sz w:val="16"/>
              </w:rPr>
              <w:t>$177</w:t>
            </w:r>
          </w:p>
        </w:tc>
        <w:tc>
          <w:tcPr>
            <w:tcW w:type="dxa" w:w="1305"/>
          </w:tcPr>
          <w:p>
            <w:pPr>
              <w:spacing w:after="0"/>
              <w:jc w:val="right"/>
            </w:pPr>
            <w:r>
              <w:rPr>
                <w:sz w:val="16"/>
              </w:rPr>
              <w:t>0.000126%</w:t>
            </w:r>
          </w:p>
        </w:tc>
        <w:tc>
          <w:tcPr>
            <w:tcW w:type="dxa" w:w="1177"/>
          </w:tcPr>
          <w:p>
            <w:pPr>
              <w:spacing w:after="0"/>
              <w:jc w:val="right"/>
            </w:pPr>
          </w:p>
        </w:tc>
        <w:tc>
          <w:tcPr>
            <w:tcW w:type="dxa" w:w="1080"/>
          </w:tcPr>
          <w:p>
            <w:pPr>
              <w:spacing w:after="0"/>
              <w:jc w:val="right"/>
            </w:pPr>
          </w:p>
        </w:tc>
        <w:tc>
          <w:tcPr>
            <w:tcW w:type="dxa" w:w="1163"/>
          </w:tcPr>
          <w:p>
            <w:pPr>
              <w:spacing w:after="0"/>
              <w:jc w:val="right"/>
            </w:pPr>
          </w:p>
        </w:tc>
        <w:tc>
          <w:tcPr>
            <w:tcW w:type="dxa" w:w="1202"/>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$10,454,789,425</w:t>
            </w:r>
          </w:p>
        </w:tc>
        <w:tc>
          <w:tcPr>
            <w:tcW w:type="dxa" w:w="1215"/>
          </w:tcPr>
          <w:p>
            <w:pPr>
              <w:spacing w:after="0"/>
              <w:jc w:val="right"/>
            </w:pPr>
          </w:p>
        </w:tc>
        <w:tc>
          <w:tcPr>
            <w:tcW w:type="dxa" w:w="1042"/>
          </w:tcPr>
          <w:p>
            <w:pPr>
              <w:spacing w:after="0"/>
              <w:jc w:val="right"/>
            </w:pPr>
            <w:r>
              <w:rPr>
                <w:sz w:val="16"/>
              </w:rPr>
              <w:t>28,315</w:t>
            </w:r>
          </w:p>
        </w:tc>
        <w:tc>
          <w:tcPr>
            <w:tcW w:type="dxa" w:w="1126"/>
          </w:tcPr>
          <w:p>
            <w:pPr>
              <w:spacing w:after="0"/>
              <w:jc w:val="right"/>
            </w:pPr>
            <w:r>
              <w:rPr>
                <w:sz w:val="16"/>
              </w:rPr>
              <w:t>$9,832</w:t>
            </w:r>
          </w:p>
        </w:tc>
        <w:tc>
          <w:tcPr>
            <w:tcW w:type="dxa" w:w="1126"/>
          </w:tcPr>
          <w:p>
            <w:pPr>
              <w:spacing w:after="0"/>
              <w:jc w:val="right"/>
            </w:pPr>
          </w:p>
        </w:tc>
        <w:tc>
          <w:tcPr>
            <w:tcW w:type="dxa" w:w="1155"/>
          </w:tcPr>
          <w:p>
            <w:pPr>
              <w:spacing w:after="0"/>
              <w:jc w:val="right"/>
            </w:pPr>
            <w:r>
              <w:rPr>
                <w:sz w:val="16"/>
              </w:rPr>
              <w:t>$17,222</w:t>
            </w:r>
          </w:p>
        </w:tc>
        <w:tc>
          <w:tcPr>
            <w:tcW w:type="dxa" w:w="1305"/>
          </w:tcPr>
          <w:p>
            <w:pPr>
              <w:spacing w:after="0"/>
              <w:jc w:val="right"/>
            </w:pPr>
            <w:r>
              <w:rPr>
                <w:sz w:val="16"/>
              </w:rPr>
              <w:t>under 0.0001%</w:t>
            </w:r>
          </w:p>
        </w:tc>
        <w:tc>
          <w:tcPr>
            <w:tcW w:type="dxa" w:w="1177"/>
          </w:tcPr>
          <w:p>
            <w:pPr>
              <w:spacing w:after="0"/>
              <w:jc w:val="right"/>
            </w:pPr>
            <w:r>
              <w:rPr>
                <w:sz w:val="16"/>
              </w:rPr>
              <w:t>$100,000</w:t>
            </w:r>
          </w:p>
        </w:tc>
        <w:tc>
          <w:tcPr>
            <w:tcW w:type="dxa" w:w="1080"/>
          </w:tcPr>
          <w:p>
            <w:pPr>
              <w:spacing w:after="0"/>
              <w:jc w:val="right"/>
            </w:pPr>
          </w:p>
        </w:tc>
        <w:tc>
          <w:tcPr>
            <w:tcW w:type="dxa" w:w="1163"/>
          </w:tcPr>
          <w:p>
            <w:pPr>
              <w:spacing w:after="0"/>
              <w:jc w:val="right"/>
            </w:pPr>
          </w:p>
        </w:tc>
        <w:tc>
          <w:tcPr>
            <w:tcW w:type="dxa" w:w="1202"/>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$10,454,789,425</w:t>
            </w:r>
          </w:p>
        </w:tc>
        <w:tc>
          <w:tcPr>
            <w:tcW w:type="dxa" w:w="1215"/>
          </w:tcPr>
          <w:p>
            <w:pPr>
              <w:spacing w:after="0"/>
              <w:jc w:val="right"/>
            </w:pPr>
            <w:r>
              <w:rPr>
                <w:sz w:val="16"/>
              </w:rPr>
              <w:t>$200,700,840</w:t>
            </w:r>
          </w:p>
        </w:tc>
        <w:tc>
          <w:tcPr>
            <w:tcW w:type="dxa" w:w="1042"/>
          </w:tcPr>
          <w:p>
            <w:pPr>
              <w:spacing w:after="0"/>
              <w:jc w:val="right"/>
            </w:pPr>
            <w:r>
              <w:rPr>
                <w:sz w:val="16"/>
              </w:rPr>
              <w:t>28,315</w:t>
            </w:r>
          </w:p>
        </w:tc>
        <w:tc>
          <w:tcPr>
            <w:tcW w:type="dxa" w:w="1126"/>
          </w:tcPr>
          <w:p>
            <w:pPr>
              <w:spacing w:after="0"/>
              <w:jc w:val="right"/>
            </w:pPr>
            <w:r>
              <w:rPr>
                <w:sz w:val="16"/>
              </w:rPr>
              <w:t>$470,082</w:t>
            </w:r>
          </w:p>
        </w:tc>
        <w:tc>
          <w:tcPr>
            <w:tcW w:type="dxa" w:w="1126"/>
          </w:tcPr>
          <w:p>
            <w:pPr>
              <w:spacing w:after="0"/>
              <w:jc w:val="right"/>
            </w:pPr>
            <w:r>
              <w:rPr>
                <w:sz w:val="16"/>
              </w:rPr>
              <w:t>$18,309</w:t>
            </w:r>
          </w:p>
        </w:tc>
        <w:tc>
          <w:tcPr>
            <w:tcW w:type="dxa" w:w="1155"/>
          </w:tcPr>
          <w:p>
            <w:pPr>
              <w:spacing w:after="0"/>
              <w:jc w:val="right"/>
            </w:pPr>
            <w:r>
              <w:rPr>
                <w:sz w:val="16"/>
              </w:rPr>
              <w:t>$419,943</w:t>
            </w:r>
          </w:p>
        </w:tc>
        <w:tc>
          <w:tcPr>
            <w:tcW w:type="dxa" w:w="1305"/>
          </w:tcPr>
          <w:p>
            <w:pPr>
              <w:spacing w:after="0"/>
              <w:jc w:val="right"/>
            </w:pPr>
            <w:r>
              <w:rPr>
                <w:sz w:val="16"/>
              </w:rPr>
              <w:t>0.0045%</w:t>
            </w:r>
          </w:p>
        </w:tc>
        <w:tc>
          <w:tcPr>
            <w:tcW w:type="dxa" w:w="1177"/>
          </w:tcPr>
          <w:p>
            <w:pPr>
              <w:spacing w:after="0"/>
              <w:jc w:val="right"/>
            </w:pPr>
            <w:r>
              <w:rPr>
                <w:sz w:val="16"/>
              </w:rPr>
              <w:t>$0</w:t>
            </w:r>
          </w:p>
        </w:tc>
        <w:tc>
          <w:tcPr>
            <w:tcW w:type="dxa" w:w="1080"/>
          </w:tcPr>
          <w:p>
            <w:pPr>
              <w:spacing w:after="0"/>
              <w:jc w:val="right"/>
            </w:pPr>
            <w:r>
              <w:rPr>
                <w:sz w:val="16"/>
              </w:rPr>
              <w:t>$0</w:t>
            </w:r>
          </w:p>
        </w:tc>
        <w:tc>
          <w:tcPr>
            <w:tcW w:type="dxa" w:w="1163"/>
          </w:tcPr>
          <w:p>
            <w:pPr>
              <w:spacing w:after="0"/>
              <w:jc w:val="right"/>
            </w:pPr>
          </w:p>
        </w:tc>
        <w:tc>
          <w:tcPr>
            <w:tcW w:type="dxa" w:w="1202"/>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$10,454,789,425</w:t>
            </w:r>
          </w:p>
        </w:tc>
        <w:tc>
          <w:tcPr>
            <w:tcW w:type="dxa" w:w="1215"/>
          </w:tcPr>
          <w:p>
            <w:pPr>
              <w:spacing w:after="0"/>
              <w:jc w:val="right"/>
            </w:pPr>
            <w:r>
              <w:rPr>
                <w:sz w:val="16"/>
              </w:rPr>
              <w:t>$200,700,840</w:t>
            </w:r>
          </w:p>
        </w:tc>
        <w:tc>
          <w:tcPr>
            <w:tcW w:type="dxa" w:w="1042"/>
          </w:tcPr>
          <w:p>
            <w:pPr>
              <w:spacing w:after="0"/>
              <w:jc w:val="right"/>
            </w:pPr>
            <w:r>
              <w:rPr>
                <w:sz w:val="16"/>
              </w:rPr>
              <w:t>28,315</w:t>
            </w:r>
          </w:p>
        </w:tc>
        <w:tc>
          <w:tcPr>
            <w:tcW w:type="dxa" w:w="1126"/>
          </w:tcPr>
          <w:p>
            <w:pPr>
              <w:spacing w:after="0"/>
              <w:jc w:val="right"/>
            </w:pPr>
            <w:r>
              <w:rPr>
                <w:sz w:val="16"/>
              </w:rPr>
              <w:t>$1,808,378</w:t>
            </w:r>
          </w:p>
        </w:tc>
        <w:tc>
          <w:tcPr>
            <w:tcW w:type="dxa" w:w="1126"/>
          </w:tcPr>
          <w:p>
            <w:pPr>
              <w:spacing w:after="0"/>
              <w:jc w:val="right"/>
            </w:pPr>
            <w:r>
              <w:rPr>
                <w:sz w:val="16"/>
              </w:rPr>
              <w:t>$7,023</w:t>
            </w:r>
          </w:p>
        </w:tc>
        <w:tc>
          <w:tcPr>
            <w:tcW w:type="dxa" w:w="1155"/>
          </w:tcPr>
          <w:p>
            <w:pPr>
              <w:spacing w:after="0"/>
              <w:jc w:val="right"/>
            </w:pPr>
            <w:r>
              <w:rPr>
                <w:sz w:val="16"/>
              </w:rPr>
              <w:t>$1,943,613</w:t>
            </w:r>
          </w:p>
        </w:tc>
        <w:tc>
          <w:tcPr>
            <w:tcW w:type="dxa" w:w="1305"/>
          </w:tcPr>
          <w:p>
            <w:pPr>
              <w:spacing w:after="0"/>
              <w:jc w:val="right"/>
            </w:pPr>
            <w:r>
              <w:rPr>
                <w:sz w:val="16"/>
              </w:rPr>
              <w:t>0.0173%</w:t>
            </w:r>
          </w:p>
        </w:tc>
        <w:tc>
          <w:tcPr>
            <w:tcW w:type="dxa" w:w="1177"/>
          </w:tcPr>
          <w:p>
            <w:pPr>
              <w:spacing w:after="0"/>
              <w:jc w:val="right"/>
            </w:pPr>
            <w:r>
              <w:rPr>
                <w:sz w:val="16"/>
              </w:rPr>
              <w:t>$0</w:t>
            </w:r>
          </w:p>
        </w:tc>
        <w:tc>
          <w:tcPr>
            <w:tcW w:type="dxa" w:w="1080"/>
          </w:tcPr>
          <w:p>
            <w:pPr>
              <w:spacing w:after="0"/>
              <w:jc w:val="right"/>
            </w:pPr>
          </w:p>
        </w:tc>
        <w:tc>
          <w:tcPr>
            <w:tcW w:type="dxa" w:w="1163"/>
          </w:tcPr>
          <w:p>
            <w:pPr>
              <w:spacing w:after="0"/>
              <w:jc w:val="right"/>
            </w:pPr>
          </w:p>
        </w:tc>
        <w:tc>
          <w:tcPr>
            <w:tcW w:type="dxa" w:w="1202"/>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215"/>
          </w:tcPr>
          <w:p>
            <w:pPr>
              <w:spacing w:after="0"/>
              <w:jc w:val="right"/>
            </w:pPr>
          </w:p>
        </w:tc>
        <w:tc>
          <w:tcPr>
            <w:tcW w:type="dxa" w:w="1042"/>
          </w:tcPr>
          <w:p>
            <w:pPr>
              <w:spacing w:after="0"/>
              <w:jc w:val="right"/>
            </w:pPr>
          </w:p>
        </w:tc>
        <w:tc>
          <w:tcPr>
            <w:tcW w:type="dxa" w:w="1126"/>
          </w:tcPr>
          <w:p>
            <w:pPr>
              <w:spacing w:after="0"/>
              <w:jc w:val="right"/>
            </w:pPr>
          </w:p>
        </w:tc>
        <w:tc>
          <w:tcPr>
            <w:tcW w:type="dxa" w:w="1126"/>
          </w:tcPr>
          <w:p>
            <w:pPr>
              <w:spacing w:after="0"/>
              <w:jc w:val="right"/>
            </w:pPr>
          </w:p>
        </w:tc>
        <w:tc>
          <w:tcPr>
            <w:tcW w:type="dxa" w:w="1155"/>
          </w:tcPr>
          <w:p>
            <w:pPr>
              <w:spacing w:after="0"/>
              <w:jc w:val="right"/>
            </w:pPr>
          </w:p>
        </w:tc>
        <w:tc>
          <w:tcPr>
            <w:tcW w:type="dxa" w:w="1305"/>
          </w:tcPr>
          <w:p>
            <w:pPr>
              <w:spacing w:after="0"/>
              <w:jc w:val="right"/>
            </w:pPr>
          </w:p>
        </w:tc>
        <w:tc>
          <w:tcPr>
            <w:tcW w:type="dxa" w:w="1177"/>
          </w:tcPr>
          <w:p>
            <w:pPr>
              <w:spacing w:after="0"/>
              <w:jc w:val="right"/>
            </w:pPr>
          </w:p>
        </w:tc>
        <w:tc>
          <w:tcPr>
            <w:tcW w:type="dxa" w:w="1080"/>
          </w:tcPr>
          <w:p>
            <w:pPr>
              <w:spacing w:after="0"/>
              <w:jc w:val="right"/>
            </w:pPr>
          </w:p>
        </w:tc>
        <w:tc>
          <w:tcPr>
            <w:tcW w:type="dxa" w:w="1163"/>
          </w:tcPr>
          <w:p>
            <w:pPr>
              <w:spacing w:after="0"/>
              <w:jc w:val="right"/>
            </w:pPr>
          </w:p>
        </w:tc>
        <w:tc>
          <w:tcPr>
            <w:tcW w:type="dxa" w:w="1202"/>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215"/>
          </w:tcPr>
          <w:p>
            <w:pPr>
              <w:spacing w:after="0"/>
              <w:jc w:val="right"/>
            </w:pPr>
          </w:p>
        </w:tc>
        <w:tc>
          <w:tcPr>
            <w:tcW w:type="dxa" w:w="1042"/>
          </w:tcPr>
          <w:p>
            <w:pPr>
              <w:spacing w:after="0"/>
              <w:jc w:val="right"/>
            </w:pPr>
          </w:p>
        </w:tc>
        <w:tc>
          <w:tcPr>
            <w:tcW w:type="dxa" w:w="1126"/>
          </w:tcPr>
          <w:p>
            <w:pPr>
              <w:spacing w:after="0"/>
              <w:jc w:val="right"/>
            </w:pPr>
          </w:p>
        </w:tc>
        <w:tc>
          <w:tcPr>
            <w:tcW w:type="dxa" w:w="1126"/>
          </w:tcPr>
          <w:p>
            <w:pPr>
              <w:spacing w:after="0"/>
              <w:jc w:val="right"/>
            </w:pPr>
          </w:p>
        </w:tc>
        <w:tc>
          <w:tcPr>
            <w:tcW w:type="dxa" w:w="1155"/>
          </w:tcPr>
          <w:p>
            <w:pPr>
              <w:spacing w:after="0"/>
              <w:jc w:val="right"/>
            </w:pPr>
          </w:p>
        </w:tc>
        <w:tc>
          <w:tcPr>
            <w:tcW w:type="dxa" w:w="1305"/>
          </w:tcPr>
          <w:p>
            <w:pPr>
              <w:spacing w:after="0"/>
              <w:jc w:val="right"/>
            </w:pPr>
          </w:p>
        </w:tc>
        <w:tc>
          <w:tcPr>
            <w:tcW w:type="dxa" w:w="1177"/>
          </w:tcPr>
          <w:p>
            <w:pPr>
              <w:spacing w:after="0"/>
              <w:jc w:val="right"/>
            </w:pPr>
          </w:p>
        </w:tc>
        <w:tc>
          <w:tcPr>
            <w:tcW w:type="dxa" w:w="1080"/>
          </w:tcPr>
          <w:p>
            <w:pPr>
              <w:spacing w:after="0"/>
              <w:jc w:val="right"/>
            </w:pPr>
          </w:p>
        </w:tc>
        <w:tc>
          <w:tcPr>
            <w:tcW w:type="dxa" w:w="1163"/>
          </w:tcPr>
          <w:p>
            <w:pPr>
              <w:spacing w:after="0"/>
              <w:jc w:val="right"/>
            </w:pPr>
          </w:p>
        </w:tc>
        <w:tc>
          <w:tcPr>
            <w:tcW w:type="dxa" w:w="1202"/>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$1,262,424,575</w:t>
            </w:r>
          </w:p>
        </w:tc>
        <w:tc>
          <w:tcPr>
            <w:tcW w:type="dxa" w:w="1215"/>
          </w:tcPr>
          <w:p>
            <w:pPr>
              <w:spacing w:after="0"/>
              <w:jc w:val="right"/>
            </w:pPr>
            <w:r>
              <w:rPr>
                <w:sz w:val="16"/>
              </w:rPr>
              <w:t>$47,266,663</w:t>
            </w:r>
          </w:p>
        </w:tc>
        <w:tc>
          <w:tcPr>
            <w:tcW w:type="dxa" w:w="1042"/>
          </w:tcPr>
          <w:p>
            <w:pPr>
              <w:spacing w:after="0"/>
              <w:jc w:val="right"/>
            </w:pPr>
            <w:r>
              <w:rPr>
                <w:sz w:val="16"/>
              </w:rPr>
              <w:t>3,630</w:t>
            </w:r>
          </w:p>
        </w:tc>
        <w:tc>
          <w:tcPr>
            <w:tcW w:type="dxa" w:w="1126"/>
          </w:tcPr>
          <w:p>
            <w:pPr>
              <w:spacing w:after="0"/>
              <w:jc w:val="right"/>
            </w:pPr>
            <w:r>
              <w:rPr>
                <w:sz w:val="16"/>
              </w:rPr>
              <w:t>$199,201</w:t>
            </w:r>
          </w:p>
        </w:tc>
        <w:tc>
          <w:tcPr>
            <w:tcW w:type="dxa" w:w="1126"/>
          </w:tcPr>
          <w:p>
            <w:pPr>
              <w:spacing w:after="0"/>
              <w:jc w:val="right"/>
            </w:pPr>
            <w:r>
              <w:rPr>
                <w:sz w:val="16"/>
              </w:rPr>
              <w:t>$98</w:t>
            </w:r>
          </w:p>
        </w:tc>
        <w:tc>
          <w:tcPr>
            <w:tcW w:type="dxa" w:w="1155"/>
          </w:tcPr>
          <w:p>
            <w:pPr>
              <w:spacing w:after="0"/>
              <w:jc w:val="right"/>
            </w:pPr>
            <w:r>
              <w:rPr>
                <w:sz w:val="16"/>
              </w:rPr>
              <w:t>$5,970</w:t>
            </w:r>
          </w:p>
        </w:tc>
        <w:tc>
          <w:tcPr>
            <w:tcW w:type="dxa" w:w="1305"/>
          </w:tcPr>
          <w:p>
            <w:pPr>
              <w:spacing w:after="0"/>
              <w:jc w:val="right"/>
            </w:pPr>
            <w:r>
              <w:rPr>
                <w:sz w:val="16"/>
              </w:rPr>
              <w:t>0.0158%</w:t>
            </w:r>
          </w:p>
        </w:tc>
        <w:tc>
          <w:tcPr>
            <w:tcW w:type="dxa" w:w="1177"/>
          </w:tcPr>
          <w:p>
            <w:pPr>
              <w:spacing w:after="0"/>
              <w:jc w:val="right"/>
            </w:pPr>
          </w:p>
        </w:tc>
        <w:tc>
          <w:tcPr>
            <w:tcW w:type="dxa" w:w="1080"/>
          </w:tcPr>
          <w:p>
            <w:pPr>
              <w:spacing w:after="0"/>
              <w:jc w:val="right"/>
            </w:pPr>
          </w:p>
        </w:tc>
        <w:tc>
          <w:tcPr>
            <w:tcW w:type="dxa" w:w="1163"/>
          </w:tcPr>
          <w:p>
            <w:pPr>
              <w:spacing w:after="0"/>
              <w:jc w:val="right"/>
            </w:pPr>
          </w:p>
        </w:tc>
        <w:tc>
          <w:tcPr>
            <w:tcW w:type="dxa" w:w="1202"/>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$10,454,789,425</w:t>
            </w:r>
          </w:p>
        </w:tc>
        <w:tc>
          <w:tcPr>
            <w:tcW w:type="dxa" w:w="1215"/>
          </w:tcPr>
          <w:p>
            <w:pPr>
              <w:spacing w:after="0"/>
              <w:jc w:val="right"/>
            </w:pPr>
            <w:r>
              <w:rPr>
                <w:sz w:val="16"/>
              </w:rPr>
              <w:t>$200,700,840</w:t>
            </w:r>
          </w:p>
        </w:tc>
        <w:tc>
          <w:tcPr>
            <w:tcW w:type="dxa" w:w="1042"/>
          </w:tcPr>
          <w:p>
            <w:pPr>
              <w:spacing w:after="0"/>
              <w:jc w:val="right"/>
            </w:pPr>
            <w:r>
              <w:rPr>
                <w:sz w:val="16"/>
              </w:rPr>
              <w:t>28,315</w:t>
            </w:r>
          </w:p>
        </w:tc>
        <w:tc>
          <w:tcPr>
            <w:tcW w:type="dxa" w:w="1126"/>
          </w:tcPr>
          <w:p>
            <w:pPr>
              <w:spacing w:after="0"/>
              <w:jc w:val="right"/>
            </w:pPr>
            <w:r>
              <w:rPr>
                <w:sz w:val="16"/>
              </w:rPr>
              <w:t>$63,851</w:t>
            </w:r>
          </w:p>
        </w:tc>
        <w:tc>
          <w:tcPr>
            <w:tcW w:type="dxa" w:w="1126"/>
          </w:tcPr>
          <w:p>
            <w:pPr>
              <w:spacing w:after="0"/>
              <w:jc w:val="right"/>
            </w:pPr>
            <w:r>
              <w:rPr>
                <w:sz w:val="16"/>
              </w:rPr>
              <w:t>$296</w:t>
            </w:r>
          </w:p>
        </w:tc>
        <w:tc>
          <w:tcPr>
            <w:tcW w:type="dxa" w:w="1155"/>
          </w:tcPr>
          <w:p>
            <w:pPr>
              <w:spacing w:after="0"/>
              <w:jc w:val="right"/>
            </w:pPr>
            <w:r>
              <w:rPr>
                <w:sz w:val="16"/>
              </w:rPr>
              <w:t>$529,940</w:t>
            </w:r>
          </w:p>
        </w:tc>
        <w:tc>
          <w:tcPr>
            <w:tcW w:type="dxa" w:w="1305"/>
          </w:tcPr>
          <w:p>
            <w:pPr>
              <w:spacing w:after="0"/>
              <w:jc w:val="right"/>
            </w:pPr>
            <w:r>
              <w:rPr>
                <w:sz w:val="16"/>
              </w:rPr>
              <w:t>0.000611%</w:t>
            </w:r>
          </w:p>
        </w:tc>
        <w:tc>
          <w:tcPr>
            <w:tcW w:type="dxa" w:w="1177"/>
          </w:tcPr>
          <w:p>
            <w:pPr>
              <w:spacing w:after="0"/>
              <w:jc w:val="right"/>
            </w:pPr>
          </w:p>
        </w:tc>
        <w:tc>
          <w:tcPr>
            <w:tcW w:type="dxa" w:w="1080"/>
          </w:tcPr>
          <w:p>
            <w:pPr>
              <w:spacing w:after="0"/>
              <w:jc w:val="right"/>
            </w:pPr>
            <w:r>
              <w:rPr>
                <w:sz w:val="16"/>
              </w:rPr>
              <w:t>$0</w:t>
            </w:r>
          </w:p>
        </w:tc>
        <w:tc>
          <w:tcPr>
            <w:tcW w:type="dxa" w:w="1163"/>
          </w:tcPr>
          <w:p>
            <w:pPr>
              <w:spacing w:after="0"/>
              <w:jc w:val="right"/>
            </w:pPr>
          </w:p>
        </w:tc>
        <w:tc>
          <w:tcPr>
            <w:tcW w:type="dxa" w:w="1202"/>
          </w:tcPr>
          <w:p>
            <w:pPr>
              <w:spacing w:after="0"/>
              <w:jc w:val="left"/>
            </w:pPr>
          </w:p>
        </w:tc>
      </w:tr>
    </w:tbl>
    <w:p>
      <w:pPr>
        <w:spacing w:after="40" w:before="60"/>
      </w:pPr>
      <w:r>
        <w:rPr>
          <w:sz w:val="15"/>
        </w:rPr>
        <w:t>Totals since 2023-04-13 (Storm Events through 2026-06-30): 72 county-coded records, 61 with a damage value recorded (including $0), $107,000; 29 zone-level records, 28 with a damage value recorded (including $0), $0 reported for the zone; Public Assistance on counted declarations $893,904.55 (1 declaration, 1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28,315</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$10,454,789,425</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$200,700,840</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$15,221,039</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$9,676,797</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3</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9</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31</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6</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3</w:t>
            </w:r>
          </w:p>
        </w:tc>
        <w:tc>
          <w:tcPr>
            <w:tcW w:type="dxa" w:w="1572"/>
          </w:tcPr>
          <w:p>
            <w:pPr>
              <w:spacing w:after="0"/>
              <w:jc w:val="right"/>
            </w:pPr>
            <w:r>
              <w:rPr>
                <w:sz w:val="16"/>
              </w:rPr>
              <w:t>9</w:t>
            </w:r>
          </w:p>
        </w:tc>
        <w:tc>
          <w:tcPr>
            <w:tcW w:type="dxa" w:w="1572"/>
          </w:tcPr>
          <w:p>
            <w:pPr>
              <w:spacing w:after="0"/>
              <w:jc w:val="right"/>
            </w:pPr>
            <w:r>
              <w:rPr>
                <w:sz w:val="16"/>
              </w:rPr>
              <w:t>31</w:t>
            </w:r>
          </w:p>
        </w:tc>
        <w:tc>
          <w:tcPr>
            <w:tcW w:type="dxa" w:w="1572"/>
          </w:tcPr>
          <w:p>
            <w:pPr>
              <w:spacing w:after="0"/>
              <w:jc w:val="right"/>
            </w:pPr>
            <w:r>
              <w:rPr>
                <w:sz w:val="16"/>
              </w:rPr>
              <w:t>6</w:t>
            </w:r>
          </w:p>
        </w:tc>
        <w:tc>
          <w:tcPr>
            <w:tcW w:type="dxa" w:w="1572"/>
          </w:tcPr>
          <w:p>
            <w:pPr>
              <w:spacing w:after="0"/>
              <w:jc w:val="right"/>
            </w:pPr>
            <w:r>
              <w:rPr>
                <w:sz w:val="16"/>
              </w:rPr>
              <w:t>34</w:t>
            </w:r>
          </w:p>
        </w:tc>
        <w:tc>
          <w:tcPr>
            <w:tcW w:type="dxa" w:w="1572"/>
          </w:tcPr>
          <w:p>
            <w:pPr>
              <w:spacing w:after="0"/>
              <w:jc w:val="right"/>
            </w:pPr>
            <w:r>
              <w:rPr>
                <w:sz w:val="16"/>
              </w:rPr>
              <w:t>2</w:t>
            </w:r>
          </w:p>
        </w:tc>
        <w:tc>
          <w:tcPr>
            <w:tcW w:type="dxa" w:w="1749"/>
          </w:tcPr>
          <w:p>
            <w:pPr>
              <w:spacing w:after="0"/>
              <w:jc w:val="right"/>
            </w:pPr>
            <w:r>
              <w:rPr>
                <w:sz w:val="16"/>
              </w:rPr>
              <w:t>7</w:t>
            </w:r>
          </w:p>
        </w:tc>
      </w:tr>
      <w:tr>
        <w:trPr>
          <w:cantSplit/>
        </w:trPr>
        <w:tc>
          <w:tcPr>
            <w:tcW w:type="dxa" w:w="2934"/>
          </w:tcPr>
          <w:p>
            <w:pPr>
              <w:spacing w:after="0"/>
              <w:jc w:val="left"/>
            </w:pPr>
            <w:r>
              <w:rPr>
                <w:sz w:val="16"/>
              </w:rPr>
              <w:t>WATERTOWN, CITY OF</w:t>
            </w:r>
          </w:p>
        </w:tc>
        <w:tc>
          <w:tcPr>
            <w:tcW w:type="dxa" w:w="1572"/>
          </w:tcPr>
          <w:p>
            <w:pPr>
              <w:spacing w:after="0"/>
              <w:jc w:val="right"/>
            </w:pPr>
            <w:r>
              <w:rPr>
                <w:sz w:val="16"/>
              </w:rPr>
              <w:t>3</w:t>
            </w:r>
          </w:p>
        </w:tc>
        <w:tc>
          <w:tcPr>
            <w:tcW w:type="dxa" w:w="1572"/>
          </w:tcPr>
          <w:p>
            <w:pPr>
              <w:spacing w:after="0"/>
              <w:jc w:val="right"/>
            </w:pPr>
            <w:r>
              <w:rPr>
                <w:sz w:val="16"/>
              </w:rPr>
              <w:t>9</w:t>
            </w:r>
          </w:p>
        </w:tc>
        <w:tc>
          <w:tcPr>
            <w:tcW w:type="dxa" w:w="1572"/>
          </w:tcPr>
          <w:p>
            <w:pPr>
              <w:spacing w:after="0"/>
              <w:jc w:val="right"/>
            </w:pPr>
            <w:r>
              <w:rPr>
                <w:sz w:val="16"/>
              </w:rPr>
              <w:t>30</w:t>
            </w:r>
          </w:p>
        </w:tc>
        <w:tc>
          <w:tcPr>
            <w:tcW w:type="dxa" w:w="1572"/>
          </w:tcPr>
          <w:p>
            <w:pPr>
              <w:spacing w:after="0"/>
              <w:jc w:val="right"/>
            </w:pPr>
            <w:r>
              <w:rPr>
                <w:sz w:val="16"/>
              </w:rPr>
              <w:t>6</w:t>
            </w:r>
          </w:p>
        </w:tc>
        <w:tc>
          <w:tcPr>
            <w:tcW w:type="dxa" w:w="1572"/>
          </w:tcPr>
          <w:p>
            <w:pPr>
              <w:spacing w:after="0"/>
              <w:jc w:val="right"/>
            </w:pPr>
            <w:r>
              <w:rPr>
                <w:sz w:val="16"/>
              </w:rPr>
              <w:t>33</w:t>
            </w:r>
          </w:p>
        </w:tc>
        <w:tc>
          <w:tcPr>
            <w:tcW w:type="dxa" w:w="1572"/>
          </w:tcPr>
          <w:p>
            <w:pPr>
              <w:spacing w:after="0"/>
              <w:jc w:val="right"/>
            </w:pPr>
            <w:r>
              <w:rPr>
                <w:sz w:val="16"/>
              </w:rPr>
              <w:t>2</w:t>
            </w:r>
          </w:p>
        </w:tc>
        <w:tc>
          <w:tcPr>
            <w:tcW w:type="dxa" w:w="1749"/>
          </w:tcPr>
          <w:p>
            <w:pPr>
              <w:spacing w:after="0"/>
              <w:jc w:val="right"/>
            </w:pPr>
            <w:r>
              <w:rPr>
                <w:sz w:val="16"/>
              </w:rPr>
              <w:t>7</w:t>
            </w:r>
          </w:p>
        </w:tc>
      </w:tr>
      <w:tr>
        <w:trPr>
          <w:cantSplit/>
        </w:trPr>
        <w:tc>
          <w:tcPr>
            <w:tcW w:type="dxa" w:w="2934"/>
          </w:tcPr>
          <w:p>
            <w:pPr>
              <w:spacing w:after="0"/>
              <w:jc w:val="left"/>
            </w:pPr>
            <w:r>
              <w:rPr>
                <w:sz w:val="16"/>
              </w:rPr>
              <w:t>CODINGTON COUNTY*</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749"/>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000"/>
        <w:gridCol w:w="1513"/>
        <w:gridCol w:w="1359"/>
        <w:gridCol w:w="1359"/>
        <w:gridCol w:w="1359"/>
        <w:gridCol w:w="1359"/>
        <w:gridCol w:w="1359"/>
        <w:gridCol w:w="1359"/>
        <w:gridCol w:w="1513"/>
        <w:gridCol w:w="930"/>
      </w:tblGrid>
      <w:tr>
        <w:trPr>
          <w:cantSplit/>
          <w:tblHeader/>
        </w:trPr>
        <w:tc>
          <w:tcPr>
            <w:tcW w:type="dxa" w:w="2000"/>
            <w:shd w:val="clear" w:color="auto" w:fill="E8E8E8"/>
          </w:tcPr>
          <w:p>
            <w:pPr>
              <w:spacing w:after="0"/>
              <w:jc w:val="left"/>
            </w:pPr>
            <w:r>
              <w:rPr>
                <w:b/>
                <w:sz w:val="16"/>
              </w:rPr>
              <w:t>Member</w:t>
            </w:r>
          </w:p>
        </w:tc>
        <w:tc>
          <w:tcPr>
            <w:tcW w:type="dxa" w:w="1513"/>
            <w:shd w:val="clear" w:color="auto" w:fill="E8E8E8"/>
          </w:tcPr>
          <w:p>
            <w:pPr>
              <w:spacing w:after="0"/>
              <w:jc w:val="left"/>
            </w:pPr>
            <w:r>
              <w:rPr>
                <w:b/>
                <w:sz w:val="16"/>
              </w:rPr>
              <w:t>NFIP community ID</w:t>
            </w:r>
          </w:p>
        </w:tc>
        <w:tc>
          <w:tcPr>
            <w:tcW w:type="dxa" w:w="1359"/>
            <w:shd w:val="clear" w:color="auto" w:fill="E8E8E8"/>
          </w:tcPr>
          <w:p>
            <w:pPr>
              <w:spacing w:after="0"/>
              <w:jc w:val="right"/>
            </w:pPr>
            <w:r>
              <w:rPr>
                <w:b/>
                <w:sz w:val="16"/>
              </w:rPr>
              <w:t>RL, FMA</w:t>
            </w:r>
          </w:p>
          <w:p>
            <w:pPr>
              <w:spacing w:after="0"/>
              <w:jc w:val="right"/>
            </w:pPr>
            <w:r>
              <w:rPr>
                <w:i/>
                <w:color w:val="555555"/>
                <w:sz w:val="14"/>
              </w:rPr>
              <w:t>properties</w:t>
            </w:r>
          </w:p>
        </w:tc>
        <w:tc>
          <w:tcPr>
            <w:tcW w:type="dxa" w:w="1359"/>
            <w:shd w:val="clear" w:color="auto" w:fill="E8E8E8"/>
          </w:tcPr>
          <w:p>
            <w:pPr>
              <w:spacing w:after="0"/>
              <w:jc w:val="right"/>
            </w:pPr>
            <w:r>
              <w:rPr>
                <w:b/>
                <w:sz w:val="16"/>
              </w:rPr>
              <w:t>SRL, FMA</w:t>
            </w:r>
          </w:p>
          <w:p>
            <w:pPr>
              <w:spacing w:after="0"/>
              <w:jc w:val="right"/>
            </w:pPr>
            <w:r>
              <w:rPr>
                <w:i/>
                <w:color w:val="555555"/>
                <w:sz w:val="14"/>
              </w:rPr>
              <w:t>properties</w:t>
            </w:r>
          </w:p>
        </w:tc>
        <w:tc>
          <w:tcPr>
            <w:tcW w:type="dxa" w:w="1359"/>
            <w:shd w:val="clear" w:color="auto" w:fill="E8E8E8"/>
          </w:tcPr>
          <w:p>
            <w:pPr>
              <w:spacing w:after="0"/>
              <w:jc w:val="right"/>
            </w:pPr>
            <w:r>
              <w:rPr>
                <w:b/>
                <w:sz w:val="16"/>
              </w:rPr>
              <w:t>RL, NFIP</w:t>
            </w:r>
          </w:p>
          <w:p>
            <w:pPr>
              <w:spacing w:after="0"/>
              <w:jc w:val="right"/>
            </w:pPr>
            <w:r>
              <w:rPr>
                <w:i/>
                <w:color w:val="555555"/>
                <w:sz w:val="14"/>
              </w:rPr>
              <w:t>properties</w:t>
            </w:r>
          </w:p>
        </w:tc>
        <w:tc>
          <w:tcPr>
            <w:tcW w:type="dxa" w:w="1359"/>
            <w:shd w:val="clear" w:color="auto" w:fill="E8E8E8"/>
          </w:tcPr>
          <w:p>
            <w:pPr>
              <w:spacing w:after="0"/>
              <w:jc w:val="right"/>
            </w:pPr>
            <w:r>
              <w:rPr>
                <w:b/>
                <w:sz w:val="16"/>
              </w:rPr>
              <w:t>SRL, NFIP</w:t>
            </w:r>
          </w:p>
          <w:p>
            <w:pPr>
              <w:spacing w:after="0"/>
              <w:jc w:val="right"/>
            </w:pPr>
            <w:r>
              <w:rPr>
                <w:i/>
                <w:color w:val="555555"/>
                <w:sz w:val="14"/>
              </w:rPr>
              <w:t>properties</w:t>
            </w:r>
          </w:p>
        </w:tc>
        <w:tc>
          <w:tcPr>
            <w:tcW w:type="dxa" w:w="1359"/>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59"/>
            <w:shd w:val="clear" w:color="auto" w:fill="E8E8E8"/>
          </w:tcPr>
          <w:p>
            <w:pPr>
              <w:spacing w:after="0"/>
              <w:jc w:val="right"/>
            </w:pPr>
            <w:r>
              <w:rPr>
                <w:b/>
                <w:sz w:val="16"/>
              </w:rPr>
              <w:t>Mitigated</w:t>
            </w:r>
          </w:p>
          <w:p>
            <w:pPr>
              <w:spacing w:after="0"/>
              <w:jc w:val="right"/>
            </w:pPr>
            <w:r>
              <w:rPr>
                <w:i/>
                <w:color w:val="555555"/>
                <w:sz w:val="14"/>
              </w:rPr>
              <w:t>properties</w:t>
            </w:r>
          </w:p>
        </w:tc>
        <w:tc>
          <w:tcPr>
            <w:tcW w:type="dxa" w:w="1513"/>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30"/>
            <w:shd w:val="clear" w:color="auto" w:fill="E8E8E8"/>
          </w:tcPr>
          <w:p>
            <w:pPr>
              <w:spacing w:after="0"/>
              <w:jc w:val="left"/>
            </w:pPr>
            <w:r>
              <w:rPr>
                <w:b/>
                <w:sz w:val="16"/>
              </w:rPr>
              <w:t>Note</w:t>
            </w:r>
          </w:p>
        </w:tc>
      </w:tr>
      <w:tr>
        <w:trPr>
          <w:cantSplit/>
        </w:trPr>
        <w:tc>
          <w:tcPr>
            <w:tcW w:type="dxa" w:w="2000"/>
          </w:tcPr>
          <w:p>
            <w:pPr>
              <w:spacing w:after="0"/>
              <w:jc w:val="left"/>
            </w:pPr>
            <w:r>
              <w:rPr>
                <w:sz w:val="16"/>
              </w:rPr>
              <w:t>Codington County</w:t>
            </w:r>
          </w:p>
        </w:tc>
        <w:tc>
          <w:tcPr>
            <w:tcW w:type="dxa" w:w="1513"/>
          </w:tcPr>
          <w:p>
            <w:pPr>
              <w:spacing w:after="0"/>
              <w:jc w:val="left"/>
            </w:pPr>
            <w:r>
              <w:rPr>
                <w:sz w:val="16"/>
              </w:rPr>
              <w:t>460260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1</w:t>
            </w:r>
          </w:p>
        </w:tc>
        <w:tc>
          <w:tcPr>
            <w:tcW w:type="dxa" w:w="1359"/>
          </w:tcPr>
          <w:p>
            <w:pPr>
              <w:spacing w:after="0"/>
              <w:jc w:val="right"/>
            </w:pPr>
            <w:r>
              <w:rPr>
                <w:sz w:val="16"/>
              </w:rPr>
              <w:t>0</w:t>
            </w:r>
          </w:p>
        </w:tc>
        <w:tc>
          <w:tcPr>
            <w:tcW w:type="dxa" w:w="1359"/>
          </w:tcPr>
          <w:p>
            <w:pPr>
              <w:spacing w:after="0"/>
              <w:jc w:val="right"/>
            </w:pPr>
            <w:r>
              <w:rPr>
                <w:sz w:val="16"/>
              </w:rPr>
              <w:t>1</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Florence town</w:t>
            </w:r>
          </w:p>
        </w:tc>
        <w:tc>
          <w:tcPr>
            <w:tcW w:type="dxa" w:w="1513"/>
          </w:tcPr>
          <w:p>
            <w:pPr>
              <w:spacing w:after="0"/>
              <w:jc w:val="left"/>
            </w:pPr>
            <w:r>
              <w:rPr>
                <w:sz w:val="16"/>
              </w:rPr>
              <w:t>460306</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Henry town</w:t>
            </w:r>
          </w:p>
        </w:tc>
        <w:tc>
          <w:tcPr>
            <w:tcW w:type="dxa" w:w="1513"/>
          </w:tcPr>
          <w:p>
            <w:pPr>
              <w:spacing w:after="0"/>
              <w:jc w:val="left"/>
            </w:pPr>
            <w:r>
              <w:rPr>
                <w:sz w:val="16"/>
              </w:rPr>
              <w:t>460304</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Kranzburg town</w:t>
            </w:r>
          </w:p>
        </w:tc>
        <w:tc>
          <w:tcPr>
            <w:tcW w:type="dxa" w:w="1513"/>
          </w:tcPr>
          <w:p>
            <w:pPr>
              <w:spacing w:after="0"/>
              <w:jc w:val="left"/>
            </w:pPr>
            <w:r>
              <w:rPr>
                <w:sz w:val="16"/>
              </w:rPr>
              <w:t>460010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South Shore town</w:t>
            </w:r>
          </w:p>
        </w:tc>
        <w:tc>
          <w:tcPr>
            <w:tcW w:type="dxa" w:w="1513"/>
          </w:tcPr>
          <w:p>
            <w:pPr>
              <w:spacing w:after="0"/>
              <w:jc w:val="left"/>
            </w:pPr>
            <w:r>
              <w:rPr>
                <w:sz w:val="16"/>
              </w:rPr>
              <w:t>460188</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Wallace town</w:t>
            </w:r>
          </w:p>
        </w:tc>
        <w:tc>
          <w:tcPr>
            <w:tcW w:type="dxa" w:w="1513"/>
          </w:tcPr>
          <w:p>
            <w:pPr>
              <w:spacing w:after="0"/>
              <w:jc w:val="left"/>
            </w:pPr>
            <w:r>
              <w:rPr>
                <w:sz w:val="16"/>
              </w:rPr>
              <w:t>460243</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Watertown city</w:t>
            </w:r>
          </w:p>
        </w:tc>
        <w:tc>
          <w:tcPr>
            <w:tcW w:type="dxa" w:w="1513"/>
          </w:tcPr>
          <w:p>
            <w:pPr>
              <w:spacing w:after="0"/>
              <w:jc w:val="left"/>
            </w:pPr>
            <w:r>
              <w:rPr>
                <w:sz w:val="16"/>
              </w:rPr>
              <w:t>460016</w:t>
            </w:r>
          </w:p>
        </w:tc>
        <w:tc>
          <w:tcPr>
            <w:tcW w:type="dxa" w:w="1359"/>
          </w:tcPr>
          <w:p>
            <w:pPr>
              <w:spacing w:after="0"/>
              <w:jc w:val="right"/>
            </w:pPr>
            <w:r>
              <w:rPr>
                <w:sz w:val="16"/>
              </w:rPr>
              <w:t>3</w:t>
            </w:r>
          </w:p>
        </w:tc>
        <w:tc>
          <w:tcPr>
            <w:tcW w:type="dxa" w:w="1359"/>
          </w:tcPr>
          <w:p>
            <w:pPr>
              <w:spacing w:after="0"/>
              <w:jc w:val="right"/>
            </w:pPr>
            <w:r>
              <w:rPr>
                <w:sz w:val="16"/>
              </w:rPr>
              <w:t>9</w:t>
            </w:r>
          </w:p>
        </w:tc>
        <w:tc>
          <w:tcPr>
            <w:tcW w:type="dxa" w:w="1359"/>
          </w:tcPr>
          <w:p>
            <w:pPr>
              <w:spacing w:after="0"/>
              <w:jc w:val="right"/>
            </w:pPr>
            <w:r>
              <w:rPr>
                <w:sz w:val="16"/>
              </w:rPr>
              <w:t>30</w:t>
            </w:r>
          </w:p>
        </w:tc>
        <w:tc>
          <w:tcPr>
            <w:tcW w:type="dxa" w:w="1359"/>
          </w:tcPr>
          <w:p>
            <w:pPr>
              <w:spacing w:after="0"/>
              <w:jc w:val="right"/>
            </w:pPr>
            <w:r>
              <w:rPr>
                <w:sz w:val="16"/>
              </w:rPr>
              <w:t>6</w:t>
            </w:r>
          </w:p>
        </w:tc>
        <w:tc>
          <w:tcPr>
            <w:tcW w:type="dxa" w:w="1359"/>
          </w:tcPr>
          <w:p>
            <w:pPr>
              <w:spacing w:after="0"/>
              <w:jc w:val="right"/>
            </w:pPr>
            <w:r>
              <w:rPr>
                <w:sz w:val="16"/>
              </w:rPr>
              <w:t>33</w:t>
            </w:r>
          </w:p>
        </w:tc>
        <w:tc>
          <w:tcPr>
            <w:tcW w:type="dxa" w:w="1359"/>
          </w:tcPr>
          <w:p>
            <w:pPr>
              <w:spacing w:after="0"/>
              <w:jc w:val="right"/>
            </w:pPr>
            <w:r>
              <w:rPr>
                <w:sz w:val="16"/>
              </w:rPr>
              <w:t>2</w:t>
            </w:r>
          </w:p>
        </w:tc>
        <w:tc>
          <w:tcPr>
            <w:tcW w:type="dxa" w:w="1513"/>
          </w:tcPr>
          <w:p>
            <w:pPr>
              <w:spacing w:after="0"/>
              <w:jc w:val="right"/>
            </w:pPr>
            <w:r>
              <w:rPr>
                <w:sz w:val="16"/>
              </w:rPr>
              <w:t>7</w:t>
            </w:r>
          </w:p>
        </w:tc>
        <w:tc>
          <w:tcPr>
            <w:tcW w:type="dxa" w:w="930"/>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2</w:t>
            </w:r>
          </w:p>
        </w:tc>
        <w:tc>
          <w:tcPr>
            <w:tcW w:type="dxa" w:w="1496"/>
          </w:tcPr>
          <w:p>
            <w:pPr>
              <w:spacing w:after="0"/>
              <w:jc w:val="right"/>
            </w:pPr>
            <w:r>
              <w:rPr>
                <w:sz w:val="16"/>
              </w:rPr>
              <w:t>6</w:t>
            </w:r>
          </w:p>
        </w:tc>
        <w:tc>
          <w:tcPr>
            <w:tcW w:type="dxa" w:w="1496"/>
          </w:tcPr>
          <w:p>
            <w:pPr>
              <w:spacing w:after="0"/>
              <w:jc w:val="right"/>
            </w:pPr>
            <w:r>
              <w:rPr>
                <w:sz w:val="16"/>
              </w:rPr>
              <w:t>26</w:t>
            </w:r>
          </w:p>
        </w:tc>
        <w:tc>
          <w:tcPr>
            <w:tcW w:type="dxa" w:w="1496"/>
          </w:tcPr>
          <w:p>
            <w:pPr>
              <w:spacing w:after="0"/>
              <w:jc w:val="right"/>
            </w:pPr>
            <w:r>
              <w:rPr>
                <w:sz w:val="16"/>
              </w:rPr>
              <w:t>4</w:t>
            </w:r>
          </w:p>
        </w:tc>
        <w:tc>
          <w:tcPr>
            <w:tcW w:type="dxa" w:w="1496"/>
          </w:tcPr>
          <w:p>
            <w:pPr>
              <w:spacing w:after="0"/>
              <w:jc w:val="right"/>
            </w:pPr>
            <w:r>
              <w:rPr>
                <w:sz w:val="16"/>
              </w:rPr>
              <w:t>28</w:t>
            </w:r>
          </w:p>
        </w:tc>
        <w:tc>
          <w:tcPr>
            <w:tcW w:type="dxa" w:w="1496"/>
          </w:tcPr>
          <w:p>
            <w:pPr>
              <w:spacing w:after="0"/>
              <w:jc w:val="right"/>
            </w:pPr>
            <w:r>
              <w:rPr>
                <w:sz w:val="16"/>
              </w:rPr>
              <w:t>1</w:t>
            </w:r>
          </w:p>
        </w:tc>
        <w:tc>
          <w:tcPr>
            <w:tcW w:type="dxa" w:w="1665"/>
          </w:tcPr>
          <w:p>
            <w:pPr>
              <w:spacing w:after="0"/>
              <w:jc w:val="right"/>
            </w:pPr>
            <w:r>
              <w:rPr>
                <w:sz w:val="16"/>
              </w:rPr>
              <w:t>6</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1</w:t>
            </w:r>
          </w:p>
        </w:tc>
        <w:tc>
          <w:tcPr>
            <w:tcW w:type="dxa" w:w="1496"/>
          </w:tcPr>
          <w:p>
            <w:pPr>
              <w:spacing w:after="0"/>
              <w:jc w:val="right"/>
            </w:pPr>
            <w:r>
              <w:rPr>
                <w:sz w:val="16"/>
              </w:rPr>
              <w:t>2</w:t>
            </w:r>
          </w:p>
        </w:tc>
        <w:tc>
          <w:tcPr>
            <w:tcW w:type="dxa" w:w="1496"/>
          </w:tcPr>
          <w:p>
            <w:pPr>
              <w:spacing w:after="0"/>
              <w:jc w:val="right"/>
            </w:pPr>
            <w:r>
              <w:rPr>
                <w:sz w:val="16"/>
              </w:rPr>
              <w:t>3</w:t>
            </w:r>
          </w:p>
        </w:tc>
        <w:tc>
          <w:tcPr>
            <w:tcW w:type="dxa" w:w="1496"/>
          </w:tcPr>
          <w:p>
            <w:pPr>
              <w:spacing w:after="0"/>
              <w:jc w:val="right"/>
            </w:pPr>
            <w:r>
              <w:rPr>
                <w:sz w:val="16"/>
              </w:rPr>
              <w:t>1</w:t>
            </w:r>
          </w:p>
        </w:tc>
        <w:tc>
          <w:tcPr>
            <w:tcW w:type="dxa" w:w="1496"/>
          </w:tcPr>
          <w:p>
            <w:pPr>
              <w:spacing w:after="0"/>
              <w:jc w:val="right"/>
            </w:pPr>
            <w:r>
              <w:rPr>
                <w:sz w:val="16"/>
              </w:rPr>
              <w:t>4</w:t>
            </w:r>
          </w:p>
        </w:tc>
        <w:tc>
          <w:tcPr>
            <w:tcW w:type="dxa" w:w="1496"/>
          </w:tcPr>
          <w:p>
            <w:pPr>
              <w:spacing w:after="0"/>
              <w:jc w:val="right"/>
            </w:pPr>
            <w:r>
              <w:rPr>
                <w:sz w:val="16"/>
              </w:rPr>
              <w:t>1</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28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Codington County, SD: risk-assessment baseline packet, release 2026-10 (data as of 2026-09-28; County area 46029).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hazard-plain_2026-10_SD_46029.docx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Codington County, SD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Codington County, SD: Risk-assessment baseline packet</dc:title>
  <dc:subject>Hazard Plain release 2026-10, as of 2026-09-28. Preview: automated baseline</dc:subject>
  <dc:creator>Hazard Plain</dc:creator>
  <cp:keywords>Hazard Plain; hazard mitigation; risk assessment; 46029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