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Maunabo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2026-10-12. Plan: Maunabo 2021 (FEMA plan 107661), approved 2021-10-13.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2021-10-13: 4 new hazard declarations (2 incidents): EM-3583-PR (Tropical Storm Fiona), DR-4671-PR (Hurricane Fiona), EM-3610-PR (Tropical Storm Ernesto), DR-4850-PR (Tropical Storm Ernesto).</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($4,095,608 a year), Earthquake ($1,641,994) and Landslide ($991,261).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2026-10-12</w:t>
      </w:r>
    </w:p>
    <w:p>
      <w:pPr>
        <w:keepNext/>
        <w:spacing w:after="40" w:before="0"/>
      </w:pPr>
      <w:r>
        <w:rPr>
          <w:b/>
        </w:rPr>
        <w:t xml:space="preserve">Plan: </w:t>
      </w:r>
      <w:r>
        <w:rPr/>
        <w:t>Maunabo 2021 (FEMA plan 107661)</w:t>
      </w:r>
    </w:p>
    <w:p>
      <w:pPr>
        <w:keepNext/>
        <w:spacing w:after="40" w:before="0"/>
      </w:pPr>
      <w:r>
        <w:rPr>
          <w:b/>
        </w:rPr>
        <w:t xml:space="preserve">Approved: </w:t>
      </w:r>
      <w:r>
        <w:rPr/>
        <w:t>2021-10-13</w:t>
      </w:r>
    </w:p>
    <w:p>
      <w:pPr>
        <w:keepNext/>
        <w:spacing w:after="40" w:before="0"/>
      </w:pPr>
      <w:r>
        <w:rPr>
          <w:b/>
        </w:rPr>
        <w:t xml:space="preserve">Days to expiry: </w:t>
      </w:r>
      <w:r>
        <w:rPr/>
        <w:t>12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EM-3583-PR (Tropical Storm Fiona), DR-4671-PR (Hurricane Fiona),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8"/>
        <w:gridCol w:w="883"/>
        <w:gridCol w:w="3434"/>
        <w:gridCol w:w="3782"/>
        <w:gridCol w:w="1347"/>
        <w:gridCol w:w="1347"/>
        <w:gridCol w:w="1161"/>
      </w:tblGrid>
      <w:tr>
        <w:trPr>
          <w:cantSplit/>
          <w:tblHeader/>
        </w:trPr>
        <w:tc>
          <w:tcPr>
            <w:tcW w:type="dxa" w:w="2158"/>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434"/>
            <w:shd w:val="clear" w:color="auto" w:fill="E8E8E8"/>
          </w:tcPr>
          <w:p>
            <w:pPr>
              <w:spacing w:after="0"/>
              <w:jc w:val="left"/>
            </w:pPr>
            <w:r>
              <w:rPr>
                <w:b/>
                <w:sz w:val="16"/>
              </w:rPr>
              <w:t>Status</w:t>
            </w:r>
          </w:p>
        </w:tc>
        <w:tc>
          <w:tcPr>
            <w:tcW w:type="dxa" w:w="3782"/>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8"/>
          </w:tcPr>
          <w:p>
            <w:pPr>
              <w:spacing w:after="0"/>
              <w:jc w:val="left"/>
            </w:pPr>
            <w:r>
              <w:rPr>
                <w:sz w:val="16"/>
              </w:rPr>
              <w:t>Maunabo Municipio</w:t>
            </w:r>
          </w:p>
        </w:tc>
        <w:tc>
          <w:tcPr>
            <w:tcW w:type="dxa" w:w="883"/>
          </w:tcPr>
          <w:p>
            <w:pPr>
              <w:spacing w:after="0"/>
              <w:jc w:val="left"/>
            </w:pPr>
            <w:r>
              <w:rPr>
                <w:sz w:val="16"/>
              </w:rPr>
              <w:t>County</w:t>
            </w:r>
          </w:p>
        </w:tc>
        <w:tc>
          <w:tcPr>
            <w:tcW w:type="dxa" w:w="3434"/>
          </w:tcPr>
          <w:p>
            <w:pPr>
              <w:spacing w:after="0"/>
              <w:jc w:val="left"/>
            </w:pPr>
            <w:r>
              <w:rPr>
                <w:sz w:val="16"/>
              </w:rPr>
              <w:t>Approved, expires 2026-10-12</w:t>
            </w:r>
          </w:p>
        </w:tc>
        <w:tc>
          <w:tcPr>
            <w:tcW w:type="dxa" w:w="3782"/>
          </w:tcPr>
          <w:p>
            <w:pPr>
              <w:spacing w:after="0"/>
              <w:jc w:val="left"/>
            </w:pPr>
            <w:r>
              <w:rPr>
                <w:sz w:val="16"/>
              </w:rPr>
              <w:t>Maunabo 2021 (FEMA plan 107661)</w:t>
            </w:r>
          </w:p>
        </w:tc>
        <w:tc>
          <w:tcPr>
            <w:tcW w:type="dxa" w:w="1347"/>
          </w:tcPr>
          <w:p>
            <w:pPr>
              <w:spacing w:after="0"/>
              <w:jc w:val="left"/>
            </w:pPr>
            <w:r>
              <w:rPr>
                <w:sz w:val="16"/>
              </w:rPr>
              <w:t>2021-10-13</w:t>
            </w:r>
          </w:p>
        </w:tc>
        <w:tc>
          <w:tcPr>
            <w:tcW w:type="dxa" w:w="1347"/>
          </w:tcPr>
          <w:p>
            <w:pPr>
              <w:spacing w:after="0"/>
              <w:jc w:val="left"/>
            </w:pPr>
            <w:r>
              <w:rPr>
                <w:sz w:val="16"/>
              </w:rPr>
              <w:t>2026-10-12</w:t>
            </w:r>
          </w:p>
        </w:tc>
        <w:tc>
          <w:tcPr>
            <w:tcW w:type="dxa" w:w="1161"/>
          </w:tcPr>
          <w:p>
            <w:pPr>
              <w:spacing w:after="0"/>
              <w:jc w:val="right"/>
            </w:pPr>
            <w:r>
              <w:rPr>
                <w:sz w:val="16"/>
              </w:rPr>
              <w:t>12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95"/>
        <w:gridCol w:w="1505"/>
        <w:gridCol w:w="1967"/>
        <w:gridCol w:w="1037"/>
        <w:gridCol w:w="1126"/>
        <w:gridCol w:w="1645"/>
        <w:gridCol w:w="1152"/>
        <w:gridCol w:w="1847"/>
        <w:gridCol w:w="2035"/>
      </w:tblGrid>
      <w:tr>
        <w:trPr>
          <w:cantSplit/>
          <w:tblHeader/>
        </w:trPr>
        <w:tc>
          <w:tcPr>
            <w:tcW w:type="dxa" w:w="703"/>
            <w:shd w:val="clear" w:color="auto" w:fill="E8E8E8"/>
          </w:tcPr>
          <w:p>
            <w:pPr>
              <w:spacing w:after="0"/>
              <w:jc w:val="right"/>
            </w:pPr>
            <w:r>
              <w:rPr>
                <w:b/>
                <w:sz w:val="16"/>
              </w:rPr>
              <w:t>Rank by EAL</w:t>
            </w:r>
          </w:p>
        </w:tc>
        <w:tc>
          <w:tcPr>
            <w:tcW w:type="dxa" w:w="1095"/>
            <w:shd w:val="clear" w:color="auto" w:fill="E8E8E8"/>
          </w:tcPr>
          <w:p>
            <w:pPr>
              <w:spacing w:after="0"/>
              <w:jc w:val="left"/>
            </w:pPr>
            <w:r>
              <w:rPr>
                <w:b/>
                <w:sz w:val="16"/>
              </w:rPr>
              <w:t>Hazard</w:t>
            </w:r>
          </w:p>
        </w:tc>
        <w:tc>
          <w:tcPr>
            <w:tcW w:type="dxa" w:w="1505"/>
            <w:shd w:val="clear" w:color="auto" w:fill="E8E8E8"/>
          </w:tcPr>
          <w:p>
            <w:pPr>
              <w:spacing w:after="0"/>
              <w:jc w:val="left"/>
            </w:pPr>
            <w:r>
              <w:rPr>
                <w:b/>
                <w:sz w:val="16"/>
              </w:rPr>
              <w:t>NRI risk rating</w:t>
            </w:r>
          </w:p>
        </w:tc>
        <w:tc>
          <w:tcPr>
            <w:tcW w:type="dxa" w:w="196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35"/>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95"/>
          </w:tcPr>
          <w:p>
            <w:pPr>
              <w:spacing w:after="0"/>
              <w:jc w:val="left"/>
            </w:pPr>
            <w:r>
              <w:rPr>
                <w:sz w:val="16"/>
              </w:rPr>
              <w:t>Hurricane</w:t>
            </w:r>
          </w:p>
        </w:tc>
        <w:tc>
          <w:tcPr>
            <w:tcW w:type="dxa" w:w="1505"/>
          </w:tcPr>
          <w:p>
            <w:pPr>
              <w:spacing w:after="0"/>
              <w:jc w:val="left"/>
            </w:pPr>
            <w:r>
              <w:rPr>
                <w:sz w:val="16"/>
              </w:rPr>
              <w:t>Insufficient Data</w:t>
            </w:r>
          </w:p>
        </w:tc>
        <w:tc>
          <w:tcPr>
            <w:tcW w:type="dxa" w:w="1967"/>
          </w:tcPr>
          <w:p>
            <w:pPr>
              <w:spacing w:after="0"/>
              <w:jc w:val="left"/>
            </w:pPr>
            <w:r>
              <w:rPr>
                <w:sz w:val="16"/>
              </w:rPr>
              <w:t>Relatively Moderate</w:t>
            </w:r>
          </w:p>
        </w:tc>
        <w:tc>
          <w:tcPr>
            <w:tcW w:type="dxa" w:w="1037"/>
          </w:tcPr>
          <w:p>
            <w:pPr>
              <w:spacing w:after="0"/>
              <w:jc w:val="right"/>
            </w:pPr>
            <w:r>
              <w:rPr>
                <w:sz w:val="16"/>
              </w:rPr>
              <w:t>$3,769,322</w:t>
            </w:r>
          </w:p>
        </w:tc>
        <w:tc>
          <w:tcPr>
            <w:tcW w:type="dxa" w:w="1126"/>
          </w:tcPr>
          <w:p>
            <w:pPr>
              <w:spacing w:after="0"/>
              <w:jc w:val="right"/>
            </w:pPr>
            <w:r>
              <w:rPr>
                <w:sz w:val="16"/>
              </w:rPr>
              <w:t>$0</w:t>
            </w:r>
          </w:p>
        </w:tc>
        <w:tc>
          <w:tcPr>
            <w:tcW w:type="dxa" w:w="1645"/>
          </w:tcPr>
          <w:p>
            <w:pPr>
              <w:spacing w:after="0"/>
              <w:jc w:val="right"/>
            </w:pPr>
            <w:r>
              <w:rPr>
                <w:sz w:val="16"/>
              </w:rPr>
              <w:t>$326,286</w:t>
            </w:r>
          </w:p>
        </w:tc>
        <w:tc>
          <w:tcPr>
            <w:tcW w:type="dxa" w:w="1152"/>
          </w:tcPr>
          <w:p>
            <w:pPr>
              <w:spacing w:after="0"/>
              <w:jc w:val="right"/>
            </w:pPr>
            <w:r>
              <w:rPr>
                <w:sz w:val="16"/>
              </w:rPr>
              <w:t>$4,095,608</w:t>
            </w:r>
          </w:p>
        </w:tc>
        <w:tc>
          <w:tcPr>
            <w:tcW w:type="dxa" w:w="1847"/>
          </w:tcPr>
          <w:p>
            <w:pPr>
              <w:spacing w:after="0"/>
              <w:jc w:val="right"/>
            </w:pPr>
            <w:r>
              <w:rPr>
                <w:sz w:val="16"/>
              </w:rPr>
              <w:t>10</w:t>
            </w:r>
          </w:p>
        </w:tc>
        <w:tc>
          <w:tcPr>
            <w:tcW w:type="dxa" w:w="2035"/>
          </w:tcPr>
          <w:p>
            <w:pPr>
              <w:spacing w:after="0"/>
              <w:jc w:val="left"/>
            </w:pPr>
            <w:r>
              <w:rPr>
                <w:sz w:val="16"/>
              </w:rPr>
              <w:t>Includes 1 Tropical Depression record (outside NRI's Hurricane definition).</w:t>
            </w:r>
          </w:p>
        </w:tc>
      </w:tr>
      <w:tr>
        <w:trPr>
          <w:cantSplit/>
        </w:trPr>
        <w:tc>
          <w:tcPr>
            <w:tcW w:type="dxa" w:w="703"/>
          </w:tcPr>
          <w:p>
            <w:pPr>
              <w:spacing w:after="0"/>
              <w:jc w:val="right"/>
            </w:pPr>
            <w:r>
              <w:rPr>
                <w:sz w:val="16"/>
              </w:rPr>
              <w:t>2</w:t>
            </w:r>
          </w:p>
        </w:tc>
        <w:tc>
          <w:tcPr>
            <w:tcW w:type="dxa" w:w="1095"/>
          </w:tcPr>
          <w:p>
            <w:pPr>
              <w:spacing w:after="0"/>
              <w:jc w:val="left"/>
            </w:pPr>
            <w:r>
              <w:rPr>
                <w:sz w:val="16"/>
              </w:rPr>
              <w:t>Earthquake</w:t>
            </w:r>
          </w:p>
        </w:tc>
        <w:tc>
          <w:tcPr>
            <w:tcW w:type="dxa" w:w="1505"/>
          </w:tcPr>
          <w:p>
            <w:pPr>
              <w:spacing w:after="0"/>
              <w:jc w:val="left"/>
            </w:pPr>
            <w:r>
              <w:rPr>
                <w:sz w:val="16"/>
              </w:rPr>
              <w:t>Insufficient Data</w:t>
            </w:r>
          </w:p>
        </w:tc>
        <w:tc>
          <w:tcPr>
            <w:tcW w:type="dxa" w:w="1967"/>
          </w:tcPr>
          <w:p>
            <w:pPr>
              <w:spacing w:after="0"/>
              <w:jc w:val="left"/>
            </w:pPr>
            <w:r>
              <w:rPr>
                <w:sz w:val="16"/>
              </w:rPr>
              <w:t>Relatively Low</w:t>
            </w:r>
          </w:p>
        </w:tc>
        <w:tc>
          <w:tcPr>
            <w:tcW w:type="dxa" w:w="1037"/>
          </w:tcPr>
          <w:p>
            <w:pPr>
              <w:spacing w:after="0"/>
              <w:jc w:val="right"/>
            </w:pPr>
            <w:r>
              <w:rPr>
                <w:sz w:val="16"/>
              </w:rPr>
              <w:t>$757,638</w:t>
            </w:r>
          </w:p>
        </w:tc>
        <w:tc>
          <w:tcPr>
            <w:tcW w:type="dxa" w:w="1126"/>
          </w:tcPr>
          <w:p>
            <w:pPr>
              <w:spacing w:after="0"/>
              <w:jc w:val="right"/>
            </w:pPr>
            <w:r>
              <w:rPr>
                <w:sz w:val="16"/>
              </w:rPr>
              <w:t>n/a</w:t>
            </w:r>
          </w:p>
        </w:tc>
        <w:tc>
          <w:tcPr>
            <w:tcW w:type="dxa" w:w="1645"/>
          </w:tcPr>
          <w:p>
            <w:pPr>
              <w:spacing w:after="0"/>
              <w:jc w:val="right"/>
            </w:pPr>
            <w:r>
              <w:rPr>
                <w:sz w:val="16"/>
              </w:rPr>
              <w:t>$884,356</w:t>
            </w:r>
          </w:p>
        </w:tc>
        <w:tc>
          <w:tcPr>
            <w:tcW w:type="dxa" w:w="1152"/>
          </w:tcPr>
          <w:p>
            <w:pPr>
              <w:spacing w:after="0"/>
              <w:jc w:val="right"/>
            </w:pPr>
            <w:r>
              <w:rPr>
                <w:sz w:val="16"/>
              </w:rPr>
              <w:t>$1,641,994</w:t>
            </w:r>
          </w:p>
        </w:tc>
        <w:tc>
          <w:tcPr>
            <w:tcW w:type="dxa" w:w="1847"/>
          </w:tcPr>
          <w:p>
            <w:pPr>
              <w:spacing w:after="0"/>
              <w:jc w:val="right"/>
            </w:pPr>
          </w:p>
        </w:tc>
        <w:tc>
          <w:tcPr>
            <w:tcW w:type="dxa" w:w="2035"/>
          </w:tcPr>
          <w:p>
            <w:pPr>
              <w:spacing w:after="0"/>
              <w:jc w:val="left"/>
            </w:pPr>
            <w:r>
              <w:rPr>
                <w:sz w:val="16"/>
              </w:rPr>
              <w:t>Storm Events does not record earthquakes.</w:t>
            </w:r>
          </w:p>
        </w:tc>
      </w:tr>
      <w:tr>
        <w:trPr>
          <w:cantSplit/>
        </w:trPr>
        <w:tc>
          <w:tcPr>
            <w:tcW w:type="dxa" w:w="703"/>
          </w:tcPr>
          <w:p>
            <w:pPr>
              <w:spacing w:after="0"/>
              <w:jc w:val="right"/>
            </w:pPr>
            <w:r>
              <w:rPr>
                <w:sz w:val="16"/>
              </w:rPr>
              <w:t>3</w:t>
            </w:r>
          </w:p>
        </w:tc>
        <w:tc>
          <w:tcPr>
            <w:tcW w:type="dxa" w:w="1095"/>
          </w:tcPr>
          <w:p>
            <w:pPr>
              <w:spacing w:after="0"/>
              <w:jc w:val="left"/>
            </w:pPr>
            <w:r>
              <w:rPr>
                <w:sz w:val="16"/>
              </w:rPr>
              <w:t>Landslide</w:t>
            </w:r>
          </w:p>
        </w:tc>
        <w:tc>
          <w:tcPr>
            <w:tcW w:type="dxa" w:w="1505"/>
          </w:tcPr>
          <w:p>
            <w:pPr>
              <w:spacing w:after="0"/>
              <w:jc w:val="left"/>
            </w:pPr>
            <w:r>
              <w:rPr>
                <w:sz w:val="16"/>
              </w:rPr>
              <w:t>Insufficient Data</w:t>
            </w:r>
          </w:p>
        </w:tc>
        <w:tc>
          <w:tcPr>
            <w:tcW w:type="dxa" w:w="1967"/>
          </w:tcPr>
          <w:p>
            <w:pPr>
              <w:spacing w:after="0"/>
              <w:jc w:val="left"/>
            </w:pPr>
            <w:r>
              <w:rPr>
                <w:sz w:val="16"/>
              </w:rPr>
              <w:t>Relatively Moderate</w:t>
            </w:r>
          </w:p>
        </w:tc>
        <w:tc>
          <w:tcPr>
            <w:tcW w:type="dxa" w:w="1037"/>
          </w:tcPr>
          <w:p>
            <w:pPr>
              <w:spacing w:after="0"/>
              <w:jc w:val="right"/>
            </w:pPr>
            <w:r>
              <w:rPr>
                <w:sz w:val="16"/>
              </w:rPr>
              <w:t>$968,638</w:t>
            </w:r>
          </w:p>
        </w:tc>
        <w:tc>
          <w:tcPr>
            <w:tcW w:type="dxa" w:w="1126"/>
          </w:tcPr>
          <w:p>
            <w:pPr>
              <w:spacing w:after="0"/>
              <w:jc w:val="right"/>
            </w:pPr>
            <w:r>
              <w:rPr>
                <w:sz w:val="16"/>
              </w:rPr>
              <w:t>n/a</w:t>
            </w:r>
          </w:p>
        </w:tc>
        <w:tc>
          <w:tcPr>
            <w:tcW w:type="dxa" w:w="1645"/>
          </w:tcPr>
          <w:p>
            <w:pPr>
              <w:spacing w:after="0"/>
              <w:jc w:val="right"/>
            </w:pPr>
            <w:r>
              <w:rPr>
                <w:sz w:val="16"/>
              </w:rPr>
              <w:t>$22,623</w:t>
            </w:r>
          </w:p>
        </w:tc>
        <w:tc>
          <w:tcPr>
            <w:tcW w:type="dxa" w:w="1152"/>
          </w:tcPr>
          <w:p>
            <w:pPr>
              <w:spacing w:after="0"/>
              <w:jc w:val="right"/>
            </w:pPr>
            <w:r>
              <w:rPr>
                <w:sz w:val="16"/>
              </w:rPr>
              <w:t>$991,261</w:t>
            </w:r>
          </w:p>
        </w:tc>
        <w:tc>
          <w:tcPr>
            <w:tcW w:type="dxa" w:w="1847"/>
          </w:tcPr>
          <w:p>
            <w:pPr>
              <w:spacing w:after="0"/>
              <w:jc w:val="right"/>
            </w:pPr>
            <w:r>
              <w:rPr>
                <w:sz w:val="16"/>
              </w:rPr>
              <w:t>18</w:t>
            </w:r>
          </w:p>
        </w:tc>
        <w:tc>
          <w:tcPr>
            <w:tcW w:type="dxa" w:w="2035"/>
          </w:tcPr>
          <w:p>
            <w:pPr>
              <w:spacing w:after="0"/>
              <w:jc w:val="left"/>
            </w:pPr>
          </w:p>
        </w:tc>
      </w:tr>
      <w:tr>
        <w:trPr>
          <w:cantSplit/>
        </w:trPr>
        <w:tc>
          <w:tcPr>
            <w:tcW w:type="dxa" w:w="703"/>
          </w:tcPr>
          <w:p>
            <w:pPr>
              <w:spacing w:after="0"/>
              <w:jc w:val="right"/>
            </w:pPr>
            <w:r>
              <w:rPr>
                <w:sz w:val="16"/>
              </w:rPr>
              <w:t>4</w:t>
            </w:r>
          </w:p>
        </w:tc>
        <w:tc>
          <w:tcPr>
            <w:tcW w:type="dxa" w:w="1095"/>
          </w:tcPr>
          <w:p>
            <w:pPr>
              <w:spacing w:after="0"/>
              <w:jc w:val="left"/>
            </w:pPr>
            <w:r>
              <w:rPr>
                <w:sz w:val="16"/>
              </w:rPr>
              <w:t>Inland Flooding</w:t>
            </w:r>
          </w:p>
        </w:tc>
        <w:tc>
          <w:tcPr>
            <w:tcW w:type="dxa" w:w="1505"/>
          </w:tcPr>
          <w:p>
            <w:pPr>
              <w:spacing w:after="0"/>
              <w:jc w:val="left"/>
            </w:pPr>
            <w:r>
              <w:rPr>
                <w:sz w:val="16"/>
              </w:rPr>
              <w:t>Insufficient Data</w:t>
            </w:r>
          </w:p>
        </w:tc>
        <w:tc>
          <w:tcPr>
            <w:tcW w:type="dxa" w:w="1967"/>
          </w:tcPr>
          <w:p>
            <w:pPr>
              <w:spacing w:after="0"/>
              <w:jc w:val="left"/>
            </w:pPr>
            <w:r>
              <w:rPr>
                <w:sz w:val="16"/>
              </w:rPr>
              <w:t>Very Low</w:t>
            </w:r>
          </w:p>
        </w:tc>
        <w:tc>
          <w:tcPr>
            <w:tcW w:type="dxa" w:w="1037"/>
          </w:tcPr>
          <w:p>
            <w:pPr>
              <w:spacing w:after="0"/>
              <w:jc w:val="right"/>
            </w:pPr>
            <w:r>
              <w:rPr>
                <w:sz w:val="16"/>
              </w:rPr>
              <w:t>$562,709</w:t>
            </w:r>
          </w:p>
        </w:tc>
        <w:tc>
          <w:tcPr>
            <w:tcW w:type="dxa" w:w="1126"/>
          </w:tcPr>
          <w:p>
            <w:pPr>
              <w:spacing w:after="0"/>
              <w:jc w:val="right"/>
            </w:pPr>
            <w:r>
              <w:rPr>
                <w:sz w:val="16"/>
              </w:rPr>
              <w:t>$0</w:t>
            </w:r>
          </w:p>
        </w:tc>
        <w:tc>
          <w:tcPr>
            <w:tcW w:type="dxa" w:w="1645"/>
          </w:tcPr>
          <w:p>
            <w:pPr>
              <w:spacing w:after="0"/>
              <w:jc w:val="right"/>
            </w:pPr>
            <w:r>
              <w:rPr>
                <w:sz w:val="16"/>
              </w:rPr>
              <w:t>$4,969</w:t>
            </w:r>
          </w:p>
        </w:tc>
        <w:tc>
          <w:tcPr>
            <w:tcW w:type="dxa" w:w="1152"/>
          </w:tcPr>
          <w:p>
            <w:pPr>
              <w:spacing w:after="0"/>
              <w:jc w:val="right"/>
            </w:pPr>
            <w:r>
              <w:rPr>
                <w:sz w:val="16"/>
              </w:rPr>
              <w:t>$567,678</w:t>
            </w:r>
          </w:p>
        </w:tc>
        <w:tc>
          <w:tcPr>
            <w:tcW w:type="dxa" w:w="1847"/>
          </w:tcPr>
          <w:p>
            <w:pPr>
              <w:spacing w:after="0"/>
              <w:jc w:val="right"/>
            </w:pPr>
            <w:r>
              <w:rPr>
                <w:sz w:val="16"/>
              </w:rPr>
              <w:t>54</w:t>
            </w:r>
          </w:p>
        </w:tc>
        <w:tc>
          <w:tcPr>
            <w:tcW w:type="dxa" w:w="2035"/>
          </w:tcPr>
          <w:p>
            <w:pPr>
              <w:spacing w:after="0"/>
              <w:jc w:val="left"/>
            </w:pPr>
          </w:p>
        </w:tc>
      </w:tr>
      <w:tr>
        <w:trPr>
          <w:cantSplit/>
        </w:trPr>
        <w:tc>
          <w:tcPr>
            <w:tcW w:type="dxa" w:w="703"/>
          </w:tcPr>
          <w:p>
            <w:pPr>
              <w:spacing w:after="0"/>
              <w:jc w:val="right"/>
            </w:pPr>
            <w:r>
              <w:rPr>
                <w:sz w:val="16"/>
              </w:rPr>
              <w:t>5</w:t>
            </w:r>
          </w:p>
        </w:tc>
        <w:tc>
          <w:tcPr>
            <w:tcW w:type="dxa" w:w="1095"/>
          </w:tcPr>
          <w:p>
            <w:pPr>
              <w:spacing w:after="0"/>
              <w:jc w:val="left"/>
            </w:pPr>
            <w:r>
              <w:rPr>
                <w:sz w:val="16"/>
              </w:rPr>
              <w:t>Lightning</w:t>
            </w:r>
          </w:p>
        </w:tc>
        <w:tc>
          <w:tcPr>
            <w:tcW w:type="dxa" w:w="1505"/>
          </w:tcPr>
          <w:p>
            <w:pPr>
              <w:spacing w:after="0"/>
              <w:jc w:val="left"/>
            </w:pPr>
            <w:r>
              <w:rPr>
                <w:sz w:val="16"/>
              </w:rPr>
              <w:t>Insufficient Data</w:t>
            </w:r>
          </w:p>
        </w:tc>
        <w:tc>
          <w:tcPr>
            <w:tcW w:type="dxa" w:w="1967"/>
          </w:tcPr>
          <w:p>
            <w:pPr>
              <w:spacing w:after="0"/>
              <w:jc w:val="left"/>
            </w:pPr>
            <w:r>
              <w:rPr>
                <w:sz w:val="16"/>
              </w:rPr>
              <w:t>Relatively Low</w:t>
            </w:r>
          </w:p>
        </w:tc>
        <w:tc>
          <w:tcPr>
            <w:tcW w:type="dxa" w:w="1037"/>
          </w:tcPr>
          <w:p>
            <w:pPr>
              <w:spacing w:after="0"/>
              <w:jc w:val="right"/>
            </w:pPr>
            <w:r>
              <w:rPr>
                <w:sz w:val="16"/>
              </w:rPr>
              <w:t>$2,479</w:t>
            </w:r>
          </w:p>
        </w:tc>
        <w:tc>
          <w:tcPr>
            <w:tcW w:type="dxa" w:w="1126"/>
          </w:tcPr>
          <w:p>
            <w:pPr>
              <w:spacing w:after="0"/>
              <w:jc w:val="right"/>
            </w:pPr>
            <w:r>
              <w:rPr>
                <w:sz w:val="16"/>
              </w:rPr>
              <w:t>n/a</w:t>
            </w:r>
          </w:p>
        </w:tc>
        <w:tc>
          <w:tcPr>
            <w:tcW w:type="dxa" w:w="1645"/>
          </w:tcPr>
          <w:p>
            <w:pPr>
              <w:spacing w:after="0"/>
              <w:jc w:val="right"/>
            </w:pPr>
            <w:r>
              <w:rPr>
                <w:sz w:val="16"/>
              </w:rPr>
              <w:t>$169,914</w:t>
            </w:r>
          </w:p>
        </w:tc>
        <w:tc>
          <w:tcPr>
            <w:tcW w:type="dxa" w:w="1152"/>
          </w:tcPr>
          <w:p>
            <w:pPr>
              <w:spacing w:after="0"/>
              <w:jc w:val="right"/>
            </w:pPr>
            <w:r>
              <w:rPr>
                <w:sz w:val="16"/>
              </w:rPr>
              <w:t>$172,393</w:t>
            </w:r>
          </w:p>
        </w:tc>
        <w:tc>
          <w:tcPr>
            <w:tcW w:type="dxa" w:w="1847"/>
          </w:tcPr>
          <w:p>
            <w:pPr>
              <w:spacing w:after="0"/>
              <w:jc w:val="right"/>
            </w:pPr>
            <w:r>
              <w:rPr>
                <w:sz w:val="16"/>
              </w:rPr>
              <w:t>0</w:t>
            </w:r>
          </w:p>
        </w:tc>
        <w:tc>
          <w:tcPr>
            <w:tcW w:type="dxa" w:w="2035"/>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6</w:t>
            </w:r>
          </w:p>
        </w:tc>
        <w:tc>
          <w:tcPr>
            <w:tcW w:type="dxa" w:w="1095"/>
          </w:tcPr>
          <w:p>
            <w:pPr>
              <w:spacing w:after="0"/>
              <w:jc w:val="left"/>
            </w:pPr>
            <w:r>
              <w:rPr>
                <w:sz w:val="16"/>
              </w:rPr>
              <w:t>Tornado</w:t>
            </w:r>
          </w:p>
        </w:tc>
        <w:tc>
          <w:tcPr>
            <w:tcW w:type="dxa" w:w="1505"/>
          </w:tcPr>
          <w:p>
            <w:pPr>
              <w:spacing w:after="0"/>
              <w:jc w:val="left"/>
            </w:pPr>
            <w:r>
              <w:rPr>
                <w:sz w:val="16"/>
              </w:rPr>
              <w:t>Insufficient Data</w:t>
            </w:r>
          </w:p>
        </w:tc>
        <w:tc>
          <w:tcPr>
            <w:tcW w:type="dxa" w:w="1967"/>
          </w:tcPr>
          <w:p>
            <w:pPr>
              <w:spacing w:after="0"/>
              <w:jc w:val="left"/>
            </w:pPr>
            <w:r>
              <w:rPr>
                <w:sz w:val="16"/>
              </w:rPr>
              <w:t>Very Low</w:t>
            </w:r>
          </w:p>
        </w:tc>
        <w:tc>
          <w:tcPr>
            <w:tcW w:type="dxa" w:w="1037"/>
          </w:tcPr>
          <w:p>
            <w:pPr>
              <w:spacing w:after="0"/>
              <w:jc w:val="right"/>
            </w:pPr>
            <w:r>
              <w:rPr>
                <w:sz w:val="16"/>
              </w:rPr>
              <w:t>$978</w:t>
            </w:r>
          </w:p>
        </w:tc>
        <w:tc>
          <w:tcPr>
            <w:tcW w:type="dxa" w:w="1126"/>
          </w:tcPr>
          <w:p>
            <w:pPr>
              <w:spacing w:after="0"/>
              <w:jc w:val="right"/>
            </w:pPr>
            <w:r>
              <w:rPr>
                <w:sz w:val="16"/>
              </w:rPr>
              <w:t>$0</w:t>
            </w:r>
          </w:p>
        </w:tc>
        <w:tc>
          <w:tcPr>
            <w:tcW w:type="dxa" w:w="1645"/>
          </w:tcPr>
          <w:p>
            <w:pPr>
              <w:spacing w:after="0"/>
              <w:jc w:val="right"/>
            </w:pPr>
            <w:r>
              <w:rPr>
                <w:sz w:val="16"/>
              </w:rPr>
              <w:t>$1,423</w:t>
            </w:r>
          </w:p>
        </w:tc>
        <w:tc>
          <w:tcPr>
            <w:tcW w:type="dxa" w:w="1152"/>
          </w:tcPr>
          <w:p>
            <w:pPr>
              <w:spacing w:after="0"/>
              <w:jc w:val="right"/>
            </w:pPr>
            <w:r>
              <w:rPr>
                <w:sz w:val="16"/>
              </w:rPr>
              <w:t>$2,401</w:t>
            </w:r>
          </w:p>
        </w:tc>
        <w:tc>
          <w:tcPr>
            <w:tcW w:type="dxa" w:w="1847"/>
          </w:tcPr>
          <w:p>
            <w:pPr>
              <w:spacing w:after="0"/>
              <w:jc w:val="right"/>
            </w:pPr>
            <w:r>
              <w:rPr>
                <w:sz w:val="16"/>
              </w:rPr>
              <w:t>0</w:t>
            </w:r>
          </w:p>
        </w:tc>
        <w:tc>
          <w:tcPr>
            <w:tcW w:type="dxa" w:w="2035"/>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7</w:t>
            </w:r>
          </w:p>
        </w:tc>
        <w:tc>
          <w:tcPr>
            <w:tcW w:type="dxa" w:w="1095"/>
          </w:tcPr>
          <w:p>
            <w:pPr>
              <w:spacing w:after="0"/>
              <w:jc w:val="left"/>
            </w:pPr>
            <w:r>
              <w:rPr>
                <w:sz w:val="16"/>
              </w:rPr>
              <w:t>Coastal Flooding</w:t>
            </w:r>
          </w:p>
        </w:tc>
        <w:tc>
          <w:tcPr>
            <w:tcW w:type="dxa" w:w="1505"/>
          </w:tcPr>
          <w:p>
            <w:pPr>
              <w:spacing w:after="0"/>
              <w:jc w:val="left"/>
            </w:pPr>
            <w:r>
              <w:rPr>
                <w:sz w:val="16"/>
              </w:rPr>
              <w:t>Insufficient Data</w:t>
            </w:r>
          </w:p>
        </w:tc>
        <w:tc>
          <w:tcPr>
            <w:tcW w:type="dxa" w:w="1967"/>
          </w:tcPr>
          <w:p>
            <w:pPr>
              <w:spacing w:after="0"/>
              <w:jc w:val="left"/>
            </w:pPr>
            <w:r>
              <w:rPr>
                <w:sz w:val="16"/>
              </w:rPr>
              <w:t>Very Low</w:t>
            </w:r>
          </w:p>
        </w:tc>
        <w:tc>
          <w:tcPr>
            <w:tcW w:type="dxa" w:w="1037"/>
          </w:tcPr>
          <w:p>
            <w:pPr>
              <w:spacing w:after="0"/>
              <w:jc w:val="right"/>
            </w:pPr>
            <w:r>
              <w:rPr>
                <w:sz w:val="16"/>
              </w:rPr>
              <w:t>$328</w:t>
            </w:r>
          </w:p>
        </w:tc>
        <w:tc>
          <w:tcPr>
            <w:tcW w:type="dxa" w:w="1126"/>
          </w:tcPr>
          <w:p>
            <w:pPr>
              <w:spacing w:after="0"/>
              <w:jc w:val="right"/>
            </w:pPr>
            <w:r>
              <w:rPr>
                <w:sz w:val="16"/>
              </w:rPr>
              <w:t>n/a</w:t>
            </w:r>
          </w:p>
        </w:tc>
        <w:tc>
          <w:tcPr>
            <w:tcW w:type="dxa" w:w="1645"/>
          </w:tcPr>
          <w:p>
            <w:pPr>
              <w:spacing w:after="0"/>
              <w:jc w:val="right"/>
            </w:pPr>
            <w:r>
              <w:rPr>
                <w:sz w:val="16"/>
              </w:rPr>
              <w:t>$175</w:t>
            </w:r>
          </w:p>
        </w:tc>
        <w:tc>
          <w:tcPr>
            <w:tcW w:type="dxa" w:w="1152"/>
          </w:tcPr>
          <w:p>
            <w:pPr>
              <w:spacing w:after="0"/>
              <w:jc w:val="right"/>
            </w:pPr>
            <w:r>
              <w:rPr>
                <w:sz w:val="16"/>
              </w:rPr>
              <w:t>$502</w:t>
            </w:r>
          </w:p>
        </w:tc>
        <w:tc>
          <w:tcPr>
            <w:tcW w:type="dxa" w:w="1847"/>
          </w:tcPr>
          <w:p>
            <w:pPr>
              <w:spacing w:after="0"/>
              <w:jc w:val="right"/>
            </w:pPr>
            <w:r>
              <w:rPr>
                <w:sz w:val="16"/>
              </w:rPr>
              <w:t>3</w:t>
            </w:r>
          </w:p>
        </w:tc>
        <w:tc>
          <w:tcPr>
            <w:tcW w:type="dxa" w:w="2035"/>
          </w:tcPr>
          <w:p>
            <w:pPr>
              <w:spacing w:after="0"/>
              <w:jc w:val="left"/>
            </w:pPr>
          </w:p>
        </w:tc>
      </w:tr>
      <w:tr>
        <w:trPr>
          <w:cantSplit/>
        </w:trPr>
        <w:tc>
          <w:tcPr>
            <w:tcW w:type="dxa" w:w="703"/>
          </w:tcPr>
          <w:p>
            <w:pPr>
              <w:spacing w:after="0"/>
              <w:jc w:val="right"/>
            </w:pPr>
            <w:r>
              <w:rPr>
                <w:sz w:val="16"/>
              </w:rPr>
              <w:t>8</w:t>
            </w:r>
          </w:p>
        </w:tc>
        <w:tc>
          <w:tcPr>
            <w:tcW w:type="dxa" w:w="1095"/>
          </w:tcPr>
          <w:p>
            <w:pPr>
              <w:spacing w:after="0"/>
              <w:jc w:val="left"/>
            </w:pPr>
            <w:r>
              <w:rPr>
                <w:sz w:val="16"/>
              </w:rPr>
              <w:t>Hail</w:t>
            </w:r>
          </w:p>
        </w:tc>
        <w:tc>
          <w:tcPr>
            <w:tcW w:type="dxa" w:w="1505"/>
          </w:tcPr>
          <w:p>
            <w:pPr>
              <w:spacing w:after="0"/>
              <w:jc w:val="left"/>
            </w:pPr>
            <w:r>
              <w:rPr>
                <w:sz w:val="16"/>
              </w:rPr>
              <w:t>Insufficient Data</w:t>
            </w:r>
          </w:p>
        </w:tc>
        <w:tc>
          <w:tcPr>
            <w:tcW w:type="dxa" w:w="1967"/>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$0</w:t>
            </w:r>
          </w:p>
        </w:tc>
        <w:tc>
          <w:tcPr>
            <w:tcW w:type="dxa" w:w="1645"/>
          </w:tcPr>
          <w:p>
            <w:pPr>
              <w:spacing w:after="0"/>
              <w:jc w:val="right"/>
            </w:pPr>
            <w:r>
              <w:rPr>
                <w:sz w:val="16"/>
              </w:rPr>
              <w:t>$130</w:t>
            </w:r>
          </w:p>
        </w:tc>
        <w:tc>
          <w:tcPr>
            <w:tcW w:type="dxa" w:w="1152"/>
          </w:tcPr>
          <w:p>
            <w:pPr>
              <w:spacing w:after="0"/>
              <w:jc w:val="right"/>
            </w:pPr>
            <w:r>
              <w:rPr>
                <w:sz w:val="16"/>
              </w:rPr>
              <w:t>$143</w:t>
            </w:r>
          </w:p>
        </w:tc>
        <w:tc>
          <w:tcPr>
            <w:tcW w:type="dxa" w:w="1847"/>
          </w:tcPr>
          <w:p>
            <w:pPr>
              <w:spacing w:after="0"/>
              <w:jc w:val="right"/>
            </w:pPr>
            <w:r>
              <w:rPr>
                <w:sz w:val="16"/>
              </w:rPr>
              <w:t>0</w:t>
            </w:r>
          </w:p>
        </w:tc>
        <w:tc>
          <w:tcPr>
            <w:tcW w:type="dxa" w:w="2035"/>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9</w:t>
            </w:r>
          </w:p>
        </w:tc>
        <w:tc>
          <w:tcPr>
            <w:tcW w:type="dxa" w:w="1095"/>
          </w:tcPr>
          <w:p>
            <w:pPr>
              <w:spacing w:after="0"/>
              <w:jc w:val="left"/>
            </w:pPr>
            <w:r>
              <w:rPr>
                <w:sz w:val="16"/>
              </w:rPr>
              <w:t>Strong Wind</w:t>
            </w:r>
          </w:p>
        </w:tc>
        <w:tc>
          <w:tcPr>
            <w:tcW w:type="dxa" w:w="1505"/>
          </w:tcPr>
          <w:p>
            <w:pPr>
              <w:spacing w:after="0"/>
              <w:jc w:val="left"/>
            </w:pPr>
            <w:r>
              <w:rPr>
                <w:sz w:val="16"/>
              </w:rPr>
              <w:t>Insufficient Data</w:t>
            </w:r>
          </w:p>
        </w:tc>
        <w:tc>
          <w:tcPr>
            <w:tcW w:type="dxa" w:w="1967"/>
          </w:tcPr>
          <w:p>
            <w:pPr>
              <w:spacing w:after="0"/>
              <w:jc w:val="left"/>
            </w:pPr>
            <w:r>
              <w:rPr>
                <w:sz w:val="16"/>
              </w:rPr>
              <w:t>Very Low</w:t>
            </w:r>
          </w:p>
        </w:tc>
        <w:tc>
          <w:tcPr>
            <w:tcW w:type="dxa" w:w="1037"/>
          </w:tcPr>
          <w:p>
            <w:pPr>
              <w:spacing w:after="0"/>
              <w:jc w:val="right"/>
            </w:pPr>
            <w:r>
              <w:rPr>
                <w:sz w:val="16"/>
              </w:rPr>
              <w:t>$40</w:t>
            </w:r>
          </w:p>
        </w:tc>
        <w:tc>
          <w:tcPr>
            <w:tcW w:type="dxa" w:w="1126"/>
          </w:tcPr>
          <w:p>
            <w:pPr>
              <w:spacing w:after="0"/>
              <w:jc w:val="right"/>
            </w:pPr>
            <w:r>
              <w:rPr>
                <w:sz w:val="16"/>
              </w:rPr>
              <w:t>$0</w:t>
            </w:r>
          </w:p>
        </w:tc>
        <w:tc>
          <w:tcPr>
            <w:tcW w:type="dxa" w:w="1645"/>
          </w:tcPr>
          <w:p>
            <w:pPr>
              <w:spacing w:after="0"/>
              <w:jc w:val="right"/>
            </w:pPr>
            <w:r>
              <w:rPr>
                <w:sz w:val="16"/>
              </w:rPr>
              <w:t>$27</w:t>
            </w:r>
          </w:p>
        </w:tc>
        <w:tc>
          <w:tcPr>
            <w:tcW w:type="dxa" w:w="1152"/>
          </w:tcPr>
          <w:p>
            <w:pPr>
              <w:spacing w:after="0"/>
              <w:jc w:val="right"/>
            </w:pPr>
            <w:r>
              <w:rPr>
                <w:sz w:val="16"/>
              </w:rPr>
              <w:t>$67</w:t>
            </w:r>
          </w:p>
        </w:tc>
        <w:tc>
          <w:tcPr>
            <w:tcW w:type="dxa" w:w="1847"/>
          </w:tcPr>
          <w:p>
            <w:pPr>
              <w:spacing w:after="0"/>
              <w:jc w:val="right"/>
            </w:pPr>
            <w:r>
              <w:rPr>
                <w:sz w:val="16"/>
              </w:rPr>
              <w:t>5</w:t>
            </w:r>
          </w:p>
        </w:tc>
        <w:tc>
          <w:tcPr>
            <w:tcW w:type="dxa" w:w="2035"/>
          </w:tcPr>
          <w:p>
            <w:pPr>
              <w:spacing w:after="0"/>
              <w:jc w:val="left"/>
            </w:pPr>
            <w:r>
              <w:rPr>
                <w:sz w:val="16"/>
              </w:rPr>
              <w:t>Includes 2 Strong Wind records (a NOAA non-thunderstorm wind type, outside NRI's Strong Wind definition).</w:t>
            </w:r>
          </w:p>
        </w:tc>
      </w:tr>
      <w:tr>
        <w:trPr>
          <w:cantSplit/>
        </w:trPr>
        <w:tc>
          <w:tcPr>
            <w:tcW w:type="dxa" w:w="703"/>
          </w:tcPr>
          <w:p>
            <w:pPr>
              <w:spacing w:after="0"/>
              <w:jc w:val="right"/>
            </w:pPr>
            <w:r>
              <w:rPr>
                <w:sz w:val="16"/>
              </w:rPr>
              <w:t>10</w:t>
            </w:r>
          </w:p>
        </w:tc>
        <w:tc>
          <w:tcPr>
            <w:tcW w:type="dxa" w:w="1095"/>
          </w:tcPr>
          <w:p>
            <w:pPr>
              <w:spacing w:after="0"/>
              <w:jc w:val="left"/>
            </w:pPr>
            <w:r>
              <w:rPr>
                <w:sz w:val="16"/>
              </w:rPr>
              <w:t>Cold Wave</w:t>
            </w:r>
          </w:p>
        </w:tc>
        <w:tc>
          <w:tcPr>
            <w:tcW w:type="dxa" w:w="1505"/>
          </w:tcPr>
          <w:p>
            <w:pPr>
              <w:spacing w:after="0"/>
              <w:jc w:val="left"/>
            </w:pPr>
            <w:r>
              <w:rPr>
                <w:sz w:val="16"/>
              </w:rPr>
              <w:t>Insufficient Data</w:t>
            </w:r>
          </w:p>
        </w:tc>
        <w:tc>
          <w:tcPr>
            <w:tcW w:type="dxa" w:w="19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45"/>
          </w:tcPr>
          <w:p>
            <w:pPr>
              <w:spacing w:after="0"/>
              <w:jc w:val="right"/>
            </w:pPr>
            <w:r>
              <w:rPr>
                <w:sz w:val="16"/>
              </w:rPr>
              <w:t>$0</w:t>
            </w:r>
          </w:p>
        </w:tc>
        <w:tc>
          <w:tcPr>
            <w:tcW w:type="dxa" w:w="1152"/>
          </w:tcPr>
          <w:p>
            <w:pPr>
              <w:spacing w:after="0"/>
              <w:jc w:val="right"/>
            </w:pPr>
            <w:r>
              <w:rPr>
                <w:sz w:val="16"/>
              </w:rPr>
              <w:t>$0</w:t>
            </w:r>
          </w:p>
        </w:tc>
        <w:tc>
          <w:tcPr>
            <w:tcW w:type="dxa" w:w="1847"/>
          </w:tcPr>
          <w:p>
            <w:pPr>
              <w:spacing w:after="0"/>
              <w:jc w:val="right"/>
            </w:pPr>
            <w:r>
              <w:rPr>
                <w:sz w:val="16"/>
              </w:rPr>
              <w:t>0</w:t>
            </w:r>
          </w:p>
        </w:tc>
        <w:tc>
          <w:tcPr>
            <w:tcW w:type="dxa" w:w="2035"/>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11</w:t>
            </w:r>
          </w:p>
        </w:tc>
        <w:tc>
          <w:tcPr>
            <w:tcW w:type="dxa" w:w="1095"/>
          </w:tcPr>
          <w:p>
            <w:pPr>
              <w:spacing w:after="0"/>
              <w:jc w:val="left"/>
            </w:pPr>
            <w:r>
              <w:rPr>
                <w:sz w:val="16"/>
              </w:rPr>
              <w:t>Drought</w:t>
            </w:r>
          </w:p>
        </w:tc>
        <w:tc>
          <w:tcPr>
            <w:tcW w:type="dxa" w:w="1505"/>
          </w:tcPr>
          <w:p>
            <w:pPr>
              <w:spacing w:after="0"/>
              <w:jc w:val="left"/>
            </w:pPr>
            <w:r>
              <w:rPr>
                <w:sz w:val="16"/>
              </w:rPr>
              <w:t>Insufficient Data</w:t>
            </w:r>
          </w:p>
        </w:tc>
        <w:tc>
          <w:tcPr>
            <w:tcW w:type="dxa" w:w="1967"/>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45"/>
          </w:tcPr>
          <w:p>
            <w:pPr>
              <w:spacing w:after="0"/>
              <w:jc w:val="right"/>
            </w:pPr>
            <w:r>
              <w:rPr>
                <w:sz w:val="16"/>
              </w:rPr>
              <w:t>n/a</w:t>
            </w:r>
          </w:p>
        </w:tc>
        <w:tc>
          <w:tcPr>
            <w:tcW w:type="dxa" w:w="1152"/>
          </w:tcPr>
          <w:p>
            <w:pPr>
              <w:spacing w:after="0"/>
              <w:jc w:val="right"/>
            </w:pPr>
            <w:r>
              <w:rPr>
                <w:sz w:val="16"/>
              </w:rPr>
              <w:t>$0</w:t>
            </w:r>
          </w:p>
        </w:tc>
        <w:tc>
          <w:tcPr>
            <w:tcW w:type="dxa" w:w="1847"/>
          </w:tcPr>
          <w:p>
            <w:pPr>
              <w:spacing w:after="0"/>
              <w:jc w:val="right"/>
            </w:pPr>
            <w:r>
              <w:rPr>
                <w:sz w:val="16"/>
              </w:rPr>
              <w:t>7</w:t>
            </w:r>
          </w:p>
        </w:tc>
        <w:tc>
          <w:tcPr>
            <w:tcW w:type="dxa" w:w="2035"/>
          </w:tcPr>
          <w:p>
            <w:pPr>
              <w:spacing w:after="0"/>
              <w:jc w:val="left"/>
            </w:pPr>
          </w:p>
        </w:tc>
      </w:tr>
      <w:tr>
        <w:trPr>
          <w:cantSplit/>
        </w:trPr>
        <w:tc>
          <w:tcPr>
            <w:tcW w:type="dxa" w:w="703"/>
          </w:tcPr>
          <w:p>
            <w:pPr>
              <w:spacing w:after="0"/>
              <w:jc w:val="right"/>
            </w:pPr>
            <w:r>
              <w:rPr>
                <w:sz w:val="16"/>
              </w:rPr>
              <w:t>12</w:t>
            </w:r>
          </w:p>
        </w:tc>
        <w:tc>
          <w:tcPr>
            <w:tcW w:type="dxa" w:w="1095"/>
          </w:tcPr>
          <w:p>
            <w:pPr>
              <w:spacing w:after="0"/>
              <w:jc w:val="left"/>
            </w:pPr>
            <w:r>
              <w:rPr>
                <w:sz w:val="16"/>
              </w:rPr>
              <w:t>Heat Wave</w:t>
            </w:r>
          </w:p>
        </w:tc>
        <w:tc>
          <w:tcPr>
            <w:tcW w:type="dxa" w:w="1505"/>
          </w:tcPr>
          <w:p>
            <w:pPr>
              <w:spacing w:after="0"/>
              <w:jc w:val="left"/>
            </w:pPr>
            <w:r>
              <w:rPr>
                <w:sz w:val="16"/>
              </w:rPr>
              <w:t>Insufficient Data</w:t>
            </w:r>
          </w:p>
        </w:tc>
        <w:tc>
          <w:tcPr>
            <w:tcW w:type="dxa" w:w="19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45"/>
          </w:tcPr>
          <w:p>
            <w:pPr>
              <w:spacing w:after="0"/>
              <w:jc w:val="right"/>
            </w:pPr>
            <w:r>
              <w:rPr>
                <w:sz w:val="16"/>
              </w:rPr>
              <w:t>$0</w:t>
            </w:r>
          </w:p>
        </w:tc>
        <w:tc>
          <w:tcPr>
            <w:tcW w:type="dxa" w:w="1152"/>
          </w:tcPr>
          <w:p>
            <w:pPr>
              <w:spacing w:after="0"/>
              <w:jc w:val="right"/>
            </w:pPr>
            <w:r>
              <w:rPr>
                <w:sz w:val="16"/>
              </w:rPr>
              <w:t>$0</w:t>
            </w:r>
          </w:p>
        </w:tc>
        <w:tc>
          <w:tcPr>
            <w:tcW w:type="dxa" w:w="1847"/>
          </w:tcPr>
          <w:p>
            <w:pPr>
              <w:spacing w:after="0"/>
              <w:jc w:val="right"/>
            </w:pPr>
            <w:r>
              <w:rPr>
                <w:sz w:val="16"/>
              </w:rPr>
              <w:t>12</w:t>
            </w:r>
          </w:p>
        </w:tc>
        <w:tc>
          <w:tcPr>
            <w:tcW w:type="dxa" w:w="2035"/>
          </w:tcPr>
          <w:p>
            <w:pPr>
              <w:spacing w:after="0"/>
              <w:jc w:val="left"/>
            </w:pPr>
          </w:p>
        </w:tc>
      </w:tr>
      <w:tr>
        <w:trPr>
          <w:cantSplit/>
        </w:trPr>
        <w:tc>
          <w:tcPr>
            <w:tcW w:type="dxa" w:w="703"/>
          </w:tcPr>
          <w:p>
            <w:pPr>
              <w:spacing w:after="0"/>
              <w:jc w:val="right"/>
            </w:pPr>
            <w:r>
              <w:rPr>
                <w:sz w:val="16"/>
              </w:rPr>
              <w:t>13</w:t>
            </w:r>
          </w:p>
        </w:tc>
        <w:tc>
          <w:tcPr>
            <w:tcW w:type="dxa" w:w="1095"/>
          </w:tcPr>
          <w:p>
            <w:pPr>
              <w:spacing w:after="0"/>
              <w:jc w:val="left"/>
            </w:pPr>
            <w:r>
              <w:rPr>
                <w:sz w:val="16"/>
              </w:rPr>
              <w:t>Tsunami</w:t>
            </w:r>
          </w:p>
        </w:tc>
        <w:tc>
          <w:tcPr>
            <w:tcW w:type="dxa" w:w="1505"/>
          </w:tcPr>
          <w:p>
            <w:pPr>
              <w:spacing w:after="0"/>
              <w:jc w:val="left"/>
            </w:pPr>
            <w:r>
              <w:rPr>
                <w:sz w:val="16"/>
              </w:rPr>
              <w:t>Insufficient Data</w:t>
            </w:r>
          </w:p>
        </w:tc>
        <w:tc>
          <w:tcPr>
            <w:tcW w:type="dxa" w:w="19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45"/>
          </w:tcPr>
          <w:p>
            <w:pPr>
              <w:spacing w:after="0"/>
              <w:jc w:val="right"/>
            </w:pPr>
            <w:r>
              <w:rPr>
                <w:sz w:val="16"/>
              </w:rPr>
              <w:t>$0</w:t>
            </w:r>
          </w:p>
        </w:tc>
        <w:tc>
          <w:tcPr>
            <w:tcW w:type="dxa" w:w="1152"/>
          </w:tcPr>
          <w:p>
            <w:pPr>
              <w:spacing w:after="0"/>
              <w:jc w:val="right"/>
            </w:pPr>
            <w:r>
              <w:rPr>
                <w:sz w:val="16"/>
              </w:rPr>
              <w:t>$0</w:t>
            </w:r>
          </w:p>
        </w:tc>
        <w:tc>
          <w:tcPr>
            <w:tcW w:type="dxa" w:w="1847"/>
          </w:tcPr>
          <w:p>
            <w:pPr>
              <w:spacing w:after="0"/>
              <w:jc w:val="right"/>
            </w:pPr>
            <w:r>
              <w:rPr>
                <w:sz w:val="16"/>
              </w:rPr>
              <w:t>0</w:t>
            </w:r>
          </w:p>
        </w:tc>
        <w:tc>
          <w:tcPr>
            <w:tcW w:type="dxa" w:w="2035"/>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95"/>
          </w:tcPr>
          <w:p>
            <w:pPr>
              <w:spacing w:after="0"/>
              <w:jc w:val="left"/>
            </w:pPr>
            <w:r>
              <w:rPr>
                <w:sz w:val="16"/>
              </w:rPr>
              <w:t>Volcanic Activity</w:t>
            </w:r>
          </w:p>
        </w:tc>
        <w:tc>
          <w:tcPr>
            <w:tcW w:type="dxa" w:w="1505"/>
          </w:tcPr>
          <w:p>
            <w:pPr>
              <w:spacing w:after="0"/>
              <w:jc w:val="left"/>
            </w:pPr>
            <w:r>
              <w:rPr>
                <w:sz w:val="16"/>
              </w:rPr>
              <w:t>Insufficient Data</w:t>
            </w:r>
          </w:p>
        </w:tc>
        <w:tc>
          <w:tcPr>
            <w:tcW w:type="dxa" w:w="19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45"/>
          </w:tcPr>
          <w:p>
            <w:pPr>
              <w:spacing w:after="0"/>
              <w:jc w:val="right"/>
            </w:pPr>
            <w:r>
              <w:rPr>
                <w:sz w:val="16"/>
              </w:rPr>
              <w:t>$0</w:t>
            </w:r>
          </w:p>
        </w:tc>
        <w:tc>
          <w:tcPr>
            <w:tcW w:type="dxa" w:w="1152"/>
          </w:tcPr>
          <w:p>
            <w:pPr>
              <w:spacing w:after="0"/>
              <w:jc w:val="right"/>
            </w:pPr>
            <w:r>
              <w:rPr>
                <w:sz w:val="16"/>
              </w:rPr>
              <w:t>$0</w:t>
            </w:r>
          </w:p>
        </w:tc>
        <w:tc>
          <w:tcPr>
            <w:tcW w:type="dxa" w:w="1847"/>
          </w:tcPr>
          <w:p>
            <w:pPr>
              <w:spacing w:after="0"/>
              <w:jc w:val="right"/>
            </w:pPr>
            <w:r>
              <w:rPr>
                <w:sz w:val="16"/>
              </w:rPr>
              <w:t>4</w:t>
            </w:r>
          </w:p>
        </w:tc>
        <w:tc>
          <w:tcPr>
            <w:tcW w:type="dxa" w:w="2035"/>
          </w:tcPr>
          <w:p>
            <w:pPr>
              <w:spacing w:after="0"/>
              <w:jc w:val="left"/>
            </w:pPr>
          </w:p>
        </w:tc>
      </w:tr>
      <w:tr>
        <w:trPr>
          <w:cantSplit/>
        </w:trPr>
        <w:tc>
          <w:tcPr>
            <w:tcW w:type="dxa" w:w="703"/>
          </w:tcPr>
          <w:p>
            <w:pPr>
              <w:spacing w:after="0"/>
              <w:jc w:val="right"/>
            </w:pPr>
            <w:r>
              <w:rPr>
                <w:sz w:val="16"/>
              </w:rPr>
              <w:t>15</w:t>
            </w:r>
          </w:p>
        </w:tc>
        <w:tc>
          <w:tcPr>
            <w:tcW w:type="dxa" w:w="1095"/>
          </w:tcPr>
          <w:p>
            <w:pPr>
              <w:spacing w:after="0"/>
              <w:jc w:val="left"/>
            </w:pPr>
            <w:r>
              <w:rPr>
                <w:sz w:val="16"/>
              </w:rPr>
              <w:t>Winter Weather</w:t>
            </w:r>
          </w:p>
        </w:tc>
        <w:tc>
          <w:tcPr>
            <w:tcW w:type="dxa" w:w="1505"/>
          </w:tcPr>
          <w:p>
            <w:pPr>
              <w:spacing w:after="0"/>
              <w:jc w:val="left"/>
            </w:pPr>
            <w:r>
              <w:rPr>
                <w:sz w:val="16"/>
              </w:rPr>
              <w:t>Insufficient Data</w:t>
            </w:r>
          </w:p>
        </w:tc>
        <w:tc>
          <w:tcPr>
            <w:tcW w:type="dxa" w:w="19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45"/>
          </w:tcPr>
          <w:p>
            <w:pPr>
              <w:spacing w:after="0"/>
              <w:jc w:val="right"/>
            </w:pPr>
            <w:r>
              <w:rPr>
                <w:sz w:val="16"/>
              </w:rPr>
              <w:t>$0</w:t>
            </w:r>
          </w:p>
        </w:tc>
        <w:tc>
          <w:tcPr>
            <w:tcW w:type="dxa" w:w="1152"/>
          </w:tcPr>
          <w:p>
            <w:pPr>
              <w:spacing w:after="0"/>
              <w:jc w:val="right"/>
            </w:pPr>
            <w:r>
              <w:rPr>
                <w:sz w:val="16"/>
              </w:rPr>
              <w:t>$0</w:t>
            </w:r>
          </w:p>
        </w:tc>
        <w:tc>
          <w:tcPr>
            <w:tcW w:type="dxa" w:w="1847"/>
          </w:tcPr>
          <w:p>
            <w:pPr>
              <w:spacing w:after="0"/>
              <w:jc w:val="right"/>
            </w:pPr>
            <w:r>
              <w:rPr>
                <w:sz w:val="16"/>
              </w:rPr>
              <w:t>0</w:t>
            </w:r>
          </w:p>
        </w:tc>
        <w:tc>
          <w:tcPr>
            <w:tcW w:type="dxa" w:w="2035"/>
          </w:tcPr>
          <w:p>
            <w:pPr>
              <w:spacing w:after="0"/>
              <w:jc w:val="left"/>
            </w:pPr>
            <w:r>
              <w:rPr>
                <w:sz w:val="16"/>
              </w:rPr>
              <w:t>No recorded events in Storm Events since 1996 (data through 2026-06-30).</w:t>
            </w:r>
          </w:p>
        </w:tc>
      </w:tr>
      <w:tr>
        <w:trPr>
          <w:cantSplit/>
        </w:trPr>
        <w:tc>
          <w:tcPr>
            <w:tcW w:type="dxa" w:w="703"/>
          </w:tcPr>
          <w:p>
            <w:pPr>
              <w:spacing w:after="0"/>
              <w:jc w:val="right"/>
            </w:pPr>
          </w:p>
        </w:tc>
        <w:tc>
          <w:tcPr>
            <w:tcW w:type="dxa" w:w="1095"/>
          </w:tcPr>
          <w:p>
            <w:pPr>
              <w:spacing w:after="0"/>
              <w:jc w:val="left"/>
            </w:pPr>
            <w:r>
              <w:rPr>
                <w:sz w:val="16"/>
              </w:rPr>
              <w:t>Wildfire</w:t>
            </w:r>
          </w:p>
        </w:tc>
        <w:tc>
          <w:tcPr>
            <w:tcW w:type="dxa" w:w="1505"/>
          </w:tcPr>
          <w:p>
            <w:pPr>
              <w:spacing w:after="0"/>
              <w:jc w:val="left"/>
            </w:pPr>
            <w:r>
              <w:rPr>
                <w:sz w:val="16"/>
              </w:rPr>
              <w:t>Insufficient Data</w:t>
            </w:r>
          </w:p>
        </w:tc>
        <w:tc>
          <w:tcPr>
            <w:tcW w:type="dxa" w:w="196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645"/>
          </w:tcPr>
          <w:p>
            <w:pPr>
              <w:spacing w:after="0"/>
              <w:jc w:val="right"/>
            </w:pPr>
            <w:r>
              <w:rPr>
                <w:sz w:val="16"/>
              </w:rPr>
              <w:t>n/a</w:t>
            </w:r>
          </w:p>
        </w:tc>
        <w:tc>
          <w:tcPr>
            <w:tcW w:type="dxa" w:w="1152"/>
          </w:tcPr>
          <w:p>
            <w:pPr>
              <w:spacing w:after="0"/>
              <w:jc w:val="right"/>
            </w:pPr>
            <w:r>
              <w:rPr>
                <w:sz w:val="16"/>
              </w:rPr>
              <w:t>n/a</w:t>
            </w:r>
          </w:p>
        </w:tc>
        <w:tc>
          <w:tcPr>
            <w:tcW w:type="dxa" w:w="1847"/>
          </w:tcPr>
          <w:p>
            <w:pPr>
              <w:spacing w:after="0"/>
              <w:jc w:val="right"/>
            </w:pPr>
            <w:r>
              <w:rPr>
                <w:sz w:val="16"/>
              </w:rPr>
              <w:t>11</w:t>
            </w:r>
          </w:p>
        </w:tc>
        <w:tc>
          <w:tcPr>
            <w:tcW w:type="dxa" w:w="2035"/>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tornado, hail, cold wave, tsunami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939"/>
        <w:gridCol w:w="1827"/>
        <w:gridCol w:w="1387"/>
        <w:gridCol w:w="1622"/>
        <w:gridCol w:w="2095"/>
        <w:gridCol w:w="1798"/>
        <w:gridCol w:w="1631"/>
      </w:tblGrid>
      <w:tr>
        <w:trPr>
          <w:cantSplit/>
          <w:tblHeader/>
        </w:trPr>
        <w:tc>
          <w:tcPr>
            <w:tcW w:type="dxa" w:w="1813"/>
            <w:shd w:val="clear" w:color="auto" w:fill="E8E8E8"/>
          </w:tcPr>
          <w:p>
            <w:pPr>
              <w:spacing w:after="0"/>
              <w:jc w:val="left"/>
            </w:pPr>
            <w:r>
              <w:rPr>
                <w:b/>
                <w:sz w:val="16"/>
              </w:rPr>
              <w:t>Hazard</w:t>
            </w:r>
          </w:p>
        </w:tc>
        <w:tc>
          <w:tcPr>
            <w:tcW w:type="dxa" w:w="1939"/>
            <w:shd w:val="clear" w:color="auto" w:fill="E8E8E8"/>
          </w:tcPr>
          <w:p>
            <w:pPr>
              <w:spacing w:after="0"/>
              <w:jc w:val="left"/>
            </w:pPr>
            <w:r>
              <w:rPr>
                <w:b/>
                <w:sz w:val="16"/>
              </w:rPr>
              <w:t>Scale</w:t>
            </w:r>
          </w:p>
        </w:tc>
        <w:tc>
          <w:tcPr>
            <w:tcW w:type="dxa" w:w="18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87"/>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2095"/>
            <w:shd w:val="clear" w:color="auto" w:fill="E8E8E8"/>
          </w:tcPr>
          <w:p>
            <w:pPr>
              <w:spacing w:after="0"/>
              <w:jc w:val="left"/>
            </w:pPr>
            <w:r>
              <w:rPr>
                <w:b/>
                <w:sz w:val="16"/>
              </w:rPr>
              <w:t>Most damaging (when different)</w:t>
            </w:r>
          </w:p>
        </w:tc>
        <w:tc>
          <w:tcPr>
            <w:tcW w:type="dxa" w:w="1798"/>
            <w:shd w:val="clear" w:color="auto" w:fill="E8E8E8"/>
          </w:tcPr>
          <w:p>
            <w:pPr>
              <w:spacing w:after="0"/>
              <w:jc w:val="left"/>
            </w:pPr>
            <w:r>
              <w:rPr>
                <w:b/>
                <w:sz w:val="16"/>
              </w:rPr>
              <w:t>How it applies to jurisdictions</w:t>
            </w:r>
          </w:p>
        </w:tc>
        <w:tc>
          <w:tcPr>
            <w:tcW w:type="dxa" w:w="1631"/>
            <w:shd w:val="clear" w:color="auto" w:fill="E8E8E8"/>
          </w:tcPr>
          <w:p>
            <w:pPr>
              <w:spacing w:after="0"/>
              <w:jc w:val="left"/>
            </w:pPr>
            <w:r>
              <w:rPr>
                <w:b/>
                <w:sz w:val="16"/>
              </w:rPr>
              <w:t>Note</w:t>
            </w:r>
          </w:p>
        </w:tc>
      </w:tr>
      <w:tr>
        <w:trPr>
          <w:cantSplit/>
        </w:trPr>
        <w:tc>
          <w:tcPr>
            <w:tcW w:type="dxa" w:w="1813"/>
          </w:tcPr>
          <w:p>
            <w:pPr>
              <w:spacing w:after="0"/>
              <w:jc w:val="left"/>
            </w:pPr>
            <w:r>
              <w:rPr>
                <w:sz w:val="16"/>
              </w:rPr>
              <w:t>Coastal Flood, Storm Surge/Tide</w:t>
            </w:r>
          </w:p>
        </w:tc>
        <w:tc>
          <w:tcPr>
            <w:tcW w:type="dxa" w:w="1939"/>
          </w:tcPr>
          <w:p>
            <w:pPr>
              <w:spacing w:after="0"/>
              <w:jc w:val="left"/>
            </w:pPr>
            <w:r>
              <w:rPr>
                <w:sz w:val="16"/>
              </w:rPr>
              <w:t>none in data (flood depth: FIRM)</w:t>
            </w:r>
          </w:p>
        </w:tc>
        <w:tc>
          <w:tcPr>
            <w:tcW w:type="dxa" w:w="1827"/>
          </w:tcPr>
          <w:p>
            <w:pPr>
              <w:spacing w:after="0"/>
              <w:jc w:val="right"/>
            </w:pPr>
            <w:r>
              <w:rPr>
                <w:sz w:val="16"/>
              </w:rPr>
              <w:t>3 records, 2012 to 2024 (3 zone-level)</w:t>
            </w:r>
          </w:p>
        </w:tc>
        <w:tc>
          <w:tcPr>
            <w:tcW w:type="dxa" w:w="1387"/>
          </w:tcPr>
          <w:p>
            <w:pPr>
              <w:spacing w:after="0"/>
              <w:jc w:val="left"/>
            </w:pPr>
          </w:p>
        </w:tc>
        <w:tc>
          <w:tcPr>
            <w:tcW w:type="dxa" w:w="1622"/>
          </w:tcPr>
          <w:p>
            <w:pPr>
              <w:spacing w:after="0"/>
              <w:jc w:val="left"/>
            </w:pPr>
            <w:r>
              <w:rPr>
                <w:sz w:val="16"/>
              </w:rPr>
              <w:t>Coastal Flood, 2024-07-02, $4,000 property; $0 crops (2024 dollars); NWS zone PRZ003</w:t>
            </w:r>
          </w:p>
        </w:tc>
        <w:tc>
          <w:tcPr>
            <w:tcW w:type="dxa" w:w="2095"/>
          </w:tcPr>
          <w:p>
            <w:pPr>
              <w:spacing w:after="0"/>
              <w:jc w:val="left"/>
            </w:pPr>
          </w:p>
        </w:tc>
        <w:tc>
          <w:tcPr>
            <w:tcW w:type="dxa" w:w="1798"/>
          </w:tcPr>
          <w:p>
            <w:pPr>
              <w:spacing w:after="0"/>
              <w:jc w:val="left"/>
            </w:pPr>
            <w:r>
              <w:rPr>
                <w:sz w:val="16"/>
              </w:rPr>
              <w:t>Countywide (zone-level records).</w:t>
            </w:r>
          </w:p>
        </w:tc>
        <w:tc>
          <w:tcPr>
            <w:tcW w:type="dxa" w:w="1631"/>
          </w:tcPr>
          <w:p>
            <w:pPr>
              <w:spacing w:after="0"/>
              <w:jc w:val="left"/>
            </w:pPr>
            <w:r>
              <w:rPr>
                <w:sz w:val="16"/>
              </w:rPr>
              <w:t>Flood depth: see the FEMA Flood Insurance Rate Map.</w:t>
            </w:r>
          </w:p>
        </w:tc>
      </w:tr>
      <w:tr>
        <w:trPr>
          <w:cantSplit/>
        </w:trPr>
        <w:tc>
          <w:tcPr>
            <w:tcW w:type="dxa" w:w="1813"/>
          </w:tcPr>
          <w:p>
            <w:pPr>
              <w:spacing w:after="0"/>
              <w:jc w:val="left"/>
            </w:pPr>
            <w:r>
              <w:rPr>
                <w:sz w:val="16"/>
              </w:rPr>
              <w:t>Cold/Wind Chill, Extreme Cold/Wind Chill</w:t>
            </w:r>
          </w:p>
        </w:tc>
        <w:tc>
          <w:tcPr>
            <w:tcW w:type="dxa" w:w="1939"/>
          </w:tcPr>
          <w:p>
            <w:pPr>
              <w:spacing w:after="0"/>
              <w:jc w:val="left"/>
            </w:pPr>
            <w:r>
              <w:rPr>
                <w:sz w:val="16"/>
              </w:rPr>
              <w:t>wind chill</w:t>
            </w:r>
          </w:p>
        </w:tc>
        <w:tc>
          <w:tcPr>
            <w:tcW w:type="dxa" w:w="1827"/>
          </w:tcPr>
          <w:p>
            <w:pPr>
              <w:spacing w:after="0"/>
              <w:jc w:val="right"/>
            </w:pPr>
            <w:r>
              <w:rPr>
                <w:sz w:val="16"/>
              </w:rPr>
              <w:t>0</w:t>
            </w:r>
          </w:p>
        </w:tc>
        <w:tc>
          <w:tcPr>
            <w:tcW w:type="dxa" w:w="1387"/>
          </w:tcPr>
          <w:p>
            <w:pPr>
              <w:spacing w:after="0"/>
              <w:jc w:val="left"/>
            </w:pPr>
          </w:p>
        </w:tc>
        <w:tc>
          <w:tcPr>
            <w:tcW w:type="dxa" w:w="1622"/>
          </w:tcPr>
          <w:p>
            <w:pPr>
              <w:spacing w:after="0"/>
              <w:jc w:val="left"/>
            </w:pPr>
          </w:p>
        </w:tc>
        <w:tc>
          <w:tcPr>
            <w:tcW w:type="dxa" w:w="2095"/>
          </w:tcPr>
          <w:p>
            <w:pPr>
              <w:spacing w:after="0"/>
              <w:jc w:val="left"/>
            </w:pPr>
          </w:p>
        </w:tc>
        <w:tc>
          <w:tcPr>
            <w:tcW w:type="dxa" w:w="1798"/>
          </w:tcPr>
          <w:p>
            <w:pPr>
              <w:spacing w:after="0"/>
              <w:jc w:val="left"/>
            </w:pPr>
          </w:p>
        </w:tc>
        <w:tc>
          <w:tcPr>
            <w:tcW w:type="dxa" w:w="1631"/>
          </w:tcPr>
          <w:p>
            <w:pPr>
              <w:spacing w:after="0"/>
              <w:jc w:val="left"/>
            </w:pPr>
            <w:r>
              <w:rPr>
                <w:sz w:val="16"/>
              </w:rPr>
              <w:t>Wind chill: in event narratives only (local data needed).</w:t>
            </w:r>
          </w:p>
        </w:tc>
      </w:tr>
      <w:tr>
        <w:trPr>
          <w:cantSplit/>
        </w:trPr>
        <w:tc>
          <w:tcPr>
            <w:tcW w:type="dxa" w:w="1813"/>
          </w:tcPr>
          <w:p>
            <w:pPr>
              <w:spacing w:after="0"/>
              <w:jc w:val="left"/>
            </w:pPr>
            <w:r>
              <w:rPr>
                <w:sz w:val="16"/>
              </w:rPr>
              <w:t>Frost/Freeze (outside NRI's Cold Wave definition)</w:t>
            </w:r>
          </w:p>
        </w:tc>
        <w:tc>
          <w:tcPr>
            <w:tcW w:type="dxa" w:w="1939"/>
          </w:tcPr>
          <w:p>
            <w:pPr>
              <w:spacing w:after="0"/>
              <w:jc w:val="left"/>
            </w:pPr>
            <w:r>
              <w:rPr>
                <w:sz w:val="16"/>
              </w:rPr>
              <w:t>crop damage</w:t>
            </w:r>
          </w:p>
        </w:tc>
        <w:tc>
          <w:tcPr>
            <w:tcW w:type="dxa" w:w="1827"/>
          </w:tcPr>
          <w:p>
            <w:pPr>
              <w:spacing w:after="0"/>
              <w:jc w:val="right"/>
            </w:pPr>
            <w:r>
              <w:rPr>
                <w:sz w:val="16"/>
              </w:rPr>
              <w:t>0</w:t>
            </w:r>
          </w:p>
        </w:tc>
        <w:tc>
          <w:tcPr>
            <w:tcW w:type="dxa" w:w="1387"/>
          </w:tcPr>
          <w:p>
            <w:pPr>
              <w:spacing w:after="0"/>
              <w:jc w:val="left"/>
            </w:pPr>
          </w:p>
        </w:tc>
        <w:tc>
          <w:tcPr>
            <w:tcW w:type="dxa" w:w="1622"/>
          </w:tcPr>
          <w:p>
            <w:pPr>
              <w:spacing w:after="0"/>
              <w:jc w:val="left"/>
            </w:pPr>
          </w:p>
        </w:tc>
        <w:tc>
          <w:tcPr>
            <w:tcW w:type="dxa" w:w="2095"/>
          </w:tcPr>
          <w:p>
            <w:pPr>
              <w:spacing w:after="0"/>
              <w:jc w:val="left"/>
            </w:pPr>
          </w:p>
        </w:tc>
        <w:tc>
          <w:tcPr>
            <w:tcW w:type="dxa" w:w="1798"/>
          </w:tcPr>
          <w:p>
            <w:pPr>
              <w:spacing w:after="0"/>
              <w:jc w:val="left"/>
            </w:pPr>
          </w:p>
        </w:tc>
        <w:tc>
          <w:tcPr>
            <w:tcW w:type="dxa" w:w="1631"/>
          </w:tcPr>
          <w:p>
            <w:pPr>
              <w:spacing w:after="0"/>
              <w:jc w:val="left"/>
            </w:pPr>
            <w:r>
              <w:rPr>
                <w:sz w:val="16"/>
              </w:rPr>
              <w:t>Temperature: in event narratives only (local data needed).</w:t>
            </w:r>
          </w:p>
        </w:tc>
      </w:tr>
      <w:tr>
        <w:trPr>
          <w:cantSplit/>
        </w:trPr>
        <w:tc>
          <w:tcPr>
            <w:tcW w:type="dxa" w:w="1813"/>
          </w:tcPr>
          <w:p>
            <w:pPr>
              <w:spacing w:after="0"/>
              <w:jc w:val="left"/>
            </w:pPr>
            <w:r>
              <w:rPr>
                <w:sz w:val="16"/>
              </w:rPr>
              <w:t>Drought</w:t>
            </w:r>
          </w:p>
        </w:tc>
        <w:tc>
          <w:tcPr>
            <w:tcW w:type="dxa" w:w="1939"/>
          </w:tcPr>
          <w:p>
            <w:pPr>
              <w:spacing w:after="0"/>
              <w:jc w:val="left"/>
            </w:pPr>
            <w:r>
              <w:rPr>
                <w:sz w:val="16"/>
              </w:rPr>
              <w:t>U.S. Drought Monitor scale (D0 to D4)</w:t>
            </w:r>
          </w:p>
        </w:tc>
        <w:tc>
          <w:tcPr>
            <w:tcW w:type="dxa" w:w="1827"/>
          </w:tcPr>
          <w:p>
            <w:pPr>
              <w:spacing w:after="0"/>
              <w:jc w:val="right"/>
            </w:pPr>
            <w:r>
              <w:rPr>
                <w:sz w:val="16"/>
              </w:rPr>
              <w:t>7 records, 2005 to 2022 (7 zone-level)</w:t>
            </w:r>
          </w:p>
        </w:tc>
        <w:tc>
          <w:tcPr>
            <w:tcW w:type="dxa" w:w="1387"/>
          </w:tcPr>
          <w:p>
            <w:pPr>
              <w:spacing w:after="0"/>
              <w:jc w:val="left"/>
            </w:pPr>
            <w:r>
              <w:rPr>
                <w:sz w:val="16"/>
              </w:rPr>
              <w:t>30 days to 78 days (median 59 days); 3 with a recorded value</w:t>
            </w:r>
          </w:p>
        </w:tc>
        <w:tc>
          <w:tcPr>
            <w:tcW w:type="dxa" w:w="1622"/>
          </w:tcPr>
          <w:p>
            <w:pPr>
              <w:spacing w:after="0"/>
              <w:jc w:val="left"/>
            </w:pPr>
            <w:r>
              <w:rPr>
                <w:sz w:val="16"/>
              </w:rPr>
              <w:t>78 days (about 2.6 months), 2022-06-21 to 2022-09-06, a run of 4 consecutive Storm Events drought records, zone-level</w:t>
            </w:r>
          </w:p>
        </w:tc>
        <w:tc>
          <w:tcPr>
            <w:tcW w:type="dxa" w:w="2095"/>
          </w:tcPr>
          <w:p>
            <w:pPr>
              <w:spacing w:after="0"/>
              <w:jc w:val="left"/>
            </w:pPr>
            <w:r>
              <w:rPr>
                <w:sz w:val="16"/>
              </w:rPr>
              <w:t>Drought, 2005-03-01, $1,000,000 property; crops not reported, reported for the zone (2005 dollars)</w:t>
            </w:r>
          </w:p>
        </w:tc>
        <w:tc>
          <w:tcPr>
            <w:tcW w:type="dxa" w:w="1798"/>
          </w:tcPr>
          <w:p>
            <w:pPr>
              <w:spacing w:after="0"/>
              <w:jc w:val="left"/>
            </w:pPr>
            <w:r>
              <w:rPr>
                <w:sz w:val="16"/>
              </w:rPr>
              <w:t>Countywide (zone-level records).</w:t>
            </w:r>
          </w:p>
        </w:tc>
        <w:tc>
          <w:tcPr>
            <w:tcW w:type="dxa" w:w="16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939"/>
          </w:tcPr>
          <w:p>
            <w:pPr>
              <w:spacing w:after="0"/>
              <w:jc w:val="left"/>
            </w:pPr>
            <w:r>
              <w:rPr>
                <w:sz w:val="16"/>
              </w:rPr>
              <w:t>Modified Mercalli (local data)</w:t>
            </w:r>
          </w:p>
        </w:tc>
        <w:tc>
          <w:tcPr>
            <w:tcW w:type="dxa" w:w="1827"/>
          </w:tcPr>
          <w:p>
            <w:pPr>
              <w:spacing w:after="0"/>
              <w:jc w:val="right"/>
            </w:pPr>
            <w:r>
              <w:rPr>
                <w:sz w:val="16"/>
              </w:rPr>
              <w:t>0</w:t>
            </w:r>
          </w:p>
        </w:tc>
        <w:tc>
          <w:tcPr>
            <w:tcW w:type="dxa" w:w="1387"/>
          </w:tcPr>
          <w:p>
            <w:pPr>
              <w:spacing w:after="0"/>
              <w:jc w:val="left"/>
            </w:pPr>
          </w:p>
        </w:tc>
        <w:tc>
          <w:tcPr>
            <w:tcW w:type="dxa" w:w="1622"/>
          </w:tcPr>
          <w:p>
            <w:pPr>
              <w:spacing w:after="0"/>
              <w:jc w:val="left"/>
            </w:pPr>
          </w:p>
        </w:tc>
        <w:tc>
          <w:tcPr>
            <w:tcW w:type="dxa" w:w="2095"/>
          </w:tcPr>
          <w:p>
            <w:pPr>
              <w:spacing w:after="0"/>
              <w:jc w:val="left"/>
            </w:pPr>
          </w:p>
        </w:tc>
        <w:tc>
          <w:tcPr>
            <w:tcW w:type="dxa" w:w="1798"/>
          </w:tcPr>
          <w:p>
            <w:pPr>
              <w:spacing w:after="0"/>
              <w:jc w:val="left"/>
            </w:pPr>
          </w:p>
        </w:tc>
        <w:tc>
          <w:tcPr>
            <w:tcW w:type="dxa" w:w="1631"/>
          </w:tcPr>
          <w:p>
            <w:pPr>
              <w:spacing w:after="0"/>
              <w:jc w:val="left"/>
            </w:pPr>
            <w:r>
              <w:rPr>
                <w:sz w:val="16"/>
              </w:rPr>
              <w:t>Storm Events does not record earthquakes; the USGS earthquake catalog is the source.</w:t>
            </w:r>
          </w:p>
        </w:tc>
      </w:tr>
      <w:tr>
        <w:trPr>
          <w:cantSplit/>
        </w:trPr>
        <w:tc>
          <w:tcPr>
            <w:tcW w:type="dxa" w:w="1813"/>
          </w:tcPr>
          <w:p>
            <w:pPr>
              <w:spacing w:after="0"/>
              <w:jc w:val="left"/>
            </w:pPr>
            <w:r>
              <w:rPr>
                <w:sz w:val="16"/>
              </w:rPr>
              <w:t>Hail</w:t>
            </w:r>
          </w:p>
        </w:tc>
        <w:tc>
          <w:tcPr>
            <w:tcW w:type="dxa" w:w="1939"/>
          </w:tcPr>
          <w:p>
            <w:pPr>
              <w:spacing w:after="0"/>
              <w:jc w:val="left"/>
            </w:pPr>
            <w:r>
              <w:rPr>
                <w:sz w:val="16"/>
              </w:rPr>
              <w:t>hail size (inches)</w:t>
            </w:r>
          </w:p>
        </w:tc>
        <w:tc>
          <w:tcPr>
            <w:tcW w:type="dxa" w:w="1827"/>
          </w:tcPr>
          <w:p>
            <w:pPr>
              <w:spacing w:after="0"/>
              <w:jc w:val="right"/>
            </w:pPr>
            <w:r>
              <w:rPr>
                <w:sz w:val="16"/>
              </w:rPr>
              <w:t>0</w:t>
            </w:r>
          </w:p>
        </w:tc>
        <w:tc>
          <w:tcPr>
            <w:tcW w:type="dxa" w:w="1387"/>
          </w:tcPr>
          <w:p>
            <w:pPr>
              <w:spacing w:after="0"/>
              <w:jc w:val="left"/>
            </w:pPr>
          </w:p>
        </w:tc>
        <w:tc>
          <w:tcPr>
            <w:tcW w:type="dxa" w:w="1622"/>
          </w:tcPr>
          <w:p>
            <w:pPr>
              <w:spacing w:after="0"/>
              <w:jc w:val="left"/>
            </w:pPr>
          </w:p>
        </w:tc>
        <w:tc>
          <w:tcPr>
            <w:tcW w:type="dxa" w:w="2095"/>
          </w:tcPr>
          <w:p>
            <w:pPr>
              <w:spacing w:after="0"/>
              <w:jc w:val="left"/>
            </w:pPr>
          </w:p>
        </w:tc>
        <w:tc>
          <w:tcPr>
            <w:tcW w:type="dxa" w:w="1798"/>
          </w:tcPr>
          <w:p>
            <w:pPr>
              <w:spacing w:after="0"/>
              <w:jc w:val="left"/>
            </w:pPr>
          </w:p>
        </w:tc>
        <w:tc>
          <w:tcPr>
            <w:tcW w:type="dxa" w:w="1631"/>
          </w:tcPr>
          <w:p>
            <w:pPr>
              <w:spacing w:after="0"/>
              <w:jc w:val="left"/>
            </w:pPr>
          </w:p>
        </w:tc>
      </w:tr>
      <w:tr>
        <w:trPr>
          <w:cantSplit/>
        </w:trPr>
        <w:tc>
          <w:tcPr>
            <w:tcW w:type="dxa" w:w="1813"/>
          </w:tcPr>
          <w:p>
            <w:pPr>
              <w:spacing w:after="0"/>
              <w:jc w:val="left"/>
            </w:pPr>
            <w:r>
              <w:rPr>
                <w:sz w:val="16"/>
              </w:rPr>
              <w:t>Excessive Heat, Heat</w:t>
            </w:r>
          </w:p>
        </w:tc>
        <w:tc>
          <w:tcPr>
            <w:tcW w:type="dxa" w:w="1939"/>
          </w:tcPr>
          <w:p>
            <w:pPr>
              <w:spacing w:after="0"/>
              <w:jc w:val="left"/>
            </w:pPr>
            <w:r>
              <w:rPr>
                <w:sz w:val="16"/>
              </w:rPr>
              <w:t>heat index (in event narratives)</w:t>
            </w:r>
          </w:p>
        </w:tc>
        <w:tc>
          <w:tcPr>
            <w:tcW w:type="dxa" w:w="1827"/>
          </w:tcPr>
          <w:p>
            <w:pPr>
              <w:spacing w:after="0"/>
              <w:jc w:val="right"/>
            </w:pPr>
            <w:r>
              <w:rPr>
                <w:sz w:val="16"/>
              </w:rPr>
              <w:t>12 records, 2023 to 2024 (12 zone-level)</w:t>
            </w:r>
          </w:p>
        </w:tc>
        <w:tc>
          <w:tcPr>
            <w:tcW w:type="dxa" w:w="1387"/>
          </w:tcPr>
          <w:p>
            <w:pPr>
              <w:spacing w:after="0"/>
              <w:jc w:val="left"/>
            </w:pPr>
            <w:r>
              <w:rPr>
                <w:sz w:val="16"/>
              </w:rPr>
              <w:t>1 day to 30 days (median 1.5 days); 6 with a recorded value</w:t>
            </w:r>
          </w:p>
        </w:tc>
        <w:tc>
          <w:tcPr>
            <w:tcW w:type="dxa" w:w="1622"/>
          </w:tcPr>
          <w:p>
            <w:pPr>
              <w:spacing w:after="0"/>
              <w:jc w:val="left"/>
            </w:pPr>
            <w:r>
              <w:rPr>
                <w:sz w:val="16"/>
              </w:rPr>
              <w:t>September 2023 (1 monthly summary record), zone-level</w:t>
            </w:r>
          </w:p>
        </w:tc>
        <w:tc>
          <w:tcPr>
            <w:tcW w:type="dxa" w:w="2095"/>
          </w:tcPr>
          <w:p>
            <w:pPr>
              <w:spacing w:after="0"/>
              <w:jc w:val="left"/>
            </w:pPr>
          </w:p>
        </w:tc>
        <w:tc>
          <w:tcPr>
            <w:tcW w:type="dxa" w:w="1798"/>
          </w:tcPr>
          <w:p>
            <w:pPr>
              <w:spacing w:after="0"/>
              <w:jc w:val="left"/>
            </w:pPr>
            <w:r>
              <w:rPr>
                <w:sz w:val="16"/>
              </w:rPr>
              <w:t>Countywide (zone-level records).</w:t>
            </w:r>
          </w:p>
        </w:tc>
        <w:tc>
          <w:tcPr>
            <w:tcW w:type="dxa" w:w="1631"/>
          </w:tcPr>
          <w:p>
            <w:pPr>
              <w:spacing w:after="0"/>
              <w:jc w:val="left"/>
            </w:pPr>
            <w:r>
              <w:rPr>
                <w:sz w:val="16"/>
              </w:rPr>
              <w:t>Heat index: in event narratives only (local data needed).</w:t>
            </w:r>
          </w:p>
        </w:tc>
      </w:tr>
      <w:tr>
        <w:trPr>
          <w:cantSplit/>
        </w:trPr>
        <w:tc>
          <w:tcPr>
            <w:tcW w:type="dxa" w:w="1813"/>
          </w:tcPr>
          <w:p>
            <w:pPr>
              <w:spacing w:after="0"/>
              <w:jc w:val="left"/>
            </w:pPr>
            <w:r>
              <w:rPr>
                <w:sz w:val="16"/>
              </w:rPr>
              <w:t>Hurricane, Tropical Storm, Tropical Depression</w:t>
            </w:r>
          </w:p>
        </w:tc>
        <w:tc>
          <w:tcPr>
            <w:tcW w:type="dxa" w:w="1939"/>
          </w:tcPr>
          <w:p>
            <w:pPr>
              <w:spacing w:after="0"/>
              <w:jc w:val="left"/>
            </w:pPr>
            <w:r>
              <w:rPr>
                <w:sz w:val="16"/>
              </w:rPr>
              <w:t>Saffir-Simpson</w:t>
            </w:r>
          </w:p>
        </w:tc>
        <w:tc>
          <w:tcPr>
            <w:tcW w:type="dxa" w:w="1827"/>
          </w:tcPr>
          <w:p>
            <w:pPr>
              <w:spacing w:after="0"/>
              <w:jc w:val="right"/>
            </w:pPr>
            <w:r>
              <w:rPr>
                <w:sz w:val="16"/>
              </w:rPr>
              <w:t>10 records, 2000 to 2024 (10 zone-level)</w:t>
            </w:r>
          </w:p>
        </w:tc>
        <w:tc>
          <w:tcPr>
            <w:tcW w:type="dxa" w:w="1387"/>
          </w:tcPr>
          <w:p>
            <w:pPr>
              <w:spacing w:after="0"/>
              <w:jc w:val="left"/>
            </w:pPr>
          </w:p>
        </w:tc>
        <w:tc>
          <w:tcPr>
            <w:tcW w:type="dxa" w:w="1622"/>
          </w:tcPr>
          <w:p>
            <w:pPr>
              <w:spacing w:after="0"/>
              <w:jc w:val="left"/>
            </w:pPr>
            <w:r>
              <w:rPr>
                <w:sz w:val="16"/>
              </w:rPr>
              <w:t>Strongest recorded: Hurricane (Typhoon) record (NOAA's event type name), 2000-08-22 to 2000-08-23, $41,000 property; crops not reported (2000 dollars); NWS zone PRZ003</w:t>
            </w:r>
          </w:p>
        </w:tc>
        <w:tc>
          <w:tcPr>
            <w:tcW w:type="dxa" w:w="2095"/>
          </w:tcPr>
          <w:p>
            <w:pPr>
              <w:spacing w:after="0"/>
              <w:jc w:val="left"/>
            </w:pPr>
            <w:r>
              <w:rPr>
                <w:sz w:val="16"/>
              </w:rPr>
              <w:t>Most damaging recorded: Tropical Storm, 2004-09-14, property not reported; $101,500,000 crops, reported for the zone (2004 dollars)</w:t>
            </w:r>
          </w:p>
        </w:tc>
        <w:tc>
          <w:tcPr>
            <w:tcW w:type="dxa" w:w="1798"/>
          </w:tcPr>
          <w:p>
            <w:pPr>
              <w:spacing w:after="0"/>
              <w:jc w:val="left"/>
            </w:pPr>
            <w:r>
              <w:rPr>
                <w:sz w:val="16"/>
              </w:rPr>
              <w:t>Countywide (zone-level records).</w:t>
            </w:r>
          </w:p>
        </w:tc>
        <w:tc>
          <w:tcPr>
            <w:tcW w:type="dxa" w:w="16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3"/>
          </w:tcPr>
          <w:p>
            <w:pPr>
              <w:spacing w:after="0"/>
              <w:jc w:val="left"/>
            </w:pPr>
            <w:r>
              <w:rPr>
                <w:sz w:val="16"/>
              </w:rPr>
              <w:t>Flash Flood, Flood, Lakeshore Flood</w:t>
            </w:r>
          </w:p>
        </w:tc>
        <w:tc>
          <w:tcPr>
            <w:tcW w:type="dxa" w:w="1939"/>
          </w:tcPr>
          <w:p>
            <w:pPr>
              <w:spacing w:after="0"/>
              <w:jc w:val="left"/>
            </w:pPr>
            <w:r>
              <w:rPr>
                <w:sz w:val="16"/>
              </w:rPr>
              <w:t>damage and flood days (flood depth: FIRM)</w:t>
            </w:r>
          </w:p>
        </w:tc>
        <w:tc>
          <w:tcPr>
            <w:tcW w:type="dxa" w:w="1827"/>
          </w:tcPr>
          <w:p>
            <w:pPr>
              <w:spacing w:after="0"/>
              <w:jc w:val="right"/>
            </w:pPr>
            <w:r>
              <w:rPr>
                <w:sz w:val="16"/>
              </w:rPr>
              <w:t>54 records, 2000 to 2024 (43 zone-level)</w:t>
            </w:r>
          </w:p>
        </w:tc>
        <w:tc>
          <w:tcPr>
            <w:tcW w:type="dxa" w:w="1387"/>
          </w:tcPr>
          <w:p>
            <w:pPr>
              <w:spacing w:after="0"/>
              <w:jc w:val="left"/>
            </w:pPr>
          </w:p>
        </w:tc>
        <w:tc>
          <w:tcPr>
            <w:tcW w:type="dxa" w:w="1622"/>
          </w:tcPr>
          <w:p>
            <w:pPr>
              <w:spacing w:after="0"/>
              <w:jc w:val="left"/>
            </w:pPr>
            <w:r>
              <w:rPr>
                <w:sz w:val="16"/>
              </w:rPr>
              <w:t>Flash Flood, 2008-09-21, $20,000,000 property; $0 crops (2008 dollars); NWS zone PRZ003</w:t>
            </w:r>
          </w:p>
        </w:tc>
        <w:tc>
          <w:tcPr>
            <w:tcW w:type="dxa" w:w="2095"/>
          </w:tcPr>
          <w:p>
            <w:pPr>
              <w:spacing w:after="0"/>
              <w:jc w:val="left"/>
            </w:pPr>
          </w:p>
        </w:tc>
        <w:tc>
          <w:tcPr>
            <w:tcW w:type="dxa" w:w="1798"/>
          </w:tcPr>
          <w:p>
            <w:pPr>
              <w:spacing w:after="0"/>
              <w:jc w:val="left"/>
            </w:pPr>
            <w:r>
              <w:rPr>
                <w:sz w:val="16"/>
              </w:rPr>
              <w:t>No event record names a jurisdiction in the plan. Zone-level records (43) apply countywide.</w:t>
            </w:r>
          </w:p>
        </w:tc>
        <w:tc>
          <w:tcPr>
            <w:tcW w:type="dxa" w:w="16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3"/>
          </w:tcPr>
          <w:p>
            <w:pPr>
              <w:spacing w:after="0"/>
              <w:jc w:val="left"/>
            </w:pPr>
            <w:r>
              <w:rPr>
                <w:sz w:val="16"/>
              </w:rPr>
              <w:t>Debris Flow</w:t>
            </w:r>
          </w:p>
        </w:tc>
        <w:tc>
          <w:tcPr>
            <w:tcW w:type="dxa" w:w="1939"/>
          </w:tcPr>
          <w:p>
            <w:pPr>
              <w:spacing w:after="0"/>
              <w:jc w:val="left"/>
            </w:pPr>
            <w:r>
              <w:rPr>
                <w:sz w:val="16"/>
              </w:rPr>
              <w:t>none (count and damage only)</w:t>
            </w:r>
          </w:p>
        </w:tc>
        <w:tc>
          <w:tcPr>
            <w:tcW w:type="dxa" w:w="1827"/>
          </w:tcPr>
          <w:p>
            <w:pPr>
              <w:spacing w:after="0"/>
              <w:jc w:val="right"/>
            </w:pPr>
            <w:r>
              <w:rPr>
                <w:sz w:val="16"/>
              </w:rPr>
              <w:t>18 records, 2004 to 2024 (14 zone-level)</w:t>
            </w:r>
          </w:p>
        </w:tc>
        <w:tc>
          <w:tcPr>
            <w:tcW w:type="dxa" w:w="1387"/>
          </w:tcPr>
          <w:p>
            <w:pPr>
              <w:spacing w:after="0"/>
              <w:jc w:val="left"/>
            </w:pPr>
          </w:p>
        </w:tc>
        <w:tc>
          <w:tcPr>
            <w:tcW w:type="dxa" w:w="1622"/>
          </w:tcPr>
          <w:p>
            <w:pPr>
              <w:spacing w:after="0"/>
              <w:jc w:val="left"/>
            </w:pPr>
            <w:r>
              <w:rPr>
                <w:sz w:val="16"/>
              </w:rPr>
              <w:t>Debris Flow, 2012-05-05, $55,000 property; $0 crops (2012 dollars); NWS zone PRZ003</w:t>
            </w:r>
          </w:p>
        </w:tc>
        <w:tc>
          <w:tcPr>
            <w:tcW w:type="dxa" w:w="2095"/>
          </w:tcPr>
          <w:p>
            <w:pPr>
              <w:spacing w:after="0"/>
              <w:jc w:val="left"/>
            </w:pPr>
          </w:p>
        </w:tc>
        <w:tc>
          <w:tcPr>
            <w:tcW w:type="dxa" w:w="1798"/>
          </w:tcPr>
          <w:p>
            <w:pPr>
              <w:spacing w:after="0"/>
              <w:jc w:val="left"/>
            </w:pPr>
            <w:r>
              <w:rPr>
                <w:sz w:val="16"/>
              </w:rPr>
              <w:t>No event record names a jurisdiction in the plan. Zone-level records (14) apply countywide.</w:t>
            </w:r>
          </w:p>
        </w:tc>
        <w:tc>
          <w:tcPr>
            <w:tcW w:type="dxa" w:w="1631"/>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Lightning</w:t>
            </w:r>
          </w:p>
        </w:tc>
        <w:tc>
          <w:tcPr>
            <w:tcW w:type="dxa" w:w="1939"/>
          </w:tcPr>
          <w:p>
            <w:pPr>
              <w:spacing w:after="0"/>
              <w:jc w:val="left"/>
            </w:pPr>
            <w:r>
              <w:rPr>
                <w:sz w:val="16"/>
              </w:rPr>
              <w:t>annualized frequency (the measure FEMA's Local Mitigation Planning Handbook names)</w:t>
            </w:r>
          </w:p>
        </w:tc>
        <w:tc>
          <w:tcPr>
            <w:tcW w:type="dxa" w:w="1827"/>
          </w:tcPr>
          <w:p>
            <w:pPr>
              <w:spacing w:after="0"/>
              <w:jc w:val="right"/>
            </w:pPr>
            <w:r>
              <w:rPr>
                <w:sz w:val="16"/>
              </w:rPr>
              <w:t>0</w:t>
            </w:r>
          </w:p>
        </w:tc>
        <w:tc>
          <w:tcPr>
            <w:tcW w:type="dxa" w:w="1387"/>
          </w:tcPr>
          <w:p>
            <w:pPr>
              <w:spacing w:after="0"/>
              <w:jc w:val="left"/>
            </w:pPr>
          </w:p>
        </w:tc>
        <w:tc>
          <w:tcPr>
            <w:tcW w:type="dxa" w:w="1622"/>
          </w:tcPr>
          <w:p>
            <w:pPr>
              <w:spacing w:after="0"/>
              <w:jc w:val="left"/>
            </w:pPr>
          </w:p>
        </w:tc>
        <w:tc>
          <w:tcPr>
            <w:tcW w:type="dxa" w:w="2095"/>
          </w:tcPr>
          <w:p>
            <w:pPr>
              <w:spacing w:after="0"/>
              <w:jc w:val="left"/>
            </w:pPr>
          </w:p>
        </w:tc>
        <w:tc>
          <w:tcPr>
            <w:tcW w:type="dxa" w:w="1798"/>
          </w:tcPr>
          <w:p>
            <w:pPr>
              <w:spacing w:after="0"/>
              <w:jc w:val="left"/>
            </w:pPr>
          </w:p>
        </w:tc>
        <w:tc>
          <w:tcPr>
            <w:tcW w:type="dxa" w:w="1631"/>
          </w:tcPr>
          <w:p>
            <w:pPr>
              <w:spacing w:after="0"/>
              <w:jc w:val="left"/>
            </w:pPr>
            <w:r>
              <w:rPr>
                <w:sz w:val="16"/>
              </w:rPr>
              <w:t>Storm Events lists lightning with damage or casualties; physical measure in event narratives only (local data needed).</w:t>
            </w:r>
          </w:p>
        </w:tc>
      </w:tr>
      <w:tr>
        <w:trPr>
          <w:cantSplit/>
        </w:trPr>
        <w:tc>
          <w:tcPr>
            <w:tcW w:type="dxa" w:w="1813"/>
          </w:tcPr>
          <w:p>
            <w:pPr>
              <w:spacing w:after="0"/>
              <w:jc w:val="left"/>
            </w:pPr>
            <w:r>
              <w:rPr>
                <w:sz w:val="16"/>
              </w:rPr>
              <w:t>High Wind and Strong Wind (outside NRI's Strong Wind definition)</w:t>
            </w:r>
          </w:p>
        </w:tc>
        <w:tc>
          <w:tcPr>
            <w:tcW w:type="dxa" w:w="1939"/>
          </w:tcPr>
          <w:p>
            <w:pPr>
              <w:spacing w:after="0"/>
              <w:jc w:val="left"/>
            </w:pPr>
            <w:r>
              <w:rPr>
                <w:sz w:val="16"/>
              </w:rPr>
              <w:t>wind speed (kt and mph)</w:t>
            </w:r>
          </w:p>
        </w:tc>
        <w:tc>
          <w:tcPr>
            <w:tcW w:type="dxa" w:w="1827"/>
          </w:tcPr>
          <w:p>
            <w:pPr>
              <w:spacing w:after="0"/>
              <w:jc w:val="right"/>
            </w:pPr>
            <w:r>
              <w:rPr>
                <w:sz w:val="16"/>
              </w:rPr>
              <w:t>2 records, 2011 to 2018 (2 zone-level)</w:t>
            </w:r>
          </w:p>
        </w:tc>
        <w:tc>
          <w:tcPr>
            <w:tcW w:type="dxa" w:w="1387"/>
          </w:tcPr>
          <w:p>
            <w:pPr>
              <w:spacing w:after="0"/>
              <w:jc w:val="left"/>
            </w:pPr>
            <w:r>
              <w:rPr>
                <w:sz w:val="16"/>
              </w:rPr>
              <w:t>30 kt (35 mph) to 36 kt (41 mph) (median 33 kt (38 mph)); 2 with a recorded value</w:t>
            </w:r>
          </w:p>
        </w:tc>
        <w:tc>
          <w:tcPr>
            <w:tcW w:type="dxa" w:w="1622"/>
          </w:tcPr>
          <w:p>
            <w:pPr>
              <w:spacing w:after="0"/>
              <w:jc w:val="left"/>
            </w:pPr>
            <w:r>
              <w:rPr>
                <w:sz w:val="16"/>
              </w:rPr>
              <w:t>36 kt (41 mph) measured gust, Strong Wind, 2018-02-11; NWS zone PRZ003</w:t>
            </w:r>
          </w:p>
        </w:tc>
        <w:tc>
          <w:tcPr>
            <w:tcW w:type="dxa" w:w="2095"/>
          </w:tcPr>
          <w:p>
            <w:pPr>
              <w:spacing w:after="0"/>
              <w:jc w:val="left"/>
            </w:pPr>
            <w:r>
              <w:rPr>
                <w:sz w:val="16"/>
              </w:rPr>
              <w:t>Strong Wind, 2011-07-01, $5,000 property; $0 crops, reported for the zone (2011 dollars)</w:t>
            </w:r>
          </w:p>
        </w:tc>
        <w:tc>
          <w:tcPr>
            <w:tcW w:type="dxa" w:w="1798"/>
          </w:tcPr>
          <w:p>
            <w:pPr>
              <w:spacing w:after="0"/>
              <w:jc w:val="left"/>
            </w:pPr>
            <w:r>
              <w:rPr>
                <w:sz w:val="16"/>
              </w:rPr>
              <w:t>Countywide (zone-level records).</w:t>
            </w:r>
          </w:p>
        </w:tc>
        <w:tc>
          <w:tcPr>
            <w:tcW w:type="dxa" w:w="1631"/>
          </w:tcPr>
          <w:p>
            <w:pPr>
              <w:spacing w:after="0"/>
              <w:jc w:val="left"/>
            </w:pPr>
          </w:p>
        </w:tc>
      </w:tr>
      <w:tr>
        <w:trPr>
          <w:cantSplit/>
        </w:trPr>
        <w:tc>
          <w:tcPr>
            <w:tcW w:type="dxa" w:w="1813"/>
          </w:tcPr>
          <w:p>
            <w:pPr>
              <w:spacing w:after="0"/>
              <w:jc w:val="left"/>
            </w:pPr>
            <w:r>
              <w:rPr>
                <w:sz w:val="16"/>
              </w:rPr>
              <w:t>Thunderstorm Wind</w:t>
            </w:r>
          </w:p>
        </w:tc>
        <w:tc>
          <w:tcPr>
            <w:tcW w:type="dxa" w:w="1939"/>
          </w:tcPr>
          <w:p>
            <w:pPr>
              <w:spacing w:after="0"/>
              <w:jc w:val="left"/>
            </w:pPr>
            <w:r>
              <w:rPr>
                <w:sz w:val="16"/>
              </w:rPr>
              <w:t>wind speed (kt and mph)</w:t>
            </w:r>
          </w:p>
        </w:tc>
        <w:tc>
          <w:tcPr>
            <w:tcW w:type="dxa" w:w="1827"/>
          </w:tcPr>
          <w:p>
            <w:pPr>
              <w:spacing w:after="0"/>
              <w:jc w:val="right"/>
            </w:pPr>
            <w:r>
              <w:rPr>
                <w:sz w:val="16"/>
              </w:rPr>
              <w:t>3 records, 2016 to 2025</w:t>
            </w:r>
          </w:p>
        </w:tc>
        <w:tc>
          <w:tcPr>
            <w:tcW w:type="dxa" w:w="1387"/>
          </w:tcPr>
          <w:p>
            <w:pPr>
              <w:spacing w:after="0"/>
              <w:jc w:val="left"/>
            </w:pPr>
            <w:r>
              <w:rPr>
                <w:sz w:val="16"/>
              </w:rPr>
              <w:t>30 kt (35 mph) to 48 kt (55 mph) (median 35 kt (40 mph)); 3 with a recorded value</w:t>
            </w:r>
          </w:p>
        </w:tc>
        <w:tc>
          <w:tcPr>
            <w:tcW w:type="dxa" w:w="1622"/>
          </w:tcPr>
          <w:p>
            <w:pPr>
              <w:spacing w:after="0"/>
              <w:jc w:val="left"/>
            </w:pPr>
            <w:r>
              <w:rPr>
                <w:sz w:val="16"/>
              </w:rPr>
              <w:t>48 kt (55 mph) estimated gust, Thunderstorm Wind, 2024-11-10</w:t>
            </w:r>
          </w:p>
        </w:tc>
        <w:tc>
          <w:tcPr>
            <w:tcW w:type="dxa" w:w="2095"/>
          </w:tcPr>
          <w:p>
            <w:pPr>
              <w:spacing w:after="0"/>
              <w:jc w:val="left"/>
            </w:pPr>
            <w:r>
              <w:rPr>
                <w:sz w:val="16"/>
              </w:rPr>
              <w:t>Thunderstorm Wind, 2025-08-17, $2,200 property; $0 crops (2025 dollars)</w:t>
            </w:r>
          </w:p>
        </w:tc>
        <w:tc>
          <w:tcPr>
            <w:tcW w:type="dxa" w:w="1798"/>
          </w:tcPr>
          <w:p>
            <w:pPr>
              <w:spacing w:after="0"/>
              <w:jc w:val="left"/>
            </w:pPr>
            <w:r>
              <w:rPr>
                <w:sz w:val="16"/>
              </w:rPr>
              <w:t>No event record names a jurisdiction in the plan.</w:t>
            </w:r>
          </w:p>
        </w:tc>
        <w:tc>
          <w:tcPr>
            <w:tcW w:type="dxa" w:w="1631"/>
          </w:tcPr>
          <w:p>
            <w:pPr>
              <w:spacing w:after="0"/>
              <w:jc w:val="left"/>
            </w:pPr>
          </w:p>
        </w:tc>
      </w:tr>
      <w:tr>
        <w:trPr>
          <w:cantSplit/>
        </w:trPr>
        <w:tc>
          <w:tcPr>
            <w:tcW w:type="dxa" w:w="1813"/>
          </w:tcPr>
          <w:p>
            <w:pPr>
              <w:spacing w:after="0"/>
              <w:jc w:val="left"/>
            </w:pPr>
            <w:r>
              <w:rPr>
                <w:sz w:val="16"/>
              </w:rPr>
              <w:t>Tornado</w:t>
            </w:r>
          </w:p>
        </w:tc>
        <w:tc>
          <w:tcPr>
            <w:tcW w:type="dxa" w:w="1939"/>
          </w:tcPr>
          <w:p>
            <w:pPr>
              <w:spacing w:after="0"/>
              <w:jc w:val="left"/>
            </w:pPr>
            <w:r>
              <w:rPr>
                <w:sz w:val="16"/>
              </w:rPr>
              <w:t>Enhanced Fujita (Fujita before Feb 2007)</w:t>
            </w:r>
          </w:p>
        </w:tc>
        <w:tc>
          <w:tcPr>
            <w:tcW w:type="dxa" w:w="1827"/>
          </w:tcPr>
          <w:p>
            <w:pPr>
              <w:spacing w:after="0"/>
              <w:jc w:val="right"/>
            </w:pPr>
            <w:r>
              <w:rPr>
                <w:sz w:val="16"/>
              </w:rPr>
              <w:t>0</w:t>
            </w:r>
          </w:p>
        </w:tc>
        <w:tc>
          <w:tcPr>
            <w:tcW w:type="dxa" w:w="1387"/>
          </w:tcPr>
          <w:p>
            <w:pPr>
              <w:spacing w:after="0"/>
              <w:jc w:val="left"/>
            </w:pPr>
          </w:p>
        </w:tc>
        <w:tc>
          <w:tcPr>
            <w:tcW w:type="dxa" w:w="1622"/>
          </w:tcPr>
          <w:p>
            <w:pPr>
              <w:spacing w:after="0"/>
              <w:jc w:val="left"/>
            </w:pPr>
          </w:p>
        </w:tc>
        <w:tc>
          <w:tcPr>
            <w:tcW w:type="dxa" w:w="2095"/>
          </w:tcPr>
          <w:p>
            <w:pPr>
              <w:spacing w:after="0"/>
              <w:jc w:val="left"/>
            </w:pPr>
          </w:p>
        </w:tc>
        <w:tc>
          <w:tcPr>
            <w:tcW w:type="dxa" w:w="1798"/>
          </w:tcPr>
          <w:p>
            <w:pPr>
              <w:spacing w:after="0"/>
              <w:jc w:val="left"/>
            </w:pPr>
          </w:p>
        </w:tc>
        <w:tc>
          <w:tcPr>
            <w:tcW w:type="dxa" w:w="16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3"/>
          </w:tcPr>
          <w:p>
            <w:pPr>
              <w:spacing w:after="0"/>
              <w:jc w:val="left"/>
            </w:pPr>
            <w:r>
              <w:rPr>
                <w:sz w:val="16"/>
              </w:rPr>
              <w:t>Tsunami</w:t>
            </w:r>
          </w:p>
        </w:tc>
        <w:tc>
          <w:tcPr>
            <w:tcW w:type="dxa" w:w="1939"/>
          </w:tcPr>
          <w:p>
            <w:pPr>
              <w:spacing w:after="0"/>
              <w:jc w:val="left"/>
            </w:pPr>
            <w:r>
              <w:rPr>
                <w:sz w:val="16"/>
              </w:rPr>
              <w:t>none (count and damage only)</w:t>
            </w:r>
          </w:p>
        </w:tc>
        <w:tc>
          <w:tcPr>
            <w:tcW w:type="dxa" w:w="1827"/>
          </w:tcPr>
          <w:p>
            <w:pPr>
              <w:spacing w:after="0"/>
              <w:jc w:val="right"/>
            </w:pPr>
            <w:r>
              <w:rPr>
                <w:sz w:val="16"/>
              </w:rPr>
              <w:t>0</w:t>
            </w:r>
          </w:p>
        </w:tc>
        <w:tc>
          <w:tcPr>
            <w:tcW w:type="dxa" w:w="1387"/>
          </w:tcPr>
          <w:p>
            <w:pPr>
              <w:spacing w:after="0"/>
              <w:jc w:val="left"/>
            </w:pPr>
          </w:p>
        </w:tc>
        <w:tc>
          <w:tcPr>
            <w:tcW w:type="dxa" w:w="1622"/>
          </w:tcPr>
          <w:p>
            <w:pPr>
              <w:spacing w:after="0"/>
              <w:jc w:val="left"/>
            </w:pPr>
          </w:p>
        </w:tc>
        <w:tc>
          <w:tcPr>
            <w:tcW w:type="dxa" w:w="2095"/>
          </w:tcPr>
          <w:p>
            <w:pPr>
              <w:spacing w:after="0"/>
              <w:jc w:val="left"/>
            </w:pPr>
          </w:p>
        </w:tc>
        <w:tc>
          <w:tcPr>
            <w:tcW w:type="dxa" w:w="1798"/>
          </w:tcPr>
          <w:p>
            <w:pPr>
              <w:spacing w:after="0"/>
              <w:jc w:val="left"/>
            </w:pPr>
          </w:p>
        </w:tc>
        <w:tc>
          <w:tcPr>
            <w:tcW w:type="dxa" w:w="1631"/>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Volcanic Ash, Volcanic Ashfall</w:t>
            </w:r>
          </w:p>
        </w:tc>
        <w:tc>
          <w:tcPr>
            <w:tcW w:type="dxa" w:w="1939"/>
          </w:tcPr>
          <w:p>
            <w:pPr>
              <w:spacing w:after="0"/>
              <w:jc w:val="left"/>
            </w:pPr>
            <w:r>
              <w:rPr>
                <w:sz w:val="16"/>
              </w:rPr>
              <w:t>Volcanic Explosivity Index (local data)</w:t>
            </w:r>
          </w:p>
        </w:tc>
        <w:tc>
          <w:tcPr>
            <w:tcW w:type="dxa" w:w="1827"/>
          </w:tcPr>
          <w:p>
            <w:pPr>
              <w:spacing w:after="0"/>
              <w:jc w:val="right"/>
            </w:pPr>
            <w:r>
              <w:rPr>
                <w:sz w:val="16"/>
              </w:rPr>
              <w:t>4 records, 2001 to 2004 (4 zone-level)</w:t>
            </w:r>
          </w:p>
        </w:tc>
        <w:tc>
          <w:tcPr>
            <w:tcW w:type="dxa" w:w="1387"/>
          </w:tcPr>
          <w:p>
            <w:pPr>
              <w:spacing w:after="0"/>
              <w:jc w:val="left"/>
            </w:pPr>
          </w:p>
        </w:tc>
        <w:tc>
          <w:tcPr>
            <w:tcW w:type="dxa" w:w="1622"/>
          </w:tcPr>
          <w:p>
            <w:pPr>
              <w:spacing w:after="0"/>
              <w:jc w:val="left"/>
            </w:pPr>
            <w:r>
              <w:rPr>
                <w:sz w:val="16"/>
              </w:rPr>
              <w:t>No damage reported in 4 records.</w:t>
            </w:r>
          </w:p>
        </w:tc>
        <w:tc>
          <w:tcPr>
            <w:tcW w:type="dxa" w:w="2095"/>
          </w:tcPr>
          <w:p>
            <w:pPr>
              <w:spacing w:after="0"/>
              <w:jc w:val="left"/>
            </w:pPr>
          </w:p>
        </w:tc>
        <w:tc>
          <w:tcPr>
            <w:tcW w:type="dxa" w:w="1798"/>
          </w:tcPr>
          <w:p>
            <w:pPr>
              <w:spacing w:after="0"/>
              <w:jc w:val="left"/>
            </w:pPr>
            <w:r>
              <w:rPr>
                <w:sz w:val="16"/>
              </w:rPr>
              <w:t>Countywide (zone-level records).</w:t>
            </w:r>
          </w:p>
        </w:tc>
        <w:tc>
          <w:tcPr>
            <w:tcW w:type="dxa" w:w="1631"/>
          </w:tcPr>
          <w:p>
            <w:pPr>
              <w:spacing w:after="0"/>
              <w:jc w:val="left"/>
            </w:pPr>
            <w:r>
              <w:rPr>
                <w:sz w:val="16"/>
              </w:rPr>
              <w:t>Physical measure: in event narratives only (local data needed).</w:t>
            </w:r>
          </w:p>
        </w:tc>
      </w:tr>
      <w:tr>
        <w:trPr>
          <w:cantSplit/>
        </w:trPr>
        <w:tc>
          <w:tcPr>
            <w:tcW w:type="dxa" w:w="1813"/>
          </w:tcPr>
          <w:p>
            <w:pPr>
              <w:spacing w:after="0"/>
              <w:jc w:val="left"/>
            </w:pPr>
            <w:r>
              <w:rPr>
                <w:sz w:val="16"/>
              </w:rPr>
              <w:t>Wildfire</w:t>
            </w:r>
          </w:p>
        </w:tc>
        <w:tc>
          <w:tcPr>
            <w:tcW w:type="dxa" w:w="1939"/>
          </w:tcPr>
          <w:p>
            <w:pPr>
              <w:spacing w:after="0"/>
              <w:jc w:val="left"/>
            </w:pPr>
            <w:r>
              <w:rPr>
                <w:sz w:val="16"/>
              </w:rPr>
              <w:t>acres burned (local data)</w:t>
            </w:r>
          </w:p>
        </w:tc>
        <w:tc>
          <w:tcPr>
            <w:tcW w:type="dxa" w:w="1827"/>
          </w:tcPr>
          <w:p>
            <w:pPr>
              <w:spacing w:after="0"/>
              <w:jc w:val="right"/>
            </w:pPr>
            <w:r>
              <w:rPr>
                <w:sz w:val="16"/>
              </w:rPr>
              <w:t>11 records, 2005 to 2014 (11 zone-level)</w:t>
            </w:r>
          </w:p>
        </w:tc>
        <w:tc>
          <w:tcPr>
            <w:tcW w:type="dxa" w:w="1387"/>
          </w:tcPr>
          <w:p>
            <w:pPr>
              <w:spacing w:after="0"/>
              <w:jc w:val="left"/>
            </w:pPr>
          </w:p>
        </w:tc>
        <w:tc>
          <w:tcPr>
            <w:tcW w:type="dxa" w:w="1622"/>
          </w:tcPr>
          <w:p>
            <w:pPr>
              <w:spacing w:after="0"/>
              <w:jc w:val="left"/>
            </w:pPr>
            <w:r>
              <w:rPr>
                <w:sz w:val="16"/>
              </w:rPr>
              <w:t>Wildfire, 2005-02-01, $200,000 property; crops not reported (2005 dollars); NWS zone PRZ003</w:t>
            </w:r>
          </w:p>
        </w:tc>
        <w:tc>
          <w:tcPr>
            <w:tcW w:type="dxa" w:w="2095"/>
          </w:tcPr>
          <w:p>
            <w:pPr>
              <w:spacing w:after="0"/>
              <w:jc w:val="left"/>
            </w:pPr>
          </w:p>
        </w:tc>
        <w:tc>
          <w:tcPr>
            <w:tcW w:type="dxa" w:w="1798"/>
          </w:tcPr>
          <w:p>
            <w:pPr>
              <w:spacing w:after="0"/>
              <w:jc w:val="left"/>
            </w:pPr>
            <w:r>
              <w:rPr>
                <w:sz w:val="16"/>
              </w:rPr>
              <w:t>Countywide (zone-level records).</w:t>
            </w:r>
          </w:p>
        </w:tc>
        <w:tc>
          <w:tcPr>
            <w:tcW w:type="dxa" w:w="1631"/>
          </w:tcPr>
          <w:p>
            <w:pPr>
              <w:spacing w:after="0"/>
              <w:jc w:val="left"/>
            </w:pPr>
            <w:r>
              <w:rPr>
                <w:sz w:val="16"/>
              </w:rPr>
              <w:t>Acres burned: in event narratives only (local data needed).</w:t>
            </w:r>
          </w:p>
        </w:tc>
      </w:tr>
      <w:tr>
        <w:trPr>
          <w:cantSplit/>
        </w:trPr>
        <w:tc>
          <w:tcPr>
            <w:tcW w:type="dxa" w:w="1813"/>
          </w:tcPr>
          <w:p>
            <w:pPr>
              <w:spacing w:after="0"/>
              <w:jc w:val="left"/>
            </w:pPr>
            <w:r>
              <w:rPr>
                <w:sz w:val="16"/>
              </w:rPr>
              <w:t>Winter Storm, Heavy Snow, Blizzard, Lake-Effect Snow, Winter Weather, Sleet</w:t>
            </w:r>
          </w:p>
        </w:tc>
        <w:tc>
          <w:tcPr>
            <w:tcW w:type="dxa" w:w="1939"/>
          </w:tcPr>
          <w:p>
            <w:pPr>
              <w:spacing w:after="0"/>
              <w:jc w:val="left"/>
            </w:pPr>
            <w:r>
              <w:rPr>
                <w:sz w:val="16"/>
              </w:rPr>
              <w:t>none in data (snowfall: local data)</w:t>
            </w:r>
          </w:p>
        </w:tc>
        <w:tc>
          <w:tcPr>
            <w:tcW w:type="dxa" w:w="1827"/>
          </w:tcPr>
          <w:p>
            <w:pPr>
              <w:spacing w:after="0"/>
              <w:jc w:val="right"/>
            </w:pPr>
            <w:r>
              <w:rPr>
                <w:sz w:val="16"/>
              </w:rPr>
              <w:t>0</w:t>
            </w:r>
          </w:p>
        </w:tc>
        <w:tc>
          <w:tcPr>
            <w:tcW w:type="dxa" w:w="1387"/>
          </w:tcPr>
          <w:p>
            <w:pPr>
              <w:spacing w:after="0"/>
              <w:jc w:val="left"/>
            </w:pPr>
          </w:p>
        </w:tc>
        <w:tc>
          <w:tcPr>
            <w:tcW w:type="dxa" w:w="1622"/>
          </w:tcPr>
          <w:p>
            <w:pPr>
              <w:spacing w:after="0"/>
              <w:jc w:val="left"/>
            </w:pPr>
          </w:p>
        </w:tc>
        <w:tc>
          <w:tcPr>
            <w:tcW w:type="dxa" w:w="2095"/>
          </w:tcPr>
          <w:p>
            <w:pPr>
              <w:spacing w:after="0"/>
              <w:jc w:val="left"/>
            </w:pPr>
          </w:p>
        </w:tc>
        <w:tc>
          <w:tcPr>
            <w:tcW w:type="dxa" w:w="1798"/>
          </w:tcPr>
          <w:p>
            <w:pPr>
              <w:spacing w:after="0"/>
              <w:jc w:val="left"/>
            </w:pPr>
          </w:p>
        </w:tc>
        <w:tc>
          <w:tcPr>
            <w:tcW w:type="dxa" w:w="163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8"/>
        <w:gridCol w:w="1048"/>
        <w:gridCol w:w="1048"/>
        <w:gridCol w:w="1410"/>
        <w:gridCol w:w="2312"/>
        <w:gridCol w:w="2168"/>
        <w:gridCol w:w="2764"/>
        <w:gridCol w:w="1410"/>
        <w:gridCol w:w="904"/>
      </w:tblGrid>
      <w:tr>
        <w:trPr>
          <w:cantSplit/>
          <w:tblHeader/>
        </w:trPr>
        <w:tc>
          <w:tcPr>
            <w:tcW w:type="dxa" w:w="1048"/>
            <w:shd w:val="clear" w:color="auto" w:fill="E8E8E8"/>
          </w:tcPr>
          <w:p>
            <w:pPr>
              <w:spacing w:after="0"/>
              <w:jc w:val="left"/>
            </w:pPr>
            <w:r>
              <w:rPr>
                <w:b/>
                <w:sz w:val="16"/>
              </w:rPr>
              <w:t>Declared</w:t>
            </w:r>
          </w:p>
        </w:tc>
        <w:tc>
          <w:tcPr>
            <w:tcW w:type="dxa" w:w="1048"/>
            <w:shd w:val="clear" w:color="auto" w:fill="E8E8E8"/>
          </w:tcPr>
          <w:p>
            <w:pPr>
              <w:spacing w:after="0"/>
              <w:jc w:val="left"/>
            </w:pPr>
            <w:r>
              <w:rPr>
                <w:b/>
                <w:sz w:val="16"/>
              </w:rPr>
              <w:t>Incident began</w:t>
            </w:r>
          </w:p>
        </w:tc>
        <w:tc>
          <w:tcPr>
            <w:tcW w:type="dxa" w:w="1048"/>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2312"/>
            <w:shd w:val="clear" w:color="auto" w:fill="E8E8E8"/>
          </w:tcPr>
          <w:p>
            <w:pPr>
              <w:spacing w:after="0"/>
              <w:jc w:val="left"/>
            </w:pPr>
            <w:r>
              <w:rPr>
                <w:b/>
                <w:sz w:val="16"/>
              </w:rPr>
              <w:t>Title</w:t>
            </w:r>
          </w:p>
        </w:tc>
        <w:tc>
          <w:tcPr>
            <w:tcW w:type="dxa" w:w="2168"/>
            <w:shd w:val="clear" w:color="auto" w:fill="E8E8E8"/>
          </w:tcPr>
          <w:p>
            <w:pPr>
              <w:spacing w:after="0"/>
              <w:jc w:val="left"/>
            </w:pPr>
            <w:r>
              <w:rPr>
                <w:b/>
                <w:sz w:val="16"/>
              </w:rPr>
              <w:t>Mapped hazard</w:t>
            </w:r>
          </w:p>
        </w:tc>
        <w:tc>
          <w:tcPr>
            <w:tcW w:type="dxa" w:w="27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904"/>
            <w:shd w:val="clear" w:color="auto" w:fill="E8E8E8"/>
          </w:tcPr>
          <w:p>
            <w:pPr>
              <w:spacing w:after="0"/>
              <w:jc w:val="left"/>
            </w:pPr>
            <w:r>
              <w:rPr>
                <w:b/>
                <w:sz w:val="16"/>
              </w:rPr>
              <w:t>Notes</w:t>
            </w:r>
          </w:p>
        </w:tc>
      </w:tr>
      <w:tr>
        <w:trPr>
          <w:cantSplit/>
        </w:trPr>
        <w:tc>
          <w:tcPr>
            <w:tcW w:type="dxa" w:w="1048"/>
          </w:tcPr>
          <w:p>
            <w:pPr>
              <w:spacing w:after="0"/>
              <w:jc w:val="left"/>
            </w:pPr>
            <w:r>
              <w:rPr>
                <w:sz w:val="16"/>
              </w:rPr>
              <w:t>2024-11-27</w:t>
            </w:r>
          </w:p>
        </w:tc>
        <w:tc>
          <w:tcPr>
            <w:tcW w:type="dxa" w:w="1048"/>
          </w:tcPr>
          <w:p>
            <w:pPr>
              <w:spacing w:after="0"/>
              <w:jc w:val="left"/>
            </w:pPr>
            <w:r>
              <w:rPr>
                <w:sz w:val="16"/>
              </w:rPr>
              <w:t>2024-08-13</w:t>
            </w:r>
          </w:p>
        </w:tc>
        <w:tc>
          <w:tcPr>
            <w:tcW w:type="dxa" w:w="1048"/>
          </w:tcPr>
          <w:p>
            <w:pPr>
              <w:spacing w:after="0"/>
              <w:jc w:val="left"/>
            </w:pPr>
            <w:r>
              <w:rPr>
                <w:sz w:val="16"/>
              </w:rPr>
              <w:t>DR-4850-PR</w:t>
            </w:r>
          </w:p>
        </w:tc>
        <w:tc>
          <w:tcPr>
            <w:tcW w:type="dxa" w:w="1410"/>
          </w:tcPr>
          <w:p>
            <w:pPr>
              <w:spacing w:after="0"/>
              <w:jc w:val="left"/>
            </w:pPr>
            <w:r>
              <w:rPr>
                <w:sz w:val="16"/>
              </w:rPr>
              <w:t>Major disaster</w:t>
            </w:r>
          </w:p>
        </w:tc>
        <w:tc>
          <w:tcPr>
            <w:tcW w:type="dxa" w:w="2312"/>
          </w:tcPr>
          <w:p>
            <w:pPr>
              <w:spacing w:after="0"/>
              <w:jc w:val="left"/>
            </w:pPr>
            <w:r>
              <w:rPr>
                <w:sz w:val="16"/>
              </w:rPr>
              <w:t>Tropical Storm Ernesto</w:t>
            </w:r>
          </w:p>
        </w:tc>
        <w:tc>
          <w:tcPr>
            <w:tcW w:type="dxa" w:w="2168"/>
          </w:tcPr>
          <w:p>
            <w:pPr>
              <w:spacing w:after="0"/>
              <w:jc w:val="left"/>
            </w:pPr>
            <w:r>
              <w:rPr>
                <w:sz w:val="16"/>
              </w:rPr>
              <w:t>Hurricane (primary); also designated: Inland Flooding, Landslide</w:t>
            </w:r>
          </w:p>
        </w:tc>
        <w:tc>
          <w:tcPr>
            <w:tcW w:type="dxa" w:w="2764"/>
          </w:tcPr>
          <w:p>
            <w:pPr>
              <w:spacing w:after="0"/>
              <w:jc w:val="right"/>
            </w:pPr>
            <w:r>
              <w:rPr>
                <w:sz w:val="16"/>
              </w:rPr>
              <w:t>$1,164,510.93</w:t>
            </w:r>
          </w:p>
        </w:tc>
        <w:tc>
          <w:tcPr>
            <w:tcW w:type="dxa" w:w="1410"/>
          </w:tcPr>
          <w:p>
            <w:pPr>
              <w:spacing w:after="0"/>
              <w:jc w:val="left"/>
            </w:pPr>
            <w:r>
              <w:rPr>
                <w:sz w:val="16"/>
              </w:rPr>
              <w:t>new since last plan; within last 5 years</w:t>
            </w:r>
          </w:p>
        </w:tc>
        <w:tc>
          <w:tcPr>
            <w:tcW w:type="dxa" w:w="904"/>
          </w:tcPr>
          <w:p>
            <w:pPr>
              <w:spacing w:after="0"/>
              <w:jc w:val="left"/>
            </w:pPr>
          </w:p>
        </w:tc>
      </w:tr>
      <w:tr>
        <w:trPr>
          <w:cantSplit/>
        </w:trPr>
        <w:tc>
          <w:tcPr>
            <w:tcW w:type="dxa" w:w="1048"/>
          </w:tcPr>
          <w:p>
            <w:pPr>
              <w:spacing w:after="0"/>
              <w:jc w:val="left"/>
            </w:pPr>
            <w:r>
              <w:rPr>
                <w:sz w:val="16"/>
              </w:rPr>
              <w:t>2024-08-13</w:t>
            </w:r>
          </w:p>
        </w:tc>
        <w:tc>
          <w:tcPr>
            <w:tcW w:type="dxa" w:w="1048"/>
          </w:tcPr>
          <w:p>
            <w:pPr>
              <w:spacing w:after="0"/>
              <w:jc w:val="left"/>
            </w:pPr>
            <w:r>
              <w:rPr>
                <w:sz w:val="16"/>
              </w:rPr>
              <w:t>2024-08-13</w:t>
            </w:r>
          </w:p>
        </w:tc>
        <w:tc>
          <w:tcPr>
            <w:tcW w:type="dxa" w:w="1048"/>
          </w:tcPr>
          <w:p>
            <w:pPr>
              <w:spacing w:after="0"/>
              <w:jc w:val="left"/>
            </w:pPr>
            <w:r>
              <w:rPr>
                <w:sz w:val="16"/>
              </w:rPr>
              <w:t>EM-3610-PR</w:t>
            </w:r>
          </w:p>
        </w:tc>
        <w:tc>
          <w:tcPr>
            <w:tcW w:type="dxa" w:w="1410"/>
          </w:tcPr>
          <w:p>
            <w:pPr>
              <w:spacing w:after="0"/>
              <w:jc w:val="left"/>
            </w:pPr>
            <w:r>
              <w:rPr>
                <w:sz w:val="16"/>
              </w:rPr>
              <w:t>Emergency</w:t>
            </w:r>
          </w:p>
        </w:tc>
        <w:tc>
          <w:tcPr>
            <w:tcW w:type="dxa" w:w="2312"/>
          </w:tcPr>
          <w:p>
            <w:pPr>
              <w:spacing w:after="0"/>
              <w:jc w:val="left"/>
            </w:pPr>
            <w:r>
              <w:rPr>
                <w:sz w:val="16"/>
              </w:rPr>
              <w:t>Tropical Storm Ernesto</w:t>
            </w:r>
          </w:p>
        </w:tc>
        <w:tc>
          <w:tcPr>
            <w:tcW w:type="dxa" w:w="2168"/>
          </w:tcPr>
          <w:p>
            <w:pPr>
              <w:spacing w:after="0"/>
              <w:jc w:val="left"/>
            </w:pPr>
            <w:r>
              <w:rPr>
                <w:sz w:val="16"/>
              </w:rPr>
              <w:t>Hurricane; Inland Flooding; Landslide</w:t>
            </w:r>
          </w:p>
        </w:tc>
        <w:tc>
          <w:tcPr>
            <w:tcW w:type="dxa" w:w="2764"/>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4"/>
          </w:tcPr>
          <w:p>
            <w:pPr>
              <w:spacing w:after="0"/>
              <w:jc w:val="left"/>
            </w:pPr>
            <w:r>
              <w:rPr>
                <w:sz w:val="16"/>
              </w:rPr>
              <w:t>same incident as DR-4850</w:t>
            </w:r>
          </w:p>
        </w:tc>
      </w:tr>
      <w:tr>
        <w:trPr>
          <w:cantSplit/>
        </w:trPr>
        <w:tc>
          <w:tcPr>
            <w:tcW w:type="dxa" w:w="1048"/>
          </w:tcPr>
          <w:p>
            <w:pPr>
              <w:spacing w:after="0"/>
              <w:jc w:val="left"/>
            </w:pPr>
            <w:r>
              <w:rPr>
                <w:sz w:val="16"/>
              </w:rPr>
              <w:t>2022-09-21</w:t>
            </w:r>
          </w:p>
        </w:tc>
        <w:tc>
          <w:tcPr>
            <w:tcW w:type="dxa" w:w="1048"/>
          </w:tcPr>
          <w:p>
            <w:pPr>
              <w:spacing w:after="0"/>
              <w:jc w:val="left"/>
            </w:pPr>
            <w:r>
              <w:rPr>
                <w:sz w:val="16"/>
              </w:rPr>
              <w:t>2022-09-17</w:t>
            </w:r>
          </w:p>
        </w:tc>
        <w:tc>
          <w:tcPr>
            <w:tcW w:type="dxa" w:w="1048"/>
          </w:tcPr>
          <w:p>
            <w:pPr>
              <w:spacing w:after="0"/>
              <w:jc w:val="left"/>
            </w:pPr>
            <w:r>
              <w:rPr>
                <w:sz w:val="16"/>
              </w:rPr>
              <w:t>DR-4671-PR</w:t>
            </w:r>
          </w:p>
        </w:tc>
        <w:tc>
          <w:tcPr>
            <w:tcW w:type="dxa" w:w="1410"/>
          </w:tcPr>
          <w:p>
            <w:pPr>
              <w:spacing w:after="0"/>
              <w:jc w:val="left"/>
            </w:pPr>
            <w:r>
              <w:rPr>
                <w:sz w:val="16"/>
              </w:rPr>
              <w:t>Major disaster</w:t>
            </w:r>
          </w:p>
        </w:tc>
        <w:tc>
          <w:tcPr>
            <w:tcW w:type="dxa" w:w="2312"/>
          </w:tcPr>
          <w:p>
            <w:pPr>
              <w:spacing w:after="0"/>
              <w:jc w:val="left"/>
            </w:pPr>
            <w:r>
              <w:rPr>
                <w:sz w:val="16"/>
              </w:rPr>
              <w:t>Hurricane Fiona</w:t>
            </w:r>
          </w:p>
        </w:tc>
        <w:tc>
          <w:tcPr>
            <w:tcW w:type="dxa" w:w="2168"/>
          </w:tcPr>
          <w:p>
            <w:pPr>
              <w:spacing w:after="0"/>
              <w:jc w:val="left"/>
            </w:pPr>
            <w:r>
              <w:rPr>
                <w:sz w:val="16"/>
              </w:rPr>
              <w:t>Hurricane</w:t>
            </w:r>
          </w:p>
        </w:tc>
        <w:tc>
          <w:tcPr>
            <w:tcW w:type="dxa" w:w="2764"/>
          </w:tcPr>
          <w:p>
            <w:pPr>
              <w:spacing w:after="0"/>
              <w:jc w:val="right"/>
            </w:pPr>
            <w:r>
              <w:rPr>
                <w:sz w:val="16"/>
              </w:rPr>
              <w:t>$41,019,191.86</w:t>
            </w:r>
          </w:p>
        </w:tc>
        <w:tc>
          <w:tcPr>
            <w:tcW w:type="dxa" w:w="1410"/>
          </w:tcPr>
          <w:p>
            <w:pPr>
              <w:spacing w:after="0"/>
              <w:jc w:val="left"/>
            </w:pPr>
            <w:r>
              <w:rPr>
                <w:sz w:val="16"/>
              </w:rPr>
              <w:t>new since last plan; within last 5 years</w:t>
            </w:r>
          </w:p>
        </w:tc>
        <w:tc>
          <w:tcPr>
            <w:tcW w:type="dxa" w:w="904"/>
          </w:tcPr>
          <w:p>
            <w:pPr>
              <w:spacing w:after="0"/>
              <w:jc w:val="left"/>
            </w:pPr>
          </w:p>
        </w:tc>
      </w:tr>
      <w:tr>
        <w:trPr>
          <w:cantSplit/>
        </w:trPr>
        <w:tc>
          <w:tcPr>
            <w:tcW w:type="dxa" w:w="1048"/>
          </w:tcPr>
          <w:p>
            <w:pPr>
              <w:spacing w:after="0"/>
              <w:jc w:val="left"/>
            </w:pPr>
            <w:r>
              <w:rPr>
                <w:sz w:val="16"/>
              </w:rPr>
              <w:t>2022-09-18</w:t>
            </w:r>
          </w:p>
        </w:tc>
        <w:tc>
          <w:tcPr>
            <w:tcW w:type="dxa" w:w="1048"/>
          </w:tcPr>
          <w:p>
            <w:pPr>
              <w:spacing w:after="0"/>
              <w:jc w:val="left"/>
            </w:pPr>
            <w:r>
              <w:rPr>
                <w:sz w:val="16"/>
              </w:rPr>
              <w:t>2022-09-17</w:t>
            </w:r>
          </w:p>
        </w:tc>
        <w:tc>
          <w:tcPr>
            <w:tcW w:type="dxa" w:w="1048"/>
          </w:tcPr>
          <w:p>
            <w:pPr>
              <w:spacing w:after="0"/>
              <w:jc w:val="left"/>
            </w:pPr>
            <w:r>
              <w:rPr>
                <w:sz w:val="16"/>
              </w:rPr>
              <w:t>EM-3583-PR</w:t>
            </w:r>
          </w:p>
        </w:tc>
        <w:tc>
          <w:tcPr>
            <w:tcW w:type="dxa" w:w="1410"/>
          </w:tcPr>
          <w:p>
            <w:pPr>
              <w:spacing w:after="0"/>
              <w:jc w:val="left"/>
            </w:pPr>
            <w:r>
              <w:rPr>
                <w:sz w:val="16"/>
              </w:rPr>
              <w:t>Emergency</w:t>
            </w:r>
          </w:p>
        </w:tc>
        <w:tc>
          <w:tcPr>
            <w:tcW w:type="dxa" w:w="2312"/>
          </w:tcPr>
          <w:p>
            <w:pPr>
              <w:spacing w:after="0"/>
              <w:jc w:val="left"/>
            </w:pPr>
            <w:r>
              <w:rPr>
                <w:sz w:val="16"/>
              </w:rPr>
              <w:t>Tropical Storm Fiona</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4"/>
          </w:tcPr>
          <w:p>
            <w:pPr>
              <w:spacing w:after="0"/>
              <w:jc w:val="left"/>
            </w:pPr>
            <w:r>
              <w:rPr>
                <w:sz w:val="16"/>
              </w:rPr>
              <w:t>same incident as DR-4671</w:t>
            </w:r>
          </w:p>
        </w:tc>
      </w:tr>
      <w:tr>
        <w:trPr>
          <w:cantSplit/>
        </w:trPr>
        <w:tc>
          <w:tcPr>
            <w:tcW w:type="dxa" w:w="1048"/>
          </w:tcPr>
          <w:p>
            <w:pPr>
              <w:spacing w:after="0"/>
              <w:jc w:val="left"/>
            </w:pPr>
            <w:r>
              <w:rPr>
                <w:sz w:val="16"/>
              </w:rPr>
              <w:t>2020-08-22</w:t>
            </w:r>
          </w:p>
        </w:tc>
        <w:tc>
          <w:tcPr>
            <w:tcW w:type="dxa" w:w="1048"/>
          </w:tcPr>
          <w:p>
            <w:pPr>
              <w:spacing w:after="0"/>
              <w:jc w:val="left"/>
            </w:pPr>
            <w:r>
              <w:rPr>
                <w:sz w:val="16"/>
              </w:rPr>
              <w:t>2020-08-21</w:t>
            </w:r>
          </w:p>
        </w:tc>
        <w:tc>
          <w:tcPr>
            <w:tcW w:type="dxa" w:w="1048"/>
          </w:tcPr>
          <w:p>
            <w:pPr>
              <w:spacing w:after="0"/>
              <w:jc w:val="left"/>
            </w:pPr>
            <w:r>
              <w:rPr>
                <w:sz w:val="16"/>
              </w:rPr>
              <w:t>EM-3537-PR</w:t>
            </w:r>
          </w:p>
        </w:tc>
        <w:tc>
          <w:tcPr>
            <w:tcW w:type="dxa" w:w="1410"/>
          </w:tcPr>
          <w:p>
            <w:pPr>
              <w:spacing w:after="0"/>
              <w:jc w:val="left"/>
            </w:pPr>
            <w:r>
              <w:rPr>
                <w:sz w:val="16"/>
              </w:rPr>
              <w:t>Emergency</w:t>
            </w:r>
          </w:p>
        </w:tc>
        <w:tc>
          <w:tcPr>
            <w:tcW w:type="dxa" w:w="2312"/>
          </w:tcPr>
          <w:p>
            <w:pPr>
              <w:spacing w:after="0"/>
              <w:jc w:val="left"/>
            </w:pPr>
            <w:r>
              <w:rPr>
                <w:sz w:val="16"/>
              </w:rPr>
              <w:t>Tropical Storm Laura</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2020-07-29</w:t>
            </w:r>
          </w:p>
        </w:tc>
        <w:tc>
          <w:tcPr>
            <w:tcW w:type="dxa" w:w="1048"/>
          </w:tcPr>
          <w:p>
            <w:pPr>
              <w:spacing w:after="0"/>
              <w:jc w:val="left"/>
            </w:pPr>
            <w:r>
              <w:rPr>
                <w:sz w:val="16"/>
              </w:rPr>
              <w:t>2020-07-27</w:t>
            </w:r>
          </w:p>
        </w:tc>
        <w:tc>
          <w:tcPr>
            <w:tcW w:type="dxa" w:w="1048"/>
          </w:tcPr>
          <w:p>
            <w:pPr>
              <w:spacing w:after="0"/>
              <w:jc w:val="left"/>
            </w:pPr>
            <w:r>
              <w:rPr>
                <w:sz w:val="16"/>
              </w:rPr>
              <w:t>EM-3532-PR</w:t>
            </w:r>
          </w:p>
        </w:tc>
        <w:tc>
          <w:tcPr>
            <w:tcW w:type="dxa" w:w="1410"/>
          </w:tcPr>
          <w:p>
            <w:pPr>
              <w:spacing w:after="0"/>
              <w:jc w:val="left"/>
            </w:pPr>
            <w:r>
              <w:rPr>
                <w:sz w:val="16"/>
              </w:rPr>
              <w:t>Emergency</w:t>
            </w:r>
          </w:p>
        </w:tc>
        <w:tc>
          <w:tcPr>
            <w:tcW w:type="dxa" w:w="2312"/>
          </w:tcPr>
          <w:p>
            <w:pPr>
              <w:spacing w:after="0"/>
              <w:jc w:val="left"/>
            </w:pPr>
            <w:r>
              <w:rPr>
                <w:sz w:val="16"/>
              </w:rPr>
              <w:t>Potential Tropical Cyclone Nine</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2020-03-27</w:t>
            </w:r>
          </w:p>
        </w:tc>
        <w:tc>
          <w:tcPr>
            <w:tcW w:type="dxa" w:w="1048"/>
          </w:tcPr>
          <w:p>
            <w:pPr>
              <w:spacing w:after="0"/>
              <w:jc w:val="left"/>
            </w:pPr>
            <w:r>
              <w:rPr>
                <w:sz w:val="16"/>
              </w:rPr>
              <w:t>2020-01-20</w:t>
            </w:r>
          </w:p>
        </w:tc>
        <w:tc>
          <w:tcPr>
            <w:tcW w:type="dxa" w:w="1048"/>
          </w:tcPr>
          <w:p>
            <w:pPr>
              <w:spacing w:after="0"/>
              <w:jc w:val="left"/>
            </w:pPr>
            <w:r>
              <w:rPr>
                <w:sz w:val="16"/>
              </w:rPr>
              <w:t>DR-4493-PR</w:t>
            </w:r>
          </w:p>
        </w:tc>
        <w:tc>
          <w:tcPr>
            <w:tcW w:type="dxa" w:w="1410"/>
          </w:tcPr>
          <w:p>
            <w:pPr>
              <w:spacing w:after="0"/>
              <w:jc w:val="left"/>
            </w:pPr>
            <w:r>
              <w:rPr>
                <w:sz w:val="16"/>
              </w:rPr>
              <w:t>Major disaster</w:t>
            </w:r>
          </w:p>
        </w:tc>
        <w:tc>
          <w:tcPr>
            <w:tcW w:type="dxa" w:w="2312"/>
          </w:tcPr>
          <w:p>
            <w:pPr>
              <w:spacing w:after="0"/>
              <w:jc w:val="left"/>
            </w:pPr>
            <w:r>
              <w:rPr>
                <w:sz w:val="16"/>
              </w:rPr>
              <w:t>COVID-19 Pandemic</w:t>
            </w:r>
          </w:p>
        </w:tc>
        <w:tc>
          <w:tcPr>
            <w:tcW w:type="dxa" w:w="2168"/>
          </w:tcPr>
          <w:p>
            <w:pPr>
              <w:spacing w:after="0"/>
              <w:jc w:val="left"/>
            </w:pPr>
            <w:r>
              <w:rPr>
                <w:sz w:val="16"/>
              </w:rPr>
              <w:t>Non-natural, not counted</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2020-03-13</w:t>
            </w:r>
          </w:p>
        </w:tc>
        <w:tc>
          <w:tcPr>
            <w:tcW w:type="dxa" w:w="1048"/>
          </w:tcPr>
          <w:p>
            <w:pPr>
              <w:spacing w:after="0"/>
              <w:jc w:val="left"/>
            </w:pPr>
            <w:r>
              <w:rPr>
                <w:sz w:val="16"/>
              </w:rPr>
              <w:t>2020-01-20</w:t>
            </w:r>
          </w:p>
        </w:tc>
        <w:tc>
          <w:tcPr>
            <w:tcW w:type="dxa" w:w="1048"/>
          </w:tcPr>
          <w:p>
            <w:pPr>
              <w:spacing w:after="0"/>
              <w:jc w:val="left"/>
            </w:pPr>
            <w:r>
              <w:rPr>
                <w:sz w:val="16"/>
              </w:rPr>
              <w:t>EM-3452-PR</w:t>
            </w:r>
          </w:p>
        </w:tc>
        <w:tc>
          <w:tcPr>
            <w:tcW w:type="dxa" w:w="1410"/>
          </w:tcPr>
          <w:p>
            <w:pPr>
              <w:spacing w:after="0"/>
              <w:jc w:val="left"/>
            </w:pPr>
            <w:r>
              <w:rPr>
                <w:sz w:val="16"/>
              </w:rPr>
              <w:t>Emergency</w:t>
            </w:r>
          </w:p>
        </w:tc>
        <w:tc>
          <w:tcPr>
            <w:tcW w:type="dxa" w:w="2312"/>
          </w:tcPr>
          <w:p>
            <w:pPr>
              <w:spacing w:after="0"/>
              <w:jc w:val="left"/>
            </w:pPr>
            <w:r>
              <w:rPr>
                <w:sz w:val="16"/>
              </w:rPr>
              <w:t>COVID-19</w:t>
            </w:r>
          </w:p>
        </w:tc>
        <w:tc>
          <w:tcPr>
            <w:tcW w:type="dxa" w:w="2168"/>
          </w:tcPr>
          <w:p>
            <w:pPr>
              <w:spacing w:after="0"/>
              <w:jc w:val="left"/>
            </w:pPr>
            <w:r>
              <w:rPr>
                <w:sz w:val="16"/>
              </w:rPr>
              <w:t>Non-natural, not counted</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r>
              <w:rPr>
                <w:sz w:val="16"/>
              </w:rPr>
              <w:t>same incident as DR-4493</w:t>
            </w:r>
          </w:p>
        </w:tc>
      </w:tr>
      <w:tr>
        <w:trPr>
          <w:cantSplit/>
        </w:trPr>
        <w:tc>
          <w:tcPr>
            <w:tcW w:type="dxa" w:w="1048"/>
          </w:tcPr>
          <w:p>
            <w:pPr>
              <w:spacing w:after="0"/>
              <w:jc w:val="left"/>
            </w:pPr>
            <w:r>
              <w:rPr>
                <w:sz w:val="16"/>
              </w:rPr>
              <w:t>2020-01-07</w:t>
            </w:r>
          </w:p>
        </w:tc>
        <w:tc>
          <w:tcPr>
            <w:tcW w:type="dxa" w:w="1048"/>
          </w:tcPr>
          <w:p>
            <w:pPr>
              <w:spacing w:after="0"/>
              <w:jc w:val="left"/>
            </w:pPr>
            <w:r>
              <w:rPr>
                <w:sz w:val="16"/>
              </w:rPr>
              <w:t>2019-12-28</w:t>
            </w:r>
          </w:p>
        </w:tc>
        <w:tc>
          <w:tcPr>
            <w:tcW w:type="dxa" w:w="1048"/>
          </w:tcPr>
          <w:p>
            <w:pPr>
              <w:spacing w:after="0"/>
              <w:jc w:val="left"/>
            </w:pPr>
            <w:r>
              <w:rPr>
                <w:sz w:val="16"/>
              </w:rPr>
              <w:t>EM-3426-PR</w:t>
            </w:r>
          </w:p>
        </w:tc>
        <w:tc>
          <w:tcPr>
            <w:tcW w:type="dxa" w:w="1410"/>
          </w:tcPr>
          <w:p>
            <w:pPr>
              <w:spacing w:after="0"/>
              <w:jc w:val="left"/>
            </w:pPr>
            <w:r>
              <w:rPr>
                <w:sz w:val="16"/>
              </w:rPr>
              <w:t>Emergency</w:t>
            </w:r>
          </w:p>
        </w:tc>
        <w:tc>
          <w:tcPr>
            <w:tcW w:type="dxa" w:w="2312"/>
          </w:tcPr>
          <w:p>
            <w:pPr>
              <w:spacing w:after="0"/>
              <w:jc w:val="left"/>
            </w:pPr>
            <w:r>
              <w:rPr>
                <w:sz w:val="16"/>
              </w:rPr>
              <w:t>Earthquakes</w:t>
            </w:r>
          </w:p>
        </w:tc>
        <w:tc>
          <w:tcPr>
            <w:tcW w:type="dxa" w:w="2168"/>
          </w:tcPr>
          <w:p>
            <w:pPr>
              <w:spacing w:after="0"/>
              <w:jc w:val="left"/>
            </w:pPr>
            <w:r>
              <w:rPr>
                <w:sz w:val="16"/>
              </w:rPr>
              <w:t>Earthquake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2019-08-27</w:t>
            </w:r>
          </w:p>
        </w:tc>
        <w:tc>
          <w:tcPr>
            <w:tcW w:type="dxa" w:w="1048"/>
          </w:tcPr>
          <w:p>
            <w:pPr>
              <w:spacing w:after="0"/>
              <w:jc w:val="left"/>
            </w:pPr>
            <w:r>
              <w:rPr>
                <w:sz w:val="16"/>
              </w:rPr>
              <w:t>2019-08-26</w:t>
            </w:r>
          </w:p>
        </w:tc>
        <w:tc>
          <w:tcPr>
            <w:tcW w:type="dxa" w:w="1048"/>
          </w:tcPr>
          <w:p>
            <w:pPr>
              <w:spacing w:after="0"/>
              <w:jc w:val="left"/>
            </w:pPr>
            <w:r>
              <w:rPr>
                <w:sz w:val="16"/>
              </w:rPr>
              <w:t>EM-3417-PR</w:t>
            </w:r>
          </w:p>
        </w:tc>
        <w:tc>
          <w:tcPr>
            <w:tcW w:type="dxa" w:w="1410"/>
          </w:tcPr>
          <w:p>
            <w:pPr>
              <w:spacing w:after="0"/>
              <w:jc w:val="left"/>
            </w:pPr>
            <w:r>
              <w:rPr>
                <w:sz w:val="16"/>
              </w:rPr>
              <w:t>Emergency</w:t>
            </w:r>
          </w:p>
        </w:tc>
        <w:tc>
          <w:tcPr>
            <w:tcW w:type="dxa" w:w="2312"/>
          </w:tcPr>
          <w:p>
            <w:pPr>
              <w:spacing w:after="0"/>
              <w:jc w:val="left"/>
            </w:pPr>
            <w:r>
              <w:rPr>
                <w:sz w:val="16"/>
              </w:rPr>
              <w:t>Tropical Storm Dorian</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2017-09-20</w:t>
            </w:r>
          </w:p>
        </w:tc>
        <w:tc>
          <w:tcPr>
            <w:tcW w:type="dxa" w:w="1048"/>
          </w:tcPr>
          <w:p>
            <w:pPr>
              <w:spacing w:after="0"/>
              <w:jc w:val="left"/>
            </w:pPr>
            <w:r>
              <w:rPr>
                <w:sz w:val="16"/>
              </w:rPr>
              <w:t>2017-09-17</w:t>
            </w:r>
          </w:p>
        </w:tc>
        <w:tc>
          <w:tcPr>
            <w:tcW w:type="dxa" w:w="1048"/>
          </w:tcPr>
          <w:p>
            <w:pPr>
              <w:spacing w:after="0"/>
              <w:jc w:val="left"/>
            </w:pPr>
            <w:r>
              <w:rPr>
                <w:sz w:val="16"/>
              </w:rPr>
              <w:t>DR-4339-PR</w:t>
            </w:r>
          </w:p>
        </w:tc>
        <w:tc>
          <w:tcPr>
            <w:tcW w:type="dxa" w:w="1410"/>
          </w:tcPr>
          <w:p>
            <w:pPr>
              <w:spacing w:after="0"/>
              <w:jc w:val="left"/>
            </w:pPr>
            <w:r>
              <w:rPr>
                <w:sz w:val="16"/>
              </w:rPr>
              <w:t>Major disaster</w:t>
            </w:r>
          </w:p>
        </w:tc>
        <w:tc>
          <w:tcPr>
            <w:tcW w:type="dxa" w:w="2312"/>
          </w:tcPr>
          <w:p>
            <w:pPr>
              <w:spacing w:after="0"/>
              <w:jc w:val="left"/>
            </w:pPr>
            <w:r>
              <w:rPr>
                <w:sz w:val="16"/>
              </w:rPr>
              <w:t>Hurricane Maria</w:t>
            </w:r>
          </w:p>
        </w:tc>
        <w:tc>
          <w:tcPr>
            <w:tcW w:type="dxa" w:w="2168"/>
          </w:tcPr>
          <w:p>
            <w:pPr>
              <w:spacing w:after="0"/>
              <w:jc w:val="left"/>
            </w:pPr>
            <w:r>
              <w:rPr>
                <w:sz w:val="16"/>
              </w:rPr>
              <w:t>Hurricane</w:t>
            </w:r>
          </w:p>
        </w:tc>
        <w:tc>
          <w:tcPr>
            <w:tcW w:type="dxa" w:w="2764"/>
          </w:tcPr>
          <w:p>
            <w:pPr>
              <w:spacing w:after="0"/>
              <w:jc w:val="right"/>
            </w:pPr>
            <w:r>
              <w:rPr>
                <w:sz w:val="16"/>
              </w:rPr>
              <w:t>$30,117,463.72</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2017-09-18</w:t>
            </w:r>
          </w:p>
        </w:tc>
        <w:tc>
          <w:tcPr>
            <w:tcW w:type="dxa" w:w="1048"/>
          </w:tcPr>
          <w:p>
            <w:pPr>
              <w:spacing w:after="0"/>
              <w:jc w:val="left"/>
            </w:pPr>
            <w:r>
              <w:rPr>
                <w:sz w:val="16"/>
              </w:rPr>
              <w:t>2017-09-17</w:t>
            </w:r>
          </w:p>
        </w:tc>
        <w:tc>
          <w:tcPr>
            <w:tcW w:type="dxa" w:w="1048"/>
          </w:tcPr>
          <w:p>
            <w:pPr>
              <w:spacing w:after="0"/>
              <w:jc w:val="left"/>
            </w:pPr>
            <w:r>
              <w:rPr>
                <w:sz w:val="16"/>
              </w:rPr>
              <w:t>EM-3391-PR</w:t>
            </w:r>
          </w:p>
        </w:tc>
        <w:tc>
          <w:tcPr>
            <w:tcW w:type="dxa" w:w="1410"/>
          </w:tcPr>
          <w:p>
            <w:pPr>
              <w:spacing w:after="0"/>
              <w:jc w:val="left"/>
            </w:pPr>
            <w:r>
              <w:rPr>
                <w:sz w:val="16"/>
              </w:rPr>
              <w:t>Emergency</w:t>
            </w:r>
          </w:p>
        </w:tc>
        <w:tc>
          <w:tcPr>
            <w:tcW w:type="dxa" w:w="2312"/>
          </w:tcPr>
          <w:p>
            <w:pPr>
              <w:spacing w:after="0"/>
              <w:jc w:val="left"/>
            </w:pPr>
            <w:r>
              <w:rPr>
                <w:sz w:val="16"/>
              </w:rPr>
              <w:t>Hurricane Maria</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r>
              <w:rPr>
                <w:sz w:val="16"/>
              </w:rPr>
              <w:t>same incident as DR-4339</w:t>
            </w:r>
          </w:p>
        </w:tc>
      </w:tr>
      <w:tr>
        <w:trPr>
          <w:cantSplit/>
        </w:trPr>
        <w:tc>
          <w:tcPr>
            <w:tcW w:type="dxa" w:w="1048"/>
          </w:tcPr>
          <w:p>
            <w:pPr>
              <w:spacing w:after="0"/>
              <w:jc w:val="left"/>
            </w:pPr>
            <w:r>
              <w:rPr>
                <w:sz w:val="16"/>
              </w:rPr>
              <w:t>2011-08-27</w:t>
            </w:r>
          </w:p>
        </w:tc>
        <w:tc>
          <w:tcPr>
            <w:tcW w:type="dxa" w:w="1048"/>
          </w:tcPr>
          <w:p>
            <w:pPr>
              <w:spacing w:after="0"/>
              <w:jc w:val="left"/>
            </w:pPr>
            <w:r>
              <w:rPr>
                <w:sz w:val="16"/>
              </w:rPr>
              <w:t>2011-08-21</w:t>
            </w:r>
          </w:p>
        </w:tc>
        <w:tc>
          <w:tcPr>
            <w:tcW w:type="dxa" w:w="1048"/>
          </w:tcPr>
          <w:p>
            <w:pPr>
              <w:spacing w:after="0"/>
              <w:jc w:val="left"/>
            </w:pPr>
            <w:r>
              <w:rPr>
                <w:sz w:val="16"/>
              </w:rPr>
              <w:t>DR-4017-PR</w:t>
            </w:r>
          </w:p>
        </w:tc>
        <w:tc>
          <w:tcPr>
            <w:tcW w:type="dxa" w:w="1410"/>
          </w:tcPr>
          <w:p>
            <w:pPr>
              <w:spacing w:after="0"/>
              <w:jc w:val="left"/>
            </w:pPr>
            <w:r>
              <w:rPr>
                <w:sz w:val="16"/>
              </w:rPr>
              <w:t>Major disaster</w:t>
            </w:r>
          </w:p>
        </w:tc>
        <w:tc>
          <w:tcPr>
            <w:tcW w:type="dxa" w:w="2312"/>
          </w:tcPr>
          <w:p>
            <w:pPr>
              <w:spacing w:after="0"/>
              <w:jc w:val="left"/>
            </w:pPr>
            <w:r>
              <w:rPr>
                <w:sz w:val="16"/>
              </w:rPr>
              <w:t>Hurricane Irene</w:t>
            </w:r>
          </w:p>
        </w:tc>
        <w:tc>
          <w:tcPr>
            <w:tcW w:type="dxa" w:w="2168"/>
          </w:tcPr>
          <w:p>
            <w:pPr>
              <w:spacing w:after="0"/>
              <w:jc w:val="left"/>
            </w:pPr>
            <w:r>
              <w:rPr>
                <w:sz w:val="16"/>
              </w:rPr>
              <w:t>Hurricane</w:t>
            </w:r>
          </w:p>
        </w:tc>
        <w:tc>
          <w:tcPr>
            <w:tcW w:type="dxa" w:w="2764"/>
          </w:tcPr>
          <w:p>
            <w:pPr>
              <w:spacing w:after="0"/>
              <w:jc w:val="right"/>
            </w:pPr>
            <w:r>
              <w:rPr>
                <w:sz w:val="16"/>
              </w:rPr>
              <w:t>$299,635.58</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2011-08-22</w:t>
            </w:r>
          </w:p>
        </w:tc>
        <w:tc>
          <w:tcPr>
            <w:tcW w:type="dxa" w:w="1048"/>
          </w:tcPr>
          <w:p>
            <w:pPr>
              <w:spacing w:after="0"/>
              <w:jc w:val="left"/>
            </w:pPr>
            <w:r>
              <w:rPr>
                <w:sz w:val="16"/>
              </w:rPr>
              <w:t>2011-08-21</w:t>
            </w:r>
          </w:p>
        </w:tc>
        <w:tc>
          <w:tcPr>
            <w:tcW w:type="dxa" w:w="1048"/>
          </w:tcPr>
          <w:p>
            <w:pPr>
              <w:spacing w:after="0"/>
              <w:jc w:val="left"/>
            </w:pPr>
            <w:r>
              <w:rPr>
                <w:sz w:val="16"/>
              </w:rPr>
              <w:t>EM-3326-PR</w:t>
            </w:r>
          </w:p>
        </w:tc>
        <w:tc>
          <w:tcPr>
            <w:tcW w:type="dxa" w:w="1410"/>
          </w:tcPr>
          <w:p>
            <w:pPr>
              <w:spacing w:after="0"/>
              <w:jc w:val="left"/>
            </w:pPr>
            <w:r>
              <w:rPr>
                <w:sz w:val="16"/>
              </w:rPr>
              <w:t>Emergency</w:t>
            </w:r>
          </w:p>
        </w:tc>
        <w:tc>
          <w:tcPr>
            <w:tcW w:type="dxa" w:w="2312"/>
          </w:tcPr>
          <w:p>
            <w:pPr>
              <w:spacing w:after="0"/>
              <w:jc w:val="left"/>
            </w:pPr>
            <w:r>
              <w:rPr>
                <w:sz w:val="16"/>
              </w:rPr>
              <w:t>Hurricane Irene</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r>
              <w:rPr>
                <w:sz w:val="16"/>
              </w:rPr>
              <w:t>same incident as DR-4017</w:t>
            </w:r>
          </w:p>
        </w:tc>
      </w:tr>
      <w:tr>
        <w:trPr>
          <w:cantSplit/>
        </w:trPr>
        <w:tc>
          <w:tcPr>
            <w:tcW w:type="dxa" w:w="1048"/>
          </w:tcPr>
          <w:p>
            <w:pPr>
              <w:spacing w:after="0"/>
              <w:jc w:val="left"/>
            </w:pPr>
            <w:r>
              <w:rPr>
                <w:sz w:val="16"/>
              </w:rPr>
              <w:t>2008-10-01</w:t>
            </w:r>
          </w:p>
        </w:tc>
        <w:tc>
          <w:tcPr>
            <w:tcW w:type="dxa" w:w="1048"/>
          </w:tcPr>
          <w:p>
            <w:pPr>
              <w:spacing w:after="0"/>
              <w:jc w:val="left"/>
            </w:pPr>
            <w:r>
              <w:rPr>
                <w:sz w:val="16"/>
              </w:rPr>
              <w:t>2008-09-21</w:t>
            </w:r>
          </w:p>
        </w:tc>
        <w:tc>
          <w:tcPr>
            <w:tcW w:type="dxa" w:w="1048"/>
          </w:tcPr>
          <w:p>
            <w:pPr>
              <w:spacing w:after="0"/>
              <w:jc w:val="left"/>
            </w:pPr>
            <w:r>
              <w:rPr>
                <w:sz w:val="16"/>
              </w:rPr>
              <w:t>DR-1798-PR</w:t>
            </w:r>
          </w:p>
        </w:tc>
        <w:tc>
          <w:tcPr>
            <w:tcW w:type="dxa" w:w="1410"/>
          </w:tcPr>
          <w:p>
            <w:pPr>
              <w:spacing w:after="0"/>
              <w:jc w:val="left"/>
            </w:pPr>
            <w:r>
              <w:rPr>
                <w:sz w:val="16"/>
              </w:rPr>
              <w:t>Major disaster</w:t>
            </w:r>
          </w:p>
        </w:tc>
        <w:tc>
          <w:tcPr>
            <w:tcW w:type="dxa" w:w="2312"/>
          </w:tcPr>
          <w:p>
            <w:pPr>
              <w:spacing w:after="0"/>
              <w:jc w:val="left"/>
            </w:pPr>
            <w:r>
              <w:rPr>
                <w:sz w:val="16"/>
              </w:rPr>
              <w:t>Severe Storms and Flooding</w:t>
            </w:r>
          </w:p>
        </w:tc>
        <w:tc>
          <w:tcPr>
            <w:tcW w:type="dxa" w:w="2168"/>
          </w:tcPr>
          <w:p>
            <w:pPr>
              <w:spacing w:after="0"/>
              <w:jc w:val="left"/>
            </w:pPr>
            <w:r>
              <w:rPr>
                <w:sz w:val="16"/>
              </w:rPr>
              <w:t>Inland Flooding</w:t>
            </w:r>
          </w:p>
        </w:tc>
        <w:tc>
          <w:tcPr>
            <w:tcW w:type="dxa" w:w="2764"/>
          </w:tcPr>
          <w:p>
            <w:pPr>
              <w:spacing w:after="0"/>
              <w:jc w:val="right"/>
            </w:pPr>
            <w:r>
              <w:rPr>
                <w:sz w:val="16"/>
              </w:rPr>
              <w:t>$1,579,337.81</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2004-09-17</w:t>
            </w:r>
          </w:p>
        </w:tc>
        <w:tc>
          <w:tcPr>
            <w:tcW w:type="dxa" w:w="1048"/>
          </w:tcPr>
          <w:p>
            <w:pPr>
              <w:spacing w:after="0"/>
              <w:jc w:val="left"/>
            </w:pPr>
            <w:r>
              <w:rPr>
                <w:sz w:val="16"/>
              </w:rPr>
              <w:t>2004-09-14</w:t>
            </w:r>
          </w:p>
        </w:tc>
        <w:tc>
          <w:tcPr>
            <w:tcW w:type="dxa" w:w="1048"/>
          </w:tcPr>
          <w:p>
            <w:pPr>
              <w:spacing w:after="0"/>
              <w:jc w:val="left"/>
            </w:pPr>
            <w:r>
              <w:rPr>
                <w:sz w:val="16"/>
              </w:rPr>
              <w:t>DR-1552-PR</w:t>
            </w:r>
          </w:p>
        </w:tc>
        <w:tc>
          <w:tcPr>
            <w:tcW w:type="dxa" w:w="1410"/>
          </w:tcPr>
          <w:p>
            <w:pPr>
              <w:spacing w:after="0"/>
              <w:jc w:val="left"/>
            </w:pPr>
            <w:r>
              <w:rPr>
                <w:sz w:val="16"/>
              </w:rPr>
              <w:t>Major disaster</w:t>
            </w:r>
          </w:p>
        </w:tc>
        <w:tc>
          <w:tcPr>
            <w:tcW w:type="dxa" w:w="2312"/>
          </w:tcPr>
          <w:p>
            <w:pPr>
              <w:spacing w:after="0"/>
              <w:jc w:val="left"/>
            </w:pPr>
            <w:r>
              <w:rPr>
                <w:sz w:val="16"/>
              </w:rPr>
              <w:t>Tropical Storm Jeanne and Resulting Landslides and Mudslides</w:t>
            </w:r>
          </w:p>
        </w:tc>
        <w:tc>
          <w:tcPr>
            <w:tcW w:type="dxa" w:w="2168"/>
          </w:tcPr>
          <w:p>
            <w:pPr>
              <w:spacing w:after="0"/>
              <w:jc w:val="left"/>
            </w:pPr>
            <w:r>
              <w:rPr>
                <w:sz w:val="16"/>
              </w:rPr>
              <w:t>Hurricane; Landslide</w:t>
            </w:r>
          </w:p>
        </w:tc>
        <w:tc>
          <w:tcPr>
            <w:tcW w:type="dxa" w:w="2764"/>
          </w:tcPr>
          <w:p>
            <w:pPr>
              <w:spacing w:after="0"/>
              <w:jc w:val="right"/>
            </w:pPr>
            <w:r>
              <w:rPr>
                <w:sz w:val="16"/>
              </w:rPr>
              <w:t>$412,372.36</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2003-11-21</w:t>
            </w:r>
          </w:p>
        </w:tc>
        <w:tc>
          <w:tcPr>
            <w:tcW w:type="dxa" w:w="1048"/>
          </w:tcPr>
          <w:p>
            <w:pPr>
              <w:spacing w:after="0"/>
              <w:jc w:val="left"/>
            </w:pPr>
            <w:r>
              <w:rPr>
                <w:sz w:val="16"/>
              </w:rPr>
              <w:t>2003-11-10</w:t>
            </w:r>
          </w:p>
        </w:tc>
        <w:tc>
          <w:tcPr>
            <w:tcW w:type="dxa" w:w="1048"/>
          </w:tcPr>
          <w:p>
            <w:pPr>
              <w:spacing w:after="0"/>
              <w:jc w:val="left"/>
            </w:pPr>
            <w:r>
              <w:rPr>
                <w:sz w:val="16"/>
              </w:rPr>
              <w:t>DR-1501-PR</w:t>
            </w:r>
          </w:p>
        </w:tc>
        <w:tc>
          <w:tcPr>
            <w:tcW w:type="dxa" w:w="1410"/>
          </w:tcPr>
          <w:p>
            <w:pPr>
              <w:spacing w:after="0"/>
              <w:jc w:val="left"/>
            </w:pPr>
            <w:r>
              <w:rPr>
                <w:sz w:val="16"/>
              </w:rPr>
              <w:t>Major disaster</w:t>
            </w:r>
          </w:p>
        </w:tc>
        <w:tc>
          <w:tcPr>
            <w:tcW w:type="dxa" w:w="2312"/>
          </w:tcPr>
          <w:p>
            <w:pPr>
              <w:spacing w:after="0"/>
              <w:jc w:val="left"/>
            </w:pPr>
            <w:r>
              <w:rPr>
                <w:sz w:val="16"/>
              </w:rPr>
              <w:t>Severe Storms, Flooding, Mudslides, and Landslides</w:t>
            </w:r>
          </w:p>
        </w:tc>
        <w:tc>
          <w:tcPr>
            <w:tcW w:type="dxa" w:w="2168"/>
          </w:tcPr>
          <w:p>
            <w:pPr>
              <w:spacing w:after="0"/>
              <w:jc w:val="left"/>
            </w:pPr>
            <w:r>
              <w:rPr>
                <w:sz w:val="16"/>
              </w:rPr>
              <w:t>Inland Flooding; Landslide</w:t>
            </w:r>
          </w:p>
        </w:tc>
        <w:tc>
          <w:tcPr>
            <w:tcW w:type="dxa" w:w="2764"/>
          </w:tcPr>
          <w:p>
            <w:pPr>
              <w:spacing w:after="0"/>
              <w:jc w:val="right"/>
            </w:pPr>
            <w:r>
              <w:rPr>
                <w:sz w:val="16"/>
              </w:rPr>
              <w:t>$232,516.68</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1999-11-17</w:t>
            </w:r>
          </w:p>
        </w:tc>
        <w:tc>
          <w:tcPr>
            <w:tcW w:type="dxa" w:w="1048"/>
          </w:tcPr>
          <w:p>
            <w:pPr>
              <w:spacing w:after="0"/>
              <w:jc w:val="left"/>
            </w:pPr>
            <w:r>
              <w:rPr>
                <w:sz w:val="16"/>
              </w:rPr>
              <w:t>1999-11-17</w:t>
            </w:r>
          </w:p>
        </w:tc>
        <w:tc>
          <w:tcPr>
            <w:tcW w:type="dxa" w:w="1048"/>
          </w:tcPr>
          <w:p>
            <w:pPr>
              <w:spacing w:after="0"/>
              <w:jc w:val="left"/>
            </w:pPr>
            <w:r>
              <w:rPr>
                <w:sz w:val="16"/>
              </w:rPr>
              <w:t>EM-3151-PR</w:t>
            </w:r>
          </w:p>
        </w:tc>
        <w:tc>
          <w:tcPr>
            <w:tcW w:type="dxa" w:w="1410"/>
          </w:tcPr>
          <w:p>
            <w:pPr>
              <w:spacing w:after="0"/>
              <w:jc w:val="left"/>
            </w:pPr>
            <w:r>
              <w:rPr>
                <w:sz w:val="16"/>
              </w:rPr>
              <w:t>Emergency</w:t>
            </w:r>
          </w:p>
        </w:tc>
        <w:tc>
          <w:tcPr>
            <w:tcW w:type="dxa" w:w="2312"/>
          </w:tcPr>
          <w:p>
            <w:pPr>
              <w:spacing w:after="0"/>
              <w:jc w:val="left"/>
            </w:pPr>
            <w:r>
              <w:rPr>
                <w:sz w:val="16"/>
              </w:rPr>
              <w:t>Hurricane Lenny</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1998-09-24</w:t>
            </w:r>
          </w:p>
        </w:tc>
        <w:tc>
          <w:tcPr>
            <w:tcW w:type="dxa" w:w="1048"/>
          </w:tcPr>
          <w:p>
            <w:pPr>
              <w:spacing w:after="0"/>
              <w:jc w:val="left"/>
            </w:pPr>
            <w:r>
              <w:rPr>
                <w:sz w:val="16"/>
              </w:rPr>
              <w:t>1998-09-20</w:t>
            </w:r>
          </w:p>
        </w:tc>
        <w:tc>
          <w:tcPr>
            <w:tcW w:type="dxa" w:w="1048"/>
          </w:tcPr>
          <w:p>
            <w:pPr>
              <w:spacing w:after="0"/>
              <w:jc w:val="left"/>
            </w:pPr>
            <w:r>
              <w:rPr>
                <w:sz w:val="16"/>
              </w:rPr>
              <w:t>DR-1247-PR</w:t>
            </w:r>
          </w:p>
        </w:tc>
        <w:tc>
          <w:tcPr>
            <w:tcW w:type="dxa" w:w="1410"/>
          </w:tcPr>
          <w:p>
            <w:pPr>
              <w:spacing w:after="0"/>
              <w:jc w:val="left"/>
            </w:pPr>
            <w:r>
              <w:rPr>
                <w:sz w:val="16"/>
              </w:rPr>
              <w:t>Major disaster</w:t>
            </w:r>
          </w:p>
        </w:tc>
        <w:tc>
          <w:tcPr>
            <w:tcW w:type="dxa" w:w="2312"/>
          </w:tcPr>
          <w:p>
            <w:pPr>
              <w:spacing w:after="0"/>
              <w:jc w:val="left"/>
            </w:pPr>
            <w:r>
              <w:rPr>
                <w:sz w:val="16"/>
              </w:rPr>
              <w:t>Hurricane Georges - 18 Sep 98</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1996-09-11</w:t>
            </w:r>
          </w:p>
        </w:tc>
        <w:tc>
          <w:tcPr>
            <w:tcW w:type="dxa" w:w="1048"/>
          </w:tcPr>
          <w:p>
            <w:pPr>
              <w:spacing w:after="0"/>
              <w:jc w:val="left"/>
            </w:pPr>
            <w:r>
              <w:rPr>
                <w:sz w:val="16"/>
              </w:rPr>
              <w:t>1996-09-09</w:t>
            </w:r>
          </w:p>
        </w:tc>
        <w:tc>
          <w:tcPr>
            <w:tcW w:type="dxa" w:w="1048"/>
          </w:tcPr>
          <w:p>
            <w:pPr>
              <w:spacing w:after="0"/>
              <w:jc w:val="left"/>
            </w:pPr>
            <w:r>
              <w:rPr>
                <w:sz w:val="16"/>
              </w:rPr>
              <w:t>DR-1136-PR</w:t>
            </w:r>
          </w:p>
        </w:tc>
        <w:tc>
          <w:tcPr>
            <w:tcW w:type="dxa" w:w="1410"/>
          </w:tcPr>
          <w:p>
            <w:pPr>
              <w:spacing w:after="0"/>
              <w:jc w:val="left"/>
            </w:pPr>
            <w:r>
              <w:rPr>
                <w:sz w:val="16"/>
              </w:rPr>
              <w:t>Major disaster</w:t>
            </w:r>
          </w:p>
        </w:tc>
        <w:tc>
          <w:tcPr>
            <w:tcW w:type="dxa" w:w="2312"/>
          </w:tcPr>
          <w:p>
            <w:pPr>
              <w:spacing w:after="0"/>
              <w:jc w:val="left"/>
            </w:pPr>
            <w:r>
              <w:rPr>
                <w:sz w:val="16"/>
              </w:rPr>
              <w:t>Hurricane Hortense</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1992-01-22</w:t>
            </w:r>
          </w:p>
        </w:tc>
        <w:tc>
          <w:tcPr>
            <w:tcW w:type="dxa" w:w="1048"/>
          </w:tcPr>
          <w:p>
            <w:pPr>
              <w:spacing w:after="0"/>
              <w:jc w:val="left"/>
            </w:pPr>
            <w:r>
              <w:rPr>
                <w:sz w:val="16"/>
              </w:rPr>
              <w:t>1992-01-05</w:t>
            </w:r>
          </w:p>
        </w:tc>
        <w:tc>
          <w:tcPr>
            <w:tcW w:type="dxa" w:w="1048"/>
          </w:tcPr>
          <w:p>
            <w:pPr>
              <w:spacing w:after="0"/>
              <w:jc w:val="left"/>
            </w:pPr>
            <w:r>
              <w:rPr>
                <w:sz w:val="16"/>
              </w:rPr>
              <w:t>DR-931-PR</w:t>
            </w:r>
          </w:p>
        </w:tc>
        <w:tc>
          <w:tcPr>
            <w:tcW w:type="dxa" w:w="1410"/>
          </w:tcPr>
          <w:p>
            <w:pPr>
              <w:spacing w:after="0"/>
              <w:jc w:val="left"/>
            </w:pPr>
            <w:r>
              <w:rPr>
                <w:sz w:val="16"/>
              </w:rPr>
              <w:t>Major disaster</w:t>
            </w:r>
          </w:p>
        </w:tc>
        <w:tc>
          <w:tcPr>
            <w:tcW w:type="dxa" w:w="2312"/>
          </w:tcPr>
          <w:p>
            <w:pPr>
              <w:spacing w:after="0"/>
              <w:jc w:val="left"/>
            </w:pPr>
            <w:r>
              <w:rPr>
                <w:sz w:val="16"/>
              </w:rPr>
              <w:t>Severe Storms &amp; Flooding</w:t>
            </w:r>
          </w:p>
        </w:tc>
        <w:tc>
          <w:tcPr>
            <w:tcW w:type="dxa" w:w="2168"/>
          </w:tcPr>
          <w:p>
            <w:pPr>
              <w:spacing w:after="0"/>
              <w:jc w:val="left"/>
            </w:pPr>
            <w:r>
              <w:rPr>
                <w:sz w:val="16"/>
              </w:rPr>
              <w:t>Inland Flooding</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1989-09-21</w:t>
            </w:r>
          </w:p>
        </w:tc>
        <w:tc>
          <w:tcPr>
            <w:tcW w:type="dxa" w:w="1048"/>
          </w:tcPr>
          <w:p>
            <w:pPr>
              <w:spacing w:after="0"/>
              <w:jc w:val="left"/>
            </w:pPr>
            <w:r>
              <w:rPr>
                <w:sz w:val="16"/>
              </w:rPr>
              <w:t>1989-09-17</w:t>
            </w:r>
          </w:p>
        </w:tc>
        <w:tc>
          <w:tcPr>
            <w:tcW w:type="dxa" w:w="1048"/>
          </w:tcPr>
          <w:p>
            <w:pPr>
              <w:spacing w:after="0"/>
              <w:jc w:val="left"/>
            </w:pPr>
            <w:r>
              <w:rPr>
                <w:sz w:val="16"/>
              </w:rPr>
              <w:t>DR-842-PR</w:t>
            </w:r>
          </w:p>
        </w:tc>
        <w:tc>
          <w:tcPr>
            <w:tcW w:type="dxa" w:w="1410"/>
          </w:tcPr>
          <w:p>
            <w:pPr>
              <w:spacing w:after="0"/>
              <w:jc w:val="left"/>
            </w:pPr>
            <w:r>
              <w:rPr>
                <w:sz w:val="16"/>
              </w:rPr>
              <w:t>Major disaster</w:t>
            </w:r>
          </w:p>
        </w:tc>
        <w:tc>
          <w:tcPr>
            <w:tcW w:type="dxa" w:w="2312"/>
          </w:tcPr>
          <w:p>
            <w:pPr>
              <w:spacing w:after="0"/>
              <w:jc w:val="left"/>
            </w:pPr>
            <w:r>
              <w:rPr>
                <w:sz w:val="16"/>
              </w:rPr>
              <w:t>Hurricane Hugo</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1987-12-17</w:t>
            </w:r>
          </w:p>
        </w:tc>
        <w:tc>
          <w:tcPr>
            <w:tcW w:type="dxa" w:w="1048"/>
          </w:tcPr>
          <w:p>
            <w:pPr>
              <w:spacing w:after="0"/>
              <w:jc w:val="left"/>
            </w:pPr>
            <w:r>
              <w:rPr>
                <w:sz w:val="16"/>
              </w:rPr>
              <w:t>1987-11-24</w:t>
            </w:r>
          </w:p>
        </w:tc>
        <w:tc>
          <w:tcPr>
            <w:tcW w:type="dxa" w:w="1048"/>
          </w:tcPr>
          <w:p>
            <w:pPr>
              <w:spacing w:after="0"/>
              <w:jc w:val="left"/>
            </w:pPr>
            <w:r>
              <w:rPr>
                <w:sz w:val="16"/>
              </w:rPr>
              <w:t>DR-805-PR</w:t>
            </w:r>
          </w:p>
        </w:tc>
        <w:tc>
          <w:tcPr>
            <w:tcW w:type="dxa" w:w="1410"/>
          </w:tcPr>
          <w:p>
            <w:pPr>
              <w:spacing w:after="0"/>
              <w:jc w:val="left"/>
            </w:pPr>
            <w:r>
              <w:rPr>
                <w:sz w:val="16"/>
              </w:rPr>
              <w:t>Major disaster</w:t>
            </w:r>
          </w:p>
        </w:tc>
        <w:tc>
          <w:tcPr>
            <w:tcW w:type="dxa" w:w="2312"/>
          </w:tcPr>
          <w:p>
            <w:pPr>
              <w:spacing w:after="0"/>
              <w:jc w:val="left"/>
            </w:pPr>
            <w:r>
              <w:rPr>
                <w:sz w:val="16"/>
              </w:rPr>
              <w:t>Severe Storms &amp; Flooding</w:t>
            </w:r>
          </w:p>
        </w:tc>
        <w:tc>
          <w:tcPr>
            <w:tcW w:type="dxa" w:w="2168"/>
          </w:tcPr>
          <w:p>
            <w:pPr>
              <w:spacing w:after="0"/>
              <w:jc w:val="left"/>
            </w:pPr>
            <w:r>
              <w:rPr>
                <w:sz w:val="16"/>
              </w:rPr>
              <w:t>Inland Flooding</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1985-10-10</w:t>
            </w:r>
          </w:p>
        </w:tc>
        <w:tc>
          <w:tcPr>
            <w:tcW w:type="dxa" w:w="1048"/>
          </w:tcPr>
          <w:p>
            <w:pPr>
              <w:spacing w:after="0"/>
              <w:jc w:val="left"/>
            </w:pPr>
            <w:r>
              <w:rPr>
                <w:sz w:val="16"/>
              </w:rPr>
              <w:t>1985-10-04</w:t>
            </w:r>
          </w:p>
        </w:tc>
        <w:tc>
          <w:tcPr>
            <w:tcW w:type="dxa" w:w="1048"/>
          </w:tcPr>
          <w:p>
            <w:pPr>
              <w:spacing w:after="0"/>
              <w:jc w:val="left"/>
            </w:pPr>
            <w:r>
              <w:rPr>
                <w:sz w:val="16"/>
              </w:rPr>
              <w:t>DR-746-PR</w:t>
            </w:r>
          </w:p>
        </w:tc>
        <w:tc>
          <w:tcPr>
            <w:tcW w:type="dxa" w:w="1410"/>
          </w:tcPr>
          <w:p>
            <w:pPr>
              <w:spacing w:after="0"/>
              <w:jc w:val="left"/>
            </w:pPr>
            <w:r>
              <w:rPr>
                <w:sz w:val="16"/>
              </w:rPr>
              <w:t>Major disaster</w:t>
            </w:r>
          </w:p>
        </w:tc>
        <w:tc>
          <w:tcPr>
            <w:tcW w:type="dxa" w:w="2312"/>
          </w:tcPr>
          <w:p>
            <w:pPr>
              <w:spacing w:after="0"/>
              <w:jc w:val="left"/>
            </w:pPr>
            <w:r>
              <w:rPr>
                <w:sz w:val="16"/>
              </w:rPr>
              <w:t>Severe Storms, Flooding &amp; Mudslides</w:t>
            </w:r>
          </w:p>
        </w:tc>
        <w:tc>
          <w:tcPr>
            <w:tcW w:type="dxa" w:w="2168"/>
          </w:tcPr>
          <w:p>
            <w:pPr>
              <w:spacing w:after="0"/>
              <w:jc w:val="left"/>
            </w:pPr>
            <w:r>
              <w:rPr>
                <w:sz w:val="16"/>
              </w:rPr>
              <w:t>Inland Flooding (primary); also designated: Landslide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1979-09-02</w:t>
            </w:r>
          </w:p>
        </w:tc>
        <w:tc>
          <w:tcPr>
            <w:tcW w:type="dxa" w:w="1048"/>
          </w:tcPr>
          <w:p>
            <w:pPr>
              <w:spacing w:after="0"/>
              <w:jc w:val="left"/>
            </w:pPr>
            <w:r>
              <w:rPr>
                <w:sz w:val="16"/>
              </w:rPr>
              <w:t>1979-09-02</w:t>
            </w:r>
          </w:p>
        </w:tc>
        <w:tc>
          <w:tcPr>
            <w:tcW w:type="dxa" w:w="1048"/>
          </w:tcPr>
          <w:p>
            <w:pPr>
              <w:spacing w:after="0"/>
              <w:jc w:val="left"/>
            </w:pPr>
            <w:r>
              <w:rPr>
                <w:sz w:val="16"/>
              </w:rPr>
              <w:t>DR-597-PR</w:t>
            </w:r>
          </w:p>
        </w:tc>
        <w:tc>
          <w:tcPr>
            <w:tcW w:type="dxa" w:w="1410"/>
          </w:tcPr>
          <w:p>
            <w:pPr>
              <w:spacing w:after="0"/>
              <w:jc w:val="left"/>
            </w:pPr>
            <w:r>
              <w:rPr>
                <w:sz w:val="16"/>
              </w:rPr>
              <w:t>Major disaster</w:t>
            </w:r>
          </w:p>
        </w:tc>
        <w:tc>
          <w:tcPr>
            <w:tcW w:type="dxa" w:w="2312"/>
          </w:tcPr>
          <w:p>
            <w:pPr>
              <w:spacing w:after="0"/>
              <w:jc w:val="left"/>
            </w:pPr>
            <w:r>
              <w:rPr>
                <w:sz w:val="16"/>
              </w:rPr>
              <w:t>Hurricane David</w:t>
            </w:r>
          </w:p>
        </w:tc>
        <w:tc>
          <w:tcPr>
            <w:tcW w:type="dxa" w:w="2168"/>
          </w:tcPr>
          <w:p>
            <w:pPr>
              <w:spacing w:after="0"/>
              <w:jc w:val="left"/>
            </w:pPr>
            <w:r>
              <w:rPr>
                <w:sz w:val="16"/>
              </w:rPr>
              <w:t>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1975-09-19</w:t>
            </w:r>
          </w:p>
        </w:tc>
        <w:tc>
          <w:tcPr>
            <w:tcW w:type="dxa" w:w="1048"/>
          </w:tcPr>
          <w:p>
            <w:pPr>
              <w:spacing w:after="0"/>
              <w:jc w:val="left"/>
            </w:pPr>
            <w:r>
              <w:rPr>
                <w:sz w:val="16"/>
              </w:rPr>
              <w:t>1975-09-19</w:t>
            </w:r>
          </w:p>
        </w:tc>
        <w:tc>
          <w:tcPr>
            <w:tcW w:type="dxa" w:w="1048"/>
          </w:tcPr>
          <w:p>
            <w:pPr>
              <w:spacing w:after="0"/>
              <w:jc w:val="left"/>
            </w:pPr>
            <w:r>
              <w:rPr>
                <w:sz w:val="16"/>
              </w:rPr>
              <w:t>DR-483-PR</w:t>
            </w:r>
          </w:p>
        </w:tc>
        <w:tc>
          <w:tcPr>
            <w:tcW w:type="dxa" w:w="1410"/>
          </w:tcPr>
          <w:p>
            <w:pPr>
              <w:spacing w:after="0"/>
              <w:jc w:val="left"/>
            </w:pPr>
            <w:r>
              <w:rPr>
                <w:sz w:val="16"/>
              </w:rPr>
              <w:t>Major disaster</w:t>
            </w:r>
          </w:p>
        </w:tc>
        <w:tc>
          <w:tcPr>
            <w:tcW w:type="dxa" w:w="2312"/>
          </w:tcPr>
          <w:p>
            <w:pPr>
              <w:spacing w:after="0"/>
              <w:jc w:val="left"/>
            </w:pPr>
            <w:r>
              <w:rPr>
                <w:sz w:val="16"/>
              </w:rPr>
              <w:t>Tropical Storm Elioise</w:t>
            </w:r>
          </w:p>
        </w:tc>
        <w:tc>
          <w:tcPr>
            <w:tcW w:type="dxa" w:w="2168"/>
          </w:tcPr>
          <w:p>
            <w:pPr>
              <w:spacing w:after="0"/>
              <w:jc w:val="left"/>
            </w:pPr>
            <w:r>
              <w:rPr>
                <w:sz w:val="16"/>
              </w:rPr>
              <w:t>Inland Flooding (primary); also designated: Hurricane</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1974-11-30</w:t>
            </w:r>
          </w:p>
        </w:tc>
        <w:tc>
          <w:tcPr>
            <w:tcW w:type="dxa" w:w="1048"/>
          </w:tcPr>
          <w:p>
            <w:pPr>
              <w:spacing w:after="0"/>
              <w:jc w:val="left"/>
            </w:pPr>
            <w:r>
              <w:rPr>
                <w:sz w:val="16"/>
              </w:rPr>
              <w:t>1974-11-30</w:t>
            </w:r>
          </w:p>
        </w:tc>
        <w:tc>
          <w:tcPr>
            <w:tcW w:type="dxa" w:w="1048"/>
          </w:tcPr>
          <w:p>
            <w:pPr>
              <w:spacing w:after="0"/>
              <w:jc w:val="left"/>
            </w:pPr>
            <w:r>
              <w:rPr>
                <w:sz w:val="16"/>
              </w:rPr>
              <w:t>DR-455-PR</w:t>
            </w:r>
          </w:p>
        </w:tc>
        <w:tc>
          <w:tcPr>
            <w:tcW w:type="dxa" w:w="1410"/>
          </w:tcPr>
          <w:p>
            <w:pPr>
              <w:spacing w:after="0"/>
              <w:jc w:val="left"/>
            </w:pPr>
            <w:r>
              <w:rPr>
                <w:sz w:val="16"/>
              </w:rPr>
              <w:t>Major disaster</w:t>
            </w:r>
          </w:p>
        </w:tc>
        <w:tc>
          <w:tcPr>
            <w:tcW w:type="dxa" w:w="2312"/>
          </w:tcPr>
          <w:p>
            <w:pPr>
              <w:spacing w:after="0"/>
              <w:jc w:val="left"/>
            </w:pPr>
            <w:r>
              <w:rPr>
                <w:sz w:val="16"/>
              </w:rPr>
              <w:t>Flooding</w:t>
            </w:r>
          </w:p>
        </w:tc>
        <w:tc>
          <w:tcPr>
            <w:tcW w:type="dxa" w:w="2168"/>
          </w:tcPr>
          <w:p>
            <w:pPr>
              <w:spacing w:after="0"/>
              <w:jc w:val="left"/>
            </w:pPr>
            <w:r>
              <w:rPr>
                <w:sz w:val="16"/>
              </w:rPr>
              <w:t>Inland Flooding</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1970-10-12</w:t>
            </w:r>
          </w:p>
        </w:tc>
        <w:tc>
          <w:tcPr>
            <w:tcW w:type="dxa" w:w="1048"/>
          </w:tcPr>
          <w:p>
            <w:pPr>
              <w:spacing w:after="0"/>
              <w:jc w:val="left"/>
            </w:pPr>
            <w:r>
              <w:rPr>
                <w:sz w:val="16"/>
              </w:rPr>
              <w:t>1970-10-12</w:t>
            </w:r>
          </w:p>
        </w:tc>
        <w:tc>
          <w:tcPr>
            <w:tcW w:type="dxa" w:w="1048"/>
          </w:tcPr>
          <w:p>
            <w:pPr>
              <w:spacing w:after="0"/>
              <w:jc w:val="left"/>
            </w:pPr>
            <w:r>
              <w:rPr>
                <w:sz w:val="16"/>
              </w:rPr>
              <w:t>DR-296-PR</w:t>
            </w:r>
          </w:p>
        </w:tc>
        <w:tc>
          <w:tcPr>
            <w:tcW w:type="dxa" w:w="1410"/>
          </w:tcPr>
          <w:p>
            <w:pPr>
              <w:spacing w:after="0"/>
              <w:jc w:val="left"/>
            </w:pPr>
            <w:r>
              <w:rPr>
                <w:sz w:val="16"/>
              </w:rPr>
              <w:t>Major disaster</w:t>
            </w:r>
          </w:p>
        </w:tc>
        <w:tc>
          <w:tcPr>
            <w:tcW w:type="dxa" w:w="2312"/>
          </w:tcPr>
          <w:p>
            <w:pPr>
              <w:spacing w:after="0"/>
              <w:jc w:val="left"/>
            </w:pPr>
            <w:r>
              <w:rPr>
                <w:sz w:val="16"/>
              </w:rPr>
              <w:t>Heavy Rains &amp; Flooding</w:t>
            </w:r>
          </w:p>
        </w:tc>
        <w:tc>
          <w:tcPr>
            <w:tcW w:type="dxa" w:w="2168"/>
          </w:tcPr>
          <w:p>
            <w:pPr>
              <w:spacing w:after="0"/>
              <w:jc w:val="left"/>
            </w:pPr>
            <w:r>
              <w:rPr>
                <w:sz w:val="16"/>
              </w:rPr>
              <w:t>Inland Flooding</w:t>
            </w:r>
          </w:p>
        </w:tc>
        <w:tc>
          <w:tcPr>
            <w:tcW w:type="dxa" w:w="2764"/>
          </w:tcPr>
          <w:p>
            <w:pPr>
              <w:spacing w:after="0"/>
              <w:jc w:val="right"/>
            </w:pPr>
            <w:r>
              <w:rPr>
                <w:sz w:val="16"/>
              </w:rPr>
              <w:t>no Public Assistance recorded</w:t>
            </w:r>
          </w:p>
        </w:tc>
        <w:tc>
          <w:tcPr>
            <w:tcW w:type="dxa" w:w="1410"/>
          </w:tcPr>
          <w:p>
            <w:pPr>
              <w:spacing w:after="0"/>
              <w:jc w:val="left"/>
            </w:pPr>
          </w:p>
        </w:tc>
        <w:tc>
          <w:tcPr>
            <w:tcW w:type="dxa" w:w="9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7</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12</w:t>
            </w:r>
          </w:p>
        </w:tc>
        <w:tc>
          <w:tcPr>
            <w:tcW w:type="dxa" w:w="1155"/>
          </w:tcPr>
          <w:p>
            <w:pPr>
              <w:spacing w:after="0"/>
              <w:jc w:val="right"/>
            </w:pPr>
            <w:r>
              <w:rPr>
                <w:sz w:val="16"/>
              </w:rPr>
              <w:t>12</w:t>
            </w:r>
          </w:p>
        </w:tc>
        <w:tc>
          <w:tcPr>
            <w:tcW w:type="dxa" w:w="2096"/>
          </w:tcPr>
          <w:p>
            <w:pPr>
              <w:spacing w:after="0"/>
              <w:jc w:val="right"/>
            </w:pPr>
            <w:r>
              <w:rPr>
                <w:sz w:val="16"/>
              </w:rPr>
              <w:t>0</w:t>
            </w:r>
          </w:p>
        </w:tc>
        <w:tc>
          <w:tcPr>
            <w:tcW w:type="dxa" w:w="785"/>
          </w:tcPr>
          <w:p>
            <w:pPr>
              <w:spacing w:after="0"/>
              <w:jc w:val="right"/>
            </w:pPr>
            <w:r>
              <w:rPr>
                <w:sz w:val="16"/>
              </w:rPr>
              <w:t>12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10</w:t>
            </w:r>
          </w:p>
        </w:tc>
        <w:tc>
          <w:tcPr>
            <w:tcW w:type="dxa" w:w="1155"/>
          </w:tcPr>
          <w:p>
            <w:pPr>
              <w:spacing w:after="0"/>
              <w:jc w:val="right"/>
            </w:pPr>
            <w:r>
              <w:rPr>
                <w:sz w:val="16"/>
              </w:rPr>
              <w:t>1</w:t>
            </w:r>
          </w:p>
        </w:tc>
        <w:tc>
          <w:tcPr>
            <w:tcW w:type="dxa" w:w="2096"/>
          </w:tcPr>
          <w:p>
            <w:pPr>
              <w:spacing w:after="0"/>
              <w:jc w:val="right"/>
            </w:pPr>
            <w:r>
              <w:rPr>
                <w:sz w:val="16"/>
              </w:rPr>
              <w:t>2</w:t>
            </w:r>
          </w:p>
        </w:tc>
        <w:tc>
          <w:tcPr>
            <w:tcW w:type="dxa" w:w="785"/>
          </w:tcPr>
          <w:p>
            <w:pPr>
              <w:spacing w:after="0"/>
              <w:jc w:val="right"/>
            </w:pPr>
            <w:r>
              <w:rPr>
                <w:sz w:val="16"/>
              </w:rPr>
              <w:t>1</w:t>
            </w:r>
          </w:p>
        </w:tc>
        <w:tc>
          <w:tcPr>
            <w:tcW w:type="dxa" w:w="1682"/>
          </w:tcPr>
          <w:p>
            <w:pPr>
              <w:spacing w:after="0"/>
              <w:jc w:val="right"/>
            </w:pPr>
            <w:r>
              <w:rPr>
                <w:sz w:val="16"/>
              </w:rPr>
              <w:t>14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r>
              <w:rPr>
                <w:sz w:val="16"/>
              </w:rPr>
              <w:t>Includes 1 Tropical Depression record.</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54</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9</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18</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5</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0"/>
        <w:gridCol w:w="1069"/>
        <w:gridCol w:w="1757"/>
        <w:gridCol w:w="940"/>
        <w:gridCol w:w="2588"/>
        <w:gridCol w:w="2408"/>
        <w:gridCol w:w="2943"/>
      </w:tblGrid>
      <w:tr>
        <w:trPr>
          <w:cantSplit/>
          <w:tblHeader/>
        </w:trPr>
        <w:tc>
          <w:tcPr>
            <w:tcW w:type="dxa" w:w="1037"/>
            <w:shd w:val="clear" w:color="auto" w:fill="E8E8E8"/>
          </w:tcPr>
          <w:p>
            <w:pPr>
              <w:spacing w:after="0"/>
              <w:jc w:val="left"/>
            </w:pPr>
            <w:r>
              <w:rPr>
                <w:b/>
                <w:sz w:val="16"/>
              </w:rPr>
              <w:t>Date</w:t>
            </w:r>
          </w:p>
        </w:tc>
        <w:tc>
          <w:tcPr>
            <w:tcW w:type="dxa" w:w="1370"/>
            <w:shd w:val="clear" w:color="auto" w:fill="E8E8E8"/>
          </w:tcPr>
          <w:p>
            <w:pPr>
              <w:spacing w:after="0"/>
              <w:jc w:val="left"/>
            </w:pPr>
            <w:r>
              <w:rPr>
                <w:b/>
                <w:sz w:val="16"/>
              </w:rPr>
              <w:t>Event type</w:t>
            </w:r>
          </w:p>
        </w:tc>
        <w:tc>
          <w:tcPr>
            <w:tcW w:type="dxa" w:w="1069"/>
            <w:shd w:val="clear" w:color="auto" w:fill="E8E8E8"/>
          </w:tcPr>
          <w:p>
            <w:pPr>
              <w:spacing w:after="0"/>
              <w:jc w:val="left"/>
            </w:pPr>
            <w:r>
              <w:rPr>
                <w:b/>
                <w:sz w:val="16"/>
              </w:rPr>
              <w:t>Magnitude or extent</w:t>
            </w:r>
          </w:p>
        </w:tc>
        <w:tc>
          <w:tcPr>
            <w:tcW w:type="dxa" w:w="1757"/>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8"/>
            <w:shd w:val="clear" w:color="auto" w:fill="E8E8E8"/>
          </w:tcPr>
          <w:p>
            <w:pPr>
              <w:spacing w:after="0"/>
              <w:jc w:val="left"/>
            </w:pPr>
            <w:r>
              <w:rPr>
                <w:b/>
                <w:sz w:val="16"/>
              </w:rPr>
              <w:t>Location</w:t>
            </w:r>
          </w:p>
        </w:tc>
        <w:tc>
          <w:tcPr>
            <w:tcW w:type="dxa" w:w="2408"/>
            <w:shd w:val="clear" w:color="auto" w:fill="E8E8E8"/>
          </w:tcPr>
          <w:p>
            <w:pPr>
              <w:spacing w:after="0"/>
              <w:jc w:val="left"/>
            </w:pPr>
            <w:r>
              <w:rPr>
                <w:b/>
                <w:sz w:val="16"/>
              </w:rPr>
              <w:t>Flags</w:t>
            </w:r>
          </w:p>
        </w:tc>
        <w:tc>
          <w:tcPr>
            <w:tcW w:type="dxa" w:w="29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2024-11-10</w:t>
            </w:r>
          </w:p>
        </w:tc>
        <w:tc>
          <w:tcPr>
            <w:tcW w:type="dxa" w:w="1370"/>
          </w:tcPr>
          <w:p>
            <w:pPr>
              <w:spacing w:after="0"/>
              <w:jc w:val="left"/>
            </w:pPr>
            <w:r>
              <w:rPr>
                <w:sz w:val="16"/>
              </w:rPr>
              <w:t>Thunderstorm Wind</w:t>
            </w:r>
          </w:p>
        </w:tc>
        <w:tc>
          <w:tcPr>
            <w:tcW w:type="dxa" w:w="1069"/>
          </w:tcPr>
          <w:p>
            <w:pPr>
              <w:spacing w:after="0"/>
              <w:jc w:val="left"/>
            </w:pPr>
            <w:r>
              <w:rPr>
                <w:sz w:val="16"/>
              </w:rPr>
              <w:t>48 kt (55 mph) estimated gust</w:t>
            </w:r>
          </w:p>
        </w:tc>
        <w:tc>
          <w:tcPr>
            <w:tcW w:type="dxa" w:w="1757"/>
          </w:tcPr>
          <w:p>
            <w:pPr>
              <w:spacing w:after="0"/>
              <w:jc w:val="left"/>
            </w:pPr>
            <w:r>
              <w:rPr>
                <w:sz w:val="16"/>
              </w:rPr>
              <w:t>$1,000 property; $0 crops (2024 dollars)</w:t>
            </w:r>
          </w:p>
        </w:tc>
        <w:tc>
          <w:tcPr>
            <w:tcW w:type="dxa" w:w="940"/>
          </w:tcPr>
          <w:p>
            <w:pPr>
              <w:spacing w:after="0"/>
              <w:jc w:val="right"/>
            </w:pPr>
            <w:r>
              <w:rPr>
                <w:sz w:val="16"/>
              </w:rPr>
              <w:t>0, 0</w:t>
            </w:r>
          </w:p>
        </w:tc>
        <w:tc>
          <w:tcPr>
            <w:tcW w:type="dxa" w:w="2588"/>
          </w:tcPr>
          <w:p>
            <w:pPr>
              <w:spacing w:after="0"/>
              <w:jc w:val="left"/>
            </w:pPr>
            <w:r>
              <w:rPr>
                <w:sz w:val="16"/>
              </w:rPr>
              <w:t>MAUNABO</w:t>
            </w:r>
          </w:p>
        </w:tc>
        <w:tc>
          <w:tcPr>
            <w:tcW w:type="dxa" w:w="2408"/>
          </w:tcPr>
          <w:p>
            <w:pPr>
              <w:spacing w:after="0"/>
              <w:jc w:val="left"/>
            </w:pPr>
            <w:r>
              <w:rPr>
                <w:sz w:val="16"/>
              </w:rPr>
              <w:t>new since last plan; within last 5 years</w:t>
            </w:r>
          </w:p>
        </w:tc>
        <w:tc>
          <w:tcPr>
            <w:tcW w:type="dxa" w:w="2943"/>
          </w:tcPr>
          <w:p>
            <w:pPr>
              <w:spacing w:after="0"/>
              <w:jc w:val="left"/>
            </w:pPr>
            <w:r>
              <w:rPr>
                <w:sz w:val="16"/>
              </w:rPr>
              <w:t>B1-c worst recorded: Thunderstorm Wind</w:t>
            </w:r>
          </w:p>
        </w:tc>
      </w:tr>
      <w:tr>
        <w:trPr>
          <w:cantSplit/>
        </w:trPr>
        <w:tc>
          <w:tcPr>
            <w:tcW w:type="dxa" w:w="1037"/>
          </w:tcPr>
          <w:p>
            <w:pPr>
              <w:spacing w:after="0"/>
              <w:jc w:val="left"/>
            </w:pPr>
            <w:r>
              <w:rPr>
                <w:sz w:val="16"/>
              </w:rPr>
              <w:t>2024-07-02</w:t>
            </w:r>
          </w:p>
        </w:tc>
        <w:tc>
          <w:tcPr>
            <w:tcW w:type="dxa" w:w="1370"/>
          </w:tcPr>
          <w:p>
            <w:pPr>
              <w:spacing w:after="0"/>
              <w:jc w:val="left"/>
            </w:pPr>
            <w:r>
              <w:rPr>
                <w:sz w:val="16"/>
              </w:rPr>
              <w:t>Coastal Flood</w:t>
            </w:r>
          </w:p>
        </w:tc>
        <w:tc>
          <w:tcPr>
            <w:tcW w:type="dxa" w:w="1069"/>
          </w:tcPr>
          <w:p>
            <w:pPr>
              <w:spacing w:after="0"/>
              <w:jc w:val="left"/>
            </w:pPr>
          </w:p>
        </w:tc>
        <w:tc>
          <w:tcPr>
            <w:tcW w:type="dxa" w:w="1757"/>
          </w:tcPr>
          <w:p>
            <w:pPr>
              <w:spacing w:after="0"/>
              <w:jc w:val="left"/>
            </w:pPr>
            <w:r>
              <w:rPr>
                <w:sz w:val="16"/>
              </w:rPr>
              <w:t>$4,000 property; $0 crops, reported for the zone (2024 dollars)</w:t>
            </w:r>
          </w:p>
        </w:tc>
        <w:tc>
          <w:tcPr>
            <w:tcW w:type="dxa" w:w="940"/>
          </w:tcPr>
          <w:p>
            <w:pPr>
              <w:spacing w:after="0"/>
              <w:jc w:val="right"/>
            </w:pPr>
            <w:r>
              <w:rPr>
                <w:sz w:val="16"/>
              </w:rPr>
              <w:t>0, 0</w:t>
            </w:r>
          </w:p>
        </w:tc>
        <w:tc>
          <w:tcPr>
            <w:tcW w:type="dxa" w:w="2588"/>
          </w:tcPr>
          <w:p>
            <w:pPr>
              <w:spacing w:after="0"/>
              <w:jc w:val="left"/>
            </w:pPr>
            <w:r>
              <w:rPr>
                <w:sz w:val="16"/>
              </w:rPr>
              <w:t>NWS zone PRZ003 (SOUTHEAST), zone-level</w:t>
            </w:r>
          </w:p>
        </w:tc>
        <w:tc>
          <w:tcPr>
            <w:tcW w:type="dxa" w:w="2408"/>
          </w:tcPr>
          <w:p>
            <w:pPr>
              <w:spacing w:after="0"/>
              <w:jc w:val="left"/>
            </w:pPr>
            <w:r>
              <w:rPr>
                <w:sz w:val="16"/>
              </w:rPr>
              <w:t>new since last plan; within last 5 years</w:t>
            </w:r>
          </w:p>
        </w:tc>
        <w:tc>
          <w:tcPr>
            <w:tcW w:type="dxa" w:w="2943"/>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370"/>
          </w:tcPr>
          <w:p>
            <w:pPr>
              <w:spacing w:after="0"/>
              <w:jc w:val="left"/>
            </w:pPr>
            <w:r>
              <w:rPr>
                <w:sz w:val="16"/>
              </w:rPr>
              <w:t>Excessive Heat</w:t>
            </w:r>
          </w:p>
        </w:tc>
        <w:tc>
          <w:tcPr>
            <w:tcW w:type="dxa" w:w="1069"/>
          </w:tcPr>
          <w:p>
            <w:pPr>
              <w:spacing w:after="0"/>
              <w:jc w:val="left"/>
            </w:pPr>
          </w:p>
        </w:tc>
        <w:tc>
          <w:tcPr>
            <w:tcW w:type="dxa" w:w="1757"/>
          </w:tcPr>
          <w:p>
            <w:pPr>
              <w:spacing w:after="0"/>
              <w:jc w:val="left"/>
            </w:pPr>
            <w:r>
              <w:rPr>
                <w:sz w:val="16"/>
              </w:rPr>
              <w:t>$0 property; $0 crops, reported for the zone (2023 dollars)</w:t>
            </w:r>
          </w:p>
        </w:tc>
        <w:tc>
          <w:tcPr>
            <w:tcW w:type="dxa" w:w="940"/>
          </w:tcPr>
          <w:p>
            <w:pPr>
              <w:spacing w:after="0"/>
              <w:jc w:val="right"/>
            </w:pPr>
            <w:r>
              <w:rPr>
                <w:sz w:val="16"/>
              </w:rPr>
              <w:t>0, 0</w:t>
            </w:r>
          </w:p>
        </w:tc>
        <w:tc>
          <w:tcPr>
            <w:tcW w:type="dxa" w:w="2588"/>
          </w:tcPr>
          <w:p>
            <w:pPr>
              <w:spacing w:after="0"/>
              <w:jc w:val="left"/>
            </w:pPr>
            <w:r>
              <w:rPr>
                <w:sz w:val="16"/>
              </w:rPr>
              <w:t>NWS zone PRZ003 (SOUTHEAST), zone-level</w:t>
            </w:r>
          </w:p>
        </w:tc>
        <w:tc>
          <w:tcPr>
            <w:tcW w:type="dxa" w:w="2408"/>
          </w:tcPr>
          <w:p>
            <w:pPr>
              <w:spacing w:after="0"/>
              <w:jc w:val="left"/>
            </w:pPr>
            <w:r>
              <w:rPr>
                <w:sz w:val="16"/>
              </w:rPr>
              <w:t>new since last plan; within last 5 years</w:t>
            </w:r>
          </w:p>
        </w:tc>
        <w:tc>
          <w:tcPr>
            <w:tcW w:type="dxa" w:w="2943"/>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370"/>
          </w:tcPr>
          <w:p>
            <w:pPr>
              <w:spacing w:after="0"/>
              <w:jc w:val="left"/>
            </w:pPr>
            <w:r>
              <w:rPr>
                <w:sz w:val="16"/>
              </w:rPr>
              <w:t>Drought</w:t>
            </w:r>
          </w:p>
        </w:tc>
        <w:tc>
          <w:tcPr>
            <w:tcW w:type="dxa" w:w="1069"/>
          </w:tcPr>
          <w:p>
            <w:pPr>
              <w:spacing w:after="0"/>
              <w:jc w:val="left"/>
            </w:pPr>
          </w:p>
        </w:tc>
        <w:tc>
          <w:tcPr>
            <w:tcW w:type="dxa" w:w="1757"/>
          </w:tcPr>
          <w:p>
            <w:pPr>
              <w:spacing w:after="0"/>
              <w:jc w:val="left"/>
            </w:pPr>
            <w:r>
              <w:rPr>
                <w:sz w:val="16"/>
              </w:rPr>
              <w:t>$0 property; $0 crops, reported for the zone (2022 dollars)</w:t>
            </w:r>
          </w:p>
        </w:tc>
        <w:tc>
          <w:tcPr>
            <w:tcW w:type="dxa" w:w="940"/>
          </w:tcPr>
          <w:p>
            <w:pPr>
              <w:spacing w:after="0"/>
              <w:jc w:val="right"/>
            </w:pPr>
            <w:r>
              <w:rPr>
                <w:sz w:val="16"/>
              </w:rPr>
              <w:t>0, 0</w:t>
            </w:r>
          </w:p>
        </w:tc>
        <w:tc>
          <w:tcPr>
            <w:tcW w:type="dxa" w:w="2588"/>
          </w:tcPr>
          <w:p>
            <w:pPr>
              <w:spacing w:after="0"/>
              <w:jc w:val="left"/>
            </w:pPr>
            <w:r>
              <w:rPr>
                <w:sz w:val="16"/>
              </w:rPr>
              <w:t>NWS zone PRZ003 (SOUTHEAST), zone-level</w:t>
            </w:r>
          </w:p>
        </w:tc>
        <w:tc>
          <w:tcPr>
            <w:tcW w:type="dxa" w:w="2408"/>
          </w:tcPr>
          <w:p>
            <w:pPr>
              <w:spacing w:after="0"/>
              <w:jc w:val="left"/>
            </w:pPr>
            <w:r>
              <w:rPr>
                <w:sz w:val="16"/>
              </w:rPr>
              <w:t>new since last plan; within last 5 years</w:t>
            </w:r>
          </w:p>
        </w:tc>
        <w:tc>
          <w:tcPr>
            <w:tcW w:type="dxa" w:w="2943"/>
          </w:tcPr>
          <w:p>
            <w:pPr>
              <w:spacing w:after="0"/>
              <w:jc w:val="left"/>
            </w:pPr>
            <w:r>
              <w:rPr>
                <w:sz w:val="16"/>
              </w:rPr>
              <w:t>B1-c worst recorded: Drought</w:t>
            </w:r>
          </w:p>
        </w:tc>
      </w:tr>
      <w:tr>
        <w:trPr>
          <w:cantSplit/>
        </w:trPr>
        <w:tc>
          <w:tcPr>
            <w:tcW w:type="dxa" w:w="1037"/>
          </w:tcPr>
          <w:p>
            <w:pPr>
              <w:spacing w:after="0"/>
              <w:jc w:val="left"/>
            </w:pPr>
            <w:r>
              <w:rPr>
                <w:sz w:val="16"/>
              </w:rPr>
              <w:t>2018-02-11</w:t>
            </w:r>
          </w:p>
        </w:tc>
        <w:tc>
          <w:tcPr>
            <w:tcW w:type="dxa" w:w="1370"/>
          </w:tcPr>
          <w:p>
            <w:pPr>
              <w:spacing w:after="0"/>
              <w:jc w:val="left"/>
            </w:pPr>
            <w:r>
              <w:rPr>
                <w:sz w:val="16"/>
              </w:rPr>
              <w:t>Strong Wind</w:t>
            </w:r>
          </w:p>
        </w:tc>
        <w:tc>
          <w:tcPr>
            <w:tcW w:type="dxa" w:w="1069"/>
          </w:tcPr>
          <w:p>
            <w:pPr>
              <w:spacing w:after="0"/>
              <w:jc w:val="left"/>
            </w:pPr>
            <w:r>
              <w:rPr>
                <w:sz w:val="16"/>
              </w:rPr>
              <w:t>36 kt (41 mph) measured gust</w:t>
            </w:r>
          </w:p>
        </w:tc>
        <w:tc>
          <w:tcPr>
            <w:tcW w:type="dxa" w:w="1757"/>
          </w:tcPr>
          <w:p>
            <w:pPr>
              <w:spacing w:after="0"/>
              <w:jc w:val="left"/>
            </w:pPr>
            <w:r>
              <w:rPr>
                <w:sz w:val="16"/>
              </w:rPr>
              <w:t>$1,000 property; $0 crops, reported for the zone (2018 dollars)</w:t>
            </w:r>
          </w:p>
        </w:tc>
        <w:tc>
          <w:tcPr>
            <w:tcW w:type="dxa" w:w="940"/>
          </w:tcPr>
          <w:p>
            <w:pPr>
              <w:spacing w:after="0"/>
              <w:jc w:val="right"/>
            </w:pPr>
            <w:r>
              <w:rPr>
                <w:sz w:val="16"/>
              </w:rPr>
              <w:t>0, 0</w:t>
            </w:r>
          </w:p>
        </w:tc>
        <w:tc>
          <w:tcPr>
            <w:tcW w:type="dxa" w:w="2588"/>
          </w:tcPr>
          <w:p>
            <w:pPr>
              <w:spacing w:after="0"/>
              <w:jc w:val="left"/>
            </w:pPr>
            <w:r>
              <w:rPr>
                <w:sz w:val="16"/>
              </w:rPr>
              <w:t>NWS zone PRZ003 (SOUTHEAST), zone-level</w:t>
            </w:r>
          </w:p>
        </w:tc>
        <w:tc>
          <w:tcPr>
            <w:tcW w:type="dxa" w:w="2408"/>
          </w:tcPr>
          <w:p>
            <w:pPr>
              <w:spacing w:after="0"/>
              <w:jc w:val="left"/>
            </w:pPr>
          </w:p>
        </w:tc>
        <w:tc>
          <w:tcPr>
            <w:tcW w:type="dxa" w:w="2943"/>
          </w:tcPr>
          <w:p>
            <w:pPr>
              <w:spacing w:after="0"/>
              <w:jc w:val="left"/>
            </w:pPr>
            <w:r>
              <w:rPr>
                <w:sz w:val="16"/>
              </w:rPr>
              <w:t>B1-c worst recorded: High Wind and Strong Wind</w:t>
            </w:r>
          </w:p>
        </w:tc>
      </w:tr>
      <w:tr>
        <w:trPr>
          <w:cantSplit/>
        </w:trPr>
        <w:tc>
          <w:tcPr>
            <w:tcW w:type="dxa" w:w="1037"/>
          </w:tcPr>
          <w:p>
            <w:pPr>
              <w:spacing w:after="0"/>
              <w:jc w:val="left"/>
            </w:pPr>
            <w:r>
              <w:rPr>
                <w:sz w:val="16"/>
              </w:rPr>
              <w:t>2012-05-05</w:t>
            </w:r>
          </w:p>
        </w:tc>
        <w:tc>
          <w:tcPr>
            <w:tcW w:type="dxa" w:w="1370"/>
          </w:tcPr>
          <w:p>
            <w:pPr>
              <w:spacing w:after="0"/>
              <w:jc w:val="left"/>
            </w:pPr>
            <w:r>
              <w:rPr>
                <w:sz w:val="16"/>
              </w:rPr>
              <w:t>Debris Flow</w:t>
            </w:r>
          </w:p>
        </w:tc>
        <w:tc>
          <w:tcPr>
            <w:tcW w:type="dxa" w:w="1069"/>
          </w:tcPr>
          <w:p>
            <w:pPr>
              <w:spacing w:after="0"/>
              <w:jc w:val="left"/>
            </w:pPr>
          </w:p>
        </w:tc>
        <w:tc>
          <w:tcPr>
            <w:tcW w:type="dxa" w:w="1757"/>
          </w:tcPr>
          <w:p>
            <w:pPr>
              <w:spacing w:after="0"/>
              <w:jc w:val="left"/>
            </w:pPr>
            <w:r>
              <w:rPr>
                <w:sz w:val="16"/>
              </w:rPr>
              <w:t>$55,000 property; $0 crops, reported for the zone (2012 dollars)</w:t>
            </w:r>
          </w:p>
        </w:tc>
        <w:tc>
          <w:tcPr>
            <w:tcW w:type="dxa" w:w="940"/>
          </w:tcPr>
          <w:p>
            <w:pPr>
              <w:spacing w:after="0"/>
              <w:jc w:val="right"/>
            </w:pPr>
            <w:r>
              <w:rPr>
                <w:sz w:val="16"/>
              </w:rPr>
              <w:t>0, 0</w:t>
            </w:r>
          </w:p>
        </w:tc>
        <w:tc>
          <w:tcPr>
            <w:tcW w:type="dxa" w:w="2588"/>
          </w:tcPr>
          <w:p>
            <w:pPr>
              <w:spacing w:after="0"/>
              <w:jc w:val="left"/>
            </w:pPr>
            <w:r>
              <w:rPr>
                <w:sz w:val="16"/>
              </w:rPr>
              <w:t>NWS zone PRZ003 (SOUTHEAST), zone-level</w:t>
            </w:r>
          </w:p>
        </w:tc>
        <w:tc>
          <w:tcPr>
            <w:tcW w:type="dxa" w:w="2408"/>
          </w:tcPr>
          <w:p>
            <w:pPr>
              <w:spacing w:after="0"/>
              <w:jc w:val="left"/>
            </w:pPr>
          </w:p>
        </w:tc>
        <w:tc>
          <w:tcPr>
            <w:tcW w:type="dxa" w:w="2943"/>
          </w:tcPr>
          <w:p>
            <w:pPr>
              <w:spacing w:after="0"/>
              <w:jc w:val="left"/>
            </w:pPr>
            <w:r>
              <w:rPr>
                <w:sz w:val="16"/>
              </w:rPr>
              <w:t>B1-c worst recorded: Debris Flow</w:t>
            </w:r>
          </w:p>
        </w:tc>
      </w:tr>
      <w:tr>
        <w:trPr>
          <w:cantSplit/>
        </w:trPr>
        <w:tc>
          <w:tcPr>
            <w:tcW w:type="dxa" w:w="1037"/>
          </w:tcPr>
          <w:p>
            <w:pPr>
              <w:spacing w:after="0"/>
              <w:jc w:val="left"/>
            </w:pPr>
            <w:r>
              <w:rPr>
                <w:sz w:val="16"/>
              </w:rPr>
              <w:t>2011-07-01</w:t>
            </w:r>
          </w:p>
        </w:tc>
        <w:tc>
          <w:tcPr>
            <w:tcW w:type="dxa" w:w="1370"/>
          </w:tcPr>
          <w:p>
            <w:pPr>
              <w:spacing w:after="0"/>
              <w:jc w:val="left"/>
            </w:pPr>
            <w:r>
              <w:rPr>
                <w:sz w:val="16"/>
              </w:rPr>
              <w:t>Strong Wind</w:t>
            </w:r>
          </w:p>
        </w:tc>
        <w:tc>
          <w:tcPr>
            <w:tcW w:type="dxa" w:w="1069"/>
          </w:tcPr>
          <w:p>
            <w:pPr>
              <w:spacing w:after="0"/>
              <w:jc w:val="left"/>
            </w:pPr>
            <w:r>
              <w:rPr>
                <w:sz w:val="16"/>
              </w:rPr>
              <w:t>30 kt (35 mph) estimated gust</w:t>
            </w:r>
          </w:p>
        </w:tc>
        <w:tc>
          <w:tcPr>
            <w:tcW w:type="dxa" w:w="1757"/>
          </w:tcPr>
          <w:p>
            <w:pPr>
              <w:spacing w:after="0"/>
              <w:jc w:val="left"/>
            </w:pPr>
            <w:r>
              <w:rPr>
                <w:sz w:val="16"/>
              </w:rPr>
              <w:t>$5,000 property; $0 crops, reported for the zone (2011 dollars)</w:t>
            </w:r>
          </w:p>
        </w:tc>
        <w:tc>
          <w:tcPr>
            <w:tcW w:type="dxa" w:w="940"/>
          </w:tcPr>
          <w:p>
            <w:pPr>
              <w:spacing w:after="0"/>
              <w:jc w:val="right"/>
            </w:pPr>
            <w:r>
              <w:rPr>
                <w:sz w:val="16"/>
              </w:rPr>
              <w:t>0, 0</w:t>
            </w:r>
          </w:p>
        </w:tc>
        <w:tc>
          <w:tcPr>
            <w:tcW w:type="dxa" w:w="2588"/>
          </w:tcPr>
          <w:p>
            <w:pPr>
              <w:spacing w:after="0"/>
              <w:jc w:val="left"/>
            </w:pPr>
            <w:r>
              <w:rPr>
                <w:sz w:val="16"/>
              </w:rPr>
              <w:t>NWS zone PRZ003 (SOUTHEAST), zone-level</w:t>
            </w:r>
          </w:p>
        </w:tc>
        <w:tc>
          <w:tcPr>
            <w:tcW w:type="dxa" w:w="2408"/>
          </w:tcPr>
          <w:p>
            <w:pPr>
              <w:spacing w:after="0"/>
              <w:jc w:val="left"/>
            </w:pPr>
          </w:p>
        </w:tc>
        <w:tc>
          <w:tcPr>
            <w:tcW w:type="dxa" w:w="2943"/>
          </w:tcPr>
          <w:p>
            <w:pPr>
              <w:spacing w:after="0"/>
              <w:jc w:val="left"/>
            </w:pPr>
            <w:r>
              <w:rPr>
                <w:sz w:val="16"/>
              </w:rPr>
              <w:t>B1-c most damaging: High Wind and Strong Wind</w:t>
            </w:r>
          </w:p>
        </w:tc>
      </w:tr>
      <w:tr>
        <w:trPr>
          <w:cantSplit/>
        </w:trPr>
        <w:tc>
          <w:tcPr>
            <w:tcW w:type="dxa" w:w="1037"/>
          </w:tcPr>
          <w:p>
            <w:pPr>
              <w:spacing w:after="0"/>
              <w:jc w:val="left"/>
            </w:pPr>
            <w:r>
              <w:rPr>
                <w:sz w:val="16"/>
              </w:rPr>
              <w:t>2008-09-21</w:t>
            </w:r>
          </w:p>
        </w:tc>
        <w:tc>
          <w:tcPr>
            <w:tcW w:type="dxa" w:w="1370"/>
          </w:tcPr>
          <w:p>
            <w:pPr>
              <w:spacing w:after="0"/>
              <w:jc w:val="left"/>
            </w:pPr>
            <w:r>
              <w:rPr>
                <w:sz w:val="16"/>
              </w:rPr>
              <w:t>Flash Flood</w:t>
            </w:r>
          </w:p>
        </w:tc>
        <w:tc>
          <w:tcPr>
            <w:tcW w:type="dxa" w:w="1069"/>
          </w:tcPr>
          <w:p>
            <w:pPr>
              <w:spacing w:after="0"/>
              <w:jc w:val="left"/>
            </w:pPr>
          </w:p>
        </w:tc>
        <w:tc>
          <w:tcPr>
            <w:tcW w:type="dxa" w:w="1757"/>
          </w:tcPr>
          <w:p>
            <w:pPr>
              <w:spacing w:after="0"/>
              <w:jc w:val="left"/>
            </w:pPr>
            <w:r>
              <w:rPr>
                <w:sz w:val="16"/>
              </w:rPr>
              <w:t>$20,000,000 property; $0 crops, reported for the zone (2008 dollars)</w:t>
            </w:r>
          </w:p>
        </w:tc>
        <w:tc>
          <w:tcPr>
            <w:tcW w:type="dxa" w:w="940"/>
          </w:tcPr>
          <w:p>
            <w:pPr>
              <w:spacing w:after="0"/>
              <w:jc w:val="right"/>
            </w:pPr>
            <w:r>
              <w:rPr>
                <w:sz w:val="16"/>
              </w:rPr>
              <w:t>0, 0</w:t>
            </w:r>
          </w:p>
        </w:tc>
        <w:tc>
          <w:tcPr>
            <w:tcW w:type="dxa" w:w="2588"/>
          </w:tcPr>
          <w:p>
            <w:pPr>
              <w:spacing w:after="0"/>
              <w:jc w:val="left"/>
            </w:pPr>
            <w:r>
              <w:rPr>
                <w:sz w:val="16"/>
              </w:rPr>
              <w:t>NWS zone PRZ003 (SOUTHEAST), zone-level</w:t>
            </w:r>
          </w:p>
        </w:tc>
        <w:tc>
          <w:tcPr>
            <w:tcW w:type="dxa" w:w="2408"/>
          </w:tcPr>
          <w:p>
            <w:pPr>
              <w:spacing w:after="0"/>
              <w:jc w:val="left"/>
            </w:pPr>
          </w:p>
        </w:tc>
        <w:tc>
          <w:tcPr>
            <w:tcW w:type="dxa" w:w="29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2005-02-01</w:t>
            </w:r>
          </w:p>
        </w:tc>
        <w:tc>
          <w:tcPr>
            <w:tcW w:type="dxa" w:w="1370"/>
          </w:tcPr>
          <w:p>
            <w:pPr>
              <w:spacing w:after="0"/>
              <w:jc w:val="left"/>
            </w:pPr>
            <w:r>
              <w:rPr>
                <w:sz w:val="16"/>
              </w:rPr>
              <w:t>Wildfire</w:t>
            </w:r>
          </w:p>
        </w:tc>
        <w:tc>
          <w:tcPr>
            <w:tcW w:type="dxa" w:w="1069"/>
          </w:tcPr>
          <w:p>
            <w:pPr>
              <w:spacing w:after="0"/>
              <w:jc w:val="left"/>
            </w:pPr>
          </w:p>
        </w:tc>
        <w:tc>
          <w:tcPr>
            <w:tcW w:type="dxa" w:w="1757"/>
          </w:tcPr>
          <w:p>
            <w:pPr>
              <w:spacing w:after="0"/>
              <w:jc w:val="left"/>
            </w:pPr>
            <w:r>
              <w:rPr>
                <w:sz w:val="16"/>
              </w:rPr>
              <w:t>$200,000 property; crops not reported, reported for the zone (2005 dollars)</w:t>
            </w:r>
          </w:p>
        </w:tc>
        <w:tc>
          <w:tcPr>
            <w:tcW w:type="dxa" w:w="940"/>
          </w:tcPr>
          <w:p>
            <w:pPr>
              <w:spacing w:after="0"/>
              <w:jc w:val="right"/>
            </w:pPr>
            <w:r>
              <w:rPr>
                <w:sz w:val="16"/>
              </w:rPr>
              <w:t>0, 0</w:t>
            </w:r>
          </w:p>
        </w:tc>
        <w:tc>
          <w:tcPr>
            <w:tcW w:type="dxa" w:w="2588"/>
          </w:tcPr>
          <w:p>
            <w:pPr>
              <w:spacing w:after="0"/>
              <w:jc w:val="left"/>
            </w:pPr>
            <w:r>
              <w:rPr>
                <w:sz w:val="16"/>
              </w:rPr>
              <w:t>NWS zone PRZ003 (SOUTHEAST), zone-level</w:t>
            </w:r>
          </w:p>
        </w:tc>
        <w:tc>
          <w:tcPr>
            <w:tcW w:type="dxa" w:w="2408"/>
          </w:tcPr>
          <w:p>
            <w:pPr>
              <w:spacing w:after="0"/>
              <w:jc w:val="left"/>
            </w:pPr>
          </w:p>
        </w:tc>
        <w:tc>
          <w:tcPr>
            <w:tcW w:type="dxa" w:w="2943"/>
          </w:tcPr>
          <w:p>
            <w:pPr>
              <w:spacing w:after="0"/>
              <w:jc w:val="left"/>
            </w:pPr>
            <w:r>
              <w:rPr>
                <w:sz w:val="16"/>
              </w:rPr>
              <w:t>B1-c worst recorded: Wildfire</w:t>
            </w:r>
          </w:p>
        </w:tc>
      </w:tr>
      <w:tr>
        <w:trPr>
          <w:cantSplit/>
        </w:trPr>
        <w:tc>
          <w:tcPr>
            <w:tcW w:type="dxa" w:w="1037"/>
          </w:tcPr>
          <w:p>
            <w:pPr>
              <w:spacing w:after="0"/>
              <w:jc w:val="left"/>
            </w:pPr>
            <w:r>
              <w:rPr>
                <w:sz w:val="16"/>
              </w:rPr>
              <w:t>2004-09-14</w:t>
            </w:r>
          </w:p>
        </w:tc>
        <w:tc>
          <w:tcPr>
            <w:tcW w:type="dxa" w:w="1370"/>
          </w:tcPr>
          <w:p>
            <w:pPr>
              <w:spacing w:after="0"/>
              <w:jc w:val="left"/>
            </w:pPr>
            <w:r>
              <w:rPr>
                <w:sz w:val="16"/>
              </w:rPr>
              <w:t>Tropical Storm</w:t>
            </w:r>
          </w:p>
        </w:tc>
        <w:tc>
          <w:tcPr>
            <w:tcW w:type="dxa" w:w="1069"/>
          </w:tcPr>
          <w:p>
            <w:pPr>
              <w:spacing w:after="0"/>
              <w:jc w:val="left"/>
            </w:pPr>
          </w:p>
        </w:tc>
        <w:tc>
          <w:tcPr>
            <w:tcW w:type="dxa" w:w="1757"/>
          </w:tcPr>
          <w:p>
            <w:pPr>
              <w:spacing w:after="0"/>
              <w:jc w:val="left"/>
            </w:pPr>
            <w:r>
              <w:rPr>
                <w:sz w:val="16"/>
              </w:rPr>
              <w:t>property not reported; $101,500,000 crops, reported for the zone (2004 dollars)</w:t>
            </w:r>
          </w:p>
        </w:tc>
        <w:tc>
          <w:tcPr>
            <w:tcW w:type="dxa" w:w="940"/>
          </w:tcPr>
          <w:p>
            <w:pPr>
              <w:spacing w:after="0"/>
              <w:jc w:val="right"/>
            </w:pPr>
            <w:r>
              <w:rPr>
                <w:sz w:val="16"/>
              </w:rPr>
              <w:t>1, 0</w:t>
            </w:r>
          </w:p>
        </w:tc>
        <w:tc>
          <w:tcPr>
            <w:tcW w:type="dxa" w:w="2588"/>
          </w:tcPr>
          <w:p>
            <w:pPr>
              <w:spacing w:after="0"/>
              <w:jc w:val="left"/>
            </w:pPr>
            <w:r>
              <w:rPr>
                <w:sz w:val="16"/>
              </w:rPr>
              <w:t>NWS zone PRZ003 (SOUTHEAST), zone-level</w:t>
            </w:r>
          </w:p>
        </w:tc>
        <w:tc>
          <w:tcPr>
            <w:tcW w:type="dxa" w:w="2408"/>
          </w:tcPr>
          <w:p>
            <w:pPr>
              <w:spacing w:after="0"/>
              <w:jc w:val="left"/>
            </w:pPr>
          </w:p>
        </w:tc>
        <w:tc>
          <w:tcPr>
            <w:tcW w:type="dxa" w:w="2943"/>
          </w:tcPr>
          <w:p>
            <w:pPr>
              <w:spacing w:after="0"/>
              <w:jc w:val="left"/>
            </w:pPr>
            <w:r>
              <w:rPr>
                <w:sz w:val="16"/>
              </w:rPr>
              <w:t>deaths or injuries recorded</w:t>
            </w:r>
          </w:p>
        </w:tc>
      </w:tr>
      <w:tr>
        <w:trPr>
          <w:cantSplit/>
        </w:trPr>
        <w:tc>
          <w:tcPr>
            <w:tcW w:type="dxa" w:w="1037"/>
          </w:tcPr>
          <w:p>
            <w:pPr>
              <w:spacing w:after="0"/>
              <w:jc w:val="left"/>
            </w:pPr>
            <w:r>
              <w:rPr>
                <w:sz w:val="16"/>
              </w:rPr>
              <w:t>2003-11-11</w:t>
            </w:r>
          </w:p>
        </w:tc>
        <w:tc>
          <w:tcPr>
            <w:tcW w:type="dxa" w:w="1370"/>
          </w:tcPr>
          <w:p>
            <w:pPr>
              <w:spacing w:after="0"/>
              <w:jc w:val="left"/>
            </w:pPr>
            <w:r>
              <w:rPr>
                <w:sz w:val="16"/>
              </w:rPr>
              <w:t>Flash Flood</w:t>
            </w:r>
          </w:p>
        </w:tc>
        <w:tc>
          <w:tcPr>
            <w:tcW w:type="dxa" w:w="1069"/>
          </w:tcPr>
          <w:p>
            <w:pPr>
              <w:spacing w:after="0"/>
              <w:jc w:val="left"/>
            </w:pPr>
          </w:p>
        </w:tc>
        <w:tc>
          <w:tcPr>
            <w:tcW w:type="dxa" w:w="1757"/>
          </w:tcPr>
          <w:p>
            <w:pPr>
              <w:spacing w:after="0"/>
              <w:jc w:val="left"/>
            </w:pPr>
            <w:r>
              <w:rPr>
                <w:sz w:val="16"/>
              </w:rPr>
              <w:t>damage not reported</w:t>
            </w:r>
          </w:p>
        </w:tc>
        <w:tc>
          <w:tcPr>
            <w:tcW w:type="dxa" w:w="940"/>
          </w:tcPr>
          <w:p>
            <w:pPr>
              <w:spacing w:after="0"/>
              <w:jc w:val="right"/>
            </w:pPr>
            <w:r>
              <w:rPr>
                <w:sz w:val="16"/>
              </w:rPr>
              <w:t>0, 1</w:t>
            </w:r>
          </w:p>
        </w:tc>
        <w:tc>
          <w:tcPr>
            <w:tcW w:type="dxa" w:w="2588"/>
          </w:tcPr>
          <w:p>
            <w:pPr>
              <w:spacing w:after="0"/>
              <w:jc w:val="left"/>
            </w:pPr>
            <w:r>
              <w:rPr>
                <w:sz w:val="16"/>
              </w:rPr>
              <w:t>NWS zone PRZ003 (SOUTHEAST), zone-level</w:t>
            </w:r>
          </w:p>
        </w:tc>
        <w:tc>
          <w:tcPr>
            <w:tcW w:type="dxa" w:w="2408"/>
          </w:tcPr>
          <w:p>
            <w:pPr>
              <w:spacing w:after="0"/>
              <w:jc w:val="left"/>
            </w:pPr>
          </w:p>
        </w:tc>
        <w:tc>
          <w:tcPr>
            <w:tcW w:type="dxa" w:w="2943"/>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370"/>
          </w:tcPr>
          <w:p>
            <w:pPr>
              <w:spacing w:after="0"/>
              <w:jc w:val="left"/>
            </w:pPr>
            <w:r>
              <w:rPr>
                <w:sz w:val="16"/>
              </w:rPr>
              <w:t>Hurricane (Typhoon), NOAA's event type name</w:t>
            </w:r>
          </w:p>
        </w:tc>
        <w:tc>
          <w:tcPr>
            <w:tcW w:type="dxa" w:w="1069"/>
          </w:tcPr>
          <w:p>
            <w:pPr>
              <w:spacing w:after="0"/>
              <w:jc w:val="left"/>
            </w:pPr>
          </w:p>
        </w:tc>
        <w:tc>
          <w:tcPr>
            <w:tcW w:type="dxa" w:w="1757"/>
          </w:tcPr>
          <w:p>
            <w:pPr>
              <w:spacing w:after="0"/>
              <w:jc w:val="left"/>
            </w:pPr>
            <w:r>
              <w:rPr>
                <w:sz w:val="16"/>
              </w:rPr>
              <w:t>$41,000 property; crops not reported, reported for the zone (2000 dollars)</w:t>
            </w:r>
          </w:p>
        </w:tc>
        <w:tc>
          <w:tcPr>
            <w:tcW w:type="dxa" w:w="940"/>
          </w:tcPr>
          <w:p>
            <w:pPr>
              <w:spacing w:after="0"/>
              <w:jc w:val="right"/>
            </w:pPr>
            <w:r>
              <w:rPr>
                <w:sz w:val="16"/>
              </w:rPr>
              <w:t>0, 0</w:t>
            </w:r>
          </w:p>
        </w:tc>
        <w:tc>
          <w:tcPr>
            <w:tcW w:type="dxa" w:w="2588"/>
          </w:tcPr>
          <w:p>
            <w:pPr>
              <w:spacing w:after="0"/>
              <w:jc w:val="left"/>
            </w:pPr>
            <w:r>
              <w:rPr>
                <w:sz w:val="16"/>
              </w:rPr>
              <w:t>NWS zone PRZ003 (SOUTHEAST), zone-level</w:t>
            </w:r>
          </w:p>
        </w:tc>
        <w:tc>
          <w:tcPr>
            <w:tcW w:type="dxa" w:w="2408"/>
          </w:tcPr>
          <w:p>
            <w:pPr>
              <w:spacing w:after="0"/>
              <w:jc w:val="left"/>
            </w:pPr>
          </w:p>
        </w:tc>
        <w:tc>
          <w:tcPr>
            <w:tcW w:type="dxa" w:w="2943"/>
          </w:tcPr>
          <w:p>
            <w:pPr>
              <w:spacing w:after="0"/>
              <w:jc w:val="left"/>
            </w:pPr>
            <w:r>
              <w:rPr>
                <w:sz w:val="16"/>
              </w:rPr>
              <w:t>B1-c worst recorded: Hurricane, Tropical Storm, Tropical Depression</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31"/>
        <w:gridCol w:w="1432"/>
        <w:gridCol w:w="1547"/>
        <w:gridCol w:w="1584"/>
        <w:gridCol w:w="1725"/>
        <w:gridCol w:w="1514"/>
        <w:gridCol w:w="1478"/>
        <w:gridCol w:w="1037"/>
        <w:gridCol w:w="1510"/>
      </w:tblGrid>
      <w:tr>
        <w:trPr>
          <w:cantSplit/>
          <w:tblHeader/>
        </w:trPr>
        <w:tc>
          <w:tcPr>
            <w:tcW w:type="dxa" w:w="1054"/>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47"/>
            <w:shd w:val="clear" w:color="auto" w:fill="E8E8E8"/>
          </w:tcPr>
          <w:p>
            <w:pPr>
              <w:spacing w:after="0"/>
              <w:jc w:val="left"/>
            </w:pPr>
            <w:r>
              <w:rPr>
                <w:b/>
                <w:sz w:val="16"/>
              </w:rPr>
              <w:t>In plain terms</w:t>
            </w:r>
          </w:p>
        </w:tc>
        <w:tc>
          <w:tcPr>
            <w:tcW w:type="dxa" w:w="1584"/>
            <w:shd w:val="clear" w:color="auto" w:fill="E8E8E8"/>
          </w:tcPr>
          <w:p>
            <w:pPr>
              <w:spacing w:after="0"/>
              <w:jc w:val="left"/>
            </w:pPr>
            <w:r>
              <w:rPr>
                <w:b/>
                <w:sz w:val="16"/>
              </w:rPr>
              <w:t>Descriptor</w:t>
            </w:r>
          </w:p>
        </w:tc>
        <w:tc>
          <w:tcPr>
            <w:tcW w:type="dxa" w:w="1725"/>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10"/>
            <w:shd w:val="clear" w:color="auto" w:fill="E8E8E8"/>
          </w:tcPr>
          <w:p>
            <w:pPr>
              <w:spacing w:after="0"/>
              <w:jc w:val="left"/>
            </w:pPr>
            <w:r>
              <w:rPr>
                <w:b/>
                <w:sz w:val="16"/>
              </w:rPr>
              <w:t>Note</w:t>
            </w:r>
          </w:p>
        </w:tc>
      </w:tr>
      <w:tr>
        <w:trPr>
          <w:cantSplit/>
        </w:trPr>
        <w:tc>
          <w:tcPr>
            <w:tcW w:type="dxa" w:w="1054"/>
          </w:tcPr>
          <w:p>
            <w:pPr>
              <w:spacing w:after="0"/>
              <w:jc w:val="left"/>
            </w:pPr>
            <w:r>
              <w:rPr>
                <w:sz w:val="16"/>
              </w:rPr>
              <w:t>Coastal Flooding</w:t>
            </w:r>
          </w:p>
        </w:tc>
        <w:tc>
          <w:tcPr>
            <w:tcW w:type="dxa" w:w="1231"/>
          </w:tcPr>
          <w:p>
            <w:pPr>
              <w:spacing w:after="0"/>
              <w:jc w:val="right"/>
            </w:pPr>
            <w:r>
              <w:rPr>
                <w:sz w:val="16"/>
              </w:rPr>
              <w:t>0.25</w:t>
            </w:r>
          </w:p>
        </w:tc>
        <w:tc>
          <w:tcPr>
            <w:tcW w:type="dxa" w:w="1432"/>
          </w:tcPr>
          <w:p>
            <w:pPr>
              <w:spacing w:after="0"/>
              <w:jc w:val="left"/>
            </w:pPr>
            <w:r>
              <w:rPr>
                <w:sz w:val="16"/>
              </w:rPr>
              <w:t>events per year at a location (modeled)</w:t>
            </w:r>
          </w:p>
        </w:tc>
        <w:tc>
          <w:tcPr>
            <w:tcW w:type="dxa" w:w="1547"/>
          </w:tcPr>
          <w:p>
            <w:pPr>
              <w:spacing w:after="0"/>
              <w:jc w:val="left"/>
            </w:pPr>
            <w:r>
              <w:rPr>
                <w:sz w:val="16"/>
              </w:rPr>
              <w:t>about 0.25 per year at a given location in the county</w:t>
            </w:r>
          </w:p>
        </w:tc>
        <w:tc>
          <w:tcPr>
            <w:tcW w:type="dxa" w:w="1584"/>
          </w:tcPr>
          <w:p>
            <w:pPr>
              <w:spacing w:after="0"/>
              <w:jc w:val="left"/>
            </w:pPr>
            <w:r>
              <w:rPr>
                <w:sz w:val="16"/>
              </w:rPr>
              <w:t>Likely (from Storm Events: 3 of 30 years)</w:t>
            </w:r>
          </w:p>
        </w:tc>
        <w:tc>
          <w:tcPr>
            <w:tcW w:type="dxa" w:w="1725"/>
          </w:tcPr>
          <w:p>
            <w:pPr>
              <w:spacing w:after="0"/>
              <w:jc w:val="left"/>
            </w:pPr>
            <w:r>
              <w:rPr>
                <w:sz w:val="16"/>
              </w:rPr>
              <w:t>Storm Events records in 3 of 30 years, 1996 to 2025 (10%)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Descriptor from Storm Events, not NRI.</w:t>
            </w:r>
          </w:p>
        </w:tc>
      </w:tr>
      <w:tr>
        <w:trPr>
          <w:cantSplit/>
        </w:trPr>
        <w:tc>
          <w:tcPr>
            <w:tcW w:type="dxa" w:w="1054"/>
          </w:tcPr>
          <w:p>
            <w:pPr>
              <w:spacing w:after="0"/>
              <w:jc w:val="left"/>
            </w:pPr>
            <w:r>
              <w:rPr>
                <w:sz w:val="16"/>
              </w:rPr>
              <w:t>Cold Wave</w:t>
            </w:r>
          </w:p>
        </w:tc>
        <w:tc>
          <w:tcPr>
            <w:tcW w:type="dxa" w:w="1231"/>
          </w:tcPr>
          <w:p>
            <w:pPr>
              <w:spacing w:after="0"/>
              <w:jc w:val="right"/>
            </w:pPr>
            <w:r>
              <w:rPr>
                <w:sz w:val="16"/>
              </w:rPr>
              <w:t>0</w:t>
            </w:r>
          </w:p>
        </w:tc>
        <w:tc>
          <w:tcPr>
            <w:tcW w:type="dxa" w:w="1432"/>
          </w:tcPr>
          <w:p>
            <w:pPr>
              <w:spacing w:after="0"/>
              <w:jc w:val="left"/>
            </w:pPr>
            <w:r>
              <w:rPr>
                <w:sz w:val="16"/>
              </w:rPr>
              <w:t>event-days per year</w:t>
            </w:r>
          </w:p>
        </w:tc>
        <w:tc>
          <w:tcPr>
            <w:tcW w:type="dxa" w:w="1547"/>
          </w:tcPr>
          <w:p>
            <w:pPr>
              <w:spacing w:after="0"/>
              <w:jc w:val="left"/>
            </w:pPr>
            <w:r>
              <w:rPr>
                <w:sz w:val="16"/>
              </w:rPr>
              <w:t>none modeled</w:t>
            </w:r>
          </w:p>
        </w:tc>
        <w:tc>
          <w:tcPr>
            <w:tcW w:type="dxa" w:w="1584"/>
          </w:tcPr>
          <w:p>
            <w:pPr>
              <w:spacing w:after="0"/>
              <w:jc w:val="left"/>
            </w:pPr>
          </w:p>
        </w:tc>
        <w:tc>
          <w:tcPr>
            <w:tcW w:type="dxa" w:w="1725"/>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31"/>
          </w:tcPr>
          <w:p>
            <w:pPr>
              <w:spacing w:after="0"/>
              <w:jc w:val="right"/>
            </w:pPr>
            <w:r>
              <w:rPr>
                <w:sz w:val="16"/>
              </w:rPr>
              <w:t>3.73</w:t>
            </w:r>
          </w:p>
        </w:tc>
        <w:tc>
          <w:tcPr>
            <w:tcW w:type="dxa" w:w="1432"/>
          </w:tcPr>
          <w:p>
            <w:pPr>
              <w:spacing w:after="0"/>
              <w:jc w:val="left"/>
            </w:pPr>
            <w:r>
              <w:rPr>
                <w:sz w:val="16"/>
              </w:rPr>
              <w:t>event-days per year</w:t>
            </w:r>
          </w:p>
        </w:tc>
        <w:tc>
          <w:tcPr>
            <w:tcW w:type="dxa" w:w="1547"/>
          </w:tcPr>
          <w:p>
            <w:pPr>
              <w:spacing w:after="0"/>
              <w:jc w:val="left"/>
            </w:pPr>
            <w:r>
              <w:rPr>
                <w:sz w:val="16"/>
              </w:rPr>
              <w:t>about 3.73 days per year</w:t>
            </w:r>
          </w:p>
        </w:tc>
        <w:tc>
          <w:tcPr>
            <w:tcW w:type="dxa" w:w="1584"/>
          </w:tcPr>
          <w:p>
            <w:pPr>
              <w:spacing w:after="0"/>
              <w:jc w:val="left"/>
            </w:pPr>
            <w:r>
              <w:rPr>
                <w:sz w:val="16"/>
              </w:rPr>
              <w:t>Likely (from Storm Events: 3 of 30 years)</w:t>
            </w:r>
          </w:p>
        </w:tc>
        <w:tc>
          <w:tcPr>
            <w:tcW w:type="dxa" w:w="1725"/>
          </w:tcPr>
          <w:p>
            <w:pPr>
              <w:spacing w:after="0"/>
              <w:jc w:val="left"/>
            </w:pPr>
            <w:r>
              <w:rPr>
                <w:sz w:val="16"/>
              </w:rPr>
              <w:t>event-days in 3 of 30 years, 1996 to 2025 (10%)</w:t>
            </w:r>
          </w:p>
        </w:tc>
        <w:tc>
          <w:tcPr>
            <w:tcW w:type="dxa" w:w="1514"/>
          </w:tcPr>
          <w:p>
            <w:pPr>
              <w:spacing w:after="0"/>
              <w:jc w:val="right"/>
            </w:pPr>
            <w:r>
              <w:rPr>
                <w:sz w:val="16"/>
              </w:rPr>
              <w:t>105</w:t>
            </w:r>
          </w:p>
        </w:tc>
        <w:tc>
          <w:tcPr>
            <w:tcW w:type="dxa" w:w="14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54"/>
          </w:tcPr>
          <w:p>
            <w:pPr>
              <w:spacing w:after="0"/>
              <w:jc w:val="left"/>
            </w:pPr>
            <w:r>
              <w:rPr>
                <w:sz w:val="16"/>
              </w:rPr>
              <w:t>Earthquake</w:t>
            </w:r>
          </w:p>
        </w:tc>
        <w:tc>
          <w:tcPr>
            <w:tcW w:type="dxa" w:w="1231"/>
          </w:tcPr>
          <w:p>
            <w:pPr>
              <w:spacing w:after="0"/>
              <w:jc w:val="right"/>
            </w:pPr>
            <w:r>
              <w:rPr>
                <w:sz w:val="16"/>
              </w:rPr>
              <w:t>0.0358</w:t>
            </w:r>
          </w:p>
        </w:tc>
        <w:tc>
          <w:tcPr>
            <w:tcW w:type="dxa" w:w="1432"/>
          </w:tcPr>
          <w:p>
            <w:pPr>
              <w:spacing w:after="0"/>
              <w:jc w:val="left"/>
            </w:pPr>
            <w:r>
              <w:rPr>
                <w:sz w:val="16"/>
              </w:rPr>
              <w:t>annual probability at a location</w:t>
            </w:r>
          </w:p>
        </w:tc>
        <w:tc>
          <w:tcPr>
            <w:tcW w:type="dxa" w:w="1547"/>
          </w:tcPr>
          <w:p>
            <w:pPr>
              <w:spacing w:after="0"/>
              <w:jc w:val="left"/>
            </w:pPr>
            <w:r>
              <w:rPr>
                <w:sz w:val="16"/>
              </w:rPr>
              <w:t>chance a given location in the county has at least minor-damage shaking in a year: 3.58%</w:t>
            </w:r>
          </w:p>
        </w:tc>
        <w:tc>
          <w:tcPr>
            <w:tcW w:type="dxa" w:w="1584"/>
          </w:tcPr>
          <w:p>
            <w:pPr>
              <w:spacing w:after="0"/>
              <w:jc w:val="left"/>
            </w:pPr>
          </w:p>
        </w:tc>
        <w:tc>
          <w:tcPr>
            <w:tcW w:type="dxa" w:w="1725"/>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31"/>
          </w:tcPr>
          <w:p>
            <w:pPr>
              <w:spacing w:after="0"/>
              <w:jc w:val="right"/>
            </w:pPr>
            <w:r>
              <w:rPr>
                <w:sz w:val="16"/>
              </w:rPr>
              <w:t>0.0233</w:t>
            </w:r>
          </w:p>
        </w:tc>
        <w:tc>
          <w:tcPr>
            <w:tcW w:type="dxa" w:w="1432"/>
          </w:tcPr>
          <w:p>
            <w:pPr>
              <w:spacing w:after="0"/>
              <w:jc w:val="left"/>
            </w:pPr>
            <w:r>
              <w:rPr>
                <w:sz w:val="16"/>
              </w:rPr>
              <w:t>events per year</w:t>
            </w:r>
          </w:p>
        </w:tc>
        <w:tc>
          <w:tcPr>
            <w:tcW w:type="dxa" w:w="1547"/>
          </w:tcPr>
          <w:p>
            <w:pPr>
              <w:spacing w:after="0"/>
              <w:jc w:val="left"/>
            </w:pPr>
            <w:r>
              <w:rPr>
                <w:sz w:val="16"/>
              </w:rPr>
              <w:t>about 1 in 43 years</w:t>
            </w:r>
          </w:p>
        </w:tc>
        <w:tc>
          <w:tcPr>
            <w:tcW w:type="dxa" w:w="1584"/>
          </w:tcPr>
          <w:p>
            <w:pPr>
              <w:spacing w:after="0"/>
              <w:jc w:val="left"/>
            </w:pPr>
            <w:r>
              <w:rPr>
                <w:sz w:val="16"/>
              </w:rPr>
              <w:t>Possible</w:t>
            </w:r>
          </w:p>
        </w:tc>
        <w:tc>
          <w:tcPr>
            <w:tcW w:type="dxa" w:w="1725"/>
          </w:tcPr>
          <w:p>
            <w:pPr>
              <w:spacing w:after="0"/>
              <w:jc w:val="left"/>
            </w:pPr>
            <w:r>
              <w:rPr>
                <w:sz w:val="16"/>
              </w:rPr>
              <w:t>FEMA annualized frequency (modeled)</w:t>
            </w:r>
          </w:p>
        </w:tc>
        <w:tc>
          <w:tcPr>
            <w:tcW w:type="dxa" w:w="1514"/>
          </w:tcPr>
          <w:p>
            <w:pPr>
              <w:spacing w:after="0"/>
              <w:jc w:val="right"/>
            </w:pPr>
            <w:r>
              <w:rPr>
                <w:sz w:val="16"/>
              </w:rPr>
              <w:t>0.9 (modeled)</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54"/>
          </w:tcPr>
          <w:p>
            <w:pPr>
              <w:spacing w:after="0"/>
              <w:jc w:val="left"/>
            </w:pPr>
            <w:r>
              <w:rPr>
                <w:sz w:val="16"/>
              </w:rPr>
              <w:t>Heat Wave</w:t>
            </w:r>
          </w:p>
        </w:tc>
        <w:tc>
          <w:tcPr>
            <w:tcW w:type="dxa" w:w="1231"/>
          </w:tcPr>
          <w:p>
            <w:pPr>
              <w:spacing w:after="0"/>
              <w:jc w:val="right"/>
            </w:pPr>
            <w:r>
              <w:rPr>
                <w:sz w:val="16"/>
              </w:rPr>
              <w:t>0</w:t>
            </w:r>
          </w:p>
        </w:tc>
        <w:tc>
          <w:tcPr>
            <w:tcW w:type="dxa" w:w="1432"/>
          </w:tcPr>
          <w:p>
            <w:pPr>
              <w:spacing w:after="0"/>
              <w:jc w:val="left"/>
            </w:pPr>
            <w:r>
              <w:rPr>
                <w:sz w:val="16"/>
              </w:rPr>
              <w:t>event-days per year</w:t>
            </w:r>
          </w:p>
        </w:tc>
        <w:tc>
          <w:tcPr>
            <w:tcW w:type="dxa" w:w="1547"/>
          </w:tcPr>
          <w:p>
            <w:pPr>
              <w:spacing w:after="0"/>
              <w:jc w:val="left"/>
            </w:pPr>
            <w:r>
              <w:rPr>
                <w:sz w:val="16"/>
              </w:rPr>
              <w:t>none modeled</w:t>
            </w:r>
          </w:p>
        </w:tc>
        <w:tc>
          <w:tcPr>
            <w:tcW w:type="dxa" w:w="1584"/>
          </w:tcPr>
          <w:p>
            <w:pPr>
              <w:spacing w:after="0"/>
              <w:jc w:val="left"/>
            </w:pPr>
            <w:r>
              <w:rPr>
                <w:sz w:val="16"/>
              </w:rPr>
              <w:t>Possible (from Storm Events: 2 of 30 years)</w:t>
            </w:r>
          </w:p>
        </w:tc>
        <w:tc>
          <w:tcPr>
            <w:tcW w:type="dxa" w:w="1725"/>
          </w:tcPr>
          <w:p>
            <w:pPr>
              <w:spacing w:after="0"/>
              <w:jc w:val="left"/>
            </w:pPr>
            <w:r>
              <w:rPr>
                <w:sz w:val="16"/>
              </w:rPr>
              <w:t>event-days in 2 of 30 years, 1996 to 2025 (6.67%)</w:t>
            </w:r>
          </w:p>
        </w:tc>
        <w:tc>
          <w:tcPr>
            <w:tcW w:type="dxa" w:w="1514"/>
          </w:tcPr>
          <w:p>
            <w:pPr>
              <w:spacing w:after="0"/>
              <w:jc w:val="right"/>
            </w:pPr>
            <w:r>
              <w:rPr>
                <w:sz w:val="16"/>
              </w:rPr>
              <w:t>0</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r>
              <w:rPr>
                <w:sz w:val="16"/>
              </w:rPr>
              <w:t>NRI models no heat wave event-days here (2005-11-12 to 2024-11-12, 19 years); Storm Events has a record in 2 of 30 years. The descriptor comes from Storm Events, which records events NRI's definition leaves out.</w:t>
            </w:r>
          </w:p>
        </w:tc>
      </w:tr>
      <w:tr>
        <w:trPr>
          <w:cantSplit/>
        </w:trPr>
        <w:tc>
          <w:tcPr>
            <w:tcW w:type="dxa" w:w="1054"/>
          </w:tcPr>
          <w:p>
            <w:pPr>
              <w:spacing w:after="0"/>
              <w:jc w:val="left"/>
            </w:pPr>
            <w:r>
              <w:rPr>
                <w:sz w:val="16"/>
              </w:rPr>
              <w:t>Hurricane</w:t>
            </w:r>
          </w:p>
        </w:tc>
        <w:tc>
          <w:tcPr>
            <w:tcW w:type="dxa" w:w="1231"/>
          </w:tcPr>
          <w:p>
            <w:pPr>
              <w:spacing w:after="0"/>
              <w:jc w:val="right"/>
            </w:pPr>
            <w:r>
              <w:rPr>
                <w:sz w:val="16"/>
              </w:rPr>
              <w:t>0.207</w:t>
            </w:r>
          </w:p>
        </w:tc>
        <w:tc>
          <w:tcPr>
            <w:tcW w:type="dxa" w:w="1432"/>
          </w:tcPr>
          <w:p>
            <w:pPr>
              <w:spacing w:after="0"/>
              <w:jc w:val="left"/>
            </w:pPr>
            <w:r>
              <w:rPr>
                <w:sz w:val="16"/>
              </w:rPr>
              <w:t>events per year</w:t>
            </w:r>
          </w:p>
        </w:tc>
        <w:tc>
          <w:tcPr>
            <w:tcW w:type="dxa" w:w="1547"/>
          </w:tcPr>
          <w:p>
            <w:pPr>
              <w:spacing w:after="0"/>
              <w:jc w:val="left"/>
            </w:pPr>
            <w:r>
              <w:rPr>
                <w:sz w:val="16"/>
              </w:rPr>
              <w:t>about 1 in 5 years</w:t>
            </w:r>
          </w:p>
        </w:tc>
        <w:tc>
          <w:tcPr>
            <w:tcW w:type="dxa" w:w="1584"/>
          </w:tcPr>
          <w:p>
            <w:pPr>
              <w:spacing w:after="0"/>
              <w:jc w:val="left"/>
            </w:pPr>
            <w:r>
              <w:rPr>
                <w:sz w:val="16"/>
              </w:rPr>
              <w:t>Likely</w:t>
            </w:r>
          </w:p>
        </w:tc>
        <w:tc>
          <w:tcPr>
            <w:tcW w:type="dxa" w:w="1725"/>
          </w:tcPr>
          <w:p>
            <w:pPr>
              <w:spacing w:after="0"/>
              <w:jc w:val="left"/>
            </w:pPr>
            <w:r>
              <w:rPr>
                <w:sz w:val="16"/>
              </w:rPr>
              <w:t>FEMA annualized frequency (modeled)</w:t>
            </w:r>
          </w:p>
        </w:tc>
        <w:tc>
          <w:tcPr>
            <w:tcW w:type="dxa" w:w="1514"/>
          </w:tcPr>
          <w:p>
            <w:pPr>
              <w:spacing w:after="0"/>
              <w:jc w:val="right"/>
            </w:pPr>
            <w:r>
              <w:rPr>
                <w:sz w:val="16"/>
              </w:rPr>
              <w:t>42</w:t>
            </w:r>
          </w:p>
        </w:tc>
        <w:tc>
          <w:tcPr>
            <w:tcW w:type="dxa" w:w="1478"/>
          </w:tcPr>
          <w:p>
            <w:pPr>
              <w:spacing w:after="0"/>
              <w:jc w:val="left"/>
            </w:pPr>
            <w:r>
              <w:rPr>
                <w:sz w:val="16"/>
              </w:rPr>
              <w:t>1851 to 2024 (Atlantic)</w:t>
            </w:r>
          </w:p>
        </w:tc>
        <w:tc>
          <w:tcPr>
            <w:tcW w:type="dxa" w:w="1037"/>
          </w:tcPr>
          <w:p>
            <w:pPr>
              <w:spacing w:after="0"/>
              <w:jc w:val="left"/>
            </w:pPr>
            <w:r>
              <w:rPr>
                <w:sz w:val="16"/>
              </w:rPr>
              <w:t>see B1-f</w:t>
            </w:r>
          </w:p>
        </w:tc>
        <w:tc>
          <w:tcPr>
            <w:tcW w:type="dxa" w:w="1510"/>
          </w:tcPr>
          <w:p>
            <w:pPr>
              <w:spacing w:after="0"/>
              <w:jc w:val="left"/>
            </w:pPr>
            <w:r>
              <w:rPr>
                <w:sz w:val="16"/>
              </w:rPr>
              <w:t>NRI counts hurricane and tropical storm tracks passing within storm-force wind range; federal declarations are in B1-d.</w:t>
            </w:r>
          </w:p>
        </w:tc>
      </w:tr>
      <w:tr>
        <w:trPr>
          <w:cantSplit/>
        </w:trPr>
        <w:tc>
          <w:tcPr>
            <w:tcW w:type="dxa" w:w="1054"/>
          </w:tcPr>
          <w:p>
            <w:pPr>
              <w:spacing w:after="0"/>
              <w:jc w:val="left"/>
            </w:pPr>
            <w:r>
              <w:rPr>
                <w:sz w:val="16"/>
              </w:rPr>
              <w:t>Inland Flooding</w:t>
            </w:r>
          </w:p>
        </w:tc>
        <w:tc>
          <w:tcPr>
            <w:tcW w:type="dxa" w:w="1231"/>
          </w:tcPr>
          <w:p>
            <w:pPr>
              <w:spacing w:after="0"/>
              <w:jc w:val="right"/>
            </w:pPr>
            <w:r>
              <w:rPr>
                <w:sz w:val="16"/>
              </w:rPr>
              <w:t>0.286</w:t>
            </w:r>
          </w:p>
        </w:tc>
        <w:tc>
          <w:tcPr>
            <w:tcW w:type="dxa" w:w="1432"/>
          </w:tcPr>
          <w:p>
            <w:pPr>
              <w:spacing w:after="0"/>
              <w:jc w:val="left"/>
            </w:pPr>
            <w:r>
              <w:rPr>
                <w:sz w:val="16"/>
              </w:rPr>
              <w:t>event-days per year</w:t>
            </w:r>
          </w:p>
        </w:tc>
        <w:tc>
          <w:tcPr>
            <w:tcW w:type="dxa" w:w="1547"/>
          </w:tcPr>
          <w:p>
            <w:pPr>
              <w:spacing w:after="0"/>
              <w:jc w:val="left"/>
            </w:pPr>
            <w:r>
              <w:rPr>
                <w:sz w:val="16"/>
              </w:rPr>
              <w:t>about 0.286 days per year</w:t>
            </w:r>
          </w:p>
        </w:tc>
        <w:tc>
          <w:tcPr>
            <w:tcW w:type="dxa" w:w="1584"/>
          </w:tcPr>
          <w:p>
            <w:pPr>
              <w:spacing w:after="0"/>
              <w:jc w:val="left"/>
            </w:pPr>
            <w:r>
              <w:rPr>
                <w:sz w:val="16"/>
              </w:rPr>
              <w:t>Likely (from Storm Events: 16 of 30 years)</w:t>
            </w:r>
          </w:p>
        </w:tc>
        <w:tc>
          <w:tcPr>
            <w:tcW w:type="dxa" w:w="1725"/>
          </w:tcPr>
          <w:p>
            <w:pPr>
              <w:spacing w:after="0"/>
              <w:jc w:val="left"/>
            </w:pPr>
            <w:r>
              <w:rPr>
                <w:sz w:val="16"/>
              </w:rPr>
              <w:t>event-days in 16 of 30 years, 1996 to 2025 (53.3%)</w:t>
            </w:r>
          </w:p>
        </w:tc>
        <w:tc>
          <w:tcPr>
            <w:tcW w:type="dxa" w:w="1514"/>
          </w:tcPr>
          <w:p>
            <w:pPr>
              <w:spacing w:after="0"/>
              <w:jc w:val="right"/>
            </w:pPr>
            <w:r>
              <w:rPr>
                <w:sz w:val="16"/>
              </w:rPr>
              <w:t>8</w:t>
            </w:r>
          </w:p>
        </w:tc>
        <w:tc>
          <w:tcPr>
            <w:tcW w:type="dxa" w:w="1478"/>
          </w:tcPr>
          <w:p>
            <w:pPr>
              <w:spacing w:after="0"/>
              <w:jc w:val="left"/>
            </w:pPr>
            <w:r>
              <w:rPr>
                <w:sz w:val="16"/>
              </w:rPr>
              <w:t>1996 to 2023 (28 years)</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54"/>
          </w:tcPr>
          <w:p>
            <w:pPr>
              <w:spacing w:after="0"/>
              <w:jc w:val="left"/>
            </w:pPr>
            <w:r>
              <w:rPr>
                <w:sz w:val="16"/>
              </w:rPr>
              <w:t>Landslide</w:t>
            </w:r>
          </w:p>
        </w:tc>
        <w:tc>
          <w:tcPr>
            <w:tcW w:type="dxa" w:w="1231"/>
          </w:tcPr>
          <w:p>
            <w:pPr>
              <w:spacing w:after="0"/>
              <w:jc w:val="right"/>
            </w:pPr>
            <w:r>
              <w:rPr>
                <w:sz w:val="16"/>
              </w:rPr>
              <w:t>3.02</w:t>
            </w:r>
          </w:p>
        </w:tc>
        <w:tc>
          <w:tcPr>
            <w:tcW w:type="dxa" w:w="1432"/>
          </w:tcPr>
          <w:p>
            <w:pPr>
              <w:spacing w:after="0"/>
              <w:jc w:val="left"/>
            </w:pPr>
            <w:r>
              <w:rPr>
                <w:sz w:val="16"/>
              </w:rPr>
              <w:t>events per year (modeled)</w:t>
            </w:r>
          </w:p>
        </w:tc>
        <w:tc>
          <w:tcPr>
            <w:tcW w:type="dxa" w:w="1547"/>
          </w:tcPr>
          <w:p>
            <w:pPr>
              <w:spacing w:after="0"/>
              <w:jc w:val="left"/>
            </w:pPr>
            <w:r>
              <w:rPr>
                <w:sz w:val="16"/>
              </w:rPr>
              <w:t>about 3.02 per year</w:t>
            </w:r>
          </w:p>
        </w:tc>
        <w:tc>
          <w:tcPr>
            <w:tcW w:type="dxa" w:w="1584"/>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54"/>
          </w:tcPr>
          <w:p>
            <w:pPr>
              <w:spacing w:after="0"/>
              <w:jc w:val="left"/>
            </w:pPr>
            <w:r>
              <w:rPr>
                <w:sz w:val="16"/>
              </w:rPr>
              <w:t>Lightning</w:t>
            </w:r>
          </w:p>
        </w:tc>
        <w:tc>
          <w:tcPr>
            <w:tcW w:type="dxa" w:w="1231"/>
          </w:tcPr>
          <w:p>
            <w:pPr>
              <w:spacing w:after="0"/>
              <w:jc w:val="right"/>
            </w:pPr>
            <w:r>
              <w:rPr>
                <w:sz w:val="16"/>
              </w:rPr>
              <w:t>66.9</w:t>
            </w:r>
          </w:p>
        </w:tc>
        <w:tc>
          <w:tcPr>
            <w:tcW w:type="dxa" w:w="1432"/>
          </w:tcPr>
          <w:p>
            <w:pPr>
              <w:spacing w:after="0"/>
              <w:jc w:val="left"/>
            </w:pPr>
            <w:r>
              <w:rPr>
                <w:sz w:val="16"/>
              </w:rPr>
              <w:t>days per year with a strike</w:t>
            </w:r>
          </w:p>
        </w:tc>
        <w:tc>
          <w:tcPr>
            <w:tcW w:type="dxa" w:w="1547"/>
          </w:tcPr>
          <w:p>
            <w:pPr>
              <w:spacing w:after="0"/>
              <w:jc w:val="left"/>
            </w:pPr>
            <w:r>
              <w:rPr>
                <w:sz w:val="16"/>
              </w:rPr>
              <w:t>about 66.9 days per year</w:t>
            </w:r>
          </w:p>
        </w:tc>
        <w:tc>
          <w:tcPr>
            <w:tcW w:type="dxa" w:w="1584"/>
          </w:tcPr>
          <w:p>
            <w:pPr>
              <w:spacing w:after="0"/>
              <w:jc w:val="left"/>
            </w:pPr>
            <w:r>
              <w:rPr>
                <w:sz w:val="16"/>
              </w:rPr>
              <w:t>Highly 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1995 to 2023 (29 years; CONUS)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54"/>
          </w:tcPr>
          <w:p>
            <w:pPr>
              <w:spacing w:after="0"/>
              <w:jc w:val="left"/>
            </w:pPr>
            <w:r>
              <w:rPr>
                <w:sz w:val="16"/>
              </w:rPr>
              <w:t>Strong Wind</w:t>
            </w:r>
          </w:p>
        </w:tc>
        <w:tc>
          <w:tcPr>
            <w:tcW w:type="dxa" w:w="1231"/>
          </w:tcPr>
          <w:p>
            <w:pPr>
              <w:spacing w:after="0"/>
              <w:jc w:val="right"/>
            </w:pPr>
            <w:r>
              <w:rPr>
                <w:sz w:val="16"/>
              </w:rPr>
              <w:t>0.00498</w:t>
            </w:r>
          </w:p>
        </w:tc>
        <w:tc>
          <w:tcPr>
            <w:tcW w:type="dxa" w:w="1432"/>
          </w:tcPr>
          <w:p>
            <w:pPr>
              <w:spacing w:after="0"/>
              <w:jc w:val="left"/>
            </w:pPr>
            <w:r>
              <w:rPr>
                <w:sz w:val="16"/>
              </w:rPr>
              <w:t>events per year</w:t>
            </w:r>
          </w:p>
        </w:tc>
        <w:tc>
          <w:tcPr>
            <w:tcW w:type="dxa" w:w="1547"/>
          </w:tcPr>
          <w:p>
            <w:pPr>
              <w:spacing w:after="0"/>
              <w:jc w:val="left"/>
            </w:pPr>
            <w:r>
              <w:rPr>
                <w:sz w:val="16"/>
              </w:rPr>
              <w:t>about 1 in 201 years</w:t>
            </w:r>
          </w:p>
        </w:tc>
        <w:tc>
          <w:tcPr>
            <w:tcW w:type="dxa" w:w="1584"/>
          </w:tcPr>
          <w:p>
            <w:pPr>
              <w:spacing w:after="0"/>
              <w:jc w:val="left"/>
            </w:pPr>
            <w:r>
              <w:rPr>
                <w:sz w:val="16"/>
              </w:rPr>
              <w:t>Unlikely</w:t>
            </w:r>
          </w:p>
        </w:tc>
        <w:tc>
          <w:tcPr>
            <w:tcW w:type="dxa" w:w="1725"/>
          </w:tcPr>
          <w:p>
            <w:pPr>
              <w:spacing w:after="0"/>
              <w:jc w:val="left"/>
            </w:pPr>
            <w:r>
              <w:rPr>
                <w:sz w:val="16"/>
              </w:rPr>
              <w:t>FEMA annualized frequency (modeled)</w:t>
            </w:r>
          </w:p>
        </w:tc>
        <w:tc>
          <w:tcPr>
            <w:tcW w:type="dxa" w:w="1514"/>
          </w:tcPr>
          <w:p>
            <w:pPr>
              <w:spacing w:after="0"/>
              <w:jc w:val="right"/>
            </w:pPr>
            <w:r>
              <w:rPr>
                <w:sz w:val="16"/>
              </w:rPr>
              <w:t>1</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1510"/>
          </w:tcPr>
          <w:p>
            <w:pPr>
              <w:spacing w:after="0"/>
              <w:jc w:val="left"/>
            </w:pPr>
          </w:p>
        </w:tc>
      </w:tr>
      <w:tr>
        <w:trPr>
          <w:cantSplit/>
        </w:trPr>
        <w:tc>
          <w:tcPr>
            <w:tcW w:type="dxa" w:w="1054"/>
          </w:tcPr>
          <w:p>
            <w:pPr>
              <w:spacing w:after="0"/>
              <w:jc w:val="left"/>
            </w:pPr>
            <w:r>
              <w:rPr>
                <w:sz w:val="16"/>
              </w:rPr>
              <w:t>Tornado</w:t>
            </w:r>
          </w:p>
        </w:tc>
        <w:tc>
          <w:tcPr>
            <w:tcW w:type="dxa" w:w="1231"/>
          </w:tcPr>
          <w:p>
            <w:pPr>
              <w:spacing w:after="0"/>
              <w:jc w:val="right"/>
            </w:pPr>
            <w:r>
              <w:rPr>
                <w:sz w:val="16"/>
              </w:rPr>
              <w:t>0.000607</w:t>
            </w:r>
          </w:p>
        </w:tc>
        <w:tc>
          <w:tcPr>
            <w:tcW w:type="dxa" w:w="1432"/>
          </w:tcPr>
          <w:p>
            <w:pPr>
              <w:spacing w:after="0"/>
              <w:jc w:val="left"/>
            </w:pPr>
            <w:r>
              <w:rPr>
                <w:sz w:val="16"/>
              </w:rPr>
              <w:t>events per year</w:t>
            </w:r>
          </w:p>
        </w:tc>
        <w:tc>
          <w:tcPr>
            <w:tcW w:type="dxa" w:w="1547"/>
          </w:tcPr>
          <w:p>
            <w:pPr>
              <w:spacing w:after="0"/>
              <w:jc w:val="left"/>
            </w:pPr>
            <w:r>
              <w:rPr>
                <w:sz w:val="16"/>
              </w:rPr>
              <w:t>about 1 in 1,648 years</w:t>
            </w:r>
          </w:p>
        </w:tc>
        <w:tc>
          <w:tcPr>
            <w:tcW w:type="dxa" w:w="1584"/>
          </w:tcPr>
          <w:p>
            <w:pPr>
              <w:spacing w:after="0"/>
              <w:jc w:val="left"/>
            </w:pPr>
            <w:r>
              <w:rPr>
                <w:sz w:val="16"/>
              </w:rPr>
              <w:t>Unlikely</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1950 to 2023 (EF2+); 1986 to 2023 (EF0-1)</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54"/>
          </w:tcPr>
          <w:p>
            <w:pPr>
              <w:spacing w:after="0"/>
              <w:jc w:val="left"/>
            </w:pPr>
            <w:r>
              <w:rPr>
                <w:sz w:val="16"/>
              </w:rPr>
              <w:t>Tsunami</w:t>
            </w:r>
          </w:p>
        </w:tc>
        <w:tc>
          <w:tcPr>
            <w:tcW w:type="dxa" w:w="1231"/>
          </w:tcPr>
          <w:p>
            <w:pPr>
              <w:spacing w:after="0"/>
              <w:jc w:val="right"/>
            </w:pPr>
            <w:r>
              <w:rPr>
                <w:sz w:val="16"/>
              </w:rPr>
              <w:t>0.054</w:t>
            </w:r>
          </w:p>
        </w:tc>
        <w:tc>
          <w:tcPr>
            <w:tcW w:type="dxa" w:w="1432"/>
          </w:tcPr>
          <w:p>
            <w:pPr>
              <w:spacing w:after="0"/>
              <w:jc w:val="left"/>
            </w:pPr>
            <w:r>
              <w:rPr>
                <w:sz w:val="16"/>
              </w:rPr>
              <w:t>annual probability at the most exposed location (used in place of a county value)</w:t>
            </w:r>
          </w:p>
        </w:tc>
        <w:tc>
          <w:tcPr>
            <w:tcW w:type="dxa" w:w="1547"/>
          </w:tcPr>
          <w:p>
            <w:pPr>
              <w:spacing w:after="0"/>
              <w:jc w:val="left"/>
            </w:pPr>
            <w:r>
              <w:rPr>
                <w:sz w:val="16"/>
              </w:rPr>
              <w:t>chance at the county's most exposed location in a year: 5.4%</w:t>
            </w:r>
          </w:p>
        </w:tc>
        <w:tc>
          <w:tcPr>
            <w:tcW w:type="dxa" w:w="1584"/>
          </w:tcPr>
          <w:p>
            <w:pPr>
              <w:spacing w:after="0"/>
              <w:jc w:val="left"/>
            </w:pPr>
          </w:p>
        </w:tc>
        <w:tc>
          <w:tcPr>
            <w:tcW w:type="dxa" w:w="1725"/>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31"/>
          </w:tcPr>
          <w:p>
            <w:pPr>
              <w:spacing w:after="0"/>
              <w:jc w:val="right"/>
            </w:pPr>
            <w:r>
              <w:rPr>
                <w:sz w:val="16"/>
              </w:rPr>
              <w:t>0.0101</w:t>
            </w:r>
          </w:p>
        </w:tc>
        <w:tc>
          <w:tcPr>
            <w:tcW w:type="dxa" w:w="1432"/>
          </w:tcPr>
          <w:p>
            <w:pPr>
              <w:spacing w:after="0"/>
              <w:jc w:val="left"/>
            </w:pPr>
            <w:r>
              <w:rPr>
                <w:sz w:val="16"/>
              </w:rPr>
              <w:t>annual probability</w:t>
            </w:r>
          </w:p>
        </w:tc>
        <w:tc>
          <w:tcPr>
            <w:tcW w:type="dxa" w:w="1547"/>
          </w:tcPr>
          <w:p>
            <w:pPr>
              <w:spacing w:after="0"/>
              <w:jc w:val="left"/>
            </w:pPr>
            <w:r>
              <w:rPr>
                <w:sz w:val="16"/>
              </w:rPr>
              <w:t>about 1 in 99 years</w:t>
            </w:r>
          </w:p>
        </w:tc>
        <w:tc>
          <w:tcPr>
            <w:tcW w:type="dxa" w:w="1584"/>
          </w:tcPr>
          <w:p>
            <w:pPr>
              <w:spacing w:after="0"/>
              <w:jc w:val="left"/>
            </w:pPr>
            <w:r>
              <w:rPr>
                <w:sz w:val="16"/>
              </w:rPr>
              <w:t>Possible</w:t>
            </w:r>
          </w:p>
        </w:tc>
        <w:tc>
          <w:tcPr>
            <w:tcW w:type="dxa" w:w="1725"/>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p>
        </w:tc>
      </w:tr>
      <w:tr>
        <w:trPr>
          <w:cantSplit/>
        </w:trPr>
        <w:tc>
          <w:tcPr>
            <w:tcW w:type="dxa" w:w="1054"/>
          </w:tcPr>
          <w:p>
            <w:pPr>
              <w:spacing w:after="0"/>
              <w:jc w:val="left"/>
            </w:pPr>
            <w:r>
              <w:rPr>
                <w:sz w:val="16"/>
              </w:rPr>
              <w:t>Wildfire</w:t>
            </w:r>
          </w:p>
        </w:tc>
        <w:tc>
          <w:tcPr>
            <w:tcW w:type="dxa" w:w="1231"/>
          </w:tcPr>
          <w:p>
            <w:pPr>
              <w:spacing w:after="0"/>
              <w:jc w:val="right"/>
            </w:pPr>
          </w:p>
        </w:tc>
        <w:tc>
          <w:tcPr>
            <w:tcW w:type="dxa" w:w="1432"/>
          </w:tcPr>
          <w:p>
            <w:pPr>
              <w:spacing w:after="0"/>
              <w:jc w:val="left"/>
            </w:pPr>
            <w:r>
              <w:rPr>
                <w:sz w:val="16"/>
              </w:rPr>
              <w:t>annual probability at a location</w:t>
            </w:r>
          </w:p>
        </w:tc>
        <w:tc>
          <w:tcPr>
            <w:tcW w:type="dxa" w:w="1547"/>
          </w:tcPr>
          <w:p>
            <w:pPr>
              <w:spacing w:after="0"/>
              <w:jc w:val="left"/>
            </w:pPr>
          </w:p>
        </w:tc>
        <w:tc>
          <w:tcPr>
            <w:tcW w:type="dxa" w:w="1584"/>
          </w:tcPr>
          <w:p>
            <w:pPr>
              <w:spacing w:after="0"/>
              <w:jc w:val="left"/>
            </w:pPr>
            <w:r>
              <w:rPr>
                <w:sz w:val="16"/>
              </w:rPr>
              <w:t>Likely (from Storm Events: 5 of 30 years)</w:t>
            </w:r>
          </w:p>
        </w:tc>
        <w:tc>
          <w:tcPr>
            <w:tcW w:type="dxa" w:w="1725"/>
          </w:tcPr>
          <w:p>
            <w:pPr>
              <w:spacing w:after="0"/>
              <w:jc w:val="left"/>
            </w:pPr>
            <w:r>
              <w:rPr>
                <w:sz w:val="16"/>
              </w:rPr>
              <w:t>Storm Events records in 5 of 30 years, 1996 to 2025 (16.7%)</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510"/>
          </w:tcPr>
          <w:p>
            <w:pPr>
              <w:spacing w:after="0"/>
              <w:jc w:val="left"/>
            </w:pPr>
            <w:r>
              <w:rPr>
                <w:sz w:val="16"/>
              </w:rPr>
              <w:t>Descriptor from Storm Events, not NRI.</w:t>
            </w:r>
          </w:p>
        </w:tc>
      </w:tr>
      <w:tr>
        <w:trPr>
          <w:cantSplit/>
        </w:trPr>
        <w:tc>
          <w:tcPr>
            <w:tcW w:type="dxa" w:w="1054"/>
          </w:tcPr>
          <w:p>
            <w:pPr>
              <w:spacing w:after="0"/>
              <w:jc w:val="left"/>
            </w:pPr>
            <w:r>
              <w:rPr>
                <w:sz w:val="16"/>
              </w:rPr>
              <w:t>Winter Weather</w:t>
            </w:r>
          </w:p>
        </w:tc>
        <w:tc>
          <w:tcPr>
            <w:tcW w:type="dxa" w:w="1231"/>
          </w:tcPr>
          <w:p>
            <w:pPr>
              <w:spacing w:after="0"/>
              <w:jc w:val="right"/>
            </w:pPr>
            <w:r>
              <w:rPr>
                <w:sz w:val="16"/>
              </w:rPr>
              <w:t>0</w:t>
            </w:r>
          </w:p>
        </w:tc>
        <w:tc>
          <w:tcPr>
            <w:tcW w:type="dxa" w:w="1432"/>
          </w:tcPr>
          <w:p>
            <w:pPr>
              <w:spacing w:after="0"/>
              <w:jc w:val="left"/>
            </w:pPr>
            <w:r>
              <w:rPr>
                <w:sz w:val="16"/>
              </w:rPr>
              <w:t>event-days per year</w:t>
            </w:r>
          </w:p>
        </w:tc>
        <w:tc>
          <w:tcPr>
            <w:tcW w:type="dxa" w:w="1547"/>
          </w:tcPr>
          <w:p>
            <w:pPr>
              <w:spacing w:after="0"/>
              <w:jc w:val="left"/>
            </w:pPr>
            <w:r>
              <w:rPr>
                <w:sz w:val="16"/>
              </w:rPr>
              <w:t>none modeled</w:t>
            </w:r>
          </w:p>
        </w:tc>
        <w:tc>
          <w:tcPr>
            <w:tcW w:type="dxa" w:w="1584"/>
          </w:tcPr>
          <w:p>
            <w:pPr>
              <w:spacing w:after="0"/>
              <w:jc w:val="left"/>
            </w:pPr>
          </w:p>
        </w:tc>
        <w:tc>
          <w:tcPr>
            <w:tcW w:type="dxa" w:w="1725"/>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1510"/>
          </w:tcPr>
          <w:p>
            <w:pPr>
              <w:spacing w:after="0"/>
              <w:jc w:val="left"/>
            </w:pPr>
            <w:r>
              <w:rPr>
                <w:sz w:val="16"/>
              </w:rPr>
              <w:t>No Storm Events winter weather record, 1996 to 2025</w:t>
            </w: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Hail</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1, Insufficient Data 2</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3</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3</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84"/>
        <w:gridCol w:w="680"/>
        <w:gridCol w:w="2363"/>
        <w:gridCol w:w="1947"/>
        <w:gridCol w:w="2042"/>
        <w:gridCol w:w="2095"/>
        <w:gridCol w:w="3401"/>
      </w:tblGrid>
      <w:tr>
        <w:trPr>
          <w:cantSplit/>
          <w:tblHeader/>
        </w:trPr>
        <w:tc>
          <w:tcPr>
            <w:tcW w:type="dxa" w:w="15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63"/>
            <w:shd w:val="clear" w:color="auto" w:fill="E8E8E8"/>
          </w:tcPr>
          <w:p>
            <w:pPr>
              <w:spacing w:after="0"/>
              <w:jc w:val="left"/>
            </w:pPr>
            <w:r>
              <w:rPr>
                <w:b/>
                <w:sz w:val="16"/>
              </w:rPr>
              <w:t>Plan status</w:t>
            </w:r>
          </w:p>
        </w:tc>
        <w:tc>
          <w:tcPr>
            <w:tcW w:type="dxa" w:w="19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01"/>
            <w:shd w:val="clear" w:color="auto" w:fill="E8E8E8"/>
          </w:tcPr>
          <w:p>
            <w:pPr>
              <w:spacing w:after="0"/>
              <w:jc w:val="left"/>
            </w:pPr>
            <w:r>
              <w:rPr>
                <w:b/>
                <w:sz w:val="16"/>
              </w:rPr>
              <w:t>Notes</w:t>
            </w:r>
          </w:p>
        </w:tc>
      </w:tr>
      <w:tr>
        <w:trPr>
          <w:cantSplit/>
        </w:trPr>
        <w:tc>
          <w:tcPr>
            <w:tcW w:type="dxa" w:w="1584"/>
          </w:tcPr>
          <w:p>
            <w:pPr>
              <w:spacing w:after="0"/>
              <w:jc w:val="left"/>
            </w:pPr>
            <w:r>
              <w:rPr>
                <w:sz w:val="16"/>
              </w:rPr>
              <w:t>Maunabo Municipio</w:t>
            </w:r>
          </w:p>
        </w:tc>
        <w:tc>
          <w:tcPr>
            <w:tcW w:type="dxa" w:w="680"/>
          </w:tcPr>
          <w:p>
            <w:pPr>
              <w:spacing w:after="0"/>
              <w:jc w:val="left"/>
            </w:pPr>
            <w:r>
              <w:rPr>
                <w:sz w:val="16"/>
              </w:rPr>
              <w:t>County</w:t>
            </w:r>
          </w:p>
        </w:tc>
        <w:tc>
          <w:tcPr>
            <w:tcW w:type="dxa" w:w="2363"/>
          </w:tcPr>
          <w:p>
            <w:pPr>
              <w:spacing w:after="0"/>
              <w:jc w:val="left"/>
            </w:pPr>
            <w:r>
              <w:rPr>
                <w:sz w:val="16"/>
              </w:rPr>
              <w:t>Approved, expires 2026-10-12</w:t>
            </w:r>
          </w:p>
        </w:tc>
        <w:tc>
          <w:tcPr>
            <w:tcW w:type="dxa" w:w="1947"/>
          </w:tcPr>
          <w:p>
            <w:pPr>
              <w:spacing w:after="0"/>
              <w:jc w:val="right"/>
            </w:pPr>
            <w:r>
              <w:rPr>
                <w:sz w:val="16"/>
              </w:rPr>
              <w:t>FMA RL 0, SRL 1; any 3</w:t>
            </w:r>
          </w:p>
        </w:tc>
        <w:tc>
          <w:tcPr>
            <w:tcW w:type="dxa" w:w="2042"/>
          </w:tcPr>
          <w:p>
            <w:pPr>
              <w:spacing w:after="0"/>
              <w:jc w:val="right"/>
            </w:pPr>
            <w:r>
              <w:rPr>
                <w:sz w:val="16"/>
              </w:rPr>
              <w:t>$74,555,812.19</w:t>
            </w:r>
          </w:p>
        </w:tc>
        <w:tc>
          <w:tcPr>
            <w:tcW w:type="dxa" w:w="2095"/>
          </w:tcPr>
          <w:p>
            <w:pPr>
              <w:spacing w:after="0"/>
              <w:jc w:val="right"/>
            </w:pPr>
            <w:r>
              <w:rPr>
                <w:sz w:val="16"/>
              </w:rPr>
              <w:t>0 total; 0 since its plan</w:t>
            </w:r>
          </w:p>
        </w:tc>
        <w:tc>
          <w:tcPr>
            <w:tcW w:type="dxa" w:w="340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6"/>
        <w:gridCol w:w="1394"/>
        <w:gridCol w:w="1135"/>
        <w:gridCol w:w="1044"/>
        <w:gridCol w:w="1037"/>
        <w:gridCol w:w="1126"/>
        <w:gridCol w:w="984"/>
        <w:gridCol w:w="1047"/>
        <w:gridCol w:w="1208"/>
        <w:gridCol w:w="1100"/>
        <w:gridCol w:w="1420"/>
        <w:gridCol w:w="1571"/>
      </w:tblGrid>
      <w:tr>
        <w:trPr>
          <w:cantSplit/>
          <w:tblHeader/>
        </w:trPr>
        <w:tc>
          <w:tcPr>
            <w:tcW w:type="dxa" w:w="1046"/>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2021-10-13</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46"/>
          </w:tcPr>
          <w:p>
            <w:pPr>
              <w:spacing w:after="0"/>
              <w:jc w:val="left"/>
            </w:pPr>
            <w:r>
              <w:rPr>
                <w:sz w:val="16"/>
              </w:rPr>
              <w:t>Coastal Flooding</w:t>
            </w:r>
          </w:p>
        </w:tc>
        <w:tc>
          <w:tcPr>
            <w:tcW w:type="dxa" w:w="1394"/>
          </w:tcPr>
          <w:p>
            <w:pPr>
              <w:spacing w:after="0"/>
              <w:jc w:val="right"/>
            </w:pPr>
            <w:r>
              <w:rPr>
                <w:sz w:val="16"/>
              </w:rPr>
              <w:t>$83,017,839</w:t>
            </w:r>
          </w:p>
        </w:tc>
        <w:tc>
          <w:tcPr>
            <w:tcW w:type="dxa" w:w="1135"/>
          </w:tcPr>
          <w:p>
            <w:pPr>
              <w:spacing w:after="0"/>
              <w:jc w:val="right"/>
            </w:pPr>
            <w:r>
              <w:rPr>
                <w:sz w:val="16"/>
              </w:rPr>
              <w:t>n/a</w:t>
            </w:r>
          </w:p>
        </w:tc>
        <w:tc>
          <w:tcPr>
            <w:tcW w:type="dxa" w:w="1044"/>
          </w:tcPr>
          <w:p>
            <w:pPr>
              <w:spacing w:after="0"/>
              <w:jc w:val="right"/>
            </w:pPr>
            <w:r>
              <w:rPr>
                <w:sz w:val="16"/>
              </w:rPr>
              <w:t>744</w:t>
            </w:r>
          </w:p>
        </w:tc>
        <w:tc>
          <w:tcPr>
            <w:tcW w:type="dxa" w:w="1037"/>
          </w:tcPr>
          <w:p>
            <w:pPr>
              <w:spacing w:after="0"/>
              <w:jc w:val="right"/>
            </w:pPr>
            <w:r>
              <w:rPr>
                <w:sz w:val="16"/>
              </w:rPr>
              <w:t>$328</w:t>
            </w:r>
          </w:p>
        </w:tc>
        <w:tc>
          <w:tcPr>
            <w:tcW w:type="dxa" w:w="1126"/>
          </w:tcPr>
          <w:p>
            <w:pPr>
              <w:spacing w:after="0"/>
              <w:jc w:val="right"/>
            </w:pPr>
            <w:r>
              <w:rPr>
                <w:sz w:val="16"/>
              </w:rPr>
              <w:t>n/a</w:t>
            </w:r>
          </w:p>
        </w:tc>
        <w:tc>
          <w:tcPr>
            <w:tcW w:type="dxa" w:w="984"/>
          </w:tcPr>
          <w:p>
            <w:pPr>
              <w:spacing w:after="0"/>
              <w:jc w:val="right"/>
            </w:pPr>
            <w:r>
              <w:rPr>
                <w:sz w:val="16"/>
              </w:rPr>
              <w:t>$175</w:t>
            </w:r>
          </w:p>
        </w:tc>
        <w:tc>
          <w:tcPr>
            <w:tcW w:type="dxa" w:w="1047"/>
          </w:tcPr>
          <w:p>
            <w:pPr>
              <w:spacing w:after="0"/>
              <w:jc w:val="right"/>
            </w:pPr>
            <w:r>
              <w:rPr>
                <w:sz w:val="16"/>
              </w:rPr>
              <w:t>0.000395%</w:t>
            </w:r>
          </w:p>
        </w:tc>
        <w:tc>
          <w:tcPr>
            <w:tcW w:type="dxa" w:w="1208"/>
          </w:tcPr>
          <w:p>
            <w:pPr>
              <w:spacing w:after="0"/>
              <w:jc w:val="right"/>
            </w:pPr>
          </w:p>
        </w:tc>
        <w:tc>
          <w:tcPr>
            <w:tcW w:type="dxa" w:w="1100"/>
          </w:tcPr>
          <w:p>
            <w:pPr>
              <w:spacing w:after="0"/>
              <w:jc w:val="right"/>
            </w:pPr>
            <w:r>
              <w:rPr>
                <w:sz w:val="16"/>
              </w:rPr>
              <w:t>$4,000</w:t>
            </w:r>
          </w:p>
        </w:tc>
        <w:tc>
          <w:tcPr>
            <w:tcW w:type="dxa" w:w="142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Cold Wave</w:t>
            </w:r>
          </w:p>
        </w:tc>
        <w:tc>
          <w:tcPr>
            <w:tcW w:type="dxa" w:w="1394"/>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4"/>
          </w:tcPr>
          <w:p>
            <w:pPr>
              <w:spacing w:after="0"/>
              <w:jc w:val="right"/>
            </w:pPr>
            <w:r>
              <w:rPr>
                <w:sz w:val="16"/>
              </w:rPr>
              <w:t>$0</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r>
              <w:rPr>
                <w:sz w:val="16"/>
              </w:rPr>
              <w:t>building exposure is 0 in NRI</w:t>
            </w:r>
          </w:p>
        </w:tc>
      </w:tr>
      <w:tr>
        <w:trPr>
          <w:cantSplit/>
        </w:trPr>
        <w:tc>
          <w:tcPr>
            <w:tcW w:type="dxa" w:w="1046"/>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84"/>
          </w:tcPr>
          <w:p>
            <w:pPr>
              <w:spacing w:after="0"/>
              <w:jc w:val="right"/>
            </w:pPr>
            <w:r>
              <w:rPr>
                <w:sz w:val="16"/>
              </w:rPr>
              <w:t>n/a</w:t>
            </w:r>
          </w:p>
        </w:tc>
        <w:tc>
          <w:tcPr>
            <w:tcW w:type="dxa" w:w="1047"/>
          </w:tcPr>
          <w:p>
            <w:pPr>
              <w:spacing w:after="0"/>
              <w:jc w:val="right"/>
            </w:pPr>
          </w:p>
        </w:tc>
        <w:tc>
          <w:tcPr>
            <w:tcW w:type="dxa" w:w="1208"/>
          </w:tcPr>
          <w:p>
            <w:pPr>
              <w:spacing w:after="0"/>
              <w:jc w:val="right"/>
            </w:pPr>
          </w:p>
        </w:tc>
        <w:tc>
          <w:tcPr>
            <w:tcW w:type="dxa" w:w="1100"/>
          </w:tcPr>
          <w:p>
            <w:pPr>
              <w:spacing w:after="0"/>
              <w:jc w:val="right"/>
            </w:pPr>
            <w:r>
              <w:rPr>
                <w:sz w:val="16"/>
              </w:rPr>
              <w:t>$0</w:t>
            </w:r>
          </w:p>
        </w:tc>
        <w:tc>
          <w:tcPr>
            <w:tcW w:type="dxa" w:w="1420"/>
          </w:tcPr>
          <w:p>
            <w:pPr>
              <w:spacing w:after="0"/>
              <w:jc w:val="right"/>
            </w:pPr>
          </w:p>
        </w:tc>
        <w:tc>
          <w:tcPr>
            <w:tcW w:type="dxa" w:w="1571"/>
          </w:tcPr>
          <w:p>
            <w:pPr>
              <w:spacing w:after="0"/>
              <w:jc w:val="left"/>
            </w:pPr>
            <w:r>
              <w:rPr>
                <w:sz w:val="16"/>
              </w:rPr>
              <w:t>agriculture exposure is 0 in NRI</w:t>
            </w:r>
          </w:p>
        </w:tc>
      </w:tr>
      <w:tr>
        <w:trPr>
          <w:cantSplit/>
        </w:trPr>
        <w:tc>
          <w:tcPr>
            <w:tcW w:type="dxa" w:w="1046"/>
          </w:tcPr>
          <w:p>
            <w:pPr>
              <w:spacing w:after="0"/>
              <w:jc w:val="left"/>
            </w:pPr>
            <w:r>
              <w:rPr>
                <w:sz w:val="16"/>
              </w:rPr>
              <w:t>Earthquake</w:t>
            </w:r>
          </w:p>
        </w:tc>
        <w:tc>
          <w:tcPr>
            <w:tcW w:type="dxa" w:w="1394"/>
          </w:tcPr>
          <w:p>
            <w:pPr>
              <w:spacing w:after="0"/>
              <w:jc w:val="right"/>
            </w:pPr>
            <w:r>
              <w:rPr>
                <w:sz w:val="16"/>
              </w:rPr>
              <w:t>$1,947,604,845</w:t>
            </w:r>
          </w:p>
        </w:tc>
        <w:tc>
          <w:tcPr>
            <w:tcW w:type="dxa" w:w="1135"/>
          </w:tcPr>
          <w:p>
            <w:pPr>
              <w:spacing w:after="0"/>
              <w:jc w:val="right"/>
            </w:pPr>
            <w:r>
              <w:rPr>
                <w:sz w:val="16"/>
              </w:rPr>
              <w:t>n/a</w:t>
            </w:r>
          </w:p>
        </w:tc>
        <w:tc>
          <w:tcPr>
            <w:tcW w:type="dxa" w:w="1044"/>
          </w:tcPr>
          <w:p>
            <w:pPr>
              <w:spacing w:after="0"/>
              <w:jc w:val="right"/>
            </w:pPr>
            <w:r>
              <w:rPr>
                <w:sz w:val="16"/>
              </w:rPr>
              <w:t>10,589</w:t>
            </w:r>
          </w:p>
        </w:tc>
        <w:tc>
          <w:tcPr>
            <w:tcW w:type="dxa" w:w="1037"/>
          </w:tcPr>
          <w:p>
            <w:pPr>
              <w:spacing w:after="0"/>
              <w:jc w:val="right"/>
            </w:pPr>
            <w:r>
              <w:rPr>
                <w:sz w:val="16"/>
              </w:rPr>
              <w:t>$757,638</w:t>
            </w:r>
          </w:p>
        </w:tc>
        <w:tc>
          <w:tcPr>
            <w:tcW w:type="dxa" w:w="1126"/>
          </w:tcPr>
          <w:p>
            <w:pPr>
              <w:spacing w:after="0"/>
              <w:jc w:val="right"/>
            </w:pPr>
            <w:r>
              <w:rPr>
                <w:sz w:val="16"/>
              </w:rPr>
              <w:t>n/a</w:t>
            </w:r>
          </w:p>
        </w:tc>
        <w:tc>
          <w:tcPr>
            <w:tcW w:type="dxa" w:w="984"/>
          </w:tcPr>
          <w:p>
            <w:pPr>
              <w:spacing w:after="0"/>
              <w:jc w:val="right"/>
            </w:pPr>
            <w:r>
              <w:rPr>
                <w:sz w:val="16"/>
              </w:rPr>
              <w:t>$884,356</w:t>
            </w:r>
          </w:p>
        </w:tc>
        <w:tc>
          <w:tcPr>
            <w:tcW w:type="dxa" w:w="1047"/>
          </w:tcPr>
          <w:p>
            <w:pPr>
              <w:spacing w:after="0"/>
              <w:jc w:val="right"/>
            </w:pPr>
            <w:r>
              <w:rPr>
                <w:sz w:val="16"/>
              </w:rPr>
              <w:t>0.0389%</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Hail</w:t>
            </w:r>
          </w:p>
        </w:tc>
        <w:tc>
          <w:tcPr>
            <w:tcW w:type="dxa" w:w="1394"/>
          </w:tcPr>
          <w:p>
            <w:pPr>
              <w:spacing w:after="0"/>
              <w:jc w:val="right"/>
            </w:pPr>
            <w:r>
              <w:rPr>
                <w:sz w:val="16"/>
              </w:rPr>
              <w:t>$1,267,701,380</w:t>
            </w:r>
          </w:p>
        </w:tc>
        <w:tc>
          <w:tcPr>
            <w:tcW w:type="dxa" w:w="1135"/>
          </w:tcPr>
          <w:p>
            <w:pPr>
              <w:spacing w:after="0"/>
              <w:jc w:val="right"/>
            </w:pPr>
            <w:r>
              <w:rPr>
                <w:sz w:val="16"/>
              </w:rPr>
              <w:t>$0</w:t>
            </w:r>
          </w:p>
        </w:tc>
        <w:tc>
          <w:tcPr>
            <w:tcW w:type="dxa" w:w="1044"/>
          </w:tcPr>
          <w:p>
            <w:pPr>
              <w:spacing w:after="0"/>
              <w:jc w:val="right"/>
            </w:pPr>
            <w:r>
              <w:rPr>
                <w:sz w:val="16"/>
              </w:rPr>
              <w:t>10,555</w:t>
            </w:r>
          </w:p>
        </w:tc>
        <w:tc>
          <w:tcPr>
            <w:tcW w:type="dxa" w:w="1037"/>
          </w:tcPr>
          <w:p>
            <w:pPr>
              <w:spacing w:after="0"/>
              <w:jc w:val="right"/>
            </w:pPr>
            <w:r>
              <w:rPr>
                <w:sz w:val="16"/>
              </w:rPr>
              <w:t>$13</w:t>
            </w:r>
          </w:p>
        </w:tc>
        <w:tc>
          <w:tcPr>
            <w:tcW w:type="dxa" w:w="1126"/>
          </w:tcPr>
          <w:p>
            <w:pPr>
              <w:spacing w:after="0"/>
              <w:jc w:val="right"/>
            </w:pPr>
            <w:r>
              <w:rPr>
                <w:sz w:val="16"/>
              </w:rPr>
              <w:t>$0</w:t>
            </w:r>
          </w:p>
        </w:tc>
        <w:tc>
          <w:tcPr>
            <w:tcW w:type="dxa" w:w="984"/>
          </w:tcPr>
          <w:p>
            <w:pPr>
              <w:spacing w:after="0"/>
              <w:jc w:val="right"/>
            </w:pPr>
            <w:r>
              <w:rPr>
                <w:sz w:val="16"/>
              </w:rPr>
              <w:t>$130</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Heat Wave</w:t>
            </w:r>
          </w:p>
        </w:tc>
        <w:tc>
          <w:tcPr>
            <w:tcW w:type="dxa" w:w="1394"/>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4"/>
          </w:tcPr>
          <w:p>
            <w:pPr>
              <w:spacing w:after="0"/>
              <w:jc w:val="right"/>
            </w:pPr>
            <w:r>
              <w:rPr>
                <w:sz w:val="16"/>
              </w:rPr>
              <w:t>$0</w:t>
            </w:r>
          </w:p>
        </w:tc>
        <w:tc>
          <w:tcPr>
            <w:tcW w:type="dxa" w:w="1047"/>
          </w:tcPr>
          <w:p>
            <w:pPr>
              <w:spacing w:after="0"/>
              <w:jc w:val="right"/>
            </w:pPr>
          </w:p>
        </w:tc>
        <w:tc>
          <w:tcPr>
            <w:tcW w:type="dxa" w:w="1208"/>
          </w:tcPr>
          <w:p>
            <w:pPr>
              <w:spacing w:after="0"/>
              <w:jc w:val="right"/>
            </w:pPr>
          </w:p>
        </w:tc>
        <w:tc>
          <w:tcPr>
            <w:tcW w:type="dxa" w:w="1100"/>
          </w:tcPr>
          <w:p>
            <w:pPr>
              <w:spacing w:after="0"/>
              <w:jc w:val="right"/>
            </w:pPr>
            <w:r>
              <w:rPr>
                <w:sz w:val="16"/>
              </w:rPr>
              <w:t>$0</w:t>
            </w:r>
          </w:p>
        </w:tc>
        <w:tc>
          <w:tcPr>
            <w:tcW w:type="dxa" w:w="1420"/>
          </w:tcPr>
          <w:p>
            <w:pPr>
              <w:spacing w:after="0"/>
              <w:jc w:val="right"/>
            </w:pPr>
          </w:p>
        </w:tc>
        <w:tc>
          <w:tcPr>
            <w:tcW w:type="dxa" w:w="1571"/>
          </w:tcPr>
          <w:p>
            <w:pPr>
              <w:spacing w:after="0"/>
              <w:jc w:val="left"/>
            </w:pPr>
            <w:r>
              <w:rPr>
                <w:sz w:val="16"/>
              </w:rPr>
              <w:t>building exposure is 0 in NRI</w:t>
            </w:r>
          </w:p>
        </w:tc>
      </w:tr>
      <w:tr>
        <w:trPr>
          <w:cantSplit/>
        </w:trPr>
        <w:tc>
          <w:tcPr>
            <w:tcW w:type="dxa" w:w="1046"/>
          </w:tcPr>
          <w:p>
            <w:pPr>
              <w:spacing w:after="0"/>
              <w:jc w:val="left"/>
            </w:pPr>
            <w:r>
              <w:rPr>
                <w:sz w:val="16"/>
              </w:rPr>
              <w:t>Hurricane</w:t>
            </w:r>
          </w:p>
        </w:tc>
        <w:tc>
          <w:tcPr>
            <w:tcW w:type="dxa" w:w="1394"/>
          </w:tcPr>
          <w:p>
            <w:pPr>
              <w:spacing w:after="0"/>
              <w:jc w:val="right"/>
            </w:pPr>
            <w:r>
              <w:rPr>
                <w:sz w:val="16"/>
              </w:rPr>
              <w:t>$1,267,410,737</w:t>
            </w:r>
          </w:p>
        </w:tc>
        <w:tc>
          <w:tcPr>
            <w:tcW w:type="dxa" w:w="1135"/>
          </w:tcPr>
          <w:p>
            <w:pPr>
              <w:spacing w:after="0"/>
              <w:jc w:val="right"/>
            </w:pPr>
            <w:r>
              <w:rPr>
                <w:sz w:val="16"/>
              </w:rPr>
              <w:t>$0</w:t>
            </w:r>
          </w:p>
        </w:tc>
        <w:tc>
          <w:tcPr>
            <w:tcW w:type="dxa" w:w="1044"/>
          </w:tcPr>
          <w:p>
            <w:pPr>
              <w:spacing w:after="0"/>
              <w:jc w:val="right"/>
            </w:pPr>
            <w:r>
              <w:rPr>
                <w:sz w:val="16"/>
              </w:rPr>
              <w:t>10,552</w:t>
            </w:r>
          </w:p>
        </w:tc>
        <w:tc>
          <w:tcPr>
            <w:tcW w:type="dxa" w:w="1037"/>
          </w:tcPr>
          <w:p>
            <w:pPr>
              <w:spacing w:after="0"/>
              <w:jc w:val="right"/>
            </w:pPr>
            <w:r>
              <w:rPr>
                <w:sz w:val="16"/>
              </w:rPr>
              <w:t>$3,769,322</w:t>
            </w:r>
          </w:p>
        </w:tc>
        <w:tc>
          <w:tcPr>
            <w:tcW w:type="dxa" w:w="1126"/>
          </w:tcPr>
          <w:p>
            <w:pPr>
              <w:spacing w:after="0"/>
              <w:jc w:val="right"/>
            </w:pPr>
            <w:r>
              <w:rPr>
                <w:sz w:val="16"/>
              </w:rPr>
              <w:t>$0</w:t>
            </w:r>
          </w:p>
        </w:tc>
        <w:tc>
          <w:tcPr>
            <w:tcW w:type="dxa" w:w="984"/>
          </w:tcPr>
          <w:p>
            <w:pPr>
              <w:spacing w:after="0"/>
              <w:jc w:val="right"/>
            </w:pPr>
            <w:r>
              <w:rPr>
                <w:sz w:val="16"/>
              </w:rPr>
              <w:t>$326,286</w:t>
            </w:r>
          </w:p>
        </w:tc>
        <w:tc>
          <w:tcPr>
            <w:tcW w:type="dxa" w:w="1047"/>
          </w:tcPr>
          <w:p>
            <w:pPr>
              <w:spacing w:after="0"/>
              <w:jc w:val="right"/>
            </w:pPr>
            <w:r>
              <w:rPr>
                <w:sz w:val="16"/>
              </w:rPr>
              <w:t>0.297%</w:t>
            </w:r>
          </w:p>
        </w:tc>
        <w:tc>
          <w:tcPr>
            <w:tcW w:type="dxa" w:w="1208"/>
          </w:tcPr>
          <w:p>
            <w:pPr>
              <w:spacing w:after="0"/>
              <w:jc w:val="right"/>
            </w:pPr>
          </w:p>
        </w:tc>
        <w:tc>
          <w:tcPr>
            <w:tcW w:type="dxa" w:w="1100"/>
          </w:tcPr>
          <w:p>
            <w:pPr>
              <w:spacing w:after="0"/>
              <w:jc w:val="right"/>
            </w:pPr>
            <w:r>
              <w:rPr>
                <w:sz w:val="16"/>
              </w:rPr>
              <w:t>$0</w:t>
            </w:r>
          </w:p>
        </w:tc>
        <w:tc>
          <w:tcPr>
            <w:tcW w:type="dxa" w:w="1420"/>
          </w:tcPr>
          <w:p>
            <w:pPr>
              <w:spacing w:after="0"/>
              <w:jc w:val="right"/>
            </w:pPr>
            <w:r>
              <w:rPr>
                <w:sz w:val="16"/>
              </w:rPr>
              <w:t>$42,183,702.79</w:t>
            </w:r>
          </w:p>
        </w:tc>
        <w:tc>
          <w:tcPr>
            <w:tcW w:type="dxa" w:w="1571"/>
          </w:tcPr>
          <w:p>
            <w:pPr>
              <w:spacing w:after="0"/>
              <w:jc w:val="left"/>
            </w:pPr>
          </w:p>
        </w:tc>
      </w:tr>
      <w:tr>
        <w:trPr>
          <w:cantSplit/>
        </w:trPr>
        <w:tc>
          <w:tcPr>
            <w:tcW w:type="dxa" w:w="1046"/>
          </w:tcPr>
          <w:p>
            <w:pPr>
              <w:spacing w:after="0"/>
              <w:jc w:val="left"/>
            </w:pPr>
            <w:r>
              <w:rPr>
                <w:sz w:val="16"/>
              </w:rPr>
              <w:t>Inland Flooding</w:t>
            </w:r>
          </w:p>
        </w:tc>
        <w:tc>
          <w:tcPr>
            <w:tcW w:type="dxa" w:w="1394"/>
          </w:tcPr>
          <w:p>
            <w:pPr>
              <w:spacing w:after="0"/>
              <w:jc w:val="right"/>
            </w:pPr>
            <w:r>
              <w:rPr>
                <w:sz w:val="16"/>
              </w:rPr>
              <w:t>$1,265,374,339</w:t>
            </w:r>
          </w:p>
        </w:tc>
        <w:tc>
          <w:tcPr>
            <w:tcW w:type="dxa" w:w="1135"/>
          </w:tcPr>
          <w:p>
            <w:pPr>
              <w:spacing w:after="0"/>
              <w:jc w:val="right"/>
            </w:pPr>
            <w:r>
              <w:rPr>
                <w:sz w:val="16"/>
              </w:rPr>
              <w:t>$0</w:t>
            </w:r>
          </w:p>
        </w:tc>
        <w:tc>
          <w:tcPr>
            <w:tcW w:type="dxa" w:w="1044"/>
          </w:tcPr>
          <w:p>
            <w:pPr>
              <w:spacing w:after="0"/>
              <w:jc w:val="right"/>
            </w:pPr>
            <w:r>
              <w:rPr>
                <w:sz w:val="16"/>
              </w:rPr>
              <w:t>691</w:t>
            </w:r>
          </w:p>
        </w:tc>
        <w:tc>
          <w:tcPr>
            <w:tcW w:type="dxa" w:w="1037"/>
          </w:tcPr>
          <w:p>
            <w:pPr>
              <w:spacing w:after="0"/>
              <w:jc w:val="right"/>
            </w:pPr>
            <w:r>
              <w:rPr>
                <w:sz w:val="16"/>
              </w:rPr>
              <w:t>$562,709</w:t>
            </w:r>
          </w:p>
        </w:tc>
        <w:tc>
          <w:tcPr>
            <w:tcW w:type="dxa" w:w="1126"/>
          </w:tcPr>
          <w:p>
            <w:pPr>
              <w:spacing w:after="0"/>
              <w:jc w:val="right"/>
            </w:pPr>
            <w:r>
              <w:rPr>
                <w:sz w:val="16"/>
              </w:rPr>
              <w:t>$0</w:t>
            </w:r>
          </w:p>
        </w:tc>
        <w:tc>
          <w:tcPr>
            <w:tcW w:type="dxa" w:w="984"/>
          </w:tcPr>
          <w:p>
            <w:pPr>
              <w:spacing w:after="0"/>
              <w:jc w:val="right"/>
            </w:pPr>
            <w:r>
              <w:rPr>
                <w:sz w:val="16"/>
              </w:rPr>
              <w:t>$4,969</w:t>
            </w:r>
          </w:p>
        </w:tc>
        <w:tc>
          <w:tcPr>
            <w:tcW w:type="dxa" w:w="1047"/>
          </w:tcPr>
          <w:p>
            <w:pPr>
              <w:spacing w:after="0"/>
              <w:jc w:val="right"/>
            </w:pPr>
            <w:r>
              <w:rPr>
                <w:sz w:val="16"/>
              </w:rPr>
              <w:t>n/a (see note)</w:t>
            </w:r>
          </w:p>
        </w:tc>
        <w:tc>
          <w:tcPr>
            <w:tcW w:type="dxa" w:w="1208"/>
          </w:tcPr>
          <w:p>
            <w:pPr>
              <w:spacing w:after="0"/>
              <w:jc w:val="right"/>
            </w:pPr>
            <w:r>
              <w:rPr>
                <w:sz w:val="16"/>
              </w:rPr>
              <w:t>$9,400</w:t>
            </w:r>
          </w:p>
        </w:tc>
        <w:tc>
          <w:tcPr>
            <w:tcW w:type="dxa" w:w="1100"/>
          </w:tcPr>
          <w:p>
            <w:pPr>
              <w:spacing w:after="0"/>
              <w:jc w:val="right"/>
            </w:pPr>
          </w:p>
        </w:tc>
        <w:tc>
          <w:tcPr>
            <w:tcW w:type="dxa" w:w="1420"/>
          </w:tcPr>
          <w:p>
            <w:pPr>
              <w:spacing w:after="0"/>
              <w:jc w:val="right"/>
            </w:pPr>
            <w:r>
              <w:rPr>
                <w:sz w:val="16"/>
              </w:rPr>
              <w:t>$1,164,510.93</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6"/>
          </w:tcPr>
          <w:p>
            <w:pPr>
              <w:spacing w:after="0"/>
              <w:jc w:val="left"/>
            </w:pPr>
            <w:r>
              <w:rPr>
                <w:sz w:val="16"/>
              </w:rPr>
              <w:t>Landslide</w:t>
            </w:r>
          </w:p>
        </w:tc>
        <w:tc>
          <w:tcPr>
            <w:tcW w:type="dxa" w:w="1394"/>
          </w:tcPr>
          <w:p>
            <w:pPr>
              <w:spacing w:after="0"/>
              <w:jc w:val="right"/>
            </w:pPr>
            <w:r>
              <w:rPr>
                <w:sz w:val="16"/>
              </w:rPr>
              <w:t>$387,864,937</w:t>
            </w:r>
          </w:p>
        </w:tc>
        <w:tc>
          <w:tcPr>
            <w:tcW w:type="dxa" w:w="1135"/>
          </w:tcPr>
          <w:p>
            <w:pPr>
              <w:spacing w:after="0"/>
              <w:jc w:val="right"/>
            </w:pPr>
            <w:r>
              <w:rPr>
                <w:sz w:val="16"/>
              </w:rPr>
              <w:t>n/a</w:t>
            </w:r>
          </w:p>
        </w:tc>
        <w:tc>
          <w:tcPr>
            <w:tcW w:type="dxa" w:w="1044"/>
          </w:tcPr>
          <w:p>
            <w:pPr>
              <w:spacing w:after="0"/>
              <w:jc w:val="right"/>
            </w:pPr>
            <w:r>
              <w:rPr>
                <w:sz w:val="16"/>
              </w:rPr>
              <w:t>3,396</w:t>
            </w:r>
          </w:p>
        </w:tc>
        <w:tc>
          <w:tcPr>
            <w:tcW w:type="dxa" w:w="1037"/>
          </w:tcPr>
          <w:p>
            <w:pPr>
              <w:spacing w:after="0"/>
              <w:jc w:val="right"/>
            </w:pPr>
            <w:r>
              <w:rPr>
                <w:sz w:val="16"/>
              </w:rPr>
              <w:t>$968,638</w:t>
            </w:r>
          </w:p>
        </w:tc>
        <w:tc>
          <w:tcPr>
            <w:tcW w:type="dxa" w:w="1126"/>
          </w:tcPr>
          <w:p>
            <w:pPr>
              <w:spacing w:after="0"/>
              <w:jc w:val="right"/>
            </w:pPr>
            <w:r>
              <w:rPr>
                <w:sz w:val="16"/>
              </w:rPr>
              <w:t>n/a</w:t>
            </w:r>
          </w:p>
        </w:tc>
        <w:tc>
          <w:tcPr>
            <w:tcW w:type="dxa" w:w="984"/>
          </w:tcPr>
          <w:p>
            <w:pPr>
              <w:spacing w:after="0"/>
              <w:jc w:val="right"/>
            </w:pPr>
            <w:r>
              <w:rPr>
                <w:sz w:val="16"/>
              </w:rPr>
              <w:t>$22,623</w:t>
            </w:r>
          </w:p>
        </w:tc>
        <w:tc>
          <w:tcPr>
            <w:tcW w:type="dxa" w:w="1047"/>
          </w:tcPr>
          <w:p>
            <w:pPr>
              <w:spacing w:after="0"/>
              <w:jc w:val="right"/>
            </w:pPr>
            <w:r>
              <w:rPr>
                <w:sz w:val="16"/>
              </w:rPr>
              <w:t>0.25%</w:t>
            </w:r>
          </w:p>
        </w:tc>
        <w:tc>
          <w:tcPr>
            <w:tcW w:type="dxa" w:w="1208"/>
          </w:tcPr>
          <w:p>
            <w:pPr>
              <w:spacing w:after="0"/>
              <w:jc w:val="right"/>
            </w:pPr>
            <w:r>
              <w:rPr>
                <w:sz w:val="16"/>
              </w:rPr>
              <w:t>$34,900</w:t>
            </w:r>
          </w:p>
        </w:tc>
        <w:tc>
          <w:tcPr>
            <w:tcW w:type="dxa" w:w="1100"/>
          </w:tcPr>
          <w:p>
            <w:pPr>
              <w:spacing w:after="0"/>
              <w:jc w:val="right"/>
            </w:pPr>
          </w:p>
        </w:tc>
        <w:tc>
          <w:tcPr>
            <w:tcW w:type="dxa" w:w="1420"/>
          </w:tcPr>
          <w:p>
            <w:pPr>
              <w:spacing w:after="0"/>
              <w:jc w:val="right"/>
            </w:pPr>
            <w:r>
              <w:rPr>
                <w:sz w:val="16"/>
              </w:rPr>
              <w:t>$1,164,510.93</w:t>
            </w:r>
          </w:p>
        </w:tc>
        <w:tc>
          <w:tcPr>
            <w:tcW w:type="dxa" w:w="1571"/>
          </w:tcPr>
          <w:p>
            <w:pPr>
              <w:spacing w:after="0"/>
              <w:jc w:val="left"/>
            </w:pPr>
          </w:p>
        </w:tc>
      </w:tr>
      <w:tr>
        <w:trPr>
          <w:cantSplit/>
        </w:trPr>
        <w:tc>
          <w:tcPr>
            <w:tcW w:type="dxa" w:w="1046"/>
          </w:tcPr>
          <w:p>
            <w:pPr>
              <w:spacing w:after="0"/>
              <w:jc w:val="left"/>
            </w:pPr>
            <w:r>
              <w:rPr>
                <w:sz w:val="16"/>
              </w:rPr>
              <w:t>Lightning</w:t>
            </w:r>
          </w:p>
        </w:tc>
        <w:tc>
          <w:tcPr>
            <w:tcW w:type="dxa" w:w="1394"/>
          </w:tcPr>
          <w:p>
            <w:pPr>
              <w:spacing w:after="0"/>
              <w:jc w:val="right"/>
            </w:pPr>
            <w:r>
              <w:rPr>
                <w:sz w:val="16"/>
              </w:rPr>
              <w:t>$1,267,701,380</w:t>
            </w:r>
          </w:p>
        </w:tc>
        <w:tc>
          <w:tcPr>
            <w:tcW w:type="dxa" w:w="1135"/>
          </w:tcPr>
          <w:p>
            <w:pPr>
              <w:spacing w:after="0"/>
              <w:jc w:val="right"/>
            </w:pPr>
            <w:r>
              <w:rPr>
                <w:sz w:val="16"/>
              </w:rPr>
              <w:t>n/a</w:t>
            </w:r>
          </w:p>
        </w:tc>
        <w:tc>
          <w:tcPr>
            <w:tcW w:type="dxa" w:w="1044"/>
          </w:tcPr>
          <w:p>
            <w:pPr>
              <w:spacing w:after="0"/>
              <w:jc w:val="right"/>
            </w:pPr>
            <w:r>
              <w:rPr>
                <w:sz w:val="16"/>
              </w:rPr>
              <w:t>10,555</w:t>
            </w:r>
          </w:p>
        </w:tc>
        <w:tc>
          <w:tcPr>
            <w:tcW w:type="dxa" w:w="1037"/>
          </w:tcPr>
          <w:p>
            <w:pPr>
              <w:spacing w:after="0"/>
              <w:jc w:val="right"/>
            </w:pPr>
            <w:r>
              <w:rPr>
                <w:sz w:val="16"/>
              </w:rPr>
              <w:t>$2,479</w:t>
            </w:r>
          </w:p>
        </w:tc>
        <w:tc>
          <w:tcPr>
            <w:tcW w:type="dxa" w:w="1126"/>
          </w:tcPr>
          <w:p>
            <w:pPr>
              <w:spacing w:after="0"/>
              <w:jc w:val="right"/>
            </w:pPr>
            <w:r>
              <w:rPr>
                <w:sz w:val="16"/>
              </w:rPr>
              <w:t>n/a</w:t>
            </w:r>
          </w:p>
        </w:tc>
        <w:tc>
          <w:tcPr>
            <w:tcW w:type="dxa" w:w="984"/>
          </w:tcPr>
          <w:p>
            <w:pPr>
              <w:spacing w:after="0"/>
              <w:jc w:val="right"/>
            </w:pPr>
            <w:r>
              <w:rPr>
                <w:sz w:val="16"/>
              </w:rPr>
              <w:t>$169,914</w:t>
            </w:r>
          </w:p>
        </w:tc>
        <w:tc>
          <w:tcPr>
            <w:tcW w:type="dxa" w:w="1047"/>
          </w:tcPr>
          <w:p>
            <w:pPr>
              <w:spacing w:after="0"/>
              <w:jc w:val="right"/>
            </w:pPr>
            <w:r>
              <w:rPr>
                <w:sz w:val="16"/>
              </w:rPr>
              <w:t>0.000196%</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Strong Wind</w:t>
            </w:r>
          </w:p>
        </w:tc>
        <w:tc>
          <w:tcPr>
            <w:tcW w:type="dxa" w:w="1394"/>
          </w:tcPr>
          <w:p>
            <w:pPr>
              <w:spacing w:after="0"/>
              <w:jc w:val="right"/>
            </w:pPr>
            <w:r>
              <w:rPr>
                <w:sz w:val="16"/>
              </w:rPr>
              <w:t>$1,267,701,380</w:t>
            </w:r>
          </w:p>
        </w:tc>
        <w:tc>
          <w:tcPr>
            <w:tcW w:type="dxa" w:w="1135"/>
          </w:tcPr>
          <w:p>
            <w:pPr>
              <w:spacing w:after="0"/>
              <w:jc w:val="right"/>
            </w:pPr>
            <w:r>
              <w:rPr>
                <w:sz w:val="16"/>
              </w:rPr>
              <w:t>$0</w:t>
            </w:r>
          </w:p>
        </w:tc>
        <w:tc>
          <w:tcPr>
            <w:tcW w:type="dxa" w:w="1044"/>
          </w:tcPr>
          <w:p>
            <w:pPr>
              <w:spacing w:after="0"/>
              <w:jc w:val="right"/>
            </w:pPr>
            <w:r>
              <w:rPr>
                <w:sz w:val="16"/>
              </w:rPr>
              <w:t>10,555</w:t>
            </w:r>
          </w:p>
        </w:tc>
        <w:tc>
          <w:tcPr>
            <w:tcW w:type="dxa" w:w="1037"/>
          </w:tcPr>
          <w:p>
            <w:pPr>
              <w:spacing w:after="0"/>
              <w:jc w:val="right"/>
            </w:pPr>
            <w:r>
              <w:rPr>
                <w:sz w:val="16"/>
              </w:rPr>
              <w:t>$40</w:t>
            </w:r>
          </w:p>
        </w:tc>
        <w:tc>
          <w:tcPr>
            <w:tcW w:type="dxa" w:w="1126"/>
          </w:tcPr>
          <w:p>
            <w:pPr>
              <w:spacing w:after="0"/>
              <w:jc w:val="right"/>
            </w:pPr>
            <w:r>
              <w:rPr>
                <w:sz w:val="16"/>
              </w:rPr>
              <w:t>$0</w:t>
            </w:r>
          </w:p>
        </w:tc>
        <w:tc>
          <w:tcPr>
            <w:tcW w:type="dxa" w:w="984"/>
          </w:tcPr>
          <w:p>
            <w:pPr>
              <w:spacing w:after="0"/>
              <w:jc w:val="right"/>
            </w:pPr>
            <w:r>
              <w:rPr>
                <w:sz w:val="16"/>
              </w:rPr>
              <w:t>$27</w:t>
            </w:r>
          </w:p>
        </w:tc>
        <w:tc>
          <w:tcPr>
            <w:tcW w:type="dxa" w:w="1047"/>
          </w:tcPr>
          <w:p>
            <w:pPr>
              <w:spacing w:after="0"/>
              <w:jc w:val="right"/>
            </w:pPr>
            <w:r>
              <w:rPr>
                <w:sz w:val="16"/>
              </w:rPr>
              <w:t>under 0.0001%</w:t>
            </w:r>
          </w:p>
        </w:tc>
        <w:tc>
          <w:tcPr>
            <w:tcW w:type="dxa" w:w="1208"/>
          </w:tcPr>
          <w:p>
            <w:pPr>
              <w:spacing w:after="0"/>
              <w:jc w:val="right"/>
            </w:pPr>
            <w:r>
              <w:rPr>
                <w:sz w:val="16"/>
              </w:rPr>
              <w:t>$3,200</w:t>
            </w: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Tornado</w:t>
            </w:r>
          </w:p>
        </w:tc>
        <w:tc>
          <w:tcPr>
            <w:tcW w:type="dxa" w:w="1394"/>
          </w:tcPr>
          <w:p>
            <w:pPr>
              <w:spacing w:after="0"/>
              <w:jc w:val="right"/>
            </w:pPr>
            <w:r>
              <w:rPr>
                <w:sz w:val="16"/>
              </w:rPr>
              <w:t>$1,267,701,380</w:t>
            </w:r>
          </w:p>
        </w:tc>
        <w:tc>
          <w:tcPr>
            <w:tcW w:type="dxa" w:w="1135"/>
          </w:tcPr>
          <w:p>
            <w:pPr>
              <w:spacing w:after="0"/>
              <w:jc w:val="right"/>
            </w:pPr>
            <w:r>
              <w:rPr>
                <w:sz w:val="16"/>
              </w:rPr>
              <w:t>$0</w:t>
            </w:r>
          </w:p>
        </w:tc>
        <w:tc>
          <w:tcPr>
            <w:tcW w:type="dxa" w:w="1044"/>
          </w:tcPr>
          <w:p>
            <w:pPr>
              <w:spacing w:after="0"/>
              <w:jc w:val="right"/>
            </w:pPr>
            <w:r>
              <w:rPr>
                <w:sz w:val="16"/>
              </w:rPr>
              <w:t>10,555</w:t>
            </w:r>
          </w:p>
        </w:tc>
        <w:tc>
          <w:tcPr>
            <w:tcW w:type="dxa" w:w="1037"/>
          </w:tcPr>
          <w:p>
            <w:pPr>
              <w:spacing w:after="0"/>
              <w:jc w:val="right"/>
            </w:pPr>
            <w:r>
              <w:rPr>
                <w:sz w:val="16"/>
              </w:rPr>
              <w:t>$978</w:t>
            </w:r>
          </w:p>
        </w:tc>
        <w:tc>
          <w:tcPr>
            <w:tcW w:type="dxa" w:w="1126"/>
          </w:tcPr>
          <w:p>
            <w:pPr>
              <w:spacing w:after="0"/>
              <w:jc w:val="right"/>
            </w:pPr>
            <w:r>
              <w:rPr>
                <w:sz w:val="16"/>
              </w:rPr>
              <w:t>$0</w:t>
            </w:r>
          </w:p>
        </w:tc>
        <w:tc>
          <w:tcPr>
            <w:tcW w:type="dxa" w:w="984"/>
          </w:tcPr>
          <w:p>
            <w:pPr>
              <w:spacing w:after="0"/>
              <w:jc w:val="right"/>
            </w:pPr>
            <w:r>
              <w:rPr>
                <w:sz w:val="16"/>
              </w:rPr>
              <w:t>$1,423</w:t>
            </w:r>
          </w:p>
        </w:tc>
        <w:tc>
          <w:tcPr>
            <w:tcW w:type="dxa" w:w="1047"/>
          </w:tcPr>
          <w:p>
            <w:pPr>
              <w:spacing w:after="0"/>
              <w:jc w:val="right"/>
            </w:pPr>
            <w:r>
              <w:rPr>
                <w:sz w:val="16"/>
              </w:rPr>
              <w:t>under 0.0001%</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Tsunami</w:t>
            </w:r>
          </w:p>
        </w:tc>
        <w:tc>
          <w:tcPr>
            <w:tcW w:type="dxa" w:w="1394"/>
          </w:tcPr>
          <w:p>
            <w:pPr>
              <w:spacing w:after="0"/>
              <w:jc w:val="right"/>
            </w:pPr>
            <w:r>
              <w:rPr>
                <w:sz w:val="16"/>
              </w:rPr>
              <w:t>$0</w:t>
            </w:r>
          </w:p>
        </w:tc>
        <w:tc>
          <w:tcPr>
            <w:tcW w:type="dxa" w:w="1135"/>
          </w:tcPr>
          <w:p>
            <w:pPr>
              <w:spacing w:after="0"/>
              <w:jc w:val="right"/>
            </w:pPr>
            <w:r>
              <w:rPr>
                <w:sz w:val="16"/>
              </w:rPr>
              <w:t>n/a</w:t>
            </w:r>
          </w:p>
        </w:tc>
        <w:tc>
          <w:tcPr>
            <w:tcW w:type="dxa" w:w="1044"/>
          </w:tcPr>
          <w:p>
            <w:pPr>
              <w:spacing w:after="0"/>
              <w:jc w:val="right"/>
            </w:pPr>
            <w:r>
              <w:rPr>
                <w:sz w:val="16"/>
              </w:rPr>
              <w:t>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4"/>
          </w:tcPr>
          <w:p>
            <w:pPr>
              <w:spacing w:after="0"/>
              <w:jc w:val="right"/>
            </w:pPr>
            <w:r>
              <w:rPr>
                <w:sz w:val="16"/>
              </w:rPr>
              <w:t>$0</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r>
              <w:rPr>
                <w:sz w:val="16"/>
              </w:rPr>
              <w:t>building exposure is 0 in NRI</w:t>
            </w:r>
          </w:p>
        </w:tc>
      </w:tr>
      <w:tr>
        <w:trPr>
          <w:cantSplit/>
        </w:trPr>
        <w:tc>
          <w:tcPr>
            <w:tcW w:type="dxa" w:w="1046"/>
          </w:tcPr>
          <w:p>
            <w:pPr>
              <w:spacing w:after="0"/>
              <w:jc w:val="left"/>
            </w:pPr>
            <w:r>
              <w:rPr>
                <w:sz w:val="16"/>
              </w:rPr>
              <w:t>Volcanic Activity</w:t>
            </w:r>
          </w:p>
        </w:tc>
        <w:tc>
          <w:tcPr>
            <w:tcW w:type="dxa" w:w="1394"/>
          </w:tcPr>
          <w:p>
            <w:pPr>
              <w:spacing w:after="0"/>
              <w:jc w:val="right"/>
            </w:pPr>
            <w:r>
              <w:rPr>
                <w:sz w:val="16"/>
              </w:rPr>
              <w:t>$1,267,701,380</w:t>
            </w:r>
          </w:p>
        </w:tc>
        <w:tc>
          <w:tcPr>
            <w:tcW w:type="dxa" w:w="1135"/>
          </w:tcPr>
          <w:p>
            <w:pPr>
              <w:spacing w:after="0"/>
              <w:jc w:val="right"/>
            </w:pPr>
            <w:r>
              <w:rPr>
                <w:sz w:val="16"/>
              </w:rPr>
              <w:t>n/a</w:t>
            </w:r>
          </w:p>
        </w:tc>
        <w:tc>
          <w:tcPr>
            <w:tcW w:type="dxa" w:w="1044"/>
          </w:tcPr>
          <w:p>
            <w:pPr>
              <w:spacing w:after="0"/>
              <w:jc w:val="right"/>
            </w:pPr>
            <w:r>
              <w:rPr>
                <w:sz w:val="16"/>
              </w:rPr>
              <w:t>10,555</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84"/>
          </w:tcPr>
          <w:p>
            <w:pPr>
              <w:spacing w:after="0"/>
              <w:jc w:val="right"/>
            </w:pPr>
            <w:r>
              <w:rPr>
                <w:sz w:val="16"/>
              </w:rPr>
              <w:t>$0</w:t>
            </w:r>
          </w:p>
        </w:tc>
        <w:tc>
          <w:tcPr>
            <w:tcW w:type="dxa" w:w="1047"/>
          </w:tcPr>
          <w:p>
            <w:pPr>
              <w:spacing w:after="0"/>
              <w:jc w:val="right"/>
            </w:pPr>
            <w:r>
              <w:rPr>
                <w:sz w:val="16"/>
              </w:rPr>
              <w:t>0%</w:t>
            </w: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p>
        </w:tc>
      </w:tr>
      <w:tr>
        <w:trPr>
          <w:cantSplit/>
        </w:trPr>
        <w:tc>
          <w:tcPr>
            <w:tcW w:type="dxa" w:w="1046"/>
          </w:tcPr>
          <w:p>
            <w:pPr>
              <w:spacing w:after="0"/>
              <w:jc w:val="left"/>
            </w:pPr>
            <w:r>
              <w:rPr>
                <w:sz w:val="16"/>
              </w:rPr>
              <w:t>Wildfire</w:t>
            </w:r>
          </w:p>
        </w:tc>
        <w:tc>
          <w:tcPr>
            <w:tcW w:type="dxa" w:w="1394"/>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84"/>
          </w:tcPr>
          <w:p>
            <w:pPr>
              <w:spacing w:after="0"/>
              <w:jc w:val="right"/>
            </w:pPr>
            <w:r>
              <w:rPr>
                <w:sz w:val="16"/>
              </w:rPr>
              <w:t>n/a</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r>
              <w:rPr>
                <w:sz w:val="16"/>
              </w:rPr>
              <w:t>NRI publishes no building exposure for this county</w:t>
            </w:r>
          </w:p>
        </w:tc>
      </w:tr>
      <w:tr>
        <w:trPr>
          <w:cantSplit/>
        </w:trPr>
        <w:tc>
          <w:tcPr>
            <w:tcW w:type="dxa" w:w="1046"/>
          </w:tcPr>
          <w:p>
            <w:pPr>
              <w:spacing w:after="0"/>
              <w:jc w:val="left"/>
            </w:pPr>
            <w:r>
              <w:rPr>
                <w:sz w:val="16"/>
              </w:rPr>
              <w:t>Winter Weather</w:t>
            </w:r>
          </w:p>
        </w:tc>
        <w:tc>
          <w:tcPr>
            <w:tcW w:type="dxa" w:w="1394"/>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4"/>
          </w:tcPr>
          <w:p>
            <w:pPr>
              <w:spacing w:after="0"/>
              <w:jc w:val="right"/>
            </w:pPr>
            <w:r>
              <w:rPr>
                <w:sz w:val="16"/>
              </w:rPr>
              <w:t>$0</w:t>
            </w:r>
          </w:p>
        </w:tc>
        <w:tc>
          <w:tcPr>
            <w:tcW w:type="dxa" w:w="1047"/>
          </w:tcPr>
          <w:p>
            <w:pPr>
              <w:spacing w:after="0"/>
              <w:jc w:val="right"/>
            </w:pPr>
          </w:p>
        </w:tc>
        <w:tc>
          <w:tcPr>
            <w:tcW w:type="dxa" w:w="1208"/>
          </w:tcPr>
          <w:p>
            <w:pPr>
              <w:spacing w:after="0"/>
              <w:jc w:val="right"/>
            </w:pPr>
          </w:p>
        </w:tc>
        <w:tc>
          <w:tcPr>
            <w:tcW w:type="dxa" w:w="1100"/>
          </w:tcPr>
          <w:p>
            <w:pPr>
              <w:spacing w:after="0"/>
              <w:jc w:val="right"/>
            </w:pPr>
          </w:p>
        </w:tc>
        <w:tc>
          <w:tcPr>
            <w:tcW w:type="dxa" w:w="1420"/>
          </w:tcPr>
          <w:p>
            <w:pPr>
              <w:spacing w:after="0"/>
              <w:jc w:val="right"/>
            </w:pPr>
          </w:p>
        </w:tc>
        <w:tc>
          <w:tcPr>
            <w:tcW w:type="dxa" w:w="1571"/>
          </w:tcPr>
          <w:p>
            <w:pPr>
              <w:spacing w:after="0"/>
              <w:jc w:val="left"/>
            </w:pPr>
            <w:r>
              <w:rPr>
                <w:sz w:val="16"/>
              </w:rPr>
              <w:t>building exposure is 0 in NRI</w:t>
            </w:r>
          </w:p>
        </w:tc>
      </w:tr>
    </w:tbl>
    <w:p>
      <w:pPr>
        <w:spacing w:after="40" w:before="60"/>
      </w:pPr>
      <w:r>
        <w:rPr>
          <w:sz w:val="15"/>
        </w:rPr>
        <w:t>Totals since 2021-10-13 (Storm Events through 2026-06-30): 10 county-coded records, 10 with a damage value recorded (including $0), $47,500; 18 zone-level records, 18 with a damage value recorded (including $0), $4,000 reported for the zone; Public Assistance: $42,183,702.79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10,555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$1,267,701,380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$6,062,145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$1,409,902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Commonwealth of Puerto Rico</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54</w:t>
            </w:r>
          </w:p>
        </w:tc>
        <w:tc>
          <w:tcPr>
            <w:tcW w:type="dxa" w:w="1336"/>
          </w:tcPr>
          <w:p>
            <w:pPr>
              <w:spacing w:after="0"/>
              <w:jc w:val="right"/>
            </w:pPr>
            <w:r>
              <w:rPr>
                <w:sz w:val="16"/>
              </w:rPr>
              <w:t>165</w:t>
            </w:r>
          </w:p>
        </w:tc>
        <w:tc>
          <w:tcPr>
            <w:tcW w:type="dxa" w:w="1336"/>
          </w:tcPr>
          <w:p>
            <w:pPr>
              <w:spacing w:after="0"/>
              <w:jc w:val="right"/>
            </w:pPr>
            <w:r>
              <w:rPr>
                <w:sz w:val="16"/>
              </w:rPr>
              <w:t>1,572</w:t>
            </w:r>
          </w:p>
        </w:tc>
        <w:tc>
          <w:tcPr>
            <w:tcW w:type="dxa" w:w="1336"/>
          </w:tcPr>
          <w:p>
            <w:pPr>
              <w:spacing w:after="0"/>
              <w:jc w:val="right"/>
            </w:pPr>
            <w:r>
              <w:rPr>
                <w:sz w:val="16"/>
              </w:rPr>
              <w:t>158</w:t>
            </w:r>
          </w:p>
        </w:tc>
        <w:tc>
          <w:tcPr>
            <w:tcW w:type="dxa" w:w="1336"/>
          </w:tcPr>
          <w:p>
            <w:pPr>
              <w:spacing w:after="0"/>
              <w:jc w:val="right"/>
            </w:pPr>
            <w:r>
              <w:rPr>
                <w:sz w:val="16"/>
              </w:rPr>
              <w:t>1,574</w:t>
            </w:r>
          </w:p>
        </w:tc>
        <w:tc>
          <w:tcPr>
            <w:tcW w:type="dxa" w:w="1336"/>
          </w:tcPr>
          <w:p>
            <w:pPr>
              <w:spacing w:after="0"/>
              <w:jc w:val="right"/>
            </w:pPr>
            <w:r>
              <w:rPr>
                <w:sz w:val="16"/>
              </w:rPr>
              <w:t>0</w:t>
            </w:r>
          </w:p>
        </w:tc>
        <w:tc>
          <w:tcPr>
            <w:tcW w:type="dxa" w:w="1487"/>
          </w:tcPr>
          <w:p>
            <w:pPr>
              <w:spacing w:after="0"/>
              <w:jc w:val="right"/>
            </w:pPr>
            <w:r>
              <w:rPr>
                <w:sz w:val="16"/>
              </w:rPr>
              <w:t>38</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Jurisdiction</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Maunabo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1</w:t>
            </w:r>
          </w:p>
        </w:tc>
        <w:tc>
          <w:tcPr>
            <w:tcW w:type="dxa" w:w="1004"/>
          </w:tcPr>
          <w:p>
            <w:pPr>
              <w:spacing w:after="0"/>
              <w:jc w:val="right"/>
            </w:pPr>
            <w:r>
              <w:rPr>
                <w:sz w:val="16"/>
              </w:rPr>
              <w:t>3</w:t>
            </w:r>
          </w:p>
        </w:tc>
        <w:tc>
          <w:tcPr>
            <w:tcW w:type="dxa" w:w="1004"/>
          </w:tcPr>
          <w:p>
            <w:pPr>
              <w:spacing w:after="0"/>
              <w:jc w:val="right"/>
            </w:pPr>
            <w:r>
              <w:rPr>
                <w:sz w:val="16"/>
              </w:rPr>
              <w:t>1</w:t>
            </w:r>
          </w:p>
        </w:tc>
        <w:tc>
          <w:tcPr>
            <w:tcW w:type="dxa" w:w="1004"/>
          </w:tcPr>
          <w:p>
            <w:pPr>
              <w:spacing w:after="0"/>
              <w:jc w:val="right"/>
            </w:pPr>
            <w:r>
              <w:rPr>
                <w:sz w:val="16"/>
              </w:rPr>
              <w:t>3</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Maunabo Municipio, PR: risk-assessment baseline packet, release 2026-10 (data as of 2026-09-30; County FIPS 72095). Automated baseline. </w:t>
      </w:r>
      <w:hyperlink r:id="rId15">
        <w:r>
          <w:rPr>
            <w:color w:val="1F4E99"/>
            <w:sz w:val="17"/>
            <w:u w:val="single"/>
          </w:rPr>
          <w:t>https://hazardplain.org/pr/72095/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Maunabo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Maunabo Municipio, PR: Risk-assessment baseline packet</dc:title>
  <dc:subject>Hazard Plain release 2026-10, as of 2026-09-30. Automated baseline</dc:subject>
  <dc:creator>Hazard Plain</dc:creator>
  <cp:keywords>Hazard Plain; hazard mitigation; risk assessment; 72095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