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Luquillo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2026-06-30. Plan: Luquillo 2021 (FEMA plan 107063), approved 2021-07-01.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2021-07-01: 5 new hazard declarations (3 incidents) and 30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($9,293,853 a year), Earthquake ($3,996,181) and Inland Flooding ($1,163,697).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2026-06-30</w:t>
      </w:r>
    </w:p>
    <w:p>
      <w:pPr>
        <w:keepNext/>
        <w:spacing w:after="40" w:before="0"/>
      </w:pPr>
      <w:r>
        <w:rPr>
          <w:b/>
        </w:rPr>
        <w:t xml:space="preserve">Plan: </w:t>
      </w:r>
      <w:r>
        <w:rPr/>
        <w:t>Luquillo 2021 (FEMA plan 107063)</w:t>
      </w:r>
    </w:p>
    <w:p>
      <w:pPr>
        <w:keepNext/>
        <w:spacing w:after="40" w:before="0"/>
      </w:pPr>
      <w:r>
        <w:rPr>
          <w:b/>
        </w:rPr>
        <w:t xml:space="preserve">Approved: </w:t>
      </w:r>
      <w:r>
        <w:rPr/>
        <w:t>2021-07-01</w:t>
      </w:r>
    </w:p>
    <w:p>
      <w:pPr>
        <w:keepNext/>
        <w:spacing w:after="40" w:before="0"/>
      </w:pPr>
      <w:r>
        <w:rPr>
          <w:b/>
        </w:rPr>
        <w:t xml:space="preserve">Days since expiry: </w:t>
      </w:r>
      <w:r>
        <w:rPr/>
        <w:t>92</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EM-3583-PR (Tropical Storm Fiona), DR-4671-PR (Hurricane Fiona), DR-4805-PR (Severe Storms, Flooding, Landslides, and Mudslides),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2"/>
        <w:gridCol w:w="692"/>
        <w:gridCol w:w="2055"/>
        <w:gridCol w:w="3054"/>
        <w:gridCol w:w="1055"/>
        <w:gridCol w:w="1055"/>
        <w:gridCol w:w="910"/>
        <w:gridCol w:w="3509"/>
      </w:tblGrid>
      <w:tr>
        <w:trPr>
          <w:cantSplit/>
          <w:tblHeader/>
        </w:trPr>
        <w:tc>
          <w:tcPr>
            <w:tcW w:type="dxa" w:w="1782"/>
            <w:shd w:val="clear" w:color="auto" w:fill="E8E8E8"/>
          </w:tcPr>
          <w:p>
            <w:pPr>
              <w:spacing w:after="0"/>
              <w:jc w:val="left"/>
            </w:pPr>
            <w:r>
              <w:rPr>
                <w:b/>
                <w:sz w:val="16"/>
              </w:rPr>
              <w:t>Jurisdiction</w:t>
            </w:r>
          </w:p>
        </w:tc>
        <w:tc>
          <w:tcPr>
            <w:tcW w:type="dxa" w:w="692"/>
            <w:shd w:val="clear" w:color="auto" w:fill="E8E8E8"/>
          </w:tcPr>
          <w:p>
            <w:pPr>
              <w:spacing w:after="0"/>
              <w:jc w:val="left"/>
            </w:pPr>
            <w:r>
              <w:rPr>
                <w:b/>
                <w:sz w:val="16"/>
              </w:rPr>
              <w:t>Type</w:t>
            </w:r>
          </w:p>
        </w:tc>
        <w:tc>
          <w:tcPr>
            <w:tcW w:type="dxa" w:w="2055"/>
            <w:shd w:val="clear" w:color="auto" w:fill="E8E8E8"/>
          </w:tcPr>
          <w:p>
            <w:pPr>
              <w:spacing w:after="0"/>
              <w:jc w:val="left"/>
            </w:pPr>
            <w:r>
              <w:rPr>
                <w:b/>
                <w:sz w:val="16"/>
              </w:rPr>
              <w:t>Status</w:t>
            </w:r>
          </w:p>
        </w:tc>
        <w:tc>
          <w:tcPr>
            <w:tcW w:type="dxa" w:w="3054"/>
            <w:shd w:val="clear" w:color="auto" w:fill="E8E8E8"/>
          </w:tcPr>
          <w:p>
            <w:pPr>
              <w:spacing w:after="0"/>
              <w:jc w:val="left"/>
            </w:pPr>
            <w:r>
              <w:rPr>
                <w:b/>
                <w:sz w:val="16"/>
              </w:rPr>
              <w:t>Plan</w:t>
            </w:r>
          </w:p>
        </w:tc>
        <w:tc>
          <w:tcPr>
            <w:tcW w:type="dxa" w:w="1055"/>
            <w:shd w:val="clear" w:color="auto" w:fill="E8E8E8"/>
          </w:tcPr>
          <w:p>
            <w:pPr>
              <w:spacing w:after="0"/>
              <w:jc w:val="left"/>
            </w:pPr>
            <w:r>
              <w:rPr>
                <w:b/>
                <w:sz w:val="16"/>
              </w:rPr>
              <w:t>Approved</w:t>
            </w:r>
          </w:p>
        </w:tc>
        <w:tc>
          <w:tcPr>
            <w:tcW w:type="dxa" w:w="1055"/>
            <w:shd w:val="clear" w:color="auto" w:fill="E8E8E8"/>
          </w:tcPr>
          <w:p>
            <w:pPr>
              <w:spacing w:after="0"/>
              <w:jc w:val="left"/>
            </w:pPr>
            <w:r>
              <w:rPr>
                <w:b/>
                <w:sz w:val="16"/>
              </w:rPr>
              <w:t>Expires</w:t>
            </w:r>
          </w:p>
        </w:tc>
        <w:tc>
          <w:tcPr>
            <w:tcW w:type="dxa" w:w="9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09"/>
            <w:shd w:val="clear" w:color="auto" w:fill="E8E8E8"/>
          </w:tcPr>
          <w:p>
            <w:pPr>
              <w:spacing w:after="0"/>
              <w:jc w:val="left"/>
            </w:pPr>
            <w:r>
              <w:rPr>
                <w:b/>
                <w:sz w:val="16"/>
              </w:rPr>
              <w:t>Update underway</w:t>
            </w:r>
          </w:p>
        </w:tc>
      </w:tr>
      <w:tr>
        <w:trPr>
          <w:cantSplit/>
        </w:trPr>
        <w:tc>
          <w:tcPr>
            <w:tcW w:type="dxa" w:w="1782"/>
          </w:tcPr>
          <w:p>
            <w:pPr>
              <w:spacing w:after="0"/>
              <w:jc w:val="left"/>
            </w:pPr>
            <w:r>
              <w:rPr>
                <w:sz w:val="16"/>
              </w:rPr>
              <w:t>Luquillo Municipio</w:t>
            </w:r>
          </w:p>
        </w:tc>
        <w:tc>
          <w:tcPr>
            <w:tcW w:type="dxa" w:w="692"/>
          </w:tcPr>
          <w:p>
            <w:pPr>
              <w:spacing w:after="0"/>
              <w:jc w:val="left"/>
            </w:pPr>
            <w:r>
              <w:rPr>
                <w:sz w:val="16"/>
              </w:rPr>
              <w:t>County</w:t>
            </w:r>
          </w:p>
        </w:tc>
        <w:tc>
          <w:tcPr>
            <w:tcW w:type="dxa" w:w="2055"/>
          </w:tcPr>
          <w:p>
            <w:pPr>
              <w:spacing w:after="0"/>
              <w:jc w:val="left"/>
            </w:pPr>
            <w:r>
              <w:rPr>
                <w:sz w:val="16"/>
              </w:rPr>
              <w:t>Expired on 2026-06-30</w:t>
            </w:r>
          </w:p>
        </w:tc>
        <w:tc>
          <w:tcPr>
            <w:tcW w:type="dxa" w:w="3054"/>
          </w:tcPr>
          <w:p>
            <w:pPr>
              <w:spacing w:after="0"/>
              <w:jc w:val="left"/>
            </w:pPr>
            <w:r>
              <w:rPr>
                <w:sz w:val="16"/>
              </w:rPr>
              <w:t>Luquillo 2021 (FEMA plan 107063)</w:t>
            </w:r>
          </w:p>
        </w:tc>
        <w:tc>
          <w:tcPr>
            <w:tcW w:type="dxa" w:w="1055"/>
          </w:tcPr>
          <w:p>
            <w:pPr>
              <w:spacing w:after="0"/>
              <w:jc w:val="left"/>
            </w:pPr>
            <w:r>
              <w:rPr>
                <w:sz w:val="16"/>
              </w:rPr>
              <w:t>2021-07-01</w:t>
            </w:r>
          </w:p>
        </w:tc>
        <w:tc>
          <w:tcPr>
            <w:tcW w:type="dxa" w:w="1055"/>
          </w:tcPr>
          <w:p>
            <w:pPr>
              <w:spacing w:after="0"/>
              <w:jc w:val="left"/>
            </w:pPr>
            <w:r>
              <w:rPr>
                <w:sz w:val="16"/>
              </w:rPr>
              <w:t>2026-06-30</w:t>
            </w:r>
          </w:p>
        </w:tc>
        <w:tc>
          <w:tcPr>
            <w:tcW w:type="dxa" w:w="910"/>
          </w:tcPr>
          <w:p>
            <w:pPr>
              <w:spacing w:after="0"/>
              <w:jc w:val="right"/>
            </w:pPr>
            <w:r>
              <w:rPr>
                <w:sz w:val="16"/>
              </w:rPr>
              <w:t>-92</w:t>
            </w:r>
          </w:p>
        </w:tc>
        <w:tc>
          <w:tcPr>
            <w:tcW w:type="dxa" w:w="3509"/>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94"/>
        <w:gridCol w:w="1499"/>
        <w:gridCol w:w="1953"/>
        <w:gridCol w:w="1037"/>
        <w:gridCol w:w="1126"/>
        <w:gridCol w:w="1695"/>
        <w:gridCol w:w="1150"/>
        <w:gridCol w:w="1831"/>
        <w:gridCol w:w="2026"/>
      </w:tblGrid>
      <w:tr>
        <w:trPr>
          <w:cantSplit/>
          <w:tblHeader/>
        </w:trPr>
        <w:tc>
          <w:tcPr>
            <w:tcW w:type="dxa" w:w="702"/>
            <w:shd w:val="clear" w:color="auto" w:fill="E8E8E8"/>
          </w:tcPr>
          <w:p>
            <w:pPr>
              <w:spacing w:after="0"/>
              <w:jc w:val="right"/>
            </w:pPr>
            <w:r>
              <w:rPr>
                <w:b/>
                <w:sz w:val="16"/>
              </w:rPr>
              <w:t>Rank by EAL</w:t>
            </w:r>
          </w:p>
        </w:tc>
        <w:tc>
          <w:tcPr>
            <w:tcW w:type="dxa" w:w="1094"/>
            <w:shd w:val="clear" w:color="auto" w:fill="E8E8E8"/>
          </w:tcPr>
          <w:p>
            <w:pPr>
              <w:spacing w:after="0"/>
              <w:jc w:val="left"/>
            </w:pPr>
            <w:r>
              <w:rPr>
                <w:b/>
                <w:sz w:val="16"/>
              </w:rPr>
              <w:t>Hazard</w:t>
            </w:r>
          </w:p>
        </w:tc>
        <w:tc>
          <w:tcPr>
            <w:tcW w:type="dxa" w:w="1499"/>
            <w:shd w:val="clear" w:color="auto" w:fill="E8E8E8"/>
          </w:tcPr>
          <w:p>
            <w:pPr>
              <w:spacing w:after="0"/>
              <w:jc w:val="left"/>
            </w:pPr>
            <w:r>
              <w:rPr>
                <w:b/>
                <w:sz w:val="16"/>
              </w:rPr>
              <w:t>NRI risk rating</w:t>
            </w:r>
          </w:p>
        </w:tc>
        <w:tc>
          <w:tcPr>
            <w:tcW w:type="dxa" w:w="195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26"/>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94"/>
          </w:tcPr>
          <w:p>
            <w:pPr>
              <w:spacing w:after="0"/>
              <w:jc w:val="left"/>
            </w:pPr>
            <w:r>
              <w:rPr>
                <w:sz w:val="16"/>
              </w:rPr>
              <w:t>Hurricane</w:t>
            </w:r>
          </w:p>
        </w:tc>
        <w:tc>
          <w:tcPr>
            <w:tcW w:type="dxa" w:w="1499"/>
          </w:tcPr>
          <w:p>
            <w:pPr>
              <w:spacing w:after="0"/>
              <w:jc w:val="left"/>
            </w:pPr>
            <w:r>
              <w:rPr>
                <w:sz w:val="16"/>
              </w:rPr>
              <w:t>Insufficient Data</w:t>
            </w:r>
          </w:p>
        </w:tc>
        <w:tc>
          <w:tcPr>
            <w:tcW w:type="dxa" w:w="1953"/>
          </w:tcPr>
          <w:p>
            <w:pPr>
              <w:spacing w:after="0"/>
              <w:jc w:val="left"/>
            </w:pPr>
            <w:r>
              <w:rPr>
                <w:sz w:val="16"/>
              </w:rPr>
              <w:t>Relatively High</w:t>
            </w:r>
          </w:p>
        </w:tc>
        <w:tc>
          <w:tcPr>
            <w:tcW w:type="dxa" w:w="1037"/>
          </w:tcPr>
          <w:p>
            <w:pPr>
              <w:spacing w:after="0"/>
              <w:jc w:val="right"/>
            </w:pPr>
            <w:r>
              <w:rPr>
                <w:sz w:val="16"/>
              </w:rPr>
              <w:t>$8,700,149</w:t>
            </w:r>
          </w:p>
        </w:tc>
        <w:tc>
          <w:tcPr>
            <w:tcW w:type="dxa" w:w="1126"/>
          </w:tcPr>
          <w:p>
            <w:pPr>
              <w:spacing w:after="0"/>
              <w:jc w:val="right"/>
            </w:pPr>
            <w:r>
              <w:rPr>
                <w:sz w:val="16"/>
              </w:rPr>
              <w:t>$0</w:t>
            </w:r>
          </w:p>
        </w:tc>
        <w:tc>
          <w:tcPr>
            <w:tcW w:type="dxa" w:w="1695"/>
          </w:tcPr>
          <w:p>
            <w:pPr>
              <w:spacing w:after="0"/>
              <w:jc w:val="right"/>
            </w:pPr>
            <w:r>
              <w:rPr>
                <w:sz w:val="16"/>
              </w:rPr>
              <w:t>$593,704</w:t>
            </w:r>
          </w:p>
        </w:tc>
        <w:tc>
          <w:tcPr>
            <w:tcW w:type="dxa" w:w="1150"/>
          </w:tcPr>
          <w:p>
            <w:pPr>
              <w:spacing w:after="0"/>
              <w:jc w:val="right"/>
            </w:pPr>
            <w:r>
              <w:rPr>
                <w:sz w:val="16"/>
              </w:rPr>
              <w:t>$9,293,853</w:t>
            </w:r>
          </w:p>
        </w:tc>
        <w:tc>
          <w:tcPr>
            <w:tcW w:type="dxa" w:w="1831"/>
          </w:tcPr>
          <w:p>
            <w:pPr>
              <w:spacing w:after="0"/>
              <w:jc w:val="right"/>
            </w:pPr>
            <w:r>
              <w:rPr>
                <w:sz w:val="16"/>
              </w:rPr>
              <w:t>10</w:t>
            </w:r>
          </w:p>
        </w:tc>
        <w:tc>
          <w:tcPr>
            <w:tcW w:type="dxa" w:w="2026"/>
          </w:tcPr>
          <w:p>
            <w:pPr>
              <w:spacing w:after="0"/>
              <w:jc w:val="left"/>
            </w:pPr>
            <w:r>
              <w:rPr>
                <w:sz w:val="16"/>
              </w:rPr>
              <w:t>Includes 1 Tropical Depression record (outside NRI's Hurricane definition).</w:t>
            </w:r>
          </w:p>
        </w:tc>
      </w:tr>
      <w:tr>
        <w:trPr>
          <w:cantSplit/>
        </w:trPr>
        <w:tc>
          <w:tcPr>
            <w:tcW w:type="dxa" w:w="702"/>
          </w:tcPr>
          <w:p>
            <w:pPr>
              <w:spacing w:after="0"/>
              <w:jc w:val="right"/>
            </w:pPr>
            <w:r>
              <w:rPr>
                <w:sz w:val="16"/>
              </w:rPr>
              <w:t>2</w:t>
            </w:r>
          </w:p>
        </w:tc>
        <w:tc>
          <w:tcPr>
            <w:tcW w:type="dxa" w:w="1094"/>
          </w:tcPr>
          <w:p>
            <w:pPr>
              <w:spacing w:after="0"/>
              <w:jc w:val="left"/>
            </w:pPr>
            <w:r>
              <w:rPr>
                <w:sz w:val="16"/>
              </w:rPr>
              <w:t>Earthquake</w:t>
            </w:r>
          </w:p>
        </w:tc>
        <w:tc>
          <w:tcPr>
            <w:tcW w:type="dxa" w:w="1499"/>
          </w:tcPr>
          <w:p>
            <w:pPr>
              <w:spacing w:after="0"/>
              <w:jc w:val="left"/>
            </w:pPr>
            <w:r>
              <w:rPr>
                <w:sz w:val="16"/>
              </w:rPr>
              <w:t>Insufficient Data</w:t>
            </w:r>
          </w:p>
        </w:tc>
        <w:tc>
          <w:tcPr>
            <w:tcW w:type="dxa" w:w="1953"/>
          </w:tcPr>
          <w:p>
            <w:pPr>
              <w:spacing w:after="0"/>
              <w:jc w:val="left"/>
            </w:pPr>
            <w:r>
              <w:rPr>
                <w:sz w:val="16"/>
              </w:rPr>
              <w:t>Relatively Moderate</w:t>
            </w:r>
          </w:p>
        </w:tc>
        <w:tc>
          <w:tcPr>
            <w:tcW w:type="dxa" w:w="1037"/>
          </w:tcPr>
          <w:p>
            <w:pPr>
              <w:spacing w:after="0"/>
              <w:jc w:val="right"/>
            </w:pPr>
            <w:r>
              <w:rPr>
                <w:sz w:val="16"/>
              </w:rPr>
              <w:t>$2,019,792</w:t>
            </w:r>
          </w:p>
        </w:tc>
        <w:tc>
          <w:tcPr>
            <w:tcW w:type="dxa" w:w="1126"/>
          </w:tcPr>
          <w:p>
            <w:pPr>
              <w:spacing w:after="0"/>
              <w:jc w:val="right"/>
            </w:pPr>
            <w:r>
              <w:rPr>
                <w:sz w:val="16"/>
              </w:rPr>
              <w:t>n/a</w:t>
            </w:r>
          </w:p>
        </w:tc>
        <w:tc>
          <w:tcPr>
            <w:tcW w:type="dxa" w:w="1695"/>
          </w:tcPr>
          <w:p>
            <w:pPr>
              <w:spacing w:after="0"/>
              <w:jc w:val="right"/>
            </w:pPr>
            <w:r>
              <w:rPr>
                <w:sz w:val="16"/>
              </w:rPr>
              <w:t>$1,976,389</w:t>
            </w:r>
          </w:p>
        </w:tc>
        <w:tc>
          <w:tcPr>
            <w:tcW w:type="dxa" w:w="1150"/>
          </w:tcPr>
          <w:p>
            <w:pPr>
              <w:spacing w:after="0"/>
              <w:jc w:val="right"/>
            </w:pPr>
            <w:r>
              <w:rPr>
                <w:sz w:val="16"/>
              </w:rPr>
              <w:t>$3,996,181</w:t>
            </w:r>
          </w:p>
        </w:tc>
        <w:tc>
          <w:tcPr>
            <w:tcW w:type="dxa" w:w="1831"/>
          </w:tcPr>
          <w:p>
            <w:pPr>
              <w:spacing w:after="0"/>
              <w:jc w:val="right"/>
            </w:pPr>
          </w:p>
        </w:tc>
        <w:tc>
          <w:tcPr>
            <w:tcW w:type="dxa" w:w="2026"/>
          </w:tcPr>
          <w:p>
            <w:pPr>
              <w:spacing w:after="0"/>
              <w:jc w:val="left"/>
            </w:pPr>
            <w:r>
              <w:rPr>
                <w:sz w:val="16"/>
              </w:rPr>
              <w:t>Storm Events does not record earthquakes.</w:t>
            </w:r>
          </w:p>
        </w:tc>
      </w:tr>
      <w:tr>
        <w:trPr>
          <w:cantSplit/>
        </w:trPr>
        <w:tc>
          <w:tcPr>
            <w:tcW w:type="dxa" w:w="702"/>
          </w:tcPr>
          <w:p>
            <w:pPr>
              <w:spacing w:after="0"/>
              <w:jc w:val="right"/>
            </w:pPr>
            <w:r>
              <w:rPr>
                <w:sz w:val="16"/>
              </w:rPr>
              <w:t>3</w:t>
            </w:r>
          </w:p>
        </w:tc>
        <w:tc>
          <w:tcPr>
            <w:tcW w:type="dxa" w:w="1094"/>
          </w:tcPr>
          <w:p>
            <w:pPr>
              <w:spacing w:after="0"/>
              <w:jc w:val="left"/>
            </w:pPr>
            <w:r>
              <w:rPr>
                <w:sz w:val="16"/>
              </w:rPr>
              <w:t>Inland Flooding</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$1,143,956</w:t>
            </w:r>
          </w:p>
        </w:tc>
        <w:tc>
          <w:tcPr>
            <w:tcW w:type="dxa" w:w="1126"/>
          </w:tcPr>
          <w:p>
            <w:pPr>
              <w:spacing w:after="0"/>
              <w:jc w:val="right"/>
            </w:pPr>
            <w:r>
              <w:rPr>
                <w:sz w:val="16"/>
              </w:rPr>
              <w:t>$0</w:t>
            </w:r>
          </w:p>
        </w:tc>
        <w:tc>
          <w:tcPr>
            <w:tcW w:type="dxa" w:w="1695"/>
          </w:tcPr>
          <w:p>
            <w:pPr>
              <w:spacing w:after="0"/>
              <w:jc w:val="right"/>
            </w:pPr>
            <w:r>
              <w:rPr>
                <w:sz w:val="16"/>
              </w:rPr>
              <w:t>$19,741</w:t>
            </w:r>
          </w:p>
        </w:tc>
        <w:tc>
          <w:tcPr>
            <w:tcW w:type="dxa" w:w="1150"/>
          </w:tcPr>
          <w:p>
            <w:pPr>
              <w:spacing w:after="0"/>
              <w:jc w:val="right"/>
            </w:pPr>
            <w:r>
              <w:rPr>
                <w:sz w:val="16"/>
              </w:rPr>
              <w:t>$1,163,697</w:t>
            </w:r>
          </w:p>
        </w:tc>
        <w:tc>
          <w:tcPr>
            <w:tcW w:type="dxa" w:w="1831"/>
          </w:tcPr>
          <w:p>
            <w:pPr>
              <w:spacing w:after="0"/>
              <w:jc w:val="right"/>
            </w:pPr>
            <w:r>
              <w:rPr>
                <w:sz w:val="16"/>
              </w:rPr>
              <w:t>126</w:t>
            </w:r>
          </w:p>
        </w:tc>
        <w:tc>
          <w:tcPr>
            <w:tcW w:type="dxa" w:w="2026"/>
          </w:tcPr>
          <w:p>
            <w:pPr>
              <w:spacing w:after="0"/>
              <w:jc w:val="left"/>
            </w:pPr>
          </w:p>
        </w:tc>
      </w:tr>
      <w:tr>
        <w:trPr>
          <w:cantSplit/>
        </w:trPr>
        <w:tc>
          <w:tcPr>
            <w:tcW w:type="dxa" w:w="702"/>
          </w:tcPr>
          <w:p>
            <w:pPr>
              <w:spacing w:after="0"/>
              <w:jc w:val="right"/>
            </w:pPr>
            <w:r>
              <w:rPr>
                <w:sz w:val="16"/>
              </w:rPr>
              <w:t>4</w:t>
            </w:r>
          </w:p>
        </w:tc>
        <w:tc>
          <w:tcPr>
            <w:tcW w:type="dxa" w:w="1094"/>
          </w:tcPr>
          <w:p>
            <w:pPr>
              <w:spacing w:after="0"/>
              <w:jc w:val="left"/>
            </w:pPr>
            <w:r>
              <w:rPr>
                <w:sz w:val="16"/>
              </w:rPr>
              <w:t>Landslide</w:t>
            </w:r>
          </w:p>
        </w:tc>
        <w:tc>
          <w:tcPr>
            <w:tcW w:type="dxa" w:w="1499"/>
          </w:tcPr>
          <w:p>
            <w:pPr>
              <w:spacing w:after="0"/>
              <w:jc w:val="left"/>
            </w:pPr>
            <w:r>
              <w:rPr>
                <w:sz w:val="16"/>
              </w:rPr>
              <w:t>Insufficient Data</w:t>
            </w:r>
          </w:p>
        </w:tc>
        <w:tc>
          <w:tcPr>
            <w:tcW w:type="dxa" w:w="1953"/>
          </w:tcPr>
          <w:p>
            <w:pPr>
              <w:spacing w:after="0"/>
              <w:jc w:val="left"/>
            </w:pPr>
            <w:r>
              <w:rPr>
                <w:sz w:val="16"/>
              </w:rPr>
              <w:t>Relatively Moderate</w:t>
            </w:r>
          </w:p>
        </w:tc>
        <w:tc>
          <w:tcPr>
            <w:tcW w:type="dxa" w:w="1037"/>
          </w:tcPr>
          <w:p>
            <w:pPr>
              <w:spacing w:after="0"/>
              <w:jc w:val="right"/>
            </w:pPr>
            <w:r>
              <w:rPr>
                <w:sz w:val="16"/>
              </w:rPr>
              <w:t>$809,663</w:t>
            </w:r>
          </w:p>
        </w:tc>
        <w:tc>
          <w:tcPr>
            <w:tcW w:type="dxa" w:w="1126"/>
          </w:tcPr>
          <w:p>
            <w:pPr>
              <w:spacing w:after="0"/>
              <w:jc w:val="right"/>
            </w:pPr>
            <w:r>
              <w:rPr>
                <w:sz w:val="16"/>
              </w:rPr>
              <w:t>n/a</w:t>
            </w:r>
          </w:p>
        </w:tc>
        <w:tc>
          <w:tcPr>
            <w:tcW w:type="dxa" w:w="1695"/>
          </w:tcPr>
          <w:p>
            <w:pPr>
              <w:spacing w:after="0"/>
              <w:jc w:val="right"/>
            </w:pPr>
            <w:r>
              <w:rPr>
                <w:sz w:val="16"/>
              </w:rPr>
              <w:t>$2,435</w:t>
            </w:r>
          </w:p>
        </w:tc>
        <w:tc>
          <w:tcPr>
            <w:tcW w:type="dxa" w:w="1150"/>
          </w:tcPr>
          <w:p>
            <w:pPr>
              <w:spacing w:after="0"/>
              <w:jc w:val="right"/>
            </w:pPr>
            <w:r>
              <w:rPr>
                <w:sz w:val="16"/>
              </w:rPr>
              <w:t>$812,098</w:t>
            </w:r>
          </w:p>
        </w:tc>
        <w:tc>
          <w:tcPr>
            <w:tcW w:type="dxa" w:w="1831"/>
          </w:tcPr>
          <w:p>
            <w:pPr>
              <w:spacing w:after="0"/>
              <w:jc w:val="right"/>
            </w:pPr>
            <w:r>
              <w:rPr>
                <w:sz w:val="16"/>
              </w:rPr>
              <w:t>19</w:t>
            </w:r>
          </w:p>
        </w:tc>
        <w:tc>
          <w:tcPr>
            <w:tcW w:type="dxa" w:w="2026"/>
          </w:tcPr>
          <w:p>
            <w:pPr>
              <w:spacing w:after="0"/>
              <w:jc w:val="left"/>
            </w:pPr>
          </w:p>
        </w:tc>
      </w:tr>
      <w:tr>
        <w:trPr>
          <w:cantSplit/>
        </w:trPr>
        <w:tc>
          <w:tcPr>
            <w:tcW w:type="dxa" w:w="702"/>
          </w:tcPr>
          <w:p>
            <w:pPr>
              <w:spacing w:after="0"/>
              <w:jc w:val="right"/>
            </w:pPr>
            <w:r>
              <w:rPr>
                <w:sz w:val="16"/>
              </w:rPr>
              <w:t>5</w:t>
            </w:r>
          </w:p>
        </w:tc>
        <w:tc>
          <w:tcPr>
            <w:tcW w:type="dxa" w:w="1094"/>
          </w:tcPr>
          <w:p>
            <w:pPr>
              <w:spacing w:after="0"/>
              <w:jc w:val="left"/>
            </w:pPr>
            <w:r>
              <w:rPr>
                <w:sz w:val="16"/>
              </w:rPr>
              <w:t>Tsunami</w:t>
            </w:r>
          </w:p>
        </w:tc>
        <w:tc>
          <w:tcPr>
            <w:tcW w:type="dxa" w:w="1499"/>
          </w:tcPr>
          <w:p>
            <w:pPr>
              <w:spacing w:after="0"/>
              <w:jc w:val="left"/>
            </w:pPr>
            <w:r>
              <w:rPr>
                <w:sz w:val="16"/>
              </w:rPr>
              <w:t>Insufficient Data</w:t>
            </w:r>
          </w:p>
        </w:tc>
        <w:tc>
          <w:tcPr>
            <w:tcW w:type="dxa" w:w="1953"/>
          </w:tcPr>
          <w:p>
            <w:pPr>
              <w:spacing w:after="0"/>
              <w:jc w:val="left"/>
            </w:pPr>
            <w:r>
              <w:rPr>
                <w:sz w:val="16"/>
              </w:rPr>
              <w:t>Relatively Low</w:t>
            </w:r>
          </w:p>
        </w:tc>
        <w:tc>
          <w:tcPr>
            <w:tcW w:type="dxa" w:w="1037"/>
          </w:tcPr>
          <w:p>
            <w:pPr>
              <w:spacing w:after="0"/>
              <w:jc w:val="right"/>
            </w:pPr>
            <w:r>
              <w:rPr>
                <w:sz w:val="16"/>
              </w:rPr>
              <w:t>$9,411</w:t>
            </w:r>
          </w:p>
        </w:tc>
        <w:tc>
          <w:tcPr>
            <w:tcW w:type="dxa" w:w="1126"/>
          </w:tcPr>
          <w:p>
            <w:pPr>
              <w:spacing w:after="0"/>
              <w:jc w:val="right"/>
            </w:pPr>
            <w:r>
              <w:rPr>
                <w:sz w:val="16"/>
              </w:rPr>
              <w:t>n/a</w:t>
            </w:r>
          </w:p>
        </w:tc>
        <w:tc>
          <w:tcPr>
            <w:tcW w:type="dxa" w:w="1695"/>
          </w:tcPr>
          <w:p>
            <w:pPr>
              <w:spacing w:after="0"/>
              <w:jc w:val="right"/>
            </w:pPr>
            <w:r>
              <w:rPr>
                <w:sz w:val="16"/>
              </w:rPr>
              <w:t>$604,808</w:t>
            </w:r>
          </w:p>
        </w:tc>
        <w:tc>
          <w:tcPr>
            <w:tcW w:type="dxa" w:w="1150"/>
          </w:tcPr>
          <w:p>
            <w:pPr>
              <w:spacing w:after="0"/>
              <w:jc w:val="right"/>
            </w:pPr>
            <w:r>
              <w:rPr>
                <w:sz w:val="16"/>
              </w:rPr>
              <w:t>$614,219</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6</w:t>
            </w:r>
          </w:p>
        </w:tc>
        <w:tc>
          <w:tcPr>
            <w:tcW w:type="dxa" w:w="1094"/>
          </w:tcPr>
          <w:p>
            <w:pPr>
              <w:spacing w:after="0"/>
              <w:jc w:val="left"/>
            </w:pPr>
            <w:r>
              <w:rPr>
                <w:sz w:val="16"/>
              </w:rPr>
              <w:t>Lightning</w:t>
            </w:r>
          </w:p>
        </w:tc>
        <w:tc>
          <w:tcPr>
            <w:tcW w:type="dxa" w:w="1499"/>
          </w:tcPr>
          <w:p>
            <w:pPr>
              <w:spacing w:after="0"/>
              <w:jc w:val="left"/>
            </w:pPr>
            <w:r>
              <w:rPr>
                <w:sz w:val="16"/>
              </w:rPr>
              <w:t>Insufficient Data</w:t>
            </w:r>
          </w:p>
        </w:tc>
        <w:tc>
          <w:tcPr>
            <w:tcW w:type="dxa" w:w="1953"/>
          </w:tcPr>
          <w:p>
            <w:pPr>
              <w:spacing w:after="0"/>
              <w:jc w:val="left"/>
            </w:pPr>
            <w:r>
              <w:rPr>
                <w:sz w:val="16"/>
              </w:rPr>
              <w:t>Relatively Low</w:t>
            </w:r>
          </w:p>
        </w:tc>
        <w:tc>
          <w:tcPr>
            <w:tcW w:type="dxa" w:w="1037"/>
          </w:tcPr>
          <w:p>
            <w:pPr>
              <w:spacing w:after="0"/>
              <w:jc w:val="right"/>
            </w:pPr>
            <w:r>
              <w:rPr>
                <w:sz w:val="16"/>
              </w:rPr>
              <w:t>$5,019</w:t>
            </w:r>
          </w:p>
        </w:tc>
        <w:tc>
          <w:tcPr>
            <w:tcW w:type="dxa" w:w="1126"/>
          </w:tcPr>
          <w:p>
            <w:pPr>
              <w:spacing w:after="0"/>
              <w:jc w:val="right"/>
            </w:pPr>
            <w:r>
              <w:rPr>
                <w:sz w:val="16"/>
              </w:rPr>
              <w:t>n/a</w:t>
            </w:r>
          </w:p>
        </w:tc>
        <w:tc>
          <w:tcPr>
            <w:tcW w:type="dxa" w:w="1695"/>
          </w:tcPr>
          <w:p>
            <w:pPr>
              <w:spacing w:after="0"/>
              <w:jc w:val="right"/>
            </w:pPr>
            <w:r>
              <w:rPr>
                <w:sz w:val="16"/>
              </w:rPr>
              <w:t>$199,454</w:t>
            </w:r>
          </w:p>
        </w:tc>
        <w:tc>
          <w:tcPr>
            <w:tcW w:type="dxa" w:w="1150"/>
          </w:tcPr>
          <w:p>
            <w:pPr>
              <w:spacing w:after="0"/>
              <w:jc w:val="right"/>
            </w:pPr>
            <w:r>
              <w:rPr>
                <w:sz w:val="16"/>
              </w:rPr>
              <w:t>$204,473</w:t>
            </w:r>
          </w:p>
        </w:tc>
        <w:tc>
          <w:tcPr>
            <w:tcW w:type="dxa" w:w="1831"/>
          </w:tcPr>
          <w:p>
            <w:pPr>
              <w:spacing w:after="0"/>
              <w:jc w:val="right"/>
            </w:pPr>
            <w:r>
              <w:rPr>
                <w:sz w:val="16"/>
              </w:rPr>
              <w:t>1</w:t>
            </w:r>
          </w:p>
        </w:tc>
        <w:tc>
          <w:tcPr>
            <w:tcW w:type="dxa" w:w="2026"/>
          </w:tcPr>
          <w:p>
            <w:pPr>
              <w:spacing w:after="0"/>
              <w:jc w:val="left"/>
            </w:pPr>
          </w:p>
        </w:tc>
      </w:tr>
      <w:tr>
        <w:trPr>
          <w:cantSplit/>
        </w:trPr>
        <w:tc>
          <w:tcPr>
            <w:tcW w:type="dxa" w:w="702"/>
          </w:tcPr>
          <w:p>
            <w:pPr>
              <w:spacing w:after="0"/>
              <w:jc w:val="right"/>
            </w:pPr>
            <w:r>
              <w:rPr>
                <w:sz w:val="16"/>
              </w:rPr>
              <w:t>7</w:t>
            </w:r>
          </w:p>
        </w:tc>
        <w:tc>
          <w:tcPr>
            <w:tcW w:type="dxa" w:w="1094"/>
          </w:tcPr>
          <w:p>
            <w:pPr>
              <w:spacing w:after="0"/>
              <w:jc w:val="left"/>
            </w:pPr>
            <w:r>
              <w:rPr>
                <w:sz w:val="16"/>
              </w:rPr>
              <w:t>Coastal Flooding</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$13,975</w:t>
            </w:r>
          </w:p>
        </w:tc>
        <w:tc>
          <w:tcPr>
            <w:tcW w:type="dxa" w:w="1126"/>
          </w:tcPr>
          <w:p>
            <w:pPr>
              <w:spacing w:after="0"/>
              <w:jc w:val="right"/>
            </w:pPr>
            <w:r>
              <w:rPr>
                <w:sz w:val="16"/>
              </w:rPr>
              <w:t>n/a</w:t>
            </w:r>
          </w:p>
        </w:tc>
        <w:tc>
          <w:tcPr>
            <w:tcW w:type="dxa" w:w="1695"/>
          </w:tcPr>
          <w:p>
            <w:pPr>
              <w:spacing w:after="0"/>
              <w:jc w:val="right"/>
            </w:pPr>
            <w:r>
              <w:rPr>
                <w:sz w:val="16"/>
              </w:rPr>
              <w:t>$4,158</w:t>
            </w:r>
          </w:p>
        </w:tc>
        <w:tc>
          <w:tcPr>
            <w:tcW w:type="dxa" w:w="1150"/>
          </w:tcPr>
          <w:p>
            <w:pPr>
              <w:spacing w:after="0"/>
              <w:jc w:val="right"/>
            </w:pPr>
            <w:r>
              <w:rPr>
                <w:sz w:val="16"/>
              </w:rPr>
              <w:t>$18,133</w:t>
            </w:r>
          </w:p>
        </w:tc>
        <w:tc>
          <w:tcPr>
            <w:tcW w:type="dxa" w:w="1831"/>
          </w:tcPr>
          <w:p>
            <w:pPr>
              <w:spacing w:after="0"/>
              <w:jc w:val="right"/>
            </w:pPr>
            <w:r>
              <w:rPr>
                <w:sz w:val="16"/>
              </w:rPr>
              <w:t>17</w:t>
            </w:r>
          </w:p>
        </w:tc>
        <w:tc>
          <w:tcPr>
            <w:tcW w:type="dxa" w:w="2026"/>
          </w:tcPr>
          <w:p>
            <w:pPr>
              <w:spacing w:after="0"/>
              <w:jc w:val="left"/>
            </w:pPr>
          </w:p>
        </w:tc>
      </w:tr>
      <w:tr>
        <w:trPr>
          <w:cantSplit/>
        </w:trPr>
        <w:tc>
          <w:tcPr>
            <w:tcW w:type="dxa" w:w="702"/>
          </w:tcPr>
          <w:p>
            <w:pPr>
              <w:spacing w:after="0"/>
              <w:jc w:val="right"/>
            </w:pPr>
            <w:r>
              <w:rPr>
                <w:sz w:val="16"/>
              </w:rPr>
              <w:t>8</w:t>
            </w:r>
          </w:p>
        </w:tc>
        <w:tc>
          <w:tcPr>
            <w:tcW w:type="dxa" w:w="1094"/>
          </w:tcPr>
          <w:p>
            <w:pPr>
              <w:spacing w:after="0"/>
              <w:jc w:val="left"/>
            </w:pPr>
            <w:r>
              <w:rPr>
                <w:sz w:val="16"/>
              </w:rPr>
              <w:t>Tornado</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$2,316</w:t>
            </w:r>
          </w:p>
        </w:tc>
        <w:tc>
          <w:tcPr>
            <w:tcW w:type="dxa" w:w="1126"/>
          </w:tcPr>
          <w:p>
            <w:pPr>
              <w:spacing w:after="0"/>
              <w:jc w:val="right"/>
            </w:pPr>
            <w:r>
              <w:rPr>
                <w:sz w:val="16"/>
              </w:rPr>
              <w:t>$0</w:t>
            </w:r>
          </w:p>
        </w:tc>
        <w:tc>
          <w:tcPr>
            <w:tcW w:type="dxa" w:w="1695"/>
          </w:tcPr>
          <w:p>
            <w:pPr>
              <w:spacing w:after="0"/>
              <w:jc w:val="right"/>
            </w:pPr>
            <w:r>
              <w:rPr>
                <w:sz w:val="16"/>
              </w:rPr>
              <w:t>$2,656</w:t>
            </w:r>
          </w:p>
        </w:tc>
        <w:tc>
          <w:tcPr>
            <w:tcW w:type="dxa" w:w="1150"/>
          </w:tcPr>
          <w:p>
            <w:pPr>
              <w:spacing w:after="0"/>
              <w:jc w:val="right"/>
            </w:pPr>
            <w:r>
              <w:rPr>
                <w:sz w:val="16"/>
              </w:rPr>
              <w:t>$4,972</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9</w:t>
            </w:r>
          </w:p>
        </w:tc>
        <w:tc>
          <w:tcPr>
            <w:tcW w:type="dxa" w:w="1094"/>
          </w:tcPr>
          <w:p>
            <w:pPr>
              <w:spacing w:after="0"/>
              <w:jc w:val="left"/>
            </w:pPr>
            <w:r>
              <w:rPr>
                <w:sz w:val="16"/>
              </w:rPr>
              <w:t>Hail</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$0</w:t>
            </w:r>
          </w:p>
        </w:tc>
        <w:tc>
          <w:tcPr>
            <w:tcW w:type="dxa" w:w="1695"/>
          </w:tcPr>
          <w:p>
            <w:pPr>
              <w:spacing w:after="0"/>
              <w:jc w:val="right"/>
            </w:pPr>
            <w:r>
              <w:rPr>
                <w:sz w:val="16"/>
              </w:rPr>
              <w:t>$249</w:t>
            </w:r>
          </w:p>
        </w:tc>
        <w:tc>
          <w:tcPr>
            <w:tcW w:type="dxa" w:w="1150"/>
          </w:tcPr>
          <w:p>
            <w:pPr>
              <w:spacing w:after="0"/>
              <w:jc w:val="right"/>
            </w:pPr>
            <w:r>
              <w:rPr>
                <w:sz w:val="16"/>
              </w:rPr>
              <w:t>$282</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10</w:t>
            </w:r>
          </w:p>
        </w:tc>
        <w:tc>
          <w:tcPr>
            <w:tcW w:type="dxa" w:w="1094"/>
          </w:tcPr>
          <w:p>
            <w:pPr>
              <w:spacing w:after="0"/>
              <w:jc w:val="left"/>
            </w:pPr>
            <w:r>
              <w:rPr>
                <w:sz w:val="16"/>
              </w:rPr>
              <w:t>Strong Wind</w:t>
            </w:r>
          </w:p>
        </w:tc>
        <w:tc>
          <w:tcPr>
            <w:tcW w:type="dxa" w:w="1499"/>
          </w:tcPr>
          <w:p>
            <w:pPr>
              <w:spacing w:after="0"/>
              <w:jc w:val="left"/>
            </w:pPr>
            <w:r>
              <w:rPr>
                <w:sz w:val="16"/>
              </w:rPr>
              <w:t>Insufficient Data</w:t>
            </w:r>
          </w:p>
        </w:tc>
        <w:tc>
          <w:tcPr>
            <w:tcW w:type="dxa" w:w="1953"/>
          </w:tcPr>
          <w:p>
            <w:pPr>
              <w:spacing w:after="0"/>
              <w:jc w:val="left"/>
            </w:pPr>
            <w:r>
              <w:rPr>
                <w:sz w:val="16"/>
              </w:rPr>
              <w:t>Very Low</w:t>
            </w:r>
          </w:p>
        </w:tc>
        <w:tc>
          <w:tcPr>
            <w:tcW w:type="dxa" w:w="1037"/>
          </w:tcPr>
          <w:p>
            <w:pPr>
              <w:spacing w:after="0"/>
              <w:jc w:val="right"/>
            </w:pPr>
            <w:r>
              <w:rPr>
                <w:sz w:val="16"/>
              </w:rPr>
              <w:t>$81</w:t>
            </w:r>
          </w:p>
        </w:tc>
        <w:tc>
          <w:tcPr>
            <w:tcW w:type="dxa" w:w="1126"/>
          </w:tcPr>
          <w:p>
            <w:pPr>
              <w:spacing w:after="0"/>
              <w:jc w:val="right"/>
            </w:pPr>
            <w:r>
              <w:rPr>
                <w:sz w:val="16"/>
              </w:rPr>
              <w:t>$0</w:t>
            </w:r>
          </w:p>
        </w:tc>
        <w:tc>
          <w:tcPr>
            <w:tcW w:type="dxa" w:w="1695"/>
          </w:tcPr>
          <w:p>
            <w:pPr>
              <w:spacing w:after="0"/>
              <w:jc w:val="right"/>
            </w:pPr>
            <w:r>
              <w:rPr>
                <w:sz w:val="16"/>
              </w:rPr>
              <w:t>$48</w:t>
            </w:r>
          </w:p>
        </w:tc>
        <w:tc>
          <w:tcPr>
            <w:tcW w:type="dxa" w:w="1150"/>
          </w:tcPr>
          <w:p>
            <w:pPr>
              <w:spacing w:after="0"/>
              <w:jc w:val="right"/>
            </w:pPr>
            <w:r>
              <w:rPr>
                <w:sz w:val="16"/>
              </w:rPr>
              <w:t>$129</w:t>
            </w:r>
          </w:p>
        </w:tc>
        <w:tc>
          <w:tcPr>
            <w:tcW w:type="dxa" w:w="1831"/>
          </w:tcPr>
          <w:p>
            <w:pPr>
              <w:spacing w:after="0"/>
              <w:jc w:val="right"/>
            </w:pPr>
            <w:r>
              <w:rPr>
                <w:sz w:val="16"/>
              </w:rPr>
              <w:t>6</w:t>
            </w:r>
          </w:p>
        </w:tc>
        <w:tc>
          <w:tcPr>
            <w:tcW w:type="dxa" w:w="2026"/>
          </w:tcPr>
          <w:p>
            <w:pPr>
              <w:spacing w:after="0"/>
              <w:jc w:val="left"/>
            </w:pPr>
            <w:r>
              <w:rPr>
                <w:sz w:val="16"/>
              </w:rPr>
              <w:t>Includes 3 Strong Wind records (a NOAA non-thunderstorm wind type, outside NRI's Strong Wind definition).</w:t>
            </w:r>
          </w:p>
        </w:tc>
      </w:tr>
      <w:tr>
        <w:trPr>
          <w:cantSplit/>
        </w:trPr>
        <w:tc>
          <w:tcPr>
            <w:tcW w:type="dxa" w:w="702"/>
          </w:tcPr>
          <w:p>
            <w:pPr>
              <w:spacing w:after="0"/>
              <w:jc w:val="right"/>
            </w:pPr>
            <w:r>
              <w:rPr>
                <w:sz w:val="16"/>
              </w:rPr>
              <w:t>11</w:t>
            </w:r>
          </w:p>
        </w:tc>
        <w:tc>
          <w:tcPr>
            <w:tcW w:type="dxa" w:w="1094"/>
          </w:tcPr>
          <w:p>
            <w:pPr>
              <w:spacing w:after="0"/>
              <w:jc w:val="left"/>
            </w:pPr>
            <w:r>
              <w:rPr>
                <w:sz w:val="16"/>
              </w:rPr>
              <w:t>Cold Wave</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95"/>
          </w:tcPr>
          <w:p>
            <w:pPr>
              <w:spacing w:after="0"/>
              <w:jc w:val="right"/>
            </w:pPr>
            <w:r>
              <w:rPr>
                <w:sz w:val="16"/>
              </w:rPr>
              <w:t>$0</w:t>
            </w:r>
          </w:p>
        </w:tc>
        <w:tc>
          <w:tcPr>
            <w:tcW w:type="dxa" w:w="1150"/>
          </w:tcPr>
          <w:p>
            <w:pPr>
              <w:spacing w:after="0"/>
              <w:jc w:val="right"/>
            </w:pPr>
            <w:r>
              <w:rPr>
                <w:sz w:val="16"/>
              </w:rPr>
              <w:t>$0</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12</w:t>
            </w:r>
          </w:p>
        </w:tc>
        <w:tc>
          <w:tcPr>
            <w:tcW w:type="dxa" w:w="1094"/>
          </w:tcPr>
          <w:p>
            <w:pPr>
              <w:spacing w:after="0"/>
              <w:jc w:val="left"/>
            </w:pPr>
            <w:r>
              <w:rPr>
                <w:sz w:val="16"/>
              </w:rPr>
              <w:t>Drought</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95"/>
          </w:tcPr>
          <w:p>
            <w:pPr>
              <w:spacing w:after="0"/>
              <w:jc w:val="right"/>
            </w:pPr>
            <w:r>
              <w:rPr>
                <w:sz w:val="16"/>
              </w:rPr>
              <w:t>n/a</w:t>
            </w:r>
          </w:p>
        </w:tc>
        <w:tc>
          <w:tcPr>
            <w:tcW w:type="dxa" w:w="1150"/>
          </w:tcPr>
          <w:p>
            <w:pPr>
              <w:spacing w:after="0"/>
              <w:jc w:val="right"/>
            </w:pPr>
            <w:r>
              <w:rPr>
                <w:sz w:val="16"/>
              </w:rPr>
              <w:t>$0</w:t>
            </w:r>
          </w:p>
        </w:tc>
        <w:tc>
          <w:tcPr>
            <w:tcW w:type="dxa" w:w="1831"/>
          </w:tcPr>
          <w:p>
            <w:pPr>
              <w:spacing w:after="0"/>
              <w:jc w:val="right"/>
            </w:pPr>
            <w:r>
              <w:rPr>
                <w:sz w:val="16"/>
              </w:rPr>
              <w:t>1</w:t>
            </w:r>
          </w:p>
        </w:tc>
        <w:tc>
          <w:tcPr>
            <w:tcW w:type="dxa" w:w="2026"/>
          </w:tcPr>
          <w:p>
            <w:pPr>
              <w:spacing w:after="0"/>
              <w:jc w:val="left"/>
            </w:pPr>
          </w:p>
        </w:tc>
      </w:tr>
      <w:tr>
        <w:trPr>
          <w:cantSplit/>
        </w:trPr>
        <w:tc>
          <w:tcPr>
            <w:tcW w:type="dxa" w:w="702"/>
          </w:tcPr>
          <w:p>
            <w:pPr>
              <w:spacing w:after="0"/>
              <w:jc w:val="right"/>
            </w:pPr>
            <w:r>
              <w:rPr>
                <w:sz w:val="16"/>
              </w:rPr>
              <w:t>13</w:t>
            </w:r>
          </w:p>
        </w:tc>
        <w:tc>
          <w:tcPr>
            <w:tcW w:type="dxa" w:w="1094"/>
          </w:tcPr>
          <w:p>
            <w:pPr>
              <w:spacing w:after="0"/>
              <w:jc w:val="left"/>
            </w:pPr>
            <w:r>
              <w:rPr>
                <w:sz w:val="16"/>
              </w:rPr>
              <w:t>Heat Wave</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95"/>
          </w:tcPr>
          <w:p>
            <w:pPr>
              <w:spacing w:after="0"/>
              <w:jc w:val="right"/>
            </w:pPr>
            <w:r>
              <w:rPr>
                <w:sz w:val="16"/>
              </w:rPr>
              <w:t>$0</w:t>
            </w:r>
          </w:p>
        </w:tc>
        <w:tc>
          <w:tcPr>
            <w:tcW w:type="dxa" w:w="1150"/>
          </w:tcPr>
          <w:p>
            <w:pPr>
              <w:spacing w:after="0"/>
              <w:jc w:val="right"/>
            </w:pPr>
            <w:r>
              <w:rPr>
                <w:sz w:val="16"/>
              </w:rPr>
              <w:t>$0</w:t>
            </w:r>
          </w:p>
        </w:tc>
        <w:tc>
          <w:tcPr>
            <w:tcW w:type="dxa" w:w="1831"/>
          </w:tcPr>
          <w:p>
            <w:pPr>
              <w:spacing w:after="0"/>
              <w:jc w:val="right"/>
            </w:pPr>
            <w:r>
              <w:rPr>
                <w:sz w:val="16"/>
              </w:rPr>
              <w:t>8</w:t>
            </w:r>
          </w:p>
        </w:tc>
        <w:tc>
          <w:tcPr>
            <w:tcW w:type="dxa" w:w="2026"/>
          </w:tcPr>
          <w:p>
            <w:pPr>
              <w:spacing w:after="0"/>
              <w:jc w:val="left"/>
            </w:pPr>
          </w:p>
        </w:tc>
      </w:tr>
      <w:tr>
        <w:trPr>
          <w:cantSplit/>
        </w:trPr>
        <w:tc>
          <w:tcPr>
            <w:tcW w:type="dxa" w:w="702"/>
          </w:tcPr>
          <w:p>
            <w:pPr>
              <w:spacing w:after="0"/>
              <w:jc w:val="right"/>
            </w:pPr>
            <w:r>
              <w:rPr>
                <w:sz w:val="16"/>
              </w:rPr>
              <w:t>14</w:t>
            </w:r>
          </w:p>
        </w:tc>
        <w:tc>
          <w:tcPr>
            <w:tcW w:type="dxa" w:w="1094"/>
          </w:tcPr>
          <w:p>
            <w:pPr>
              <w:spacing w:after="0"/>
              <w:jc w:val="left"/>
            </w:pPr>
            <w:r>
              <w:rPr>
                <w:sz w:val="16"/>
              </w:rPr>
              <w:t>Volcanic Activity</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95"/>
          </w:tcPr>
          <w:p>
            <w:pPr>
              <w:spacing w:after="0"/>
              <w:jc w:val="right"/>
            </w:pPr>
            <w:r>
              <w:rPr>
                <w:sz w:val="16"/>
              </w:rPr>
              <w:t>$0</w:t>
            </w:r>
          </w:p>
        </w:tc>
        <w:tc>
          <w:tcPr>
            <w:tcW w:type="dxa" w:w="1150"/>
          </w:tcPr>
          <w:p>
            <w:pPr>
              <w:spacing w:after="0"/>
              <w:jc w:val="right"/>
            </w:pPr>
            <w:r>
              <w:rPr>
                <w:sz w:val="16"/>
              </w:rPr>
              <w:t>$0</w:t>
            </w:r>
          </w:p>
        </w:tc>
        <w:tc>
          <w:tcPr>
            <w:tcW w:type="dxa" w:w="1831"/>
          </w:tcPr>
          <w:p>
            <w:pPr>
              <w:spacing w:after="0"/>
              <w:jc w:val="right"/>
            </w:pPr>
            <w:r>
              <w:rPr>
                <w:sz w:val="16"/>
              </w:rPr>
              <w:t>5</w:t>
            </w:r>
          </w:p>
        </w:tc>
        <w:tc>
          <w:tcPr>
            <w:tcW w:type="dxa" w:w="2026"/>
          </w:tcPr>
          <w:p>
            <w:pPr>
              <w:spacing w:after="0"/>
              <w:jc w:val="left"/>
            </w:pPr>
          </w:p>
        </w:tc>
      </w:tr>
      <w:tr>
        <w:trPr>
          <w:cantSplit/>
        </w:trPr>
        <w:tc>
          <w:tcPr>
            <w:tcW w:type="dxa" w:w="702"/>
          </w:tcPr>
          <w:p>
            <w:pPr>
              <w:spacing w:after="0"/>
              <w:jc w:val="right"/>
            </w:pPr>
            <w:r>
              <w:rPr>
                <w:sz w:val="16"/>
              </w:rPr>
              <w:t>15</w:t>
            </w:r>
          </w:p>
        </w:tc>
        <w:tc>
          <w:tcPr>
            <w:tcW w:type="dxa" w:w="1094"/>
          </w:tcPr>
          <w:p>
            <w:pPr>
              <w:spacing w:after="0"/>
              <w:jc w:val="left"/>
            </w:pPr>
            <w:r>
              <w:rPr>
                <w:sz w:val="16"/>
              </w:rPr>
              <w:t>Winter Weather</w:t>
            </w:r>
          </w:p>
        </w:tc>
        <w:tc>
          <w:tcPr>
            <w:tcW w:type="dxa" w:w="1499"/>
          </w:tcPr>
          <w:p>
            <w:pPr>
              <w:spacing w:after="0"/>
              <w:jc w:val="left"/>
            </w:pPr>
            <w:r>
              <w:rPr>
                <w:sz w:val="16"/>
              </w:rPr>
              <w:t>Insufficient Data</w:t>
            </w:r>
          </w:p>
        </w:tc>
        <w:tc>
          <w:tcPr>
            <w:tcW w:type="dxa" w:w="195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95"/>
          </w:tcPr>
          <w:p>
            <w:pPr>
              <w:spacing w:after="0"/>
              <w:jc w:val="right"/>
            </w:pPr>
            <w:r>
              <w:rPr>
                <w:sz w:val="16"/>
              </w:rPr>
              <w:t>$0</w:t>
            </w:r>
          </w:p>
        </w:tc>
        <w:tc>
          <w:tcPr>
            <w:tcW w:type="dxa" w:w="1150"/>
          </w:tcPr>
          <w:p>
            <w:pPr>
              <w:spacing w:after="0"/>
              <w:jc w:val="right"/>
            </w:pPr>
            <w:r>
              <w:rPr>
                <w:sz w:val="16"/>
              </w:rPr>
              <w:t>$0</w:t>
            </w:r>
          </w:p>
        </w:tc>
        <w:tc>
          <w:tcPr>
            <w:tcW w:type="dxa" w:w="1831"/>
          </w:tcPr>
          <w:p>
            <w:pPr>
              <w:spacing w:after="0"/>
              <w:jc w:val="right"/>
            </w:pPr>
            <w:r>
              <w:rPr>
                <w:sz w:val="16"/>
              </w:rPr>
              <w:t>0</w:t>
            </w:r>
          </w:p>
        </w:tc>
        <w:tc>
          <w:tcPr>
            <w:tcW w:type="dxa" w:w="2026"/>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94"/>
          </w:tcPr>
          <w:p>
            <w:pPr>
              <w:spacing w:after="0"/>
              <w:jc w:val="left"/>
            </w:pPr>
            <w:r>
              <w:rPr>
                <w:sz w:val="16"/>
              </w:rPr>
              <w:t>Wildfire</w:t>
            </w:r>
          </w:p>
        </w:tc>
        <w:tc>
          <w:tcPr>
            <w:tcW w:type="dxa" w:w="1499"/>
          </w:tcPr>
          <w:p>
            <w:pPr>
              <w:spacing w:after="0"/>
              <w:jc w:val="left"/>
            </w:pPr>
            <w:r>
              <w:rPr>
                <w:sz w:val="16"/>
              </w:rPr>
              <w:t>Insufficient Data</w:t>
            </w:r>
          </w:p>
        </w:tc>
        <w:tc>
          <w:tcPr>
            <w:tcW w:type="dxa" w:w="1953"/>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695"/>
          </w:tcPr>
          <w:p>
            <w:pPr>
              <w:spacing w:after="0"/>
              <w:jc w:val="right"/>
            </w:pPr>
            <w:r>
              <w:rPr>
                <w:sz w:val="16"/>
              </w:rPr>
              <w:t>n/a</w:t>
            </w:r>
          </w:p>
        </w:tc>
        <w:tc>
          <w:tcPr>
            <w:tcW w:type="dxa" w:w="1150"/>
          </w:tcPr>
          <w:p>
            <w:pPr>
              <w:spacing w:after="0"/>
              <w:jc w:val="right"/>
            </w:pPr>
            <w:r>
              <w:rPr>
                <w:sz w:val="16"/>
              </w:rPr>
              <w:t>n/a</w:t>
            </w:r>
          </w:p>
        </w:tc>
        <w:tc>
          <w:tcPr>
            <w:tcW w:type="dxa" w:w="1831"/>
          </w:tcPr>
          <w:p>
            <w:pPr>
              <w:spacing w:after="0"/>
              <w:jc w:val="right"/>
            </w:pPr>
            <w:r>
              <w:rPr>
                <w:sz w:val="16"/>
              </w:rPr>
              <w:t>1</w:t>
            </w:r>
          </w:p>
        </w:tc>
        <w:tc>
          <w:tcPr>
            <w:tcW w:type="dxa" w:w="202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tornado, hail,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944"/>
        <w:gridCol w:w="1833"/>
        <w:gridCol w:w="1391"/>
        <w:gridCol w:w="1811"/>
        <w:gridCol w:w="1964"/>
        <w:gridCol w:w="1802"/>
        <w:gridCol w:w="1549"/>
      </w:tblGrid>
      <w:tr>
        <w:trPr>
          <w:cantSplit/>
          <w:tblHeader/>
        </w:trPr>
        <w:tc>
          <w:tcPr>
            <w:tcW w:type="dxa" w:w="1818"/>
            <w:shd w:val="clear" w:color="auto" w:fill="E8E8E8"/>
          </w:tcPr>
          <w:p>
            <w:pPr>
              <w:spacing w:after="0"/>
              <w:jc w:val="left"/>
            </w:pPr>
            <w:r>
              <w:rPr>
                <w:b/>
                <w:sz w:val="16"/>
              </w:rPr>
              <w:t>Hazard</w:t>
            </w:r>
          </w:p>
        </w:tc>
        <w:tc>
          <w:tcPr>
            <w:tcW w:type="dxa" w:w="1944"/>
            <w:shd w:val="clear" w:color="auto" w:fill="E8E8E8"/>
          </w:tcPr>
          <w:p>
            <w:pPr>
              <w:spacing w:after="0"/>
              <w:jc w:val="left"/>
            </w:pPr>
            <w:r>
              <w:rPr>
                <w:b/>
                <w:sz w:val="16"/>
              </w:rPr>
              <w:t>Scale</w:t>
            </w:r>
          </w:p>
        </w:tc>
        <w:tc>
          <w:tcPr>
            <w:tcW w:type="dxa" w:w="18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1"/>
            <w:shd w:val="clear" w:color="auto" w:fill="E8E8E8"/>
          </w:tcPr>
          <w:p>
            <w:pPr>
              <w:spacing w:after="0"/>
              <w:jc w:val="left"/>
            </w:pPr>
            <w:r>
              <w:rPr>
                <w:b/>
                <w:sz w:val="16"/>
              </w:rPr>
              <w:t>Observed range</w:t>
            </w:r>
          </w:p>
        </w:tc>
        <w:tc>
          <w:tcPr>
            <w:tcW w:type="dxa" w:w="1811"/>
            <w:shd w:val="clear" w:color="auto" w:fill="E8E8E8"/>
          </w:tcPr>
          <w:p>
            <w:pPr>
              <w:spacing w:after="0"/>
              <w:jc w:val="left"/>
            </w:pPr>
            <w:r>
              <w:rPr>
                <w:b/>
                <w:sz w:val="16"/>
              </w:rPr>
              <w:t>Worst recorded event</w:t>
            </w:r>
          </w:p>
        </w:tc>
        <w:tc>
          <w:tcPr>
            <w:tcW w:type="dxa" w:w="1964"/>
            <w:shd w:val="clear" w:color="auto" w:fill="E8E8E8"/>
          </w:tcPr>
          <w:p>
            <w:pPr>
              <w:spacing w:after="0"/>
              <w:jc w:val="left"/>
            </w:pPr>
            <w:r>
              <w:rPr>
                <w:b/>
                <w:sz w:val="16"/>
              </w:rPr>
              <w:t>Most damaging (when different)</w:t>
            </w:r>
          </w:p>
        </w:tc>
        <w:tc>
          <w:tcPr>
            <w:tcW w:type="dxa" w:w="1802"/>
            <w:shd w:val="clear" w:color="auto" w:fill="E8E8E8"/>
          </w:tcPr>
          <w:p>
            <w:pPr>
              <w:spacing w:after="0"/>
              <w:jc w:val="left"/>
            </w:pPr>
            <w:r>
              <w:rPr>
                <w:b/>
                <w:sz w:val="16"/>
              </w:rPr>
              <w:t>How it applies to jurisdictions</w:t>
            </w:r>
          </w:p>
        </w:tc>
        <w:tc>
          <w:tcPr>
            <w:tcW w:type="dxa" w:w="1549"/>
            <w:shd w:val="clear" w:color="auto" w:fill="E8E8E8"/>
          </w:tcPr>
          <w:p>
            <w:pPr>
              <w:spacing w:after="0"/>
              <w:jc w:val="left"/>
            </w:pPr>
            <w:r>
              <w:rPr>
                <w:b/>
                <w:sz w:val="16"/>
              </w:rPr>
              <w:t>Note</w:t>
            </w:r>
          </w:p>
        </w:tc>
      </w:tr>
      <w:tr>
        <w:trPr>
          <w:cantSplit/>
        </w:trPr>
        <w:tc>
          <w:tcPr>
            <w:tcW w:type="dxa" w:w="1818"/>
          </w:tcPr>
          <w:p>
            <w:pPr>
              <w:spacing w:after="0"/>
              <w:jc w:val="left"/>
            </w:pPr>
            <w:r>
              <w:rPr>
                <w:sz w:val="16"/>
              </w:rPr>
              <w:t>Coastal Flood, Storm Surge/Tide</w:t>
            </w:r>
          </w:p>
        </w:tc>
        <w:tc>
          <w:tcPr>
            <w:tcW w:type="dxa" w:w="1944"/>
          </w:tcPr>
          <w:p>
            <w:pPr>
              <w:spacing w:after="0"/>
              <w:jc w:val="left"/>
            </w:pPr>
            <w:r>
              <w:rPr>
                <w:sz w:val="16"/>
              </w:rPr>
              <w:t>none in data (flood depth: FIRM)</w:t>
            </w:r>
          </w:p>
        </w:tc>
        <w:tc>
          <w:tcPr>
            <w:tcW w:type="dxa" w:w="1833"/>
          </w:tcPr>
          <w:p>
            <w:pPr>
              <w:spacing w:after="0"/>
              <w:jc w:val="right"/>
            </w:pPr>
            <w:r>
              <w:rPr>
                <w:sz w:val="16"/>
              </w:rPr>
              <w:t>17 records, 2008 to 2026 (17 zone-level)</w:t>
            </w:r>
          </w:p>
        </w:tc>
        <w:tc>
          <w:tcPr>
            <w:tcW w:type="dxa" w:w="1391"/>
          </w:tcPr>
          <w:p>
            <w:pPr>
              <w:spacing w:after="0"/>
              <w:jc w:val="left"/>
            </w:pPr>
          </w:p>
        </w:tc>
        <w:tc>
          <w:tcPr>
            <w:tcW w:type="dxa" w:w="1811"/>
          </w:tcPr>
          <w:p>
            <w:pPr>
              <w:spacing w:after="0"/>
              <w:jc w:val="left"/>
            </w:pPr>
            <w:r>
              <w:rPr>
                <w:sz w:val="16"/>
              </w:rPr>
              <w:t>Coastal Flood, 2026-02-10, $82,500 property; $0 crops (2026 dollars); NWS zone PRZ002</w:t>
            </w:r>
          </w:p>
        </w:tc>
        <w:tc>
          <w:tcPr>
            <w:tcW w:type="dxa" w:w="1964"/>
          </w:tcPr>
          <w:p>
            <w:pPr>
              <w:spacing w:after="0"/>
              <w:jc w:val="left"/>
            </w:pPr>
          </w:p>
        </w:tc>
        <w:tc>
          <w:tcPr>
            <w:tcW w:type="dxa" w:w="1802"/>
          </w:tcPr>
          <w:p>
            <w:pPr>
              <w:spacing w:after="0"/>
              <w:jc w:val="left"/>
            </w:pPr>
            <w:r>
              <w:rPr>
                <w:sz w:val="16"/>
              </w:rPr>
              <w:t>Countywide (zone-level records).</w:t>
            </w:r>
          </w:p>
        </w:tc>
        <w:tc>
          <w:tcPr>
            <w:tcW w:type="dxa" w:w="1549"/>
          </w:tcPr>
          <w:p>
            <w:pPr>
              <w:spacing w:after="0"/>
              <w:jc w:val="left"/>
            </w:pPr>
            <w:r>
              <w:rPr>
                <w:sz w:val="16"/>
              </w:rPr>
              <w:t>Flood depth: see the FEMA Flood Insurance Rate Map.</w:t>
            </w:r>
          </w:p>
        </w:tc>
      </w:tr>
      <w:tr>
        <w:trPr>
          <w:cantSplit/>
        </w:trPr>
        <w:tc>
          <w:tcPr>
            <w:tcW w:type="dxa" w:w="1818"/>
          </w:tcPr>
          <w:p>
            <w:pPr>
              <w:spacing w:after="0"/>
              <w:jc w:val="left"/>
            </w:pPr>
            <w:r>
              <w:rPr>
                <w:sz w:val="16"/>
              </w:rPr>
              <w:t>Cold/Wind Chill, Extreme Cold/Wind Chill</w:t>
            </w:r>
          </w:p>
        </w:tc>
        <w:tc>
          <w:tcPr>
            <w:tcW w:type="dxa" w:w="1944"/>
          </w:tcPr>
          <w:p>
            <w:pPr>
              <w:spacing w:after="0"/>
              <w:jc w:val="left"/>
            </w:pPr>
            <w:r>
              <w:rPr>
                <w:sz w:val="16"/>
              </w:rPr>
              <w:t>wind chill</w:t>
            </w:r>
          </w:p>
        </w:tc>
        <w:tc>
          <w:tcPr>
            <w:tcW w:type="dxa" w:w="1833"/>
          </w:tcPr>
          <w:p>
            <w:pPr>
              <w:spacing w:after="0"/>
              <w:jc w:val="right"/>
            </w:pPr>
            <w:r>
              <w:rPr>
                <w:sz w:val="16"/>
              </w:rPr>
              <w:t>0</w:t>
            </w:r>
          </w:p>
        </w:tc>
        <w:tc>
          <w:tcPr>
            <w:tcW w:type="dxa" w:w="1391"/>
          </w:tcPr>
          <w:p>
            <w:pPr>
              <w:spacing w:after="0"/>
              <w:jc w:val="left"/>
            </w:pPr>
          </w:p>
        </w:tc>
        <w:tc>
          <w:tcPr>
            <w:tcW w:type="dxa" w:w="1811"/>
          </w:tcPr>
          <w:p>
            <w:pPr>
              <w:spacing w:after="0"/>
              <w:jc w:val="left"/>
            </w:pPr>
          </w:p>
        </w:tc>
        <w:tc>
          <w:tcPr>
            <w:tcW w:type="dxa" w:w="1964"/>
          </w:tcPr>
          <w:p>
            <w:pPr>
              <w:spacing w:after="0"/>
              <w:jc w:val="left"/>
            </w:pPr>
          </w:p>
        </w:tc>
        <w:tc>
          <w:tcPr>
            <w:tcW w:type="dxa" w:w="1802"/>
          </w:tcPr>
          <w:p>
            <w:pPr>
              <w:spacing w:after="0"/>
              <w:jc w:val="left"/>
            </w:pPr>
          </w:p>
        </w:tc>
        <w:tc>
          <w:tcPr>
            <w:tcW w:type="dxa" w:w="1549"/>
          </w:tcPr>
          <w:p>
            <w:pPr>
              <w:spacing w:after="0"/>
              <w:jc w:val="left"/>
            </w:pPr>
          </w:p>
        </w:tc>
      </w:tr>
      <w:tr>
        <w:trPr>
          <w:cantSplit/>
        </w:trPr>
        <w:tc>
          <w:tcPr>
            <w:tcW w:type="dxa" w:w="1818"/>
          </w:tcPr>
          <w:p>
            <w:pPr>
              <w:spacing w:after="0"/>
              <w:jc w:val="left"/>
            </w:pPr>
            <w:r>
              <w:rPr>
                <w:sz w:val="16"/>
              </w:rPr>
              <w:t>Frost/Freeze (outside NRI's Cold Wave definition)</w:t>
            </w:r>
          </w:p>
        </w:tc>
        <w:tc>
          <w:tcPr>
            <w:tcW w:type="dxa" w:w="1944"/>
          </w:tcPr>
          <w:p>
            <w:pPr>
              <w:spacing w:after="0"/>
              <w:jc w:val="left"/>
            </w:pPr>
            <w:r>
              <w:rPr>
                <w:sz w:val="16"/>
              </w:rPr>
              <w:t>crop damage</w:t>
            </w:r>
          </w:p>
        </w:tc>
        <w:tc>
          <w:tcPr>
            <w:tcW w:type="dxa" w:w="1833"/>
          </w:tcPr>
          <w:p>
            <w:pPr>
              <w:spacing w:after="0"/>
              <w:jc w:val="right"/>
            </w:pPr>
            <w:r>
              <w:rPr>
                <w:sz w:val="16"/>
              </w:rPr>
              <w:t>0</w:t>
            </w:r>
          </w:p>
        </w:tc>
        <w:tc>
          <w:tcPr>
            <w:tcW w:type="dxa" w:w="1391"/>
          </w:tcPr>
          <w:p>
            <w:pPr>
              <w:spacing w:after="0"/>
              <w:jc w:val="left"/>
            </w:pPr>
          </w:p>
        </w:tc>
        <w:tc>
          <w:tcPr>
            <w:tcW w:type="dxa" w:w="1811"/>
          </w:tcPr>
          <w:p>
            <w:pPr>
              <w:spacing w:after="0"/>
              <w:jc w:val="left"/>
            </w:pPr>
          </w:p>
        </w:tc>
        <w:tc>
          <w:tcPr>
            <w:tcW w:type="dxa" w:w="1964"/>
          </w:tcPr>
          <w:p>
            <w:pPr>
              <w:spacing w:after="0"/>
              <w:jc w:val="left"/>
            </w:pPr>
          </w:p>
        </w:tc>
        <w:tc>
          <w:tcPr>
            <w:tcW w:type="dxa" w:w="1802"/>
          </w:tcPr>
          <w:p>
            <w:pPr>
              <w:spacing w:after="0"/>
              <w:jc w:val="left"/>
            </w:pPr>
          </w:p>
        </w:tc>
        <w:tc>
          <w:tcPr>
            <w:tcW w:type="dxa" w:w="1549"/>
          </w:tcPr>
          <w:p>
            <w:pPr>
              <w:spacing w:after="0"/>
              <w:jc w:val="left"/>
            </w:pPr>
          </w:p>
        </w:tc>
      </w:tr>
      <w:tr>
        <w:trPr>
          <w:cantSplit/>
        </w:trPr>
        <w:tc>
          <w:tcPr>
            <w:tcW w:type="dxa" w:w="1818"/>
          </w:tcPr>
          <w:p>
            <w:pPr>
              <w:spacing w:after="0"/>
              <w:jc w:val="left"/>
            </w:pPr>
            <w:r>
              <w:rPr>
                <w:sz w:val="16"/>
              </w:rPr>
              <w:t>Drought</w:t>
            </w:r>
          </w:p>
        </w:tc>
        <w:tc>
          <w:tcPr>
            <w:tcW w:type="dxa" w:w="1944"/>
          </w:tcPr>
          <w:p>
            <w:pPr>
              <w:spacing w:after="0"/>
              <w:jc w:val="left"/>
            </w:pPr>
            <w:r>
              <w:rPr>
                <w:sz w:val="16"/>
              </w:rPr>
              <w:t>U.S. Drought Monitor scale (D0 to D4)</w:t>
            </w:r>
          </w:p>
        </w:tc>
        <w:tc>
          <w:tcPr>
            <w:tcW w:type="dxa" w:w="1833"/>
          </w:tcPr>
          <w:p>
            <w:pPr>
              <w:spacing w:after="0"/>
              <w:jc w:val="right"/>
            </w:pPr>
            <w:r>
              <w:rPr>
                <w:sz w:val="16"/>
              </w:rPr>
              <w:t>1 record, 2022 (1 zone-level)</w:t>
            </w:r>
          </w:p>
        </w:tc>
        <w:tc>
          <w:tcPr>
            <w:tcW w:type="dxa" w:w="1391"/>
          </w:tcPr>
          <w:p>
            <w:pPr>
              <w:spacing w:after="0"/>
              <w:jc w:val="left"/>
            </w:pPr>
            <w:r>
              <w:rPr>
                <w:sz w:val="16"/>
              </w:rPr>
              <w:t>17 days; 1 with a recorded value</w:t>
            </w:r>
          </w:p>
        </w:tc>
        <w:tc>
          <w:tcPr>
            <w:tcW w:type="dxa" w:w="1811"/>
          </w:tcPr>
          <w:p>
            <w:pPr>
              <w:spacing w:after="0"/>
              <w:jc w:val="left"/>
            </w:pPr>
            <w:r>
              <w:rPr>
                <w:sz w:val="16"/>
              </w:rPr>
              <w:t>17 days, 2022-06-14 to 2022-06-30, zone-level</w:t>
            </w:r>
          </w:p>
        </w:tc>
        <w:tc>
          <w:tcPr>
            <w:tcW w:type="dxa" w:w="1964"/>
          </w:tcPr>
          <w:p>
            <w:pPr>
              <w:spacing w:after="0"/>
              <w:jc w:val="left"/>
            </w:pPr>
          </w:p>
        </w:tc>
        <w:tc>
          <w:tcPr>
            <w:tcW w:type="dxa" w:w="1802"/>
          </w:tcPr>
          <w:p>
            <w:pPr>
              <w:spacing w:after="0"/>
              <w:jc w:val="left"/>
            </w:pPr>
            <w:r>
              <w:rPr>
                <w:sz w:val="16"/>
              </w:rPr>
              <w:t>Countywide (zone-level records).</w:t>
            </w:r>
          </w:p>
        </w:tc>
        <w:tc>
          <w:tcPr>
            <w:tcW w:type="dxa" w:w="15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944"/>
          </w:tcPr>
          <w:p>
            <w:pPr>
              <w:spacing w:after="0"/>
              <w:jc w:val="left"/>
            </w:pPr>
            <w:r>
              <w:rPr>
                <w:sz w:val="16"/>
              </w:rPr>
              <w:t>Modified Mercalli (local data)</w:t>
            </w:r>
          </w:p>
        </w:tc>
        <w:tc>
          <w:tcPr>
            <w:tcW w:type="dxa" w:w="1833"/>
          </w:tcPr>
          <w:p>
            <w:pPr>
              <w:spacing w:after="0"/>
              <w:jc w:val="right"/>
            </w:pPr>
            <w:r>
              <w:rPr>
                <w:sz w:val="16"/>
              </w:rPr>
              <w:t>0</w:t>
            </w:r>
          </w:p>
        </w:tc>
        <w:tc>
          <w:tcPr>
            <w:tcW w:type="dxa" w:w="1391"/>
          </w:tcPr>
          <w:p>
            <w:pPr>
              <w:spacing w:after="0"/>
              <w:jc w:val="left"/>
            </w:pPr>
          </w:p>
        </w:tc>
        <w:tc>
          <w:tcPr>
            <w:tcW w:type="dxa" w:w="1811"/>
          </w:tcPr>
          <w:p>
            <w:pPr>
              <w:spacing w:after="0"/>
              <w:jc w:val="left"/>
            </w:pPr>
          </w:p>
        </w:tc>
        <w:tc>
          <w:tcPr>
            <w:tcW w:type="dxa" w:w="1964"/>
          </w:tcPr>
          <w:p>
            <w:pPr>
              <w:spacing w:after="0"/>
              <w:jc w:val="left"/>
            </w:pPr>
          </w:p>
        </w:tc>
        <w:tc>
          <w:tcPr>
            <w:tcW w:type="dxa" w:w="1802"/>
          </w:tcPr>
          <w:p>
            <w:pPr>
              <w:spacing w:after="0"/>
              <w:jc w:val="left"/>
            </w:pPr>
          </w:p>
        </w:tc>
        <w:tc>
          <w:tcPr>
            <w:tcW w:type="dxa" w:w="1549"/>
          </w:tcPr>
          <w:p>
            <w:pPr>
              <w:spacing w:after="0"/>
              <w:jc w:val="left"/>
            </w:pPr>
            <w:r>
              <w:rPr>
                <w:sz w:val="16"/>
              </w:rPr>
              <w:t>Storm Events does not record earthquakes; the USGS earthquake catalog is the source.</w:t>
            </w:r>
          </w:p>
        </w:tc>
      </w:tr>
      <w:tr>
        <w:trPr>
          <w:cantSplit/>
        </w:trPr>
        <w:tc>
          <w:tcPr>
            <w:tcW w:type="dxa" w:w="1818"/>
          </w:tcPr>
          <w:p>
            <w:pPr>
              <w:spacing w:after="0"/>
              <w:jc w:val="left"/>
            </w:pPr>
            <w:r>
              <w:rPr>
                <w:sz w:val="16"/>
              </w:rPr>
              <w:t>Hail</w:t>
            </w:r>
          </w:p>
        </w:tc>
        <w:tc>
          <w:tcPr>
            <w:tcW w:type="dxa" w:w="1944"/>
          </w:tcPr>
          <w:p>
            <w:pPr>
              <w:spacing w:after="0"/>
              <w:jc w:val="left"/>
            </w:pPr>
            <w:r>
              <w:rPr>
                <w:sz w:val="16"/>
              </w:rPr>
              <w:t>hail size (inches)</w:t>
            </w:r>
          </w:p>
        </w:tc>
        <w:tc>
          <w:tcPr>
            <w:tcW w:type="dxa" w:w="1833"/>
          </w:tcPr>
          <w:p>
            <w:pPr>
              <w:spacing w:after="0"/>
              <w:jc w:val="right"/>
            </w:pPr>
            <w:r>
              <w:rPr>
                <w:sz w:val="16"/>
              </w:rPr>
              <w:t>0</w:t>
            </w:r>
          </w:p>
        </w:tc>
        <w:tc>
          <w:tcPr>
            <w:tcW w:type="dxa" w:w="1391"/>
          </w:tcPr>
          <w:p>
            <w:pPr>
              <w:spacing w:after="0"/>
              <w:jc w:val="left"/>
            </w:pPr>
          </w:p>
        </w:tc>
        <w:tc>
          <w:tcPr>
            <w:tcW w:type="dxa" w:w="1811"/>
          </w:tcPr>
          <w:p>
            <w:pPr>
              <w:spacing w:after="0"/>
              <w:jc w:val="left"/>
            </w:pPr>
          </w:p>
        </w:tc>
        <w:tc>
          <w:tcPr>
            <w:tcW w:type="dxa" w:w="1964"/>
          </w:tcPr>
          <w:p>
            <w:pPr>
              <w:spacing w:after="0"/>
              <w:jc w:val="left"/>
            </w:pPr>
          </w:p>
        </w:tc>
        <w:tc>
          <w:tcPr>
            <w:tcW w:type="dxa" w:w="1802"/>
          </w:tcPr>
          <w:p>
            <w:pPr>
              <w:spacing w:after="0"/>
              <w:jc w:val="left"/>
            </w:pPr>
          </w:p>
        </w:tc>
        <w:tc>
          <w:tcPr>
            <w:tcW w:type="dxa" w:w="1549"/>
          </w:tcPr>
          <w:p>
            <w:pPr>
              <w:spacing w:after="0"/>
              <w:jc w:val="left"/>
            </w:pPr>
          </w:p>
        </w:tc>
      </w:tr>
      <w:tr>
        <w:trPr>
          <w:cantSplit/>
        </w:trPr>
        <w:tc>
          <w:tcPr>
            <w:tcW w:type="dxa" w:w="1818"/>
          </w:tcPr>
          <w:p>
            <w:pPr>
              <w:spacing w:after="0"/>
              <w:jc w:val="left"/>
            </w:pPr>
            <w:r>
              <w:rPr>
                <w:sz w:val="16"/>
              </w:rPr>
              <w:t>Excessive Heat, Heat</w:t>
            </w:r>
          </w:p>
        </w:tc>
        <w:tc>
          <w:tcPr>
            <w:tcW w:type="dxa" w:w="1944"/>
          </w:tcPr>
          <w:p>
            <w:pPr>
              <w:spacing w:after="0"/>
              <w:jc w:val="left"/>
            </w:pPr>
            <w:r>
              <w:rPr>
                <w:sz w:val="16"/>
              </w:rPr>
              <w:t>heat index (in event narratives)</w:t>
            </w:r>
          </w:p>
        </w:tc>
        <w:tc>
          <w:tcPr>
            <w:tcW w:type="dxa" w:w="1833"/>
          </w:tcPr>
          <w:p>
            <w:pPr>
              <w:spacing w:after="0"/>
              <w:jc w:val="right"/>
            </w:pPr>
            <w:r>
              <w:rPr>
                <w:sz w:val="16"/>
              </w:rPr>
              <w:t>8 records, 2023 to 2024 (8 zone-level)</w:t>
            </w:r>
          </w:p>
        </w:tc>
        <w:tc>
          <w:tcPr>
            <w:tcW w:type="dxa" w:w="1391"/>
          </w:tcPr>
          <w:p>
            <w:pPr>
              <w:spacing w:after="0"/>
              <w:jc w:val="left"/>
            </w:pPr>
            <w:r>
              <w:rPr>
                <w:sz w:val="16"/>
              </w:rPr>
              <w:t>1 day to 30 days (median 2 days); 5 with a recorded value</w:t>
            </w:r>
          </w:p>
        </w:tc>
        <w:tc>
          <w:tcPr>
            <w:tcW w:type="dxa" w:w="1811"/>
          </w:tcPr>
          <w:p>
            <w:pPr>
              <w:spacing w:after="0"/>
              <w:jc w:val="left"/>
            </w:pPr>
            <w:r>
              <w:rPr>
                <w:sz w:val="16"/>
              </w:rPr>
              <w:t>September 2023 (1 monthly summary record), zone-level</w:t>
            </w:r>
          </w:p>
        </w:tc>
        <w:tc>
          <w:tcPr>
            <w:tcW w:type="dxa" w:w="1964"/>
          </w:tcPr>
          <w:p>
            <w:pPr>
              <w:spacing w:after="0"/>
              <w:jc w:val="left"/>
            </w:pPr>
          </w:p>
        </w:tc>
        <w:tc>
          <w:tcPr>
            <w:tcW w:type="dxa" w:w="1802"/>
          </w:tcPr>
          <w:p>
            <w:pPr>
              <w:spacing w:after="0"/>
              <w:jc w:val="left"/>
            </w:pPr>
            <w:r>
              <w:rPr>
                <w:sz w:val="16"/>
              </w:rPr>
              <w:t>Countywide (zone-level records).</w:t>
            </w:r>
          </w:p>
        </w:tc>
        <w:tc>
          <w:tcPr>
            <w:tcW w:type="dxa" w:w="1549"/>
          </w:tcPr>
          <w:p>
            <w:pPr>
              <w:spacing w:after="0"/>
              <w:jc w:val="left"/>
            </w:pPr>
          </w:p>
        </w:tc>
      </w:tr>
      <w:tr>
        <w:trPr>
          <w:cantSplit/>
        </w:trPr>
        <w:tc>
          <w:tcPr>
            <w:tcW w:type="dxa" w:w="1818"/>
          </w:tcPr>
          <w:p>
            <w:pPr>
              <w:spacing w:after="0"/>
              <w:jc w:val="left"/>
            </w:pPr>
            <w:r>
              <w:rPr>
                <w:sz w:val="16"/>
              </w:rPr>
              <w:t>Hurricane, Tropical Storm, Tropical Depression</w:t>
            </w:r>
          </w:p>
        </w:tc>
        <w:tc>
          <w:tcPr>
            <w:tcW w:type="dxa" w:w="1944"/>
          </w:tcPr>
          <w:p>
            <w:pPr>
              <w:spacing w:after="0"/>
              <w:jc w:val="left"/>
            </w:pPr>
            <w:r>
              <w:rPr>
                <w:sz w:val="16"/>
              </w:rPr>
              <w:t>Saffir-Simpson</w:t>
            </w:r>
          </w:p>
        </w:tc>
        <w:tc>
          <w:tcPr>
            <w:tcW w:type="dxa" w:w="1833"/>
          </w:tcPr>
          <w:p>
            <w:pPr>
              <w:spacing w:after="0"/>
              <w:jc w:val="right"/>
            </w:pPr>
            <w:r>
              <w:rPr>
                <w:sz w:val="16"/>
              </w:rPr>
              <w:t>10 records, 2000 to 2024 (10 zone-level)</w:t>
            </w:r>
          </w:p>
        </w:tc>
        <w:tc>
          <w:tcPr>
            <w:tcW w:type="dxa" w:w="1391"/>
          </w:tcPr>
          <w:p>
            <w:pPr>
              <w:spacing w:after="0"/>
              <w:jc w:val="left"/>
            </w:pPr>
          </w:p>
        </w:tc>
        <w:tc>
          <w:tcPr>
            <w:tcW w:type="dxa" w:w="1811"/>
          </w:tcPr>
          <w:p>
            <w:pPr>
              <w:spacing w:after="0"/>
              <w:jc w:val="left"/>
            </w:pPr>
            <w:r>
              <w:rPr>
                <w:sz w:val="16"/>
              </w:rPr>
              <w:t>Strongest recorded: Hurricane record (NOAA event type 'Hurricane (Typhoon)'), 2000-08-22 to 2000-08-23, $41,000 property; crops not reported (2000 dollars); NWS zone PRZ002</w:t>
            </w:r>
          </w:p>
        </w:tc>
        <w:tc>
          <w:tcPr>
            <w:tcW w:type="dxa" w:w="1964"/>
          </w:tcPr>
          <w:p>
            <w:pPr>
              <w:spacing w:after="0"/>
              <w:jc w:val="left"/>
            </w:pPr>
            <w:r>
              <w:rPr>
                <w:sz w:val="16"/>
              </w:rPr>
              <w:t>Most damaging recorded: Tropical Storm, 2001-08-22, $200,000 property; crops not reported (zone total, 2001 dollars)</w:t>
            </w:r>
          </w:p>
        </w:tc>
        <w:tc>
          <w:tcPr>
            <w:tcW w:type="dxa" w:w="1802"/>
          </w:tcPr>
          <w:p>
            <w:pPr>
              <w:spacing w:after="0"/>
              <w:jc w:val="left"/>
            </w:pPr>
            <w:r>
              <w:rPr>
                <w:sz w:val="16"/>
              </w:rPr>
              <w:t>Countywide (zone-level records).</w:t>
            </w:r>
          </w:p>
        </w:tc>
        <w:tc>
          <w:tcPr>
            <w:tcW w:type="dxa" w:w="15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8"/>
          </w:tcPr>
          <w:p>
            <w:pPr>
              <w:spacing w:after="0"/>
              <w:jc w:val="left"/>
            </w:pPr>
            <w:r>
              <w:rPr>
                <w:sz w:val="16"/>
              </w:rPr>
              <w:t>Flash Flood, Flood, Lakeshore Flood</w:t>
            </w:r>
          </w:p>
        </w:tc>
        <w:tc>
          <w:tcPr>
            <w:tcW w:type="dxa" w:w="1944"/>
          </w:tcPr>
          <w:p>
            <w:pPr>
              <w:spacing w:after="0"/>
              <w:jc w:val="left"/>
            </w:pPr>
            <w:r>
              <w:rPr>
                <w:sz w:val="16"/>
              </w:rPr>
              <w:t>damage and flood days (flood depth: FIRM)</w:t>
            </w:r>
          </w:p>
        </w:tc>
        <w:tc>
          <w:tcPr>
            <w:tcW w:type="dxa" w:w="1833"/>
          </w:tcPr>
          <w:p>
            <w:pPr>
              <w:spacing w:after="0"/>
              <w:jc w:val="right"/>
            </w:pPr>
            <w:r>
              <w:rPr>
                <w:sz w:val="16"/>
              </w:rPr>
              <w:t>126 records, 2000 to 2024 (99 zone-level)</w:t>
            </w:r>
          </w:p>
        </w:tc>
        <w:tc>
          <w:tcPr>
            <w:tcW w:type="dxa" w:w="1391"/>
          </w:tcPr>
          <w:p>
            <w:pPr>
              <w:spacing w:after="0"/>
              <w:jc w:val="left"/>
            </w:pPr>
          </w:p>
        </w:tc>
        <w:tc>
          <w:tcPr>
            <w:tcW w:type="dxa" w:w="1811"/>
          </w:tcPr>
          <w:p>
            <w:pPr>
              <w:spacing w:after="0"/>
              <w:jc w:val="left"/>
            </w:pPr>
            <w:r>
              <w:rPr>
                <w:sz w:val="16"/>
              </w:rPr>
              <w:t>Flash Flood, 2003-04-17, $11,100,000 property; crops not reported (2003 dollars), 2 direct deaths (reported for the zone); NWS zone PRZ002</w:t>
            </w:r>
          </w:p>
        </w:tc>
        <w:tc>
          <w:tcPr>
            <w:tcW w:type="dxa" w:w="1964"/>
          </w:tcPr>
          <w:p>
            <w:pPr>
              <w:spacing w:after="0"/>
              <w:jc w:val="left"/>
            </w:pPr>
          </w:p>
        </w:tc>
        <w:tc>
          <w:tcPr>
            <w:tcW w:type="dxa" w:w="1802"/>
          </w:tcPr>
          <w:p>
            <w:pPr>
              <w:spacing w:after="0"/>
              <w:jc w:val="left"/>
            </w:pPr>
            <w:r>
              <w:rPr>
                <w:sz w:val="16"/>
              </w:rPr>
              <w:t>No event record names a jurisdiction in the plan. Zone-level records (99) apply countywide.</w:t>
            </w:r>
          </w:p>
        </w:tc>
        <w:tc>
          <w:tcPr>
            <w:tcW w:type="dxa" w:w="15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8"/>
          </w:tcPr>
          <w:p>
            <w:pPr>
              <w:spacing w:after="0"/>
              <w:jc w:val="left"/>
            </w:pPr>
            <w:r>
              <w:rPr>
                <w:sz w:val="16"/>
              </w:rPr>
              <w:t>Debris Flow</w:t>
            </w:r>
          </w:p>
        </w:tc>
        <w:tc>
          <w:tcPr>
            <w:tcW w:type="dxa" w:w="1944"/>
          </w:tcPr>
          <w:p>
            <w:pPr>
              <w:spacing w:after="0"/>
              <w:jc w:val="left"/>
            </w:pPr>
            <w:r>
              <w:rPr>
                <w:sz w:val="16"/>
              </w:rPr>
              <w:t>none (count and damage only)</w:t>
            </w:r>
          </w:p>
        </w:tc>
        <w:tc>
          <w:tcPr>
            <w:tcW w:type="dxa" w:w="1833"/>
          </w:tcPr>
          <w:p>
            <w:pPr>
              <w:spacing w:after="0"/>
              <w:jc w:val="right"/>
            </w:pPr>
            <w:r>
              <w:rPr>
                <w:sz w:val="16"/>
              </w:rPr>
              <w:t>19 records, 2003 to 2023 (13 zone-level)</w:t>
            </w:r>
          </w:p>
        </w:tc>
        <w:tc>
          <w:tcPr>
            <w:tcW w:type="dxa" w:w="1391"/>
          </w:tcPr>
          <w:p>
            <w:pPr>
              <w:spacing w:after="0"/>
              <w:jc w:val="left"/>
            </w:pPr>
          </w:p>
        </w:tc>
        <w:tc>
          <w:tcPr>
            <w:tcW w:type="dxa" w:w="1811"/>
          </w:tcPr>
          <w:p>
            <w:pPr>
              <w:spacing w:after="0"/>
              <w:jc w:val="left"/>
            </w:pPr>
            <w:r>
              <w:rPr>
                <w:sz w:val="16"/>
              </w:rPr>
              <w:t>Debris Flow, 2023-11-08, $3,500 property; $0 crops (2023 dollars)</w:t>
            </w:r>
          </w:p>
        </w:tc>
        <w:tc>
          <w:tcPr>
            <w:tcW w:type="dxa" w:w="1964"/>
          </w:tcPr>
          <w:p>
            <w:pPr>
              <w:spacing w:after="0"/>
              <w:jc w:val="left"/>
            </w:pPr>
          </w:p>
        </w:tc>
        <w:tc>
          <w:tcPr>
            <w:tcW w:type="dxa" w:w="1802"/>
          </w:tcPr>
          <w:p>
            <w:pPr>
              <w:spacing w:after="0"/>
              <w:jc w:val="left"/>
            </w:pPr>
            <w:r>
              <w:rPr>
                <w:sz w:val="16"/>
              </w:rPr>
              <w:t>No event record names a jurisdiction in the plan. Zone-level records (13) apply countywide.</w:t>
            </w:r>
          </w:p>
        </w:tc>
        <w:tc>
          <w:tcPr>
            <w:tcW w:type="dxa" w:w="1549"/>
          </w:tcPr>
          <w:p>
            <w:pPr>
              <w:spacing w:after="0"/>
              <w:jc w:val="left"/>
            </w:pPr>
          </w:p>
        </w:tc>
      </w:tr>
      <w:tr>
        <w:trPr>
          <w:cantSplit/>
        </w:trPr>
        <w:tc>
          <w:tcPr>
            <w:tcW w:type="dxa" w:w="1818"/>
          </w:tcPr>
          <w:p>
            <w:pPr>
              <w:spacing w:after="0"/>
              <w:jc w:val="left"/>
            </w:pPr>
            <w:r>
              <w:rPr>
                <w:sz w:val="16"/>
              </w:rPr>
              <w:t>Lightning</w:t>
            </w:r>
          </w:p>
        </w:tc>
        <w:tc>
          <w:tcPr>
            <w:tcW w:type="dxa" w:w="1944"/>
          </w:tcPr>
          <w:p>
            <w:pPr>
              <w:spacing w:after="0"/>
              <w:jc w:val="left"/>
            </w:pPr>
            <w:r>
              <w:rPr>
                <w:sz w:val="16"/>
              </w:rPr>
              <w:t>annualized frequency (the measure FEMA's Local Mitigation Planning Handbook names)</w:t>
            </w:r>
          </w:p>
        </w:tc>
        <w:tc>
          <w:tcPr>
            <w:tcW w:type="dxa" w:w="1833"/>
          </w:tcPr>
          <w:p>
            <w:pPr>
              <w:spacing w:after="0"/>
              <w:jc w:val="right"/>
            </w:pPr>
            <w:r>
              <w:rPr>
                <w:sz w:val="16"/>
              </w:rPr>
              <w:t>1 record, 2006 (1 zone-level)</w:t>
            </w:r>
          </w:p>
        </w:tc>
        <w:tc>
          <w:tcPr>
            <w:tcW w:type="dxa" w:w="1391"/>
          </w:tcPr>
          <w:p>
            <w:pPr>
              <w:spacing w:after="0"/>
              <w:jc w:val="left"/>
            </w:pPr>
          </w:p>
        </w:tc>
        <w:tc>
          <w:tcPr>
            <w:tcW w:type="dxa" w:w="1811"/>
          </w:tcPr>
          <w:p>
            <w:pPr>
              <w:spacing w:after="0"/>
              <w:jc w:val="left"/>
            </w:pPr>
            <w:r>
              <w:rPr>
                <w:sz w:val="16"/>
              </w:rPr>
              <w:t>Lightning, 2006-07-10, $5,000 property; crops not reported (2006 dollars); NWS zone PRZ002</w:t>
            </w:r>
          </w:p>
        </w:tc>
        <w:tc>
          <w:tcPr>
            <w:tcW w:type="dxa" w:w="1964"/>
          </w:tcPr>
          <w:p>
            <w:pPr>
              <w:spacing w:after="0"/>
              <w:jc w:val="left"/>
            </w:pPr>
          </w:p>
        </w:tc>
        <w:tc>
          <w:tcPr>
            <w:tcW w:type="dxa" w:w="1802"/>
          </w:tcPr>
          <w:p>
            <w:pPr>
              <w:spacing w:after="0"/>
              <w:jc w:val="left"/>
            </w:pPr>
            <w:r>
              <w:rPr>
                <w:sz w:val="16"/>
              </w:rPr>
              <w:t>Countywide (zone-level records).</w:t>
            </w:r>
          </w:p>
        </w:tc>
        <w:tc>
          <w:tcPr>
            <w:tcW w:type="dxa" w:w="1549"/>
          </w:tcPr>
          <w:p>
            <w:pPr>
              <w:spacing w:after="0"/>
              <w:jc w:val="left"/>
            </w:pPr>
            <w:r>
              <w:rPr>
                <w:sz w:val="16"/>
              </w:rPr>
              <w:t>Storm Events lists lightning with damage or casualties.</w:t>
            </w:r>
          </w:p>
        </w:tc>
      </w:tr>
      <w:tr>
        <w:trPr>
          <w:cantSplit/>
        </w:trPr>
        <w:tc>
          <w:tcPr>
            <w:tcW w:type="dxa" w:w="1818"/>
          </w:tcPr>
          <w:p>
            <w:pPr>
              <w:spacing w:after="0"/>
              <w:jc w:val="left"/>
            </w:pPr>
            <w:r>
              <w:rPr>
                <w:sz w:val="16"/>
              </w:rPr>
              <w:t>High Wind and Strong Wind (outside NRI's Strong Wind definition)</w:t>
            </w:r>
          </w:p>
        </w:tc>
        <w:tc>
          <w:tcPr>
            <w:tcW w:type="dxa" w:w="1944"/>
          </w:tcPr>
          <w:p>
            <w:pPr>
              <w:spacing w:after="0"/>
              <w:jc w:val="left"/>
            </w:pPr>
            <w:r>
              <w:rPr>
                <w:sz w:val="16"/>
              </w:rPr>
              <w:t>wind speed (kt and mph)</w:t>
            </w:r>
          </w:p>
        </w:tc>
        <w:tc>
          <w:tcPr>
            <w:tcW w:type="dxa" w:w="1833"/>
          </w:tcPr>
          <w:p>
            <w:pPr>
              <w:spacing w:after="0"/>
              <w:jc w:val="right"/>
            </w:pPr>
            <w:r>
              <w:rPr>
                <w:sz w:val="16"/>
              </w:rPr>
              <w:t>3 records, 2003 to 2026 (3 zone-level)</w:t>
            </w:r>
          </w:p>
        </w:tc>
        <w:tc>
          <w:tcPr>
            <w:tcW w:type="dxa" w:w="1391"/>
          </w:tcPr>
          <w:p>
            <w:pPr>
              <w:spacing w:after="0"/>
              <w:jc w:val="left"/>
            </w:pPr>
            <w:r>
              <w:rPr>
                <w:sz w:val="16"/>
              </w:rPr>
              <w:t>24 kt (28 mph) to 40 kt (46 mph) (median 40 kt (46 mph)); 3 with a recorded value</w:t>
            </w:r>
          </w:p>
        </w:tc>
        <w:tc>
          <w:tcPr>
            <w:tcW w:type="dxa" w:w="1811"/>
          </w:tcPr>
          <w:p>
            <w:pPr>
              <w:spacing w:after="0"/>
              <w:jc w:val="left"/>
            </w:pPr>
            <w:r>
              <w:rPr>
                <w:sz w:val="16"/>
              </w:rPr>
              <w:t>40 kt (46 mph) estimated gust, Strong Wind, 2005-05-09; same speed and measurement basis also recorded on 2003-10-10; NWS zone PRZ002</w:t>
            </w:r>
          </w:p>
        </w:tc>
        <w:tc>
          <w:tcPr>
            <w:tcW w:type="dxa" w:w="1964"/>
          </w:tcPr>
          <w:p>
            <w:pPr>
              <w:spacing w:after="0"/>
              <w:jc w:val="left"/>
            </w:pPr>
            <w:r>
              <w:rPr>
                <w:sz w:val="16"/>
              </w:rPr>
              <w:t>Strong Wind, 2003-10-10, $15,000 property; crops not reported (zone total, 2003 dollars)</w:t>
            </w:r>
          </w:p>
        </w:tc>
        <w:tc>
          <w:tcPr>
            <w:tcW w:type="dxa" w:w="1802"/>
          </w:tcPr>
          <w:p>
            <w:pPr>
              <w:spacing w:after="0"/>
              <w:jc w:val="left"/>
            </w:pPr>
            <w:r>
              <w:rPr>
                <w:sz w:val="16"/>
              </w:rPr>
              <w:t>Countywide (zone-level records).</w:t>
            </w:r>
          </w:p>
        </w:tc>
        <w:tc>
          <w:tcPr>
            <w:tcW w:type="dxa" w:w="1549"/>
          </w:tcPr>
          <w:p>
            <w:pPr>
              <w:spacing w:after="0"/>
              <w:jc w:val="left"/>
            </w:pPr>
          </w:p>
        </w:tc>
      </w:tr>
      <w:tr>
        <w:trPr>
          <w:cantSplit/>
        </w:trPr>
        <w:tc>
          <w:tcPr>
            <w:tcW w:type="dxa" w:w="1818"/>
          </w:tcPr>
          <w:p>
            <w:pPr>
              <w:spacing w:after="0"/>
              <w:jc w:val="left"/>
            </w:pPr>
            <w:r>
              <w:rPr>
                <w:sz w:val="16"/>
              </w:rPr>
              <w:t>Thunderstorm Wind</w:t>
            </w:r>
          </w:p>
        </w:tc>
        <w:tc>
          <w:tcPr>
            <w:tcW w:type="dxa" w:w="1944"/>
          </w:tcPr>
          <w:p>
            <w:pPr>
              <w:spacing w:after="0"/>
              <w:jc w:val="left"/>
            </w:pPr>
            <w:r>
              <w:rPr>
                <w:sz w:val="16"/>
              </w:rPr>
              <w:t>wind speed (kt and mph)</w:t>
            </w:r>
          </w:p>
        </w:tc>
        <w:tc>
          <w:tcPr>
            <w:tcW w:type="dxa" w:w="1833"/>
          </w:tcPr>
          <w:p>
            <w:pPr>
              <w:spacing w:after="0"/>
              <w:jc w:val="right"/>
            </w:pPr>
            <w:r>
              <w:rPr>
                <w:sz w:val="16"/>
              </w:rPr>
              <w:t>3 records, 2002 to 2006 (3 zone-level)</w:t>
            </w:r>
          </w:p>
        </w:tc>
        <w:tc>
          <w:tcPr>
            <w:tcW w:type="dxa" w:w="1391"/>
          </w:tcPr>
          <w:p>
            <w:pPr>
              <w:spacing w:after="0"/>
              <w:jc w:val="left"/>
            </w:pPr>
          </w:p>
        </w:tc>
        <w:tc>
          <w:tcPr>
            <w:tcW w:type="dxa" w:w="1811"/>
          </w:tcPr>
          <w:p>
            <w:pPr>
              <w:spacing w:after="0"/>
              <w:jc w:val="left"/>
            </w:pPr>
            <w:r>
              <w:rPr>
                <w:sz w:val="16"/>
              </w:rPr>
              <w:t>No thunderstorm wind record can stand as this county's strongest: the 2 records with a recorded speed reached this county only through an NWS zone that covers more than one county, so the wind may have occurred outside this county (zone-level); they are counted as occurrences.</w:t>
            </w:r>
          </w:p>
        </w:tc>
        <w:tc>
          <w:tcPr>
            <w:tcW w:type="dxa" w:w="1964"/>
          </w:tcPr>
          <w:p>
            <w:pPr>
              <w:spacing w:after="0"/>
              <w:jc w:val="left"/>
            </w:pPr>
            <w:r>
              <w:rPr>
                <w:sz w:val="16"/>
              </w:rPr>
              <w:t>Thunderstorm Wind, 2006-07-27, $1,000 property; crops not reported (zone total, 2006 dollars)</w:t>
            </w:r>
          </w:p>
        </w:tc>
        <w:tc>
          <w:tcPr>
            <w:tcW w:type="dxa" w:w="1802"/>
          </w:tcPr>
          <w:p>
            <w:pPr>
              <w:spacing w:after="0"/>
              <w:jc w:val="left"/>
            </w:pPr>
            <w:r>
              <w:rPr>
                <w:sz w:val="16"/>
              </w:rPr>
              <w:t>Countywide (zone-level records).</w:t>
            </w:r>
          </w:p>
        </w:tc>
        <w:tc>
          <w:tcPr>
            <w:tcW w:type="dxa" w:w="1549"/>
          </w:tcPr>
          <w:p>
            <w:pPr>
              <w:spacing w:after="0"/>
              <w:jc w:val="left"/>
            </w:pPr>
          </w:p>
        </w:tc>
      </w:tr>
      <w:tr>
        <w:trPr>
          <w:cantSplit/>
        </w:trPr>
        <w:tc>
          <w:tcPr>
            <w:tcW w:type="dxa" w:w="1818"/>
          </w:tcPr>
          <w:p>
            <w:pPr>
              <w:spacing w:after="0"/>
              <w:jc w:val="left"/>
            </w:pPr>
            <w:r>
              <w:rPr>
                <w:sz w:val="16"/>
              </w:rPr>
              <w:t>Tornado</w:t>
            </w:r>
          </w:p>
        </w:tc>
        <w:tc>
          <w:tcPr>
            <w:tcW w:type="dxa" w:w="1944"/>
          </w:tcPr>
          <w:p>
            <w:pPr>
              <w:spacing w:after="0"/>
              <w:jc w:val="left"/>
            </w:pPr>
            <w:r>
              <w:rPr>
                <w:sz w:val="16"/>
              </w:rPr>
              <w:t>Enhanced Fujita (Fujita before Feb 2007)</w:t>
            </w:r>
          </w:p>
        </w:tc>
        <w:tc>
          <w:tcPr>
            <w:tcW w:type="dxa" w:w="1833"/>
          </w:tcPr>
          <w:p>
            <w:pPr>
              <w:spacing w:after="0"/>
              <w:jc w:val="right"/>
            </w:pPr>
            <w:r>
              <w:rPr>
                <w:sz w:val="16"/>
              </w:rPr>
              <w:t>0</w:t>
            </w:r>
          </w:p>
        </w:tc>
        <w:tc>
          <w:tcPr>
            <w:tcW w:type="dxa" w:w="1391"/>
          </w:tcPr>
          <w:p>
            <w:pPr>
              <w:spacing w:after="0"/>
              <w:jc w:val="left"/>
            </w:pPr>
          </w:p>
        </w:tc>
        <w:tc>
          <w:tcPr>
            <w:tcW w:type="dxa" w:w="1811"/>
          </w:tcPr>
          <w:p>
            <w:pPr>
              <w:spacing w:after="0"/>
              <w:jc w:val="left"/>
            </w:pPr>
          </w:p>
        </w:tc>
        <w:tc>
          <w:tcPr>
            <w:tcW w:type="dxa" w:w="1964"/>
          </w:tcPr>
          <w:p>
            <w:pPr>
              <w:spacing w:after="0"/>
              <w:jc w:val="left"/>
            </w:pPr>
          </w:p>
        </w:tc>
        <w:tc>
          <w:tcPr>
            <w:tcW w:type="dxa" w:w="1802"/>
          </w:tcPr>
          <w:p>
            <w:pPr>
              <w:spacing w:after="0"/>
              <w:jc w:val="left"/>
            </w:pPr>
          </w:p>
        </w:tc>
        <w:tc>
          <w:tcPr>
            <w:tcW w:type="dxa" w:w="15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8"/>
          </w:tcPr>
          <w:p>
            <w:pPr>
              <w:spacing w:after="0"/>
              <w:jc w:val="left"/>
            </w:pPr>
            <w:r>
              <w:rPr>
                <w:sz w:val="16"/>
              </w:rPr>
              <w:t>Tsunami</w:t>
            </w:r>
          </w:p>
        </w:tc>
        <w:tc>
          <w:tcPr>
            <w:tcW w:type="dxa" w:w="1944"/>
          </w:tcPr>
          <w:p>
            <w:pPr>
              <w:spacing w:after="0"/>
              <w:jc w:val="left"/>
            </w:pPr>
            <w:r>
              <w:rPr>
                <w:sz w:val="16"/>
              </w:rPr>
              <w:t>none (count and damage only)</w:t>
            </w:r>
          </w:p>
        </w:tc>
        <w:tc>
          <w:tcPr>
            <w:tcW w:type="dxa" w:w="1833"/>
          </w:tcPr>
          <w:p>
            <w:pPr>
              <w:spacing w:after="0"/>
              <w:jc w:val="right"/>
            </w:pPr>
            <w:r>
              <w:rPr>
                <w:sz w:val="16"/>
              </w:rPr>
              <w:t>0</w:t>
            </w:r>
          </w:p>
        </w:tc>
        <w:tc>
          <w:tcPr>
            <w:tcW w:type="dxa" w:w="1391"/>
          </w:tcPr>
          <w:p>
            <w:pPr>
              <w:spacing w:after="0"/>
              <w:jc w:val="left"/>
            </w:pPr>
          </w:p>
        </w:tc>
        <w:tc>
          <w:tcPr>
            <w:tcW w:type="dxa" w:w="1811"/>
          </w:tcPr>
          <w:p>
            <w:pPr>
              <w:spacing w:after="0"/>
              <w:jc w:val="left"/>
            </w:pPr>
          </w:p>
        </w:tc>
        <w:tc>
          <w:tcPr>
            <w:tcW w:type="dxa" w:w="1964"/>
          </w:tcPr>
          <w:p>
            <w:pPr>
              <w:spacing w:after="0"/>
              <w:jc w:val="left"/>
            </w:pPr>
          </w:p>
        </w:tc>
        <w:tc>
          <w:tcPr>
            <w:tcW w:type="dxa" w:w="1802"/>
          </w:tcPr>
          <w:p>
            <w:pPr>
              <w:spacing w:after="0"/>
              <w:jc w:val="left"/>
            </w:pPr>
          </w:p>
        </w:tc>
        <w:tc>
          <w:tcPr>
            <w:tcW w:type="dxa" w:w="1549"/>
          </w:tcPr>
          <w:p>
            <w:pPr>
              <w:spacing w:after="0"/>
              <w:jc w:val="left"/>
            </w:pPr>
          </w:p>
        </w:tc>
      </w:tr>
      <w:tr>
        <w:trPr>
          <w:cantSplit/>
        </w:trPr>
        <w:tc>
          <w:tcPr>
            <w:tcW w:type="dxa" w:w="1818"/>
          </w:tcPr>
          <w:p>
            <w:pPr>
              <w:spacing w:after="0"/>
              <w:jc w:val="left"/>
            </w:pPr>
            <w:r>
              <w:rPr>
                <w:sz w:val="16"/>
              </w:rPr>
              <w:t>Volcanic Ash, Volcanic Ashfall</w:t>
            </w:r>
          </w:p>
        </w:tc>
        <w:tc>
          <w:tcPr>
            <w:tcW w:type="dxa" w:w="1944"/>
          </w:tcPr>
          <w:p>
            <w:pPr>
              <w:spacing w:after="0"/>
              <w:jc w:val="left"/>
            </w:pPr>
            <w:r>
              <w:rPr>
                <w:sz w:val="16"/>
              </w:rPr>
              <w:t>Volcanic Explosivity Index (local data)</w:t>
            </w:r>
          </w:p>
        </w:tc>
        <w:tc>
          <w:tcPr>
            <w:tcW w:type="dxa" w:w="1833"/>
          </w:tcPr>
          <w:p>
            <w:pPr>
              <w:spacing w:after="0"/>
              <w:jc w:val="right"/>
            </w:pPr>
            <w:r>
              <w:rPr>
                <w:sz w:val="16"/>
              </w:rPr>
              <w:t>5 records, 2001 to 2004 (5 zone-level)</w:t>
            </w:r>
          </w:p>
        </w:tc>
        <w:tc>
          <w:tcPr>
            <w:tcW w:type="dxa" w:w="1391"/>
          </w:tcPr>
          <w:p>
            <w:pPr>
              <w:spacing w:after="0"/>
              <w:jc w:val="left"/>
            </w:pPr>
          </w:p>
        </w:tc>
        <w:tc>
          <w:tcPr>
            <w:tcW w:type="dxa" w:w="1811"/>
          </w:tcPr>
          <w:p>
            <w:pPr>
              <w:spacing w:after="0"/>
              <w:jc w:val="left"/>
            </w:pPr>
            <w:r>
              <w:rPr>
                <w:sz w:val="16"/>
              </w:rPr>
              <w:t>No damage reported in 5 records.</w:t>
            </w:r>
          </w:p>
        </w:tc>
        <w:tc>
          <w:tcPr>
            <w:tcW w:type="dxa" w:w="1964"/>
          </w:tcPr>
          <w:p>
            <w:pPr>
              <w:spacing w:after="0"/>
              <w:jc w:val="left"/>
            </w:pPr>
          </w:p>
        </w:tc>
        <w:tc>
          <w:tcPr>
            <w:tcW w:type="dxa" w:w="1802"/>
          </w:tcPr>
          <w:p>
            <w:pPr>
              <w:spacing w:after="0"/>
              <w:jc w:val="left"/>
            </w:pPr>
            <w:r>
              <w:rPr>
                <w:sz w:val="16"/>
              </w:rPr>
              <w:t>Countywide (zone-level records).</w:t>
            </w:r>
          </w:p>
        </w:tc>
        <w:tc>
          <w:tcPr>
            <w:tcW w:type="dxa" w:w="1549"/>
          </w:tcPr>
          <w:p>
            <w:pPr>
              <w:spacing w:after="0"/>
              <w:jc w:val="left"/>
            </w:pPr>
          </w:p>
        </w:tc>
      </w:tr>
      <w:tr>
        <w:trPr>
          <w:cantSplit/>
        </w:trPr>
        <w:tc>
          <w:tcPr>
            <w:tcW w:type="dxa" w:w="1818"/>
          </w:tcPr>
          <w:p>
            <w:pPr>
              <w:spacing w:after="0"/>
              <w:jc w:val="left"/>
            </w:pPr>
            <w:r>
              <w:rPr>
                <w:sz w:val="16"/>
              </w:rPr>
              <w:t>Wildfire</w:t>
            </w:r>
          </w:p>
        </w:tc>
        <w:tc>
          <w:tcPr>
            <w:tcW w:type="dxa" w:w="1944"/>
          </w:tcPr>
          <w:p>
            <w:pPr>
              <w:spacing w:after="0"/>
              <w:jc w:val="left"/>
            </w:pPr>
            <w:r>
              <w:rPr>
                <w:sz w:val="16"/>
              </w:rPr>
              <w:t>acres burned (local data)</w:t>
            </w:r>
          </w:p>
        </w:tc>
        <w:tc>
          <w:tcPr>
            <w:tcW w:type="dxa" w:w="1833"/>
          </w:tcPr>
          <w:p>
            <w:pPr>
              <w:spacing w:after="0"/>
              <w:jc w:val="right"/>
            </w:pPr>
            <w:r>
              <w:rPr>
                <w:sz w:val="16"/>
              </w:rPr>
              <w:t>1 record, 2007 (1 zone-level)</w:t>
            </w:r>
          </w:p>
        </w:tc>
        <w:tc>
          <w:tcPr>
            <w:tcW w:type="dxa" w:w="1391"/>
          </w:tcPr>
          <w:p>
            <w:pPr>
              <w:spacing w:after="0"/>
              <w:jc w:val="left"/>
            </w:pPr>
          </w:p>
        </w:tc>
        <w:tc>
          <w:tcPr>
            <w:tcW w:type="dxa" w:w="1811"/>
          </w:tcPr>
          <w:p>
            <w:pPr>
              <w:spacing w:after="0"/>
              <w:jc w:val="left"/>
            </w:pPr>
            <w:r>
              <w:rPr>
                <w:sz w:val="16"/>
              </w:rPr>
              <w:t>No damage reported in 1 record.</w:t>
            </w:r>
          </w:p>
        </w:tc>
        <w:tc>
          <w:tcPr>
            <w:tcW w:type="dxa" w:w="1964"/>
          </w:tcPr>
          <w:p>
            <w:pPr>
              <w:spacing w:after="0"/>
              <w:jc w:val="left"/>
            </w:pPr>
          </w:p>
        </w:tc>
        <w:tc>
          <w:tcPr>
            <w:tcW w:type="dxa" w:w="1802"/>
          </w:tcPr>
          <w:p>
            <w:pPr>
              <w:spacing w:after="0"/>
              <w:jc w:val="left"/>
            </w:pPr>
            <w:r>
              <w:rPr>
                <w:sz w:val="16"/>
              </w:rPr>
              <w:t>Countywide (zone-level records).</w:t>
            </w:r>
          </w:p>
        </w:tc>
        <w:tc>
          <w:tcPr>
            <w:tcW w:type="dxa" w:w="1549"/>
          </w:tcPr>
          <w:p>
            <w:pPr>
              <w:spacing w:after="0"/>
              <w:jc w:val="left"/>
            </w:pPr>
          </w:p>
        </w:tc>
      </w:tr>
      <w:tr>
        <w:trPr>
          <w:cantSplit/>
        </w:trPr>
        <w:tc>
          <w:tcPr>
            <w:tcW w:type="dxa" w:w="1818"/>
          </w:tcPr>
          <w:p>
            <w:pPr>
              <w:spacing w:after="0"/>
              <w:jc w:val="left"/>
            </w:pPr>
            <w:r>
              <w:rPr>
                <w:sz w:val="16"/>
              </w:rPr>
              <w:t>Winter Storm, Heavy Snow, Blizzard, Lake-Effect Snow, Winter Weather, Sleet</w:t>
            </w:r>
          </w:p>
        </w:tc>
        <w:tc>
          <w:tcPr>
            <w:tcW w:type="dxa" w:w="1944"/>
          </w:tcPr>
          <w:p>
            <w:pPr>
              <w:spacing w:after="0"/>
              <w:jc w:val="left"/>
            </w:pPr>
            <w:r>
              <w:rPr>
                <w:sz w:val="16"/>
              </w:rPr>
              <w:t>none in data (snowfall: local data)</w:t>
            </w:r>
          </w:p>
        </w:tc>
        <w:tc>
          <w:tcPr>
            <w:tcW w:type="dxa" w:w="1833"/>
          </w:tcPr>
          <w:p>
            <w:pPr>
              <w:spacing w:after="0"/>
              <w:jc w:val="right"/>
            </w:pPr>
            <w:r>
              <w:rPr>
                <w:sz w:val="16"/>
              </w:rPr>
              <w:t>0</w:t>
            </w:r>
          </w:p>
        </w:tc>
        <w:tc>
          <w:tcPr>
            <w:tcW w:type="dxa" w:w="1391"/>
          </w:tcPr>
          <w:p>
            <w:pPr>
              <w:spacing w:after="0"/>
              <w:jc w:val="left"/>
            </w:pPr>
          </w:p>
        </w:tc>
        <w:tc>
          <w:tcPr>
            <w:tcW w:type="dxa" w:w="1811"/>
          </w:tcPr>
          <w:p>
            <w:pPr>
              <w:spacing w:after="0"/>
              <w:jc w:val="left"/>
            </w:pPr>
          </w:p>
        </w:tc>
        <w:tc>
          <w:tcPr>
            <w:tcW w:type="dxa" w:w="1964"/>
          </w:tcPr>
          <w:p>
            <w:pPr>
              <w:spacing w:after="0"/>
              <w:jc w:val="left"/>
            </w:pPr>
          </w:p>
        </w:tc>
        <w:tc>
          <w:tcPr>
            <w:tcW w:type="dxa" w:w="1802"/>
          </w:tcPr>
          <w:p>
            <w:pPr>
              <w:spacing w:after="0"/>
              <w:jc w:val="left"/>
            </w:pPr>
          </w:p>
        </w:tc>
        <w:tc>
          <w:tcPr>
            <w:tcW w:type="dxa" w:w="154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1"/>
        <w:gridCol w:w="1051"/>
        <w:gridCol w:w="1051"/>
        <w:gridCol w:w="1413"/>
        <w:gridCol w:w="2137"/>
        <w:gridCol w:w="2318"/>
        <w:gridCol w:w="2771"/>
        <w:gridCol w:w="1413"/>
        <w:gridCol w:w="906"/>
      </w:tblGrid>
      <w:tr>
        <w:trPr>
          <w:cantSplit/>
          <w:tblHeader/>
        </w:trPr>
        <w:tc>
          <w:tcPr>
            <w:tcW w:type="dxa" w:w="1051"/>
            <w:shd w:val="clear" w:color="auto" w:fill="E8E8E8"/>
          </w:tcPr>
          <w:p>
            <w:pPr>
              <w:spacing w:after="0"/>
              <w:jc w:val="left"/>
            </w:pPr>
            <w:r>
              <w:rPr>
                <w:b/>
                <w:sz w:val="16"/>
              </w:rPr>
              <w:t>Declared</w:t>
            </w:r>
          </w:p>
        </w:tc>
        <w:tc>
          <w:tcPr>
            <w:tcW w:type="dxa" w:w="1051"/>
            <w:shd w:val="clear" w:color="auto" w:fill="E8E8E8"/>
          </w:tcPr>
          <w:p>
            <w:pPr>
              <w:spacing w:after="0"/>
              <w:jc w:val="left"/>
            </w:pPr>
            <w:r>
              <w:rPr>
                <w:b/>
                <w:sz w:val="16"/>
              </w:rPr>
              <w:t>Incident began</w:t>
            </w:r>
          </w:p>
        </w:tc>
        <w:tc>
          <w:tcPr>
            <w:tcW w:type="dxa" w:w="1051"/>
            <w:shd w:val="clear" w:color="auto" w:fill="E8E8E8"/>
          </w:tcPr>
          <w:p>
            <w:pPr>
              <w:spacing w:after="0"/>
              <w:jc w:val="left"/>
            </w:pPr>
            <w:r>
              <w:rPr>
                <w:b/>
                <w:sz w:val="16"/>
              </w:rPr>
              <w:t>FEMA number</w:t>
            </w:r>
          </w:p>
        </w:tc>
        <w:tc>
          <w:tcPr>
            <w:tcW w:type="dxa" w:w="1413"/>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Title</w:t>
            </w:r>
          </w:p>
        </w:tc>
        <w:tc>
          <w:tcPr>
            <w:tcW w:type="dxa" w:w="2318"/>
            <w:shd w:val="clear" w:color="auto" w:fill="E8E8E8"/>
          </w:tcPr>
          <w:p>
            <w:pPr>
              <w:spacing w:after="0"/>
              <w:jc w:val="left"/>
            </w:pPr>
            <w:r>
              <w:rPr>
                <w:b/>
                <w:sz w:val="16"/>
              </w:rPr>
              <w:t>Mapped hazard</w:t>
            </w:r>
          </w:p>
        </w:tc>
        <w:tc>
          <w:tcPr>
            <w:tcW w:type="dxa" w:w="27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3"/>
            <w:shd w:val="clear" w:color="auto" w:fill="E8E8E8"/>
          </w:tcPr>
          <w:p>
            <w:pPr>
              <w:spacing w:after="0"/>
              <w:jc w:val="left"/>
            </w:pPr>
            <w:r>
              <w:rPr>
                <w:b/>
                <w:sz w:val="16"/>
              </w:rPr>
              <w:t>Flags</w:t>
            </w:r>
          </w:p>
        </w:tc>
        <w:tc>
          <w:tcPr>
            <w:tcW w:type="dxa" w:w="906"/>
            <w:shd w:val="clear" w:color="auto" w:fill="E8E8E8"/>
          </w:tcPr>
          <w:p>
            <w:pPr>
              <w:spacing w:after="0"/>
              <w:jc w:val="left"/>
            </w:pPr>
            <w:r>
              <w:rPr>
                <w:b/>
                <w:sz w:val="16"/>
              </w:rPr>
              <w:t>Notes</w:t>
            </w:r>
          </w:p>
        </w:tc>
      </w:tr>
      <w:tr>
        <w:trPr>
          <w:cantSplit/>
        </w:trPr>
        <w:tc>
          <w:tcPr>
            <w:tcW w:type="dxa" w:w="1051"/>
          </w:tcPr>
          <w:p>
            <w:pPr>
              <w:spacing w:after="0"/>
              <w:jc w:val="left"/>
            </w:pPr>
            <w:r>
              <w:rPr>
                <w:sz w:val="16"/>
              </w:rPr>
              <w:t>2024-11-27</w:t>
            </w:r>
          </w:p>
        </w:tc>
        <w:tc>
          <w:tcPr>
            <w:tcW w:type="dxa" w:w="1051"/>
          </w:tcPr>
          <w:p>
            <w:pPr>
              <w:spacing w:after="0"/>
              <w:jc w:val="left"/>
            </w:pPr>
            <w:r>
              <w:rPr>
                <w:sz w:val="16"/>
              </w:rPr>
              <w:t>2024-08-13</w:t>
            </w:r>
          </w:p>
        </w:tc>
        <w:tc>
          <w:tcPr>
            <w:tcW w:type="dxa" w:w="1051"/>
          </w:tcPr>
          <w:p>
            <w:pPr>
              <w:spacing w:after="0"/>
              <w:jc w:val="left"/>
            </w:pPr>
            <w:r>
              <w:rPr>
                <w:sz w:val="16"/>
              </w:rPr>
              <w:t>DR-4850-PR</w:t>
            </w:r>
          </w:p>
        </w:tc>
        <w:tc>
          <w:tcPr>
            <w:tcW w:type="dxa" w:w="1413"/>
          </w:tcPr>
          <w:p>
            <w:pPr>
              <w:spacing w:after="0"/>
              <w:jc w:val="left"/>
            </w:pPr>
            <w:r>
              <w:rPr>
                <w:sz w:val="16"/>
              </w:rPr>
              <w:t>Major disaster</w:t>
            </w:r>
          </w:p>
        </w:tc>
        <w:tc>
          <w:tcPr>
            <w:tcW w:type="dxa" w:w="2137"/>
          </w:tcPr>
          <w:p>
            <w:pPr>
              <w:spacing w:after="0"/>
              <w:jc w:val="left"/>
            </w:pPr>
            <w:r>
              <w:rPr>
                <w:sz w:val="16"/>
              </w:rPr>
              <w:t>Tropical Storm Ernesto</w:t>
            </w:r>
          </w:p>
        </w:tc>
        <w:tc>
          <w:tcPr>
            <w:tcW w:type="dxa" w:w="2318"/>
          </w:tcPr>
          <w:p>
            <w:pPr>
              <w:spacing w:after="0"/>
              <w:jc w:val="left"/>
            </w:pPr>
            <w:r>
              <w:rPr>
                <w:sz w:val="16"/>
              </w:rPr>
              <w:t>Hurricane (primary); also designated: Inland Flooding, Landslide</w:t>
            </w:r>
          </w:p>
        </w:tc>
        <w:tc>
          <w:tcPr>
            <w:tcW w:type="dxa" w:w="2771"/>
          </w:tcPr>
          <w:p>
            <w:pPr>
              <w:spacing w:after="0"/>
              <w:jc w:val="right"/>
            </w:pPr>
            <w:r>
              <w:rPr>
                <w:sz w:val="16"/>
              </w:rPr>
              <w:t>$1,105,891.30</w:t>
            </w:r>
          </w:p>
        </w:tc>
        <w:tc>
          <w:tcPr>
            <w:tcW w:type="dxa" w:w="1413"/>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2024-08-13</w:t>
            </w:r>
          </w:p>
        </w:tc>
        <w:tc>
          <w:tcPr>
            <w:tcW w:type="dxa" w:w="1051"/>
          </w:tcPr>
          <w:p>
            <w:pPr>
              <w:spacing w:after="0"/>
              <w:jc w:val="left"/>
            </w:pPr>
            <w:r>
              <w:rPr>
                <w:sz w:val="16"/>
              </w:rPr>
              <w:t>2024-08-13</w:t>
            </w:r>
          </w:p>
        </w:tc>
        <w:tc>
          <w:tcPr>
            <w:tcW w:type="dxa" w:w="1051"/>
          </w:tcPr>
          <w:p>
            <w:pPr>
              <w:spacing w:after="0"/>
              <w:jc w:val="left"/>
            </w:pPr>
            <w:r>
              <w:rPr>
                <w:sz w:val="16"/>
              </w:rPr>
              <w:t>EM-3610-PR</w:t>
            </w:r>
          </w:p>
        </w:tc>
        <w:tc>
          <w:tcPr>
            <w:tcW w:type="dxa" w:w="1413"/>
          </w:tcPr>
          <w:p>
            <w:pPr>
              <w:spacing w:after="0"/>
              <w:jc w:val="left"/>
            </w:pPr>
            <w:r>
              <w:rPr>
                <w:sz w:val="16"/>
              </w:rPr>
              <w:t>Emergency</w:t>
            </w:r>
          </w:p>
        </w:tc>
        <w:tc>
          <w:tcPr>
            <w:tcW w:type="dxa" w:w="2137"/>
          </w:tcPr>
          <w:p>
            <w:pPr>
              <w:spacing w:after="0"/>
              <w:jc w:val="left"/>
            </w:pPr>
            <w:r>
              <w:rPr>
                <w:sz w:val="16"/>
              </w:rPr>
              <w:t>Tropical Storm Ernesto</w:t>
            </w:r>
          </w:p>
        </w:tc>
        <w:tc>
          <w:tcPr>
            <w:tcW w:type="dxa" w:w="2318"/>
          </w:tcPr>
          <w:p>
            <w:pPr>
              <w:spacing w:after="0"/>
              <w:jc w:val="left"/>
            </w:pPr>
            <w:r>
              <w:rPr>
                <w:sz w:val="16"/>
              </w:rPr>
              <w:t>Hurricane; Inland Flooding; Landslide</w:t>
            </w:r>
          </w:p>
        </w:tc>
        <w:tc>
          <w:tcPr>
            <w:tcW w:type="dxa" w:w="2771"/>
          </w:tcPr>
          <w:p>
            <w:pPr>
              <w:spacing w:after="0"/>
              <w:jc w:val="right"/>
            </w:pPr>
            <w:r>
              <w:rPr>
                <w:sz w:val="16"/>
              </w:rPr>
              <w:t>no Public Assistance recorded</w:t>
            </w:r>
          </w:p>
        </w:tc>
        <w:tc>
          <w:tcPr>
            <w:tcW w:type="dxa" w:w="1413"/>
          </w:tcPr>
          <w:p>
            <w:pPr>
              <w:spacing w:after="0"/>
              <w:jc w:val="left"/>
            </w:pPr>
            <w:r>
              <w:rPr>
                <w:sz w:val="16"/>
              </w:rPr>
              <w:t>new since last plan; within last 5 years</w:t>
            </w:r>
          </w:p>
        </w:tc>
        <w:tc>
          <w:tcPr>
            <w:tcW w:type="dxa" w:w="906"/>
          </w:tcPr>
          <w:p>
            <w:pPr>
              <w:spacing w:after="0"/>
              <w:jc w:val="left"/>
            </w:pPr>
            <w:r>
              <w:rPr>
                <w:sz w:val="16"/>
              </w:rPr>
              <w:t>same incident as DR-4850</w:t>
            </w:r>
          </w:p>
        </w:tc>
      </w:tr>
      <w:tr>
        <w:trPr>
          <w:cantSplit/>
        </w:trPr>
        <w:tc>
          <w:tcPr>
            <w:tcW w:type="dxa" w:w="1051"/>
          </w:tcPr>
          <w:p>
            <w:pPr>
              <w:spacing w:after="0"/>
              <w:jc w:val="left"/>
            </w:pPr>
            <w:r>
              <w:rPr>
                <w:sz w:val="16"/>
              </w:rPr>
              <w:t>2024-07-23</w:t>
            </w:r>
          </w:p>
        </w:tc>
        <w:tc>
          <w:tcPr>
            <w:tcW w:type="dxa" w:w="1051"/>
          </w:tcPr>
          <w:p>
            <w:pPr>
              <w:spacing w:after="0"/>
              <w:jc w:val="left"/>
            </w:pPr>
            <w:r>
              <w:rPr>
                <w:sz w:val="16"/>
              </w:rPr>
              <w:t>2024-04-29</w:t>
            </w:r>
          </w:p>
        </w:tc>
        <w:tc>
          <w:tcPr>
            <w:tcW w:type="dxa" w:w="1051"/>
          </w:tcPr>
          <w:p>
            <w:pPr>
              <w:spacing w:after="0"/>
              <w:jc w:val="left"/>
            </w:pPr>
            <w:r>
              <w:rPr>
                <w:sz w:val="16"/>
              </w:rPr>
              <w:t>DR-4805-PR</w:t>
            </w:r>
          </w:p>
        </w:tc>
        <w:tc>
          <w:tcPr>
            <w:tcW w:type="dxa" w:w="1413"/>
          </w:tcPr>
          <w:p>
            <w:pPr>
              <w:spacing w:after="0"/>
              <w:jc w:val="left"/>
            </w:pPr>
            <w:r>
              <w:rPr>
                <w:sz w:val="16"/>
              </w:rPr>
              <w:t>Major disaster</w:t>
            </w:r>
          </w:p>
        </w:tc>
        <w:tc>
          <w:tcPr>
            <w:tcW w:type="dxa" w:w="2137"/>
          </w:tcPr>
          <w:p>
            <w:pPr>
              <w:spacing w:after="0"/>
              <w:jc w:val="left"/>
            </w:pPr>
            <w:r>
              <w:rPr>
                <w:sz w:val="16"/>
              </w:rPr>
              <w:t>Severe Storms, Flooding, Landslides, and Mudslides</w:t>
            </w:r>
          </w:p>
        </w:tc>
        <w:tc>
          <w:tcPr>
            <w:tcW w:type="dxa" w:w="2318"/>
          </w:tcPr>
          <w:p>
            <w:pPr>
              <w:spacing w:after="0"/>
              <w:jc w:val="left"/>
            </w:pPr>
            <w:r>
              <w:rPr>
                <w:sz w:val="16"/>
              </w:rPr>
              <w:t>Inland Flooding (primary); also designated: Landslide</w:t>
            </w:r>
          </w:p>
        </w:tc>
        <w:tc>
          <w:tcPr>
            <w:tcW w:type="dxa" w:w="2771"/>
          </w:tcPr>
          <w:p>
            <w:pPr>
              <w:spacing w:after="0"/>
              <w:jc w:val="right"/>
            </w:pPr>
            <w:r>
              <w:rPr>
                <w:sz w:val="16"/>
              </w:rPr>
              <w:t>$6,264,824.05</w:t>
            </w:r>
          </w:p>
        </w:tc>
        <w:tc>
          <w:tcPr>
            <w:tcW w:type="dxa" w:w="1413"/>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2022-09-21</w:t>
            </w:r>
          </w:p>
        </w:tc>
        <w:tc>
          <w:tcPr>
            <w:tcW w:type="dxa" w:w="1051"/>
          </w:tcPr>
          <w:p>
            <w:pPr>
              <w:spacing w:after="0"/>
              <w:jc w:val="left"/>
            </w:pPr>
            <w:r>
              <w:rPr>
                <w:sz w:val="16"/>
              </w:rPr>
              <w:t>2022-09-17</w:t>
            </w:r>
          </w:p>
        </w:tc>
        <w:tc>
          <w:tcPr>
            <w:tcW w:type="dxa" w:w="1051"/>
          </w:tcPr>
          <w:p>
            <w:pPr>
              <w:spacing w:after="0"/>
              <w:jc w:val="left"/>
            </w:pPr>
            <w:r>
              <w:rPr>
                <w:sz w:val="16"/>
              </w:rPr>
              <w:t>DR-4671-PR</w:t>
            </w:r>
          </w:p>
        </w:tc>
        <w:tc>
          <w:tcPr>
            <w:tcW w:type="dxa" w:w="1413"/>
          </w:tcPr>
          <w:p>
            <w:pPr>
              <w:spacing w:after="0"/>
              <w:jc w:val="left"/>
            </w:pPr>
            <w:r>
              <w:rPr>
                <w:sz w:val="16"/>
              </w:rPr>
              <w:t>Major disaster</w:t>
            </w:r>
          </w:p>
        </w:tc>
        <w:tc>
          <w:tcPr>
            <w:tcW w:type="dxa" w:w="2137"/>
          </w:tcPr>
          <w:p>
            <w:pPr>
              <w:spacing w:after="0"/>
              <w:jc w:val="left"/>
            </w:pPr>
            <w:r>
              <w:rPr>
                <w:sz w:val="16"/>
              </w:rPr>
              <w:t>Hurricane Fiona</w:t>
            </w:r>
          </w:p>
        </w:tc>
        <w:tc>
          <w:tcPr>
            <w:tcW w:type="dxa" w:w="2318"/>
          </w:tcPr>
          <w:p>
            <w:pPr>
              <w:spacing w:after="0"/>
              <w:jc w:val="left"/>
            </w:pPr>
            <w:r>
              <w:rPr>
                <w:sz w:val="16"/>
              </w:rPr>
              <w:t>Hurricane</w:t>
            </w:r>
          </w:p>
        </w:tc>
        <w:tc>
          <w:tcPr>
            <w:tcW w:type="dxa" w:w="2771"/>
          </w:tcPr>
          <w:p>
            <w:pPr>
              <w:spacing w:after="0"/>
              <w:jc w:val="right"/>
            </w:pPr>
            <w:r>
              <w:rPr>
                <w:sz w:val="16"/>
              </w:rPr>
              <w:t>$46,116.72</w:t>
            </w:r>
          </w:p>
        </w:tc>
        <w:tc>
          <w:tcPr>
            <w:tcW w:type="dxa" w:w="1413"/>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2022-09-18</w:t>
            </w:r>
          </w:p>
        </w:tc>
        <w:tc>
          <w:tcPr>
            <w:tcW w:type="dxa" w:w="1051"/>
          </w:tcPr>
          <w:p>
            <w:pPr>
              <w:spacing w:after="0"/>
              <w:jc w:val="left"/>
            </w:pPr>
            <w:r>
              <w:rPr>
                <w:sz w:val="16"/>
              </w:rPr>
              <w:t>2022-09-17</w:t>
            </w:r>
          </w:p>
        </w:tc>
        <w:tc>
          <w:tcPr>
            <w:tcW w:type="dxa" w:w="1051"/>
          </w:tcPr>
          <w:p>
            <w:pPr>
              <w:spacing w:after="0"/>
              <w:jc w:val="left"/>
            </w:pPr>
            <w:r>
              <w:rPr>
                <w:sz w:val="16"/>
              </w:rPr>
              <w:t>EM-3583-PR</w:t>
            </w:r>
          </w:p>
        </w:tc>
        <w:tc>
          <w:tcPr>
            <w:tcW w:type="dxa" w:w="1413"/>
          </w:tcPr>
          <w:p>
            <w:pPr>
              <w:spacing w:after="0"/>
              <w:jc w:val="left"/>
            </w:pPr>
            <w:r>
              <w:rPr>
                <w:sz w:val="16"/>
              </w:rPr>
              <w:t>Emergency</w:t>
            </w:r>
          </w:p>
        </w:tc>
        <w:tc>
          <w:tcPr>
            <w:tcW w:type="dxa" w:w="2137"/>
          </w:tcPr>
          <w:p>
            <w:pPr>
              <w:spacing w:after="0"/>
              <w:jc w:val="left"/>
            </w:pPr>
            <w:r>
              <w:rPr>
                <w:sz w:val="16"/>
              </w:rPr>
              <w:t>Tropical Storm Fiona</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r>
              <w:rPr>
                <w:sz w:val="16"/>
              </w:rPr>
              <w:t>new since last plan; within last 5 years</w:t>
            </w:r>
          </w:p>
        </w:tc>
        <w:tc>
          <w:tcPr>
            <w:tcW w:type="dxa" w:w="906"/>
          </w:tcPr>
          <w:p>
            <w:pPr>
              <w:spacing w:after="0"/>
              <w:jc w:val="left"/>
            </w:pPr>
            <w:r>
              <w:rPr>
                <w:sz w:val="16"/>
              </w:rPr>
              <w:t>same incident as DR-4671</w:t>
            </w:r>
          </w:p>
        </w:tc>
      </w:tr>
      <w:tr>
        <w:trPr>
          <w:cantSplit/>
        </w:trPr>
        <w:tc>
          <w:tcPr>
            <w:tcW w:type="dxa" w:w="1051"/>
          </w:tcPr>
          <w:p>
            <w:pPr>
              <w:spacing w:after="0"/>
              <w:jc w:val="left"/>
            </w:pPr>
            <w:r>
              <w:rPr>
                <w:sz w:val="16"/>
              </w:rPr>
              <w:t>2020-08-22</w:t>
            </w:r>
          </w:p>
        </w:tc>
        <w:tc>
          <w:tcPr>
            <w:tcW w:type="dxa" w:w="1051"/>
          </w:tcPr>
          <w:p>
            <w:pPr>
              <w:spacing w:after="0"/>
              <w:jc w:val="left"/>
            </w:pPr>
            <w:r>
              <w:rPr>
                <w:sz w:val="16"/>
              </w:rPr>
              <w:t>2020-08-21</w:t>
            </w:r>
          </w:p>
        </w:tc>
        <w:tc>
          <w:tcPr>
            <w:tcW w:type="dxa" w:w="1051"/>
          </w:tcPr>
          <w:p>
            <w:pPr>
              <w:spacing w:after="0"/>
              <w:jc w:val="left"/>
            </w:pPr>
            <w:r>
              <w:rPr>
                <w:sz w:val="16"/>
              </w:rPr>
              <w:t>EM-3537-PR</w:t>
            </w:r>
          </w:p>
        </w:tc>
        <w:tc>
          <w:tcPr>
            <w:tcW w:type="dxa" w:w="1413"/>
          </w:tcPr>
          <w:p>
            <w:pPr>
              <w:spacing w:after="0"/>
              <w:jc w:val="left"/>
            </w:pPr>
            <w:r>
              <w:rPr>
                <w:sz w:val="16"/>
              </w:rPr>
              <w:t>Emergency</w:t>
            </w:r>
          </w:p>
        </w:tc>
        <w:tc>
          <w:tcPr>
            <w:tcW w:type="dxa" w:w="2137"/>
          </w:tcPr>
          <w:p>
            <w:pPr>
              <w:spacing w:after="0"/>
              <w:jc w:val="left"/>
            </w:pPr>
            <w:r>
              <w:rPr>
                <w:sz w:val="16"/>
              </w:rPr>
              <w:t>Tropical Storm Laura</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r>
              <w:rPr>
                <w:sz w:val="16"/>
              </w:rPr>
              <w:t>in the 12 months before plan approval</w:t>
            </w:r>
          </w:p>
        </w:tc>
        <w:tc>
          <w:tcPr>
            <w:tcW w:type="dxa" w:w="906"/>
          </w:tcPr>
          <w:p>
            <w:pPr>
              <w:spacing w:after="0"/>
              <w:jc w:val="left"/>
            </w:pPr>
          </w:p>
        </w:tc>
      </w:tr>
      <w:tr>
        <w:trPr>
          <w:cantSplit/>
        </w:trPr>
        <w:tc>
          <w:tcPr>
            <w:tcW w:type="dxa" w:w="1051"/>
          </w:tcPr>
          <w:p>
            <w:pPr>
              <w:spacing w:after="0"/>
              <w:jc w:val="left"/>
            </w:pPr>
            <w:r>
              <w:rPr>
                <w:sz w:val="16"/>
              </w:rPr>
              <w:t>2020-07-29</w:t>
            </w:r>
          </w:p>
        </w:tc>
        <w:tc>
          <w:tcPr>
            <w:tcW w:type="dxa" w:w="1051"/>
          </w:tcPr>
          <w:p>
            <w:pPr>
              <w:spacing w:after="0"/>
              <w:jc w:val="left"/>
            </w:pPr>
            <w:r>
              <w:rPr>
                <w:sz w:val="16"/>
              </w:rPr>
              <w:t>2020-07-27</w:t>
            </w:r>
          </w:p>
        </w:tc>
        <w:tc>
          <w:tcPr>
            <w:tcW w:type="dxa" w:w="1051"/>
          </w:tcPr>
          <w:p>
            <w:pPr>
              <w:spacing w:after="0"/>
              <w:jc w:val="left"/>
            </w:pPr>
            <w:r>
              <w:rPr>
                <w:sz w:val="16"/>
              </w:rPr>
              <w:t>EM-3532-PR</w:t>
            </w:r>
          </w:p>
        </w:tc>
        <w:tc>
          <w:tcPr>
            <w:tcW w:type="dxa" w:w="1413"/>
          </w:tcPr>
          <w:p>
            <w:pPr>
              <w:spacing w:after="0"/>
              <w:jc w:val="left"/>
            </w:pPr>
            <w:r>
              <w:rPr>
                <w:sz w:val="16"/>
              </w:rPr>
              <w:t>Emergency</w:t>
            </w:r>
          </w:p>
        </w:tc>
        <w:tc>
          <w:tcPr>
            <w:tcW w:type="dxa" w:w="2137"/>
          </w:tcPr>
          <w:p>
            <w:pPr>
              <w:spacing w:after="0"/>
              <w:jc w:val="left"/>
            </w:pPr>
            <w:r>
              <w:rPr>
                <w:sz w:val="16"/>
              </w:rPr>
              <w:t>Potential Tropical Cyclone Nine</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r>
              <w:rPr>
                <w:sz w:val="16"/>
              </w:rPr>
              <w:t>in the 12 months before plan approval</w:t>
            </w:r>
          </w:p>
        </w:tc>
        <w:tc>
          <w:tcPr>
            <w:tcW w:type="dxa" w:w="906"/>
          </w:tcPr>
          <w:p>
            <w:pPr>
              <w:spacing w:after="0"/>
              <w:jc w:val="left"/>
            </w:pPr>
          </w:p>
        </w:tc>
      </w:tr>
      <w:tr>
        <w:trPr>
          <w:cantSplit/>
        </w:trPr>
        <w:tc>
          <w:tcPr>
            <w:tcW w:type="dxa" w:w="1051"/>
          </w:tcPr>
          <w:p>
            <w:pPr>
              <w:spacing w:after="0"/>
              <w:jc w:val="left"/>
            </w:pPr>
            <w:r>
              <w:rPr>
                <w:sz w:val="16"/>
              </w:rPr>
              <w:t>2020-03-27</w:t>
            </w:r>
          </w:p>
        </w:tc>
        <w:tc>
          <w:tcPr>
            <w:tcW w:type="dxa" w:w="1051"/>
          </w:tcPr>
          <w:p>
            <w:pPr>
              <w:spacing w:after="0"/>
              <w:jc w:val="left"/>
            </w:pPr>
            <w:r>
              <w:rPr>
                <w:sz w:val="16"/>
              </w:rPr>
              <w:t>2020-01-20</w:t>
            </w:r>
          </w:p>
        </w:tc>
        <w:tc>
          <w:tcPr>
            <w:tcW w:type="dxa" w:w="1051"/>
          </w:tcPr>
          <w:p>
            <w:pPr>
              <w:spacing w:after="0"/>
              <w:jc w:val="left"/>
            </w:pPr>
            <w:r>
              <w:rPr>
                <w:sz w:val="16"/>
              </w:rPr>
              <w:t>DR-4493-PR</w:t>
            </w:r>
          </w:p>
        </w:tc>
        <w:tc>
          <w:tcPr>
            <w:tcW w:type="dxa" w:w="1413"/>
          </w:tcPr>
          <w:p>
            <w:pPr>
              <w:spacing w:after="0"/>
              <w:jc w:val="left"/>
            </w:pPr>
            <w:r>
              <w:rPr>
                <w:sz w:val="16"/>
              </w:rPr>
              <w:t>Major disaster</w:t>
            </w:r>
          </w:p>
        </w:tc>
        <w:tc>
          <w:tcPr>
            <w:tcW w:type="dxa" w:w="2137"/>
          </w:tcPr>
          <w:p>
            <w:pPr>
              <w:spacing w:after="0"/>
              <w:jc w:val="left"/>
            </w:pPr>
            <w:r>
              <w:rPr>
                <w:sz w:val="16"/>
              </w:rPr>
              <w:t>COVID-19 Pandemic</w:t>
            </w:r>
          </w:p>
        </w:tc>
        <w:tc>
          <w:tcPr>
            <w:tcW w:type="dxa" w:w="2318"/>
          </w:tcPr>
          <w:p>
            <w:pPr>
              <w:spacing w:after="0"/>
              <w:jc w:val="left"/>
            </w:pPr>
            <w:r>
              <w:rPr>
                <w:sz w:val="16"/>
              </w:rPr>
              <w:t>Non-natural, not counted</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2020-03-13</w:t>
            </w:r>
          </w:p>
        </w:tc>
        <w:tc>
          <w:tcPr>
            <w:tcW w:type="dxa" w:w="1051"/>
          </w:tcPr>
          <w:p>
            <w:pPr>
              <w:spacing w:after="0"/>
              <w:jc w:val="left"/>
            </w:pPr>
            <w:r>
              <w:rPr>
                <w:sz w:val="16"/>
              </w:rPr>
              <w:t>2020-01-20</w:t>
            </w:r>
          </w:p>
        </w:tc>
        <w:tc>
          <w:tcPr>
            <w:tcW w:type="dxa" w:w="1051"/>
          </w:tcPr>
          <w:p>
            <w:pPr>
              <w:spacing w:after="0"/>
              <w:jc w:val="left"/>
            </w:pPr>
            <w:r>
              <w:rPr>
                <w:sz w:val="16"/>
              </w:rPr>
              <w:t>EM-3452-PR</w:t>
            </w:r>
          </w:p>
        </w:tc>
        <w:tc>
          <w:tcPr>
            <w:tcW w:type="dxa" w:w="1413"/>
          </w:tcPr>
          <w:p>
            <w:pPr>
              <w:spacing w:after="0"/>
              <w:jc w:val="left"/>
            </w:pPr>
            <w:r>
              <w:rPr>
                <w:sz w:val="16"/>
              </w:rPr>
              <w:t>Emergency</w:t>
            </w:r>
          </w:p>
        </w:tc>
        <w:tc>
          <w:tcPr>
            <w:tcW w:type="dxa" w:w="2137"/>
          </w:tcPr>
          <w:p>
            <w:pPr>
              <w:spacing w:after="0"/>
              <w:jc w:val="left"/>
            </w:pPr>
            <w:r>
              <w:rPr>
                <w:sz w:val="16"/>
              </w:rPr>
              <w:t>COVID-19</w:t>
            </w:r>
          </w:p>
        </w:tc>
        <w:tc>
          <w:tcPr>
            <w:tcW w:type="dxa" w:w="2318"/>
          </w:tcPr>
          <w:p>
            <w:pPr>
              <w:spacing w:after="0"/>
              <w:jc w:val="left"/>
            </w:pPr>
            <w:r>
              <w:rPr>
                <w:sz w:val="16"/>
              </w:rPr>
              <w:t>Non-natural, not counted</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DR-4493</w:t>
            </w:r>
          </w:p>
        </w:tc>
      </w:tr>
      <w:tr>
        <w:trPr>
          <w:cantSplit/>
        </w:trPr>
        <w:tc>
          <w:tcPr>
            <w:tcW w:type="dxa" w:w="1051"/>
          </w:tcPr>
          <w:p>
            <w:pPr>
              <w:spacing w:after="0"/>
              <w:jc w:val="left"/>
            </w:pPr>
            <w:r>
              <w:rPr>
                <w:sz w:val="16"/>
              </w:rPr>
              <w:t>2020-01-07</w:t>
            </w:r>
          </w:p>
        </w:tc>
        <w:tc>
          <w:tcPr>
            <w:tcW w:type="dxa" w:w="1051"/>
          </w:tcPr>
          <w:p>
            <w:pPr>
              <w:spacing w:after="0"/>
              <w:jc w:val="left"/>
            </w:pPr>
            <w:r>
              <w:rPr>
                <w:sz w:val="16"/>
              </w:rPr>
              <w:t>2019-12-28</w:t>
            </w:r>
          </w:p>
        </w:tc>
        <w:tc>
          <w:tcPr>
            <w:tcW w:type="dxa" w:w="1051"/>
          </w:tcPr>
          <w:p>
            <w:pPr>
              <w:spacing w:after="0"/>
              <w:jc w:val="left"/>
            </w:pPr>
            <w:r>
              <w:rPr>
                <w:sz w:val="16"/>
              </w:rPr>
              <w:t>EM-3426-PR</w:t>
            </w:r>
          </w:p>
        </w:tc>
        <w:tc>
          <w:tcPr>
            <w:tcW w:type="dxa" w:w="1413"/>
          </w:tcPr>
          <w:p>
            <w:pPr>
              <w:spacing w:after="0"/>
              <w:jc w:val="left"/>
            </w:pPr>
            <w:r>
              <w:rPr>
                <w:sz w:val="16"/>
              </w:rPr>
              <w:t>Emergency</w:t>
            </w:r>
          </w:p>
        </w:tc>
        <w:tc>
          <w:tcPr>
            <w:tcW w:type="dxa" w:w="2137"/>
          </w:tcPr>
          <w:p>
            <w:pPr>
              <w:spacing w:after="0"/>
              <w:jc w:val="left"/>
            </w:pPr>
            <w:r>
              <w:rPr>
                <w:sz w:val="16"/>
              </w:rPr>
              <w:t>Earthquakes</w:t>
            </w:r>
          </w:p>
        </w:tc>
        <w:tc>
          <w:tcPr>
            <w:tcW w:type="dxa" w:w="2318"/>
          </w:tcPr>
          <w:p>
            <w:pPr>
              <w:spacing w:after="0"/>
              <w:jc w:val="left"/>
            </w:pPr>
            <w:r>
              <w:rPr>
                <w:sz w:val="16"/>
              </w:rPr>
              <w:t>Earthquake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2019-08-27</w:t>
            </w:r>
          </w:p>
        </w:tc>
        <w:tc>
          <w:tcPr>
            <w:tcW w:type="dxa" w:w="1051"/>
          </w:tcPr>
          <w:p>
            <w:pPr>
              <w:spacing w:after="0"/>
              <w:jc w:val="left"/>
            </w:pPr>
            <w:r>
              <w:rPr>
                <w:sz w:val="16"/>
              </w:rPr>
              <w:t>2019-08-26</w:t>
            </w:r>
          </w:p>
        </w:tc>
        <w:tc>
          <w:tcPr>
            <w:tcW w:type="dxa" w:w="1051"/>
          </w:tcPr>
          <w:p>
            <w:pPr>
              <w:spacing w:after="0"/>
              <w:jc w:val="left"/>
            </w:pPr>
            <w:r>
              <w:rPr>
                <w:sz w:val="16"/>
              </w:rPr>
              <w:t>EM-3417-PR</w:t>
            </w:r>
          </w:p>
        </w:tc>
        <w:tc>
          <w:tcPr>
            <w:tcW w:type="dxa" w:w="1413"/>
          </w:tcPr>
          <w:p>
            <w:pPr>
              <w:spacing w:after="0"/>
              <w:jc w:val="left"/>
            </w:pPr>
            <w:r>
              <w:rPr>
                <w:sz w:val="16"/>
              </w:rPr>
              <w:t>Emergency</w:t>
            </w:r>
          </w:p>
        </w:tc>
        <w:tc>
          <w:tcPr>
            <w:tcW w:type="dxa" w:w="2137"/>
          </w:tcPr>
          <w:p>
            <w:pPr>
              <w:spacing w:after="0"/>
              <w:jc w:val="left"/>
            </w:pPr>
            <w:r>
              <w:rPr>
                <w:sz w:val="16"/>
              </w:rPr>
              <w:t>Tropical Storm Dorian</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2017-09-20</w:t>
            </w:r>
          </w:p>
        </w:tc>
        <w:tc>
          <w:tcPr>
            <w:tcW w:type="dxa" w:w="1051"/>
          </w:tcPr>
          <w:p>
            <w:pPr>
              <w:spacing w:after="0"/>
              <w:jc w:val="left"/>
            </w:pPr>
            <w:r>
              <w:rPr>
                <w:sz w:val="16"/>
              </w:rPr>
              <w:t>2017-09-17</w:t>
            </w:r>
          </w:p>
        </w:tc>
        <w:tc>
          <w:tcPr>
            <w:tcW w:type="dxa" w:w="1051"/>
          </w:tcPr>
          <w:p>
            <w:pPr>
              <w:spacing w:after="0"/>
              <w:jc w:val="left"/>
            </w:pPr>
            <w:r>
              <w:rPr>
                <w:sz w:val="16"/>
              </w:rPr>
              <w:t>DR-4339-PR</w:t>
            </w:r>
          </w:p>
        </w:tc>
        <w:tc>
          <w:tcPr>
            <w:tcW w:type="dxa" w:w="1413"/>
          </w:tcPr>
          <w:p>
            <w:pPr>
              <w:spacing w:after="0"/>
              <w:jc w:val="left"/>
            </w:pPr>
            <w:r>
              <w:rPr>
                <w:sz w:val="16"/>
              </w:rPr>
              <w:t>Major disaster</w:t>
            </w:r>
          </w:p>
        </w:tc>
        <w:tc>
          <w:tcPr>
            <w:tcW w:type="dxa" w:w="2137"/>
          </w:tcPr>
          <w:p>
            <w:pPr>
              <w:spacing w:after="0"/>
              <w:jc w:val="left"/>
            </w:pPr>
            <w:r>
              <w:rPr>
                <w:sz w:val="16"/>
              </w:rPr>
              <w:t>Hurricane Maria</w:t>
            </w:r>
          </w:p>
        </w:tc>
        <w:tc>
          <w:tcPr>
            <w:tcW w:type="dxa" w:w="2318"/>
          </w:tcPr>
          <w:p>
            <w:pPr>
              <w:spacing w:after="0"/>
              <w:jc w:val="left"/>
            </w:pPr>
            <w:r>
              <w:rPr>
                <w:sz w:val="16"/>
              </w:rPr>
              <w:t>Hurricane</w:t>
            </w:r>
          </w:p>
        </w:tc>
        <w:tc>
          <w:tcPr>
            <w:tcW w:type="dxa" w:w="2771"/>
          </w:tcPr>
          <w:p>
            <w:pPr>
              <w:spacing w:after="0"/>
              <w:jc w:val="right"/>
            </w:pPr>
            <w:r>
              <w:rPr>
                <w:sz w:val="16"/>
              </w:rPr>
              <w:t>$24,612,226.97</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2017-09-18</w:t>
            </w:r>
          </w:p>
        </w:tc>
        <w:tc>
          <w:tcPr>
            <w:tcW w:type="dxa" w:w="1051"/>
          </w:tcPr>
          <w:p>
            <w:pPr>
              <w:spacing w:after="0"/>
              <w:jc w:val="left"/>
            </w:pPr>
            <w:r>
              <w:rPr>
                <w:sz w:val="16"/>
              </w:rPr>
              <w:t>2017-09-17</w:t>
            </w:r>
          </w:p>
        </w:tc>
        <w:tc>
          <w:tcPr>
            <w:tcW w:type="dxa" w:w="1051"/>
          </w:tcPr>
          <w:p>
            <w:pPr>
              <w:spacing w:after="0"/>
              <w:jc w:val="left"/>
            </w:pPr>
            <w:r>
              <w:rPr>
                <w:sz w:val="16"/>
              </w:rPr>
              <w:t>EM-3391-PR</w:t>
            </w:r>
          </w:p>
        </w:tc>
        <w:tc>
          <w:tcPr>
            <w:tcW w:type="dxa" w:w="1413"/>
          </w:tcPr>
          <w:p>
            <w:pPr>
              <w:spacing w:after="0"/>
              <w:jc w:val="left"/>
            </w:pPr>
            <w:r>
              <w:rPr>
                <w:sz w:val="16"/>
              </w:rPr>
              <w:t>Emergency</w:t>
            </w:r>
          </w:p>
        </w:tc>
        <w:tc>
          <w:tcPr>
            <w:tcW w:type="dxa" w:w="2137"/>
          </w:tcPr>
          <w:p>
            <w:pPr>
              <w:spacing w:after="0"/>
              <w:jc w:val="left"/>
            </w:pPr>
            <w:r>
              <w:rPr>
                <w:sz w:val="16"/>
              </w:rPr>
              <w:t>Hurricane Maria</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DR-4339</w:t>
            </w:r>
          </w:p>
        </w:tc>
      </w:tr>
      <w:tr>
        <w:trPr>
          <w:cantSplit/>
        </w:trPr>
        <w:tc>
          <w:tcPr>
            <w:tcW w:type="dxa" w:w="1051"/>
          </w:tcPr>
          <w:p>
            <w:pPr>
              <w:spacing w:after="0"/>
              <w:jc w:val="left"/>
            </w:pPr>
            <w:r>
              <w:rPr>
                <w:sz w:val="16"/>
              </w:rPr>
              <w:t>2017-09-10</w:t>
            </w:r>
          </w:p>
        </w:tc>
        <w:tc>
          <w:tcPr>
            <w:tcW w:type="dxa" w:w="1051"/>
          </w:tcPr>
          <w:p>
            <w:pPr>
              <w:spacing w:after="0"/>
              <w:jc w:val="left"/>
            </w:pPr>
            <w:r>
              <w:rPr>
                <w:sz w:val="16"/>
              </w:rPr>
              <w:t>2017-09-05</w:t>
            </w:r>
          </w:p>
        </w:tc>
        <w:tc>
          <w:tcPr>
            <w:tcW w:type="dxa" w:w="1051"/>
          </w:tcPr>
          <w:p>
            <w:pPr>
              <w:spacing w:after="0"/>
              <w:jc w:val="left"/>
            </w:pPr>
            <w:r>
              <w:rPr>
                <w:sz w:val="16"/>
              </w:rPr>
              <w:t>DR-4336-PR</w:t>
            </w:r>
          </w:p>
        </w:tc>
        <w:tc>
          <w:tcPr>
            <w:tcW w:type="dxa" w:w="1413"/>
          </w:tcPr>
          <w:p>
            <w:pPr>
              <w:spacing w:after="0"/>
              <w:jc w:val="left"/>
            </w:pPr>
            <w:r>
              <w:rPr>
                <w:sz w:val="16"/>
              </w:rPr>
              <w:t>Major disaster</w:t>
            </w:r>
          </w:p>
        </w:tc>
        <w:tc>
          <w:tcPr>
            <w:tcW w:type="dxa" w:w="2137"/>
          </w:tcPr>
          <w:p>
            <w:pPr>
              <w:spacing w:after="0"/>
              <w:jc w:val="left"/>
            </w:pPr>
            <w:r>
              <w:rPr>
                <w:sz w:val="16"/>
              </w:rPr>
              <w:t>Hurricane Irma</w:t>
            </w:r>
          </w:p>
        </w:tc>
        <w:tc>
          <w:tcPr>
            <w:tcW w:type="dxa" w:w="2318"/>
          </w:tcPr>
          <w:p>
            <w:pPr>
              <w:spacing w:after="0"/>
              <w:jc w:val="left"/>
            </w:pPr>
            <w:r>
              <w:rPr>
                <w:sz w:val="16"/>
              </w:rPr>
              <w:t>Hurricane</w:t>
            </w:r>
          </w:p>
        </w:tc>
        <w:tc>
          <w:tcPr>
            <w:tcW w:type="dxa" w:w="2771"/>
          </w:tcPr>
          <w:p>
            <w:pPr>
              <w:spacing w:after="0"/>
              <w:jc w:val="right"/>
            </w:pPr>
            <w:r>
              <w:rPr>
                <w:sz w:val="16"/>
              </w:rPr>
              <w:t>$222,734.49</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2011-08-27</w:t>
            </w:r>
          </w:p>
        </w:tc>
        <w:tc>
          <w:tcPr>
            <w:tcW w:type="dxa" w:w="1051"/>
          </w:tcPr>
          <w:p>
            <w:pPr>
              <w:spacing w:after="0"/>
              <w:jc w:val="left"/>
            </w:pPr>
            <w:r>
              <w:rPr>
                <w:sz w:val="16"/>
              </w:rPr>
              <w:t>2011-08-21</w:t>
            </w:r>
          </w:p>
        </w:tc>
        <w:tc>
          <w:tcPr>
            <w:tcW w:type="dxa" w:w="1051"/>
          </w:tcPr>
          <w:p>
            <w:pPr>
              <w:spacing w:after="0"/>
              <w:jc w:val="left"/>
            </w:pPr>
            <w:r>
              <w:rPr>
                <w:sz w:val="16"/>
              </w:rPr>
              <w:t>DR-4017-PR</w:t>
            </w:r>
          </w:p>
        </w:tc>
        <w:tc>
          <w:tcPr>
            <w:tcW w:type="dxa" w:w="1413"/>
          </w:tcPr>
          <w:p>
            <w:pPr>
              <w:spacing w:after="0"/>
              <w:jc w:val="left"/>
            </w:pPr>
            <w:r>
              <w:rPr>
                <w:sz w:val="16"/>
              </w:rPr>
              <w:t>Major disaster</w:t>
            </w:r>
          </w:p>
        </w:tc>
        <w:tc>
          <w:tcPr>
            <w:tcW w:type="dxa" w:w="2137"/>
          </w:tcPr>
          <w:p>
            <w:pPr>
              <w:spacing w:after="0"/>
              <w:jc w:val="left"/>
            </w:pPr>
            <w:r>
              <w:rPr>
                <w:sz w:val="16"/>
              </w:rPr>
              <w:t>Hurricane Irene</w:t>
            </w:r>
          </w:p>
        </w:tc>
        <w:tc>
          <w:tcPr>
            <w:tcW w:type="dxa" w:w="2318"/>
          </w:tcPr>
          <w:p>
            <w:pPr>
              <w:spacing w:after="0"/>
              <w:jc w:val="left"/>
            </w:pPr>
            <w:r>
              <w:rPr>
                <w:sz w:val="16"/>
              </w:rPr>
              <w:t>Hurricane</w:t>
            </w:r>
          </w:p>
        </w:tc>
        <w:tc>
          <w:tcPr>
            <w:tcW w:type="dxa" w:w="2771"/>
          </w:tcPr>
          <w:p>
            <w:pPr>
              <w:spacing w:after="0"/>
              <w:jc w:val="right"/>
            </w:pPr>
            <w:r>
              <w:rPr>
                <w:sz w:val="16"/>
              </w:rPr>
              <w:t>$238,429.62</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2011-08-22</w:t>
            </w:r>
          </w:p>
        </w:tc>
        <w:tc>
          <w:tcPr>
            <w:tcW w:type="dxa" w:w="1051"/>
          </w:tcPr>
          <w:p>
            <w:pPr>
              <w:spacing w:after="0"/>
              <w:jc w:val="left"/>
            </w:pPr>
            <w:r>
              <w:rPr>
                <w:sz w:val="16"/>
              </w:rPr>
              <w:t>2011-08-21</w:t>
            </w:r>
          </w:p>
        </w:tc>
        <w:tc>
          <w:tcPr>
            <w:tcW w:type="dxa" w:w="1051"/>
          </w:tcPr>
          <w:p>
            <w:pPr>
              <w:spacing w:after="0"/>
              <w:jc w:val="left"/>
            </w:pPr>
            <w:r>
              <w:rPr>
                <w:sz w:val="16"/>
              </w:rPr>
              <w:t>EM-3326-PR</w:t>
            </w:r>
          </w:p>
        </w:tc>
        <w:tc>
          <w:tcPr>
            <w:tcW w:type="dxa" w:w="1413"/>
          </w:tcPr>
          <w:p>
            <w:pPr>
              <w:spacing w:after="0"/>
              <w:jc w:val="left"/>
            </w:pPr>
            <w:r>
              <w:rPr>
                <w:sz w:val="16"/>
              </w:rPr>
              <w:t>Emergency</w:t>
            </w:r>
          </w:p>
        </w:tc>
        <w:tc>
          <w:tcPr>
            <w:tcW w:type="dxa" w:w="2137"/>
          </w:tcPr>
          <w:p>
            <w:pPr>
              <w:spacing w:after="0"/>
              <w:jc w:val="left"/>
            </w:pPr>
            <w:r>
              <w:rPr>
                <w:sz w:val="16"/>
              </w:rPr>
              <w:t>Hurricane Irene</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DR-4017</w:t>
            </w:r>
          </w:p>
        </w:tc>
      </w:tr>
      <w:tr>
        <w:trPr>
          <w:cantSplit/>
        </w:trPr>
        <w:tc>
          <w:tcPr>
            <w:tcW w:type="dxa" w:w="1051"/>
          </w:tcPr>
          <w:p>
            <w:pPr>
              <w:spacing w:after="0"/>
              <w:jc w:val="left"/>
            </w:pPr>
            <w:r>
              <w:rPr>
                <w:sz w:val="16"/>
              </w:rPr>
              <w:t>2004-09-17</w:t>
            </w:r>
          </w:p>
        </w:tc>
        <w:tc>
          <w:tcPr>
            <w:tcW w:type="dxa" w:w="1051"/>
          </w:tcPr>
          <w:p>
            <w:pPr>
              <w:spacing w:after="0"/>
              <w:jc w:val="left"/>
            </w:pPr>
            <w:r>
              <w:rPr>
                <w:sz w:val="16"/>
              </w:rPr>
              <w:t>2004-09-14</w:t>
            </w:r>
          </w:p>
        </w:tc>
        <w:tc>
          <w:tcPr>
            <w:tcW w:type="dxa" w:w="1051"/>
          </w:tcPr>
          <w:p>
            <w:pPr>
              <w:spacing w:after="0"/>
              <w:jc w:val="left"/>
            </w:pPr>
            <w:r>
              <w:rPr>
                <w:sz w:val="16"/>
              </w:rPr>
              <w:t>DR-1552-PR</w:t>
            </w:r>
          </w:p>
        </w:tc>
        <w:tc>
          <w:tcPr>
            <w:tcW w:type="dxa" w:w="1413"/>
          </w:tcPr>
          <w:p>
            <w:pPr>
              <w:spacing w:after="0"/>
              <w:jc w:val="left"/>
            </w:pPr>
            <w:r>
              <w:rPr>
                <w:sz w:val="16"/>
              </w:rPr>
              <w:t>Major disaster</w:t>
            </w:r>
          </w:p>
        </w:tc>
        <w:tc>
          <w:tcPr>
            <w:tcW w:type="dxa" w:w="2137"/>
          </w:tcPr>
          <w:p>
            <w:pPr>
              <w:spacing w:after="0"/>
              <w:jc w:val="left"/>
            </w:pPr>
            <w:r>
              <w:rPr>
                <w:sz w:val="16"/>
              </w:rPr>
              <w:t>Tropical Storm Jeanne and Resulting Landslides and Mudslides</w:t>
            </w:r>
          </w:p>
        </w:tc>
        <w:tc>
          <w:tcPr>
            <w:tcW w:type="dxa" w:w="2318"/>
          </w:tcPr>
          <w:p>
            <w:pPr>
              <w:spacing w:after="0"/>
              <w:jc w:val="left"/>
            </w:pPr>
            <w:r>
              <w:rPr>
                <w:sz w:val="16"/>
              </w:rPr>
              <w:t>Hurricane; Landslide</w:t>
            </w:r>
          </w:p>
        </w:tc>
        <w:tc>
          <w:tcPr>
            <w:tcW w:type="dxa" w:w="2771"/>
          </w:tcPr>
          <w:p>
            <w:pPr>
              <w:spacing w:after="0"/>
              <w:jc w:val="right"/>
            </w:pPr>
            <w:r>
              <w:rPr>
                <w:sz w:val="16"/>
              </w:rPr>
              <w:t>$71,101.21</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2003-11-21</w:t>
            </w:r>
          </w:p>
        </w:tc>
        <w:tc>
          <w:tcPr>
            <w:tcW w:type="dxa" w:w="1051"/>
          </w:tcPr>
          <w:p>
            <w:pPr>
              <w:spacing w:after="0"/>
              <w:jc w:val="left"/>
            </w:pPr>
            <w:r>
              <w:rPr>
                <w:sz w:val="16"/>
              </w:rPr>
              <w:t>2003-11-10</w:t>
            </w:r>
          </w:p>
        </w:tc>
        <w:tc>
          <w:tcPr>
            <w:tcW w:type="dxa" w:w="1051"/>
          </w:tcPr>
          <w:p>
            <w:pPr>
              <w:spacing w:after="0"/>
              <w:jc w:val="left"/>
            </w:pPr>
            <w:r>
              <w:rPr>
                <w:sz w:val="16"/>
              </w:rPr>
              <w:t>DR-1501-PR</w:t>
            </w:r>
          </w:p>
        </w:tc>
        <w:tc>
          <w:tcPr>
            <w:tcW w:type="dxa" w:w="1413"/>
          </w:tcPr>
          <w:p>
            <w:pPr>
              <w:spacing w:after="0"/>
              <w:jc w:val="left"/>
            </w:pPr>
            <w:r>
              <w:rPr>
                <w:sz w:val="16"/>
              </w:rPr>
              <w:t>Major disaster</w:t>
            </w:r>
          </w:p>
        </w:tc>
        <w:tc>
          <w:tcPr>
            <w:tcW w:type="dxa" w:w="2137"/>
          </w:tcPr>
          <w:p>
            <w:pPr>
              <w:spacing w:after="0"/>
              <w:jc w:val="left"/>
            </w:pPr>
            <w:r>
              <w:rPr>
                <w:sz w:val="16"/>
              </w:rPr>
              <w:t>Severe Storms, Flooding, Mudslides, and Landslides</w:t>
            </w:r>
          </w:p>
        </w:tc>
        <w:tc>
          <w:tcPr>
            <w:tcW w:type="dxa" w:w="2318"/>
          </w:tcPr>
          <w:p>
            <w:pPr>
              <w:spacing w:after="0"/>
              <w:jc w:val="left"/>
            </w:pPr>
            <w:r>
              <w:rPr>
                <w:sz w:val="16"/>
              </w:rPr>
              <w:t>Inland Flooding; Landslide</w:t>
            </w:r>
          </w:p>
        </w:tc>
        <w:tc>
          <w:tcPr>
            <w:tcW w:type="dxa" w:w="2771"/>
          </w:tcPr>
          <w:p>
            <w:pPr>
              <w:spacing w:after="0"/>
              <w:jc w:val="right"/>
            </w:pPr>
            <w:r>
              <w:rPr>
                <w:sz w:val="16"/>
              </w:rPr>
              <w:t>$120,529.47</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1999-11-17</w:t>
            </w:r>
          </w:p>
        </w:tc>
        <w:tc>
          <w:tcPr>
            <w:tcW w:type="dxa" w:w="1051"/>
          </w:tcPr>
          <w:p>
            <w:pPr>
              <w:spacing w:after="0"/>
              <w:jc w:val="left"/>
            </w:pPr>
            <w:r>
              <w:rPr>
                <w:sz w:val="16"/>
              </w:rPr>
              <w:t>1999-11-17</w:t>
            </w:r>
          </w:p>
        </w:tc>
        <w:tc>
          <w:tcPr>
            <w:tcW w:type="dxa" w:w="1051"/>
          </w:tcPr>
          <w:p>
            <w:pPr>
              <w:spacing w:after="0"/>
              <w:jc w:val="left"/>
            </w:pPr>
            <w:r>
              <w:rPr>
                <w:sz w:val="16"/>
              </w:rPr>
              <w:t>EM-3151-PR</w:t>
            </w:r>
          </w:p>
        </w:tc>
        <w:tc>
          <w:tcPr>
            <w:tcW w:type="dxa" w:w="1413"/>
          </w:tcPr>
          <w:p>
            <w:pPr>
              <w:spacing w:after="0"/>
              <w:jc w:val="left"/>
            </w:pPr>
            <w:r>
              <w:rPr>
                <w:sz w:val="16"/>
              </w:rPr>
              <w:t>Emergency</w:t>
            </w:r>
          </w:p>
        </w:tc>
        <w:tc>
          <w:tcPr>
            <w:tcW w:type="dxa" w:w="2137"/>
          </w:tcPr>
          <w:p>
            <w:pPr>
              <w:spacing w:after="0"/>
              <w:jc w:val="left"/>
            </w:pPr>
            <w:r>
              <w:rPr>
                <w:sz w:val="16"/>
              </w:rPr>
              <w:t>Hurricane Lenny</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1998-09-24</w:t>
            </w:r>
          </w:p>
        </w:tc>
        <w:tc>
          <w:tcPr>
            <w:tcW w:type="dxa" w:w="1051"/>
          </w:tcPr>
          <w:p>
            <w:pPr>
              <w:spacing w:after="0"/>
              <w:jc w:val="left"/>
            </w:pPr>
            <w:r>
              <w:rPr>
                <w:sz w:val="16"/>
              </w:rPr>
              <w:t>1998-09-20</w:t>
            </w:r>
          </w:p>
        </w:tc>
        <w:tc>
          <w:tcPr>
            <w:tcW w:type="dxa" w:w="1051"/>
          </w:tcPr>
          <w:p>
            <w:pPr>
              <w:spacing w:after="0"/>
              <w:jc w:val="left"/>
            </w:pPr>
            <w:r>
              <w:rPr>
                <w:sz w:val="16"/>
              </w:rPr>
              <w:t>DR-1247-PR</w:t>
            </w:r>
          </w:p>
        </w:tc>
        <w:tc>
          <w:tcPr>
            <w:tcW w:type="dxa" w:w="1413"/>
          </w:tcPr>
          <w:p>
            <w:pPr>
              <w:spacing w:after="0"/>
              <w:jc w:val="left"/>
            </w:pPr>
            <w:r>
              <w:rPr>
                <w:sz w:val="16"/>
              </w:rPr>
              <w:t>Major disaster</w:t>
            </w:r>
          </w:p>
        </w:tc>
        <w:tc>
          <w:tcPr>
            <w:tcW w:type="dxa" w:w="2137"/>
          </w:tcPr>
          <w:p>
            <w:pPr>
              <w:spacing w:after="0"/>
              <w:jc w:val="left"/>
            </w:pPr>
            <w:r>
              <w:rPr>
                <w:sz w:val="16"/>
              </w:rPr>
              <w:t>Hurricane Georges - 18 Sep 98</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1992-01-22</w:t>
            </w:r>
          </w:p>
        </w:tc>
        <w:tc>
          <w:tcPr>
            <w:tcW w:type="dxa" w:w="1051"/>
          </w:tcPr>
          <w:p>
            <w:pPr>
              <w:spacing w:after="0"/>
              <w:jc w:val="left"/>
            </w:pPr>
            <w:r>
              <w:rPr>
                <w:sz w:val="16"/>
              </w:rPr>
              <w:t>1992-01-05</w:t>
            </w:r>
          </w:p>
        </w:tc>
        <w:tc>
          <w:tcPr>
            <w:tcW w:type="dxa" w:w="1051"/>
          </w:tcPr>
          <w:p>
            <w:pPr>
              <w:spacing w:after="0"/>
              <w:jc w:val="left"/>
            </w:pPr>
            <w:r>
              <w:rPr>
                <w:sz w:val="16"/>
              </w:rPr>
              <w:t>DR-931-PR</w:t>
            </w:r>
          </w:p>
        </w:tc>
        <w:tc>
          <w:tcPr>
            <w:tcW w:type="dxa" w:w="1413"/>
          </w:tcPr>
          <w:p>
            <w:pPr>
              <w:spacing w:after="0"/>
              <w:jc w:val="left"/>
            </w:pPr>
            <w:r>
              <w:rPr>
                <w:sz w:val="16"/>
              </w:rPr>
              <w:t>Major disaster</w:t>
            </w:r>
          </w:p>
        </w:tc>
        <w:tc>
          <w:tcPr>
            <w:tcW w:type="dxa" w:w="2137"/>
          </w:tcPr>
          <w:p>
            <w:pPr>
              <w:spacing w:after="0"/>
              <w:jc w:val="left"/>
            </w:pPr>
            <w:r>
              <w:rPr>
                <w:sz w:val="16"/>
              </w:rPr>
              <w:t>Severe Storms &amp; Flooding</w:t>
            </w:r>
          </w:p>
        </w:tc>
        <w:tc>
          <w:tcPr>
            <w:tcW w:type="dxa" w:w="2318"/>
          </w:tcPr>
          <w:p>
            <w:pPr>
              <w:spacing w:after="0"/>
              <w:jc w:val="left"/>
            </w:pPr>
            <w:r>
              <w:rPr>
                <w:sz w:val="16"/>
              </w:rPr>
              <w:t>Inland Flooding</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1989-09-21</w:t>
            </w:r>
          </w:p>
        </w:tc>
        <w:tc>
          <w:tcPr>
            <w:tcW w:type="dxa" w:w="1051"/>
          </w:tcPr>
          <w:p>
            <w:pPr>
              <w:spacing w:after="0"/>
              <w:jc w:val="left"/>
            </w:pPr>
            <w:r>
              <w:rPr>
                <w:sz w:val="16"/>
              </w:rPr>
              <w:t>1989-09-17</w:t>
            </w:r>
          </w:p>
        </w:tc>
        <w:tc>
          <w:tcPr>
            <w:tcW w:type="dxa" w:w="1051"/>
          </w:tcPr>
          <w:p>
            <w:pPr>
              <w:spacing w:after="0"/>
              <w:jc w:val="left"/>
            </w:pPr>
            <w:r>
              <w:rPr>
                <w:sz w:val="16"/>
              </w:rPr>
              <w:t>DR-842-PR</w:t>
            </w:r>
          </w:p>
        </w:tc>
        <w:tc>
          <w:tcPr>
            <w:tcW w:type="dxa" w:w="1413"/>
          </w:tcPr>
          <w:p>
            <w:pPr>
              <w:spacing w:after="0"/>
              <w:jc w:val="left"/>
            </w:pPr>
            <w:r>
              <w:rPr>
                <w:sz w:val="16"/>
              </w:rPr>
              <w:t>Major disaster</w:t>
            </w:r>
          </w:p>
        </w:tc>
        <w:tc>
          <w:tcPr>
            <w:tcW w:type="dxa" w:w="2137"/>
          </w:tcPr>
          <w:p>
            <w:pPr>
              <w:spacing w:after="0"/>
              <w:jc w:val="left"/>
            </w:pPr>
            <w:r>
              <w:rPr>
                <w:sz w:val="16"/>
              </w:rPr>
              <w:t>Hurricane Hugo</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1986-07-10</w:t>
            </w:r>
          </w:p>
        </w:tc>
        <w:tc>
          <w:tcPr>
            <w:tcW w:type="dxa" w:w="1051"/>
          </w:tcPr>
          <w:p>
            <w:pPr>
              <w:spacing w:after="0"/>
              <w:jc w:val="left"/>
            </w:pPr>
            <w:r>
              <w:rPr>
                <w:sz w:val="16"/>
              </w:rPr>
              <w:t>1986-04-25</w:t>
            </w:r>
          </w:p>
        </w:tc>
        <w:tc>
          <w:tcPr>
            <w:tcW w:type="dxa" w:w="1051"/>
          </w:tcPr>
          <w:p>
            <w:pPr>
              <w:spacing w:after="0"/>
              <w:jc w:val="left"/>
            </w:pPr>
            <w:r>
              <w:rPr>
                <w:sz w:val="16"/>
              </w:rPr>
              <w:t>DR-768-PR</w:t>
            </w:r>
          </w:p>
        </w:tc>
        <w:tc>
          <w:tcPr>
            <w:tcW w:type="dxa" w:w="1413"/>
          </w:tcPr>
          <w:p>
            <w:pPr>
              <w:spacing w:after="0"/>
              <w:jc w:val="left"/>
            </w:pPr>
            <w:r>
              <w:rPr>
                <w:sz w:val="16"/>
              </w:rPr>
              <w:t>Major disaster</w:t>
            </w:r>
          </w:p>
        </w:tc>
        <w:tc>
          <w:tcPr>
            <w:tcW w:type="dxa" w:w="2137"/>
          </w:tcPr>
          <w:p>
            <w:pPr>
              <w:spacing w:after="0"/>
              <w:jc w:val="left"/>
            </w:pPr>
            <w:r>
              <w:rPr>
                <w:sz w:val="16"/>
              </w:rPr>
              <w:t>Heavy Rains, Flooding &amp; Mudslides</w:t>
            </w:r>
          </w:p>
        </w:tc>
        <w:tc>
          <w:tcPr>
            <w:tcW w:type="dxa" w:w="2318"/>
          </w:tcPr>
          <w:p>
            <w:pPr>
              <w:spacing w:after="0"/>
              <w:jc w:val="left"/>
            </w:pPr>
            <w:r>
              <w:rPr>
                <w:sz w:val="16"/>
              </w:rPr>
              <w:t>Inland Flooding (primary); also designated: Landslide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1979-09-02</w:t>
            </w:r>
          </w:p>
        </w:tc>
        <w:tc>
          <w:tcPr>
            <w:tcW w:type="dxa" w:w="1051"/>
          </w:tcPr>
          <w:p>
            <w:pPr>
              <w:spacing w:after="0"/>
              <w:jc w:val="left"/>
            </w:pPr>
            <w:r>
              <w:rPr>
                <w:sz w:val="16"/>
              </w:rPr>
              <w:t>1979-09-02</w:t>
            </w:r>
          </w:p>
        </w:tc>
        <w:tc>
          <w:tcPr>
            <w:tcW w:type="dxa" w:w="1051"/>
          </w:tcPr>
          <w:p>
            <w:pPr>
              <w:spacing w:after="0"/>
              <w:jc w:val="left"/>
            </w:pPr>
            <w:r>
              <w:rPr>
                <w:sz w:val="16"/>
              </w:rPr>
              <w:t>DR-597-PR</w:t>
            </w:r>
          </w:p>
        </w:tc>
        <w:tc>
          <w:tcPr>
            <w:tcW w:type="dxa" w:w="1413"/>
          </w:tcPr>
          <w:p>
            <w:pPr>
              <w:spacing w:after="0"/>
              <w:jc w:val="left"/>
            </w:pPr>
            <w:r>
              <w:rPr>
                <w:sz w:val="16"/>
              </w:rPr>
              <w:t>Major disaster</w:t>
            </w:r>
          </w:p>
        </w:tc>
        <w:tc>
          <w:tcPr>
            <w:tcW w:type="dxa" w:w="2137"/>
          </w:tcPr>
          <w:p>
            <w:pPr>
              <w:spacing w:after="0"/>
              <w:jc w:val="left"/>
            </w:pPr>
            <w:r>
              <w:rPr>
                <w:sz w:val="16"/>
              </w:rPr>
              <w:t>Hurricane David</w:t>
            </w:r>
          </w:p>
        </w:tc>
        <w:tc>
          <w:tcPr>
            <w:tcW w:type="dxa" w:w="2318"/>
          </w:tcPr>
          <w:p>
            <w:pPr>
              <w:spacing w:after="0"/>
              <w:jc w:val="left"/>
            </w:pPr>
            <w:r>
              <w:rPr>
                <w:sz w:val="16"/>
              </w:rPr>
              <w:t>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1975-09-19</w:t>
            </w:r>
          </w:p>
        </w:tc>
        <w:tc>
          <w:tcPr>
            <w:tcW w:type="dxa" w:w="1051"/>
          </w:tcPr>
          <w:p>
            <w:pPr>
              <w:spacing w:after="0"/>
              <w:jc w:val="left"/>
            </w:pPr>
            <w:r>
              <w:rPr>
                <w:sz w:val="16"/>
              </w:rPr>
              <w:t>1975-09-19</w:t>
            </w:r>
          </w:p>
        </w:tc>
        <w:tc>
          <w:tcPr>
            <w:tcW w:type="dxa" w:w="1051"/>
          </w:tcPr>
          <w:p>
            <w:pPr>
              <w:spacing w:after="0"/>
              <w:jc w:val="left"/>
            </w:pPr>
            <w:r>
              <w:rPr>
                <w:sz w:val="16"/>
              </w:rPr>
              <w:t>DR-483-PR</w:t>
            </w:r>
          </w:p>
        </w:tc>
        <w:tc>
          <w:tcPr>
            <w:tcW w:type="dxa" w:w="1413"/>
          </w:tcPr>
          <w:p>
            <w:pPr>
              <w:spacing w:after="0"/>
              <w:jc w:val="left"/>
            </w:pPr>
            <w:r>
              <w:rPr>
                <w:sz w:val="16"/>
              </w:rPr>
              <w:t>Major disaster</w:t>
            </w:r>
          </w:p>
        </w:tc>
        <w:tc>
          <w:tcPr>
            <w:tcW w:type="dxa" w:w="2137"/>
          </w:tcPr>
          <w:p>
            <w:pPr>
              <w:spacing w:after="0"/>
              <w:jc w:val="left"/>
            </w:pPr>
            <w:r>
              <w:rPr>
                <w:sz w:val="16"/>
              </w:rPr>
              <w:t>Tropical Storm Elioise</w:t>
            </w:r>
          </w:p>
        </w:tc>
        <w:tc>
          <w:tcPr>
            <w:tcW w:type="dxa" w:w="2318"/>
          </w:tcPr>
          <w:p>
            <w:pPr>
              <w:spacing w:after="0"/>
              <w:jc w:val="left"/>
            </w:pPr>
            <w:r>
              <w:rPr>
                <w:sz w:val="16"/>
              </w:rPr>
              <w:t>Inland Flooding (primary); also designated: Hurricane</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1974-11-30</w:t>
            </w:r>
          </w:p>
        </w:tc>
        <w:tc>
          <w:tcPr>
            <w:tcW w:type="dxa" w:w="1051"/>
          </w:tcPr>
          <w:p>
            <w:pPr>
              <w:spacing w:after="0"/>
              <w:jc w:val="left"/>
            </w:pPr>
            <w:r>
              <w:rPr>
                <w:sz w:val="16"/>
              </w:rPr>
              <w:t>1974-11-30</w:t>
            </w:r>
          </w:p>
        </w:tc>
        <w:tc>
          <w:tcPr>
            <w:tcW w:type="dxa" w:w="1051"/>
          </w:tcPr>
          <w:p>
            <w:pPr>
              <w:spacing w:after="0"/>
              <w:jc w:val="left"/>
            </w:pPr>
            <w:r>
              <w:rPr>
                <w:sz w:val="16"/>
              </w:rPr>
              <w:t>DR-455-PR</w:t>
            </w:r>
          </w:p>
        </w:tc>
        <w:tc>
          <w:tcPr>
            <w:tcW w:type="dxa" w:w="1413"/>
          </w:tcPr>
          <w:p>
            <w:pPr>
              <w:spacing w:after="0"/>
              <w:jc w:val="left"/>
            </w:pPr>
            <w:r>
              <w:rPr>
                <w:sz w:val="16"/>
              </w:rPr>
              <w:t>Major disaster</w:t>
            </w:r>
          </w:p>
        </w:tc>
        <w:tc>
          <w:tcPr>
            <w:tcW w:type="dxa" w:w="2137"/>
          </w:tcPr>
          <w:p>
            <w:pPr>
              <w:spacing w:after="0"/>
              <w:jc w:val="left"/>
            </w:pPr>
            <w:r>
              <w:rPr>
                <w:sz w:val="16"/>
              </w:rPr>
              <w:t>Flooding</w:t>
            </w:r>
          </w:p>
        </w:tc>
        <w:tc>
          <w:tcPr>
            <w:tcW w:type="dxa" w:w="2318"/>
          </w:tcPr>
          <w:p>
            <w:pPr>
              <w:spacing w:after="0"/>
              <w:jc w:val="left"/>
            </w:pPr>
            <w:r>
              <w:rPr>
                <w:sz w:val="16"/>
              </w:rPr>
              <w:t>Inland Flooding</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1970-10-12</w:t>
            </w:r>
          </w:p>
        </w:tc>
        <w:tc>
          <w:tcPr>
            <w:tcW w:type="dxa" w:w="1051"/>
          </w:tcPr>
          <w:p>
            <w:pPr>
              <w:spacing w:after="0"/>
              <w:jc w:val="left"/>
            </w:pPr>
            <w:r>
              <w:rPr>
                <w:sz w:val="16"/>
              </w:rPr>
              <w:t>1970-10-12</w:t>
            </w:r>
          </w:p>
        </w:tc>
        <w:tc>
          <w:tcPr>
            <w:tcW w:type="dxa" w:w="1051"/>
          </w:tcPr>
          <w:p>
            <w:pPr>
              <w:spacing w:after="0"/>
              <w:jc w:val="left"/>
            </w:pPr>
            <w:r>
              <w:rPr>
                <w:sz w:val="16"/>
              </w:rPr>
              <w:t>DR-296-PR</w:t>
            </w:r>
          </w:p>
        </w:tc>
        <w:tc>
          <w:tcPr>
            <w:tcW w:type="dxa" w:w="1413"/>
          </w:tcPr>
          <w:p>
            <w:pPr>
              <w:spacing w:after="0"/>
              <w:jc w:val="left"/>
            </w:pPr>
            <w:r>
              <w:rPr>
                <w:sz w:val="16"/>
              </w:rPr>
              <w:t>Major disaster</w:t>
            </w:r>
          </w:p>
        </w:tc>
        <w:tc>
          <w:tcPr>
            <w:tcW w:type="dxa" w:w="2137"/>
          </w:tcPr>
          <w:p>
            <w:pPr>
              <w:spacing w:after="0"/>
              <w:jc w:val="left"/>
            </w:pPr>
            <w:r>
              <w:rPr>
                <w:sz w:val="16"/>
              </w:rPr>
              <w:t>Heavy Rains &amp; Flooding</w:t>
            </w:r>
          </w:p>
        </w:tc>
        <w:tc>
          <w:tcPr>
            <w:tcW w:type="dxa" w:w="2318"/>
          </w:tcPr>
          <w:p>
            <w:pPr>
              <w:spacing w:after="0"/>
              <w:jc w:val="left"/>
            </w:pPr>
            <w:r>
              <w:rPr>
                <w:sz w:val="16"/>
              </w:rPr>
              <w:t>Inland Flooding</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17</w:t>
            </w:r>
          </w:p>
        </w:tc>
        <w:tc>
          <w:tcPr>
            <w:tcW w:type="dxa" w:w="1155"/>
          </w:tcPr>
          <w:p>
            <w:pPr>
              <w:spacing w:after="0"/>
              <w:jc w:val="right"/>
            </w:pPr>
            <w:r>
              <w:rPr>
                <w:sz w:val="16"/>
              </w:rPr>
              <w:t>10</w:t>
            </w:r>
          </w:p>
        </w:tc>
        <w:tc>
          <w:tcPr>
            <w:tcW w:type="dxa" w:w="2096"/>
          </w:tcPr>
          <w:p>
            <w:pPr>
              <w:spacing w:after="0"/>
              <w:jc w:val="right"/>
            </w:pPr>
            <w:r>
              <w:rPr>
                <w:sz w:val="16"/>
              </w:rPr>
              <w:t>2</w:t>
            </w:r>
          </w:p>
        </w:tc>
        <w:tc>
          <w:tcPr>
            <w:tcW w:type="dxa" w:w="785"/>
          </w:tcPr>
          <w:p>
            <w:pPr>
              <w:spacing w:after="0"/>
              <w:jc w:val="right"/>
            </w:pPr>
            <w:r>
              <w:rPr>
                <w:sz w:val="16"/>
              </w:rPr>
              <w:t>10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8</w:t>
            </w:r>
          </w:p>
        </w:tc>
        <w:tc>
          <w:tcPr>
            <w:tcW w:type="dxa" w:w="1155"/>
          </w:tcPr>
          <w:p>
            <w:pPr>
              <w:spacing w:after="0"/>
              <w:jc w:val="right"/>
            </w:pPr>
            <w:r>
              <w:rPr>
                <w:sz w:val="16"/>
              </w:rPr>
              <w:t>8</w:t>
            </w:r>
          </w:p>
        </w:tc>
        <w:tc>
          <w:tcPr>
            <w:tcW w:type="dxa" w:w="2096"/>
          </w:tcPr>
          <w:p>
            <w:pPr>
              <w:spacing w:after="0"/>
              <w:jc w:val="right"/>
            </w:pPr>
            <w:r>
              <w:rPr>
                <w:sz w:val="16"/>
              </w:rPr>
              <w:t>0</w:t>
            </w:r>
          </w:p>
        </w:tc>
        <w:tc>
          <w:tcPr>
            <w:tcW w:type="dxa" w:w="785"/>
          </w:tcPr>
          <w:p>
            <w:pPr>
              <w:spacing w:after="0"/>
              <w:jc w:val="right"/>
            </w:pPr>
            <w:r>
              <w:rPr>
                <w:sz w:val="16"/>
              </w:rPr>
              <w:t>8</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10</w:t>
            </w:r>
          </w:p>
        </w:tc>
        <w:tc>
          <w:tcPr>
            <w:tcW w:type="dxa" w:w="1155"/>
          </w:tcPr>
          <w:p>
            <w:pPr>
              <w:spacing w:after="0"/>
              <w:jc w:val="right"/>
            </w:pPr>
            <w:r>
              <w:rPr>
                <w:sz w:val="16"/>
              </w:rPr>
              <w:t>1</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14</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r>
              <w:rPr>
                <w:sz w:val="16"/>
              </w:rPr>
              <w:t>Includes 1 Tropical Depression record.</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126</w:t>
            </w:r>
          </w:p>
        </w:tc>
        <w:tc>
          <w:tcPr>
            <w:tcW w:type="dxa" w:w="1155"/>
          </w:tcPr>
          <w:p>
            <w:pPr>
              <w:spacing w:after="0"/>
              <w:jc w:val="right"/>
            </w:pPr>
            <w:r>
              <w:rPr>
                <w:sz w:val="16"/>
              </w:rPr>
              <w:t>8</w:t>
            </w:r>
          </w:p>
        </w:tc>
        <w:tc>
          <w:tcPr>
            <w:tcW w:type="dxa" w:w="2096"/>
          </w:tcPr>
          <w:p>
            <w:pPr>
              <w:spacing w:after="0"/>
              <w:jc w:val="right"/>
            </w:pPr>
            <w:r>
              <w:rPr>
                <w:sz w:val="16"/>
              </w:rPr>
              <w:t>0</w:t>
            </w:r>
          </w:p>
        </w:tc>
        <w:tc>
          <w:tcPr>
            <w:tcW w:type="dxa" w:w="785"/>
          </w:tcPr>
          <w:p>
            <w:pPr>
              <w:spacing w:after="0"/>
              <w:jc w:val="right"/>
            </w:pPr>
            <w:r>
              <w:rPr>
                <w:sz w:val="16"/>
              </w:rPr>
              <w:t>8</w:t>
            </w:r>
          </w:p>
        </w:tc>
        <w:tc>
          <w:tcPr>
            <w:tcW w:type="dxa" w:w="1682"/>
          </w:tcPr>
          <w:p>
            <w:pPr>
              <w:spacing w:after="0"/>
              <w:jc w:val="right"/>
            </w:pPr>
            <w:r>
              <w:rPr>
                <w:sz w:val="16"/>
              </w:rPr>
              <w:t>8</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19</w:t>
            </w:r>
          </w:p>
        </w:tc>
        <w:tc>
          <w:tcPr>
            <w:tcW w:type="dxa" w:w="1155"/>
          </w:tcPr>
          <w:p>
            <w:pPr>
              <w:spacing w:after="0"/>
              <w:jc w:val="right"/>
            </w:pPr>
            <w:r>
              <w:rPr>
                <w:sz w:val="16"/>
              </w:rPr>
              <w:t>1</w:t>
            </w:r>
          </w:p>
        </w:tc>
        <w:tc>
          <w:tcPr>
            <w:tcW w:type="dxa" w:w="2096"/>
          </w:tcPr>
          <w:p>
            <w:pPr>
              <w:spacing w:after="0"/>
              <w:jc w:val="right"/>
            </w:pPr>
            <w:r>
              <w:rPr>
                <w:sz w:val="16"/>
              </w:rPr>
              <w:t>5</w:t>
            </w:r>
          </w:p>
        </w:tc>
        <w:tc>
          <w:tcPr>
            <w:tcW w:type="dxa" w:w="785"/>
          </w:tcPr>
          <w:p>
            <w:pPr>
              <w:spacing w:after="0"/>
              <w:jc w:val="right"/>
            </w:pPr>
            <w:r>
              <w:rPr>
                <w:sz w:val="16"/>
              </w:rPr>
              <w:t>1</w:t>
            </w:r>
          </w:p>
        </w:tc>
        <w:tc>
          <w:tcPr>
            <w:tcW w:type="dxa" w:w="1682"/>
          </w:tcPr>
          <w:p>
            <w:pPr>
              <w:spacing w:after="0"/>
              <w:jc w:val="right"/>
            </w:pPr>
            <w:r>
              <w:rPr>
                <w:sz w:val="16"/>
              </w:rPr>
              <w:t>5</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6</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6"/>
        <w:gridCol w:w="1072"/>
        <w:gridCol w:w="1646"/>
        <w:gridCol w:w="941"/>
        <w:gridCol w:w="2618"/>
        <w:gridCol w:w="2446"/>
        <w:gridCol w:w="2907"/>
      </w:tblGrid>
      <w:tr>
        <w:trPr>
          <w:cantSplit/>
          <w:tblHeader/>
        </w:trPr>
        <w:tc>
          <w:tcPr>
            <w:tcW w:type="dxa" w:w="1037"/>
            <w:shd w:val="clear" w:color="auto" w:fill="E8E8E8"/>
          </w:tcPr>
          <w:p>
            <w:pPr>
              <w:spacing w:after="0"/>
              <w:jc w:val="left"/>
            </w:pPr>
            <w:r>
              <w:rPr>
                <w:b/>
                <w:sz w:val="16"/>
              </w:rPr>
              <w:t>Date</w:t>
            </w:r>
          </w:p>
        </w:tc>
        <w:tc>
          <w:tcPr>
            <w:tcW w:type="dxa" w:w="1446"/>
            <w:shd w:val="clear" w:color="auto" w:fill="E8E8E8"/>
          </w:tcPr>
          <w:p>
            <w:pPr>
              <w:spacing w:after="0"/>
              <w:jc w:val="left"/>
            </w:pPr>
            <w:r>
              <w:rPr>
                <w:b/>
                <w:sz w:val="16"/>
              </w:rPr>
              <w:t>Event type</w:t>
            </w:r>
          </w:p>
        </w:tc>
        <w:tc>
          <w:tcPr>
            <w:tcW w:type="dxa" w:w="1072"/>
            <w:shd w:val="clear" w:color="auto" w:fill="E8E8E8"/>
          </w:tcPr>
          <w:p>
            <w:pPr>
              <w:spacing w:after="0"/>
              <w:jc w:val="left"/>
            </w:pPr>
            <w:r>
              <w:rPr>
                <w:b/>
                <w:sz w:val="16"/>
              </w:rPr>
              <w:t>Magnitude or extent</w:t>
            </w:r>
          </w:p>
        </w:tc>
        <w:tc>
          <w:tcPr>
            <w:tcW w:type="dxa" w:w="1646"/>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18"/>
            <w:shd w:val="clear" w:color="auto" w:fill="E8E8E8"/>
          </w:tcPr>
          <w:p>
            <w:pPr>
              <w:spacing w:after="0"/>
              <w:jc w:val="left"/>
            </w:pPr>
            <w:r>
              <w:rPr>
                <w:b/>
                <w:sz w:val="16"/>
              </w:rPr>
              <w:t>Location</w:t>
            </w:r>
          </w:p>
        </w:tc>
        <w:tc>
          <w:tcPr>
            <w:tcW w:type="dxa" w:w="2446"/>
            <w:shd w:val="clear" w:color="auto" w:fill="E8E8E8"/>
          </w:tcPr>
          <w:p>
            <w:pPr>
              <w:spacing w:after="0"/>
              <w:jc w:val="left"/>
            </w:pPr>
            <w:r>
              <w:rPr>
                <w:b/>
                <w:sz w:val="16"/>
              </w:rPr>
              <w:t>Flags</w:t>
            </w:r>
          </w:p>
        </w:tc>
        <w:tc>
          <w:tcPr>
            <w:tcW w:type="dxa" w:w="29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2026-02-10</w:t>
            </w:r>
          </w:p>
        </w:tc>
        <w:tc>
          <w:tcPr>
            <w:tcW w:type="dxa" w:w="1446"/>
          </w:tcPr>
          <w:p>
            <w:pPr>
              <w:spacing w:after="0"/>
              <w:jc w:val="left"/>
            </w:pPr>
            <w:r>
              <w:rPr>
                <w:sz w:val="16"/>
              </w:rPr>
              <w:t>Coastal Flood</w:t>
            </w:r>
          </w:p>
        </w:tc>
        <w:tc>
          <w:tcPr>
            <w:tcW w:type="dxa" w:w="1072"/>
          </w:tcPr>
          <w:p>
            <w:pPr>
              <w:spacing w:after="0"/>
              <w:jc w:val="left"/>
            </w:pPr>
          </w:p>
        </w:tc>
        <w:tc>
          <w:tcPr>
            <w:tcW w:type="dxa" w:w="1646"/>
          </w:tcPr>
          <w:p>
            <w:pPr>
              <w:spacing w:after="0"/>
              <w:jc w:val="left"/>
            </w:pPr>
            <w:r>
              <w:rPr>
                <w:sz w:val="16"/>
              </w:rPr>
              <w:t>$82,500 property; $0 crops (zone total, 2026 dollars)</w:t>
            </w:r>
          </w:p>
        </w:tc>
        <w:tc>
          <w:tcPr>
            <w:tcW w:type="dxa" w:w="941"/>
          </w:tcPr>
          <w:p>
            <w:pPr>
              <w:spacing w:after="0"/>
              <w:jc w:val="right"/>
            </w:pPr>
            <w:r>
              <w:rPr>
                <w:sz w:val="16"/>
              </w:rPr>
              <w:t>0, 0</w:t>
            </w:r>
          </w:p>
        </w:tc>
        <w:tc>
          <w:tcPr>
            <w:tcW w:type="dxa" w:w="2618"/>
          </w:tcPr>
          <w:p>
            <w:pPr>
              <w:spacing w:after="0"/>
              <w:jc w:val="left"/>
            </w:pPr>
            <w:r>
              <w:rPr>
                <w:sz w:val="16"/>
              </w:rPr>
              <w:t>NWS zone PRZ002 (NORTHEAST), zone-level</w:t>
            </w:r>
          </w:p>
        </w:tc>
        <w:tc>
          <w:tcPr>
            <w:tcW w:type="dxa" w:w="2446"/>
          </w:tcPr>
          <w:p>
            <w:pPr>
              <w:spacing w:after="0"/>
              <w:jc w:val="left"/>
            </w:pPr>
            <w:r>
              <w:rPr>
                <w:sz w:val="16"/>
              </w:rPr>
              <w:t>new since last plan; within last 5 years</w:t>
            </w:r>
          </w:p>
        </w:tc>
        <w:tc>
          <w:tcPr>
            <w:tcW w:type="dxa" w:w="2907"/>
          </w:tcPr>
          <w:p>
            <w:pPr>
              <w:spacing w:after="0"/>
              <w:jc w:val="left"/>
            </w:pPr>
            <w:r>
              <w:rPr>
                <w:sz w:val="16"/>
              </w:rPr>
              <w:t>B1-c worst recorded: Coastal Flood, Storm Surge/Tide</w:t>
            </w:r>
          </w:p>
        </w:tc>
      </w:tr>
      <w:tr>
        <w:trPr>
          <w:cantSplit/>
        </w:trPr>
        <w:tc>
          <w:tcPr>
            <w:tcW w:type="dxa" w:w="1037"/>
          </w:tcPr>
          <w:p>
            <w:pPr>
              <w:spacing w:after="0"/>
              <w:jc w:val="left"/>
            </w:pPr>
            <w:r>
              <w:rPr>
                <w:sz w:val="16"/>
              </w:rPr>
              <w:t>2023-11-08</w:t>
            </w:r>
          </w:p>
        </w:tc>
        <w:tc>
          <w:tcPr>
            <w:tcW w:type="dxa" w:w="1446"/>
          </w:tcPr>
          <w:p>
            <w:pPr>
              <w:spacing w:after="0"/>
              <w:jc w:val="left"/>
            </w:pPr>
            <w:r>
              <w:rPr>
                <w:sz w:val="16"/>
              </w:rPr>
              <w:t>Debris Flow</w:t>
            </w:r>
          </w:p>
        </w:tc>
        <w:tc>
          <w:tcPr>
            <w:tcW w:type="dxa" w:w="1072"/>
          </w:tcPr>
          <w:p>
            <w:pPr>
              <w:spacing w:after="0"/>
              <w:jc w:val="left"/>
            </w:pPr>
          </w:p>
        </w:tc>
        <w:tc>
          <w:tcPr>
            <w:tcW w:type="dxa" w:w="1646"/>
          </w:tcPr>
          <w:p>
            <w:pPr>
              <w:spacing w:after="0"/>
              <w:jc w:val="left"/>
            </w:pPr>
            <w:r>
              <w:rPr>
                <w:sz w:val="16"/>
              </w:rPr>
              <w:t>$3,500 property; $0 crops (2023 dollars)</w:t>
            </w:r>
          </w:p>
        </w:tc>
        <w:tc>
          <w:tcPr>
            <w:tcW w:type="dxa" w:w="941"/>
          </w:tcPr>
          <w:p>
            <w:pPr>
              <w:spacing w:after="0"/>
              <w:jc w:val="right"/>
            </w:pPr>
            <w:r>
              <w:rPr>
                <w:sz w:val="16"/>
              </w:rPr>
              <w:t>0, 0</w:t>
            </w:r>
          </w:p>
        </w:tc>
        <w:tc>
          <w:tcPr>
            <w:tcW w:type="dxa" w:w="2618"/>
          </w:tcPr>
          <w:p>
            <w:pPr>
              <w:spacing w:after="0"/>
              <w:jc w:val="left"/>
            </w:pPr>
            <w:r>
              <w:rPr>
                <w:sz w:val="16"/>
              </w:rPr>
              <w:t>LUQUILLO</w:t>
            </w:r>
          </w:p>
        </w:tc>
        <w:tc>
          <w:tcPr>
            <w:tcW w:type="dxa" w:w="2446"/>
          </w:tcPr>
          <w:p>
            <w:pPr>
              <w:spacing w:after="0"/>
              <w:jc w:val="left"/>
            </w:pPr>
            <w:r>
              <w:rPr>
                <w:sz w:val="16"/>
              </w:rPr>
              <w:t>new since last plan; within last 5 years</w:t>
            </w:r>
          </w:p>
        </w:tc>
        <w:tc>
          <w:tcPr>
            <w:tcW w:type="dxa" w:w="2907"/>
          </w:tcPr>
          <w:p>
            <w:pPr>
              <w:spacing w:after="0"/>
              <w:jc w:val="left"/>
            </w:pPr>
            <w:r>
              <w:rPr>
                <w:sz w:val="16"/>
              </w:rPr>
              <w:t>B1-c worst recorded: Debris Flow</w:t>
            </w:r>
          </w:p>
        </w:tc>
      </w:tr>
      <w:tr>
        <w:trPr>
          <w:cantSplit/>
        </w:trPr>
        <w:tc>
          <w:tcPr>
            <w:tcW w:type="dxa" w:w="1037"/>
          </w:tcPr>
          <w:p>
            <w:pPr>
              <w:spacing w:after="0"/>
              <w:jc w:val="left"/>
            </w:pPr>
            <w:r>
              <w:rPr>
                <w:sz w:val="16"/>
              </w:rPr>
              <w:t>2023-09-01</w:t>
            </w:r>
          </w:p>
        </w:tc>
        <w:tc>
          <w:tcPr>
            <w:tcW w:type="dxa" w:w="1446"/>
          </w:tcPr>
          <w:p>
            <w:pPr>
              <w:spacing w:after="0"/>
              <w:jc w:val="left"/>
            </w:pPr>
            <w:r>
              <w:rPr>
                <w:sz w:val="16"/>
              </w:rPr>
              <w:t>Excessive Heat</w:t>
            </w:r>
          </w:p>
        </w:tc>
        <w:tc>
          <w:tcPr>
            <w:tcW w:type="dxa" w:w="1072"/>
          </w:tcPr>
          <w:p>
            <w:pPr>
              <w:spacing w:after="0"/>
              <w:jc w:val="left"/>
            </w:pPr>
          </w:p>
        </w:tc>
        <w:tc>
          <w:tcPr>
            <w:tcW w:type="dxa" w:w="1646"/>
          </w:tcPr>
          <w:p>
            <w:pPr>
              <w:spacing w:after="0"/>
              <w:jc w:val="left"/>
            </w:pPr>
            <w:r>
              <w:rPr>
                <w:sz w:val="16"/>
              </w:rPr>
              <w:t>$0 property; $0 crops (zone total, 2023 dollars)</w:t>
            </w:r>
          </w:p>
        </w:tc>
        <w:tc>
          <w:tcPr>
            <w:tcW w:type="dxa" w:w="941"/>
          </w:tcPr>
          <w:p>
            <w:pPr>
              <w:spacing w:after="0"/>
              <w:jc w:val="right"/>
            </w:pPr>
            <w:r>
              <w:rPr>
                <w:sz w:val="16"/>
              </w:rPr>
              <w:t>0, 0</w:t>
            </w:r>
          </w:p>
        </w:tc>
        <w:tc>
          <w:tcPr>
            <w:tcW w:type="dxa" w:w="2618"/>
          </w:tcPr>
          <w:p>
            <w:pPr>
              <w:spacing w:after="0"/>
              <w:jc w:val="left"/>
            </w:pPr>
            <w:r>
              <w:rPr>
                <w:sz w:val="16"/>
              </w:rPr>
              <w:t>NWS zone PRZ002 (NORTHEAST), zone-level</w:t>
            </w:r>
          </w:p>
        </w:tc>
        <w:tc>
          <w:tcPr>
            <w:tcW w:type="dxa" w:w="2446"/>
          </w:tcPr>
          <w:p>
            <w:pPr>
              <w:spacing w:after="0"/>
              <w:jc w:val="left"/>
            </w:pPr>
            <w:r>
              <w:rPr>
                <w:sz w:val="16"/>
              </w:rPr>
              <w:t>new since last plan; within last 5 years</w:t>
            </w:r>
          </w:p>
        </w:tc>
        <w:tc>
          <w:tcPr>
            <w:tcW w:type="dxa" w:w="2907"/>
          </w:tcPr>
          <w:p>
            <w:pPr>
              <w:spacing w:after="0"/>
              <w:jc w:val="left"/>
            </w:pPr>
            <w:r>
              <w:rPr>
                <w:sz w:val="16"/>
              </w:rPr>
              <w:t>B1-c worst recorded: Excessive Heat, Heat</w:t>
            </w:r>
          </w:p>
        </w:tc>
      </w:tr>
      <w:tr>
        <w:trPr>
          <w:cantSplit/>
        </w:trPr>
        <w:tc>
          <w:tcPr>
            <w:tcW w:type="dxa" w:w="1037"/>
          </w:tcPr>
          <w:p>
            <w:pPr>
              <w:spacing w:after="0"/>
              <w:jc w:val="left"/>
            </w:pPr>
            <w:r>
              <w:rPr>
                <w:sz w:val="16"/>
              </w:rPr>
              <w:t>2022-06-14</w:t>
            </w:r>
          </w:p>
        </w:tc>
        <w:tc>
          <w:tcPr>
            <w:tcW w:type="dxa" w:w="1446"/>
          </w:tcPr>
          <w:p>
            <w:pPr>
              <w:spacing w:after="0"/>
              <w:jc w:val="left"/>
            </w:pPr>
            <w:r>
              <w:rPr>
                <w:sz w:val="16"/>
              </w:rPr>
              <w:t>Drought</w:t>
            </w:r>
          </w:p>
        </w:tc>
        <w:tc>
          <w:tcPr>
            <w:tcW w:type="dxa" w:w="1072"/>
          </w:tcPr>
          <w:p>
            <w:pPr>
              <w:spacing w:after="0"/>
              <w:jc w:val="left"/>
            </w:pPr>
          </w:p>
        </w:tc>
        <w:tc>
          <w:tcPr>
            <w:tcW w:type="dxa" w:w="1646"/>
          </w:tcPr>
          <w:p>
            <w:pPr>
              <w:spacing w:after="0"/>
              <w:jc w:val="left"/>
            </w:pPr>
            <w:r>
              <w:rPr>
                <w:sz w:val="16"/>
              </w:rPr>
              <w:t>$0 property; $0 crops (zone total, 2022 dollars)</w:t>
            </w:r>
          </w:p>
        </w:tc>
        <w:tc>
          <w:tcPr>
            <w:tcW w:type="dxa" w:w="941"/>
          </w:tcPr>
          <w:p>
            <w:pPr>
              <w:spacing w:after="0"/>
              <w:jc w:val="right"/>
            </w:pPr>
            <w:r>
              <w:rPr>
                <w:sz w:val="16"/>
              </w:rPr>
              <w:t>0, 0</w:t>
            </w:r>
          </w:p>
        </w:tc>
        <w:tc>
          <w:tcPr>
            <w:tcW w:type="dxa" w:w="2618"/>
          </w:tcPr>
          <w:p>
            <w:pPr>
              <w:spacing w:after="0"/>
              <w:jc w:val="left"/>
            </w:pPr>
            <w:r>
              <w:rPr>
                <w:sz w:val="16"/>
              </w:rPr>
              <w:t>NWS zone PRZ002 (NORTHEAST), zone-level</w:t>
            </w:r>
          </w:p>
        </w:tc>
        <w:tc>
          <w:tcPr>
            <w:tcW w:type="dxa" w:w="2446"/>
          </w:tcPr>
          <w:p>
            <w:pPr>
              <w:spacing w:after="0"/>
              <w:jc w:val="left"/>
            </w:pPr>
            <w:r>
              <w:rPr>
                <w:sz w:val="16"/>
              </w:rPr>
              <w:t>new since last plan; within last 5 years</w:t>
            </w:r>
          </w:p>
        </w:tc>
        <w:tc>
          <w:tcPr>
            <w:tcW w:type="dxa" w:w="2907"/>
          </w:tcPr>
          <w:p>
            <w:pPr>
              <w:spacing w:after="0"/>
              <w:jc w:val="left"/>
            </w:pPr>
            <w:r>
              <w:rPr>
                <w:sz w:val="16"/>
              </w:rPr>
              <w:t>B1-c worst recorded: Drought</w:t>
            </w:r>
          </w:p>
        </w:tc>
      </w:tr>
      <w:tr>
        <w:trPr>
          <w:cantSplit/>
        </w:trPr>
        <w:tc>
          <w:tcPr>
            <w:tcW w:type="dxa" w:w="1037"/>
          </w:tcPr>
          <w:p>
            <w:pPr>
              <w:spacing w:after="0"/>
              <w:jc w:val="left"/>
            </w:pPr>
            <w:r>
              <w:rPr>
                <w:sz w:val="16"/>
              </w:rPr>
              <w:t>2008-09-01</w:t>
            </w:r>
          </w:p>
        </w:tc>
        <w:tc>
          <w:tcPr>
            <w:tcW w:type="dxa" w:w="1446"/>
          </w:tcPr>
          <w:p>
            <w:pPr>
              <w:spacing w:after="0"/>
              <w:jc w:val="left"/>
            </w:pPr>
            <w:r>
              <w:rPr>
                <w:sz w:val="16"/>
              </w:rPr>
              <w:t>Flash Flood</w:t>
            </w:r>
          </w:p>
        </w:tc>
        <w:tc>
          <w:tcPr>
            <w:tcW w:type="dxa" w:w="1072"/>
          </w:tcPr>
          <w:p>
            <w:pPr>
              <w:spacing w:after="0"/>
              <w:jc w:val="left"/>
            </w:pPr>
          </w:p>
        </w:tc>
        <w:tc>
          <w:tcPr>
            <w:tcW w:type="dxa" w:w="1646"/>
          </w:tcPr>
          <w:p>
            <w:pPr>
              <w:spacing w:after="0"/>
              <w:jc w:val="left"/>
            </w:pPr>
            <w:r>
              <w:rPr>
                <w:sz w:val="16"/>
              </w:rPr>
              <w:t>$0 property; $0 crops (zone total, 2008 dollars)</w:t>
            </w:r>
          </w:p>
        </w:tc>
        <w:tc>
          <w:tcPr>
            <w:tcW w:type="dxa" w:w="941"/>
          </w:tcPr>
          <w:p>
            <w:pPr>
              <w:spacing w:after="0"/>
              <w:jc w:val="right"/>
            </w:pPr>
            <w:r>
              <w:rPr>
                <w:sz w:val="16"/>
              </w:rPr>
              <w:t>2, 0</w:t>
            </w:r>
          </w:p>
        </w:tc>
        <w:tc>
          <w:tcPr>
            <w:tcW w:type="dxa" w:w="2618"/>
          </w:tcPr>
          <w:p>
            <w:pPr>
              <w:spacing w:after="0"/>
              <w:jc w:val="left"/>
            </w:pPr>
            <w:r>
              <w:rPr>
                <w:sz w:val="16"/>
              </w:rPr>
              <w:t>NWS zone PRZ002 (NORTHEAST), zone-level</w:t>
            </w:r>
          </w:p>
        </w:tc>
        <w:tc>
          <w:tcPr>
            <w:tcW w:type="dxa" w:w="2446"/>
          </w:tcPr>
          <w:p>
            <w:pPr>
              <w:spacing w:after="0"/>
              <w:jc w:val="left"/>
            </w:pPr>
          </w:p>
        </w:tc>
        <w:tc>
          <w:tcPr>
            <w:tcW w:type="dxa" w:w="2907"/>
          </w:tcPr>
          <w:p>
            <w:pPr>
              <w:spacing w:after="0"/>
              <w:jc w:val="left"/>
            </w:pPr>
            <w:r>
              <w:rPr>
                <w:sz w:val="16"/>
              </w:rPr>
              <w:t>deaths or injuries recorded</w:t>
            </w:r>
          </w:p>
        </w:tc>
      </w:tr>
      <w:tr>
        <w:trPr>
          <w:cantSplit/>
        </w:trPr>
        <w:tc>
          <w:tcPr>
            <w:tcW w:type="dxa" w:w="1037"/>
          </w:tcPr>
          <w:p>
            <w:pPr>
              <w:spacing w:after="0"/>
              <w:jc w:val="left"/>
            </w:pPr>
            <w:r>
              <w:rPr>
                <w:sz w:val="16"/>
              </w:rPr>
              <w:t>2006-07-10</w:t>
            </w:r>
          </w:p>
        </w:tc>
        <w:tc>
          <w:tcPr>
            <w:tcW w:type="dxa" w:w="1446"/>
          </w:tcPr>
          <w:p>
            <w:pPr>
              <w:spacing w:after="0"/>
              <w:jc w:val="left"/>
            </w:pPr>
            <w:r>
              <w:rPr>
                <w:sz w:val="16"/>
              </w:rPr>
              <w:t>Lightning</w:t>
            </w:r>
          </w:p>
        </w:tc>
        <w:tc>
          <w:tcPr>
            <w:tcW w:type="dxa" w:w="1072"/>
          </w:tcPr>
          <w:p>
            <w:pPr>
              <w:spacing w:after="0"/>
              <w:jc w:val="left"/>
            </w:pPr>
          </w:p>
        </w:tc>
        <w:tc>
          <w:tcPr>
            <w:tcW w:type="dxa" w:w="1646"/>
          </w:tcPr>
          <w:p>
            <w:pPr>
              <w:spacing w:after="0"/>
              <w:jc w:val="left"/>
            </w:pPr>
            <w:r>
              <w:rPr>
                <w:sz w:val="16"/>
              </w:rPr>
              <w:t>$5,000 property; crops not reported (zone total, 2006 dollars)</w:t>
            </w:r>
          </w:p>
        </w:tc>
        <w:tc>
          <w:tcPr>
            <w:tcW w:type="dxa" w:w="941"/>
          </w:tcPr>
          <w:p>
            <w:pPr>
              <w:spacing w:after="0"/>
              <w:jc w:val="right"/>
            </w:pPr>
            <w:r>
              <w:rPr>
                <w:sz w:val="16"/>
              </w:rPr>
              <w:t>0, 0</w:t>
            </w:r>
          </w:p>
        </w:tc>
        <w:tc>
          <w:tcPr>
            <w:tcW w:type="dxa" w:w="2618"/>
          </w:tcPr>
          <w:p>
            <w:pPr>
              <w:spacing w:after="0"/>
              <w:jc w:val="left"/>
            </w:pPr>
            <w:r>
              <w:rPr>
                <w:sz w:val="16"/>
              </w:rPr>
              <w:t>NWS zone PRZ002 (NORTHEAST), zone-level</w:t>
            </w:r>
          </w:p>
        </w:tc>
        <w:tc>
          <w:tcPr>
            <w:tcW w:type="dxa" w:w="2446"/>
          </w:tcPr>
          <w:p>
            <w:pPr>
              <w:spacing w:after="0"/>
              <w:jc w:val="left"/>
            </w:pPr>
          </w:p>
        </w:tc>
        <w:tc>
          <w:tcPr>
            <w:tcW w:type="dxa" w:w="2907"/>
          </w:tcPr>
          <w:p>
            <w:pPr>
              <w:spacing w:after="0"/>
              <w:jc w:val="left"/>
            </w:pPr>
            <w:r>
              <w:rPr>
                <w:sz w:val="16"/>
              </w:rPr>
              <w:t>B1-c worst recorded: Lightning</w:t>
            </w:r>
          </w:p>
        </w:tc>
      </w:tr>
      <w:tr>
        <w:trPr>
          <w:cantSplit/>
        </w:trPr>
        <w:tc>
          <w:tcPr>
            <w:tcW w:type="dxa" w:w="1037"/>
          </w:tcPr>
          <w:p>
            <w:pPr>
              <w:spacing w:after="0"/>
              <w:jc w:val="left"/>
            </w:pPr>
            <w:r>
              <w:rPr>
                <w:sz w:val="16"/>
              </w:rPr>
              <w:t>2005-09-16</w:t>
            </w:r>
          </w:p>
        </w:tc>
        <w:tc>
          <w:tcPr>
            <w:tcW w:type="dxa" w:w="1446"/>
          </w:tcPr>
          <w:p>
            <w:pPr>
              <w:spacing w:after="0"/>
              <w:jc w:val="left"/>
            </w:pPr>
            <w:r>
              <w:rPr>
                <w:sz w:val="16"/>
              </w:rPr>
              <w:t>Flash Flood</w:t>
            </w:r>
          </w:p>
        </w:tc>
        <w:tc>
          <w:tcPr>
            <w:tcW w:type="dxa" w:w="1072"/>
          </w:tcPr>
          <w:p>
            <w:pPr>
              <w:spacing w:after="0"/>
              <w:jc w:val="left"/>
            </w:pPr>
          </w:p>
        </w:tc>
        <w:tc>
          <w:tcPr>
            <w:tcW w:type="dxa" w:w="1646"/>
          </w:tcPr>
          <w:p>
            <w:pPr>
              <w:spacing w:after="0"/>
              <w:jc w:val="left"/>
            </w:pPr>
            <w:r>
              <w:rPr>
                <w:sz w:val="16"/>
              </w:rPr>
              <w:t>damage not reported</w:t>
            </w:r>
          </w:p>
        </w:tc>
        <w:tc>
          <w:tcPr>
            <w:tcW w:type="dxa" w:w="941"/>
          </w:tcPr>
          <w:p>
            <w:pPr>
              <w:spacing w:after="0"/>
              <w:jc w:val="right"/>
            </w:pPr>
            <w:r>
              <w:rPr>
                <w:sz w:val="16"/>
              </w:rPr>
              <w:t>1, 0</w:t>
            </w:r>
          </w:p>
        </w:tc>
        <w:tc>
          <w:tcPr>
            <w:tcW w:type="dxa" w:w="2618"/>
          </w:tcPr>
          <w:p>
            <w:pPr>
              <w:spacing w:after="0"/>
              <w:jc w:val="left"/>
            </w:pPr>
            <w:r>
              <w:rPr>
                <w:sz w:val="16"/>
              </w:rPr>
              <w:t>NWS zone PRZ002 (NORTHEAST), zone-level</w:t>
            </w:r>
          </w:p>
        </w:tc>
        <w:tc>
          <w:tcPr>
            <w:tcW w:type="dxa" w:w="2446"/>
          </w:tcPr>
          <w:p>
            <w:pPr>
              <w:spacing w:after="0"/>
              <w:jc w:val="left"/>
            </w:pPr>
          </w:p>
        </w:tc>
        <w:tc>
          <w:tcPr>
            <w:tcW w:type="dxa" w:w="2907"/>
          </w:tcPr>
          <w:p>
            <w:pPr>
              <w:spacing w:after="0"/>
              <w:jc w:val="left"/>
            </w:pPr>
            <w:r>
              <w:rPr>
                <w:sz w:val="16"/>
              </w:rPr>
              <w:t>deaths or injuries recorded</w:t>
            </w:r>
          </w:p>
        </w:tc>
      </w:tr>
      <w:tr>
        <w:trPr>
          <w:cantSplit/>
        </w:trPr>
        <w:tc>
          <w:tcPr>
            <w:tcW w:type="dxa" w:w="1037"/>
          </w:tcPr>
          <w:p>
            <w:pPr>
              <w:spacing w:after="0"/>
              <w:jc w:val="left"/>
            </w:pPr>
            <w:r>
              <w:rPr>
                <w:sz w:val="16"/>
              </w:rPr>
              <w:t>2005-05-09</w:t>
            </w:r>
          </w:p>
        </w:tc>
        <w:tc>
          <w:tcPr>
            <w:tcW w:type="dxa" w:w="1446"/>
          </w:tcPr>
          <w:p>
            <w:pPr>
              <w:spacing w:after="0"/>
              <w:jc w:val="left"/>
            </w:pPr>
            <w:r>
              <w:rPr>
                <w:sz w:val="16"/>
              </w:rPr>
              <w:t>Strong Wind</w:t>
            </w:r>
          </w:p>
        </w:tc>
        <w:tc>
          <w:tcPr>
            <w:tcW w:type="dxa" w:w="1072"/>
          </w:tcPr>
          <w:p>
            <w:pPr>
              <w:spacing w:after="0"/>
              <w:jc w:val="left"/>
            </w:pPr>
            <w:r>
              <w:rPr>
                <w:sz w:val="16"/>
              </w:rPr>
              <w:t>40 kt (46 mph) estimated gust</w:t>
            </w:r>
          </w:p>
        </w:tc>
        <w:tc>
          <w:tcPr>
            <w:tcW w:type="dxa" w:w="1646"/>
          </w:tcPr>
          <w:p>
            <w:pPr>
              <w:spacing w:after="0"/>
              <w:jc w:val="left"/>
            </w:pPr>
            <w:r>
              <w:rPr>
                <w:sz w:val="16"/>
              </w:rPr>
              <w:t>$100 property; crops not reported (zone total, 2005 dollars)</w:t>
            </w:r>
          </w:p>
        </w:tc>
        <w:tc>
          <w:tcPr>
            <w:tcW w:type="dxa" w:w="941"/>
          </w:tcPr>
          <w:p>
            <w:pPr>
              <w:spacing w:after="0"/>
              <w:jc w:val="right"/>
            </w:pPr>
            <w:r>
              <w:rPr>
                <w:sz w:val="16"/>
              </w:rPr>
              <w:t>0, 0</w:t>
            </w:r>
          </w:p>
        </w:tc>
        <w:tc>
          <w:tcPr>
            <w:tcW w:type="dxa" w:w="2618"/>
          </w:tcPr>
          <w:p>
            <w:pPr>
              <w:spacing w:after="0"/>
              <w:jc w:val="left"/>
            </w:pPr>
            <w:r>
              <w:rPr>
                <w:sz w:val="16"/>
              </w:rPr>
              <w:t>NWS zone PRZ002 (NORTHEAST), zone-level</w:t>
            </w:r>
          </w:p>
        </w:tc>
        <w:tc>
          <w:tcPr>
            <w:tcW w:type="dxa" w:w="2446"/>
          </w:tcPr>
          <w:p>
            <w:pPr>
              <w:spacing w:after="0"/>
              <w:jc w:val="left"/>
            </w:pPr>
          </w:p>
        </w:tc>
        <w:tc>
          <w:tcPr>
            <w:tcW w:type="dxa" w:w="2907"/>
          </w:tcPr>
          <w:p>
            <w:pPr>
              <w:spacing w:after="0"/>
              <w:jc w:val="left"/>
            </w:pPr>
            <w:r>
              <w:rPr>
                <w:sz w:val="16"/>
              </w:rPr>
              <w:t>B1-c worst recorded: High Wind and Strong Wind</w:t>
            </w:r>
          </w:p>
        </w:tc>
      </w:tr>
      <w:tr>
        <w:trPr>
          <w:cantSplit/>
        </w:trPr>
        <w:tc>
          <w:tcPr>
            <w:tcW w:type="dxa" w:w="1037"/>
          </w:tcPr>
          <w:p>
            <w:pPr>
              <w:spacing w:after="0"/>
              <w:jc w:val="left"/>
            </w:pPr>
            <w:r>
              <w:rPr>
                <w:sz w:val="16"/>
              </w:rPr>
              <w:t>2003-10-10</w:t>
            </w:r>
          </w:p>
        </w:tc>
        <w:tc>
          <w:tcPr>
            <w:tcW w:type="dxa" w:w="1446"/>
          </w:tcPr>
          <w:p>
            <w:pPr>
              <w:spacing w:after="0"/>
              <w:jc w:val="left"/>
            </w:pPr>
            <w:r>
              <w:rPr>
                <w:sz w:val="16"/>
              </w:rPr>
              <w:t>Strong Wind</w:t>
            </w:r>
          </w:p>
        </w:tc>
        <w:tc>
          <w:tcPr>
            <w:tcW w:type="dxa" w:w="1072"/>
          </w:tcPr>
          <w:p>
            <w:pPr>
              <w:spacing w:after="0"/>
              <w:jc w:val="left"/>
            </w:pPr>
            <w:r>
              <w:rPr>
                <w:sz w:val="16"/>
              </w:rPr>
              <w:t>40 kt (46 mph) estimated gust</w:t>
            </w:r>
          </w:p>
        </w:tc>
        <w:tc>
          <w:tcPr>
            <w:tcW w:type="dxa" w:w="1646"/>
          </w:tcPr>
          <w:p>
            <w:pPr>
              <w:spacing w:after="0"/>
              <w:jc w:val="left"/>
            </w:pPr>
            <w:r>
              <w:rPr>
                <w:sz w:val="16"/>
              </w:rPr>
              <w:t>$15,000 property; crops not reported (zone total, 2003 dollars)</w:t>
            </w:r>
          </w:p>
        </w:tc>
        <w:tc>
          <w:tcPr>
            <w:tcW w:type="dxa" w:w="941"/>
          </w:tcPr>
          <w:p>
            <w:pPr>
              <w:spacing w:after="0"/>
              <w:jc w:val="right"/>
            </w:pPr>
            <w:r>
              <w:rPr>
                <w:sz w:val="16"/>
              </w:rPr>
              <w:t>0, 0</w:t>
            </w:r>
          </w:p>
        </w:tc>
        <w:tc>
          <w:tcPr>
            <w:tcW w:type="dxa" w:w="2618"/>
          </w:tcPr>
          <w:p>
            <w:pPr>
              <w:spacing w:after="0"/>
              <w:jc w:val="left"/>
            </w:pPr>
            <w:r>
              <w:rPr>
                <w:sz w:val="16"/>
              </w:rPr>
              <w:t>NWS zone PRZ002 (NORTHEAST), zone-level</w:t>
            </w:r>
          </w:p>
        </w:tc>
        <w:tc>
          <w:tcPr>
            <w:tcW w:type="dxa" w:w="2446"/>
          </w:tcPr>
          <w:p>
            <w:pPr>
              <w:spacing w:after="0"/>
              <w:jc w:val="left"/>
            </w:pPr>
          </w:p>
        </w:tc>
        <w:tc>
          <w:tcPr>
            <w:tcW w:type="dxa" w:w="2907"/>
          </w:tcPr>
          <w:p>
            <w:pPr>
              <w:spacing w:after="0"/>
              <w:jc w:val="left"/>
            </w:pPr>
            <w:r>
              <w:rPr>
                <w:sz w:val="16"/>
              </w:rPr>
              <w:t>B1-c most damaging: High Wind and Strong Wind</w:t>
            </w:r>
          </w:p>
        </w:tc>
      </w:tr>
      <w:tr>
        <w:trPr>
          <w:cantSplit/>
        </w:trPr>
        <w:tc>
          <w:tcPr>
            <w:tcW w:type="dxa" w:w="1037"/>
          </w:tcPr>
          <w:p>
            <w:pPr>
              <w:spacing w:after="0"/>
              <w:jc w:val="left"/>
            </w:pPr>
            <w:r>
              <w:rPr>
                <w:sz w:val="16"/>
              </w:rPr>
              <w:t>2003-04-17</w:t>
            </w:r>
          </w:p>
        </w:tc>
        <w:tc>
          <w:tcPr>
            <w:tcW w:type="dxa" w:w="1446"/>
          </w:tcPr>
          <w:p>
            <w:pPr>
              <w:spacing w:after="0"/>
              <w:jc w:val="left"/>
            </w:pPr>
            <w:r>
              <w:rPr>
                <w:sz w:val="16"/>
              </w:rPr>
              <w:t>Flash Flood</w:t>
            </w:r>
          </w:p>
        </w:tc>
        <w:tc>
          <w:tcPr>
            <w:tcW w:type="dxa" w:w="1072"/>
          </w:tcPr>
          <w:p>
            <w:pPr>
              <w:spacing w:after="0"/>
              <w:jc w:val="left"/>
            </w:pPr>
          </w:p>
        </w:tc>
        <w:tc>
          <w:tcPr>
            <w:tcW w:type="dxa" w:w="1646"/>
          </w:tcPr>
          <w:p>
            <w:pPr>
              <w:spacing w:after="0"/>
              <w:jc w:val="left"/>
            </w:pPr>
            <w:r>
              <w:rPr>
                <w:sz w:val="16"/>
              </w:rPr>
              <w:t>$11,100,000 property; crops not reported (zone total, 2003 dollars)</w:t>
            </w:r>
          </w:p>
        </w:tc>
        <w:tc>
          <w:tcPr>
            <w:tcW w:type="dxa" w:w="941"/>
          </w:tcPr>
          <w:p>
            <w:pPr>
              <w:spacing w:after="0"/>
              <w:jc w:val="right"/>
            </w:pPr>
            <w:r>
              <w:rPr>
                <w:sz w:val="16"/>
              </w:rPr>
              <w:t>2, 0</w:t>
            </w:r>
          </w:p>
        </w:tc>
        <w:tc>
          <w:tcPr>
            <w:tcW w:type="dxa" w:w="2618"/>
          </w:tcPr>
          <w:p>
            <w:pPr>
              <w:spacing w:after="0"/>
              <w:jc w:val="left"/>
            </w:pPr>
            <w:r>
              <w:rPr>
                <w:sz w:val="16"/>
              </w:rPr>
              <w:t>NWS zone PRZ002 (NORTHEAST), zone-level</w:t>
            </w:r>
          </w:p>
        </w:tc>
        <w:tc>
          <w:tcPr>
            <w:tcW w:type="dxa" w:w="2446"/>
          </w:tcPr>
          <w:p>
            <w:pPr>
              <w:spacing w:after="0"/>
              <w:jc w:val="left"/>
            </w:pPr>
          </w:p>
        </w:tc>
        <w:tc>
          <w:tcPr>
            <w:tcW w:type="dxa" w:w="2907"/>
          </w:tcPr>
          <w:p>
            <w:pPr>
              <w:spacing w:after="0"/>
              <w:jc w:val="left"/>
            </w:pPr>
            <w:r>
              <w:rPr>
                <w:sz w:val="16"/>
              </w:rPr>
              <w:t>deaths or injuries recorded</w:t>
            </w:r>
          </w:p>
        </w:tc>
      </w:tr>
      <w:tr>
        <w:trPr>
          <w:cantSplit/>
        </w:trPr>
        <w:tc>
          <w:tcPr>
            <w:tcW w:type="dxa" w:w="1037"/>
          </w:tcPr>
          <w:p>
            <w:pPr>
              <w:spacing w:after="0"/>
              <w:jc w:val="left"/>
            </w:pPr>
            <w:r>
              <w:rPr>
                <w:sz w:val="16"/>
              </w:rPr>
              <w:t>2001-08-22</w:t>
            </w:r>
          </w:p>
        </w:tc>
        <w:tc>
          <w:tcPr>
            <w:tcW w:type="dxa" w:w="1446"/>
          </w:tcPr>
          <w:p>
            <w:pPr>
              <w:spacing w:after="0"/>
              <w:jc w:val="left"/>
            </w:pPr>
            <w:r>
              <w:rPr>
                <w:sz w:val="16"/>
              </w:rPr>
              <w:t>Tropical Storm</w:t>
            </w:r>
          </w:p>
        </w:tc>
        <w:tc>
          <w:tcPr>
            <w:tcW w:type="dxa" w:w="1072"/>
          </w:tcPr>
          <w:p>
            <w:pPr>
              <w:spacing w:after="0"/>
              <w:jc w:val="left"/>
            </w:pPr>
          </w:p>
        </w:tc>
        <w:tc>
          <w:tcPr>
            <w:tcW w:type="dxa" w:w="1646"/>
          </w:tcPr>
          <w:p>
            <w:pPr>
              <w:spacing w:after="0"/>
              <w:jc w:val="left"/>
            </w:pPr>
            <w:r>
              <w:rPr>
                <w:sz w:val="16"/>
              </w:rPr>
              <w:t>$200,000 property; crops not reported (zone total, 2001 dollars)</w:t>
            </w:r>
          </w:p>
        </w:tc>
        <w:tc>
          <w:tcPr>
            <w:tcW w:type="dxa" w:w="941"/>
          </w:tcPr>
          <w:p>
            <w:pPr>
              <w:spacing w:after="0"/>
              <w:jc w:val="right"/>
            </w:pPr>
            <w:r>
              <w:rPr>
                <w:sz w:val="16"/>
              </w:rPr>
              <w:t>0, 0</w:t>
            </w:r>
          </w:p>
        </w:tc>
        <w:tc>
          <w:tcPr>
            <w:tcW w:type="dxa" w:w="2618"/>
          </w:tcPr>
          <w:p>
            <w:pPr>
              <w:spacing w:after="0"/>
              <w:jc w:val="left"/>
            </w:pPr>
            <w:r>
              <w:rPr>
                <w:sz w:val="16"/>
              </w:rPr>
              <w:t>NWS zone PRZ002 (NORTHEAST), zone-level</w:t>
            </w:r>
          </w:p>
        </w:tc>
        <w:tc>
          <w:tcPr>
            <w:tcW w:type="dxa" w:w="2446"/>
          </w:tcPr>
          <w:p>
            <w:pPr>
              <w:spacing w:after="0"/>
              <w:jc w:val="left"/>
            </w:pPr>
          </w:p>
        </w:tc>
        <w:tc>
          <w:tcPr>
            <w:tcW w:type="dxa" w:w="2907"/>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2000-08-22</w:t>
            </w:r>
          </w:p>
        </w:tc>
        <w:tc>
          <w:tcPr>
            <w:tcW w:type="dxa" w:w="1446"/>
          </w:tcPr>
          <w:p>
            <w:pPr>
              <w:spacing w:after="0"/>
              <w:jc w:val="left"/>
            </w:pPr>
            <w:r>
              <w:rPr>
                <w:sz w:val="16"/>
              </w:rPr>
              <w:t>Hurricane (NOAA event type 'Hurricane (Typhoon)')</w:t>
            </w:r>
          </w:p>
        </w:tc>
        <w:tc>
          <w:tcPr>
            <w:tcW w:type="dxa" w:w="1072"/>
          </w:tcPr>
          <w:p>
            <w:pPr>
              <w:spacing w:after="0"/>
              <w:jc w:val="left"/>
            </w:pPr>
          </w:p>
        </w:tc>
        <w:tc>
          <w:tcPr>
            <w:tcW w:type="dxa" w:w="1646"/>
          </w:tcPr>
          <w:p>
            <w:pPr>
              <w:spacing w:after="0"/>
              <w:jc w:val="left"/>
            </w:pPr>
            <w:r>
              <w:rPr>
                <w:sz w:val="16"/>
              </w:rPr>
              <w:t>$41,000 property; crops not reported (zone total, 2000 dollars)</w:t>
            </w:r>
          </w:p>
        </w:tc>
        <w:tc>
          <w:tcPr>
            <w:tcW w:type="dxa" w:w="941"/>
          </w:tcPr>
          <w:p>
            <w:pPr>
              <w:spacing w:after="0"/>
              <w:jc w:val="right"/>
            </w:pPr>
            <w:r>
              <w:rPr>
                <w:sz w:val="16"/>
              </w:rPr>
              <w:t>0, 0</w:t>
            </w:r>
          </w:p>
        </w:tc>
        <w:tc>
          <w:tcPr>
            <w:tcW w:type="dxa" w:w="2618"/>
          </w:tcPr>
          <w:p>
            <w:pPr>
              <w:spacing w:after="0"/>
              <w:jc w:val="left"/>
            </w:pPr>
            <w:r>
              <w:rPr>
                <w:sz w:val="16"/>
              </w:rPr>
              <w:t>NWS zone PRZ002 (NORTHEAST), zone-level</w:t>
            </w:r>
          </w:p>
        </w:tc>
        <w:tc>
          <w:tcPr>
            <w:tcW w:type="dxa" w:w="2446"/>
          </w:tcPr>
          <w:p>
            <w:pPr>
              <w:spacing w:after="0"/>
              <w:jc w:val="left"/>
            </w:pPr>
          </w:p>
        </w:tc>
        <w:tc>
          <w:tcPr>
            <w:tcW w:type="dxa" w:w="2907"/>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0.212</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2031"/>
          </w:tcPr>
          <w:p>
            <w:pPr>
              <w:spacing w:after="0"/>
              <w:jc w:val="left"/>
            </w:pPr>
            <w:r>
              <w:rPr>
                <w:sz w:val="16"/>
              </w:rPr>
              <w:t>Storm Events records in 10 of 30 years, 1996 to 2025 (33.3%)</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1.17</w:t>
            </w:r>
          </w:p>
        </w:tc>
        <w:tc>
          <w:tcPr>
            <w:tcW w:type="dxa" w:w="1478"/>
          </w:tcPr>
          <w:p>
            <w:pPr>
              <w:spacing w:after="0"/>
              <w:jc w:val="left"/>
            </w:pPr>
            <w:r>
              <w:rPr>
                <w:sz w:val="16"/>
              </w:rPr>
              <w:t>event-days per year</w:t>
            </w:r>
          </w:p>
        </w:tc>
        <w:tc>
          <w:tcPr>
            <w:tcW w:type="dxa" w:w="1597"/>
          </w:tcPr>
          <w:p>
            <w:pPr>
              <w:spacing w:after="0"/>
              <w:jc w:val="left"/>
            </w:pPr>
            <w:r>
              <w:rPr>
                <w:sz w:val="16"/>
              </w:rPr>
              <w:t>about 1.17 days per year</w:t>
            </w:r>
          </w:p>
        </w:tc>
        <w:tc>
          <w:tcPr>
            <w:tcW w:type="dxa" w:w="1037"/>
          </w:tcPr>
          <w:p>
            <w:pPr>
              <w:spacing w:after="0"/>
              <w:jc w:val="left"/>
            </w:pPr>
            <w:r>
              <w:rPr>
                <w:sz w:val="16"/>
              </w:rPr>
              <w:t>Possible</w:t>
            </w:r>
          </w:p>
        </w:tc>
        <w:tc>
          <w:tcPr>
            <w:tcW w:type="dxa" w:w="2031"/>
          </w:tcPr>
          <w:p>
            <w:pPr>
              <w:spacing w:after="0"/>
              <w:jc w:val="left"/>
            </w:pPr>
            <w:r>
              <w:rPr>
                <w:sz w:val="16"/>
              </w:rPr>
              <w:t>Storm Events event-days in 1 of 30 years, 1996 to 2025 (3.33%)</w:t>
            </w:r>
          </w:p>
        </w:tc>
        <w:tc>
          <w:tcPr>
            <w:tcW w:type="dxa" w:w="1532"/>
          </w:tcPr>
          <w:p>
            <w:pPr>
              <w:spacing w:after="0"/>
              <w:jc w:val="right"/>
            </w:pPr>
            <w:r>
              <w:rPr>
                <w:sz w:val="16"/>
              </w:rPr>
              <w:t>42</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Earthquake</w:t>
            </w:r>
          </w:p>
        </w:tc>
        <w:tc>
          <w:tcPr>
            <w:tcW w:type="dxa" w:w="1260"/>
          </w:tcPr>
          <w:p>
            <w:pPr>
              <w:spacing w:after="0"/>
              <w:jc w:val="right"/>
            </w:pPr>
            <w:r>
              <w:rPr>
                <w:sz w:val="16"/>
              </w:rPr>
              <w:t>0.0454</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4.54%</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0.0266</w:t>
            </w:r>
          </w:p>
        </w:tc>
        <w:tc>
          <w:tcPr>
            <w:tcW w:type="dxa" w:w="1478"/>
          </w:tcPr>
          <w:p>
            <w:pPr>
              <w:spacing w:after="0"/>
              <w:jc w:val="left"/>
            </w:pPr>
            <w:r>
              <w:rPr>
                <w:sz w:val="16"/>
              </w:rPr>
              <w:t>events per year</w:t>
            </w:r>
          </w:p>
        </w:tc>
        <w:tc>
          <w:tcPr>
            <w:tcW w:type="dxa" w:w="1597"/>
          </w:tcPr>
          <w:p>
            <w:pPr>
              <w:spacing w:after="0"/>
              <w:jc w:val="left"/>
            </w:pPr>
            <w:r>
              <w:rPr>
                <w:sz w:val="16"/>
              </w:rPr>
              <w:t>about 1 in 38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1.1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NRI models no heat wave event-days here (2005-11-12 to 2024-11-12, 19 years); Storm Events has a record in 2 of 30 years. The descriptor comes from Storm Events, which records events NRI's definition leaves out.</w:t>
            </w:r>
          </w:p>
        </w:tc>
      </w:tr>
      <w:tr>
        <w:trPr>
          <w:cantSplit/>
        </w:trPr>
        <w:tc>
          <w:tcPr>
            <w:tcW w:type="dxa" w:w="1057"/>
          </w:tcPr>
          <w:p>
            <w:pPr>
              <w:spacing w:after="0"/>
              <w:jc w:val="left"/>
            </w:pPr>
            <w:r>
              <w:rPr>
                <w:sz w:val="16"/>
              </w:rPr>
              <w:t>Hurricane</w:t>
            </w:r>
          </w:p>
        </w:tc>
        <w:tc>
          <w:tcPr>
            <w:tcW w:type="dxa" w:w="1260"/>
          </w:tcPr>
          <w:p>
            <w:pPr>
              <w:spacing w:after="0"/>
              <w:jc w:val="right"/>
            </w:pPr>
            <w:r>
              <w:rPr>
                <w:sz w:val="16"/>
              </w:rPr>
              <w:t>0.224</w:t>
            </w:r>
          </w:p>
        </w:tc>
        <w:tc>
          <w:tcPr>
            <w:tcW w:type="dxa" w:w="1478"/>
          </w:tcPr>
          <w:p>
            <w:pPr>
              <w:spacing w:after="0"/>
              <w:jc w:val="left"/>
            </w:pPr>
            <w:r>
              <w:rPr>
                <w:sz w:val="16"/>
              </w:rPr>
              <w:t>events per year</w:t>
            </w:r>
          </w:p>
        </w:tc>
        <w:tc>
          <w:tcPr>
            <w:tcW w:type="dxa" w:w="1597"/>
          </w:tcPr>
          <w:p>
            <w:pPr>
              <w:spacing w:after="0"/>
              <w:jc w:val="left"/>
            </w:pPr>
            <w:r>
              <w:rPr>
                <w:sz w:val="16"/>
              </w:rPr>
              <w:t>about 1 in 4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54</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0.536</w:t>
            </w:r>
          </w:p>
        </w:tc>
        <w:tc>
          <w:tcPr>
            <w:tcW w:type="dxa" w:w="1478"/>
          </w:tcPr>
          <w:p>
            <w:pPr>
              <w:spacing w:after="0"/>
              <w:jc w:val="left"/>
            </w:pPr>
            <w:r>
              <w:rPr>
                <w:sz w:val="16"/>
              </w:rPr>
              <w:t>event-days per year</w:t>
            </w:r>
          </w:p>
        </w:tc>
        <w:tc>
          <w:tcPr>
            <w:tcW w:type="dxa" w:w="1597"/>
          </w:tcPr>
          <w:p>
            <w:pPr>
              <w:spacing w:after="0"/>
              <w:jc w:val="left"/>
            </w:pPr>
            <w:r>
              <w:rPr>
                <w:sz w:val="16"/>
              </w:rPr>
              <w:t>about 0.536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20 of 30 years, 1996 to 2025 (66.7%)</w:t>
            </w:r>
          </w:p>
        </w:tc>
        <w:tc>
          <w:tcPr>
            <w:tcW w:type="dxa" w:w="1532"/>
          </w:tcPr>
          <w:p>
            <w:pPr>
              <w:spacing w:after="0"/>
              <w:jc w:val="right"/>
            </w:pPr>
            <w:r>
              <w:rPr>
                <w:sz w:val="16"/>
              </w:rPr>
              <w:t>15</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0.345</w:t>
            </w:r>
          </w:p>
        </w:tc>
        <w:tc>
          <w:tcPr>
            <w:tcW w:type="dxa" w:w="1478"/>
          </w:tcPr>
          <w:p>
            <w:pPr>
              <w:spacing w:after="0"/>
              <w:jc w:val="left"/>
            </w:pPr>
            <w:r>
              <w:rPr>
                <w:sz w:val="16"/>
              </w:rPr>
              <w:t>events per year (modeled)</w:t>
            </w:r>
          </w:p>
        </w:tc>
        <w:tc>
          <w:tcPr>
            <w:tcW w:type="dxa" w:w="1597"/>
          </w:tcPr>
          <w:p>
            <w:pPr>
              <w:spacing w:after="0"/>
              <w:jc w:val="left"/>
            </w:pPr>
            <w:r>
              <w:rPr>
                <w:sz w:val="16"/>
              </w:rPr>
              <w:t>about 1 in 3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65.4</w:t>
            </w:r>
          </w:p>
        </w:tc>
        <w:tc>
          <w:tcPr>
            <w:tcW w:type="dxa" w:w="1478"/>
          </w:tcPr>
          <w:p>
            <w:pPr>
              <w:spacing w:after="0"/>
              <w:jc w:val="left"/>
            </w:pPr>
            <w:r>
              <w:rPr>
                <w:sz w:val="16"/>
              </w:rPr>
              <w:t>days per year with a strike</w:t>
            </w:r>
          </w:p>
        </w:tc>
        <w:tc>
          <w:tcPr>
            <w:tcW w:type="dxa" w:w="1597"/>
          </w:tcPr>
          <w:p>
            <w:pPr>
              <w:spacing w:after="0"/>
              <w:jc w:val="left"/>
            </w:pPr>
            <w:r>
              <w:rPr>
                <w:sz w:val="16"/>
              </w:rPr>
              <w:t>about 65.4 days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0.00498</w:t>
            </w:r>
          </w:p>
        </w:tc>
        <w:tc>
          <w:tcPr>
            <w:tcW w:type="dxa" w:w="1478"/>
          </w:tcPr>
          <w:p>
            <w:pPr>
              <w:spacing w:after="0"/>
              <w:jc w:val="left"/>
            </w:pPr>
            <w:r>
              <w:rPr>
                <w:sz w:val="16"/>
              </w:rPr>
              <w:t>events per year</w:t>
            </w:r>
          </w:p>
        </w:tc>
        <w:tc>
          <w:tcPr>
            <w:tcW w:type="dxa" w:w="1597"/>
          </w:tcPr>
          <w:p>
            <w:pPr>
              <w:spacing w:after="0"/>
              <w:jc w:val="left"/>
            </w:pPr>
            <w:r>
              <w:rPr>
                <w:sz w:val="16"/>
              </w:rPr>
              <w:t>about 1 in 201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1</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0.000818</w:t>
            </w:r>
          </w:p>
        </w:tc>
        <w:tc>
          <w:tcPr>
            <w:tcW w:type="dxa" w:w="1478"/>
          </w:tcPr>
          <w:p>
            <w:pPr>
              <w:spacing w:after="0"/>
              <w:jc w:val="left"/>
            </w:pPr>
            <w:r>
              <w:rPr>
                <w:sz w:val="16"/>
              </w:rPr>
              <w:t>events per year</w:t>
            </w:r>
          </w:p>
        </w:tc>
        <w:tc>
          <w:tcPr>
            <w:tcW w:type="dxa" w:w="1597"/>
          </w:tcPr>
          <w:p>
            <w:pPr>
              <w:spacing w:after="0"/>
              <w:jc w:val="left"/>
            </w:pPr>
            <w:r>
              <w:rPr>
                <w:sz w:val="16"/>
              </w:rPr>
              <w:t>about 1 in 1,223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5.57%</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r>
              <w:rPr>
                <w:sz w:val="16"/>
              </w:rPr>
              <w:t>0.0101</w:t>
            </w:r>
          </w:p>
        </w:tc>
        <w:tc>
          <w:tcPr>
            <w:tcW w:type="dxa" w:w="1478"/>
          </w:tcPr>
          <w:p>
            <w:pPr>
              <w:spacing w:after="0"/>
              <w:jc w:val="left"/>
            </w:pPr>
            <w:r>
              <w:rPr>
                <w:sz w:val="16"/>
              </w:rPr>
              <w:t>annual probability</w:t>
            </w:r>
          </w:p>
        </w:tc>
        <w:tc>
          <w:tcPr>
            <w:tcW w:type="dxa" w:w="1597"/>
          </w:tcPr>
          <w:p>
            <w:pPr>
              <w:spacing w:after="0"/>
              <w:jc w:val="left"/>
            </w:pPr>
            <w:r>
              <w:rPr>
                <w:sz w:val="16"/>
              </w:rPr>
              <w:t>about 1 in 99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r>
              <w:rPr>
                <w:sz w:val="16"/>
              </w:rPr>
              <w:t>Possible</w:t>
            </w:r>
          </w:p>
        </w:tc>
        <w:tc>
          <w:tcPr>
            <w:tcW w:type="dxa" w:w="2031"/>
          </w:tcPr>
          <w:p>
            <w:pPr>
              <w:spacing w:after="0"/>
              <w:jc w:val="left"/>
            </w:pPr>
            <w:r>
              <w:rPr>
                <w:sz w:val="16"/>
              </w:rPr>
              <w:t>Storm Events records in 1 of 30 years, 1996 to 2025 (3.33%)</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Hail</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2, Insufficient Data 3</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9"/>
        <w:gridCol w:w="680"/>
        <w:gridCol w:w="1905"/>
        <w:gridCol w:w="2002"/>
        <w:gridCol w:w="2089"/>
        <w:gridCol w:w="2190"/>
        <w:gridCol w:w="3558"/>
      </w:tblGrid>
      <w:tr>
        <w:trPr>
          <w:cantSplit/>
          <w:tblHeader/>
        </w:trPr>
        <w:tc>
          <w:tcPr>
            <w:tcW w:type="dxa" w:w="168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Plan status</w:t>
            </w:r>
          </w:p>
        </w:tc>
        <w:tc>
          <w:tcPr>
            <w:tcW w:type="dxa" w:w="20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58"/>
            <w:shd w:val="clear" w:color="auto" w:fill="E8E8E8"/>
          </w:tcPr>
          <w:p>
            <w:pPr>
              <w:spacing w:after="0"/>
              <w:jc w:val="left"/>
            </w:pPr>
            <w:r>
              <w:rPr>
                <w:b/>
                <w:sz w:val="16"/>
              </w:rPr>
              <w:t>Notes</w:t>
            </w:r>
          </w:p>
        </w:tc>
      </w:tr>
      <w:tr>
        <w:trPr>
          <w:cantSplit/>
        </w:trPr>
        <w:tc>
          <w:tcPr>
            <w:tcW w:type="dxa" w:w="1689"/>
          </w:tcPr>
          <w:p>
            <w:pPr>
              <w:spacing w:after="0"/>
              <w:jc w:val="left"/>
            </w:pPr>
            <w:r>
              <w:rPr>
                <w:sz w:val="16"/>
              </w:rPr>
              <w:t>Luquillo Municipio</w:t>
            </w:r>
          </w:p>
        </w:tc>
        <w:tc>
          <w:tcPr>
            <w:tcW w:type="dxa" w:w="680"/>
          </w:tcPr>
          <w:p>
            <w:pPr>
              <w:spacing w:after="0"/>
              <w:jc w:val="left"/>
            </w:pPr>
            <w:r>
              <w:rPr>
                <w:sz w:val="16"/>
              </w:rPr>
              <w:t>County</w:t>
            </w:r>
          </w:p>
        </w:tc>
        <w:tc>
          <w:tcPr>
            <w:tcW w:type="dxa" w:w="1905"/>
          </w:tcPr>
          <w:p>
            <w:pPr>
              <w:spacing w:after="0"/>
              <w:jc w:val="left"/>
            </w:pPr>
            <w:r>
              <w:rPr>
                <w:sz w:val="16"/>
              </w:rPr>
              <w:t>Expired on 2026-06-30</w:t>
            </w:r>
          </w:p>
        </w:tc>
        <w:tc>
          <w:tcPr>
            <w:tcW w:type="dxa" w:w="2002"/>
          </w:tcPr>
          <w:p>
            <w:pPr>
              <w:spacing w:after="0"/>
              <w:jc w:val="right"/>
            </w:pPr>
            <w:r>
              <w:rPr>
                <w:sz w:val="16"/>
              </w:rPr>
              <w:t>FMA RL 0, SRL 0; any 0</w:t>
            </w:r>
          </w:p>
        </w:tc>
        <w:tc>
          <w:tcPr>
            <w:tcW w:type="dxa" w:w="2089"/>
          </w:tcPr>
          <w:p>
            <w:pPr>
              <w:spacing w:after="0"/>
              <w:jc w:val="right"/>
            </w:pPr>
            <w:r>
              <w:rPr>
                <w:sz w:val="16"/>
              </w:rPr>
              <w:t>$32,132,187.94</w:t>
            </w:r>
          </w:p>
        </w:tc>
        <w:tc>
          <w:tcPr>
            <w:tcW w:type="dxa" w:w="2190"/>
          </w:tcPr>
          <w:p>
            <w:pPr>
              <w:spacing w:after="0"/>
              <w:jc w:val="right"/>
            </w:pPr>
            <w:r>
              <w:rPr>
                <w:sz w:val="16"/>
              </w:rPr>
              <w:t>0 total; 0 since its plan</w:t>
            </w:r>
          </w:p>
        </w:tc>
        <w:tc>
          <w:tcPr>
            <w:tcW w:type="dxa" w:w="3558"/>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0"/>
        <w:gridCol w:w="1394"/>
        <w:gridCol w:w="1129"/>
        <w:gridCol w:w="1039"/>
        <w:gridCol w:w="1037"/>
        <w:gridCol w:w="1126"/>
        <w:gridCol w:w="1075"/>
        <w:gridCol w:w="1035"/>
        <w:gridCol w:w="1144"/>
        <w:gridCol w:w="1059"/>
        <w:gridCol w:w="1317"/>
        <w:gridCol w:w="1716"/>
      </w:tblGrid>
      <w:tr>
        <w:trPr>
          <w:cantSplit/>
          <w:tblHeader/>
        </w:trPr>
        <w:tc>
          <w:tcPr>
            <w:tcW w:type="dxa" w:w="1040"/>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2021-07-01</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6"/>
            <w:shd w:val="clear" w:color="auto" w:fill="E8E8E8"/>
          </w:tcPr>
          <w:p>
            <w:pPr>
              <w:spacing w:after="0"/>
              <w:jc w:val="left"/>
            </w:pPr>
            <w:r>
              <w:rPr>
                <w:b/>
                <w:sz w:val="16"/>
              </w:rPr>
              <w:t>Note</w:t>
            </w:r>
          </w:p>
        </w:tc>
      </w:tr>
      <w:tr>
        <w:trPr>
          <w:cantSplit/>
        </w:trPr>
        <w:tc>
          <w:tcPr>
            <w:tcW w:type="dxa" w:w="1040"/>
          </w:tcPr>
          <w:p>
            <w:pPr>
              <w:spacing w:after="0"/>
              <w:jc w:val="left"/>
            </w:pPr>
            <w:r>
              <w:rPr>
                <w:sz w:val="16"/>
              </w:rPr>
              <w:t>Coastal Flooding</w:t>
            </w:r>
          </w:p>
        </w:tc>
        <w:tc>
          <w:tcPr>
            <w:tcW w:type="dxa" w:w="1394"/>
          </w:tcPr>
          <w:p>
            <w:pPr>
              <w:spacing w:after="0"/>
              <w:jc w:val="right"/>
            </w:pPr>
            <w:r>
              <w:rPr>
                <w:sz w:val="16"/>
              </w:rPr>
              <w:t>$472,242,689</w:t>
            </w:r>
          </w:p>
        </w:tc>
        <w:tc>
          <w:tcPr>
            <w:tcW w:type="dxa" w:w="1129"/>
          </w:tcPr>
          <w:p>
            <w:pPr>
              <w:spacing w:after="0"/>
              <w:jc w:val="right"/>
            </w:pPr>
            <w:r>
              <w:rPr>
                <w:sz w:val="16"/>
              </w:rPr>
              <w:t>n/a</w:t>
            </w:r>
          </w:p>
        </w:tc>
        <w:tc>
          <w:tcPr>
            <w:tcW w:type="dxa" w:w="1039"/>
          </w:tcPr>
          <w:p>
            <w:pPr>
              <w:spacing w:after="0"/>
              <w:jc w:val="right"/>
            </w:pPr>
            <w:r>
              <w:rPr>
                <w:sz w:val="16"/>
              </w:rPr>
              <w:t>2,090</w:t>
            </w:r>
          </w:p>
        </w:tc>
        <w:tc>
          <w:tcPr>
            <w:tcW w:type="dxa" w:w="1037"/>
          </w:tcPr>
          <w:p>
            <w:pPr>
              <w:spacing w:after="0"/>
              <w:jc w:val="right"/>
            </w:pPr>
            <w:r>
              <w:rPr>
                <w:sz w:val="16"/>
              </w:rPr>
              <w:t>$13,975</w:t>
            </w:r>
          </w:p>
        </w:tc>
        <w:tc>
          <w:tcPr>
            <w:tcW w:type="dxa" w:w="1126"/>
          </w:tcPr>
          <w:p>
            <w:pPr>
              <w:spacing w:after="0"/>
              <w:jc w:val="right"/>
            </w:pPr>
            <w:r>
              <w:rPr>
                <w:sz w:val="16"/>
              </w:rPr>
              <w:t>n/a</w:t>
            </w:r>
          </w:p>
        </w:tc>
        <w:tc>
          <w:tcPr>
            <w:tcW w:type="dxa" w:w="1075"/>
          </w:tcPr>
          <w:p>
            <w:pPr>
              <w:spacing w:after="0"/>
              <w:jc w:val="right"/>
            </w:pPr>
            <w:r>
              <w:rPr>
                <w:sz w:val="16"/>
              </w:rPr>
              <w:t>$4,158</w:t>
            </w:r>
          </w:p>
        </w:tc>
        <w:tc>
          <w:tcPr>
            <w:tcW w:type="dxa" w:w="1035"/>
          </w:tcPr>
          <w:p>
            <w:pPr>
              <w:spacing w:after="0"/>
              <w:jc w:val="right"/>
            </w:pPr>
            <w:r>
              <w:rPr>
                <w:sz w:val="16"/>
              </w:rPr>
              <w:t>0.00296%</w:t>
            </w:r>
          </w:p>
        </w:tc>
        <w:tc>
          <w:tcPr>
            <w:tcW w:type="dxa" w:w="1144"/>
          </w:tcPr>
          <w:p>
            <w:pPr>
              <w:spacing w:after="0"/>
              <w:jc w:val="right"/>
            </w:pPr>
          </w:p>
        </w:tc>
        <w:tc>
          <w:tcPr>
            <w:tcW w:type="dxa" w:w="1059"/>
          </w:tcPr>
          <w:p>
            <w:pPr>
              <w:spacing w:after="0"/>
              <w:jc w:val="right"/>
            </w:pPr>
            <w:r>
              <w:rPr>
                <w:sz w:val="16"/>
              </w:rPr>
              <w:t>$103,100</w:t>
            </w: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Cold Wave</w:t>
            </w:r>
          </w:p>
        </w:tc>
        <w:tc>
          <w:tcPr>
            <w:tcW w:type="dxa" w:w="1394"/>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75"/>
          </w:tcPr>
          <w:p>
            <w:pPr>
              <w:spacing w:after="0"/>
              <w:jc w:val="right"/>
            </w:pPr>
            <w:r>
              <w:rPr>
                <w:sz w:val="16"/>
              </w:rPr>
              <w:t>$0</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r>
              <w:rPr>
                <w:sz w:val="16"/>
              </w:rPr>
              <w:t>building exposure is 0 in NRI</w:t>
            </w:r>
          </w:p>
        </w:tc>
      </w:tr>
      <w:tr>
        <w:trPr>
          <w:cantSplit/>
        </w:trPr>
        <w:tc>
          <w:tcPr>
            <w:tcW w:type="dxa" w:w="1040"/>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$0</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75"/>
          </w:tcPr>
          <w:p>
            <w:pPr>
              <w:spacing w:after="0"/>
              <w:jc w:val="right"/>
            </w:pPr>
            <w:r>
              <w:rPr>
                <w:sz w:val="16"/>
              </w:rPr>
              <w:t>n/a</w:t>
            </w:r>
          </w:p>
        </w:tc>
        <w:tc>
          <w:tcPr>
            <w:tcW w:type="dxa" w:w="1035"/>
          </w:tcPr>
          <w:p>
            <w:pPr>
              <w:spacing w:after="0"/>
              <w:jc w:val="right"/>
            </w:pPr>
          </w:p>
        </w:tc>
        <w:tc>
          <w:tcPr>
            <w:tcW w:type="dxa" w:w="1144"/>
          </w:tcPr>
          <w:p>
            <w:pPr>
              <w:spacing w:after="0"/>
              <w:jc w:val="right"/>
            </w:pPr>
          </w:p>
        </w:tc>
        <w:tc>
          <w:tcPr>
            <w:tcW w:type="dxa" w:w="1059"/>
          </w:tcPr>
          <w:p>
            <w:pPr>
              <w:spacing w:after="0"/>
              <w:jc w:val="right"/>
            </w:pPr>
            <w:r>
              <w:rPr>
                <w:sz w:val="16"/>
              </w:rPr>
              <w:t>$0</w:t>
            </w:r>
          </w:p>
        </w:tc>
        <w:tc>
          <w:tcPr>
            <w:tcW w:type="dxa" w:w="1317"/>
          </w:tcPr>
          <w:p>
            <w:pPr>
              <w:spacing w:after="0"/>
              <w:jc w:val="right"/>
            </w:pPr>
          </w:p>
        </w:tc>
        <w:tc>
          <w:tcPr>
            <w:tcW w:type="dxa" w:w="1716"/>
          </w:tcPr>
          <w:p>
            <w:pPr>
              <w:spacing w:after="0"/>
              <w:jc w:val="left"/>
            </w:pPr>
            <w:r>
              <w:rPr>
                <w:sz w:val="16"/>
              </w:rPr>
              <w:t>agriculture exposure is 0 in NRI</w:t>
            </w:r>
          </w:p>
        </w:tc>
      </w:tr>
      <w:tr>
        <w:trPr>
          <w:cantSplit/>
        </w:trPr>
        <w:tc>
          <w:tcPr>
            <w:tcW w:type="dxa" w:w="1040"/>
          </w:tcPr>
          <w:p>
            <w:pPr>
              <w:spacing w:after="0"/>
              <w:jc w:val="left"/>
            </w:pPr>
            <w:r>
              <w:rPr>
                <w:sz w:val="16"/>
              </w:rPr>
              <w:t>Earthquake</w:t>
            </w:r>
          </w:p>
        </w:tc>
        <w:tc>
          <w:tcPr>
            <w:tcW w:type="dxa" w:w="1394"/>
          </w:tcPr>
          <w:p>
            <w:pPr>
              <w:spacing w:after="0"/>
              <w:jc w:val="right"/>
            </w:pPr>
            <w:r>
              <w:rPr>
                <w:sz w:val="16"/>
              </w:rPr>
              <w:t>$4,255,429,643</w:t>
            </w:r>
          </w:p>
        </w:tc>
        <w:tc>
          <w:tcPr>
            <w:tcW w:type="dxa" w:w="1129"/>
          </w:tcPr>
          <w:p>
            <w:pPr>
              <w:spacing w:after="0"/>
              <w:jc w:val="right"/>
            </w:pPr>
            <w:r>
              <w:rPr>
                <w:sz w:val="16"/>
              </w:rPr>
              <w:t>n/a</w:t>
            </w:r>
          </w:p>
        </w:tc>
        <w:tc>
          <w:tcPr>
            <w:tcW w:type="dxa" w:w="1039"/>
          </w:tcPr>
          <w:p>
            <w:pPr>
              <w:spacing w:after="0"/>
              <w:jc w:val="right"/>
            </w:pPr>
            <w:r>
              <w:rPr>
                <w:sz w:val="16"/>
              </w:rPr>
              <w:t>17,781</w:t>
            </w:r>
          </w:p>
        </w:tc>
        <w:tc>
          <w:tcPr>
            <w:tcW w:type="dxa" w:w="1037"/>
          </w:tcPr>
          <w:p>
            <w:pPr>
              <w:spacing w:after="0"/>
              <w:jc w:val="right"/>
            </w:pPr>
            <w:r>
              <w:rPr>
                <w:sz w:val="16"/>
              </w:rPr>
              <w:t>$2,019,792</w:t>
            </w:r>
          </w:p>
        </w:tc>
        <w:tc>
          <w:tcPr>
            <w:tcW w:type="dxa" w:w="1126"/>
          </w:tcPr>
          <w:p>
            <w:pPr>
              <w:spacing w:after="0"/>
              <w:jc w:val="right"/>
            </w:pPr>
            <w:r>
              <w:rPr>
                <w:sz w:val="16"/>
              </w:rPr>
              <w:t>n/a</w:t>
            </w:r>
          </w:p>
        </w:tc>
        <w:tc>
          <w:tcPr>
            <w:tcW w:type="dxa" w:w="1075"/>
          </w:tcPr>
          <w:p>
            <w:pPr>
              <w:spacing w:after="0"/>
              <w:jc w:val="right"/>
            </w:pPr>
            <w:r>
              <w:rPr>
                <w:sz w:val="16"/>
              </w:rPr>
              <w:t>$1,976,389</w:t>
            </w:r>
          </w:p>
        </w:tc>
        <w:tc>
          <w:tcPr>
            <w:tcW w:type="dxa" w:w="1035"/>
          </w:tcPr>
          <w:p>
            <w:pPr>
              <w:spacing w:after="0"/>
              <w:jc w:val="right"/>
            </w:pPr>
            <w:r>
              <w:rPr>
                <w:sz w:val="16"/>
              </w:rPr>
              <w:t>0.0475%</w:t>
            </w: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Hail</w:t>
            </w:r>
          </w:p>
        </w:tc>
        <w:tc>
          <w:tcPr>
            <w:tcW w:type="dxa" w:w="1394"/>
          </w:tcPr>
          <w:p>
            <w:pPr>
              <w:spacing w:after="0"/>
              <w:jc w:val="right"/>
            </w:pPr>
            <w:r>
              <w:rPr>
                <w:sz w:val="16"/>
              </w:rPr>
              <w:t>$2,700,417,600</w:t>
            </w:r>
          </w:p>
        </w:tc>
        <w:tc>
          <w:tcPr>
            <w:tcW w:type="dxa" w:w="1129"/>
          </w:tcPr>
          <w:p>
            <w:pPr>
              <w:spacing w:after="0"/>
              <w:jc w:val="right"/>
            </w:pPr>
            <w:r>
              <w:rPr>
                <w:sz w:val="16"/>
              </w:rPr>
              <w:t>$0</w:t>
            </w:r>
          </w:p>
        </w:tc>
        <w:tc>
          <w:tcPr>
            <w:tcW w:type="dxa" w:w="1039"/>
          </w:tcPr>
          <w:p>
            <w:pPr>
              <w:spacing w:after="0"/>
              <w:jc w:val="right"/>
            </w:pPr>
            <w:r>
              <w:rPr>
                <w:sz w:val="16"/>
              </w:rPr>
              <w:t>17,724</w:t>
            </w:r>
          </w:p>
        </w:tc>
        <w:tc>
          <w:tcPr>
            <w:tcW w:type="dxa" w:w="1037"/>
          </w:tcPr>
          <w:p>
            <w:pPr>
              <w:spacing w:after="0"/>
              <w:jc w:val="right"/>
            </w:pPr>
            <w:r>
              <w:rPr>
                <w:sz w:val="16"/>
              </w:rPr>
              <w:t>$33</w:t>
            </w:r>
          </w:p>
        </w:tc>
        <w:tc>
          <w:tcPr>
            <w:tcW w:type="dxa" w:w="1126"/>
          </w:tcPr>
          <w:p>
            <w:pPr>
              <w:spacing w:after="0"/>
              <w:jc w:val="right"/>
            </w:pPr>
            <w:r>
              <w:rPr>
                <w:sz w:val="16"/>
              </w:rPr>
              <w:t>$0</w:t>
            </w:r>
          </w:p>
        </w:tc>
        <w:tc>
          <w:tcPr>
            <w:tcW w:type="dxa" w:w="1075"/>
          </w:tcPr>
          <w:p>
            <w:pPr>
              <w:spacing w:after="0"/>
              <w:jc w:val="right"/>
            </w:pPr>
            <w:r>
              <w:rPr>
                <w:sz w:val="16"/>
              </w:rPr>
              <w:t>$249</w:t>
            </w:r>
          </w:p>
        </w:tc>
        <w:tc>
          <w:tcPr>
            <w:tcW w:type="dxa" w:w="1035"/>
          </w:tcPr>
          <w:p>
            <w:pPr>
              <w:spacing w:after="0"/>
              <w:jc w:val="right"/>
            </w:pPr>
            <w:r>
              <w:rPr>
                <w:sz w:val="16"/>
              </w:rPr>
              <w:t>under 0.0001%</w:t>
            </w: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Heat Wave</w:t>
            </w:r>
          </w:p>
        </w:tc>
        <w:tc>
          <w:tcPr>
            <w:tcW w:type="dxa" w:w="1394"/>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75"/>
          </w:tcPr>
          <w:p>
            <w:pPr>
              <w:spacing w:after="0"/>
              <w:jc w:val="right"/>
            </w:pPr>
            <w:r>
              <w:rPr>
                <w:sz w:val="16"/>
              </w:rPr>
              <w:t>$0</w:t>
            </w:r>
          </w:p>
        </w:tc>
        <w:tc>
          <w:tcPr>
            <w:tcW w:type="dxa" w:w="1035"/>
          </w:tcPr>
          <w:p>
            <w:pPr>
              <w:spacing w:after="0"/>
              <w:jc w:val="right"/>
            </w:pPr>
          </w:p>
        </w:tc>
        <w:tc>
          <w:tcPr>
            <w:tcW w:type="dxa" w:w="1144"/>
          </w:tcPr>
          <w:p>
            <w:pPr>
              <w:spacing w:after="0"/>
              <w:jc w:val="right"/>
            </w:pPr>
          </w:p>
        </w:tc>
        <w:tc>
          <w:tcPr>
            <w:tcW w:type="dxa" w:w="1059"/>
          </w:tcPr>
          <w:p>
            <w:pPr>
              <w:spacing w:after="0"/>
              <w:jc w:val="right"/>
            </w:pPr>
            <w:r>
              <w:rPr>
                <w:sz w:val="16"/>
              </w:rPr>
              <w:t>$0</w:t>
            </w:r>
          </w:p>
        </w:tc>
        <w:tc>
          <w:tcPr>
            <w:tcW w:type="dxa" w:w="1317"/>
          </w:tcPr>
          <w:p>
            <w:pPr>
              <w:spacing w:after="0"/>
              <w:jc w:val="right"/>
            </w:pPr>
          </w:p>
        </w:tc>
        <w:tc>
          <w:tcPr>
            <w:tcW w:type="dxa" w:w="1716"/>
          </w:tcPr>
          <w:p>
            <w:pPr>
              <w:spacing w:after="0"/>
              <w:jc w:val="left"/>
            </w:pPr>
            <w:r>
              <w:rPr>
                <w:sz w:val="16"/>
              </w:rPr>
              <w:t>building exposure is 0 in NRI</w:t>
            </w:r>
          </w:p>
        </w:tc>
      </w:tr>
      <w:tr>
        <w:trPr>
          <w:cantSplit/>
        </w:trPr>
        <w:tc>
          <w:tcPr>
            <w:tcW w:type="dxa" w:w="1040"/>
          </w:tcPr>
          <w:p>
            <w:pPr>
              <w:spacing w:after="0"/>
              <w:jc w:val="left"/>
            </w:pPr>
            <w:r>
              <w:rPr>
                <w:sz w:val="16"/>
              </w:rPr>
              <w:t>Hurricane</w:t>
            </w:r>
          </w:p>
        </w:tc>
        <w:tc>
          <w:tcPr>
            <w:tcW w:type="dxa" w:w="1394"/>
          </w:tcPr>
          <w:p>
            <w:pPr>
              <w:spacing w:after="0"/>
              <w:jc w:val="right"/>
            </w:pPr>
            <w:r>
              <w:rPr>
                <w:sz w:val="16"/>
              </w:rPr>
              <w:t>$2,700,403,793</w:t>
            </w:r>
          </w:p>
        </w:tc>
        <w:tc>
          <w:tcPr>
            <w:tcW w:type="dxa" w:w="1129"/>
          </w:tcPr>
          <w:p>
            <w:pPr>
              <w:spacing w:after="0"/>
              <w:jc w:val="right"/>
            </w:pPr>
            <w:r>
              <w:rPr>
                <w:sz w:val="16"/>
              </w:rPr>
              <w:t>$0</w:t>
            </w:r>
          </w:p>
        </w:tc>
        <w:tc>
          <w:tcPr>
            <w:tcW w:type="dxa" w:w="1039"/>
          </w:tcPr>
          <w:p>
            <w:pPr>
              <w:spacing w:after="0"/>
              <w:jc w:val="right"/>
            </w:pPr>
            <w:r>
              <w:rPr>
                <w:sz w:val="16"/>
              </w:rPr>
              <w:t>17,724</w:t>
            </w:r>
          </w:p>
        </w:tc>
        <w:tc>
          <w:tcPr>
            <w:tcW w:type="dxa" w:w="1037"/>
          </w:tcPr>
          <w:p>
            <w:pPr>
              <w:spacing w:after="0"/>
              <w:jc w:val="right"/>
            </w:pPr>
            <w:r>
              <w:rPr>
                <w:sz w:val="16"/>
              </w:rPr>
              <w:t>$8,700,149</w:t>
            </w:r>
          </w:p>
        </w:tc>
        <w:tc>
          <w:tcPr>
            <w:tcW w:type="dxa" w:w="1126"/>
          </w:tcPr>
          <w:p>
            <w:pPr>
              <w:spacing w:after="0"/>
              <w:jc w:val="right"/>
            </w:pPr>
            <w:r>
              <w:rPr>
                <w:sz w:val="16"/>
              </w:rPr>
              <w:t>$0</w:t>
            </w:r>
          </w:p>
        </w:tc>
        <w:tc>
          <w:tcPr>
            <w:tcW w:type="dxa" w:w="1075"/>
          </w:tcPr>
          <w:p>
            <w:pPr>
              <w:spacing w:after="0"/>
              <w:jc w:val="right"/>
            </w:pPr>
            <w:r>
              <w:rPr>
                <w:sz w:val="16"/>
              </w:rPr>
              <w:t>$593,704</w:t>
            </w:r>
          </w:p>
        </w:tc>
        <w:tc>
          <w:tcPr>
            <w:tcW w:type="dxa" w:w="1035"/>
          </w:tcPr>
          <w:p>
            <w:pPr>
              <w:spacing w:after="0"/>
              <w:jc w:val="right"/>
            </w:pPr>
            <w:r>
              <w:rPr>
                <w:sz w:val="16"/>
              </w:rPr>
              <w:t>0.322%</w:t>
            </w:r>
          </w:p>
        </w:tc>
        <w:tc>
          <w:tcPr>
            <w:tcW w:type="dxa" w:w="1144"/>
          </w:tcPr>
          <w:p>
            <w:pPr>
              <w:spacing w:after="0"/>
              <w:jc w:val="right"/>
            </w:pPr>
          </w:p>
        </w:tc>
        <w:tc>
          <w:tcPr>
            <w:tcW w:type="dxa" w:w="1059"/>
          </w:tcPr>
          <w:p>
            <w:pPr>
              <w:spacing w:after="0"/>
              <w:jc w:val="right"/>
            </w:pPr>
            <w:r>
              <w:rPr>
                <w:sz w:val="16"/>
              </w:rPr>
              <w:t>$0</w:t>
            </w:r>
          </w:p>
        </w:tc>
        <w:tc>
          <w:tcPr>
            <w:tcW w:type="dxa" w:w="1317"/>
          </w:tcPr>
          <w:p>
            <w:pPr>
              <w:spacing w:after="0"/>
              <w:jc w:val="right"/>
            </w:pPr>
            <w:r>
              <w:rPr>
                <w:sz w:val="16"/>
              </w:rPr>
              <w:t>$1,152,008.02</w:t>
            </w:r>
          </w:p>
        </w:tc>
        <w:tc>
          <w:tcPr>
            <w:tcW w:type="dxa" w:w="1716"/>
          </w:tcPr>
          <w:p>
            <w:pPr>
              <w:spacing w:after="0"/>
              <w:jc w:val="left"/>
            </w:pPr>
          </w:p>
        </w:tc>
      </w:tr>
      <w:tr>
        <w:trPr>
          <w:cantSplit/>
        </w:trPr>
        <w:tc>
          <w:tcPr>
            <w:tcW w:type="dxa" w:w="1040"/>
          </w:tcPr>
          <w:p>
            <w:pPr>
              <w:spacing w:after="0"/>
              <w:jc w:val="left"/>
            </w:pPr>
            <w:r>
              <w:rPr>
                <w:sz w:val="16"/>
              </w:rPr>
              <w:t>Inland Flooding</w:t>
            </w:r>
          </w:p>
        </w:tc>
        <w:tc>
          <w:tcPr>
            <w:tcW w:type="dxa" w:w="1394"/>
          </w:tcPr>
          <w:p>
            <w:pPr>
              <w:spacing w:after="0"/>
              <w:jc w:val="right"/>
            </w:pPr>
            <w:r>
              <w:rPr>
                <w:sz w:val="16"/>
              </w:rPr>
              <w:t>$2,691,347,124</w:t>
            </w:r>
          </w:p>
        </w:tc>
        <w:tc>
          <w:tcPr>
            <w:tcW w:type="dxa" w:w="1129"/>
          </w:tcPr>
          <w:p>
            <w:pPr>
              <w:spacing w:after="0"/>
              <w:jc w:val="right"/>
            </w:pPr>
            <w:r>
              <w:rPr>
                <w:sz w:val="16"/>
              </w:rPr>
              <w:t>$0</w:t>
            </w:r>
          </w:p>
        </w:tc>
        <w:tc>
          <w:tcPr>
            <w:tcW w:type="dxa" w:w="1039"/>
          </w:tcPr>
          <w:p>
            <w:pPr>
              <w:spacing w:after="0"/>
              <w:jc w:val="right"/>
            </w:pPr>
            <w:r>
              <w:rPr>
                <w:sz w:val="16"/>
              </w:rPr>
              <w:t>1,465</w:t>
            </w:r>
          </w:p>
        </w:tc>
        <w:tc>
          <w:tcPr>
            <w:tcW w:type="dxa" w:w="1037"/>
          </w:tcPr>
          <w:p>
            <w:pPr>
              <w:spacing w:after="0"/>
              <w:jc w:val="right"/>
            </w:pPr>
            <w:r>
              <w:rPr>
                <w:sz w:val="16"/>
              </w:rPr>
              <w:t>$1,143,956</w:t>
            </w:r>
          </w:p>
        </w:tc>
        <w:tc>
          <w:tcPr>
            <w:tcW w:type="dxa" w:w="1126"/>
          </w:tcPr>
          <w:p>
            <w:pPr>
              <w:spacing w:after="0"/>
              <w:jc w:val="right"/>
            </w:pPr>
            <w:r>
              <w:rPr>
                <w:sz w:val="16"/>
              </w:rPr>
              <w:t>$0</w:t>
            </w:r>
          </w:p>
        </w:tc>
        <w:tc>
          <w:tcPr>
            <w:tcW w:type="dxa" w:w="1075"/>
          </w:tcPr>
          <w:p>
            <w:pPr>
              <w:spacing w:after="0"/>
              <w:jc w:val="right"/>
            </w:pPr>
            <w:r>
              <w:rPr>
                <w:sz w:val="16"/>
              </w:rPr>
              <w:t>$19,741</w:t>
            </w:r>
          </w:p>
        </w:tc>
        <w:tc>
          <w:tcPr>
            <w:tcW w:type="dxa" w:w="1035"/>
          </w:tcPr>
          <w:p>
            <w:pPr>
              <w:spacing w:after="0"/>
              <w:jc w:val="right"/>
            </w:pPr>
            <w:r>
              <w:rPr>
                <w:sz w:val="16"/>
              </w:rPr>
              <w:t>n/a (see note)</w:t>
            </w:r>
          </w:p>
        </w:tc>
        <w:tc>
          <w:tcPr>
            <w:tcW w:type="dxa" w:w="1144"/>
          </w:tcPr>
          <w:p>
            <w:pPr>
              <w:spacing w:after="0"/>
              <w:jc w:val="right"/>
            </w:pPr>
            <w:r>
              <w:rPr>
                <w:sz w:val="16"/>
              </w:rPr>
              <w:t>$16,500</w:t>
            </w:r>
          </w:p>
        </w:tc>
        <w:tc>
          <w:tcPr>
            <w:tcW w:type="dxa" w:w="1059"/>
          </w:tcPr>
          <w:p>
            <w:pPr>
              <w:spacing w:after="0"/>
              <w:jc w:val="right"/>
            </w:pPr>
          </w:p>
        </w:tc>
        <w:tc>
          <w:tcPr>
            <w:tcW w:type="dxa" w:w="1317"/>
          </w:tcPr>
          <w:p>
            <w:pPr>
              <w:spacing w:after="0"/>
              <w:jc w:val="right"/>
            </w:pPr>
            <w:r>
              <w:rPr>
                <w:sz w:val="16"/>
              </w:rPr>
              <w:t>$7,370,715.35</w:t>
            </w:r>
          </w:p>
        </w:tc>
        <w:tc>
          <w:tcPr>
            <w:tcW w:type="dxa" w:w="17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0"/>
          </w:tcPr>
          <w:p>
            <w:pPr>
              <w:spacing w:after="0"/>
              <w:jc w:val="left"/>
            </w:pPr>
            <w:r>
              <w:rPr>
                <w:sz w:val="16"/>
              </w:rPr>
              <w:t>Landslide</w:t>
            </w:r>
          </w:p>
        </w:tc>
        <w:tc>
          <w:tcPr>
            <w:tcW w:type="dxa" w:w="1394"/>
          </w:tcPr>
          <w:p>
            <w:pPr>
              <w:spacing w:after="0"/>
              <w:jc w:val="right"/>
            </w:pPr>
            <w:r>
              <w:rPr>
                <w:sz w:val="16"/>
              </w:rPr>
              <w:t>$429,300,626</w:t>
            </w:r>
          </w:p>
        </w:tc>
        <w:tc>
          <w:tcPr>
            <w:tcW w:type="dxa" w:w="1129"/>
          </w:tcPr>
          <w:p>
            <w:pPr>
              <w:spacing w:after="0"/>
              <w:jc w:val="right"/>
            </w:pPr>
            <w:r>
              <w:rPr>
                <w:sz w:val="16"/>
              </w:rPr>
              <w:t>n/a</w:t>
            </w:r>
          </w:p>
        </w:tc>
        <w:tc>
          <w:tcPr>
            <w:tcW w:type="dxa" w:w="1039"/>
          </w:tcPr>
          <w:p>
            <w:pPr>
              <w:spacing w:after="0"/>
              <w:jc w:val="right"/>
            </w:pPr>
            <w:r>
              <w:rPr>
                <w:sz w:val="16"/>
              </w:rPr>
              <w:t>3,048</w:t>
            </w:r>
          </w:p>
        </w:tc>
        <w:tc>
          <w:tcPr>
            <w:tcW w:type="dxa" w:w="1037"/>
          </w:tcPr>
          <w:p>
            <w:pPr>
              <w:spacing w:after="0"/>
              <w:jc w:val="right"/>
            </w:pPr>
            <w:r>
              <w:rPr>
                <w:sz w:val="16"/>
              </w:rPr>
              <w:t>$809,663</w:t>
            </w:r>
          </w:p>
        </w:tc>
        <w:tc>
          <w:tcPr>
            <w:tcW w:type="dxa" w:w="1126"/>
          </w:tcPr>
          <w:p>
            <w:pPr>
              <w:spacing w:after="0"/>
              <w:jc w:val="right"/>
            </w:pPr>
            <w:r>
              <w:rPr>
                <w:sz w:val="16"/>
              </w:rPr>
              <w:t>n/a</w:t>
            </w:r>
          </w:p>
        </w:tc>
        <w:tc>
          <w:tcPr>
            <w:tcW w:type="dxa" w:w="1075"/>
          </w:tcPr>
          <w:p>
            <w:pPr>
              <w:spacing w:after="0"/>
              <w:jc w:val="right"/>
            </w:pPr>
            <w:r>
              <w:rPr>
                <w:sz w:val="16"/>
              </w:rPr>
              <w:t>$2,435</w:t>
            </w:r>
          </w:p>
        </w:tc>
        <w:tc>
          <w:tcPr>
            <w:tcW w:type="dxa" w:w="1035"/>
          </w:tcPr>
          <w:p>
            <w:pPr>
              <w:spacing w:after="0"/>
              <w:jc w:val="right"/>
            </w:pPr>
            <w:r>
              <w:rPr>
                <w:sz w:val="16"/>
              </w:rPr>
              <w:t>0.189%</w:t>
            </w:r>
          </w:p>
        </w:tc>
        <w:tc>
          <w:tcPr>
            <w:tcW w:type="dxa" w:w="1144"/>
          </w:tcPr>
          <w:p>
            <w:pPr>
              <w:spacing w:after="0"/>
              <w:jc w:val="right"/>
            </w:pPr>
            <w:r>
              <w:rPr>
                <w:sz w:val="16"/>
              </w:rPr>
              <w:t>$3,500</w:t>
            </w:r>
          </w:p>
        </w:tc>
        <w:tc>
          <w:tcPr>
            <w:tcW w:type="dxa" w:w="1059"/>
          </w:tcPr>
          <w:p>
            <w:pPr>
              <w:spacing w:after="0"/>
              <w:jc w:val="right"/>
            </w:pPr>
          </w:p>
        </w:tc>
        <w:tc>
          <w:tcPr>
            <w:tcW w:type="dxa" w:w="1317"/>
          </w:tcPr>
          <w:p>
            <w:pPr>
              <w:spacing w:after="0"/>
              <w:jc w:val="right"/>
            </w:pPr>
            <w:r>
              <w:rPr>
                <w:sz w:val="16"/>
              </w:rPr>
              <w:t>$7,370,715.35</w:t>
            </w:r>
          </w:p>
        </w:tc>
        <w:tc>
          <w:tcPr>
            <w:tcW w:type="dxa" w:w="1716"/>
          </w:tcPr>
          <w:p>
            <w:pPr>
              <w:spacing w:after="0"/>
              <w:jc w:val="left"/>
            </w:pPr>
          </w:p>
        </w:tc>
      </w:tr>
      <w:tr>
        <w:trPr>
          <w:cantSplit/>
        </w:trPr>
        <w:tc>
          <w:tcPr>
            <w:tcW w:type="dxa" w:w="1040"/>
          </w:tcPr>
          <w:p>
            <w:pPr>
              <w:spacing w:after="0"/>
              <w:jc w:val="left"/>
            </w:pPr>
            <w:r>
              <w:rPr>
                <w:sz w:val="16"/>
              </w:rPr>
              <w:t>Lightning</w:t>
            </w:r>
          </w:p>
        </w:tc>
        <w:tc>
          <w:tcPr>
            <w:tcW w:type="dxa" w:w="1394"/>
          </w:tcPr>
          <w:p>
            <w:pPr>
              <w:spacing w:after="0"/>
              <w:jc w:val="right"/>
            </w:pPr>
            <w:r>
              <w:rPr>
                <w:sz w:val="16"/>
              </w:rPr>
              <w:t>$2,700,417,600</w:t>
            </w:r>
          </w:p>
        </w:tc>
        <w:tc>
          <w:tcPr>
            <w:tcW w:type="dxa" w:w="1129"/>
          </w:tcPr>
          <w:p>
            <w:pPr>
              <w:spacing w:after="0"/>
              <w:jc w:val="right"/>
            </w:pPr>
            <w:r>
              <w:rPr>
                <w:sz w:val="16"/>
              </w:rPr>
              <w:t>n/a</w:t>
            </w:r>
          </w:p>
        </w:tc>
        <w:tc>
          <w:tcPr>
            <w:tcW w:type="dxa" w:w="1039"/>
          </w:tcPr>
          <w:p>
            <w:pPr>
              <w:spacing w:after="0"/>
              <w:jc w:val="right"/>
            </w:pPr>
            <w:r>
              <w:rPr>
                <w:sz w:val="16"/>
              </w:rPr>
              <w:t>17,724</w:t>
            </w:r>
          </w:p>
        </w:tc>
        <w:tc>
          <w:tcPr>
            <w:tcW w:type="dxa" w:w="1037"/>
          </w:tcPr>
          <w:p>
            <w:pPr>
              <w:spacing w:after="0"/>
              <w:jc w:val="right"/>
            </w:pPr>
            <w:r>
              <w:rPr>
                <w:sz w:val="16"/>
              </w:rPr>
              <w:t>$5,019</w:t>
            </w:r>
          </w:p>
        </w:tc>
        <w:tc>
          <w:tcPr>
            <w:tcW w:type="dxa" w:w="1126"/>
          </w:tcPr>
          <w:p>
            <w:pPr>
              <w:spacing w:after="0"/>
              <w:jc w:val="right"/>
            </w:pPr>
            <w:r>
              <w:rPr>
                <w:sz w:val="16"/>
              </w:rPr>
              <w:t>n/a</w:t>
            </w:r>
          </w:p>
        </w:tc>
        <w:tc>
          <w:tcPr>
            <w:tcW w:type="dxa" w:w="1075"/>
          </w:tcPr>
          <w:p>
            <w:pPr>
              <w:spacing w:after="0"/>
              <w:jc w:val="right"/>
            </w:pPr>
            <w:r>
              <w:rPr>
                <w:sz w:val="16"/>
              </w:rPr>
              <w:t>$199,454</w:t>
            </w:r>
          </w:p>
        </w:tc>
        <w:tc>
          <w:tcPr>
            <w:tcW w:type="dxa" w:w="1035"/>
          </w:tcPr>
          <w:p>
            <w:pPr>
              <w:spacing w:after="0"/>
              <w:jc w:val="right"/>
            </w:pPr>
            <w:r>
              <w:rPr>
                <w:sz w:val="16"/>
              </w:rPr>
              <w:t>0.000186%</w:t>
            </w: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Strong Wind</w:t>
            </w:r>
          </w:p>
        </w:tc>
        <w:tc>
          <w:tcPr>
            <w:tcW w:type="dxa" w:w="1394"/>
          </w:tcPr>
          <w:p>
            <w:pPr>
              <w:spacing w:after="0"/>
              <w:jc w:val="right"/>
            </w:pPr>
            <w:r>
              <w:rPr>
                <w:sz w:val="16"/>
              </w:rPr>
              <w:t>$2,700,417,600</w:t>
            </w:r>
          </w:p>
        </w:tc>
        <w:tc>
          <w:tcPr>
            <w:tcW w:type="dxa" w:w="1129"/>
          </w:tcPr>
          <w:p>
            <w:pPr>
              <w:spacing w:after="0"/>
              <w:jc w:val="right"/>
            </w:pPr>
            <w:r>
              <w:rPr>
                <w:sz w:val="16"/>
              </w:rPr>
              <w:t>$0</w:t>
            </w:r>
          </w:p>
        </w:tc>
        <w:tc>
          <w:tcPr>
            <w:tcW w:type="dxa" w:w="1039"/>
          </w:tcPr>
          <w:p>
            <w:pPr>
              <w:spacing w:after="0"/>
              <w:jc w:val="right"/>
            </w:pPr>
            <w:r>
              <w:rPr>
                <w:sz w:val="16"/>
              </w:rPr>
              <w:t>17,724</w:t>
            </w:r>
          </w:p>
        </w:tc>
        <w:tc>
          <w:tcPr>
            <w:tcW w:type="dxa" w:w="1037"/>
          </w:tcPr>
          <w:p>
            <w:pPr>
              <w:spacing w:after="0"/>
              <w:jc w:val="right"/>
            </w:pPr>
            <w:r>
              <w:rPr>
                <w:sz w:val="16"/>
              </w:rPr>
              <w:t>$81</w:t>
            </w:r>
          </w:p>
        </w:tc>
        <w:tc>
          <w:tcPr>
            <w:tcW w:type="dxa" w:w="1126"/>
          </w:tcPr>
          <w:p>
            <w:pPr>
              <w:spacing w:after="0"/>
              <w:jc w:val="right"/>
            </w:pPr>
            <w:r>
              <w:rPr>
                <w:sz w:val="16"/>
              </w:rPr>
              <w:t>$0</w:t>
            </w:r>
          </w:p>
        </w:tc>
        <w:tc>
          <w:tcPr>
            <w:tcW w:type="dxa" w:w="1075"/>
          </w:tcPr>
          <w:p>
            <w:pPr>
              <w:spacing w:after="0"/>
              <w:jc w:val="right"/>
            </w:pPr>
            <w:r>
              <w:rPr>
                <w:sz w:val="16"/>
              </w:rPr>
              <w:t>$48</w:t>
            </w:r>
          </w:p>
        </w:tc>
        <w:tc>
          <w:tcPr>
            <w:tcW w:type="dxa" w:w="1035"/>
          </w:tcPr>
          <w:p>
            <w:pPr>
              <w:spacing w:after="0"/>
              <w:jc w:val="right"/>
            </w:pPr>
            <w:r>
              <w:rPr>
                <w:sz w:val="16"/>
              </w:rPr>
              <w:t>under 0.0001%</w:t>
            </w:r>
          </w:p>
        </w:tc>
        <w:tc>
          <w:tcPr>
            <w:tcW w:type="dxa" w:w="1144"/>
          </w:tcPr>
          <w:p>
            <w:pPr>
              <w:spacing w:after="0"/>
              <w:jc w:val="right"/>
            </w:pPr>
          </w:p>
        </w:tc>
        <w:tc>
          <w:tcPr>
            <w:tcW w:type="dxa" w:w="1059"/>
          </w:tcPr>
          <w:p>
            <w:pPr>
              <w:spacing w:after="0"/>
              <w:jc w:val="right"/>
            </w:pPr>
            <w:r>
              <w:rPr>
                <w:sz w:val="16"/>
              </w:rPr>
              <w:t>$6,000</w:t>
            </w:r>
          </w:p>
        </w:tc>
        <w:tc>
          <w:tcPr>
            <w:tcW w:type="dxa" w:w="1317"/>
          </w:tcPr>
          <w:p>
            <w:pPr>
              <w:spacing w:after="0"/>
              <w:jc w:val="right"/>
            </w:pPr>
          </w:p>
        </w:tc>
        <w:tc>
          <w:tcPr>
            <w:tcW w:type="dxa" w:w="1716"/>
          </w:tcPr>
          <w:p>
            <w:pPr>
              <w:spacing w:after="0"/>
              <w:jc w:val="left"/>
            </w:pPr>
            <w:r>
              <w:rPr>
                <w:sz w:val="16"/>
              </w:rPr>
              <w:t>Storm Events damage since the plan includes 1 zone-level Strong Wind record ($6,000): a NOAA non-thunderstorm wind type, outside NRI's Strong Wind definition.</w:t>
            </w:r>
          </w:p>
        </w:tc>
      </w:tr>
      <w:tr>
        <w:trPr>
          <w:cantSplit/>
        </w:trPr>
        <w:tc>
          <w:tcPr>
            <w:tcW w:type="dxa" w:w="1040"/>
          </w:tcPr>
          <w:p>
            <w:pPr>
              <w:spacing w:after="0"/>
              <w:jc w:val="left"/>
            </w:pPr>
            <w:r>
              <w:rPr>
                <w:sz w:val="16"/>
              </w:rPr>
              <w:t>Tornado</w:t>
            </w:r>
          </w:p>
        </w:tc>
        <w:tc>
          <w:tcPr>
            <w:tcW w:type="dxa" w:w="1394"/>
          </w:tcPr>
          <w:p>
            <w:pPr>
              <w:spacing w:after="0"/>
              <w:jc w:val="right"/>
            </w:pPr>
            <w:r>
              <w:rPr>
                <w:sz w:val="16"/>
              </w:rPr>
              <w:t>$2,700,417,600</w:t>
            </w:r>
          </w:p>
        </w:tc>
        <w:tc>
          <w:tcPr>
            <w:tcW w:type="dxa" w:w="1129"/>
          </w:tcPr>
          <w:p>
            <w:pPr>
              <w:spacing w:after="0"/>
              <w:jc w:val="right"/>
            </w:pPr>
            <w:r>
              <w:rPr>
                <w:sz w:val="16"/>
              </w:rPr>
              <w:t>$0</w:t>
            </w:r>
          </w:p>
        </w:tc>
        <w:tc>
          <w:tcPr>
            <w:tcW w:type="dxa" w:w="1039"/>
          </w:tcPr>
          <w:p>
            <w:pPr>
              <w:spacing w:after="0"/>
              <w:jc w:val="right"/>
            </w:pPr>
            <w:r>
              <w:rPr>
                <w:sz w:val="16"/>
              </w:rPr>
              <w:t>17,724</w:t>
            </w:r>
          </w:p>
        </w:tc>
        <w:tc>
          <w:tcPr>
            <w:tcW w:type="dxa" w:w="1037"/>
          </w:tcPr>
          <w:p>
            <w:pPr>
              <w:spacing w:after="0"/>
              <w:jc w:val="right"/>
            </w:pPr>
            <w:r>
              <w:rPr>
                <w:sz w:val="16"/>
              </w:rPr>
              <w:t>$2,316</w:t>
            </w:r>
          </w:p>
        </w:tc>
        <w:tc>
          <w:tcPr>
            <w:tcW w:type="dxa" w:w="1126"/>
          </w:tcPr>
          <w:p>
            <w:pPr>
              <w:spacing w:after="0"/>
              <w:jc w:val="right"/>
            </w:pPr>
            <w:r>
              <w:rPr>
                <w:sz w:val="16"/>
              </w:rPr>
              <w:t>$0</w:t>
            </w:r>
          </w:p>
        </w:tc>
        <w:tc>
          <w:tcPr>
            <w:tcW w:type="dxa" w:w="1075"/>
          </w:tcPr>
          <w:p>
            <w:pPr>
              <w:spacing w:after="0"/>
              <w:jc w:val="right"/>
            </w:pPr>
            <w:r>
              <w:rPr>
                <w:sz w:val="16"/>
              </w:rPr>
              <w:t>$2,656</w:t>
            </w:r>
          </w:p>
        </w:tc>
        <w:tc>
          <w:tcPr>
            <w:tcW w:type="dxa" w:w="1035"/>
          </w:tcPr>
          <w:p>
            <w:pPr>
              <w:spacing w:after="0"/>
              <w:jc w:val="right"/>
            </w:pPr>
            <w:r>
              <w:rPr>
                <w:sz w:val="16"/>
              </w:rPr>
              <w:t>under 0.0001%</w:t>
            </w: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Tsunami</w:t>
            </w:r>
          </w:p>
        </w:tc>
        <w:tc>
          <w:tcPr>
            <w:tcW w:type="dxa" w:w="1394"/>
          </w:tcPr>
          <w:p>
            <w:pPr>
              <w:spacing w:after="0"/>
              <w:jc w:val="right"/>
            </w:pPr>
            <w:r>
              <w:rPr>
                <w:sz w:val="16"/>
              </w:rPr>
              <w:t>$1,027,271,437</w:t>
            </w:r>
          </w:p>
        </w:tc>
        <w:tc>
          <w:tcPr>
            <w:tcW w:type="dxa" w:w="1129"/>
          </w:tcPr>
          <w:p>
            <w:pPr>
              <w:spacing w:after="0"/>
              <w:jc w:val="right"/>
            </w:pPr>
            <w:r>
              <w:rPr>
                <w:sz w:val="16"/>
              </w:rPr>
              <w:t>n/a</w:t>
            </w:r>
          </w:p>
        </w:tc>
        <w:tc>
          <w:tcPr>
            <w:tcW w:type="dxa" w:w="1039"/>
          </w:tcPr>
          <w:p>
            <w:pPr>
              <w:spacing w:after="0"/>
              <w:jc w:val="right"/>
            </w:pPr>
            <w:r>
              <w:rPr>
                <w:sz w:val="16"/>
              </w:rPr>
              <w:t>1,264</w:t>
            </w:r>
          </w:p>
        </w:tc>
        <w:tc>
          <w:tcPr>
            <w:tcW w:type="dxa" w:w="1037"/>
          </w:tcPr>
          <w:p>
            <w:pPr>
              <w:spacing w:after="0"/>
              <w:jc w:val="right"/>
            </w:pPr>
            <w:r>
              <w:rPr>
                <w:sz w:val="16"/>
              </w:rPr>
              <w:t>$9,411</w:t>
            </w:r>
          </w:p>
        </w:tc>
        <w:tc>
          <w:tcPr>
            <w:tcW w:type="dxa" w:w="1126"/>
          </w:tcPr>
          <w:p>
            <w:pPr>
              <w:spacing w:after="0"/>
              <w:jc w:val="right"/>
            </w:pPr>
            <w:r>
              <w:rPr>
                <w:sz w:val="16"/>
              </w:rPr>
              <w:t>n/a</w:t>
            </w:r>
          </w:p>
        </w:tc>
        <w:tc>
          <w:tcPr>
            <w:tcW w:type="dxa" w:w="1075"/>
          </w:tcPr>
          <w:p>
            <w:pPr>
              <w:spacing w:after="0"/>
              <w:jc w:val="right"/>
            </w:pPr>
            <w:r>
              <w:rPr>
                <w:sz w:val="16"/>
              </w:rPr>
              <w:t>$604,808</w:t>
            </w:r>
          </w:p>
        </w:tc>
        <w:tc>
          <w:tcPr>
            <w:tcW w:type="dxa" w:w="1035"/>
          </w:tcPr>
          <w:p>
            <w:pPr>
              <w:spacing w:after="0"/>
              <w:jc w:val="right"/>
            </w:pPr>
            <w:r>
              <w:rPr>
                <w:sz w:val="16"/>
              </w:rPr>
              <w:t>0.000916%</w:t>
            </w: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Volcanic Activity</w:t>
            </w:r>
          </w:p>
        </w:tc>
        <w:tc>
          <w:tcPr>
            <w:tcW w:type="dxa" w:w="1394"/>
          </w:tcPr>
          <w:p>
            <w:pPr>
              <w:spacing w:after="0"/>
              <w:jc w:val="right"/>
            </w:pPr>
            <w:r>
              <w:rPr>
                <w:sz w:val="16"/>
              </w:rPr>
              <w:t>$2,700,417,600</w:t>
            </w:r>
          </w:p>
        </w:tc>
        <w:tc>
          <w:tcPr>
            <w:tcW w:type="dxa" w:w="1129"/>
          </w:tcPr>
          <w:p>
            <w:pPr>
              <w:spacing w:after="0"/>
              <w:jc w:val="right"/>
            </w:pPr>
            <w:r>
              <w:rPr>
                <w:sz w:val="16"/>
              </w:rPr>
              <w:t>n/a</w:t>
            </w:r>
          </w:p>
        </w:tc>
        <w:tc>
          <w:tcPr>
            <w:tcW w:type="dxa" w:w="1039"/>
          </w:tcPr>
          <w:p>
            <w:pPr>
              <w:spacing w:after="0"/>
              <w:jc w:val="right"/>
            </w:pPr>
            <w:r>
              <w:rPr>
                <w:sz w:val="16"/>
              </w:rPr>
              <w:t>17,724</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75"/>
          </w:tcPr>
          <w:p>
            <w:pPr>
              <w:spacing w:after="0"/>
              <w:jc w:val="right"/>
            </w:pPr>
            <w:r>
              <w:rPr>
                <w:sz w:val="16"/>
              </w:rPr>
              <w:t>$0</w:t>
            </w:r>
          </w:p>
        </w:tc>
        <w:tc>
          <w:tcPr>
            <w:tcW w:type="dxa" w:w="1035"/>
          </w:tcPr>
          <w:p>
            <w:pPr>
              <w:spacing w:after="0"/>
              <w:jc w:val="right"/>
            </w:pPr>
            <w:r>
              <w:rPr>
                <w:sz w:val="16"/>
              </w:rPr>
              <w:t>0%</w:t>
            </w: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p>
        </w:tc>
      </w:tr>
      <w:tr>
        <w:trPr>
          <w:cantSplit/>
        </w:trPr>
        <w:tc>
          <w:tcPr>
            <w:tcW w:type="dxa" w:w="1040"/>
          </w:tcPr>
          <w:p>
            <w:pPr>
              <w:spacing w:after="0"/>
              <w:jc w:val="left"/>
            </w:pPr>
            <w:r>
              <w:rPr>
                <w:sz w:val="16"/>
              </w:rPr>
              <w:t>Wildfire</w:t>
            </w:r>
          </w:p>
        </w:tc>
        <w:tc>
          <w:tcPr>
            <w:tcW w:type="dxa" w:w="1394"/>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75"/>
          </w:tcPr>
          <w:p>
            <w:pPr>
              <w:spacing w:after="0"/>
              <w:jc w:val="right"/>
            </w:pPr>
            <w:r>
              <w:rPr>
                <w:sz w:val="16"/>
              </w:rPr>
              <w:t>n/a</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r>
              <w:rPr>
                <w:sz w:val="16"/>
              </w:rPr>
              <w:t>NRI publishes no building exposure for this county</w:t>
            </w:r>
          </w:p>
        </w:tc>
      </w:tr>
      <w:tr>
        <w:trPr>
          <w:cantSplit/>
        </w:trPr>
        <w:tc>
          <w:tcPr>
            <w:tcW w:type="dxa" w:w="1040"/>
          </w:tcPr>
          <w:p>
            <w:pPr>
              <w:spacing w:after="0"/>
              <w:jc w:val="left"/>
            </w:pPr>
            <w:r>
              <w:rPr>
                <w:sz w:val="16"/>
              </w:rPr>
              <w:t>Winter Weather</w:t>
            </w:r>
          </w:p>
        </w:tc>
        <w:tc>
          <w:tcPr>
            <w:tcW w:type="dxa" w:w="1394"/>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75"/>
          </w:tcPr>
          <w:p>
            <w:pPr>
              <w:spacing w:after="0"/>
              <w:jc w:val="right"/>
            </w:pPr>
            <w:r>
              <w:rPr>
                <w:sz w:val="16"/>
              </w:rPr>
              <w:t>$0</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317"/>
          </w:tcPr>
          <w:p>
            <w:pPr>
              <w:spacing w:after="0"/>
              <w:jc w:val="right"/>
            </w:pPr>
          </w:p>
        </w:tc>
        <w:tc>
          <w:tcPr>
            <w:tcW w:type="dxa" w:w="1716"/>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2021-07-01 (Storm Events through 2026-06-30): 9 county-coded records, 9 with a damage value recorded (including $0), $20,000; 21 zone-level records, 21 with a damage value recorded (including $0), $109,100 reported for the zone; Public Assistance: $7,416,832.07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17,724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$2,700,417,600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$12,704,394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$3,403,643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43"/>
        <w:gridCol w:w="1110"/>
        <w:gridCol w:w="997"/>
        <w:gridCol w:w="997"/>
        <w:gridCol w:w="997"/>
        <w:gridCol w:w="997"/>
        <w:gridCol w:w="997"/>
        <w:gridCol w:w="997"/>
        <w:gridCol w:w="1110"/>
        <w:gridCol w:w="4066"/>
      </w:tblGrid>
      <w:tr>
        <w:trPr>
          <w:cantSplit/>
          <w:tblHeader/>
        </w:trPr>
        <w:tc>
          <w:tcPr>
            <w:tcW w:type="dxa" w:w="1843"/>
            <w:shd w:val="clear" w:color="auto" w:fill="E8E8E8"/>
          </w:tcPr>
          <w:p>
            <w:pPr>
              <w:spacing w:after="0"/>
              <w:jc w:val="left"/>
            </w:pPr>
            <w:r>
              <w:rPr>
                <w:b/>
                <w:sz w:val="16"/>
              </w:rPr>
              <w:t>Jurisdiction</w:t>
            </w:r>
          </w:p>
        </w:tc>
        <w:tc>
          <w:tcPr>
            <w:tcW w:type="dxa" w:w="1110"/>
            <w:shd w:val="clear" w:color="auto" w:fill="E8E8E8"/>
          </w:tcPr>
          <w:p>
            <w:pPr>
              <w:spacing w:after="0"/>
              <w:jc w:val="left"/>
            </w:pPr>
            <w:r>
              <w:rPr>
                <w:b/>
                <w:sz w:val="16"/>
              </w:rPr>
              <w:t>NFIP community ID</w:t>
            </w:r>
          </w:p>
        </w:tc>
        <w:tc>
          <w:tcPr>
            <w:tcW w:type="dxa" w:w="997"/>
            <w:shd w:val="clear" w:color="auto" w:fill="E8E8E8"/>
          </w:tcPr>
          <w:p>
            <w:pPr>
              <w:spacing w:after="0"/>
              <w:jc w:val="right"/>
            </w:pPr>
            <w:r>
              <w:rPr>
                <w:b/>
                <w:sz w:val="16"/>
              </w:rPr>
              <w:t>RL, FMA</w:t>
            </w:r>
          </w:p>
          <w:p>
            <w:pPr>
              <w:spacing w:after="0"/>
              <w:jc w:val="right"/>
            </w:pPr>
            <w:r>
              <w:rPr>
                <w:i/>
                <w:color w:val="555555"/>
                <w:sz w:val="14"/>
              </w:rPr>
              <w:t>properties</w:t>
            </w:r>
          </w:p>
        </w:tc>
        <w:tc>
          <w:tcPr>
            <w:tcW w:type="dxa" w:w="997"/>
            <w:shd w:val="clear" w:color="auto" w:fill="E8E8E8"/>
          </w:tcPr>
          <w:p>
            <w:pPr>
              <w:spacing w:after="0"/>
              <w:jc w:val="right"/>
            </w:pPr>
            <w:r>
              <w:rPr>
                <w:b/>
                <w:sz w:val="16"/>
              </w:rPr>
              <w:t>SRL, FMA</w:t>
            </w:r>
          </w:p>
          <w:p>
            <w:pPr>
              <w:spacing w:after="0"/>
              <w:jc w:val="right"/>
            </w:pPr>
            <w:r>
              <w:rPr>
                <w:i/>
                <w:color w:val="555555"/>
                <w:sz w:val="14"/>
              </w:rPr>
              <w:t>properties</w:t>
            </w:r>
          </w:p>
        </w:tc>
        <w:tc>
          <w:tcPr>
            <w:tcW w:type="dxa" w:w="997"/>
            <w:shd w:val="clear" w:color="auto" w:fill="E8E8E8"/>
          </w:tcPr>
          <w:p>
            <w:pPr>
              <w:spacing w:after="0"/>
              <w:jc w:val="right"/>
            </w:pPr>
            <w:r>
              <w:rPr>
                <w:b/>
                <w:sz w:val="16"/>
              </w:rPr>
              <w:t>RL, NFIP</w:t>
            </w:r>
          </w:p>
          <w:p>
            <w:pPr>
              <w:spacing w:after="0"/>
              <w:jc w:val="right"/>
            </w:pPr>
            <w:r>
              <w:rPr>
                <w:i/>
                <w:color w:val="555555"/>
                <w:sz w:val="14"/>
              </w:rPr>
              <w:t>properties</w:t>
            </w:r>
          </w:p>
        </w:tc>
        <w:tc>
          <w:tcPr>
            <w:tcW w:type="dxa" w:w="997"/>
            <w:shd w:val="clear" w:color="auto" w:fill="E8E8E8"/>
          </w:tcPr>
          <w:p>
            <w:pPr>
              <w:spacing w:after="0"/>
              <w:jc w:val="right"/>
            </w:pPr>
            <w:r>
              <w:rPr>
                <w:b/>
                <w:sz w:val="16"/>
              </w:rPr>
              <w:t>SRL, NFIP</w:t>
            </w:r>
          </w:p>
          <w:p>
            <w:pPr>
              <w:spacing w:after="0"/>
              <w:jc w:val="right"/>
            </w:pPr>
            <w:r>
              <w:rPr>
                <w:i/>
                <w:color w:val="555555"/>
                <w:sz w:val="14"/>
              </w:rPr>
              <w:t>properties</w:t>
            </w:r>
          </w:p>
        </w:tc>
        <w:tc>
          <w:tcPr>
            <w:tcW w:type="dxa" w:w="9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7"/>
            <w:shd w:val="clear" w:color="auto" w:fill="E8E8E8"/>
          </w:tcPr>
          <w:p>
            <w:pPr>
              <w:spacing w:after="0"/>
              <w:jc w:val="right"/>
            </w:pPr>
            <w:r>
              <w:rPr>
                <w:b/>
                <w:sz w:val="16"/>
              </w:rPr>
              <w:t>Mitigated</w:t>
            </w:r>
          </w:p>
          <w:p>
            <w:pPr>
              <w:spacing w:after="0"/>
              <w:jc w:val="right"/>
            </w:pPr>
            <w:r>
              <w:rPr>
                <w:i/>
                <w:color w:val="555555"/>
                <w:sz w:val="14"/>
              </w:rPr>
              <w:t>properties</w:t>
            </w:r>
          </w:p>
        </w:tc>
        <w:tc>
          <w:tcPr>
            <w:tcW w:type="dxa" w:w="111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6"/>
            <w:shd w:val="clear" w:color="auto" w:fill="E8E8E8"/>
          </w:tcPr>
          <w:p>
            <w:pPr>
              <w:spacing w:after="0"/>
              <w:jc w:val="left"/>
            </w:pPr>
            <w:r>
              <w:rPr>
                <w:b/>
                <w:sz w:val="16"/>
              </w:rPr>
              <w:t>Note</w:t>
            </w:r>
          </w:p>
        </w:tc>
      </w:tr>
      <w:tr>
        <w:trPr>
          <w:cantSplit/>
        </w:trPr>
        <w:tc>
          <w:tcPr>
            <w:tcW w:type="dxa" w:w="1843"/>
          </w:tcPr>
          <w:p>
            <w:pPr>
              <w:spacing w:after="0"/>
              <w:jc w:val="left"/>
            </w:pPr>
            <w:r>
              <w:rPr>
                <w:sz w:val="16"/>
              </w:rPr>
              <w:t>Luquillo Municipio</w:t>
            </w:r>
          </w:p>
        </w:tc>
        <w:tc>
          <w:tcPr>
            <w:tcW w:type="dxa" w:w="1110"/>
          </w:tcPr>
          <w:p>
            <w:pPr>
              <w:spacing w:after="0"/>
              <w:jc w:val="left"/>
            </w:pPr>
            <w:r>
              <w:rPr>
                <w:sz w:val="16"/>
              </w:rPr>
              <w:t>720000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1110"/>
          </w:tcPr>
          <w:p>
            <w:pPr>
              <w:spacing w:after="0"/>
              <w:jc w:val="right"/>
            </w:pPr>
            <w:r>
              <w:rPr>
                <w:sz w:val="16"/>
              </w:rPr>
              <w:t>0</w:t>
            </w:r>
          </w:p>
        </w:tc>
        <w:tc>
          <w:tcPr>
            <w:tcW w:type="dxa" w:w="4066"/>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Luquillo Municipio, PR: risk-assessment baseline packet, release 2026-10 (data as of 2026-09-30; County FIPS 72089). Automated baseline. </w:t>
      </w:r>
      <w:hyperlink r:id="rId15">
        <w:r>
          <w:rPr>
            <w:color w:val="1F4E99"/>
            <w:sz w:val="17"/>
            <w:u w:val="single"/>
          </w:rPr>
          <w:t>https://hazardplain.org/pr/72089/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Luquillo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Luquillo Municipio, PR: Risk-assessment baseline packet</dc:title>
  <dc:subject>Hazard Plain release 2026-10, as of 2026-09-30. Automated baseline</dc:subject>
  <dc:creator>Hazard Plain</dc:creator>
  <cp:keywords>Hazard Plain; hazard mitigation; risk assessment; 72089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