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Loíza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72087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2026-08-23</w:t>
      </w:r>
    </w:p>
    <w:p>
      <w:pPr>
        <w:keepNext/>
        <w:spacing w:after="40" w:before="0"/>
      </w:pPr>
      <w:r>
        <w:rPr>
          <w:b/>
        </w:rPr>
        <w:t xml:space="preserve">Plan: </w:t>
      </w:r>
      <w:r>
        <w:rPr/>
        <w:t>Loíza 2021 (FEMA plan 107509)</w:t>
      </w:r>
    </w:p>
    <w:p>
      <w:pPr>
        <w:keepNext/>
        <w:spacing w:after="40" w:before="0"/>
      </w:pPr>
      <w:r>
        <w:rPr>
          <w:b/>
        </w:rPr>
        <w:t xml:space="preserve">Approved: </w:t>
      </w:r>
      <w:r>
        <w:rPr/>
        <w:t>2021-08-24</w:t>
      </w:r>
    </w:p>
    <w:p>
      <w:pPr>
        <w:keepNext/>
        <w:spacing w:after="40" w:before="0"/>
      </w:pPr>
      <w:r>
        <w:rPr>
          <w:b/>
        </w:rPr>
        <w:t xml:space="preserve">Expires: </w:t>
      </w:r>
      <w:r>
        <w:rPr/>
        <w:t>2026-08-23</w:t>
      </w:r>
    </w:p>
    <w:p>
      <w:pPr>
        <w:keepNext/>
        <w:spacing w:after="40" w:before="0"/>
      </w:pPr>
      <w:r>
        <w:rPr>
          <w:b/>
        </w:rPr>
        <w:t xml:space="preserve">As of: </w:t>
      </w:r>
      <w:r>
        <w:rPr/>
        <w:t>2026-09-28</w:t>
      </w:r>
    </w:p>
    <w:p>
      <w:pPr>
        <w:keepNext/>
        <w:spacing w:after="40" w:before="0"/>
      </w:pPr>
      <w:r>
        <w:rPr>
          <w:b/>
        </w:rPr>
        <w:t xml:space="preserve">Days: </w:t>
      </w:r>
      <w:r>
        <w:rPr/>
        <w:t>36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DR-4850-PR (4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3 (44 CFR 77.2); any definition: 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7"/>
        <w:gridCol w:w="686"/>
        <w:gridCol w:w="2038"/>
        <w:gridCol w:w="2759"/>
        <w:gridCol w:w="1047"/>
        <w:gridCol w:w="1047"/>
        <w:gridCol w:w="903"/>
        <w:gridCol w:w="3480"/>
        <w:gridCol w:w="654"/>
      </w:tblGrid>
      <w:tr>
        <w:trPr>
          <w:cantSplit/>
          <w:tblHeader/>
        </w:trPr>
        <w:tc>
          <w:tcPr>
            <w:tcW w:type="dxa" w:w="1497"/>
            <w:shd w:val="clear" w:color="auto" w:fill="E8E8E8"/>
          </w:tcPr>
          <w:p>
            <w:pPr>
              <w:spacing w:after="0"/>
              <w:jc w:val="left"/>
            </w:pPr>
            <w:r>
              <w:rPr>
                <w:b/>
                <w:sz w:val="16"/>
              </w:rPr>
              <w:t>Jurisdiction</w:t>
            </w:r>
          </w:p>
        </w:tc>
        <w:tc>
          <w:tcPr>
            <w:tcW w:type="dxa" w:w="686"/>
            <w:shd w:val="clear" w:color="auto" w:fill="E8E8E8"/>
          </w:tcPr>
          <w:p>
            <w:pPr>
              <w:spacing w:after="0"/>
              <w:jc w:val="left"/>
            </w:pPr>
            <w:r>
              <w:rPr>
                <w:b/>
                <w:sz w:val="16"/>
              </w:rPr>
              <w:t>Type</w:t>
            </w:r>
          </w:p>
        </w:tc>
        <w:tc>
          <w:tcPr>
            <w:tcW w:type="dxa" w:w="2038"/>
            <w:shd w:val="clear" w:color="auto" w:fill="E8E8E8"/>
          </w:tcPr>
          <w:p>
            <w:pPr>
              <w:spacing w:after="0"/>
              <w:jc w:val="left"/>
            </w:pPr>
            <w:r>
              <w:rPr>
                <w:b/>
                <w:sz w:val="16"/>
              </w:rPr>
              <w:t>Status</w:t>
            </w:r>
          </w:p>
        </w:tc>
        <w:tc>
          <w:tcPr>
            <w:tcW w:type="dxa" w:w="2759"/>
            <w:shd w:val="clear" w:color="auto" w:fill="E8E8E8"/>
          </w:tcPr>
          <w:p>
            <w:pPr>
              <w:spacing w:after="0"/>
              <w:jc w:val="left"/>
            </w:pPr>
            <w:r>
              <w:rPr>
                <w:b/>
                <w:sz w:val="16"/>
              </w:rPr>
              <w:t>Plan</w:t>
            </w:r>
          </w:p>
        </w:tc>
        <w:tc>
          <w:tcPr>
            <w:tcW w:type="dxa" w:w="1047"/>
            <w:shd w:val="clear" w:color="auto" w:fill="E8E8E8"/>
          </w:tcPr>
          <w:p>
            <w:pPr>
              <w:spacing w:after="0"/>
              <w:jc w:val="left"/>
            </w:pPr>
            <w:r>
              <w:rPr>
                <w:b/>
                <w:sz w:val="16"/>
              </w:rPr>
              <w:t>Approved</w:t>
            </w:r>
          </w:p>
        </w:tc>
        <w:tc>
          <w:tcPr>
            <w:tcW w:type="dxa" w:w="1047"/>
            <w:shd w:val="clear" w:color="auto" w:fill="E8E8E8"/>
          </w:tcPr>
          <w:p>
            <w:pPr>
              <w:spacing w:after="0"/>
              <w:jc w:val="left"/>
            </w:pPr>
            <w:r>
              <w:rPr>
                <w:b/>
                <w:sz w:val="16"/>
              </w:rPr>
              <w:t>Expires</w:t>
            </w:r>
          </w:p>
        </w:tc>
        <w:tc>
          <w:tcPr>
            <w:tcW w:type="dxa" w:w="90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80"/>
            <w:shd w:val="clear" w:color="auto" w:fill="E8E8E8"/>
          </w:tcPr>
          <w:p>
            <w:pPr>
              <w:spacing w:after="0"/>
              <w:jc w:val="left"/>
            </w:pPr>
            <w:r>
              <w:rPr>
                <w:b/>
                <w:sz w:val="16"/>
              </w:rPr>
              <w:t>Update underway</w:t>
            </w:r>
          </w:p>
        </w:tc>
        <w:tc>
          <w:tcPr>
            <w:tcW w:type="dxa" w:w="654"/>
            <w:shd w:val="clear" w:color="auto" w:fill="E8E8E8"/>
          </w:tcPr>
          <w:p>
            <w:pPr>
              <w:spacing w:after="0"/>
              <w:jc w:val="left"/>
            </w:pPr>
            <w:r>
              <w:rPr>
                <w:b/>
                <w:sz w:val="16"/>
              </w:rPr>
              <w:t>Notes</w:t>
            </w:r>
          </w:p>
        </w:tc>
      </w:tr>
      <w:tr>
        <w:trPr>
          <w:cantSplit/>
        </w:trPr>
        <w:tc>
          <w:tcPr>
            <w:tcW w:type="dxa" w:w="1497"/>
          </w:tcPr>
          <w:p>
            <w:pPr>
              <w:spacing w:after="0"/>
              <w:jc w:val="left"/>
            </w:pPr>
            <w:r>
              <w:rPr>
                <w:sz w:val="16"/>
              </w:rPr>
              <w:t>Loíza Municipio</w:t>
            </w:r>
          </w:p>
        </w:tc>
        <w:tc>
          <w:tcPr>
            <w:tcW w:type="dxa" w:w="686"/>
          </w:tcPr>
          <w:p>
            <w:pPr>
              <w:spacing w:after="0"/>
              <w:jc w:val="left"/>
            </w:pPr>
            <w:r>
              <w:rPr>
                <w:sz w:val="16"/>
              </w:rPr>
              <w:t>County</w:t>
            </w:r>
          </w:p>
        </w:tc>
        <w:tc>
          <w:tcPr>
            <w:tcW w:type="dxa" w:w="2038"/>
          </w:tcPr>
          <w:p>
            <w:pPr>
              <w:spacing w:after="0"/>
              <w:jc w:val="left"/>
            </w:pPr>
            <w:r>
              <w:rPr>
                <w:sz w:val="16"/>
              </w:rPr>
              <w:t>Expired on 2026-08-23</w:t>
            </w:r>
          </w:p>
        </w:tc>
        <w:tc>
          <w:tcPr>
            <w:tcW w:type="dxa" w:w="2759"/>
          </w:tcPr>
          <w:p>
            <w:pPr>
              <w:spacing w:after="0"/>
              <w:jc w:val="left"/>
            </w:pPr>
            <w:r>
              <w:rPr>
                <w:sz w:val="16"/>
              </w:rPr>
              <w:t>Loíza 2021 (FEMA plan 107509)</w:t>
            </w:r>
          </w:p>
        </w:tc>
        <w:tc>
          <w:tcPr>
            <w:tcW w:type="dxa" w:w="1047"/>
          </w:tcPr>
          <w:p>
            <w:pPr>
              <w:spacing w:after="0"/>
              <w:jc w:val="left"/>
            </w:pPr>
            <w:r>
              <w:rPr>
                <w:sz w:val="16"/>
              </w:rPr>
              <w:t>2021-08-24</w:t>
            </w:r>
          </w:p>
        </w:tc>
        <w:tc>
          <w:tcPr>
            <w:tcW w:type="dxa" w:w="1047"/>
          </w:tcPr>
          <w:p>
            <w:pPr>
              <w:spacing w:after="0"/>
              <w:jc w:val="left"/>
            </w:pPr>
            <w:r>
              <w:rPr>
                <w:sz w:val="16"/>
              </w:rPr>
              <w:t>2026-08-23</w:t>
            </w:r>
          </w:p>
        </w:tc>
        <w:tc>
          <w:tcPr>
            <w:tcW w:type="dxa" w:w="903"/>
          </w:tcPr>
          <w:p>
            <w:pPr>
              <w:spacing w:after="0"/>
              <w:jc w:val="right"/>
            </w:pPr>
            <w:r>
              <w:rPr>
                <w:sz w:val="16"/>
              </w:rPr>
              <w:t>-36</w:t>
            </w:r>
          </w:p>
        </w:tc>
        <w:tc>
          <w:tcPr>
            <w:tcW w:type="dxa" w:w="3480"/>
          </w:tcPr>
          <w:p>
            <w:pPr>
              <w:spacing w:after="0"/>
              <w:jc w:val="left"/>
            </w:pPr>
            <w:r>
              <w:rPr>
                <w:sz w:val="16"/>
              </w:rPr>
              <w:t>FEMA tracker shows a plan in progress</w:t>
            </w:r>
          </w:p>
        </w:tc>
        <w:tc>
          <w:tcPr>
            <w:tcW w:type="dxa" w:w="65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376"/>
        <w:gridCol w:w="1440"/>
        <w:gridCol w:w="1037"/>
        <w:gridCol w:w="1126"/>
        <w:gridCol w:w="1273"/>
        <w:gridCol w:w="1101"/>
        <w:gridCol w:w="1141"/>
        <w:gridCol w:w="1940"/>
        <w:gridCol w:w="1963"/>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6"/>
            <w:shd w:val="clear" w:color="auto" w:fill="E8E8E8"/>
          </w:tcPr>
          <w:p>
            <w:pPr>
              <w:spacing w:after="0"/>
              <w:jc w:val="left"/>
            </w:pPr>
            <w:r>
              <w:rPr>
                <w:b/>
                <w:sz w:val="16"/>
              </w:rPr>
              <w:t>NRI risk rating</w:t>
            </w:r>
          </w:p>
        </w:tc>
        <w:tc>
          <w:tcPr>
            <w:tcW w:type="dxa" w:w="144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4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63"/>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Hurricane</w:t>
            </w:r>
          </w:p>
        </w:tc>
        <w:tc>
          <w:tcPr>
            <w:tcW w:type="dxa" w:w="1376"/>
          </w:tcPr>
          <w:p>
            <w:pPr>
              <w:spacing w:after="0"/>
              <w:jc w:val="left"/>
            </w:pPr>
            <w:r>
              <w:rPr>
                <w:sz w:val="16"/>
              </w:rPr>
              <w:t>Insufficient Data</w:t>
            </w:r>
          </w:p>
        </w:tc>
        <w:tc>
          <w:tcPr>
            <w:tcW w:type="dxa" w:w="1440"/>
          </w:tcPr>
          <w:p>
            <w:pPr>
              <w:spacing w:after="0"/>
              <w:jc w:val="left"/>
            </w:pPr>
            <w:r>
              <w:rPr>
                <w:sz w:val="16"/>
              </w:rPr>
              <w:t>Relatively High</w:t>
            </w:r>
          </w:p>
        </w:tc>
        <w:tc>
          <w:tcPr>
            <w:tcW w:type="dxa" w:w="1037"/>
          </w:tcPr>
          <w:p>
            <w:pPr>
              <w:spacing w:after="0"/>
              <w:jc w:val="right"/>
            </w:pPr>
            <w:r>
              <w:rPr>
                <w:sz w:val="16"/>
              </w:rPr>
              <w:t>$9,200,979</w:t>
            </w:r>
          </w:p>
        </w:tc>
        <w:tc>
          <w:tcPr>
            <w:tcW w:type="dxa" w:w="1126"/>
          </w:tcPr>
          <w:p>
            <w:pPr>
              <w:spacing w:after="0"/>
              <w:jc w:val="right"/>
            </w:pPr>
            <w:r>
              <w:rPr>
                <w:sz w:val="16"/>
              </w:rPr>
              <w:t>$0</w:t>
            </w:r>
          </w:p>
        </w:tc>
        <w:tc>
          <w:tcPr>
            <w:tcW w:type="dxa" w:w="1273"/>
          </w:tcPr>
          <w:p>
            <w:pPr>
              <w:spacing w:after="0"/>
              <w:jc w:val="right"/>
            </w:pPr>
            <w:r>
              <w:rPr>
                <w:sz w:val="16"/>
              </w:rPr>
              <w:t>$793,347</w:t>
            </w:r>
          </w:p>
        </w:tc>
        <w:tc>
          <w:tcPr>
            <w:tcW w:type="dxa" w:w="1101"/>
          </w:tcPr>
          <w:p>
            <w:pPr>
              <w:spacing w:after="0"/>
              <w:jc w:val="right"/>
            </w:pPr>
            <w:r>
              <w:rPr>
                <w:sz w:val="16"/>
              </w:rPr>
              <w:t>$9,994,326</w:t>
            </w:r>
          </w:p>
        </w:tc>
        <w:tc>
          <w:tcPr>
            <w:tcW w:type="dxa" w:w="1141"/>
          </w:tcPr>
          <w:p>
            <w:pPr>
              <w:spacing w:after="0"/>
              <w:jc w:val="right"/>
            </w:pPr>
            <w:r>
              <w:rPr>
                <w:sz w:val="16"/>
              </w:rPr>
              <w:t>10</w:t>
            </w:r>
          </w:p>
        </w:tc>
        <w:tc>
          <w:tcPr>
            <w:tcW w:type="dxa" w:w="1940"/>
          </w:tcPr>
          <w:p>
            <w:pPr>
              <w:spacing w:after="0"/>
              <w:jc w:val="left"/>
            </w:pPr>
          </w:p>
        </w:tc>
        <w:tc>
          <w:tcPr>
            <w:tcW w:type="dxa" w:w="1963"/>
          </w:tcPr>
          <w:p>
            <w:pPr>
              <w:spacing w:after="0"/>
              <w:jc w:val="left"/>
            </w:pPr>
            <w:r>
              <w:rPr>
                <w:sz w:val="16"/>
              </w:rPr>
              <w:t>Includes 1 Tropical Depression record, event types the NRI definition of this hazard leaves out.</w:t>
            </w:r>
          </w:p>
        </w:tc>
      </w:tr>
      <w:tr>
        <w:trPr>
          <w:cantSplit/>
        </w:trPr>
        <w:tc>
          <w:tcPr>
            <w:tcW w:type="dxa" w:w="679"/>
          </w:tcPr>
          <w:p>
            <w:pPr>
              <w:spacing w:after="0"/>
              <w:jc w:val="right"/>
            </w:pPr>
            <w:r>
              <w:rPr>
                <w:sz w:val="16"/>
              </w:rPr>
              <w:t>2</w:t>
            </w:r>
          </w:p>
        </w:tc>
        <w:tc>
          <w:tcPr>
            <w:tcW w:type="dxa" w:w="1037"/>
          </w:tcPr>
          <w:p>
            <w:pPr>
              <w:spacing w:after="0"/>
              <w:jc w:val="left"/>
            </w:pPr>
            <w:r>
              <w:rPr>
                <w:sz w:val="16"/>
              </w:rPr>
              <w:t>Tsunami</w:t>
            </w:r>
          </w:p>
        </w:tc>
        <w:tc>
          <w:tcPr>
            <w:tcW w:type="dxa" w:w="1376"/>
          </w:tcPr>
          <w:p>
            <w:pPr>
              <w:spacing w:after="0"/>
              <w:jc w:val="left"/>
            </w:pPr>
            <w:r>
              <w:rPr>
                <w:sz w:val="16"/>
              </w:rPr>
              <w:t>Insufficient Data</w:t>
            </w:r>
          </w:p>
        </w:tc>
        <w:tc>
          <w:tcPr>
            <w:tcW w:type="dxa" w:w="1440"/>
          </w:tcPr>
          <w:p>
            <w:pPr>
              <w:spacing w:after="0"/>
              <w:jc w:val="left"/>
            </w:pPr>
            <w:r>
              <w:rPr>
                <w:sz w:val="16"/>
              </w:rPr>
              <w:t>Relatively Moderate</w:t>
            </w:r>
          </w:p>
        </w:tc>
        <w:tc>
          <w:tcPr>
            <w:tcW w:type="dxa" w:w="1037"/>
          </w:tcPr>
          <w:p>
            <w:pPr>
              <w:spacing w:after="0"/>
              <w:jc w:val="right"/>
            </w:pPr>
            <w:r>
              <w:rPr>
                <w:sz w:val="16"/>
              </w:rPr>
              <w:t>$13,100</w:t>
            </w:r>
          </w:p>
        </w:tc>
        <w:tc>
          <w:tcPr>
            <w:tcW w:type="dxa" w:w="1126"/>
          </w:tcPr>
          <w:p>
            <w:pPr>
              <w:spacing w:after="0"/>
              <w:jc w:val="right"/>
            </w:pPr>
          </w:p>
        </w:tc>
        <w:tc>
          <w:tcPr>
            <w:tcW w:type="dxa" w:w="1273"/>
          </w:tcPr>
          <w:p>
            <w:pPr>
              <w:spacing w:after="0"/>
              <w:jc w:val="right"/>
            </w:pPr>
            <w:r>
              <w:rPr>
                <w:sz w:val="16"/>
              </w:rPr>
              <w:t>$6,208,630</w:t>
            </w:r>
          </w:p>
        </w:tc>
        <w:tc>
          <w:tcPr>
            <w:tcW w:type="dxa" w:w="1101"/>
          </w:tcPr>
          <w:p>
            <w:pPr>
              <w:spacing w:after="0"/>
              <w:jc w:val="right"/>
            </w:pPr>
            <w:r>
              <w:rPr>
                <w:sz w:val="16"/>
              </w:rPr>
              <w:t>$6,221,731</w:t>
            </w:r>
          </w:p>
        </w:tc>
        <w:tc>
          <w:tcPr>
            <w:tcW w:type="dxa" w:w="1141"/>
          </w:tcPr>
          <w:p>
            <w:pPr>
              <w:spacing w:after="0"/>
              <w:jc w:val="right"/>
            </w:pPr>
            <w:r>
              <w:rPr>
                <w:sz w:val="16"/>
              </w:rPr>
              <w:t>0</w:t>
            </w:r>
          </w:p>
        </w:tc>
        <w:tc>
          <w:tcPr>
            <w:tcW w:type="dxa" w:w="1940"/>
          </w:tcPr>
          <w:p>
            <w:pPr>
              <w:spacing w:after="0"/>
              <w:jc w:val="left"/>
            </w:pPr>
          </w:p>
        </w:tc>
        <w:tc>
          <w:tcPr>
            <w:tcW w:type="dxa" w:w="19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3</w:t>
            </w:r>
          </w:p>
        </w:tc>
        <w:tc>
          <w:tcPr>
            <w:tcW w:type="dxa" w:w="1037"/>
          </w:tcPr>
          <w:p>
            <w:pPr>
              <w:spacing w:after="0"/>
              <w:jc w:val="left"/>
            </w:pPr>
            <w:r>
              <w:rPr>
                <w:sz w:val="16"/>
              </w:rPr>
              <w:t>Earthquake</w:t>
            </w:r>
          </w:p>
        </w:tc>
        <w:tc>
          <w:tcPr>
            <w:tcW w:type="dxa" w:w="1376"/>
          </w:tcPr>
          <w:p>
            <w:pPr>
              <w:spacing w:after="0"/>
              <w:jc w:val="left"/>
            </w:pPr>
            <w:r>
              <w:rPr>
                <w:sz w:val="16"/>
              </w:rPr>
              <w:t>Insufficient Data</w:t>
            </w:r>
          </w:p>
        </w:tc>
        <w:tc>
          <w:tcPr>
            <w:tcW w:type="dxa" w:w="1440"/>
          </w:tcPr>
          <w:p>
            <w:pPr>
              <w:spacing w:after="0"/>
              <w:jc w:val="left"/>
            </w:pPr>
            <w:r>
              <w:rPr>
                <w:sz w:val="16"/>
              </w:rPr>
              <w:t>Relatively Moderate</w:t>
            </w:r>
          </w:p>
        </w:tc>
        <w:tc>
          <w:tcPr>
            <w:tcW w:type="dxa" w:w="1037"/>
          </w:tcPr>
          <w:p>
            <w:pPr>
              <w:spacing w:after="0"/>
              <w:jc w:val="right"/>
            </w:pPr>
            <w:r>
              <w:rPr>
                <w:sz w:val="16"/>
              </w:rPr>
              <w:t>$1,839,880</w:t>
            </w:r>
          </w:p>
        </w:tc>
        <w:tc>
          <w:tcPr>
            <w:tcW w:type="dxa" w:w="1126"/>
          </w:tcPr>
          <w:p>
            <w:pPr>
              <w:spacing w:after="0"/>
              <w:jc w:val="right"/>
            </w:pPr>
          </w:p>
        </w:tc>
        <w:tc>
          <w:tcPr>
            <w:tcW w:type="dxa" w:w="1273"/>
          </w:tcPr>
          <w:p>
            <w:pPr>
              <w:spacing w:after="0"/>
              <w:jc w:val="right"/>
            </w:pPr>
            <w:r>
              <w:rPr>
                <w:sz w:val="16"/>
              </w:rPr>
              <w:t>$2,162,248</w:t>
            </w:r>
          </w:p>
        </w:tc>
        <w:tc>
          <w:tcPr>
            <w:tcW w:type="dxa" w:w="1101"/>
          </w:tcPr>
          <w:p>
            <w:pPr>
              <w:spacing w:after="0"/>
              <w:jc w:val="right"/>
            </w:pPr>
            <w:r>
              <w:rPr>
                <w:sz w:val="16"/>
              </w:rPr>
              <w:t>$4,002,128</w:t>
            </w:r>
          </w:p>
        </w:tc>
        <w:tc>
          <w:tcPr>
            <w:tcW w:type="dxa" w:w="1141"/>
          </w:tcPr>
          <w:p>
            <w:pPr>
              <w:spacing w:after="0"/>
              <w:jc w:val="right"/>
            </w:pPr>
          </w:p>
        </w:tc>
        <w:tc>
          <w:tcPr>
            <w:tcW w:type="dxa" w:w="1940"/>
          </w:tcPr>
          <w:p>
            <w:pPr>
              <w:spacing w:after="0"/>
              <w:jc w:val="left"/>
            </w:pPr>
          </w:p>
        </w:tc>
        <w:tc>
          <w:tcPr>
            <w:tcW w:type="dxa" w:w="1963"/>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4</w:t>
            </w:r>
          </w:p>
        </w:tc>
        <w:tc>
          <w:tcPr>
            <w:tcW w:type="dxa" w:w="1037"/>
          </w:tcPr>
          <w:p>
            <w:pPr>
              <w:spacing w:after="0"/>
              <w:jc w:val="left"/>
            </w:pPr>
            <w:r>
              <w:rPr>
                <w:sz w:val="16"/>
              </w:rPr>
              <w:t>Inland Flooding</w:t>
            </w:r>
          </w:p>
        </w:tc>
        <w:tc>
          <w:tcPr>
            <w:tcW w:type="dxa" w:w="1376"/>
          </w:tcPr>
          <w:p>
            <w:pPr>
              <w:spacing w:after="0"/>
              <w:jc w:val="left"/>
            </w:pPr>
            <w:r>
              <w:rPr>
                <w:sz w:val="16"/>
              </w:rPr>
              <w:t>Insufficient Data</w:t>
            </w:r>
          </w:p>
        </w:tc>
        <w:tc>
          <w:tcPr>
            <w:tcW w:type="dxa" w:w="1440"/>
          </w:tcPr>
          <w:p>
            <w:pPr>
              <w:spacing w:after="0"/>
              <w:jc w:val="left"/>
            </w:pPr>
            <w:r>
              <w:rPr>
                <w:sz w:val="16"/>
              </w:rPr>
              <w:t>Very Low</w:t>
            </w:r>
          </w:p>
        </w:tc>
        <w:tc>
          <w:tcPr>
            <w:tcW w:type="dxa" w:w="1037"/>
          </w:tcPr>
          <w:p>
            <w:pPr>
              <w:spacing w:after="0"/>
              <w:jc w:val="right"/>
            </w:pPr>
            <w:r>
              <w:rPr>
                <w:sz w:val="16"/>
              </w:rPr>
              <w:t>$1,295,858</w:t>
            </w:r>
          </w:p>
        </w:tc>
        <w:tc>
          <w:tcPr>
            <w:tcW w:type="dxa" w:w="1126"/>
          </w:tcPr>
          <w:p>
            <w:pPr>
              <w:spacing w:after="0"/>
              <w:jc w:val="right"/>
            </w:pPr>
            <w:r>
              <w:rPr>
                <w:sz w:val="16"/>
              </w:rPr>
              <w:t>$0</w:t>
            </w:r>
          </w:p>
        </w:tc>
        <w:tc>
          <w:tcPr>
            <w:tcW w:type="dxa" w:w="1273"/>
          </w:tcPr>
          <w:p>
            <w:pPr>
              <w:spacing w:after="0"/>
              <w:jc w:val="right"/>
            </w:pPr>
            <w:r>
              <w:rPr>
                <w:sz w:val="16"/>
              </w:rPr>
              <w:t>$46,025</w:t>
            </w:r>
          </w:p>
        </w:tc>
        <w:tc>
          <w:tcPr>
            <w:tcW w:type="dxa" w:w="1101"/>
          </w:tcPr>
          <w:p>
            <w:pPr>
              <w:spacing w:after="0"/>
              <w:jc w:val="right"/>
            </w:pPr>
            <w:r>
              <w:rPr>
                <w:sz w:val="16"/>
              </w:rPr>
              <w:t>$1,341,882</w:t>
            </w:r>
          </w:p>
        </w:tc>
        <w:tc>
          <w:tcPr>
            <w:tcW w:type="dxa" w:w="1141"/>
          </w:tcPr>
          <w:p>
            <w:pPr>
              <w:spacing w:after="0"/>
              <w:jc w:val="right"/>
            </w:pPr>
            <w:r>
              <w:rPr>
                <w:sz w:val="16"/>
              </w:rPr>
              <w:t>106</w:t>
            </w:r>
          </w:p>
        </w:tc>
        <w:tc>
          <w:tcPr>
            <w:tcW w:type="dxa" w:w="1940"/>
          </w:tcPr>
          <w:p>
            <w:pPr>
              <w:spacing w:after="0"/>
              <w:jc w:val="left"/>
            </w:pPr>
          </w:p>
        </w:tc>
        <w:tc>
          <w:tcPr>
            <w:tcW w:type="dxa" w:w="1963"/>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Lightning</w:t>
            </w:r>
          </w:p>
        </w:tc>
        <w:tc>
          <w:tcPr>
            <w:tcW w:type="dxa" w:w="1376"/>
          </w:tcPr>
          <w:p>
            <w:pPr>
              <w:spacing w:after="0"/>
              <w:jc w:val="left"/>
            </w:pPr>
            <w:r>
              <w:rPr>
                <w:sz w:val="16"/>
              </w:rPr>
              <w:t>Insufficient Data</w:t>
            </w:r>
          </w:p>
        </w:tc>
        <w:tc>
          <w:tcPr>
            <w:tcW w:type="dxa" w:w="1440"/>
          </w:tcPr>
          <w:p>
            <w:pPr>
              <w:spacing w:after="0"/>
              <w:jc w:val="left"/>
            </w:pPr>
            <w:r>
              <w:rPr>
                <w:sz w:val="16"/>
              </w:rPr>
              <w:t>Relatively Low</w:t>
            </w:r>
          </w:p>
        </w:tc>
        <w:tc>
          <w:tcPr>
            <w:tcW w:type="dxa" w:w="1037"/>
          </w:tcPr>
          <w:p>
            <w:pPr>
              <w:spacing w:after="0"/>
              <w:jc w:val="right"/>
            </w:pPr>
            <w:r>
              <w:rPr>
                <w:sz w:val="16"/>
              </w:rPr>
              <w:t>$5,993</w:t>
            </w:r>
          </w:p>
        </w:tc>
        <w:tc>
          <w:tcPr>
            <w:tcW w:type="dxa" w:w="1126"/>
          </w:tcPr>
          <w:p>
            <w:pPr>
              <w:spacing w:after="0"/>
              <w:jc w:val="right"/>
            </w:pPr>
          </w:p>
        </w:tc>
        <w:tc>
          <w:tcPr>
            <w:tcW w:type="dxa" w:w="1273"/>
          </w:tcPr>
          <w:p>
            <w:pPr>
              <w:spacing w:after="0"/>
              <w:jc w:val="right"/>
            </w:pPr>
            <w:r>
              <w:rPr>
                <w:sz w:val="16"/>
              </w:rPr>
              <w:t>$306,749</w:t>
            </w:r>
          </w:p>
        </w:tc>
        <w:tc>
          <w:tcPr>
            <w:tcW w:type="dxa" w:w="1101"/>
          </w:tcPr>
          <w:p>
            <w:pPr>
              <w:spacing w:after="0"/>
              <w:jc w:val="right"/>
            </w:pPr>
            <w:r>
              <w:rPr>
                <w:sz w:val="16"/>
              </w:rPr>
              <w:t>$312,741</w:t>
            </w:r>
          </w:p>
        </w:tc>
        <w:tc>
          <w:tcPr>
            <w:tcW w:type="dxa" w:w="1141"/>
          </w:tcPr>
          <w:p>
            <w:pPr>
              <w:spacing w:after="0"/>
              <w:jc w:val="right"/>
            </w:pPr>
            <w:r>
              <w:rPr>
                <w:sz w:val="16"/>
              </w:rPr>
              <w:t>1</w:t>
            </w:r>
          </w:p>
        </w:tc>
        <w:tc>
          <w:tcPr>
            <w:tcW w:type="dxa" w:w="1940"/>
          </w:tcPr>
          <w:p>
            <w:pPr>
              <w:spacing w:after="0"/>
              <w:jc w:val="left"/>
            </w:pPr>
          </w:p>
        </w:tc>
        <w:tc>
          <w:tcPr>
            <w:tcW w:type="dxa" w:w="1963"/>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Coastal Flooding</w:t>
            </w:r>
          </w:p>
        </w:tc>
        <w:tc>
          <w:tcPr>
            <w:tcW w:type="dxa" w:w="1376"/>
          </w:tcPr>
          <w:p>
            <w:pPr>
              <w:spacing w:after="0"/>
              <w:jc w:val="left"/>
            </w:pPr>
            <w:r>
              <w:rPr>
                <w:sz w:val="16"/>
              </w:rPr>
              <w:t>Insufficient Data</w:t>
            </w:r>
          </w:p>
        </w:tc>
        <w:tc>
          <w:tcPr>
            <w:tcW w:type="dxa" w:w="1440"/>
          </w:tcPr>
          <w:p>
            <w:pPr>
              <w:spacing w:after="0"/>
              <w:jc w:val="left"/>
            </w:pPr>
            <w:r>
              <w:rPr>
                <w:sz w:val="16"/>
              </w:rPr>
              <w:t>Relatively Low</w:t>
            </w:r>
          </w:p>
        </w:tc>
        <w:tc>
          <w:tcPr>
            <w:tcW w:type="dxa" w:w="1037"/>
          </w:tcPr>
          <w:p>
            <w:pPr>
              <w:spacing w:after="0"/>
              <w:jc w:val="right"/>
            </w:pPr>
            <w:r>
              <w:rPr>
                <w:sz w:val="16"/>
              </w:rPr>
              <w:t>$76,583</w:t>
            </w:r>
          </w:p>
        </w:tc>
        <w:tc>
          <w:tcPr>
            <w:tcW w:type="dxa" w:w="1126"/>
          </w:tcPr>
          <w:p>
            <w:pPr>
              <w:spacing w:after="0"/>
              <w:jc w:val="right"/>
            </w:pPr>
          </w:p>
        </w:tc>
        <w:tc>
          <w:tcPr>
            <w:tcW w:type="dxa" w:w="1273"/>
          </w:tcPr>
          <w:p>
            <w:pPr>
              <w:spacing w:after="0"/>
              <w:jc w:val="right"/>
            </w:pPr>
            <w:r>
              <w:rPr>
                <w:sz w:val="16"/>
              </w:rPr>
              <w:t>$42,009</w:t>
            </w:r>
          </w:p>
        </w:tc>
        <w:tc>
          <w:tcPr>
            <w:tcW w:type="dxa" w:w="1101"/>
          </w:tcPr>
          <w:p>
            <w:pPr>
              <w:spacing w:after="0"/>
              <w:jc w:val="right"/>
            </w:pPr>
            <w:r>
              <w:rPr>
                <w:sz w:val="16"/>
              </w:rPr>
              <w:t>$118,592</w:t>
            </w:r>
          </w:p>
        </w:tc>
        <w:tc>
          <w:tcPr>
            <w:tcW w:type="dxa" w:w="1141"/>
          </w:tcPr>
          <w:p>
            <w:pPr>
              <w:spacing w:after="0"/>
              <w:jc w:val="right"/>
            </w:pPr>
            <w:r>
              <w:rPr>
                <w:sz w:val="16"/>
              </w:rPr>
              <w:t>17</w:t>
            </w:r>
          </w:p>
        </w:tc>
        <w:tc>
          <w:tcPr>
            <w:tcW w:type="dxa" w:w="1940"/>
          </w:tcPr>
          <w:p>
            <w:pPr>
              <w:spacing w:after="0"/>
              <w:jc w:val="left"/>
            </w:pPr>
          </w:p>
        </w:tc>
        <w:tc>
          <w:tcPr>
            <w:tcW w:type="dxa" w:w="1963"/>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Tornado</w:t>
            </w:r>
          </w:p>
        </w:tc>
        <w:tc>
          <w:tcPr>
            <w:tcW w:type="dxa" w:w="1376"/>
          </w:tcPr>
          <w:p>
            <w:pPr>
              <w:spacing w:after="0"/>
              <w:jc w:val="left"/>
            </w:pPr>
            <w:r>
              <w:rPr>
                <w:sz w:val="16"/>
              </w:rPr>
              <w:t>Insufficient Data</w:t>
            </w:r>
          </w:p>
        </w:tc>
        <w:tc>
          <w:tcPr>
            <w:tcW w:type="dxa" w:w="1440"/>
          </w:tcPr>
          <w:p>
            <w:pPr>
              <w:spacing w:after="0"/>
              <w:jc w:val="left"/>
            </w:pPr>
            <w:r>
              <w:rPr>
                <w:sz w:val="16"/>
              </w:rPr>
              <w:t>Very Low</w:t>
            </w:r>
          </w:p>
        </w:tc>
        <w:tc>
          <w:tcPr>
            <w:tcW w:type="dxa" w:w="1037"/>
          </w:tcPr>
          <w:p>
            <w:pPr>
              <w:spacing w:after="0"/>
              <w:jc w:val="right"/>
            </w:pPr>
            <w:r>
              <w:rPr>
                <w:sz w:val="16"/>
              </w:rPr>
              <w:t>$2,461</w:t>
            </w:r>
          </w:p>
        </w:tc>
        <w:tc>
          <w:tcPr>
            <w:tcW w:type="dxa" w:w="1126"/>
          </w:tcPr>
          <w:p>
            <w:pPr>
              <w:spacing w:after="0"/>
              <w:jc w:val="right"/>
            </w:pPr>
            <w:r>
              <w:rPr>
                <w:sz w:val="16"/>
              </w:rPr>
              <w:t>$0</w:t>
            </w:r>
          </w:p>
        </w:tc>
        <w:tc>
          <w:tcPr>
            <w:tcW w:type="dxa" w:w="1273"/>
          </w:tcPr>
          <w:p>
            <w:pPr>
              <w:spacing w:after="0"/>
              <w:jc w:val="right"/>
            </w:pPr>
            <w:r>
              <w:rPr>
                <w:sz w:val="16"/>
              </w:rPr>
              <w:t>$3,566</w:t>
            </w:r>
          </w:p>
        </w:tc>
        <w:tc>
          <w:tcPr>
            <w:tcW w:type="dxa" w:w="1101"/>
          </w:tcPr>
          <w:p>
            <w:pPr>
              <w:spacing w:after="0"/>
              <w:jc w:val="right"/>
            </w:pPr>
            <w:r>
              <w:rPr>
                <w:sz w:val="16"/>
              </w:rPr>
              <w:t>$6,027</w:t>
            </w:r>
          </w:p>
        </w:tc>
        <w:tc>
          <w:tcPr>
            <w:tcW w:type="dxa" w:w="1141"/>
          </w:tcPr>
          <w:p>
            <w:pPr>
              <w:spacing w:after="0"/>
              <w:jc w:val="right"/>
            </w:pPr>
            <w:r>
              <w:rPr>
                <w:sz w:val="16"/>
              </w:rPr>
              <w:t>0</w:t>
            </w:r>
          </w:p>
        </w:tc>
        <w:tc>
          <w:tcPr>
            <w:tcW w:type="dxa" w:w="1940"/>
          </w:tcPr>
          <w:p>
            <w:pPr>
              <w:spacing w:after="0"/>
              <w:jc w:val="left"/>
            </w:pPr>
          </w:p>
        </w:tc>
        <w:tc>
          <w:tcPr>
            <w:tcW w:type="dxa" w:w="19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8</w:t>
            </w:r>
          </w:p>
        </w:tc>
        <w:tc>
          <w:tcPr>
            <w:tcW w:type="dxa" w:w="1037"/>
          </w:tcPr>
          <w:p>
            <w:pPr>
              <w:spacing w:after="0"/>
              <w:jc w:val="left"/>
            </w:pPr>
            <w:r>
              <w:rPr>
                <w:sz w:val="16"/>
              </w:rPr>
              <w:t>Volcanic Activity</w:t>
            </w:r>
          </w:p>
        </w:tc>
        <w:tc>
          <w:tcPr>
            <w:tcW w:type="dxa" w:w="1376"/>
          </w:tcPr>
          <w:p>
            <w:pPr>
              <w:spacing w:after="0"/>
              <w:jc w:val="left"/>
            </w:pPr>
            <w:r>
              <w:rPr>
                <w:sz w:val="16"/>
              </w:rPr>
              <w:t>Insufficient Data</w:t>
            </w:r>
          </w:p>
        </w:tc>
        <w:tc>
          <w:tcPr>
            <w:tcW w:type="dxa" w:w="1440"/>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p>
        </w:tc>
        <w:tc>
          <w:tcPr>
            <w:tcW w:type="dxa" w:w="1273"/>
          </w:tcPr>
          <w:p>
            <w:pPr>
              <w:spacing w:after="0"/>
              <w:jc w:val="right"/>
            </w:pPr>
            <w:r>
              <w:rPr>
                <w:sz w:val="16"/>
              </w:rPr>
              <w:t>$567</w:t>
            </w:r>
          </w:p>
        </w:tc>
        <w:tc>
          <w:tcPr>
            <w:tcW w:type="dxa" w:w="1101"/>
          </w:tcPr>
          <w:p>
            <w:pPr>
              <w:spacing w:after="0"/>
              <w:jc w:val="right"/>
            </w:pPr>
            <w:r>
              <w:rPr>
                <w:sz w:val="16"/>
              </w:rPr>
              <w:t>$568</w:t>
            </w:r>
          </w:p>
        </w:tc>
        <w:tc>
          <w:tcPr>
            <w:tcW w:type="dxa" w:w="1141"/>
          </w:tcPr>
          <w:p>
            <w:pPr>
              <w:spacing w:after="0"/>
              <w:jc w:val="right"/>
            </w:pPr>
            <w:r>
              <w:rPr>
                <w:sz w:val="16"/>
              </w:rPr>
              <w:t>5</w:t>
            </w:r>
          </w:p>
        </w:tc>
        <w:tc>
          <w:tcPr>
            <w:tcW w:type="dxa" w:w="1940"/>
          </w:tcPr>
          <w:p>
            <w:pPr>
              <w:spacing w:after="0"/>
              <w:jc w:val="left"/>
            </w:pPr>
          </w:p>
        </w:tc>
        <w:tc>
          <w:tcPr>
            <w:tcW w:type="dxa" w:w="1963"/>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Hail</w:t>
            </w:r>
          </w:p>
        </w:tc>
        <w:tc>
          <w:tcPr>
            <w:tcW w:type="dxa" w:w="1376"/>
          </w:tcPr>
          <w:p>
            <w:pPr>
              <w:spacing w:after="0"/>
              <w:jc w:val="left"/>
            </w:pPr>
            <w:r>
              <w:rPr>
                <w:sz w:val="16"/>
              </w:rPr>
              <w:t>Insufficient Data</w:t>
            </w:r>
          </w:p>
        </w:tc>
        <w:tc>
          <w:tcPr>
            <w:tcW w:type="dxa" w:w="1440"/>
          </w:tcPr>
          <w:p>
            <w:pPr>
              <w:spacing w:after="0"/>
              <w:jc w:val="left"/>
            </w:pPr>
            <w:r>
              <w:rPr>
                <w:sz w:val="16"/>
              </w:rPr>
              <w:t>Very Low</w:t>
            </w:r>
          </w:p>
        </w:tc>
        <w:tc>
          <w:tcPr>
            <w:tcW w:type="dxa" w:w="1037"/>
          </w:tcPr>
          <w:p>
            <w:pPr>
              <w:spacing w:after="0"/>
              <w:jc w:val="right"/>
            </w:pPr>
            <w:r>
              <w:rPr>
                <w:sz w:val="16"/>
              </w:rPr>
              <w:t>$35</w:t>
            </w:r>
          </w:p>
        </w:tc>
        <w:tc>
          <w:tcPr>
            <w:tcW w:type="dxa" w:w="1126"/>
          </w:tcPr>
          <w:p>
            <w:pPr>
              <w:spacing w:after="0"/>
              <w:jc w:val="right"/>
            </w:pPr>
            <w:r>
              <w:rPr>
                <w:sz w:val="16"/>
              </w:rPr>
              <w:t>$0</w:t>
            </w:r>
          </w:p>
        </w:tc>
        <w:tc>
          <w:tcPr>
            <w:tcW w:type="dxa" w:w="1273"/>
          </w:tcPr>
          <w:p>
            <w:pPr>
              <w:spacing w:after="0"/>
              <w:jc w:val="right"/>
            </w:pPr>
            <w:r>
              <w:rPr>
                <w:sz w:val="16"/>
              </w:rPr>
              <w:t>$333</w:t>
            </w:r>
          </w:p>
        </w:tc>
        <w:tc>
          <w:tcPr>
            <w:tcW w:type="dxa" w:w="1101"/>
          </w:tcPr>
          <w:p>
            <w:pPr>
              <w:spacing w:after="0"/>
              <w:jc w:val="right"/>
            </w:pPr>
            <w:r>
              <w:rPr>
                <w:sz w:val="16"/>
              </w:rPr>
              <w:t>$367</w:t>
            </w:r>
          </w:p>
        </w:tc>
        <w:tc>
          <w:tcPr>
            <w:tcW w:type="dxa" w:w="1141"/>
          </w:tcPr>
          <w:p>
            <w:pPr>
              <w:spacing w:after="0"/>
              <w:jc w:val="right"/>
            </w:pPr>
            <w:r>
              <w:rPr>
                <w:sz w:val="16"/>
              </w:rPr>
              <w:t>0</w:t>
            </w:r>
          </w:p>
        </w:tc>
        <w:tc>
          <w:tcPr>
            <w:tcW w:type="dxa" w:w="1940"/>
          </w:tcPr>
          <w:p>
            <w:pPr>
              <w:spacing w:after="0"/>
              <w:jc w:val="left"/>
            </w:pPr>
          </w:p>
        </w:tc>
        <w:tc>
          <w:tcPr>
            <w:tcW w:type="dxa" w:w="19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10</w:t>
            </w:r>
          </w:p>
        </w:tc>
        <w:tc>
          <w:tcPr>
            <w:tcW w:type="dxa" w:w="1037"/>
          </w:tcPr>
          <w:p>
            <w:pPr>
              <w:spacing w:after="0"/>
              <w:jc w:val="left"/>
            </w:pPr>
            <w:r>
              <w:rPr>
                <w:sz w:val="16"/>
              </w:rPr>
              <w:t>Strong Wind</w:t>
            </w:r>
          </w:p>
        </w:tc>
        <w:tc>
          <w:tcPr>
            <w:tcW w:type="dxa" w:w="1376"/>
          </w:tcPr>
          <w:p>
            <w:pPr>
              <w:spacing w:after="0"/>
              <w:jc w:val="left"/>
            </w:pPr>
            <w:r>
              <w:rPr>
                <w:sz w:val="16"/>
              </w:rPr>
              <w:t>Insufficient Data</w:t>
            </w:r>
          </w:p>
        </w:tc>
        <w:tc>
          <w:tcPr>
            <w:tcW w:type="dxa" w:w="1440"/>
          </w:tcPr>
          <w:p>
            <w:pPr>
              <w:spacing w:after="0"/>
              <w:jc w:val="left"/>
            </w:pPr>
            <w:r>
              <w:rPr>
                <w:sz w:val="16"/>
              </w:rPr>
              <w:t>Very Low</w:t>
            </w:r>
          </w:p>
        </w:tc>
        <w:tc>
          <w:tcPr>
            <w:tcW w:type="dxa" w:w="1037"/>
          </w:tcPr>
          <w:p>
            <w:pPr>
              <w:spacing w:after="0"/>
              <w:jc w:val="right"/>
            </w:pPr>
            <w:r>
              <w:rPr>
                <w:sz w:val="16"/>
              </w:rPr>
              <w:t>$81</w:t>
            </w:r>
          </w:p>
        </w:tc>
        <w:tc>
          <w:tcPr>
            <w:tcW w:type="dxa" w:w="1126"/>
          </w:tcPr>
          <w:p>
            <w:pPr>
              <w:spacing w:after="0"/>
              <w:jc w:val="right"/>
            </w:pPr>
            <w:r>
              <w:rPr>
                <w:sz w:val="16"/>
              </w:rPr>
              <w:t>$0</w:t>
            </w:r>
          </w:p>
        </w:tc>
        <w:tc>
          <w:tcPr>
            <w:tcW w:type="dxa" w:w="1273"/>
          </w:tcPr>
          <w:p>
            <w:pPr>
              <w:spacing w:after="0"/>
              <w:jc w:val="right"/>
            </w:pPr>
            <w:r>
              <w:rPr>
                <w:sz w:val="16"/>
              </w:rPr>
              <w:t>$61</w:t>
            </w:r>
          </w:p>
        </w:tc>
        <w:tc>
          <w:tcPr>
            <w:tcW w:type="dxa" w:w="1101"/>
          </w:tcPr>
          <w:p>
            <w:pPr>
              <w:spacing w:after="0"/>
              <w:jc w:val="right"/>
            </w:pPr>
            <w:r>
              <w:rPr>
                <w:sz w:val="16"/>
              </w:rPr>
              <w:t>$142</w:t>
            </w:r>
          </w:p>
        </w:tc>
        <w:tc>
          <w:tcPr>
            <w:tcW w:type="dxa" w:w="1141"/>
          </w:tcPr>
          <w:p>
            <w:pPr>
              <w:spacing w:after="0"/>
              <w:jc w:val="right"/>
            </w:pPr>
            <w:r>
              <w:rPr>
                <w:sz w:val="16"/>
              </w:rPr>
              <w:t>8</w:t>
            </w:r>
          </w:p>
        </w:tc>
        <w:tc>
          <w:tcPr>
            <w:tcW w:type="dxa" w:w="1940"/>
          </w:tcPr>
          <w:p>
            <w:pPr>
              <w:spacing w:after="0"/>
              <w:jc w:val="left"/>
            </w:pPr>
          </w:p>
        </w:tc>
        <w:tc>
          <w:tcPr>
            <w:tcW w:type="dxa" w:w="1963"/>
          </w:tcPr>
          <w:p>
            <w:pPr>
              <w:spacing w:after="0"/>
              <w:jc w:val="left"/>
            </w:pPr>
            <w:r>
              <w:rPr>
                <w:sz w:val="16"/>
              </w:rPr>
              <w:t>Includes 3 Strong Wind records, event types the NRI definition of this hazard leaves out.</w:t>
            </w:r>
          </w:p>
        </w:tc>
      </w:tr>
      <w:tr>
        <w:trPr>
          <w:cantSplit/>
        </w:trPr>
        <w:tc>
          <w:tcPr>
            <w:tcW w:type="dxa" w:w="679"/>
          </w:tcPr>
          <w:p>
            <w:pPr>
              <w:spacing w:after="0"/>
              <w:jc w:val="right"/>
            </w:pPr>
            <w:r>
              <w:rPr>
                <w:sz w:val="16"/>
              </w:rPr>
              <w:t>11</w:t>
            </w:r>
          </w:p>
        </w:tc>
        <w:tc>
          <w:tcPr>
            <w:tcW w:type="dxa" w:w="1037"/>
          </w:tcPr>
          <w:p>
            <w:pPr>
              <w:spacing w:after="0"/>
              <w:jc w:val="left"/>
            </w:pPr>
            <w:r>
              <w:rPr>
                <w:sz w:val="16"/>
              </w:rPr>
              <w:t>Landslide</w:t>
            </w:r>
          </w:p>
        </w:tc>
        <w:tc>
          <w:tcPr>
            <w:tcW w:type="dxa" w:w="1376"/>
          </w:tcPr>
          <w:p>
            <w:pPr>
              <w:spacing w:after="0"/>
              <w:jc w:val="left"/>
            </w:pPr>
            <w:r>
              <w:rPr>
                <w:sz w:val="16"/>
              </w:rPr>
              <w:t>Insufficient Data</w:t>
            </w:r>
          </w:p>
        </w:tc>
        <w:tc>
          <w:tcPr>
            <w:tcW w:type="dxa" w:w="1440"/>
          </w:tcPr>
          <w:p>
            <w:pPr>
              <w:spacing w:after="0"/>
              <w:jc w:val="left"/>
            </w:pPr>
            <w:r>
              <w:rPr>
                <w:sz w:val="16"/>
              </w:rPr>
              <w:t>Very Low</w:t>
            </w:r>
          </w:p>
        </w:tc>
        <w:tc>
          <w:tcPr>
            <w:tcW w:type="dxa" w:w="1037"/>
          </w:tcPr>
          <w:p>
            <w:pPr>
              <w:spacing w:after="0"/>
              <w:jc w:val="right"/>
            </w:pPr>
            <w:r>
              <w:rPr>
                <w:sz w:val="16"/>
              </w:rPr>
              <w:t>$23</w:t>
            </w:r>
          </w:p>
        </w:tc>
        <w:tc>
          <w:tcPr>
            <w:tcW w:type="dxa" w:w="1126"/>
          </w:tcPr>
          <w:p>
            <w:pPr>
              <w:spacing w:after="0"/>
              <w:jc w:val="right"/>
            </w:pPr>
          </w:p>
        </w:tc>
        <w:tc>
          <w:tcPr>
            <w:tcW w:type="dxa" w:w="1273"/>
          </w:tcPr>
          <w:p>
            <w:pPr>
              <w:spacing w:after="0"/>
              <w:jc w:val="right"/>
            </w:pPr>
            <w:r>
              <w:rPr>
                <w:sz w:val="16"/>
              </w:rPr>
              <w:t>$4</w:t>
            </w:r>
          </w:p>
        </w:tc>
        <w:tc>
          <w:tcPr>
            <w:tcW w:type="dxa" w:w="1101"/>
          </w:tcPr>
          <w:p>
            <w:pPr>
              <w:spacing w:after="0"/>
              <w:jc w:val="right"/>
            </w:pPr>
            <w:r>
              <w:rPr>
                <w:sz w:val="16"/>
              </w:rPr>
              <w:t>$26</w:t>
            </w:r>
          </w:p>
        </w:tc>
        <w:tc>
          <w:tcPr>
            <w:tcW w:type="dxa" w:w="1141"/>
          </w:tcPr>
          <w:p>
            <w:pPr>
              <w:spacing w:after="0"/>
              <w:jc w:val="right"/>
            </w:pPr>
            <w:r>
              <w:rPr>
                <w:sz w:val="16"/>
              </w:rPr>
              <w:t>13</w:t>
            </w:r>
          </w:p>
        </w:tc>
        <w:tc>
          <w:tcPr>
            <w:tcW w:type="dxa" w:w="1940"/>
          </w:tcPr>
          <w:p>
            <w:pPr>
              <w:spacing w:after="0"/>
              <w:jc w:val="left"/>
            </w:pPr>
          </w:p>
        </w:tc>
        <w:tc>
          <w:tcPr>
            <w:tcW w:type="dxa" w:w="1963"/>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Cold Wave</w:t>
            </w:r>
          </w:p>
        </w:tc>
        <w:tc>
          <w:tcPr>
            <w:tcW w:type="dxa" w:w="1376"/>
          </w:tcPr>
          <w:p>
            <w:pPr>
              <w:spacing w:after="0"/>
              <w:jc w:val="left"/>
            </w:pPr>
            <w:r>
              <w:rPr>
                <w:sz w:val="16"/>
              </w:rPr>
              <w:t>Insufficient Data</w:t>
            </w:r>
          </w:p>
        </w:tc>
        <w:tc>
          <w:tcPr>
            <w:tcW w:type="dxa" w:w="144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73"/>
          </w:tcPr>
          <w:p>
            <w:pPr>
              <w:spacing w:after="0"/>
              <w:jc w:val="right"/>
            </w:pPr>
            <w:r>
              <w:rPr>
                <w:sz w:val="16"/>
              </w:rPr>
              <w:t>$0</w:t>
            </w:r>
          </w:p>
        </w:tc>
        <w:tc>
          <w:tcPr>
            <w:tcW w:type="dxa" w:w="1101"/>
          </w:tcPr>
          <w:p>
            <w:pPr>
              <w:spacing w:after="0"/>
              <w:jc w:val="right"/>
            </w:pPr>
            <w:r>
              <w:rPr>
                <w:sz w:val="16"/>
              </w:rPr>
              <w:t>$0</w:t>
            </w:r>
          </w:p>
        </w:tc>
        <w:tc>
          <w:tcPr>
            <w:tcW w:type="dxa" w:w="1141"/>
          </w:tcPr>
          <w:p>
            <w:pPr>
              <w:spacing w:after="0"/>
              <w:jc w:val="right"/>
            </w:pPr>
            <w:r>
              <w:rPr>
                <w:sz w:val="16"/>
              </w:rPr>
              <w:t>0</w:t>
            </w:r>
          </w:p>
        </w:tc>
        <w:tc>
          <w:tcPr>
            <w:tcW w:type="dxa" w:w="1940"/>
          </w:tcPr>
          <w:p>
            <w:pPr>
              <w:spacing w:after="0"/>
              <w:jc w:val="left"/>
            </w:pPr>
          </w:p>
        </w:tc>
        <w:tc>
          <w:tcPr>
            <w:tcW w:type="dxa" w:w="19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13</w:t>
            </w:r>
          </w:p>
        </w:tc>
        <w:tc>
          <w:tcPr>
            <w:tcW w:type="dxa" w:w="1037"/>
          </w:tcPr>
          <w:p>
            <w:pPr>
              <w:spacing w:after="0"/>
              <w:jc w:val="left"/>
            </w:pPr>
            <w:r>
              <w:rPr>
                <w:sz w:val="16"/>
              </w:rPr>
              <w:t>Drought</w:t>
            </w:r>
          </w:p>
        </w:tc>
        <w:tc>
          <w:tcPr>
            <w:tcW w:type="dxa" w:w="1376"/>
          </w:tcPr>
          <w:p>
            <w:pPr>
              <w:spacing w:after="0"/>
              <w:jc w:val="left"/>
            </w:pPr>
            <w:r>
              <w:rPr>
                <w:sz w:val="16"/>
              </w:rPr>
              <w:t>Insufficient Data</w:t>
            </w:r>
          </w:p>
        </w:tc>
        <w:tc>
          <w:tcPr>
            <w:tcW w:type="dxa" w:w="1440"/>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73"/>
          </w:tcPr>
          <w:p>
            <w:pPr>
              <w:spacing w:after="0"/>
              <w:jc w:val="right"/>
            </w:pPr>
          </w:p>
        </w:tc>
        <w:tc>
          <w:tcPr>
            <w:tcW w:type="dxa" w:w="1101"/>
          </w:tcPr>
          <w:p>
            <w:pPr>
              <w:spacing w:after="0"/>
              <w:jc w:val="right"/>
            </w:pPr>
            <w:r>
              <w:rPr>
                <w:sz w:val="16"/>
              </w:rPr>
              <w:t>$0</w:t>
            </w:r>
          </w:p>
        </w:tc>
        <w:tc>
          <w:tcPr>
            <w:tcW w:type="dxa" w:w="1141"/>
          </w:tcPr>
          <w:p>
            <w:pPr>
              <w:spacing w:after="0"/>
              <w:jc w:val="right"/>
            </w:pPr>
            <w:r>
              <w:rPr>
                <w:sz w:val="16"/>
              </w:rPr>
              <w:t>1</w:t>
            </w:r>
          </w:p>
        </w:tc>
        <w:tc>
          <w:tcPr>
            <w:tcW w:type="dxa" w:w="1940"/>
          </w:tcPr>
          <w:p>
            <w:pPr>
              <w:spacing w:after="0"/>
              <w:jc w:val="left"/>
            </w:pPr>
          </w:p>
        </w:tc>
        <w:tc>
          <w:tcPr>
            <w:tcW w:type="dxa" w:w="1963"/>
          </w:tcPr>
          <w:p>
            <w:pPr>
              <w:spacing w:after="0"/>
              <w:jc w:val="left"/>
            </w:pPr>
          </w:p>
        </w:tc>
      </w:tr>
      <w:tr>
        <w:trPr>
          <w:cantSplit/>
        </w:trPr>
        <w:tc>
          <w:tcPr>
            <w:tcW w:type="dxa" w:w="679"/>
          </w:tcPr>
          <w:p>
            <w:pPr>
              <w:spacing w:after="0"/>
              <w:jc w:val="right"/>
            </w:pPr>
            <w:r>
              <w:rPr>
                <w:sz w:val="16"/>
              </w:rPr>
              <w:t>14</w:t>
            </w:r>
          </w:p>
        </w:tc>
        <w:tc>
          <w:tcPr>
            <w:tcW w:type="dxa" w:w="1037"/>
          </w:tcPr>
          <w:p>
            <w:pPr>
              <w:spacing w:after="0"/>
              <w:jc w:val="left"/>
            </w:pPr>
            <w:r>
              <w:rPr>
                <w:sz w:val="16"/>
              </w:rPr>
              <w:t>Heat Wave</w:t>
            </w:r>
          </w:p>
        </w:tc>
        <w:tc>
          <w:tcPr>
            <w:tcW w:type="dxa" w:w="1376"/>
          </w:tcPr>
          <w:p>
            <w:pPr>
              <w:spacing w:after="0"/>
              <w:jc w:val="left"/>
            </w:pPr>
            <w:r>
              <w:rPr>
                <w:sz w:val="16"/>
              </w:rPr>
              <w:t>Insufficient Data</w:t>
            </w:r>
          </w:p>
        </w:tc>
        <w:tc>
          <w:tcPr>
            <w:tcW w:type="dxa" w:w="144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73"/>
          </w:tcPr>
          <w:p>
            <w:pPr>
              <w:spacing w:after="0"/>
              <w:jc w:val="right"/>
            </w:pPr>
            <w:r>
              <w:rPr>
                <w:sz w:val="16"/>
              </w:rPr>
              <w:t>$0</w:t>
            </w:r>
          </w:p>
        </w:tc>
        <w:tc>
          <w:tcPr>
            <w:tcW w:type="dxa" w:w="1101"/>
          </w:tcPr>
          <w:p>
            <w:pPr>
              <w:spacing w:after="0"/>
              <w:jc w:val="right"/>
            </w:pPr>
            <w:r>
              <w:rPr>
                <w:sz w:val="16"/>
              </w:rPr>
              <w:t>$0</w:t>
            </w:r>
          </w:p>
        </w:tc>
        <w:tc>
          <w:tcPr>
            <w:tcW w:type="dxa" w:w="1141"/>
          </w:tcPr>
          <w:p>
            <w:pPr>
              <w:spacing w:after="0"/>
              <w:jc w:val="right"/>
            </w:pPr>
            <w:r>
              <w:rPr>
                <w:sz w:val="16"/>
              </w:rPr>
              <w:t>8</w:t>
            </w:r>
          </w:p>
        </w:tc>
        <w:tc>
          <w:tcPr>
            <w:tcW w:type="dxa" w:w="1940"/>
          </w:tcPr>
          <w:p>
            <w:pPr>
              <w:spacing w:after="0"/>
              <w:jc w:val="left"/>
            </w:pPr>
          </w:p>
        </w:tc>
        <w:tc>
          <w:tcPr>
            <w:tcW w:type="dxa" w:w="1963"/>
          </w:tcPr>
          <w:p>
            <w:pPr>
              <w:spacing w:after="0"/>
              <w:jc w:val="left"/>
            </w:pPr>
          </w:p>
        </w:tc>
      </w:tr>
      <w:tr>
        <w:trPr>
          <w:cantSplit/>
        </w:trPr>
        <w:tc>
          <w:tcPr>
            <w:tcW w:type="dxa" w:w="679"/>
          </w:tcPr>
          <w:p>
            <w:pPr>
              <w:spacing w:after="0"/>
              <w:jc w:val="right"/>
            </w:pPr>
            <w:r>
              <w:rPr>
                <w:sz w:val="16"/>
              </w:rPr>
              <w:t>15</w:t>
            </w:r>
          </w:p>
        </w:tc>
        <w:tc>
          <w:tcPr>
            <w:tcW w:type="dxa" w:w="1037"/>
          </w:tcPr>
          <w:p>
            <w:pPr>
              <w:spacing w:after="0"/>
              <w:jc w:val="left"/>
            </w:pPr>
            <w:r>
              <w:rPr>
                <w:sz w:val="16"/>
              </w:rPr>
              <w:t>Winter Weather</w:t>
            </w:r>
          </w:p>
        </w:tc>
        <w:tc>
          <w:tcPr>
            <w:tcW w:type="dxa" w:w="1376"/>
          </w:tcPr>
          <w:p>
            <w:pPr>
              <w:spacing w:after="0"/>
              <w:jc w:val="left"/>
            </w:pPr>
            <w:r>
              <w:rPr>
                <w:sz w:val="16"/>
              </w:rPr>
              <w:t>Insufficient Data</w:t>
            </w:r>
          </w:p>
        </w:tc>
        <w:tc>
          <w:tcPr>
            <w:tcW w:type="dxa" w:w="144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73"/>
          </w:tcPr>
          <w:p>
            <w:pPr>
              <w:spacing w:after="0"/>
              <w:jc w:val="right"/>
            </w:pPr>
            <w:r>
              <w:rPr>
                <w:sz w:val="16"/>
              </w:rPr>
              <w:t>$0</w:t>
            </w:r>
          </w:p>
        </w:tc>
        <w:tc>
          <w:tcPr>
            <w:tcW w:type="dxa" w:w="1101"/>
          </w:tcPr>
          <w:p>
            <w:pPr>
              <w:spacing w:after="0"/>
              <w:jc w:val="right"/>
            </w:pPr>
            <w:r>
              <w:rPr>
                <w:sz w:val="16"/>
              </w:rPr>
              <w:t>$0</w:t>
            </w:r>
          </w:p>
        </w:tc>
        <w:tc>
          <w:tcPr>
            <w:tcW w:type="dxa" w:w="1141"/>
          </w:tcPr>
          <w:p>
            <w:pPr>
              <w:spacing w:after="0"/>
              <w:jc w:val="right"/>
            </w:pPr>
            <w:r>
              <w:rPr>
                <w:sz w:val="16"/>
              </w:rPr>
              <w:t>0</w:t>
            </w:r>
          </w:p>
        </w:tc>
        <w:tc>
          <w:tcPr>
            <w:tcW w:type="dxa" w:w="1940"/>
          </w:tcPr>
          <w:p>
            <w:pPr>
              <w:spacing w:after="0"/>
              <w:jc w:val="left"/>
            </w:pPr>
          </w:p>
        </w:tc>
        <w:tc>
          <w:tcPr>
            <w:tcW w:type="dxa" w:w="19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376"/>
          </w:tcPr>
          <w:p>
            <w:pPr>
              <w:spacing w:after="0"/>
              <w:jc w:val="left"/>
            </w:pPr>
            <w:r>
              <w:rPr>
                <w:sz w:val="16"/>
              </w:rPr>
              <w:t>Not Applicable</w:t>
            </w:r>
          </w:p>
        </w:tc>
        <w:tc>
          <w:tcPr>
            <w:tcW w:type="dxa" w:w="144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3"/>
          </w:tcPr>
          <w:p>
            <w:pPr>
              <w:spacing w:after="0"/>
              <w:jc w:val="right"/>
            </w:pPr>
          </w:p>
        </w:tc>
        <w:tc>
          <w:tcPr>
            <w:tcW w:type="dxa" w:w="1101"/>
          </w:tcPr>
          <w:p>
            <w:pPr>
              <w:spacing w:after="0"/>
              <w:jc w:val="right"/>
            </w:pPr>
          </w:p>
        </w:tc>
        <w:tc>
          <w:tcPr>
            <w:tcW w:type="dxa" w:w="1141"/>
          </w:tcPr>
          <w:p>
            <w:pPr>
              <w:spacing w:after="0"/>
              <w:jc w:val="right"/>
            </w:pPr>
            <w:r>
              <w:rPr>
                <w:sz w:val="16"/>
              </w:rPr>
              <w:t>0</w:t>
            </w:r>
          </w:p>
        </w:tc>
        <w:tc>
          <w:tcPr>
            <w:tcW w:type="dxa" w:w="1940"/>
          </w:tcPr>
          <w:p>
            <w:pPr>
              <w:spacing w:after="0"/>
              <w:jc w:val="left"/>
            </w:pPr>
            <w:r>
              <w:rPr>
                <w:sz w:val="16"/>
              </w:rPr>
              <w:t>NRI rates avalanche Not Applicable for this county, and no federal declaration for this county names it.</w:t>
            </w:r>
          </w:p>
        </w:tc>
        <w:tc>
          <w:tcPr>
            <w:tcW w:type="dxa" w:w="1963"/>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Ice Storm</w:t>
            </w:r>
          </w:p>
        </w:tc>
        <w:tc>
          <w:tcPr>
            <w:tcW w:type="dxa" w:w="1376"/>
          </w:tcPr>
          <w:p>
            <w:pPr>
              <w:spacing w:after="0"/>
              <w:jc w:val="left"/>
            </w:pPr>
            <w:r>
              <w:rPr>
                <w:sz w:val="16"/>
              </w:rPr>
              <w:t>Not Applicable</w:t>
            </w:r>
          </w:p>
        </w:tc>
        <w:tc>
          <w:tcPr>
            <w:tcW w:type="dxa" w:w="144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3"/>
          </w:tcPr>
          <w:p>
            <w:pPr>
              <w:spacing w:after="0"/>
              <w:jc w:val="right"/>
            </w:pPr>
          </w:p>
        </w:tc>
        <w:tc>
          <w:tcPr>
            <w:tcW w:type="dxa" w:w="1101"/>
          </w:tcPr>
          <w:p>
            <w:pPr>
              <w:spacing w:after="0"/>
              <w:jc w:val="right"/>
            </w:pPr>
          </w:p>
        </w:tc>
        <w:tc>
          <w:tcPr>
            <w:tcW w:type="dxa" w:w="1141"/>
          </w:tcPr>
          <w:p>
            <w:pPr>
              <w:spacing w:after="0"/>
              <w:jc w:val="right"/>
            </w:pPr>
            <w:r>
              <w:rPr>
                <w:sz w:val="16"/>
              </w:rPr>
              <w:t>0</w:t>
            </w:r>
          </w:p>
        </w:tc>
        <w:tc>
          <w:tcPr>
            <w:tcW w:type="dxa" w:w="1940"/>
          </w:tcPr>
          <w:p>
            <w:pPr>
              <w:spacing w:after="0"/>
              <w:jc w:val="left"/>
            </w:pPr>
            <w:r>
              <w:rPr>
                <w:sz w:val="16"/>
              </w:rPr>
              <w:t>NRI rates ice storm Not Applicable for this county, and no federal declaration for this county names it.</w:t>
            </w:r>
          </w:p>
        </w:tc>
        <w:tc>
          <w:tcPr>
            <w:tcW w:type="dxa" w:w="1963"/>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Wildfire</w:t>
            </w:r>
          </w:p>
        </w:tc>
        <w:tc>
          <w:tcPr>
            <w:tcW w:type="dxa" w:w="1376"/>
          </w:tcPr>
          <w:p>
            <w:pPr>
              <w:spacing w:after="0"/>
              <w:jc w:val="left"/>
            </w:pPr>
            <w:r>
              <w:rPr>
                <w:sz w:val="16"/>
              </w:rPr>
              <w:t>Insufficient Data</w:t>
            </w:r>
          </w:p>
        </w:tc>
        <w:tc>
          <w:tcPr>
            <w:tcW w:type="dxa" w:w="1440"/>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73"/>
          </w:tcPr>
          <w:p>
            <w:pPr>
              <w:spacing w:after="0"/>
              <w:jc w:val="right"/>
            </w:pPr>
          </w:p>
        </w:tc>
        <w:tc>
          <w:tcPr>
            <w:tcW w:type="dxa" w:w="1101"/>
          </w:tcPr>
          <w:p>
            <w:pPr>
              <w:spacing w:after="0"/>
              <w:jc w:val="right"/>
            </w:pPr>
          </w:p>
        </w:tc>
        <w:tc>
          <w:tcPr>
            <w:tcW w:type="dxa" w:w="1141"/>
          </w:tcPr>
          <w:p>
            <w:pPr>
              <w:spacing w:after="0"/>
              <w:jc w:val="right"/>
            </w:pPr>
            <w:r>
              <w:rPr>
                <w:sz w:val="16"/>
              </w:rPr>
              <w:t>1</w:t>
            </w:r>
          </w:p>
        </w:tc>
        <w:tc>
          <w:tcPr>
            <w:tcW w:type="dxa" w:w="1940"/>
          </w:tcPr>
          <w:p>
            <w:pPr>
              <w:spacing w:after="0"/>
              <w:jc w:val="left"/>
            </w:pPr>
          </w:p>
        </w:tc>
        <w:tc>
          <w:tcPr>
            <w:tcW w:type="dxa" w:w="1963"/>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9"/>
        <w:gridCol w:w="1716"/>
        <w:gridCol w:w="1533"/>
        <w:gridCol w:w="1310"/>
        <w:gridCol w:w="2209"/>
        <w:gridCol w:w="1843"/>
        <w:gridCol w:w="1598"/>
        <w:gridCol w:w="2195"/>
      </w:tblGrid>
      <w:tr>
        <w:trPr>
          <w:cantSplit/>
          <w:tblHeader/>
        </w:trPr>
        <w:tc>
          <w:tcPr>
            <w:tcW w:type="dxa" w:w="1709"/>
            <w:shd w:val="clear" w:color="auto" w:fill="E8E8E8"/>
          </w:tcPr>
          <w:p>
            <w:pPr>
              <w:spacing w:after="0"/>
              <w:jc w:val="left"/>
            </w:pPr>
            <w:r>
              <w:rPr>
                <w:b/>
                <w:sz w:val="16"/>
              </w:rPr>
              <w:t>Hazard</w:t>
            </w:r>
          </w:p>
        </w:tc>
        <w:tc>
          <w:tcPr>
            <w:tcW w:type="dxa" w:w="1716"/>
            <w:shd w:val="clear" w:color="auto" w:fill="E8E8E8"/>
          </w:tcPr>
          <w:p>
            <w:pPr>
              <w:spacing w:after="0"/>
              <w:jc w:val="left"/>
            </w:pPr>
            <w:r>
              <w:rPr>
                <w:b/>
                <w:sz w:val="16"/>
              </w:rPr>
              <w:t>Scale</w:t>
            </w:r>
          </w:p>
        </w:tc>
        <w:tc>
          <w:tcPr>
            <w:tcW w:type="dxa" w:w="1533"/>
            <w:shd w:val="clear" w:color="auto" w:fill="E8E8E8"/>
          </w:tcPr>
          <w:p>
            <w:pPr>
              <w:spacing w:after="0"/>
              <w:jc w:val="right"/>
            </w:pPr>
            <w:r>
              <w:rPr>
                <w:b/>
                <w:sz w:val="16"/>
              </w:rPr>
              <w:t>Records</w:t>
            </w:r>
          </w:p>
          <w:p>
            <w:pPr>
              <w:spacing w:after="0"/>
              <w:jc w:val="right"/>
            </w:pPr>
            <w:r>
              <w:rPr>
                <w:i/>
                <w:color w:val="555555"/>
                <w:sz w:val="14"/>
              </w:rPr>
              <w:t>count, years</w:t>
            </w:r>
          </w:p>
        </w:tc>
        <w:tc>
          <w:tcPr>
            <w:tcW w:type="dxa" w:w="1310"/>
            <w:shd w:val="clear" w:color="auto" w:fill="E8E8E8"/>
          </w:tcPr>
          <w:p>
            <w:pPr>
              <w:spacing w:after="0"/>
              <w:jc w:val="left"/>
            </w:pPr>
            <w:r>
              <w:rPr>
                <w:b/>
                <w:sz w:val="16"/>
              </w:rPr>
              <w:t>Observed range</w:t>
            </w:r>
          </w:p>
        </w:tc>
        <w:tc>
          <w:tcPr>
            <w:tcW w:type="dxa" w:w="2209"/>
            <w:shd w:val="clear" w:color="auto" w:fill="E8E8E8"/>
          </w:tcPr>
          <w:p>
            <w:pPr>
              <w:spacing w:after="0"/>
              <w:jc w:val="left"/>
            </w:pPr>
            <w:r>
              <w:rPr>
                <w:b/>
                <w:sz w:val="16"/>
              </w:rPr>
              <w:t>Worst recorded event</w:t>
            </w:r>
          </w:p>
        </w:tc>
        <w:tc>
          <w:tcPr>
            <w:tcW w:type="dxa" w:w="1843"/>
            <w:shd w:val="clear" w:color="auto" w:fill="E8E8E8"/>
          </w:tcPr>
          <w:p>
            <w:pPr>
              <w:spacing w:after="0"/>
              <w:jc w:val="left"/>
            </w:pPr>
            <w:r>
              <w:rPr>
                <w:b/>
                <w:sz w:val="16"/>
              </w:rPr>
              <w:t>Most damaging (when different)</w:t>
            </w:r>
          </w:p>
        </w:tc>
        <w:tc>
          <w:tcPr>
            <w:tcW w:type="dxa" w:w="1598"/>
            <w:shd w:val="clear" w:color="auto" w:fill="E8E8E8"/>
          </w:tcPr>
          <w:p>
            <w:pPr>
              <w:spacing w:after="0"/>
              <w:jc w:val="left"/>
            </w:pPr>
            <w:r>
              <w:rPr>
                <w:b/>
                <w:sz w:val="16"/>
              </w:rPr>
              <w:t>How it applies to members</w:t>
            </w:r>
          </w:p>
        </w:tc>
        <w:tc>
          <w:tcPr>
            <w:tcW w:type="dxa" w:w="2195"/>
            <w:shd w:val="clear" w:color="auto" w:fill="E8E8E8"/>
          </w:tcPr>
          <w:p>
            <w:pPr>
              <w:spacing w:after="0"/>
              <w:jc w:val="left"/>
            </w:pPr>
            <w:r>
              <w:rPr>
                <w:b/>
                <w:sz w:val="16"/>
              </w:rPr>
              <w:t>Note</w:t>
            </w:r>
          </w:p>
        </w:tc>
      </w:tr>
      <w:tr>
        <w:trPr>
          <w:cantSplit/>
        </w:trPr>
        <w:tc>
          <w:tcPr>
            <w:tcW w:type="dxa" w:w="1709"/>
          </w:tcPr>
          <w:p>
            <w:pPr>
              <w:spacing w:after="0"/>
              <w:jc w:val="left"/>
            </w:pPr>
            <w:r>
              <w:rPr>
                <w:sz w:val="16"/>
              </w:rPr>
              <w:t>Avalanche</w:t>
            </w:r>
          </w:p>
        </w:tc>
        <w:tc>
          <w:tcPr>
            <w:tcW w:type="dxa" w:w="1716"/>
          </w:tcPr>
          <w:p>
            <w:pPr>
              <w:spacing w:after="0"/>
              <w:jc w:val="left"/>
            </w:pPr>
            <w:r>
              <w:rPr>
                <w:sz w:val="16"/>
              </w:rPr>
              <w:t>none (count and damage)</w:t>
            </w:r>
          </w:p>
        </w:tc>
        <w:tc>
          <w:tcPr>
            <w:tcW w:type="dxa" w:w="1533"/>
          </w:tcPr>
          <w:p>
            <w:pPr>
              <w:spacing w:after="0"/>
              <w:jc w:val="right"/>
            </w:pPr>
            <w:r>
              <w:rPr>
                <w:sz w:val="16"/>
              </w:rPr>
              <w:t>0</w:t>
            </w:r>
          </w:p>
        </w:tc>
        <w:tc>
          <w:tcPr>
            <w:tcW w:type="dxa" w:w="1310"/>
          </w:tcPr>
          <w:p>
            <w:pPr>
              <w:spacing w:after="0"/>
              <w:jc w:val="left"/>
            </w:pPr>
          </w:p>
        </w:tc>
        <w:tc>
          <w:tcPr>
            <w:tcW w:type="dxa" w:w="2209"/>
          </w:tcPr>
          <w:p>
            <w:pPr>
              <w:spacing w:after="0"/>
              <w:jc w:val="left"/>
            </w:pPr>
          </w:p>
        </w:tc>
        <w:tc>
          <w:tcPr>
            <w:tcW w:type="dxa" w:w="1843"/>
          </w:tcPr>
          <w:p>
            <w:pPr>
              <w:spacing w:after="0"/>
              <w:jc w:val="left"/>
            </w:pPr>
          </w:p>
        </w:tc>
        <w:tc>
          <w:tcPr>
            <w:tcW w:type="dxa" w:w="159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Coastal Flood, Storm Surge/Tide</w:t>
            </w:r>
          </w:p>
        </w:tc>
        <w:tc>
          <w:tcPr>
            <w:tcW w:type="dxa" w:w="1716"/>
          </w:tcPr>
          <w:p>
            <w:pPr>
              <w:spacing w:after="0"/>
              <w:jc w:val="left"/>
            </w:pPr>
            <w:r>
              <w:rPr>
                <w:sz w:val="16"/>
              </w:rPr>
              <w:t>none in data (FIRM for depth)</w:t>
            </w:r>
          </w:p>
        </w:tc>
        <w:tc>
          <w:tcPr>
            <w:tcW w:type="dxa" w:w="1533"/>
          </w:tcPr>
          <w:p>
            <w:pPr>
              <w:spacing w:after="0"/>
              <w:jc w:val="right"/>
            </w:pPr>
            <w:r>
              <w:rPr>
                <w:sz w:val="16"/>
              </w:rPr>
              <w:t>17, 2008 to 2026 (17 zone-level)</w:t>
            </w:r>
          </w:p>
        </w:tc>
        <w:tc>
          <w:tcPr>
            <w:tcW w:type="dxa" w:w="1310"/>
          </w:tcPr>
          <w:p>
            <w:pPr>
              <w:spacing w:after="0"/>
              <w:jc w:val="left"/>
            </w:pPr>
          </w:p>
        </w:tc>
        <w:tc>
          <w:tcPr>
            <w:tcW w:type="dxa" w:w="2209"/>
          </w:tcPr>
          <w:p>
            <w:pPr>
              <w:spacing w:after="0"/>
              <w:jc w:val="left"/>
            </w:pPr>
            <w:r>
              <w:rPr>
                <w:sz w:val="16"/>
              </w:rPr>
              <w:t>Coastal Flood, 2026-02-10, $82,500 property; $0 crops, reported for the zone (2026 dollars); NWS zone PRZ002 (NORTHEAST), zone-level: may include parts of neighboring counties</w:t>
            </w:r>
          </w:p>
        </w:tc>
        <w:tc>
          <w:tcPr>
            <w:tcW w:type="dxa" w:w="1843"/>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Flood depth: see the FEMA Flood Insurance Rate Map.</w:t>
            </w:r>
          </w:p>
        </w:tc>
      </w:tr>
      <w:tr>
        <w:trPr>
          <w:cantSplit/>
        </w:trPr>
        <w:tc>
          <w:tcPr>
            <w:tcW w:type="dxa" w:w="1709"/>
          </w:tcPr>
          <w:p>
            <w:pPr>
              <w:spacing w:after="0"/>
              <w:jc w:val="left"/>
            </w:pPr>
            <w:r>
              <w:rPr>
                <w:sz w:val="16"/>
              </w:rPr>
              <w:t>Cold/Wind Chill, Extreme Cold/Wind Chill</w:t>
            </w:r>
          </w:p>
        </w:tc>
        <w:tc>
          <w:tcPr>
            <w:tcW w:type="dxa" w:w="1716"/>
          </w:tcPr>
          <w:p>
            <w:pPr>
              <w:spacing w:after="0"/>
              <w:jc w:val="left"/>
            </w:pPr>
            <w:r>
              <w:rPr>
                <w:sz w:val="16"/>
              </w:rPr>
              <w:t>wind chill</w:t>
            </w:r>
          </w:p>
        </w:tc>
        <w:tc>
          <w:tcPr>
            <w:tcW w:type="dxa" w:w="1533"/>
          </w:tcPr>
          <w:p>
            <w:pPr>
              <w:spacing w:after="0"/>
              <w:jc w:val="right"/>
            </w:pPr>
            <w:r>
              <w:rPr>
                <w:sz w:val="16"/>
              </w:rPr>
              <w:t>0</w:t>
            </w:r>
          </w:p>
        </w:tc>
        <w:tc>
          <w:tcPr>
            <w:tcW w:type="dxa" w:w="1310"/>
          </w:tcPr>
          <w:p>
            <w:pPr>
              <w:spacing w:after="0"/>
              <w:jc w:val="left"/>
            </w:pPr>
          </w:p>
        </w:tc>
        <w:tc>
          <w:tcPr>
            <w:tcW w:type="dxa" w:w="2209"/>
          </w:tcPr>
          <w:p>
            <w:pPr>
              <w:spacing w:after="0"/>
              <w:jc w:val="left"/>
            </w:pPr>
          </w:p>
        </w:tc>
        <w:tc>
          <w:tcPr>
            <w:tcW w:type="dxa" w:w="1843"/>
          </w:tcPr>
          <w:p>
            <w:pPr>
              <w:spacing w:after="0"/>
              <w:jc w:val="left"/>
            </w:pPr>
          </w:p>
        </w:tc>
        <w:tc>
          <w:tcPr>
            <w:tcW w:type="dxa" w:w="1598"/>
          </w:tcPr>
          <w:p>
            <w:pPr>
              <w:spacing w:after="0"/>
              <w:jc w:val="left"/>
            </w:pPr>
          </w:p>
        </w:tc>
        <w:tc>
          <w:tcPr>
            <w:tcW w:type="dxa" w:w="2195"/>
          </w:tcPr>
          <w:p>
            <w:pPr>
              <w:spacing w:after="0"/>
              <w:jc w:val="left"/>
            </w:pPr>
            <w:r>
              <w:rPr>
                <w:sz w:val="16"/>
              </w:rPr>
              <w:t>Wind chill: in event narratives only; local data required.</w:t>
            </w:r>
          </w:p>
        </w:tc>
      </w:tr>
      <w:tr>
        <w:trPr>
          <w:cantSplit/>
        </w:trPr>
        <w:tc>
          <w:tcPr>
            <w:tcW w:type="dxa" w:w="1709"/>
          </w:tcPr>
          <w:p>
            <w:pPr>
              <w:spacing w:after="0"/>
              <w:jc w:val="left"/>
            </w:pPr>
            <w:r>
              <w:rPr>
                <w:sz w:val="16"/>
              </w:rPr>
              <w:t>Frost/Freeze (outside NRI Cold Wave definition)</w:t>
            </w:r>
          </w:p>
        </w:tc>
        <w:tc>
          <w:tcPr>
            <w:tcW w:type="dxa" w:w="1716"/>
          </w:tcPr>
          <w:p>
            <w:pPr>
              <w:spacing w:after="0"/>
              <w:jc w:val="left"/>
            </w:pPr>
            <w:r>
              <w:rPr>
                <w:sz w:val="16"/>
              </w:rPr>
              <w:t>crop damage</w:t>
            </w:r>
          </w:p>
        </w:tc>
        <w:tc>
          <w:tcPr>
            <w:tcW w:type="dxa" w:w="1533"/>
          </w:tcPr>
          <w:p>
            <w:pPr>
              <w:spacing w:after="0"/>
              <w:jc w:val="right"/>
            </w:pPr>
            <w:r>
              <w:rPr>
                <w:sz w:val="16"/>
              </w:rPr>
              <w:t>0</w:t>
            </w:r>
          </w:p>
        </w:tc>
        <w:tc>
          <w:tcPr>
            <w:tcW w:type="dxa" w:w="1310"/>
          </w:tcPr>
          <w:p>
            <w:pPr>
              <w:spacing w:after="0"/>
              <w:jc w:val="left"/>
            </w:pPr>
          </w:p>
        </w:tc>
        <w:tc>
          <w:tcPr>
            <w:tcW w:type="dxa" w:w="2209"/>
          </w:tcPr>
          <w:p>
            <w:pPr>
              <w:spacing w:after="0"/>
              <w:jc w:val="left"/>
            </w:pPr>
          </w:p>
        </w:tc>
        <w:tc>
          <w:tcPr>
            <w:tcW w:type="dxa" w:w="1843"/>
          </w:tcPr>
          <w:p>
            <w:pPr>
              <w:spacing w:after="0"/>
              <w:jc w:val="left"/>
            </w:pPr>
          </w:p>
        </w:tc>
        <w:tc>
          <w:tcPr>
            <w:tcW w:type="dxa" w:w="1598"/>
          </w:tcPr>
          <w:p>
            <w:pPr>
              <w:spacing w:after="0"/>
              <w:jc w:val="left"/>
            </w:pPr>
          </w:p>
        </w:tc>
        <w:tc>
          <w:tcPr>
            <w:tcW w:type="dxa" w:w="2195"/>
          </w:tcPr>
          <w:p>
            <w:pPr>
              <w:spacing w:after="0"/>
              <w:jc w:val="left"/>
            </w:pPr>
            <w:r>
              <w:rPr>
                <w:sz w:val="16"/>
              </w:rPr>
              <w:t>Temperature: in event narratives only; local data required.</w:t>
            </w:r>
          </w:p>
        </w:tc>
      </w:tr>
      <w:tr>
        <w:trPr>
          <w:cantSplit/>
        </w:trPr>
        <w:tc>
          <w:tcPr>
            <w:tcW w:type="dxa" w:w="1709"/>
          </w:tcPr>
          <w:p>
            <w:pPr>
              <w:spacing w:after="0"/>
              <w:jc w:val="left"/>
            </w:pPr>
            <w:r>
              <w:rPr>
                <w:sz w:val="16"/>
              </w:rPr>
              <w:t>Drought</w:t>
            </w:r>
          </w:p>
        </w:tc>
        <w:tc>
          <w:tcPr>
            <w:tcW w:type="dxa" w:w="1716"/>
          </w:tcPr>
          <w:p>
            <w:pPr>
              <w:spacing w:after="0"/>
              <w:jc w:val="left"/>
            </w:pPr>
            <w:r>
              <w:rPr>
                <w:sz w:val="16"/>
              </w:rPr>
              <w:t>US Drought Monitor D-scale</w:t>
            </w:r>
          </w:p>
        </w:tc>
        <w:tc>
          <w:tcPr>
            <w:tcW w:type="dxa" w:w="1533"/>
          </w:tcPr>
          <w:p>
            <w:pPr>
              <w:spacing w:after="0"/>
              <w:jc w:val="right"/>
            </w:pPr>
            <w:r>
              <w:rPr>
                <w:sz w:val="16"/>
              </w:rPr>
              <w:t>1, 2022 to 2022 (1 zone-level)</w:t>
            </w:r>
          </w:p>
        </w:tc>
        <w:tc>
          <w:tcPr>
            <w:tcW w:type="dxa" w:w="1310"/>
          </w:tcPr>
          <w:p>
            <w:pPr>
              <w:spacing w:after="0"/>
              <w:jc w:val="left"/>
            </w:pPr>
            <w:r>
              <w:rPr>
                <w:sz w:val="16"/>
              </w:rPr>
              <w:t>17 days; 1 with a recorded value</w:t>
            </w:r>
          </w:p>
        </w:tc>
        <w:tc>
          <w:tcPr>
            <w:tcW w:type="dxa" w:w="2209"/>
          </w:tcPr>
          <w:p>
            <w:pPr>
              <w:spacing w:after="0"/>
              <w:jc w:val="left"/>
            </w:pPr>
            <w:r>
              <w:rPr>
                <w:sz w:val="16"/>
              </w:rPr>
              <w:t>17 days, 2022-06-14 to 2022-06-30, zone-level</w:t>
            </w:r>
          </w:p>
        </w:tc>
        <w:tc>
          <w:tcPr>
            <w:tcW w:type="dxa" w:w="1843"/>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9"/>
          </w:tcPr>
          <w:p>
            <w:pPr>
              <w:spacing w:after="0"/>
              <w:jc w:val="left"/>
            </w:pPr>
            <w:r>
              <w:rPr>
                <w:sz w:val="16"/>
              </w:rPr>
              <w:t>Earthquake</w:t>
            </w:r>
          </w:p>
        </w:tc>
        <w:tc>
          <w:tcPr>
            <w:tcW w:type="dxa" w:w="1716"/>
          </w:tcPr>
          <w:p>
            <w:pPr>
              <w:spacing w:after="0"/>
              <w:jc w:val="left"/>
            </w:pPr>
            <w:r>
              <w:rPr>
                <w:sz w:val="16"/>
              </w:rPr>
              <w:t>Modified Mercalli (local data)</w:t>
            </w:r>
          </w:p>
        </w:tc>
        <w:tc>
          <w:tcPr>
            <w:tcW w:type="dxa" w:w="1533"/>
          </w:tcPr>
          <w:p>
            <w:pPr>
              <w:spacing w:after="0"/>
              <w:jc w:val="right"/>
            </w:pPr>
            <w:r>
              <w:rPr>
                <w:sz w:val="16"/>
              </w:rPr>
              <w:t>0</w:t>
            </w:r>
          </w:p>
        </w:tc>
        <w:tc>
          <w:tcPr>
            <w:tcW w:type="dxa" w:w="1310"/>
          </w:tcPr>
          <w:p>
            <w:pPr>
              <w:spacing w:after="0"/>
              <w:jc w:val="left"/>
            </w:pPr>
          </w:p>
        </w:tc>
        <w:tc>
          <w:tcPr>
            <w:tcW w:type="dxa" w:w="2209"/>
          </w:tcPr>
          <w:p>
            <w:pPr>
              <w:spacing w:after="0"/>
              <w:jc w:val="left"/>
            </w:pPr>
          </w:p>
        </w:tc>
        <w:tc>
          <w:tcPr>
            <w:tcW w:type="dxa" w:w="1843"/>
          </w:tcPr>
          <w:p>
            <w:pPr>
              <w:spacing w:after="0"/>
              <w:jc w:val="left"/>
            </w:pPr>
          </w:p>
        </w:tc>
        <w:tc>
          <w:tcPr>
            <w:tcW w:type="dxa" w:w="1598"/>
          </w:tcPr>
          <w:p>
            <w:pPr>
              <w:spacing w:after="0"/>
              <w:jc w:val="left"/>
            </w:pPr>
          </w:p>
        </w:tc>
        <w:tc>
          <w:tcPr>
            <w:tcW w:type="dxa" w:w="2195"/>
          </w:tcPr>
          <w:p>
            <w:pPr>
              <w:spacing w:after="0"/>
              <w:jc w:val="left"/>
            </w:pPr>
            <w:r>
              <w:rPr>
                <w:sz w:val="16"/>
              </w:rPr>
              <w:t>No Storm Events record; local data required (e.g., USGS).</w:t>
            </w:r>
          </w:p>
        </w:tc>
      </w:tr>
      <w:tr>
        <w:trPr>
          <w:cantSplit/>
        </w:trPr>
        <w:tc>
          <w:tcPr>
            <w:tcW w:type="dxa" w:w="1709"/>
          </w:tcPr>
          <w:p>
            <w:pPr>
              <w:spacing w:after="0"/>
              <w:jc w:val="left"/>
            </w:pPr>
            <w:r>
              <w:rPr>
                <w:sz w:val="16"/>
              </w:rPr>
              <w:t>Hail</w:t>
            </w:r>
          </w:p>
        </w:tc>
        <w:tc>
          <w:tcPr>
            <w:tcW w:type="dxa" w:w="1716"/>
          </w:tcPr>
          <w:p>
            <w:pPr>
              <w:spacing w:after="0"/>
              <w:jc w:val="left"/>
            </w:pPr>
            <w:r>
              <w:rPr>
                <w:sz w:val="16"/>
              </w:rPr>
              <w:t>hail size (inches)</w:t>
            </w:r>
          </w:p>
        </w:tc>
        <w:tc>
          <w:tcPr>
            <w:tcW w:type="dxa" w:w="1533"/>
          </w:tcPr>
          <w:p>
            <w:pPr>
              <w:spacing w:after="0"/>
              <w:jc w:val="right"/>
            </w:pPr>
            <w:r>
              <w:rPr>
                <w:sz w:val="16"/>
              </w:rPr>
              <w:t>0</w:t>
            </w:r>
          </w:p>
        </w:tc>
        <w:tc>
          <w:tcPr>
            <w:tcW w:type="dxa" w:w="1310"/>
          </w:tcPr>
          <w:p>
            <w:pPr>
              <w:spacing w:after="0"/>
              <w:jc w:val="left"/>
            </w:pPr>
          </w:p>
        </w:tc>
        <w:tc>
          <w:tcPr>
            <w:tcW w:type="dxa" w:w="2209"/>
          </w:tcPr>
          <w:p>
            <w:pPr>
              <w:spacing w:after="0"/>
              <w:jc w:val="left"/>
            </w:pPr>
          </w:p>
        </w:tc>
        <w:tc>
          <w:tcPr>
            <w:tcW w:type="dxa" w:w="1843"/>
          </w:tcPr>
          <w:p>
            <w:pPr>
              <w:spacing w:after="0"/>
              <w:jc w:val="left"/>
            </w:pPr>
          </w:p>
        </w:tc>
        <w:tc>
          <w:tcPr>
            <w:tcW w:type="dxa" w:w="1598"/>
          </w:tcPr>
          <w:p>
            <w:pPr>
              <w:spacing w:after="0"/>
              <w:jc w:val="left"/>
            </w:pPr>
          </w:p>
        </w:tc>
        <w:tc>
          <w:tcPr>
            <w:tcW w:type="dxa" w:w="2195"/>
          </w:tcPr>
          <w:p>
            <w:pPr>
              <w:spacing w:after="0"/>
              <w:jc w:val="left"/>
            </w:pPr>
          </w:p>
        </w:tc>
      </w:tr>
      <w:tr>
        <w:trPr>
          <w:cantSplit/>
        </w:trPr>
        <w:tc>
          <w:tcPr>
            <w:tcW w:type="dxa" w:w="1709"/>
          </w:tcPr>
          <w:p>
            <w:pPr>
              <w:spacing w:after="0"/>
              <w:jc w:val="left"/>
            </w:pPr>
            <w:r>
              <w:rPr>
                <w:sz w:val="16"/>
              </w:rPr>
              <w:t>Excessive Heat, Heat</w:t>
            </w:r>
          </w:p>
        </w:tc>
        <w:tc>
          <w:tcPr>
            <w:tcW w:type="dxa" w:w="1716"/>
          </w:tcPr>
          <w:p>
            <w:pPr>
              <w:spacing w:after="0"/>
              <w:jc w:val="left"/>
            </w:pPr>
            <w:r>
              <w:rPr>
                <w:sz w:val="16"/>
              </w:rPr>
              <w:t>heat index (narratives)</w:t>
            </w:r>
          </w:p>
        </w:tc>
        <w:tc>
          <w:tcPr>
            <w:tcW w:type="dxa" w:w="1533"/>
          </w:tcPr>
          <w:p>
            <w:pPr>
              <w:spacing w:after="0"/>
              <w:jc w:val="right"/>
            </w:pPr>
            <w:r>
              <w:rPr>
                <w:sz w:val="16"/>
              </w:rPr>
              <w:t>8, 2023 to 2024 (8 zone-level)</w:t>
            </w:r>
          </w:p>
        </w:tc>
        <w:tc>
          <w:tcPr>
            <w:tcW w:type="dxa" w:w="1310"/>
          </w:tcPr>
          <w:p>
            <w:pPr>
              <w:spacing w:after="0"/>
              <w:jc w:val="left"/>
            </w:pPr>
            <w:r>
              <w:rPr>
                <w:sz w:val="16"/>
              </w:rPr>
              <w:t>1 day to 30 days (median 2 days); 5 with a recorded value</w:t>
            </w:r>
          </w:p>
        </w:tc>
        <w:tc>
          <w:tcPr>
            <w:tcW w:type="dxa" w:w="2209"/>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843"/>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Heat index: in event narratives only; local data required.</w:t>
            </w:r>
          </w:p>
        </w:tc>
      </w:tr>
      <w:tr>
        <w:trPr>
          <w:cantSplit/>
        </w:trPr>
        <w:tc>
          <w:tcPr>
            <w:tcW w:type="dxa" w:w="1709"/>
          </w:tcPr>
          <w:p>
            <w:pPr>
              <w:spacing w:after="0"/>
              <w:jc w:val="left"/>
            </w:pPr>
            <w:r>
              <w:rPr>
                <w:sz w:val="16"/>
              </w:rPr>
              <w:t>Hurricane, Tropical Storm, Tropical Depression</w:t>
            </w:r>
          </w:p>
        </w:tc>
        <w:tc>
          <w:tcPr>
            <w:tcW w:type="dxa" w:w="1716"/>
          </w:tcPr>
          <w:p>
            <w:pPr>
              <w:spacing w:after="0"/>
              <w:jc w:val="left"/>
            </w:pPr>
            <w:r>
              <w:rPr>
                <w:sz w:val="16"/>
              </w:rPr>
              <w:t>Saffir-Simpson</w:t>
            </w:r>
          </w:p>
        </w:tc>
        <w:tc>
          <w:tcPr>
            <w:tcW w:type="dxa" w:w="1533"/>
          </w:tcPr>
          <w:p>
            <w:pPr>
              <w:spacing w:after="0"/>
              <w:jc w:val="right"/>
            </w:pPr>
            <w:r>
              <w:rPr>
                <w:sz w:val="16"/>
              </w:rPr>
              <w:t>10, 2000 to 2024 (10 zone-level)</w:t>
            </w:r>
          </w:p>
        </w:tc>
        <w:tc>
          <w:tcPr>
            <w:tcW w:type="dxa" w:w="1310"/>
          </w:tcPr>
          <w:p>
            <w:pPr>
              <w:spacing w:after="0"/>
              <w:jc w:val="left"/>
            </w:pPr>
          </w:p>
        </w:tc>
        <w:tc>
          <w:tcPr>
            <w:tcW w:type="dxa" w:w="2209"/>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PRZ002 (NORTHEAST), zone-level: may include parts of neighboring counties</w:t>
            </w:r>
          </w:p>
        </w:tc>
        <w:tc>
          <w:tcPr>
            <w:tcW w:type="dxa" w:w="1843"/>
          </w:tcPr>
          <w:p>
            <w:pPr>
              <w:spacing w:after="0"/>
              <w:jc w:val="left"/>
            </w:pPr>
            <w:r>
              <w:rPr>
                <w:sz w:val="16"/>
              </w:rPr>
              <w:t>Most damaging recorded: Tropical Storm, 2001-08-22, $200,000 property; crops not reported, reported for the zone (2001 dollars)</w:t>
            </w: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9"/>
          </w:tcPr>
          <w:p>
            <w:pPr>
              <w:spacing w:after="0"/>
              <w:jc w:val="left"/>
            </w:pPr>
            <w:r>
              <w:rPr>
                <w:sz w:val="16"/>
              </w:rPr>
              <w:t>Ice Storm</w:t>
            </w:r>
          </w:p>
        </w:tc>
        <w:tc>
          <w:tcPr>
            <w:tcW w:type="dxa" w:w="1716"/>
          </w:tcPr>
          <w:p>
            <w:pPr>
              <w:spacing w:after="0"/>
              <w:jc w:val="left"/>
            </w:pPr>
            <w:r>
              <w:rPr>
                <w:sz w:val="16"/>
              </w:rPr>
              <w:t>Sperry-Piltz (local data)</w:t>
            </w:r>
          </w:p>
        </w:tc>
        <w:tc>
          <w:tcPr>
            <w:tcW w:type="dxa" w:w="1533"/>
          </w:tcPr>
          <w:p>
            <w:pPr>
              <w:spacing w:after="0"/>
              <w:jc w:val="right"/>
            </w:pPr>
            <w:r>
              <w:rPr>
                <w:sz w:val="16"/>
              </w:rPr>
              <w:t>0</w:t>
            </w:r>
          </w:p>
        </w:tc>
        <w:tc>
          <w:tcPr>
            <w:tcW w:type="dxa" w:w="1310"/>
          </w:tcPr>
          <w:p>
            <w:pPr>
              <w:spacing w:after="0"/>
              <w:jc w:val="left"/>
            </w:pPr>
          </w:p>
        </w:tc>
        <w:tc>
          <w:tcPr>
            <w:tcW w:type="dxa" w:w="2209"/>
          </w:tcPr>
          <w:p>
            <w:pPr>
              <w:spacing w:after="0"/>
              <w:jc w:val="left"/>
            </w:pPr>
          </w:p>
        </w:tc>
        <w:tc>
          <w:tcPr>
            <w:tcW w:type="dxa" w:w="1843"/>
          </w:tcPr>
          <w:p>
            <w:pPr>
              <w:spacing w:after="0"/>
              <w:jc w:val="left"/>
            </w:pPr>
          </w:p>
        </w:tc>
        <w:tc>
          <w:tcPr>
            <w:tcW w:type="dxa" w:w="1598"/>
          </w:tcPr>
          <w:p>
            <w:pPr>
              <w:spacing w:after="0"/>
              <w:jc w:val="left"/>
            </w:pPr>
          </w:p>
        </w:tc>
        <w:tc>
          <w:tcPr>
            <w:tcW w:type="dxa" w:w="2195"/>
          </w:tcPr>
          <w:p>
            <w:pPr>
              <w:spacing w:after="0"/>
              <w:jc w:val="left"/>
            </w:pPr>
            <w:r>
              <w:rPr>
                <w:sz w:val="16"/>
              </w:rPr>
              <w:t>Ice thickness: in event narratives only; local data required.</w:t>
            </w:r>
          </w:p>
        </w:tc>
      </w:tr>
      <w:tr>
        <w:trPr>
          <w:cantSplit/>
        </w:trPr>
        <w:tc>
          <w:tcPr>
            <w:tcW w:type="dxa" w:w="1709"/>
          </w:tcPr>
          <w:p>
            <w:pPr>
              <w:spacing w:after="0"/>
              <w:jc w:val="left"/>
            </w:pPr>
            <w:r>
              <w:rPr>
                <w:sz w:val="16"/>
              </w:rPr>
              <w:t>Flash Flood, Flood, Lakeshore Flood</w:t>
            </w:r>
          </w:p>
        </w:tc>
        <w:tc>
          <w:tcPr>
            <w:tcW w:type="dxa" w:w="1716"/>
          </w:tcPr>
          <w:p>
            <w:pPr>
              <w:spacing w:after="0"/>
              <w:jc w:val="left"/>
            </w:pPr>
            <w:r>
              <w:rPr>
                <w:sz w:val="16"/>
              </w:rPr>
              <w:t>damage and flood days (FIRM for depth)</w:t>
            </w:r>
          </w:p>
        </w:tc>
        <w:tc>
          <w:tcPr>
            <w:tcW w:type="dxa" w:w="1533"/>
          </w:tcPr>
          <w:p>
            <w:pPr>
              <w:spacing w:after="0"/>
              <w:jc w:val="right"/>
            </w:pPr>
            <w:r>
              <w:rPr>
                <w:sz w:val="16"/>
              </w:rPr>
              <w:t>106, 2000 to 2024 (99 zone-level)</w:t>
            </w:r>
          </w:p>
        </w:tc>
        <w:tc>
          <w:tcPr>
            <w:tcW w:type="dxa" w:w="1310"/>
          </w:tcPr>
          <w:p>
            <w:pPr>
              <w:spacing w:after="0"/>
              <w:jc w:val="left"/>
            </w:pPr>
          </w:p>
        </w:tc>
        <w:tc>
          <w:tcPr>
            <w:tcW w:type="dxa" w:w="2209"/>
          </w:tcPr>
          <w:p>
            <w:pPr>
              <w:spacing w:after="0"/>
              <w:jc w:val="left"/>
            </w:pPr>
            <w:r>
              <w:rPr>
                <w:sz w:val="16"/>
              </w:rPr>
              <w:t>Flash Flood, 2003-04-17, $11,100,000 property; crops not reported, reported for the zone (2003 dollars), 2 direct deaths (reported for the zone); NWS zone PRZ002 (NORTHEAST), zone-level: may include parts of neighboring counties</w:t>
            </w:r>
          </w:p>
        </w:tc>
        <w:tc>
          <w:tcPr>
            <w:tcW w:type="dxa" w:w="1843"/>
          </w:tcPr>
          <w:p>
            <w:pPr>
              <w:spacing w:after="0"/>
              <w:jc w:val="left"/>
            </w:pPr>
          </w:p>
        </w:tc>
        <w:tc>
          <w:tcPr>
            <w:tcW w:type="dxa" w:w="1598"/>
          </w:tcPr>
          <w:p>
            <w:pPr>
              <w:spacing w:after="0"/>
              <w:jc w:val="left"/>
            </w:pPr>
            <w:r>
              <w:rPr>
                <w:sz w:val="16"/>
              </w:rPr>
              <w:t>No event record names a member place. Zone-level records (99) apply countywide.</w:t>
            </w:r>
          </w:p>
        </w:tc>
        <w:tc>
          <w:tcPr>
            <w:tcW w:type="dxa" w:w="219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9"/>
          </w:tcPr>
          <w:p>
            <w:pPr>
              <w:spacing w:after="0"/>
              <w:jc w:val="left"/>
            </w:pPr>
            <w:r>
              <w:rPr>
                <w:sz w:val="16"/>
              </w:rPr>
              <w:t>Debris Flow</w:t>
            </w:r>
          </w:p>
        </w:tc>
        <w:tc>
          <w:tcPr>
            <w:tcW w:type="dxa" w:w="1716"/>
          </w:tcPr>
          <w:p>
            <w:pPr>
              <w:spacing w:after="0"/>
              <w:jc w:val="left"/>
            </w:pPr>
            <w:r>
              <w:rPr>
                <w:sz w:val="16"/>
              </w:rPr>
              <w:t>none (count and damage)</w:t>
            </w:r>
          </w:p>
        </w:tc>
        <w:tc>
          <w:tcPr>
            <w:tcW w:type="dxa" w:w="1533"/>
          </w:tcPr>
          <w:p>
            <w:pPr>
              <w:spacing w:after="0"/>
              <w:jc w:val="right"/>
            </w:pPr>
            <w:r>
              <w:rPr>
                <w:sz w:val="16"/>
              </w:rPr>
              <w:t>13, 2003 to 2011 (13 zone-level)</w:t>
            </w:r>
          </w:p>
        </w:tc>
        <w:tc>
          <w:tcPr>
            <w:tcW w:type="dxa" w:w="1310"/>
          </w:tcPr>
          <w:p>
            <w:pPr>
              <w:spacing w:after="0"/>
              <w:jc w:val="left"/>
            </w:pPr>
          </w:p>
        </w:tc>
        <w:tc>
          <w:tcPr>
            <w:tcW w:type="dxa" w:w="2209"/>
          </w:tcPr>
          <w:p>
            <w:pPr>
              <w:spacing w:after="0"/>
              <w:jc w:val="left"/>
            </w:pPr>
            <w:r>
              <w:rPr>
                <w:sz w:val="16"/>
              </w:rPr>
              <w:t>No damage reported in 13 records.</w:t>
            </w:r>
          </w:p>
        </w:tc>
        <w:tc>
          <w:tcPr>
            <w:tcW w:type="dxa" w:w="1843"/>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Lightning</w:t>
            </w:r>
          </w:p>
        </w:tc>
        <w:tc>
          <w:tcPr>
            <w:tcW w:type="dxa" w:w="1716"/>
          </w:tcPr>
          <w:p>
            <w:pPr>
              <w:spacing w:after="0"/>
              <w:jc w:val="left"/>
            </w:pPr>
            <w:r>
              <w:rPr>
                <w:sz w:val="16"/>
              </w:rPr>
              <w:t>annualized frequency (the measure FEMA's Local Mitigation Planning Handbook names)</w:t>
            </w:r>
          </w:p>
        </w:tc>
        <w:tc>
          <w:tcPr>
            <w:tcW w:type="dxa" w:w="1533"/>
          </w:tcPr>
          <w:p>
            <w:pPr>
              <w:spacing w:after="0"/>
              <w:jc w:val="right"/>
            </w:pPr>
            <w:r>
              <w:rPr>
                <w:sz w:val="16"/>
              </w:rPr>
              <w:t>1, 2006 to 2006 (1 zone-level)</w:t>
            </w:r>
          </w:p>
        </w:tc>
        <w:tc>
          <w:tcPr>
            <w:tcW w:type="dxa" w:w="1310"/>
          </w:tcPr>
          <w:p>
            <w:pPr>
              <w:spacing w:after="0"/>
              <w:jc w:val="left"/>
            </w:pPr>
          </w:p>
        </w:tc>
        <w:tc>
          <w:tcPr>
            <w:tcW w:type="dxa" w:w="2209"/>
          </w:tcPr>
          <w:p>
            <w:pPr>
              <w:spacing w:after="0"/>
              <w:jc w:val="left"/>
            </w:pPr>
            <w:r>
              <w:rPr>
                <w:sz w:val="16"/>
              </w:rPr>
              <w:t>Lightning, 2006-07-10, $5,000 property; crops not reported, reported for the zone (2006 dollars); NWS zone PRZ002 (NORTHEAST), zone-level: may include parts of neighboring counties</w:t>
            </w:r>
          </w:p>
        </w:tc>
        <w:tc>
          <w:tcPr>
            <w:tcW w:type="dxa" w:w="1843"/>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Storm Events lists lightning with damage or casualties; physical measure in event narratives only; local data required.</w:t>
            </w:r>
          </w:p>
        </w:tc>
      </w:tr>
      <w:tr>
        <w:trPr>
          <w:cantSplit/>
        </w:trPr>
        <w:tc>
          <w:tcPr>
            <w:tcW w:type="dxa" w:w="1709"/>
          </w:tcPr>
          <w:p>
            <w:pPr>
              <w:spacing w:after="0"/>
              <w:jc w:val="left"/>
            </w:pPr>
            <w:r>
              <w:rPr>
                <w:sz w:val="16"/>
              </w:rPr>
              <w:t>High Wind and Strong Wind (outside NRI Strong Wind definition)</w:t>
            </w:r>
          </w:p>
        </w:tc>
        <w:tc>
          <w:tcPr>
            <w:tcW w:type="dxa" w:w="1716"/>
          </w:tcPr>
          <w:p>
            <w:pPr>
              <w:spacing w:after="0"/>
              <w:jc w:val="left"/>
            </w:pPr>
            <w:r>
              <w:rPr>
                <w:sz w:val="16"/>
              </w:rPr>
              <w:t>wind speed (kt and mph)</w:t>
            </w:r>
          </w:p>
        </w:tc>
        <w:tc>
          <w:tcPr>
            <w:tcW w:type="dxa" w:w="1533"/>
          </w:tcPr>
          <w:p>
            <w:pPr>
              <w:spacing w:after="0"/>
              <w:jc w:val="right"/>
            </w:pPr>
            <w:r>
              <w:rPr>
                <w:sz w:val="16"/>
              </w:rPr>
              <w:t>3, 2003 to 2026 (3 zone-level)</w:t>
            </w:r>
          </w:p>
        </w:tc>
        <w:tc>
          <w:tcPr>
            <w:tcW w:type="dxa" w:w="1310"/>
          </w:tcPr>
          <w:p>
            <w:pPr>
              <w:spacing w:after="0"/>
              <w:jc w:val="left"/>
            </w:pPr>
            <w:r>
              <w:rPr>
                <w:sz w:val="16"/>
              </w:rPr>
              <w:t>24 kt (28 mph) to 40 kt (46 mph) (median 40 kt (46 mph)); 3 with a recorded value</w:t>
            </w:r>
          </w:p>
        </w:tc>
        <w:tc>
          <w:tcPr>
            <w:tcW w:type="dxa" w:w="2209"/>
          </w:tcPr>
          <w:p>
            <w:pPr>
              <w:spacing w:after="0"/>
              <w:jc w:val="left"/>
            </w:pPr>
            <w:r>
              <w:rPr>
                <w:sz w:val="16"/>
              </w:rPr>
              <w:t>40 kt (46 mph) estimated gust, Strong Wind, 2005-05-09; same speed and measurement basis also recorded on 2003-10-10; NWS zone PRZ002 (NORTHEAST), zone-level: may include parts of neighboring counties</w:t>
            </w:r>
          </w:p>
        </w:tc>
        <w:tc>
          <w:tcPr>
            <w:tcW w:type="dxa" w:w="1843"/>
          </w:tcPr>
          <w:p>
            <w:pPr>
              <w:spacing w:after="0"/>
              <w:jc w:val="left"/>
            </w:pPr>
            <w:r>
              <w:rPr>
                <w:sz w:val="16"/>
              </w:rPr>
              <w:t>Strong Wind, 2003-10-10, $15,000 property; crops not reported, reported for the zone (2003 dollars)</w:t>
            </w: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p>
        </w:tc>
      </w:tr>
      <w:tr>
        <w:trPr>
          <w:cantSplit/>
        </w:trPr>
        <w:tc>
          <w:tcPr>
            <w:tcW w:type="dxa" w:w="1709"/>
          </w:tcPr>
          <w:p>
            <w:pPr>
              <w:spacing w:after="0"/>
              <w:jc w:val="left"/>
            </w:pPr>
            <w:r>
              <w:rPr>
                <w:sz w:val="16"/>
              </w:rPr>
              <w:t>Thunderstorm Wind</w:t>
            </w:r>
          </w:p>
        </w:tc>
        <w:tc>
          <w:tcPr>
            <w:tcW w:type="dxa" w:w="1716"/>
          </w:tcPr>
          <w:p>
            <w:pPr>
              <w:spacing w:after="0"/>
              <w:jc w:val="left"/>
            </w:pPr>
            <w:r>
              <w:rPr>
                <w:sz w:val="16"/>
              </w:rPr>
              <w:t>wind speed (kt and mph)</w:t>
            </w:r>
          </w:p>
        </w:tc>
        <w:tc>
          <w:tcPr>
            <w:tcW w:type="dxa" w:w="1533"/>
          </w:tcPr>
          <w:p>
            <w:pPr>
              <w:spacing w:after="0"/>
              <w:jc w:val="right"/>
            </w:pPr>
            <w:r>
              <w:rPr>
                <w:sz w:val="16"/>
              </w:rPr>
              <w:t>5, 2002 to 2015 (3 zone-level)</w:t>
            </w:r>
          </w:p>
        </w:tc>
        <w:tc>
          <w:tcPr>
            <w:tcW w:type="dxa" w:w="1310"/>
          </w:tcPr>
          <w:p>
            <w:pPr>
              <w:spacing w:after="0"/>
              <w:jc w:val="left"/>
            </w:pPr>
            <w:r>
              <w:rPr>
                <w:sz w:val="16"/>
              </w:rPr>
              <w:t>40 kt (46 mph) to 43 kt (49 mph) (median 41.5 kt (48 mph)); 2 with a recorded value</w:t>
            </w:r>
          </w:p>
        </w:tc>
        <w:tc>
          <w:tcPr>
            <w:tcW w:type="dxa" w:w="2209"/>
          </w:tcPr>
          <w:p>
            <w:pPr>
              <w:spacing w:after="0"/>
              <w:jc w:val="left"/>
            </w:pPr>
            <w:r>
              <w:rPr>
                <w:sz w:val="16"/>
              </w:rPr>
              <w:t>43 kt (49 mph) estimated gust, Thunderstorm Wind, 2010-07-06</w:t>
            </w:r>
          </w:p>
        </w:tc>
        <w:tc>
          <w:tcPr>
            <w:tcW w:type="dxa" w:w="1843"/>
          </w:tcPr>
          <w:p>
            <w:pPr>
              <w:spacing w:after="0"/>
              <w:jc w:val="left"/>
            </w:pPr>
          </w:p>
        </w:tc>
        <w:tc>
          <w:tcPr>
            <w:tcW w:type="dxa" w:w="1598"/>
          </w:tcPr>
          <w:p>
            <w:pPr>
              <w:spacing w:after="0"/>
              <w:jc w:val="left"/>
            </w:pPr>
            <w:r>
              <w:rPr>
                <w:sz w:val="16"/>
              </w:rPr>
              <w:t>No event record names a member place. Zone-level records (3) apply countywide.</w:t>
            </w:r>
          </w:p>
        </w:tc>
        <w:tc>
          <w:tcPr>
            <w:tcW w:type="dxa" w:w="2195"/>
          </w:tcPr>
          <w:p>
            <w:pPr>
              <w:spacing w:after="0"/>
              <w:jc w:val="left"/>
            </w:pPr>
          </w:p>
        </w:tc>
      </w:tr>
      <w:tr>
        <w:trPr>
          <w:cantSplit/>
        </w:trPr>
        <w:tc>
          <w:tcPr>
            <w:tcW w:type="dxa" w:w="1709"/>
          </w:tcPr>
          <w:p>
            <w:pPr>
              <w:spacing w:after="0"/>
              <w:jc w:val="left"/>
            </w:pPr>
            <w:r>
              <w:rPr>
                <w:sz w:val="16"/>
              </w:rPr>
              <w:t>Tornado</w:t>
            </w:r>
          </w:p>
        </w:tc>
        <w:tc>
          <w:tcPr>
            <w:tcW w:type="dxa" w:w="1716"/>
          </w:tcPr>
          <w:p>
            <w:pPr>
              <w:spacing w:after="0"/>
              <w:jc w:val="left"/>
            </w:pPr>
            <w:r>
              <w:rPr>
                <w:sz w:val="16"/>
              </w:rPr>
              <w:t>Enhanced Fujita (F before Feb 2007)</w:t>
            </w:r>
          </w:p>
        </w:tc>
        <w:tc>
          <w:tcPr>
            <w:tcW w:type="dxa" w:w="1533"/>
          </w:tcPr>
          <w:p>
            <w:pPr>
              <w:spacing w:after="0"/>
              <w:jc w:val="right"/>
            </w:pPr>
            <w:r>
              <w:rPr>
                <w:sz w:val="16"/>
              </w:rPr>
              <w:t>0</w:t>
            </w:r>
          </w:p>
        </w:tc>
        <w:tc>
          <w:tcPr>
            <w:tcW w:type="dxa" w:w="1310"/>
          </w:tcPr>
          <w:p>
            <w:pPr>
              <w:spacing w:after="0"/>
              <w:jc w:val="left"/>
            </w:pPr>
          </w:p>
        </w:tc>
        <w:tc>
          <w:tcPr>
            <w:tcW w:type="dxa" w:w="2209"/>
          </w:tcPr>
          <w:p>
            <w:pPr>
              <w:spacing w:after="0"/>
              <w:jc w:val="left"/>
            </w:pPr>
          </w:p>
        </w:tc>
        <w:tc>
          <w:tcPr>
            <w:tcW w:type="dxa" w:w="1843"/>
          </w:tcPr>
          <w:p>
            <w:pPr>
              <w:spacing w:after="0"/>
              <w:jc w:val="left"/>
            </w:pPr>
          </w:p>
        </w:tc>
        <w:tc>
          <w:tcPr>
            <w:tcW w:type="dxa" w:w="1598"/>
          </w:tcPr>
          <w:p>
            <w:pPr>
              <w:spacing w:after="0"/>
              <w:jc w:val="left"/>
            </w:pPr>
          </w:p>
        </w:tc>
        <w:tc>
          <w:tcPr>
            <w:tcW w:type="dxa" w:w="219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9"/>
          </w:tcPr>
          <w:p>
            <w:pPr>
              <w:spacing w:after="0"/>
              <w:jc w:val="left"/>
            </w:pPr>
            <w:r>
              <w:rPr>
                <w:sz w:val="16"/>
              </w:rPr>
              <w:t>Tsunami</w:t>
            </w:r>
          </w:p>
        </w:tc>
        <w:tc>
          <w:tcPr>
            <w:tcW w:type="dxa" w:w="1716"/>
          </w:tcPr>
          <w:p>
            <w:pPr>
              <w:spacing w:after="0"/>
              <w:jc w:val="left"/>
            </w:pPr>
            <w:r>
              <w:rPr>
                <w:sz w:val="16"/>
              </w:rPr>
              <w:t>none (count and damage)</w:t>
            </w:r>
          </w:p>
        </w:tc>
        <w:tc>
          <w:tcPr>
            <w:tcW w:type="dxa" w:w="1533"/>
          </w:tcPr>
          <w:p>
            <w:pPr>
              <w:spacing w:after="0"/>
              <w:jc w:val="right"/>
            </w:pPr>
            <w:r>
              <w:rPr>
                <w:sz w:val="16"/>
              </w:rPr>
              <w:t>0</w:t>
            </w:r>
          </w:p>
        </w:tc>
        <w:tc>
          <w:tcPr>
            <w:tcW w:type="dxa" w:w="1310"/>
          </w:tcPr>
          <w:p>
            <w:pPr>
              <w:spacing w:after="0"/>
              <w:jc w:val="left"/>
            </w:pPr>
          </w:p>
        </w:tc>
        <w:tc>
          <w:tcPr>
            <w:tcW w:type="dxa" w:w="2209"/>
          </w:tcPr>
          <w:p>
            <w:pPr>
              <w:spacing w:after="0"/>
              <w:jc w:val="left"/>
            </w:pPr>
          </w:p>
        </w:tc>
        <w:tc>
          <w:tcPr>
            <w:tcW w:type="dxa" w:w="1843"/>
          </w:tcPr>
          <w:p>
            <w:pPr>
              <w:spacing w:after="0"/>
              <w:jc w:val="left"/>
            </w:pPr>
          </w:p>
        </w:tc>
        <w:tc>
          <w:tcPr>
            <w:tcW w:type="dxa" w:w="159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Volcanic Ash, Volcanic Ashfall</w:t>
            </w:r>
          </w:p>
        </w:tc>
        <w:tc>
          <w:tcPr>
            <w:tcW w:type="dxa" w:w="1716"/>
          </w:tcPr>
          <w:p>
            <w:pPr>
              <w:spacing w:after="0"/>
              <w:jc w:val="left"/>
            </w:pPr>
            <w:r>
              <w:rPr>
                <w:sz w:val="16"/>
              </w:rPr>
              <w:t>Volcanic Explosivity Index (local data)</w:t>
            </w:r>
          </w:p>
        </w:tc>
        <w:tc>
          <w:tcPr>
            <w:tcW w:type="dxa" w:w="1533"/>
          </w:tcPr>
          <w:p>
            <w:pPr>
              <w:spacing w:after="0"/>
              <w:jc w:val="right"/>
            </w:pPr>
            <w:r>
              <w:rPr>
                <w:sz w:val="16"/>
              </w:rPr>
              <w:t>5, 2001 to 2004 (5 zone-level)</w:t>
            </w:r>
          </w:p>
        </w:tc>
        <w:tc>
          <w:tcPr>
            <w:tcW w:type="dxa" w:w="1310"/>
          </w:tcPr>
          <w:p>
            <w:pPr>
              <w:spacing w:after="0"/>
              <w:jc w:val="left"/>
            </w:pPr>
          </w:p>
        </w:tc>
        <w:tc>
          <w:tcPr>
            <w:tcW w:type="dxa" w:w="2209"/>
          </w:tcPr>
          <w:p>
            <w:pPr>
              <w:spacing w:after="0"/>
              <w:jc w:val="left"/>
            </w:pPr>
            <w:r>
              <w:rPr>
                <w:sz w:val="16"/>
              </w:rPr>
              <w:t>No damage reported in 5 records.</w:t>
            </w:r>
          </w:p>
        </w:tc>
        <w:tc>
          <w:tcPr>
            <w:tcW w:type="dxa" w:w="1843"/>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Wildfire</w:t>
            </w:r>
          </w:p>
        </w:tc>
        <w:tc>
          <w:tcPr>
            <w:tcW w:type="dxa" w:w="1716"/>
          </w:tcPr>
          <w:p>
            <w:pPr>
              <w:spacing w:after="0"/>
              <w:jc w:val="left"/>
            </w:pPr>
            <w:r>
              <w:rPr>
                <w:sz w:val="16"/>
              </w:rPr>
              <w:t>acres burned (local data)</w:t>
            </w:r>
          </w:p>
        </w:tc>
        <w:tc>
          <w:tcPr>
            <w:tcW w:type="dxa" w:w="1533"/>
          </w:tcPr>
          <w:p>
            <w:pPr>
              <w:spacing w:after="0"/>
              <w:jc w:val="right"/>
            </w:pPr>
            <w:r>
              <w:rPr>
                <w:sz w:val="16"/>
              </w:rPr>
              <w:t>1, 2007 to 2007 (1 zone-level)</w:t>
            </w:r>
          </w:p>
        </w:tc>
        <w:tc>
          <w:tcPr>
            <w:tcW w:type="dxa" w:w="1310"/>
          </w:tcPr>
          <w:p>
            <w:pPr>
              <w:spacing w:after="0"/>
              <w:jc w:val="left"/>
            </w:pPr>
          </w:p>
        </w:tc>
        <w:tc>
          <w:tcPr>
            <w:tcW w:type="dxa" w:w="2209"/>
          </w:tcPr>
          <w:p>
            <w:pPr>
              <w:spacing w:after="0"/>
              <w:jc w:val="left"/>
            </w:pPr>
            <w:r>
              <w:rPr>
                <w:sz w:val="16"/>
              </w:rPr>
              <w:t>No damage reported in 1 records.</w:t>
            </w:r>
          </w:p>
        </w:tc>
        <w:tc>
          <w:tcPr>
            <w:tcW w:type="dxa" w:w="1843"/>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Acres burned: in event narratives only; local data required.</w:t>
            </w:r>
          </w:p>
        </w:tc>
      </w:tr>
      <w:tr>
        <w:trPr>
          <w:cantSplit/>
        </w:trPr>
        <w:tc>
          <w:tcPr>
            <w:tcW w:type="dxa" w:w="1709"/>
          </w:tcPr>
          <w:p>
            <w:pPr>
              <w:spacing w:after="0"/>
              <w:jc w:val="left"/>
            </w:pPr>
            <w:r>
              <w:rPr>
                <w:sz w:val="16"/>
              </w:rPr>
              <w:t>Winter Storm, Heavy Snow, Blizzard, Lake-Effect Snow, Winter Weather, Sleet</w:t>
            </w:r>
          </w:p>
        </w:tc>
        <w:tc>
          <w:tcPr>
            <w:tcW w:type="dxa" w:w="1716"/>
          </w:tcPr>
          <w:p>
            <w:pPr>
              <w:spacing w:after="0"/>
              <w:jc w:val="left"/>
            </w:pPr>
            <w:r>
              <w:rPr>
                <w:sz w:val="16"/>
              </w:rPr>
              <w:t>none in data (snowfall local)</w:t>
            </w:r>
          </w:p>
        </w:tc>
        <w:tc>
          <w:tcPr>
            <w:tcW w:type="dxa" w:w="1533"/>
          </w:tcPr>
          <w:p>
            <w:pPr>
              <w:spacing w:after="0"/>
              <w:jc w:val="right"/>
            </w:pPr>
            <w:r>
              <w:rPr>
                <w:sz w:val="16"/>
              </w:rPr>
              <w:t>0</w:t>
            </w:r>
          </w:p>
        </w:tc>
        <w:tc>
          <w:tcPr>
            <w:tcW w:type="dxa" w:w="1310"/>
          </w:tcPr>
          <w:p>
            <w:pPr>
              <w:spacing w:after="0"/>
              <w:jc w:val="left"/>
            </w:pPr>
          </w:p>
        </w:tc>
        <w:tc>
          <w:tcPr>
            <w:tcW w:type="dxa" w:w="2209"/>
          </w:tcPr>
          <w:p>
            <w:pPr>
              <w:spacing w:after="0"/>
              <w:jc w:val="left"/>
            </w:pPr>
          </w:p>
        </w:tc>
        <w:tc>
          <w:tcPr>
            <w:tcW w:type="dxa" w:w="1843"/>
          </w:tcPr>
          <w:p>
            <w:pPr>
              <w:spacing w:after="0"/>
              <w:jc w:val="left"/>
            </w:pPr>
          </w:p>
        </w:tc>
        <w:tc>
          <w:tcPr>
            <w:tcW w:type="dxa" w:w="1598"/>
          </w:tcPr>
          <w:p>
            <w:pPr>
              <w:spacing w:after="0"/>
              <w:jc w:val="left"/>
            </w:pPr>
          </w:p>
        </w:tc>
        <w:tc>
          <w:tcPr>
            <w:tcW w:type="dxa" w:w="219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3"/>
        <w:gridCol w:w="1173"/>
        <w:gridCol w:w="1173"/>
        <w:gridCol w:w="1577"/>
        <w:gridCol w:w="2385"/>
        <w:gridCol w:w="2425"/>
        <w:gridCol w:w="1617"/>
        <w:gridCol w:w="1577"/>
        <w:gridCol w:w="1011"/>
      </w:tblGrid>
      <w:tr>
        <w:trPr>
          <w:cantSplit/>
          <w:tblHeader/>
        </w:trPr>
        <w:tc>
          <w:tcPr>
            <w:tcW w:type="dxa" w:w="1173"/>
            <w:shd w:val="clear" w:color="auto" w:fill="E8E8E8"/>
          </w:tcPr>
          <w:p>
            <w:pPr>
              <w:spacing w:after="0"/>
              <w:jc w:val="left"/>
            </w:pPr>
            <w:r>
              <w:rPr>
                <w:b/>
                <w:sz w:val="16"/>
              </w:rPr>
              <w:t>Declared</w:t>
            </w:r>
          </w:p>
        </w:tc>
        <w:tc>
          <w:tcPr>
            <w:tcW w:type="dxa" w:w="1173"/>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577"/>
            <w:shd w:val="clear" w:color="auto" w:fill="E8E8E8"/>
          </w:tcPr>
          <w:p>
            <w:pPr>
              <w:spacing w:after="0"/>
              <w:jc w:val="left"/>
            </w:pPr>
            <w:r>
              <w:rPr>
                <w:b/>
                <w:sz w:val="16"/>
              </w:rPr>
              <w:t>Type</w:t>
            </w:r>
          </w:p>
        </w:tc>
        <w:tc>
          <w:tcPr>
            <w:tcW w:type="dxa" w:w="2385"/>
            <w:shd w:val="clear" w:color="auto" w:fill="E8E8E8"/>
          </w:tcPr>
          <w:p>
            <w:pPr>
              <w:spacing w:after="0"/>
              <w:jc w:val="left"/>
            </w:pPr>
            <w:r>
              <w:rPr>
                <w:b/>
                <w:sz w:val="16"/>
              </w:rPr>
              <w:t>Title</w:t>
            </w:r>
          </w:p>
        </w:tc>
        <w:tc>
          <w:tcPr>
            <w:tcW w:type="dxa" w:w="2425"/>
            <w:shd w:val="clear" w:color="auto" w:fill="E8E8E8"/>
          </w:tcPr>
          <w:p>
            <w:pPr>
              <w:spacing w:after="0"/>
              <w:jc w:val="left"/>
            </w:pPr>
            <w:r>
              <w:rPr>
                <w:b/>
                <w:sz w:val="16"/>
              </w:rPr>
              <w:t>Mapped hazard</w:t>
            </w:r>
          </w:p>
        </w:tc>
        <w:tc>
          <w:tcPr>
            <w:tcW w:type="dxa" w:w="16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77"/>
            <w:shd w:val="clear" w:color="auto" w:fill="E8E8E8"/>
          </w:tcPr>
          <w:p>
            <w:pPr>
              <w:spacing w:after="0"/>
              <w:jc w:val="left"/>
            </w:pPr>
            <w:r>
              <w:rPr>
                <w:b/>
                <w:sz w:val="16"/>
              </w:rPr>
              <w:t>Flags</w:t>
            </w:r>
          </w:p>
        </w:tc>
        <w:tc>
          <w:tcPr>
            <w:tcW w:type="dxa" w:w="1011"/>
            <w:shd w:val="clear" w:color="auto" w:fill="E8E8E8"/>
          </w:tcPr>
          <w:p>
            <w:pPr>
              <w:spacing w:after="0"/>
              <w:jc w:val="left"/>
            </w:pPr>
            <w:r>
              <w:rPr>
                <w:b/>
                <w:sz w:val="16"/>
              </w:rPr>
              <w:t>Notes</w:t>
            </w:r>
          </w:p>
        </w:tc>
      </w:tr>
      <w:tr>
        <w:trPr>
          <w:cantSplit/>
        </w:trPr>
        <w:tc>
          <w:tcPr>
            <w:tcW w:type="dxa" w:w="1173"/>
          </w:tcPr>
          <w:p>
            <w:pPr>
              <w:spacing w:after="0"/>
              <w:jc w:val="left"/>
            </w:pPr>
            <w:r>
              <w:rPr>
                <w:sz w:val="16"/>
              </w:rPr>
              <w:t>2024-11-27</w:t>
            </w:r>
          </w:p>
        </w:tc>
        <w:tc>
          <w:tcPr>
            <w:tcW w:type="dxa" w:w="1173"/>
          </w:tcPr>
          <w:p>
            <w:pPr>
              <w:spacing w:after="0"/>
              <w:jc w:val="left"/>
            </w:pPr>
            <w:r>
              <w:rPr>
                <w:sz w:val="16"/>
              </w:rPr>
              <w:t>2024-08-13</w:t>
            </w:r>
          </w:p>
        </w:tc>
        <w:tc>
          <w:tcPr>
            <w:tcW w:type="dxa" w:w="1173"/>
          </w:tcPr>
          <w:p>
            <w:pPr>
              <w:spacing w:after="0"/>
              <w:jc w:val="left"/>
            </w:pPr>
            <w:r>
              <w:rPr>
                <w:sz w:val="16"/>
              </w:rPr>
              <w:t>DR-4850-PR</w:t>
            </w:r>
          </w:p>
        </w:tc>
        <w:tc>
          <w:tcPr>
            <w:tcW w:type="dxa" w:w="1577"/>
          </w:tcPr>
          <w:p>
            <w:pPr>
              <w:spacing w:after="0"/>
              <w:jc w:val="left"/>
            </w:pPr>
            <w:r>
              <w:rPr>
                <w:sz w:val="16"/>
              </w:rPr>
              <w:t>Major disaster</w:t>
            </w:r>
          </w:p>
        </w:tc>
        <w:tc>
          <w:tcPr>
            <w:tcW w:type="dxa" w:w="2385"/>
          </w:tcPr>
          <w:p>
            <w:pPr>
              <w:spacing w:after="0"/>
              <w:jc w:val="left"/>
            </w:pPr>
            <w:r>
              <w:rPr>
                <w:sz w:val="16"/>
              </w:rPr>
              <w:t>TROPICAL STORM ERNESTO</w:t>
            </w:r>
          </w:p>
        </w:tc>
        <w:tc>
          <w:tcPr>
            <w:tcW w:type="dxa" w:w="2425"/>
          </w:tcPr>
          <w:p>
            <w:pPr>
              <w:spacing w:after="0"/>
              <w:jc w:val="left"/>
            </w:pPr>
            <w:r>
              <w:rPr>
                <w:sz w:val="16"/>
              </w:rPr>
              <w:t>Hurricane (primary); also designated: Inland Flooding, Landslide</w:t>
            </w:r>
          </w:p>
        </w:tc>
        <w:tc>
          <w:tcPr>
            <w:tcW w:type="dxa" w:w="1617"/>
          </w:tcPr>
          <w:p>
            <w:pPr>
              <w:spacing w:after="0"/>
              <w:jc w:val="right"/>
            </w:pPr>
            <w:r>
              <w:rPr>
                <w:sz w:val="16"/>
              </w:rPr>
              <w:t>$103,025.65</w:t>
            </w:r>
          </w:p>
        </w:tc>
        <w:tc>
          <w:tcPr>
            <w:tcW w:type="dxa" w:w="1577"/>
          </w:tcPr>
          <w:p>
            <w:pPr>
              <w:spacing w:after="0"/>
              <w:jc w:val="left"/>
            </w:pPr>
            <w:r>
              <w:rPr>
                <w:sz w:val="16"/>
              </w:rPr>
              <w:t>new since last plan; within last 5 years</w:t>
            </w:r>
          </w:p>
        </w:tc>
        <w:tc>
          <w:tcPr>
            <w:tcW w:type="dxa" w:w="1011"/>
          </w:tcPr>
          <w:p>
            <w:pPr>
              <w:spacing w:after="0"/>
              <w:jc w:val="left"/>
            </w:pPr>
          </w:p>
        </w:tc>
      </w:tr>
      <w:tr>
        <w:trPr>
          <w:cantSplit/>
        </w:trPr>
        <w:tc>
          <w:tcPr>
            <w:tcW w:type="dxa" w:w="1173"/>
          </w:tcPr>
          <w:p>
            <w:pPr>
              <w:spacing w:after="0"/>
              <w:jc w:val="left"/>
            </w:pPr>
            <w:r>
              <w:rPr>
                <w:sz w:val="16"/>
              </w:rPr>
              <w:t>2024-08-13</w:t>
            </w:r>
          </w:p>
        </w:tc>
        <w:tc>
          <w:tcPr>
            <w:tcW w:type="dxa" w:w="1173"/>
          </w:tcPr>
          <w:p>
            <w:pPr>
              <w:spacing w:after="0"/>
              <w:jc w:val="left"/>
            </w:pPr>
            <w:r>
              <w:rPr>
                <w:sz w:val="16"/>
              </w:rPr>
              <w:t>2024-08-13</w:t>
            </w:r>
          </w:p>
        </w:tc>
        <w:tc>
          <w:tcPr>
            <w:tcW w:type="dxa" w:w="1173"/>
          </w:tcPr>
          <w:p>
            <w:pPr>
              <w:spacing w:after="0"/>
              <w:jc w:val="left"/>
            </w:pPr>
            <w:r>
              <w:rPr>
                <w:sz w:val="16"/>
              </w:rPr>
              <w:t>EM-3610-PR</w:t>
            </w:r>
          </w:p>
        </w:tc>
        <w:tc>
          <w:tcPr>
            <w:tcW w:type="dxa" w:w="1577"/>
          </w:tcPr>
          <w:p>
            <w:pPr>
              <w:spacing w:after="0"/>
              <w:jc w:val="left"/>
            </w:pPr>
            <w:r>
              <w:rPr>
                <w:sz w:val="16"/>
              </w:rPr>
              <w:t>Emergency</w:t>
            </w:r>
          </w:p>
        </w:tc>
        <w:tc>
          <w:tcPr>
            <w:tcW w:type="dxa" w:w="2385"/>
          </w:tcPr>
          <w:p>
            <w:pPr>
              <w:spacing w:after="0"/>
              <w:jc w:val="left"/>
            </w:pPr>
            <w:r>
              <w:rPr>
                <w:sz w:val="16"/>
              </w:rPr>
              <w:t>TROPICAL STORM ERNESTO</w:t>
            </w:r>
          </w:p>
        </w:tc>
        <w:tc>
          <w:tcPr>
            <w:tcW w:type="dxa" w:w="2425"/>
          </w:tcPr>
          <w:p>
            <w:pPr>
              <w:spacing w:after="0"/>
              <w:jc w:val="left"/>
            </w:pPr>
            <w:r>
              <w:rPr>
                <w:sz w:val="16"/>
              </w:rPr>
              <w:t>Hurricane; Inland Flooding; Landslide</w:t>
            </w:r>
          </w:p>
        </w:tc>
        <w:tc>
          <w:tcPr>
            <w:tcW w:type="dxa" w:w="1617"/>
          </w:tcPr>
          <w:p>
            <w:pPr>
              <w:spacing w:after="0"/>
              <w:jc w:val="right"/>
            </w:pPr>
            <w:r>
              <w:rPr>
                <w:sz w:val="16"/>
              </w:rPr>
              <w:t>none found</w:t>
            </w:r>
          </w:p>
        </w:tc>
        <w:tc>
          <w:tcPr>
            <w:tcW w:type="dxa" w:w="1577"/>
          </w:tcPr>
          <w:p>
            <w:pPr>
              <w:spacing w:after="0"/>
              <w:jc w:val="left"/>
            </w:pPr>
            <w:r>
              <w:rPr>
                <w:sz w:val="16"/>
              </w:rPr>
              <w:t>new since last plan; within last 5 years</w:t>
            </w:r>
          </w:p>
        </w:tc>
        <w:tc>
          <w:tcPr>
            <w:tcW w:type="dxa" w:w="1011"/>
          </w:tcPr>
          <w:p>
            <w:pPr>
              <w:spacing w:after="0"/>
              <w:jc w:val="left"/>
            </w:pPr>
            <w:r>
              <w:rPr>
                <w:sz w:val="16"/>
              </w:rPr>
              <w:t>same incident as DR-4850</w:t>
            </w:r>
          </w:p>
        </w:tc>
      </w:tr>
      <w:tr>
        <w:trPr>
          <w:cantSplit/>
        </w:trPr>
        <w:tc>
          <w:tcPr>
            <w:tcW w:type="dxa" w:w="1173"/>
          </w:tcPr>
          <w:p>
            <w:pPr>
              <w:spacing w:after="0"/>
              <w:jc w:val="left"/>
            </w:pPr>
            <w:r>
              <w:rPr>
                <w:sz w:val="16"/>
              </w:rPr>
              <w:t>2022-09-21</w:t>
            </w:r>
          </w:p>
        </w:tc>
        <w:tc>
          <w:tcPr>
            <w:tcW w:type="dxa" w:w="1173"/>
          </w:tcPr>
          <w:p>
            <w:pPr>
              <w:spacing w:after="0"/>
              <w:jc w:val="left"/>
            </w:pPr>
            <w:r>
              <w:rPr>
                <w:sz w:val="16"/>
              </w:rPr>
              <w:t>2022-09-17</w:t>
            </w:r>
          </w:p>
        </w:tc>
        <w:tc>
          <w:tcPr>
            <w:tcW w:type="dxa" w:w="1173"/>
          </w:tcPr>
          <w:p>
            <w:pPr>
              <w:spacing w:after="0"/>
              <w:jc w:val="left"/>
            </w:pPr>
            <w:r>
              <w:rPr>
                <w:sz w:val="16"/>
              </w:rPr>
              <w:t>DR-4671-PR</w:t>
            </w:r>
          </w:p>
        </w:tc>
        <w:tc>
          <w:tcPr>
            <w:tcW w:type="dxa" w:w="1577"/>
          </w:tcPr>
          <w:p>
            <w:pPr>
              <w:spacing w:after="0"/>
              <w:jc w:val="left"/>
            </w:pPr>
            <w:r>
              <w:rPr>
                <w:sz w:val="16"/>
              </w:rPr>
              <w:t>Major disaster</w:t>
            </w:r>
          </w:p>
        </w:tc>
        <w:tc>
          <w:tcPr>
            <w:tcW w:type="dxa" w:w="2385"/>
          </w:tcPr>
          <w:p>
            <w:pPr>
              <w:spacing w:after="0"/>
              <w:jc w:val="left"/>
            </w:pPr>
            <w:r>
              <w:rPr>
                <w:sz w:val="16"/>
              </w:rPr>
              <w:t>HURRICANE FIONA</w:t>
            </w:r>
          </w:p>
        </w:tc>
        <w:tc>
          <w:tcPr>
            <w:tcW w:type="dxa" w:w="2425"/>
          </w:tcPr>
          <w:p>
            <w:pPr>
              <w:spacing w:after="0"/>
              <w:jc w:val="left"/>
            </w:pPr>
            <w:r>
              <w:rPr>
                <w:sz w:val="16"/>
              </w:rPr>
              <w:t>Hurricane</w:t>
            </w:r>
          </w:p>
        </w:tc>
        <w:tc>
          <w:tcPr>
            <w:tcW w:type="dxa" w:w="1617"/>
          </w:tcPr>
          <w:p>
            <w:pPr>
              <w:spacing w:after="0"/>
              <w:jc w:val="right"/>
            </w:pPr>
            <w:r>
              <w:rPr>
                <w:sz w:val="16"/>
              </w:rPr>
              <w:t>$1,078,928.57</w:t>
            </w:r>
          </w:p>
        </w:tc>
        <w:tc>
          <w:tcPr>
            <w:tcW w:type="dxa" w:w="1577"/>
          </w:tcPr>
          <w:p>
            <w:pPr>
              <w:spacing w:after="0"/>
              <w:jc w:val="left"/>
            </w:pPr>
            <w:r>
              <w:rPr>
                <w:sz w:val="16"/>
              </w:rPr>
              <w:t>new since last plan; within last 5 years</w:t>
            </w:r>
          </w:p>
        </w:tc>
        <w:tc>
          <w:tcPr>
            <w:tcW w:type="dxa" w:w="1011"/>
          </w:tcPr>
          <w:p>
            <w:pPr>
              <w:spacing w:after="0"/>
              <w:jc w:val="left"/>
            </w:pPr>
          </w:p>
        </w:tc>
      </w:tr>
      <w:tr>
        <w:trPr>
          <w:cantSplit/>
        </w:trPr>
        <w:tc>
          <w:tcPr>
            <w:tcW w:type="dxa" w:w="1173"/>
          </w:tcPr>
          <w:p>
            <w:pPr>
              <w:spacing w:after="0"/>
              <w:jc w:val="left"/>
            </w:pPr>
            <w:r>
              <w:rPr>
                <w:sz w:val="16"/>
              </w:rPr>
              <w:t>2022-09-18</w:t>
            </w:r>
          </w:p>
        </w:tc>
        <w:tc>
          <w:tcPr>
            <w:tcW w:type="dxa" w:w="1173"/>
          </w:tcPr>
          <w:p>
            <w:pPr>
              <w:spacing w:after="0"/>
              <w:jc w:val="left"/>
            </w:pPr>
            <w:r>
              <w:rPr>
                <w:sz w:val="16"/>
              </w:rPr>
              <w:t>2022-09-17</w:t>
            </w:r>
          </w:p>
        </w:tc>
        <w:tc>
          <w:tcPr>
            <w:tcW w:type="dxa" w:w="1173"/>
          </w:tcPr>
          <w:p>
            <w:pPr>
              <w:spacing w:after="0"/>
              <w:jc w:val="left"/>
            </w:pPr>
            <w:r>
              <w:rPr>
                <w:sz w:val="16"/>
              </w:rPr>
              <w:t>EM-3583-PR</w:t>
            </w:r>
          </w:p>
        </w:tc>
        <w:tc>
          <w:tcPr>
            <w:tcW w:type="dxa" w:w="1577"/>
          </w:tcPr>
          <w:p>
            <w:pPr>
              <w:spacing w:after="0"/>
              <w:jc w:val="left"/>
            </w:pPr>
            <w:r>
              <w:rPr>
                <w:sz w:val="16"/>
              </w:rPr>
              <w:t>Emergency</w:t>
            </w:r>
          </w:p>
        </w:tc>
        <w:tc>
          <w:tcPr>
            <w:tcW w:type="dxa" w:w="2385"/>
          </w:tcPr>
          <w:p>
            <w:pPr>
              <w:spacing w:after="0"/>
              <w:jc w:val="left"/>
            </w:pPr>
            <w:r>
              <w:rPr>
                <w:sz w:val="16"/>
              </w:rPr>
              <w:t>TROPICAL STORM FIONA</w:t>
            </w:r>
          </w:p>
        </w:tc>
        <w:tc>
          <w:tcPr>
            <w:tcW w:type="dxa" w:w="2425"/>
          </w:tcPr>
          <w:p>
            <w:pPr>
              <w:spacing w:after="0"/>
              <w:jc w:val="left"/>
            </w:pPr>
            <w:r>
              <w:rPr>
                <w:sz w:val="16"/>
              </w:rPr>
              <w:t>Hurricane</w:t>
            </w:r>
          </w:p>
        </w:tc>
        <w:tc>
          <w:tcPr>
            <w:tcW w:type="dxa" w:w="1617"/>
          </w:tcPr>
          <w:p>
            <w:pPr>
              <w:spacing w:after="0"/>
              <w:jc w:val="right"/>
            </w:pPr>
            <w:r>
              <w:rPr>
                <w:sz w:val="16"/>
              </w:rPr>
              <w:t>none found</w:t>
            </w:r>
          </w:p>
        </w:tc>
        <w:tc>
          <w:tcPr>
            <w:tcW w:type="dxa" w:w="1577"/>
          </w:tcPr>
          <w:p>
            <w:pPr>
              <w:spacing w:after="0"/>
              <w:jc w:val="left"/>
            </w:pPr>
            <w:r>
              <w:rPr>
                <w:sz w:val="16"/>
              </w:rPr>
              <w:t>new since last plan; within last 5 years</w:t>
            </w:r>
          </w:p>
        </w:tc>
        <w:tc>
          <w:tcPr>
            <w:tcW w:type="dxa" w:w="1011"/>
          </w:tcPr>
          <w:p>
            <w:pPr>
              <w:spacing w:after="0"/>
              <w:jc w:val="left"/>
            </w:pPr>
            <w:r>
              <w:rPr>
                <w:sz w:val="16"/>
              </w:rPr>
              <w:t>same incident as DR-4671</w:t>
            </w:r>
          </w:p>
        </w:tc>
      </w:tr>
      <w:tr>
        <w:trPr>
          <w:cantSplit/>
        </w:trPr>
        <w:tc>
          <w:tcPr>
            <w:tcW w:type="dxa" w:w="1173"/>
          </w:tcPr>
          <w:p>
            <w:pPr>
              <w:spacing w:after="0"/>
              <w:jc w:val="left"/>
            </w:pPr>
            <w:r>
              <w:rPr>
                <w:sz w:val="16"/>
              </w:rPr>
              <w:t>2020-08-22</w:t>
            </w:r>
          </w:p>
        </w:tc>
        <w:tc>
          <w:tcPr>
            <w:tcW w:type="dxa" w:w="1173"/>
          </w:tcPr>
          <w:p>
            <w:pPr>
              <w:spacing w:after="0"/>
              <w:jc w:val="left"/>
            </w:pPr>
            <w:r>
              <w:rPr>
                <w:sz w:val="16"/>
              </w:rPr>
              <w:t>2020-08-21</w:t>
            </w:r>
          </w:p>
        </w:tc>
        <w:tc>
          <w:tcPr>
            <w:tcW w:type="dxa" w:w="1173"/>
          </w:tcPr>
          <w:p>
            <w:pPr>
              <w:spacing w:after="0"/>
              <w:jc w:val="left"/>
            </w:pPr>
            <w:r>
              <w:rPr>
                <w:sz w:val="16"/>
              </w:rPr>
              <w:t>EM-3537-PR</w:t>
            </w:r>
          </w:p>
        </w:tc>
        <w:tc>
          <w:tcPr>
            <w:tcW w:type="dxa" w:w="1577"/>
          </w:tcPr>
          <w:p>
            <w:pPr>
              <w:spacing w:after="0"/>
              <w:jc w:val="left"/>
            </w:pPr>
            <w:r>
              <w:rPr>
                <w:sz w:val="16"/>
              </w:rPr>
              <w:t>Emergency</w:t>
            </w:r>
          </w:p>
        </w:tc>
        <w:tc>
          <w:tcPr>
            <w:tcW w:type="dxa" w:w="2385"/>
          </w:tcPr>
          <w:p>
            <w:pPr>
              <w:spacing w:after="0"/>
              <w:jc w:val="left"/>
            </w:pPr>
            <w:r>
              <w:rPr>
                <w:sz w:val="16"/>
              </w:rPr>
              <w:t>TROPICAL STORM LAURA</w:t>
            </w:r>
          </w:p>
        </w:tc>
        <w:tc>
          <w:tcPr>
            <w:tcW w:type="dxa" w:w="2425"/>
          </w:tcPr>
          <w:p>
            <w:pPr>
              <w:spacing w:after="0"/>
              <w:jc w:val="left"/>
            </w:pPr>
            <w:r>
              <w:rPr>
                <w:sz w:val="16"/>
              </w:rPr>
              <w:t>Hurricane</w:t>
            </w:r>
          </w:p>
        </w:tc>
        <w:tc>
          <w:tcPr>
            <w:tcW w:type="dxa" w:w="1617"/>
          </w:tcPr>
          <w:p>
            <w:pPr>
              <w:spacing w:after="0"/>
              <w:jc w:val="right"/>
            </w:pPr>
            <w:r>
              <w:rPr>
                <w:sz w:val="16"/>
              </w:rPr>
              <w:t>none found</w:t>
            </w:r>
          </w:p>
        </w:tc>
        <w:tc>
          <w:tcPr>
            <w:tcW w:type="dxa" w:w="1577"/>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2020-07-29</w:t>
            </w:r>
          </w:p>
        </w:tc>
        <w:tc>
          <w:tcPr>
            <w:tcW w:type="dxa" w:w="1173"/>
          </w:tcPr>
          <w:p>
            <w:pPr>
              <w:spacing w:after="0"/>
              <w:jc w:val="left"/>
            </w:pPr>
            <w:r>
              <w:rPr>
                <w:sz w:val="16"/>
              </w:rPr>
              <w:t>2020-07-27</w:t>
            </w:r>
          </w:p>
        </w:tc>
        <w:tc>
          <w:tcPr>
            <w:tcW w:type="dxa" w:w="1173"/>
          </w:tcPr>
          <w:p>
            <w:pPr>
              <w:spacing w:after="0"/>
              <w:jc w:val="left"/>
            </w:pPr>
            <w:r>
              <w:rPr>
                <w:sz w:val="16"/>
              </w:rPr>
              <w:t>EM-3532-PR</w:t>
            </w:r>
          </w:p>
        </w:tc>
        <w:tc>
          <w:tcPr>
            <w:tcW w:type="dxa" w:w="1577"/>
          </w:tcPr>
          <w:p>
            <w:pPr>
              <w:spacing w:after="0"/>
              <w:jc w:val="left"/>
            </w:pPr>
            <w:r>
              <w:rPr>
                <w:sz w:val="16"/>
              </w:rPr>
              <w:t>Emergency</w:t>
            </w:r>
          </w:p>
        </w:tc>
        <w:tc>
          <w:tcPr>
            <w:tcW w:type="dxa" w:w="2385"/>
          </w:tcPr>
          <w:p>
            <w:pPr>
              <w:spacing w:after="0"/>
              <w:jc w:val="left"/>
            </w:pPr>
            <w:r>
              <w:rPr>
                <w:sz w:val="16"/>
              </w:rPr>
              <w:t>POTENTIAL TROPICAL CYCLONE NINE</w:t>
            </w:r>
          </w:p>
        </w:tc>
        <w:tc>
          <w:tcPr>
            <w:tcW w:type="dxa" w:w="2425"/>
          </w:tcPr>
          <w:p>
            <w:pPr>
              <w:spacing w:after="0"/>
              <w:jc w:val="left"/>
            </w:pPr>
            <w:r>
              <w:rPr>
                <w:sz w:val="16"/>
              </w:rPr>
              <w:t>Hurricane</w:t>
            </w:r>
          </w:p>
        </w:tc>
        <w:tc>
          <w:tcPr>
            <w:tcW w:type="dxa" w:w="1617"/>
          </w:tcPr>
          <w:p>
            <w:pPr>
              <w:spacing w:after="0"/>
              <w:jc w:val="right"/>
            </w:pPr>
            <w:r>
              <w:rPr>
                <w:sz w:val="16"/>
              </w:rPr>
              <w:t>none found</w:t>
            </w:r>
          </w:p>
        </w:tc>
        <w:tc>
          <w:tcPr>
            <w:tcW w:type="dxa" w:w="1577"/>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2020-03-27</w:t>
            </w:r>
          </w:p>
        </w:tc>
        <w:tc>
          <w:tcPr>
            <w:tcW w:type="dxa" w:w="1173"/>
          </w:tcPr>
          <w:p>
            <w:pPr>
              <w:spacing w:after="0"/>
              <w:jc w:val="left"/>
            </w:pPr>
            <w:r>
              <w:rPr>
                <w:sz w:val="16"/>
              </w:rPr>
              <w:t>2020-01-20</w:t>
            </w:r>
          </w:p>
        </w:tc>
        <w:tc>
          <w:tcPr>
            <w:tcW w:type="dxa" w:w="1173"/>
          </w:tcPr>
          <w:p>
            <w:pPr>
              <w:spacing w:after="0"/>
              <w:jc w:val="left"/>
            </w:pPr>
            <w:r>
              <w:rPr>
                <w:sz w:val="16"/>
              </w:rPr>
              <w:t>DR-4493-PR</w:t>
            </w:r>
          </w:p>
        </w:tc>
        <w:tc>
          <w:tcPr>
            <w:tcW w:type="dxa" w:w="1577"/>
          </w:tcPr>
          <w:p>
            <w:pPr>
              <w:spacing w:after="0"/>
              <w:jc w:val="left"/>
            </w:pPr>
            <w:r>
              <w:rPr>
                <w:sz w:val="16"/>
              </w:rPr>
              <w:t>Major disaster</w:t>
            </w:r>
          </w:p>
        </w:tc>
        <w:tc>
          <w:tcPr>
            <w:tcW w:type="dxa" w:w="2385"/>
          </w:tcPr>
          <w:p>
            <w:pPr>
              <w:spacing w:after="0"/>
              <w:jc w:val="left"/>
            </w:pPr>
            <w:r>
              <w:rPr>
                <w:sz w:val="16"/>
              </w:rPr>
              <w:t>COVID-19 PANDEMIC</w:t>
            </w:r>
          </w:p>
        </w:tc>
        <w:tc>
          <w:tcPr>
            <w:tcW w:type="dxa" w:w="2425"/>
          </w:tcPr>
          <w:p>
            <w:pPr>
              <w:spacing w:after="0"/>
              <w:jc w:val="left"/>
            </w:pPr>
            <w:r>
              <w:rPr>
                <w:sz w:val="16"/>
              </w:rPr>
              <w:t>Non-natural, not counted</w:t>
            </w:r>
          </w:p>
        </w:tc>
        <w:tc>
          <w:tcPr>
            <w:tcW w:type="dxa" w:w="1617"/>
          </w:tcPr>
          <w:p>
            <w:pPr>
              <w:spacing w:after="0"/>
              <w:jc w:val="right"/>
            </w:pPr>
            <w:r>
              <w:rPr>
                <w:sz w:val="16"/>
              </w:rPr>
              <w:t>none found</w:t>
            </w:r>
          </w:p>
        </w:tc>
        <w:tc>
          <w:tcPr>
            <w:tcW w:type="dxa" w:w="1577"/>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2020-03-13</w:t>
            </w:r>
          </w:p>
        </w:tc>
        <w:tc>
          <w:tcPr>
            <w:tcW w:type="dxa" w:w="1173"/>
          </w:tcPr>
          <w:p>
            <w:pPr>
              <w:spacing w:after="0"/>
              <w:jc w:val="left"/>
            </w:pPr>
            <w:r>
              <w:rPr>
                <w:sz w:val="16"/>
              </w:rPr>
              <w:t>2020-01-20</w:t>
            </w:r>
          </w:p>
        </w:tc>
        <w:tc>
          <w:tcPr>
            <w:tcW w:type="dxa" w:w="1173"/>
          </w:tcPr>
          <w:p>
            <w:pPr>
              <w:spacing w:after="0"/>
              <w:jc w:val="left"/>
            </w:pPr>
            <w:r>
              <w:rPr>
                <w:sz w:val="16"/>
              </w:rPr>
              <w:t>EM-3452-PR</w:t>
            </w:r>
          </w:p>
        </w:tc>
        <w:tc>
          <w:tcPr>
            <w:tcW w:type="dxa" w:w="1577"/>
          </w:tcPr>
          <w:p>
            <w:pPr>
              <w:spacing w:after="0"/>
              <w:jc w:val="left"/>
            </w:pPr>
            <w:r>
              <w:rPr>
                <w:sz w:val="16"/>
              </w:rPr>
              <w:t>Emergency</w:t>
            </w:r>
          </w:p>
        </w:tc>
        <w:tc>
          <w:tcPr>
            <w:tcW w:type="dxa" w:w="2385"/>
          </w:tcPr>
          <w:p>
            <w:pPr>
              <w:spacing w:after="0"/>
              <w:jc w:val="left"/>
            </w:pPr>
            <w:r>
              <w:rPr>
                <w:sz w:val="16"/>
              </w:rPr>
              <w:t>COVID-19</w:t>
            </w:r>
          </w:p>
        </w:tc>
        <w:tc>
          <w:tcPr>
            <w:tcW w:type="dxa" w:w="2425"/>
          </w:tcPr>
          <w:p>
            <w:pPr>
              <w:spacing w:after="0"/>
              <w:jc w:val="left"/>
            </w:pPr>
            <w:r>
              <w:rPr>
                <w:sz w:val="16"/>
              </w:rPr>
              <w:t>Non-natural, not counted</w:t>
            </w:r>
          </w:p>
        </w:tc>
        <w:tc>
          <w:tcPr>
            <w:tcW w:type="dxa" w:w="1617"/>
          </w:tcPr>
          <w:p>
            <w:pPr>
              <w:spacing w:after="0"/>
              <w:jc w:val="right"/>
            </w:pPr>
            <w:r>
              <w:rPr>
                <w:sz w:val="16"/>
              </w:rPr>
              <w:t>none found</w:t>
            </w:r>
          </w:p>
        </w:tc>
        <w:tc>
          <w:tcPr>
            <w:tcW w:type="dxa" w:w="1577"/>
          </w:tcPr>
          <w:p>
            <w:pPr>
              <w:spacing w:after="0"/>
              <w:jc w:val="left"/>
            </w:pPr>
          </w:p>
        </w:tc>
        <w:tc>
          <w:tcPr>
            <w:tcW w:type="dxa" w:w="1011"/>
          </w:tcPr>
          <w:p>
            <w:pPr>
              <w:spacing w:after="0"/>
              <w:jc w:val="left"/>
            </w:pPr>
            <w:r>
              <w:rPr>
                <w:sz w:val="16"/>
              </w:rPr>
              <w:t>same incident as DR-4493</w:t>
            </w:r>
          </w:p>
        </w:tc>
      </w:tr>
      <w:tr>
        <w:trPr>
          <w:cantSplit/>
        </w:trPr>
        <w:tc>
          <w:tcPr>
            <w:tcW w:type="dxa" w:w="1173"/>
          </w:tcPr>
          <w:p>
            <w:pPr>
              <w:spacing w:after="0"/>
              <w:jc w:val="left"/>
            </w:pPr>
            <w:r>
              <w:rPr>
                <w:sz w:val="16"/>
              </w:rPr>
              <w:t>2020-01-07</w:t>
            </w:r>
          </w:p>
        </w:tc>
        <w:tc>
          <w:tcPr>
            <w:tcW w:type="dxa" w:w="1173"/>
          </w:tcPr>
          <w:p>
            <w:pPr>
              <w:spacing w:after="0"/>
              <w:jc w:val="left"/>
            </w:pPr>
            <w:r>
              <w:rPr>
                <w:sz w:val="16"/>
              </w:rPr>
              <w:t>2019-12-28</w:t>
            </w:r>
          </w:p>
        </w:tc>
        <w:tc>
          <w:tcPr>
            <w:tcW w:type="dxa" w:w="1173"/>
          </w:tcPr>
          <w:p>
            <w:pPr>
              <w:spacing w:after="0"/>
              <w:jc w:val="left"/>
            </w:pPr>
            <w:r>
              <w:rPr>
                <w:sz w:val="16"/>
              </w:rPr>
              <w:t>EM-3426-PR</w:t>
            </w:r>
          </w:p>
        </w:tc>
        <w:tc>
          <w:tcPr>
            <w:tcW w:type="dxa" w:w="1577"/>
          </w:tcPr>
          <w:p>
            <w:pPr>
              <w:spacing w:after="0"/>
              <w:jc w:val="left"/>
            </w:pPr>
            <w:r>
              <w:rPr>
                <w:sz w:val="16"/>
              </w:rPr>
              <w:t>Emergency</w:t>
            </w:r>
          </w:p>
        </w:tc>
        <w:tc>
          <w:tcPr>
            <w:tcW w:type="dxa" w:w="2385"/>
          </w:tcPr>
          <w:p>
            <w:pPr>
              <w:spacing w:after="0"/>
              <w:jc w:val="left"/>
            </w:pPr>
            <w:r>
              <w:rPr>
                <w:sz w:val="16"/>
              </w:rPr>
              <w:t>EARTHQUAKES</w:t>
            </w:r>
          </w:p>
        </w:tc>
        <w:tc>
          <w:tcPr>
            <w:tcW w:type="dxa" w:w="2425"/>
          </w:tcPr>
          <w:p>
            <w:pPr>
              <w:spacing w:after="0"/>
              <w:jc w:val="left"/>
            </w:pPr>
            <w:r>
              <w:rPr>
                <w:sz w:val="16"/>
              </w:rPr>
              <w:t>Earthquake</w:t>
            </w:r>
          </w:p>
        </w:tc>
        <w:tc>
          <w:tcPr>
            <w:tcW w:type="dxa" w:w="1617"/>
          </w:tcPr>
          <w:p>
            <w:pPr>
              <w:spacing w:after="0"/>
              <w:jc w:val="right"/>
            </w:pPr>
            <w:r>
              <w:rPr>
                <w:sz w:val="16"/>
              </w:rPr>
              <w:t>none found</w:t>
            </w:r>
          </w:p>
        </w:tc>
        <w:tc>
          <w:tcPr>
            <w:tcW w:type="dxa" w:w="1577"/>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2019-08-27</w:t>
            </w:r>
          </w:p>
        </w:tc>
        <w:tc>
          <w:tcPr>
            <w:tcW w:type="dxa" w:w="1173"/>
          </w:tcPr>
          <w:p>
            <w:pPr>
              <w:spacing w:after="0"/>
              <w:jc w:val="left"/>
            </w:pPr>
            <w:r>
              <w:rPr>
                <w:sz w:val="16"/>
              </w:rPr>
              <w:t>2019-08-26</w:t>
            </w:r>
          </w:p>
        </w:tc>
        <w:tc>
          <w:tcPr>
            <w:tcW w:type="dxa" w:w="1173"/>
          </w:tcPr>
          <w:p>
            <w:pPr>
              <w:spacing w:after="0"/>
              <w:jc w:val="left"/>
            </w:pPr>
            <w:r>
              <w:rPr>
                <w:sz w:val="16"/>
              </w:rPr>
              <w:t>EM-3417-PR</w:t>
            </w:r>
          </w:p>
        </w:tc>
        <w:tc>
          <w:tcPr>
            <w:tcW w:type="dxa" w:w="1577"/>
          </w:tcPr>
          <w:p>
            <w:pPr>
              <w:spacing w:after="0"/>
              <w:jc w:val="left"/>
            </w:pPr>
            <w:r>
              <w:rPr>
                <w:sz w:val="16"/>
              </w:rPr>
              <w:t>Emergency</w:t>
            </w:r>
          </w:p>
        </w:tc>
        <w:tc>
          <w:tcPr>
            <w:tcW w:type="dxa" w:w="2385"/>
          </w:tcPr>
          <w:p>
            <w:pPr>
              <w:spacing w:after="0"/>
              <w:jc w:val="left"/>
            </w:pPr>
            <w:r>
              <w:rPr>
                <w:sz w:val="16"/>
              </w:rPr>
              <w:t>TROPICAL STORM DORIAN</w:t>
            </w:r>
          </w:p>
        </w:tc>
        <w:tc>
          <w:tcPr>
            <w:tcW w:type="dxa" w:w="2425"/>
          </w:tcPr>
          <w:p>
            <w:pPr>
              <w:spacing w:after="0"/>
              <w:jc w:val="left"/>
            </w:pPr>
            <w:r>
              <w:rPr>
                <w:sz w:val="16"/>
              </w:rPr>
              <w:t>Hurricane</w:t>
            </w:r>
          </w:p>
        </w:tc>
        <w:tc>
          <w:tcPr>
            <w:tcW w:type="dxa" w:w="1617"/>
          </w:tcPr>
          <w:p>
            <w:pPr>
              <w:spacing w:after="0"/>
              <w:jc w:val="right"/>
            </w:pPr>
            <w:r>
              <w:rPr>
                <w:sz w:val="16"/>
              </w:rPr>
              <w:t>none found</w:t>
            </w:r>
          </w:p>
        </w:tc>
        <w:tc>
          <w:tcPr>
            <w:tcW w:type="dxa" w:w="1577"/>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2017-09-20</w:t>
            </w:r>
          </w:p>
        </w:tc>
        <w:tc>
          <w:tcPr>
            <w:tcW w:type="dxa" w:w="1173"/>
          </w:tcPr>
          <w:p>
            <w:pPr>
              <w:spacing w:after="0"/>
              <w:jc w:val="left"/>
            </w:pPr>
            <w:r>
              <w:rPr>
                <w:sz w:val="16"/>
              </w:rPr>
              <w:t>2017-09-17</w:t>
            </w:r>
          </w:p>
        </w:tc>
        <w:tc>
          <w:tcPr>
            <w:tcW w:type="dxa" w:w="1173"/>
          </w:tcPr>
          <w:p>
            <w:pPr>
              <w:spacing w:after="0"/>
              <w:jc w:val="left"/>
            </w:pPr>
            <w:r>
              <w:rPr>
                <w:sz w:val="16"/>
              </w:rPr>
              <w:t>DR-4339-PR</w:t>
            </w:r>
          </w:p>
        </w:tc>
        <w:tc>
          <w:tcPr>
            <w:tcW w:type="dxa" w:w="1577"/>
          </w:tcPr>
          <w:p>
            <w:pPr>
              <w:spacing w:after="0"/>
              <w:jc w:val="left"/>
            </w:pPr>
            <w:r>
              <w:rPr>
                <w:sz w:val="16"/>
              </w:rPr>
              <w:t>Major disaster</w:t>
            </w:r>
          </w:p>
        </w:tc>
        <w:tc>
          <w:tcPr>
            <w:tcW w:type="dxa" w:w="2385"/>
          </w:tcPr>
          <w:p>
            <w:pPr>
              <w:spacing w:after="0"/>
              <w:jc w:val="left"/>
            </w:pPr>
            <w:r>
              <w:rPr>
                <w:sz w:val="16"/>
              </w:rPr>
              <w:t>HURRICANE MARIA</w:t>
            </w:r>
          </w:p>
        </w:tc>
        <w:tc>
          <w:tcPr>
            <w:tcW w:type="dxa" w:w="2425"/>
          </w:tcPr>
          <w:p>
            <w:pPr>
              <w:spacing w:after="0"/>
              <w:jc w:val="left"/>
            </w:pPr>
            <w:r>
              <w:rPr>
                <w:sz w:val="16"/>
              </w:rPr>
              <w:t>Hurricane</w:t>
            </w:r>
          </w:p>
        </w:tc>
        <w:tc>
          <w:tcPr>
            <w:tcW w:type="dxa" w:w="1617"/>
          </w:tcPr>
          <w:p>
            <w:pPr>
              <w:spacing w:after="0"/>
              <w:jc w:val="right"/>
            </w:pPr>
            <w:r>
              <w:rPr>
                <w:sz w:val="16"/>
              </w:rPr>
              <w:t>$28,166,542.33</w:t>
            </w:r>
          </w:p>
        </w:tc>
        <w:tc>
          <w:tcPr>
            <w:tcW w:type="dxa" w:w="1577"/>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2017-09-18</w:t>
            </w:r>
          </w:p>
        </w:tc>
        <w:tc>
          <w:tcPr>
            <w:tcW w:type="dxa" w:w="1173"/>
          </w:tcPr>
          <w:p>
            <w:pPr>
              <w:spacing w:after="0"/>
              <w:jc w:val="left"/>
            </w:pPr>
            <w:r>
              <w:rPr>
                <w:sz w:val="16"/>
              </w:rPr>
              <w:t>2017-09-17</w:t>
            </w:r>
          </w:p>
        </w:tc>
        <w:tc>
          <w:tcPr>
            <w:tcW w:type="dxa" w:w="1173"/>
          </w:tcPr>
          <w:p>
            <w:pPr>
              <w:spacing w:after="0"/>
              <w:jc w:val="left"/>
            </w:pPr>
            <w:r>
              <w:rPr>
                <w:sz w:val="16"/>
              </w:rPr>
              <w:t>EM-3391-PR</w:t>
            </w:r>
          </w:p>
        </w:tc>
        <w:tc>
          <w:tcPr>
            <w:tcW w:type="dxa" w:w="1577"/>
          </w:tcPr>
          <w:p>
            <w:pPr>
              <w:spacing w:after="0"/>
              <w:jc w:val="left"/>
            </w:pPr>
            <w:r>
              <w:rPr>
                <w:sz w:val="16"/>
              </w:rPr>
              <w:t>Emergency</w:t>
            </w:r>
          </w:p>
        </w:tc>
        <w:tc>
          <w:tcPr>
            <w:tcW w:type="dxa" w:w="2385"/>
          </w:tcPr>
          <w:p>
            <w:pPr>
              <w:spacing w:after="0"/>
              <w:jc w:val="left"/>
            </w:pPr>
            <w:r>
              <w:rPr>
                <w:sz w:val="16"/>
              </w:rPr>
              <w:t>HURRICANE MARIA</w:t>
            </w:r>
          </w:p>
        </w:tc>
        <w:tc>
          <w:tcPr>
            <w:tcW w:type="dxa" w:w="2425"/>
          </w:tcPr>
          <w:p>
            <w:pPr>
              <w:spacing w:after="0"/>
              <w:jc w:val="left"/>
            </w:pPr>
            <w:r>
              <w:rPr>
                <w:sz w:val="16"/>
              </w:rPr>
              <w:t>Hurricane</w:t>
            </w:r>
          </w:p>
        </w:tc>
        <w:tc>
          <w:tcPr>
            <w:tcW w:type="dxa" w:w="1617"/>
          </w:tcPr>
          <w:p>
            <w:pPr>
              <w:spacing w:after="0"/>
              <w:jc w:val="right"/>
            </w:pPr>
            <w:r>
              <w:rPr>
                <w:sz w:val="16"/>
              </w:rPr>
              <w:t>none found</w:t>
            </w:r>
          </w:p>
        </w:tc>
        <w:tc>
          <w:tcPr>
            <w:tcW w:type="dxa" w:w="1577"/>
          </w:tcPr>
          <w:p>
            <w:pPr>
              <w:spacing w:after="0"/>
              <w:jc w:val="left"/>
            </w:pPr>
          </w:p>
        </w:tc>
        <w:tc>
          <w:tcPr>
            <w:tcW w:type="dxa" w:w="1011"/>
          </w:tcPr>
          <w:p>
            <w:pPr>
              <w:spacing w:after="0"/>
              <w:jc w:val="left"/>
            </w:pPr>
            <w:r>
              <w:rPr>
                <w:sz w:val="16"/>
              </w:rPr>
              <w:t>same incident as DR-4339</w:t>
            </w:r>
          </w:p>
        </w:tc>
      </w:tr>
      <w:tr>
        <w:trPr>
          <w:cantSplit/>
        </w:trPr>
        <w:tc>
          <w:tcPr>
            <w:tcW w:type="dxa" w:w="1173"/>
          </w:tcPr>
          <w:p>
            <w:pPr>
              <w:spacing w:after="0"/>
              <w:jc w:val="left"/>
            </w:pPr>
            <w:r>
              <w:rPr>
                <w:sz w:val="16"/>
              </w:rPr>
              <w:t>2017-09-10</w:t>
            </w:r>
          </w:p>
        </w:tc>
        <w:tc>
          <w:tcPr>
            <w:tcW w:type="dxa" w:w="1173"/>
          </w:tcPr>
          <w:p>
            <w:pPr>
              <w:spacing w:after="0"/>
              <w:jc w:val="left"/>
            </w:pPr>
            <w:r>
              <w:rPr>
                <w:sz w:val="16"/>
              </w:rPr>
              <w:t>2017-09-05</w:t>
            </w:r>
          </w:p>
        </w:tc>
        <w:tc>
          <w:tcPr>
            <w:tcW w:type="dxa" w:w="1173"/>
          </w:tcPr>
          <w:p>
            <w:pPr>
              <w:spacing w:after="0"/>
              <w:jc w:val="left"/>
            </w:pPr>
            <w:r>
              <w:rPr>
                <w:sz w:val="16"/>
              </w:rPr>
              <w:t>DR-4336-PR</w:t>
            </w:r>
          </w:p>
        </w:tc>
        <w:tc>
          <w:tcPr>
            <w:tcW w:type="dxa" w:w="1577"/>
          </w:tcPr>
          <w:p>
            <w:pPr>
              <w:spacing w:after="0"/>
              <w:jc w:val="left"/>
            </w:pPr>
            <w:r>
              <w:rPr>
                <w:sz w:val="16"/>
              </w:rPr>
              <w:t>Major disaster</w:t>
            </w:r>
          </w:p>
        </w:tc>
        <w:tc>
          <w:tcPr>
            <w:tcW w:type="dxa" w:w="2385"/>
          </w:tcPr>
          <w:p>
            <w:pPr>
              <w:spacing w:after="0"/>
              <w:jc w:val="left"/>
            </w:pPr>
            <w:r>
              <w:rPr>
                <w:sz w:val="16"/>
              </w:rPr>
              <w:t>HURRICANE IRMA</w:t>
            </w:r>
          </w:p>
        </w:tc>
        <w:tc>
          <w:tcPr>
            <w:tcW w:type="dxa" w:w="2425"/>
          </w:tcPr>
          <w:p>
            <w:pPr>
              <w:spacing w:after="0"/>
              <w:jc w:val="left"/>
            </w:pPr>
            <w:r>
              <w:rPr>
                <w:sz w:val="16"/>
              </w:rPr>
              <w:t>Hurricane</w:t>
            </w:r>
          </w:p>
        </w:tc>
        <w:tc>
          <w:tcPr>
            <w:tcW w:type="dxa" w:w="1617"/>
          </w:tcPr>
          <w:p>
            <w:pPr>
              <w:spacing w:after="0"/>
              <w:jc w:val="right"/>
            </w:pPr>
            <w:r>
              <w:rPr>
                <w:sz w:val="16"/>
              </w:rPr>
              <w:t>$154,855.85</w:t>
            </w:r>
          </w:p>
        </w:tc>
        <w:tc>
          <w:tcPr>
            <w:tcW w:type="dxa" w:w="1577"/>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2011-08-27</w:t>
            </w:r>
          </w:p>
        </w:tc>
        <w:tc>
          <w:tcPr>
            <w:tcW w:type="dxa" w:w="1173"/>
          </w:tcPr>
          <w:p>
            <w:pPr>
              <w:spacing w:after="0"/>
              <w:jc w:val="left"/>
            </w:pPr>
            <w:r>
              <w:rPr>
                <w:sz w:val="16"/>
              </w:rPr>
              <w:t>2011-08-21</w:t>
            </w:r>
          </w:p>
        </w:tc>
        <w:tc>
          <w:tcPr>
            <w:tcW w:type="dxa" w:w="1173"/>
          </w:tcPr>
          <w:p>
            <w:pPr>
              <w:spacing w:after="0"/>
              <w:jc w:val="left"/>
            </w:pPr>
            <w:r>
              <w:rPr>
                <w:sz w:val="16"/>
              </w:rPr>
              <w:t>DR-4017-PR</w:t>
            </w:r>
          </w:p>
        </w:tc>
        <w:tc>
          <w:tcPr>
            <w:tcW w:type="dxa" w:w="1577"/>
          </w:tcPr>
          <w:p>
            <w:pPr>
              <w:spacing w:after="0"/>
              <w:jc w:val="left"/>
            </w:pPr>
            <w:r>
              <w:rPr>
                <w:sz w:val="16"/>
              </w:rPr>
              <w:t>Major disaster</w:t>
            </w:r>
          </w:p>
        </w:tc>
        <w:tc>
          <w:tcPr>
            <w:tcW w:type="dxa" w:w="2385"/>
          </w:tcPr>
          <w:p>
            <w:pPr>
              <w:spacing w:after="0"/>
              <w:jc w:val="left"/>
            </w:pPr>
            <w:r>
              <w:rPr>
                <w:sz w:val="16"/>
              </w:rPr>
              <w:t>HURRICANE IRENE</w:t>
            </w:r>
          </w:p>
        </w:tc>
        <w:tc>
          <w:tcPr>
            <w:tcW w:type="dxa" w:w="2425"/>
          </w:tcPr>
          <w:p>
            <w:pPr>
              <w:spacing w:after="0"/>
              <w:jc w:val="left"/>
            </w:pPr>
            <w:r>
              <w:rPr>
                <w:sz w:val="16"/>
              </w:rPr>
              <w:t>Hurricane</w:t>
            </w:r>
          </w:p>
        </w:tc>
        <w:tc>
          <w:tcPr>
            <w:tcW w:type="dxa" w:w="1617"/>
          </w:tcPr>
          <w:p>
            <w:pPr>
              <w:spacing w:after="0"/>
              <w:jc w:val="right"/>
            </w:pPr>
            <w:r>
              <w:rPr>
                <w:sz w:val="16"/>
              </w:rPr>
              <w:t>$484,226.22</w:t>
            </w:r>
          </w:p>
        </w:tc>
        <w:tc>
          <w:tcPr>
            <w:tcW w:type="dxa" w:w="1577"/>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2011-08-22</w:t>
            </w:r>
          </w:p>
        </w:tc>
        <w:tc>
          <w:tcPr>
            <w:tcW w:type="dxa" w:w="1173"/>
          </w:tcPr>
          <w:p>
            <w:pPr>
              <w:spacing w:after="0"/>
              <w:jc w:val="left"/>
            </w:pPr>
            <w:r>
              <w:rPr>
                <w:sz w:val="16"/>
              </w:rPr>
              <w:t>2011-08-21</w:t>
            </w:r>
          </w:p>
        </w:tc>
        <w:tc>
          <w:tcPr>
            <w:tcW w:type="dxa" w:w="1173"/>
          </w:tcPr>
          <w:p>
            <w:pPr>
              <w:spacing w:after="0"/>
              <w:jc w:val="left"/>
            </w:pPr>
            <w:r>
              <w:rPr>
                <w:sz w:val="16"/>
              </w:rPr>
              <w:t>EM-3326-PR</w:t>
            </w:r>
          </w:p>
        </w:tc>
        <w:tc>
          <w:tcPr>
            <w:tcW w:type="dxa" w:w="1577"/>
          </w:tcPr>
          <w:p>
            <w:pPr>
              <w:spacing w:after="0"/>
              <w:jc w:val="left"/>
            </w:pPr>
            <w:r>
              <w:rPr>
                <w:sz w:val="16"/>
              </w:rPr>
              <w:t>Emergency</w:t>
            </w:r>
          </w:p>
        </w:tc>
        <w:tc>
          <w:tcPr>
            <w:tcW w:type="dxa" w:w="2385"/>
          </w:tcPr>
          <w:p>
            <w:pPr>
              <w:spacing w:after="0"/>
              <w:jc w:val="left"/>
            </w:pPr>
            <w:r>
              <w:rPr>
                <w:sz w:val="16"/>
              </w:rPr>
              <w:t>HURRICANE IRENE</w:t>
            </w:r>
          </w:p>
        </w:tc>
        <w:tc>
          <w:tcPr>
            <w:tcW w:type="dxa" w:w="2425"/>
          </w:tcPr>
          <w:p>
            <w:pPr>
              <w:spacing w:after="0"/>
              <w:jc w:val="left"/>
            </w:pPr>
            <w:r>
              <w:rPr>
                <w:sz w:val="16"/>
              </w:rPr>
              <w:t>Hurricane</w:t>
            </w:r>
          </w:p>
        </w:tc>
        <w:tc>
          <w:tcPr>
            <w:tcW w:type="dxa" w:w="1617"/>
          </w:tcPr>
          <w:p>
            <w:pPr>
              <w:spacing w:after="0"/>
              <w:jc w:val="right"/>
            </w:pPr>
            <w:r>
              <w:rPr>
                <w:sz w:val="16"/>
              </w:rPr>
              <w:t>none found</w:t>
            </w:r>
          </w:p>
        </w:tc>
        <w:tc>
          <w:tcPr>
            <w:tcW w:type="dxa" w:w="1577"/>
          </w:tcPr>
          <w:p>
            <w:pPr>
              <w:spacing w:after="0"/>
              <w:jc w:val="left"/>
            </w:pPr>
          </w:p>
        </w:tc>
        <w:tc>
          <w:tcPr>
            <w:tcW w:type="dxa" w:w="1011"/>
          </w:tcPr>
          <w:p>
            <w:pPr>
              <w:spacing w:after="0"/>
              <w:jc w:val="left"/>
            </w:pPr>
            <w:r>
              <w:rPr>
                <w:sz w:val="16"/>
              </w:rPr>
              <w:t>same incident as DR-4017</w:t>
            </w:r>
          </w:p>
        </w:tc>
      </w:tr>
      <w:tr>
        <w:trPr>
          <w:cantSplit/>
        </w:trPr>
        <w:tc>
          <w:tcPr>
            <w:tcW w:type="dxa" w:w="1173"/>
          </w:tcPr>
          <w:p>
            <w:pPr>
              <w:spacing w:after="0"/>
              <w:jc w:val="left"/>
            </w:pPr>
            <w:r>
              <w:rPr>
                <w:sz w:val="16"/>
              </w:rPr>
              <w:t>2004-09-17</w:t>
            </w:r>
          </w:p>
        </w:tc>
        <w:tc>
          <w:tcPr>
            <w:tcW w:type="dxa" w:w="1173"/>
          </w:tcPr>
          <w:p>
            <w:pPr>
              <w:spacing w:after="0"/>
              <w:jc w:val="left"/>
            </w:pPr>
            <w:r>
              <w:rPr>
                <w:sz w:val="16"/>
              </w:rPr>
              <w:t>2004-09-14</w:t>
            </w:r>
          </w:p>
        </w:tc>
        <w:tc>
          <w:tcPr>
            <w:tcW w:type="dxa" w:w="1173"/>
          </w:tcPr>
          <w:p>
            <w:pPr>
              <w:spacing w:after="0"/>
              <w:jc w:val="left"/>
            </w:pPr>
            <w:r>
              <w:rPr>
                <w:sz w:val="16"/>
              </w:rPr>
              <w:t>DR-1552-PR</w:t>
            </w:r>
          </w:p>
        </w:tc>
        <w:tc>
          <w:tcPr>
            <w:tcW w:type="dxa" w:w="1577"/>
          </w:tcPr>
          <w:p>
            <w:pPr>
              <w:spacing w:after="0"/>
              <w:jc w:val="left"/>
            </w:pPr>
            <w:r>
              <w:rPr>
                <w:sz w:val="16"/>
              </w:rPr>
              <w:t>Major disaster</w:t>
            </w:r>
          </w:p>
        </w:tc>
        <w:tc>
          <w:tcPr>
            <w:tcW w:type="dxa" w:w="2385"/>
          </w:tcPr>
          <w:p>
            <w:pPr>
              <w:spacing w:after="0"/>
              <w:jc w:val="left"/>
            </w:pPr>
            <w:r>
              <w:rPr>
                <w:sz w:val="16"/>
              </w:rPr>
              <w:t>TROPICAL STORM JEANNE AND RESULTING LANDSLIDES AND MUDSLIDES</w:t>
            </w:r>
          </w:p>
        </w:tc>
        <w:tc>
          <w:tcPr>
            <w:tcW w:type="dxa" w:w="2425"/>
          </w:tcPr>
          <w:p>
            <w:pPr>
              <w:spacing w:after="0"/>
              <w:jc w:val="left"/>
            </w:pPr>
            <w:r>
              <w:rPr>
                <w:sz w:val="16"/>
              </w:rPr>
              <w:t>Hurricane; Landslide</w:t>
            </w:r>
          </w:p>
        </w:tc>
        <w:tc>
          <w:tcPr>
            <w:tcW w:type="dxa" w:w="1617"/>
          </w:tcPr>
          <w:p>
            <w:pPr>
              <w:spacing w:after="0"/>
              <w:jc w:val="right"/>
            </w:pPr>
            <w:r>
              <w:rPr>
                <w:sz w:val="16"/>
              </w:rPr>
              <w:t>$292,627.18</w:t>
            </w:r>
          </w:p>
        </w:tc>
        <w:tc>
          <w:tcPr>
            <w:tcW w:type="dxa" w:w="1577"/>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2003-11-21</w:t>
            </w:r>
          </w:p>
        </w:tc>
        <w:tc>
          <w:tcPr>
            <w:tcW w:type="dxa" w:w="1173"/>
          </w:tcPr>
          <w:p>
            <w:pPr>
              <w:spacing w:after="0"/>
              <w:jc w:val="left"/>
            </w:pPr>
            <w:r>
              <w:rPr>
                <w:sz w:val="16"/>
              </w:rPr>
              <w:t>2003-11-10</w:t>
            </w:r>
          </w:p>
        </w:tc>
        <w:tc>
          <w:tcPr>
            <w:tcW w:type="dxa" w:w="1173"/>
          </w:tcPr>
          <w:p>
            <w:pPr>
              <w:spacing w:after="0"/>
              <w:jc w:val="left"/>
            </w:pPr>
            <w:r>
              <w:rPr>
                <w:sz w:val="16"/>
              </w:rPr>
              <w:t>DR-1501-PR</w:t>
            </w:r>
          </w:p>
        </w:tc>
        <w:tc>
          <w:tcPr>
            <w:tcW w:type="dxa" w:w="1577"/>
          </w:tcPr>
          <w:p>
            <w:pPr>
              <w:spacing w:after="0"/>
              <w:jc w:val="left"/>
            </w:pPr>
            <w:r>
              <w:rPr>
                <w:sz w:val="16"/>
              </w:rPr>
              <w:t>Major disaster</w:t>
            </w:r>
          </w:p>
        </w:tc>
        <w:tc>
          <w:tcPr>
            <w:tcW w:type="dxa" w:w="2385"/>
          </w:tcPr>
          <w:p>
            <w:pPr>
              <w:spacing w:after="0"/>
              <w:jc w:val="left"/>
            </w:pPr>
            <w:r>
              <w:rPr>
                <w:sz w:val="16"/>
              </w:rPr>
              <w:t>SEVERE STORMS, FLOODING, MUDSLIDES, AND LANDSLIDES</w:t>
            </w:r>
          </w:p>
        </w:tc>
        <w:tc>
          <w:tcPr>
            <w:tcW w:type="dxa" w:w="2425"/>
          </w:tcPr>
          <w:p>
            <w:pPr>
              <w:spacing w:after="0"/>
              <w:jc w:val="left"/>
            </w:pPr>
            <w:r>
              <w:rPr>
                <w:sz w:val="16"/>
              </w:rPr>
              <w:t>Inland Flooding; Landslide</w:t>
            </w:r>
          </w:p>
        </w:tc>
        <w:tc>
          <w:tcPr>
            <w:tcW w:type="dxa" w:w="1617"/>
          </w:tcPr>
          <w:p>
            <w:pPr>
              <w:spacing w:after="0"/>
              <w:jc w:val="right"/>
            </w:pPr>
            <w:r>
              <w:rPr>
                <w:sz w:val="16"/>
              </w:rPr>
              <w:t>PA not declared for this county</w:t>
            </w:r>
          </w:p>
        </w:tc>
        <w:tc>
          <w:tcPr>
            <w:tcW w:type="dxa" w:w="1577"/>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1999-11-17</w:t>
            </w:r>
          </w:p>
        </w:tc>
        <w:tc>
          <w:tcPr>
            <w:tcW w:type="dxa" w:w="1173"/>
          </w:tcPr>
          <w:p>
            <w:pPr>
              <w:spacing w:after="0"/>
              <w:jc w:val="left"/>
            </w:pPr>
            <w:r>
              <w:rPr>
                <w:sz w:val="16"/>
              </w:rPr>
              <w:t>1999-11-17</w:t>
            </w:r>
          </w:p>
        </w:tc>
        <w:tc>
          <w:tcPr>
            <w:tcW w:type="dxa" w:w="1173"/>
          </w:tcPr>
          <w:p>
            <w:pPr>
              <w:spacing w:after="0"/>
              <w:jc w:val="left"/>
            </w:pPr>
            <w:r>
              <w:rPr>
                <w:sz w:val="16"/>
              </w:rPr>
              <w:t>EM-3151-PR</w:t>
            </w:r>
          </w:p>
        </w:tc>
        <w:tc>
          <w:tcPr>
            <w:tcW w:type="dxa" w:w="1577"/>
          </w:tcPr>
          <w:p>
            <w:pPr>
              <w:spacing w:after="0"/>
              <w:jc w:val="left"/>
            </w:pPr>
            <w:r>
              <w:rPr>
                <w:sz w:val="16"/>
              </w:rPr>
              <w:t>Emergency</w:t>
            </w:r>
          </w:p>
        </w:tc>
        <w:tc>
          <w:tcPr>
            <w:tcW w:type="dxa" w:w="2385"/>
          </w:tcPr>
          <w:p>
            <w:pPr>
              <w:spacing w:after="0"/>
              <w:jc w:val="left"/>
            </w:pPr>
            <w:r>
              <w:rPr>
                <w:sz w:val="16"/>
              </w:rPr>
              <w:t>HURRICANE LENNY</w:t>
            </w:r>
          </w:p>
        </w:tc>
        <w:tc>
          <w:tcPr>
            <w:tcW w:type="dxa" w:w="2425"/>
          </w:tcPr>
          <w:p>
            <w:pPr>
              <w:spacing w:after="0"/>
              <w:jc w:val="left"/>
            </w:pPr>
            <w:r>
              <w:rPr>
                <w:sz w:val="16"/>
              </w:rPr>
              <w:t>Hurricane</w:t>
            </w:r>
          </w:p>
        </w:tc>
        <w:tc>
          <w:tcPr>
            <w:tcW w:type="dxa" w:w="1617"/>
          </w:tcPr>
          <w:p>
            <w:pPr>
              <w:spacing w:after="0"/>
              <w:jc w:val="right"/>
            </w:pPr>
            <w:r>
              <w:rPr>
                <w:sz w:val="16"/>
              </w:rPr>
              <w:t>none found</w:t>
            </w:r>
          </w:p>
        </w:tc>
        <w:tc>
          <w:tcPr>
            <w:tcW w:type="dxa" w:w="1577"/>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1998-09-24</w:t>
            </w:r>
          </w:p>
        </w:tc>
        <w:tc>
          <w:tcPr>
            <w:tcW w:type="dxa" w:w="1173"/>
          </w:tcPr>
          <w:p>
            <w:pPr>
              <w:spacing w:after="0"/>
              <w:jc w:val="left"/>
            </w:pPr>
            <w:r>
              <w:rPr>
                <w:sz w:val="16"/>
              </w:rPr>
              <w:t>1998-09-20</w:t>
            </w:r>
          </w:p>
        </w:tc>
        <w:tc>
          <w:tcPr>
            <w:tcW w:type="dxa" w:w="1173"/>
          </w:tcPr>
          <w:p>
            <w:pPr>
              <w:spacing w:after="0"/>
              <w:jc w:val="left"/>
            </w:pPr>
            <w:r>
              <w:rPr>
                <w:sz w:val="16"/>
              </w:rPr>
              <w:t>DR-1247-PR</w:t>
            </w:r>
          </w:p>
        </w:tc>
        <w:tc>
          <w:tcPr>
            <w:tcW w:type="dxa" w:w="1577"/>
          </w:tcPr>
          <w:p>
            <w:pPr>
              <w:spacing w:after="0"/>
              <w:jc w:val="left"/>
            </w:pPr>
            <w:r>
              <w:rPr>
                <w:sz w:val="16"/>
              </w:rPr>
              <w:t>Major disaster</w:t>
            </w:r>
          </w:p>
        </w:tc>
        <w:tc>
          <w:tcPr>
            <w:tcW w:type="dxa" w:w="2385"/>
          </w:tcPr>
          <w:p>
            <w:pPr>
              <w:spacing w:after="0"/>
              <w:jc w:val="left"/>
            </w:pPr>
            <w:r>
              <w:rPr>
                <w:sz w:val="16"/>
              </w:rPr>
              <w:t>HURRICANE GEORGES - 18 SEP 98</w:t>
            </w:r>
          </w:p>
        </w:tc>
        <w:tc>
          <w:tcPr>
            <w:tcW w:type="dxa" w:w="2425"/>
          </w:tcPr>
          <w:p>
            <w:pPr>
              <w:spacing w:after="0"/>
              <w:jc w:val="left"/>
            </w:pPr>
            <w:r>
              <w:rPr>
                <w:sz w:val="16"/>
              </w:rPr>
              <w:t>Hurricane</w:t>
            </w:r>
          </w:p>
        </w:tc>
        <w:tc>
          <w:tcPr>
            <w:tcW w:type="dxa" w:w="1617"/>
          </w:tcPr>
          <w:p>
            <w:pPr>
              <w:spacing w:after="0"/>
              <w:jc w:val="right"/>
            </w:pPr>
            <w:r>
              <w:rPr>
                <w:sz w:val="16"/>
              </w:rPr>
              <w:t>none found</w:t>
            </w:r>
          </w:p>
        </w:tc>
        <w:tc>
          <w:tcPr>
            <w:tcW w:type="dxa" w:w="1577"/>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1996-09-11</w:t>
            </w:r>
          </w:p>
        </w:tc>
        <w:tc>
          <w:tcPr>
            <w:tcW w:type="dxa" w:w="1173"/>
          </w:tcPr>
          <w:p>
            <w:pPr>
              <w:spacing w:after="0"/>
              <w:jc w:val="left"/>
            </w:pPr>
            <w:r>
              <w:rPr>
                <w:sz w:val="16"/>
              </w:rPr>
              <w:t>1996-09-09</w:t>
            </w:r>
          </w:p>
        </w:tc>
        <w:tc>
          <w:tcPr>
            <w:tcW w:type="dxa" w:w="1173"/>
          </w:tcPr>
          <w:p>
            <w:pPr>
              <w:spacing w:after="0"/>
              <w:jc w:val="left"/>
            </w:pPr>
            <w:r>
              <w:rPr>
                <w:sz w:val="16"/>
              </w:rPr>
              <w:t>DR-1136-PR</w:t>
            </w:r>
          </w:p>
        </w:tc>
        <w:tc>
          <w:tcPr>
            <w:tcW w:type="dxa" w:w="1577"/>
          </w:tcPr>
          <w:p>
            <w:pPr>
              <w:spacing w:after="0"/>
              <w:jc w:val="left"/>
            </w:pPr>
            <w:r>
              <w:rPr>
                <w:sz w:val="16"/>
              </w:rPr>
              <w:t>Major disaster</w:t>
            </w:r>
          </w:p>
        </w:tc>
        <w:tc>
          <w:tcPr>
            <w:tcW w:type="dxa" w:w="2385"/>
          </w:tcPr>
          <w:p>
            <w:pPr>
              <w:spacing w:after="0"/>
              <w:jc w:val="left"/>
            </w:pPr>
            <w:r>
              <w:rPr>
                <w:sz w:val="16"/>
              </w:rPr>
              <w:t>HURRICANE HORTENSE</w:t>
            </w:r>
          </w:p>
        </w:tc>
        <w:tc>
          <w:tcPr>
            <w:tcW w:type="dxa" w:w="2425"/>
          </w:tcPr>
          <w:p>
            <w:pPr>
              <w:spacing w:after="0"/>
              <w:jc w:val="left"/>
            </w:pPr>
            <w:r>
              <w:rPr>
                <w:sz w:val="16"/>
              </w:rPr>
              <w:t>Hurricane</w:t>
            </w:r>
          </w:p>
        </w:tc>
        <w:tc>
          <w:tcPr>
            <w:tcW w:type="dxa" w:w="1617"/>
          </w:tcPr>
          <w:p>
            <w:pPr>
              <w:spacing w:after="0"/>
              <w:jc w:val="right"/>
            </w:pPr>
            <w:r>
              <w:rPr>
                <w:sz w:val="16"/>
              </w:rPr>
              <w:t>none found</w:t>
            </w:r>
          </w:p>
        </w:tc>
        <w:tc>
          <w:tcPr>
            <w:tcW w:type="dxa" w:w="1577"/>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1995-09-16</w:t>
            </w:r>
          </w:p>
        </w:tc>
        <w:tc>
          <w:tcPr>
            <w:tcW w:type="dxa" w:w="1173"/>
          </w:tcPr>
          <w:p>
            <w:pPr>
              <w:spacing w:after="0"/>
              <w:jc w:val="left"/>
            </w:pPr>
            <w:r>
              <w:rPr>
                <w:sz w:val="16"/>
              </w:rPr>
              <w:t>1995-09-15</w:t>
            </w:r>
          </w:p>
        </w:tc>
        <w:tc>
          <w:tcPr>
            <w:tcW w:type="dxa" w:w="1173"/>
          </w:tcPr>
          <w:p>
            <w:pPr>
              <w:spacing w:after="0"/>
              <w:jc w:val="left"/>
            </w:pPr>
            <w:r>
              <w:rPr>
                <w:sz w:val="16"/>
              </w:rPr>
              <w:t>DR-1068-PR</w:t>
            </w:r>
          </w:p>
        </w:tc>
        <w:tc>
          <w:tcPr>
            <w:tcW w:type="dxa" w:w="1577"/>
          </w:tcPr>
          <w:p>
            <w:pPr>
              <w:spacing w:after="0"/>
              <w:jc w:val="left"/>
            </w:pPr>
            <w:r>
              <w:rPr>
                <w:sz w:val="16"/>
              </w:rPr>
              <w:t>Major disaster</w:t>
            </w:r>
          </w:p>
        </w:tc>
        <w:tc>
          <w:tcPr>
            <w:tcW w:type="dxa" w:w="2385"/>
          </w:tcPr>
          <w:p>
            <w:pPr>
              <w:spacing w:after="0"/>
              <w:jc w:val="left"/>
            </w:pPr>
            <w:r>
              <w:rPr>
                <w:sz w:val="16"/>
              </w:rPr>
              <w:t>HURRICANE MARILYN</w:t>
            </w:r>
          </w:p>
        </w:tc>
        <w:tc>
          <w:tcPr>
            <w:tcW w:type="dxa" w:w="2425"/>
          </w:tcPr>
          <w:p>
            <w:pPr>
              <w:spacing w:after="0"/>
              <w:jc w:val="left"/>
            </w:pPr>
            <w:r>
              <w:rPr>
                <w:sz w:val="16"/>
              </w:rPr>
              <w:t>Hurricane</w:t>
            </w:r>
          </w:p>
        </w:tc>
        <w:tc>
          <w:tcPr>
            <w:tcW w:type="dxa" w:w="1617"/>
          </w:tcPr>
          <w:p>
            <w:pPr>
              <w:spacing w:after="0"/>
              <w:jc w:val="right"/>
            </w:pPr>
            <w:r>
              <w:rPr>
                <w:sz w:val="16"/>
              </w:rPr>
              <w:t>PA not declared for this county</w:t>
            </w:r>
          </w:p>
        </w:tc>
        <w:tc>
          <w:tcPr>
            <w:tcW w:type="dxa" w:w="1577"/>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1992-01-22</w:t>
            </w:r>
          </w:p>
        </w:tc>
        <w:tc>
          <w:tcPr>
            <w:tcW w:type="dxa" w:w="1173"/>
          </w:tcPr>
          <w:p>
            <w:pPr>
              <w:spacing w:after="0"/>
              <w:jc w:val="left"/>
            </w:pPr>
            <w:r>
              <w:rPr>
                <w:sz w:val="16"/>
              </w:rPr>
              <w:t>1992-01-05</w:t>
            </w:r>
          </w:p>
        </w:tc>
        <w:tc>
          <w:tcPr>
            <w:tcW w:type="dxa" w:w="1173"/>
          </w:tcPr>
          <w:p>
            <w:pPr>
              <w:spacing w:after="0"/>
              <w:jc w:val="left"/>
            </w:pPr>
            <w:r>
              <w:rPr>
                <w:sz w:val="16"/>
              </w:rPr>
              <w:t>DR-931-PR</w:t>
            </w:r>
          </w:p>
        </w:tc>
        <w:tc>
          <w:tcPr>
            <w:tcW w:type="dxa" w:w="1577"/>
          </w:tcPr>
          <w:p>
            <w:pPr>
              <w:spacing w:after="0"/>
              <w:jc w:val="left"/>
            </w:pPr>
            <w:r>
              <w:rPr>
                <w:sz w:val="16"/>
              </w:rPr>
              <w:t>Major disaster</w:t>
            </w:r>
          </w:p>
        </w:tc>
        <w:tc>
          <w:tcPr>
            <w:tcW w:type="dxa" w:w="2385"/>
          </w:tcPr>
          <w:p>
            <w:pPr>
              <w:spacing w:after="0"/>
              <w:jc w:val="left"/>
            </w:pPr>
            <w:r>
              <w:rPr>
                <w:sz w:val="16"/>
              </w:rPr>
              <w:t>SEVERE STORMS &amp; FLOODING</w:t>
            </w:r>
          </w:p>
        </w:tc>
        <w:tc>
          <w:tcPr>
            <w:tcW w:type="dxa" w:w="2425"/>
          </w:tcPr>
          <w:p>
            <w:pPr>
              <w:spacing w:after="0"/>
              <w:jc w:val="left"/>
            </w:pPr>
            <w:r>
              <w:rPr>
                <w:sz w:val="16"/>
              </w:rPr>
              <w:t>Inland Flooding</w:t>
            </w:r>
          </w:p>
        </w:tc>
        <w:tc>
          <w:tcPr>
            <w:tcW w:type="dxa" w:w="1617"/>
          </w:tcPr>
          <w:p>
            <w:pPr>
              <w:spacing w:after="0"/>
              <w:jc w:val="right"/>
            </w:pPr>
            <w:r>
              <w:rPr>
                <w:sz w:val="16"/>
              </w:rPr>
              <w:t>PA not declared for this county</w:t>
            </w:r>
          </w:p>
        </w:tc>
        <w:tc>
          <w:tcPr>
            <w:tcW w:type="dxa" w:w="1577"/>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1989-09-21</w:t>
            </w:r>
          </w:p>
        </w:tc>
        <w:tc>
          <w:tcPr>
            <w:tcW w:type="dxa" w:w="1173"/>
          </w:tcPr>
          <w:p>
            <w:pPr>
              <w:spacing w:after="0"/>
              <w:jc w:val="left"/>
            </w:pPr>
            <w:r>
              <w:rPr>
                <w:sz w:val="16"/>
              </w:rPr>
              <w:t>1989-09-17</w:t>
            </w:r>
          </w:p>
        </w:tc>
        <w:tc>
          <w:tcPr>
            <w:tcW w:type="dxa" w:w="1173"/>
          </w:tcPr>
          <w:p>
            <w:pPr>
              <w:spacing w:after="0"/>
              <w:jc w:val="left"/>
            </w:pPr>
            <w:r>
              <w:rPr>
                <w:sz w:val="16"/>
              </w:rPr>
              <w:t>DR-842-PR</w:t>
            </w:r>
          </w:p>
        </w:tc>
        <w:tc>
          <w:tcPr>
            <w:tcW w:type="dxa" w:w="1577"/>
          </w:tcPr>
          <w:p>
            <w:pPr>
              <w:spacing w:after="0"/>
              <w:jc w:val="left"/>
            </w:pPr>
            <w:r>
              <w:rPr>
                <w:sz w:val="16"/>
              </w:rPr>
              <w:t>Major disaster</w:t>
            </w:r>
          </w:p>
        </w:tc>
        <w:tc>
          <w:tcPr>
            <w:tcW w:type="dxa" w:w="2385"/>
          </w:tcPr>
          <w:p>
            <w:pPr>
              <w:spacing w:after="0"/>
              <w:jc w:val="left"/>
            </w:pPr>
            <w:r>
              <w:rPr>
                <w:sz w:val="16"/>
              </w:rPr>
              <w:t>HURRICANE HUGO</w:t>
            </w:r>
          </w:p>
        </w:tc>
        <w:tc>
          <w:tcPr>
            <w:tcW w:type="dxa" w:w="2425"/>
          </w:tcPr>
          <w:p>
            <w:pPr>
              <w:spacing w:after="0"/>
              <w:jc w:val="left"/>
            </w:pPr>
            <w:r>
              <w:rPr>
                <w:sz w:val="16"/>
              </w:rPr>
              <w:t>Hurricane</w:t>
            </w:r>
          </w:p>
        </w:tc>
        <w:tc>
          <w:tcPr>
            <w:tcW w:type="dxa" w:w="1617"/>
          </w:tcPr>
          <w:p>
            <w:pPr>
              <w:spacing w:after="0"/>
              <w:jc w:val="right"/>
            </w:pPr>
            <w:r>
              <w:rPr>
                <w:sz w:val="16"/>
              </w:rPr>
              <w:t>none found</w:t>
            </w:r>
          </w:p>
        </w:tc>
        <w:tc>
          <w:tcPr>
            <w:tcW w:type="dxa" w:w="1577"/>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1987-12-17</w:t>
            </w:r>
          </w:p>
        </w:tc>
        <w:tc>
          <w:tcPr>
            <w:tcW w:type="dxa" w:w="1173"/>
          </w:tcPr>
          <w:p>
            <w:pPr>
              <w:spacing w:after="0"/>
              <w:jc w:val="left"/>
            </w:pPr>
            <w:r>
              <w:rPr>
                <w:sz w:val="16"/>
              </w:rPr>
              <w:t>1987-11-24</w:t>
            </w:r>
          </w:p>
        </w:tc>
        <w:tc>
          <w:tcPr>
            <w:tcW w:type="dxa" w:w="1173"/>
          </w:tcPr>
          <w:p>
            <w:pPr>
              <w:spacing w:after="0"/>
              <w:jc w:val="left"/>
            </w:pPr>
            <w:r>
              <w:rPr>
                <w:sz w:val="16"/>
              </w:rPr>
              <w:t>DR-805-PR</w:t>
            </w:r>
          </w:p>
        </w:tc>
        <w:tc>
          <w:tcPr>
            <w:tcW w:type="dxa" w:w="1577"/>
          </w:tcPr>
          <w:p>
            <w:pPr>
              <w:spacing w:after="0"/>
              <w:jc w:val="left"/>
            </w:pPr>
            <w:r>
              <w:rPr>
                <w:sz w:val="16"/>
              </w:rPr>
              <w:t>Major disaster</w:t>
            </w:r>
          </w:p>
        </w:tc>
        <w:tc>
          <w:tcPr>
            <w:tcW w:type="dxa" w:w="2385"/>
          </w:tcPr>
          <w:p>
            <w:pPr>
              <w:spacing w:after="0"/>
              <w:jc w:val="left"/>
            </w:pPr>
            <w:r>
              <w:rPr>
                <w:sz w:val="16"/>
              </w:rPr>
              <w:t>SEVERE STORMS &amp; FLOODING</w:t>
            </w:r>
          </w:p>
        </w:tc>
        <w:tc>
          <w:tcPr>
            <w:tcW w:type="dxa" w:w="2425"/>
          </w:tcPr>
          <w:p>
            <w:pPr>
              <w:spacing w:after="0"/>
              <w:jc w:val="left"/>
            </w:pPr>
            <w:r>
              <w:rPr>
                <w:sz w:val="16"/>
              </w:rPr>
              <w:t>Inland Flooding</w:t>
            </w:r>
          </w:p>
        </w:tc>
        <w:tc>
          <w:tcPr>
            <w:tcW w:type="dxa" w:w="1617"/>
          </w:tcPr>
          <w:p>
            <w:pPr>
              <w:spacing w:after="0"/>
              <w:jc w:val="right"/>
            </w:pPr>
            <w:r>
              <w:rPr>
                <w:sz w:val="16"/>
              </w:rPr>
              <w:t>none found</w:t>
            </w:r>
          </w:p>
        </w:tc>
        <w:tc>
          <w:tcPr>
            <w:tcW w:type="dxa" w:w="1577"/>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1985-10-10</w:t>
            </w:r>
          </w:p>
        </w:tc>
        <w:tc>
          <w:tcPr>
            <w:tcW w:type="dxa" w:w="1173"/>
          </w:tcPr>
          <w:p>
            <w:pPr>
              <w:spacing w:after="0"/>
              <w:jc w:val="left"/>
            </w:pPr>
            <w:r>
              <w:rPr>
                <w:sz w:val="16"/>
              </w:rPr>
              <w:t>1985-10-04</w:t>
            </w:r>
          </w:p>
        </w:tc>
        <w:tc>
          <w:tcPr>
            <w:tcW w:type="dxa" w:w="1173"/>
          </w:tcPr>
          <w:p>
            <w:pPr>
              <w:spacing w:after="0"/>
              <w:jc w:val="left"/>
            </w:pPr>
            <w:r>
              <w:rPr>
                <w:sz w:val="16"/>
              </w:rPr>
              <w:t>DR-746-PR</w:t>
            </w:r>
          </w:p>
        </w:tc>
        <w:tc>
          <w:tcPr>
            <w:tcW w:type="dxa" w:w="1577"/>
          </w:tcPr>
          <w:p>
            <w:pPr>
              <w:spacing w:after="0"/>
              <w:jc w:val="left"/>
            </w:pPr>
            <w:r>
              <w:rPr>
                <w:sz w:val="16"/>
              </w:rPr>
              <w:t>Major disaster</w:t>
            </w:r>
          </w:p>
        </w:tc>
        <w:tc>
          <w:tcPr>
            <w:tcW w:type="dxa" w:w="2385"/>
          </w:tcPr>
          <w:p>
            <w:pPr>
              <w:spacing w:after="0"/>
              <w:jc w:val="left"/>
            </w:pPr>
            <w:r>
              <w:rPr>
                <w:sz w:val="16"/>
              </w:rPr>
              <w:t>SEVERE STORMS, FLOODING &amp; MUDSLIDES</w:t>
            </w:r>
          </w:p>
        </w:tc>
        <w:tc>
          <w:tcPr>
            <w:tcW w:type="dxa" w:w="2425"/>
          </w:tcPr>
          <w:p>
            <w:pPr>
              <w:spacing w:after="0"/>
              <w:jc w:val="left"/>
            </w:pPr>
            <w:r>
              <w:rPr>
                <w:sz w:val="16"/>
              </w:rPr>
              <w:t>Inland Flooding (primary); also designated: Landslide</w:t>
            </w:r>
          </w:p>
        </w:tc>
        <w:tc>
          <w:tcPr>
            <w:tcW w:type="dxa" w:w="1617"/>
          </w:tcPr>
          <w:p>
            <w:pPr>
              <w:spacing w:after="0"/>
              <w:jc w:val="right"/>
            </w:pPr>
            <w:r>
              <w:rPr>
                <w:sz w:val="16"/>
              </w:rPr>
              <w:t>none found</w:t>
            </w:r>
          </w:p>
        </w:tc>
        <w:tc>
          <w:tcPr>
            <w:tcW w:type="dxa" w:w="1577"/>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1979-09-02</w:t>
            </w:r>
          </w:p>
        </w:tc>
        <w:tc>
          <w:tcPr>
            <w:tcW w:type="dxa" w:w="1173"/>
          </w:tcPr>
          <w:p>
            <w:pPr>
              <w:spacing w:after="0"/>
              <w:jc w:val="left"/>
            </w:pPr>
            <w:r>
              <w:rPr>
                <w:sz w:val="16"/>
              </w:rPr>
              <w:t>1979-09-02</w:t>
            </w:r>
          </w:p>
        </w:tc>
        <w:tc>
          <w:tcPr>
            <w:tcW w:type="dxa" w:w="1173"/>
          </w:tcPr>
          <w:p>
            <w:pPr>
              <w:spacing w:after="0"/>
              <w:jc w:val="left"/>
            </w:pPr>
            <w:r>
              <w:rPr>
                <w:sz w:val="16"/>
              </w:rPr>
              <w:t>DR-597-PR</w:t>
            </w:r>
          </w:p>
        </w:tc>
        <w:tc>
          <w:tcPr>
            <w:tcW w:type="dxa" w:w="1577"/>
          </w:tcPr>
          <w:p>
            <w:pPr>
              <w:spacing w:after="0"/>
              <w:jc w:val="left"/>
            </w:pPr>
            <w:r>
              <w:rPr>
                <w:sz w:val="16"/>
              </w:rPr>
              <w:t>Major disaster</w:t>
            </w:r>
          </w:p>
        </w:tc>
        <w:tc>
          <w:tcPr>
            <w:tcW w:type="dxa" w:w="2385"/>
          </w:tcPr>
          <w:p>
            <w:pPr>
              <w:spacing w:after="0"/>
              <w:jc w:val="left"/>
            </w:pPr>
            <w:r>
              <w:rPr>
                <w:sz w:val="16"/>
              </w:rPr>
              <w:t>HURRICANE DAVID</w:t>
            </w:r>
          </w:p>
        </w:tc>
        <w:tc>
          <w:tcPr>
            <w:tcW w:type="dxa" w:w="2425"/>
          </w:tcPr>
          <w:p>
            <w:pPr>
              <w:spacing w:after="0"/>
              <w:jc w:val="left"/>
            </w:pPr>
            <w:r>
              <w:rPr>
                <w:sz w:val="16"/>
              </w:rPr>
              <w:t>Hurricane</w:t>
            </w:r>
          </w:p>
        </w:tc>
        <w:tc>
          <w:tcPr>
            <w:tcW w:type="dxa" w:w="1617"/>
          </w:tcPr>
          <w:p>
            <w:pPr>
              <w:spacing w:after="0"/>
              <w:jc w:val="right"/>
            </w:pPr>
            <w:r>
              <w:rPr>
                <w:sz w:val="16"/>
              </w:rPr>
              <w:t>none found</w:t>
            </w:r>
          </w:p>
        </w:tc>
        <w:tc>
          <w:tcPr>
            <w:tcW w:type="dxa" w:w="1577"/>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1975-09-19</w:t>
            </w:r>
          </w:p>
        </w:tc>
        <w:tc>
          <w:tcPr>
            <w:tcW w:type="dxa" w:w="1173"/>
          </w:tcPr>
          <w:p>
            <w:pPr>
              <w:spacing w:after="0"/>
              <w:jc w:val="left"/>
            </w:pPr>
            <w:r>
              <w:rPr>
                <w:sz w:val="16"/>
              </w:rPr>
              <w:t>1975-09-19</w:t>
            </w:r>
          </w:p>
        </w:tc>
        <w:tc>
          <w:tcPr>
            <w:tcW w:type="dxa" w:w="1173"/>
          </w:tcPr>
          <w:p>
            <w:pPr>
              <w:spacing w:after="0"/>
              <w:jc w:val="left"/>
            </w:pPr>
            <w:r>
              <w:rPr>
                <w:sz w:val="16"/>
              </w:rPr>
              <w:t>DR-483-PR</w:t>
            </w:r>
          </w:p>
        </w:tc>
        <w:tc>
          <w:tcPr>
            <w:tcW w:type="dxa" w:w="1577"/>
          </w:tcPr>
          <w:p>
            <w:pPr>
              <w:spacing w:after="0"/>
              <w:jc w:val="left"/>
            </w:pPr>
            <w:r>
              <w:rPr>
                <w:sz w:val="16"/>
              </w:rPr>
              <w:t>Major disaster</w:t>
            </w:r>
          </w:p>
        </w:tc>
        <w:tc>
          <w:tcPr>
            <w:tcW w:type="dxa" w:w="2385"/>
          </w:tcPr>
          <w:p>
            <w:pPr>
              <w:spacing w:after="0"/>
              <w:jc w:val="left"/>
            </w:pPr>
            <w:r>
              <w:rPr>
                <w:sz w:val="16"/>
              </w:rPr>
              <w:t>TROPICAL STORM ELIOISE</w:t>
            </w:r>
          </w:p>
        </w:tc>
        <w:tc>
          <w:tcPr>
            <w:tcW w:type="dxa" w:w="2425"/>
          </w:tcPr>
          <w:p>
            <w:pPr>
              <w:spacing w:after="0"/>
              <w:jc w:val="left"/>
            </w:pPr>
            <w:r>
              <w:rPr>
                <w:sz w:val="16"/>
              </w:rPr>
              <w:t>Inland Flooding (primary); also designated: Hurricane</w:t>
            </w:r>
          </w:p>
        </w:tc>
        <w:tc>
          <w:tcPr>
            <w:tcW w:type="dxa" w:w="1617"/>
          </w:tcPr>
          <w:p>
            <w:pPr>
              <w:spacing w:after="0"/>
              <w:jc w:val="right"/>
            </w:pPr>
            <w:r>
              <w:rPr>
                <w:sz w:val="16"/>
              </w:rPr>
              <w:t>none found</w:t>
            </w:r>
          </w:p>
        </w:tc>
        <w:tc>
          <w:tcPr>
            <w:tcW w:type="dxa" w:w="1577"/>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1970-10-12</w:t>
            </w:r>
          </w:p>
        </w:tc>
        <w:tc>
          <w:tcPr>
            <w:tcW w:type="dxa" w:w="1173"/>
          </w:tcPr>
          <w:p>
            <w:pPr>
              <w:spacing w:after="0"/>
              <w:jc w:val="left"/>
            </w:pPr>
            <w:r>
              <w:rPr>
                <w:sz w:val="16"/>
              </w:rPr>
              <w:t>1970-10-12</w:t>
            </w:r>
          </w:p>
        </w:tc>
        <w:tc>
          <w:tcPr>
            <w:tcW w:type="dxa" w:w="1173"/>
          </w:tcPr>
          <w:p>
            <w:pPr>
              <w:spacing w:after="0"/>
              <w:jc w:val="left"/>
            </w:pPr>
            <w:r>
              <w:rPr>
                <w:sz w:val="16"/>
              </w:rPr>
              <w:t>DR-296-PR</w:t>
            </w:r>
          </w:p>
        </w:tc>
        <w:tc>
          <w:tcPr>
            <w:tcW w:type="dxa" w:w="1577"/>
          </w:tcPr>
          <w:p>
            <w:pPr>
              <w:spacing w:after="0"/>
              <w:jc w:val="left"/>
            </w:pPr>
            <w:r>
              <w:rPr>
                <w:sz w:val="16"/>
              </w:rPr>
              <w:t>Major disaster</w:t>
            </w:r>
          </w:p>
        </w:tc>
        <w:tc>
          <w:tcPr>
            <w:tcW w:type="dxa" w:w="2385"/>
          </w:tcPr>
          <w:p>
            <w:pPr>
              <w:spacing w:after="0"/>
              <w:jc w:val="left"/>
            </w:pPr>
            <w:r>
              <w:rPr>
                <w:sz w:val="16"/>
              </w:rPr>
              <w:t>HEAVY RAINS &amp; FLOODING</w:t>
            </w:r>
          </w:p>
        </w:tc>
        <w:tc>
          <w:tcPr>
            <w:tcW w:type="dxa" w:w="2425"/>
          </w:tcPr>
          <w:p>
            <w:pPr>
              <w:spacing w:after="0"/>
              <w:jc w:val="left"/>
            </w:pPr>
            <w:r>
              <w:rPr>
                <w:sz w:val="16"/>
              </w:rPr>
              <w:t>Inland Flooding</w:t>
            </w:r>
          </w:p>
        </w:tc>
        <w:tc>
          <w:tcPr>
            <w:tcW w:type="dxa" w:w="1617"/>
          </w:tcPr>
          <w:p>
            <w:pPr>
              <w:spacing w:after="0"/>
              <w:jc w:val="right"/>
            </w:pPr>
            <w:r>
              <w:rPr>
                <w:sz w:val="16"/>
              </w:rPr>
              <w:t>none found</w:t>
            </w:r>
          </w:p>
        </w:tc>
        <w:tc>
          <w:tcPr>
            <w:tcW w:type="dxa" w:w="1577"/>
          </w:tcPr>
          <w:p>
            <w:pPr>
              <w:spacing w:after="0"/>
              <w:jc w:val="left"/>
            </w:pPr>
          </w:p>
        </w:tc>
        <w:tc>
          <w:tcPr>
            <w:tcW w:type="dxa" w:w="101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$213,633.69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13,633.69"/>
        <w:tblDescription w:val="Hazard Plain table b1d_pa_other"/>
      </w:tblPr>
      <w:tblGrid>
        <w:gridCol w:w="2339"/>
        <w:gridCol w:w="2339"/>
        <w:gridCol w:w="3145"/>
        <w:gridCol w:w="3749"/>
        <w:gridCol w:w="2540"/>
      </w:tblGrid>
      <w:tr>
        <w:trPr>
          <w:cantSplit/>
          <w:tblHeader/>
        </w:trPr>
        <w:tc>
          <w:tcPr>
            <w:tcW w:type="dxa" w:w="2339"/>
            <w:shd w:val="clear" w:color="auto" w:fill="E8E8E8"/>
          </w:tcPr>
          <w:p>
            <w:pPr>
              <w:spacing w:after="0"/>
              <w:jc w:val="left"/>
            </w:pPr>
            <w:r>
              <w:rPr>
                <w:b/>
                <w:sz w:val="16"/>
              </w:rPr>
              <w:t>FEMA number</w:t>
            </w:r>
          </w:p>
        </w:tc>
        <w:tc>
          <w:tcPr>
            <w:tcW w:type="dxa" w:w="2339"/>
            <w:shd w:val="clear" w:color="auto" w:fill="E8E8E8"/>
          </w:tcPr>
          <w:p>
            <w:pPr>
              <w:spacing w:after="0"/>
              <w:jc w:val="left"/>
            </w:pPr>
            <w:r>
              <w:rPr>
                <w:b/>
                <w:sz w:val="16"/>
              </w:rPr>
              <w:t>Declared</w:t>
            </w:r>
          </w:p>
        </w:tc>
        <w:tc>
          <w:tcPr>
            <w:tcW w:type="dxa" w:w="3145"/>
            <w:shd w:val="clear" w:color="auto" w:fill="E8E8E8"/>
          </w:tcPr>
          <w:p>
            <w:pPr>
              <w:spacing w:after="0"/>
              <w:jc w:val="left"/>
            </w:pPr>
            <w:r>
              <w:rPr>
                <w:b/>
                <w:sz w:val="16"/>
              </w:rPr>
              <w:t>Title</w:t>
            </w:r>
          </w:p>
        </w:tc>
        <w:tc>
          <w:tcPr>
            <w:tcW w:type="dxa" w:w="3749"/>
            <w:shd w:val="clear" w:color="auto" w:fill="E8E8E8"/>
          </w:tcPr>
          <w:p>
            <w:pPr>
              <w:spacing w:after="0"/>
              <w:jc w:val="left"/>
            </w:pPr>
            <w:r>
              <w:rPr>
                <w:b/>
                <w:sz w:val="16"/>
              </w:rPr>
              <w:t>Applicant</w:t>
            </w:r>
          </w:p>
        </w:tc>
        <w:tc>
          <w:tcPr>
            <w:tcW w:type="dxa" w:w="25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339"/>
          </w:tcPr>
          <w:p>
            <w:pPr>
              <w:spacing w:after="0"/>
              <w:jc w:val="left"/>
            </w:pPr>
            <w:r>
              <w:rPr>
                <w:sz w:val="16"/>
              </w:rPr>
              <w:t>EM-3384-PR</w:t>
            </w:r>
          </w:p>
        </w:tc>
        <w:tc>
          <w:tcPr>
            <w:tcW w:type="dxa" w:w="2339"/>
          </w:tcPr>
          <w:p>
            <w:pPr>
              <w:spacing w:after="0"/>
              <w:jc w:val="left"/>
            </w:pPr>
            <w:r>
              <w:rPr>
                <w:sz w:val="16"/>
              </w:rPr>
              <w:t>2017-09-05</w:t>
            </w:r>
          </w:p>
        </w:tc>
        <w:tc>
          <w:tcPr>
            <w:tcW w:type="dxa" w:w="3145"/>
          </w:tcPr>
          <w:p>
            <w:pPr>
              <w:spacing w:after="0"/>
              <w:jc w:val="left"/>
            </w:pPr>
            <w:r>
              <w:rPr>
                <w:sz w:val="16"/>
              </w:rPr>
              <w:t>HURRICANE IRMA</w:t>
            </w:r>
          </w:p>
        </w:tc>
        <w:tc>
          <w:tcPr>
            <w:tcW w:type="dxa" w:w="3749"/>
          </w:tcPr>
          <w:p>
            <w:pPr>
              <w:spacing w:after="0"/>
              <w:jc w:val="left"/>
            </w:pPr>
            <w:r>
              <w:rPr>
                <w:sz w:val="16"/>
              </w:rPr>
              <w:t>Loiza (Municipio)</w:t>
            </w:r>
          </w:p>
        </w:tc>
        <w:tc>
          <w:tcPr>
            <w:tcW w:type="dxa" w:w="2540"/>
          </w:tcPr>
          <w:p>
            <w:pPr>
              <w:spacing w:after="0"/>
              <w:jc w:val="right"/>
            </w:pPr>
            <w:r>
              <w:rPr>
                <w:sz w:val="16"/>
              </w:rPr>
              <w:t>$213,633.69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17</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106</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92"/>
        <w:gridCol w:w="1468"/>
        <w:gridCol w:w="1223"/>
        <w:gridCol w:w="2471"/>
        <w:gridCol w:w="1449"/>
        <w:gridCol w:w="2721"/>
        <w:gridCol w:w="1468"/>
        <w:gridCol w:w="2220"/>
      </w:tblGrid>
      <w:tr>
        <w:trPr>
          <w:cantSplit/>
          <w:tblHeader/>
        </w:trPr>
        <w:tc>
          <w:tcPr>
            <w:tcW w:type="dxa" w:w="1092"/>
            <w:shd w:val="clear" w:color="auto" w:fill="E8E8E8"/>
          </w:tcPr>
          <w:p>
            <w:pPr>
              <w:spacing w:after="0"/>
              <w:jc w:val="left"/>
            </w:pPr>
            <w:r>
              <w:rPr>
                <w:b/>
                <w:sz w:val="16"/>
              </w:rPr>
              <w:t>Date</w:t>
            </w:r>
          </w:p>
        </w:tc>
        <w:tc>
          <w:tcPr>
            <w:tcW w:type="dxa" w:w="1468"/>
            <w:shd w:val="clear" w:color="auto" w:fill="E8E8E8"/>
          </w:tcPr>
          <w:p>
            <w:pPr>
              <w:spacing w:after="0"/>
              <w:jc w:val="left"/>
            </w:pPr>
            <w:r>
              <w:rPr>
                <w:b/>
                <w:sz w:val="16"/>
              </w:rPr>
              <w:t>Event type</w:t>
            </w:r>
          </w:p>
        </w:tc>
        <w:tc>
          <w:tcPr>
            <w:tcW w:type="dxa" w:w="1223"/>
            <w:shd w:val="clear" w:color="auto" w:fill="E8E8E8"/>
          </w:tcPr>
          <w:p>
            <w:pPr>
              <w:spacing w:after="0"/>
              <w:jc w:val="left"/>
            </w:pPr>
            <w:r>
              <w:rPr>
                <w:b/>
                <w:sz w:val="16"/>
              </w:rPr>
              <w:t>Magnitude or extent</w:t>
            </w:r>
          </w:p>
        </w:tc>
        <w:tc>
          <w:tcPr>
            <w:tcW w:type="dxa" w:w="2471"/>
            <w:shd w:val="clear" w:color="auto" w:fill="E8E8E8"/>
          </w:tcPr>
          <w:p>
            <w:pPr>
              <w:spacing w:after="0"/>
              <w:jc w:val="left"/>
            </w:pPr>
            <w:r>
              <w:rPr>
                <w:b/>
                <w:sz w:val="16"/>
              </w:rPr>
              <w:t>Damage</w:t>
            </w:r>
          </w:p>
          <w:p>
            <w:pPr>
              <w:spacing w:after="0"/>
              <w:jc w:val="left"/>
            </w:pPr>
            <w:r>
              <w:rPr>
                <w:i/>
                <w:color w:val="555555"/>
                <w:sz w:val="14"/>
              </w:rPr>
              <w:t>nominal dollars</w:t>
            </w:r>
          </w:p>
        </w:tc>
        <w:tc>
          <w:tcPr>
            <w:tcW w:type="dxa" w:w="144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721"/>
            <w:shd w:val="clear" w:color="auto" w:fill="E8E8E8"/>
          </w:tcPr>
          <w:p>
            <w:pPr>
              <w:spacing w:after="0"/>
              <w:jc w:val="left"/>
            </w:pPr>
            <w:r>
              <w:rPr>
                <w:b/>
                <w:sz w:val="16"/>
              </w:rPr>
              <w:t>Location</w:t>
            </w:r>
          </w:p>
        </w:tc>
        <w:tc>
          <w:tcPr>
            <w:tcW w:type="dxa" w:w="1468"/>
            <w:shd w:val="clear" w:color="auto" w:fill="E8E8E8"/>
          </w:tcPr>
          <w:p>
            <w:pPr>
              <w:spacing w:after="0"/>
              <w:jc w:val="left"/>
            </w:pPr>
            <w:r>
              <w:rPr>
                <w:b/>
                <w:sz w:val="16"/>
              </w:rPr>
              <w:t>Flags</w:t>
            </w:r>
          </w:p>
        </w:tc>
        <w:tc>
          <w:tcPr>
            <w:tcW w:type="dxa" w:w="2220"/>
            <w:shd w:val="clear" w:color="auto" w:fill="E8E8E8"/>
          </w:tcPr>
          <w:p>
            <w:pPr>
              <w:spacing w:after="0"/>
              <w:jc w:val="left"/>
            </w:pPr>
            <w:r>
              <w:rPr>
                <w:b/>
                <w:sz w:val="16"/>
              </w:rPr>
              <w:t>Why listed</w:t>
            </w:r>
          </w:p>
        </w:tc>
      </w:tr>
      <w:tr>
        <w:trPr>
          <w:cantSplit/>
        </w:trPr>
        <w:tc>
          <w:tcPr>
            <w:tcW w:type="dxa" w:w="1092"/>
          </w:tcPr>
          <w:p>
            <w:pPr>
              <w:spacing w:after="0"/>
              <w:jc w:val="left"/>
            </w:pPr>
            <w:r>
              <w:rPr>
                <w:sz w:val="16"/>
              </w:rPr>
              <w:t>2026-02-10</w:t>
            </w:r>
          </w:p>
        </w:tc>
        <w:tc>
          <w:tcPr>
            <w:tcW w:type="dxa" w:w="1468"/>
          </w:tcPr>
          <w:p>
            <w:pPr>
              <w:spacing w:after="0"/>
              <w:jc w:val="left"/>
            </w:pPr>
            <w:r>
              <w:rPr>
                <w:sz w:val="16"/>
              </w:rPr>
              <w:t>Coastal Flood</w:t>
            </w:r>
          </w:p>
        </w:tc>
        <w:tc>
          <w:tcPr>
            <w:tcW w:type="dxa" w:w="1223"/>
          </w:tcPr>
          <w:p>
            <w:pPr>
              <w:spacing w:after="0"/>
              <w:jc w:val="left"/>
            </w:pPr>
          </w:p>
        </w:tc>
        <w:tc>
          <w:tcPr>
            <w:tcW w:type="dxa" w:w="2471"/>
          </w:tcPr>
          <w:p>
            <w:pPr>
              <w:spacing w:after="0"/>
              <w:jc w:val="left"/>
            </w:pPr>
            <w:r>
              <w:rPr>
                <w:sz w:val="16"/>
              </w:rPr>
              <w:t>$82,500 property; $0 crops, reported for the zone (2026 dollars)</w:t>
            </w:r>
          </w:p>
        </w:tc>
        <w:tc>
          <w:tcPr>
            <w:tcW w:type="dxa" w:w="1449"/>
          </w:tcPr>
          <w:p>
            <w:pPr>
              <w:spacing w:after="0"/>
              <w:jc w:val="right"/>
            </w:pPr>
            <w:r>
              <w:rPr>
                <w:sz w:val="16"/>
              </w:rPr>
              <w:t>0, 0</w:t>
            </w:r>
          </w:p>
        </w:tc>
        <w:tc>
          <w:tcPr>
            <w:tcW w:type="dxa" w:w="2721"/>
          </w:tcPr>
          <w:p>
            <w:pPr>
              <w:spacing w:after="0"/>
              <w:jc w:val="left"/>
            </w:pPr>
            <w:r>
              <w:rPr>
                <w:sz w:val="16"/>
              </w:rPr>
              <w:t>NWS zone PRZ002 (NORTHEAST), zone-level: may include parts of neighboring counties</w:t>
            </w:r>
          </w:p>
        </w:tc>
        <w:tc>
          <w:tcPr>
            <w:tcW w:type="dxa" w:w="1468"/>
          </w:tcPr>
          <w:p>
            <w:pPr>
              <w:spacing w:after="0"/>
              <w:jc w:val="left"/>
            </w:pPr>
            <w:r>
              <w:rPr>
                <w:sz w:val="16"/>
              </w:rPr>
              <w:t>new since last plan; within last 5 years</w:t>
            </w:r>
          </w:p>
        </w:tc>
        <w:tc>
          <w:tcPr>
            <w:tcW w:type="dxa" w:w="2220"/>
          </w:tcPr>
          <w:p>
            <w:pPr>
              <w:spacing w:after="0"/>
              <w:jc w:val="left"/>
            </w:pPr>
            <w:r>
              <w:rPr>
                <w:sz w:val="16"/>
              </w:rPr>
              <w:t>B1-c worst recorded: Coastal Flood, Storm Surge/Tide</w:t>
            </w:r>
          </w:p>
        </w:tc>
      </w:tr>
      <w:tr>
        <w:trPr>
          <w:cantSplit/>
        </w:trPr>
        <w:tc>
          <w:tcPr>
            <w:tcW w:type="dxa" w:w="1092"/>
          </w:tcPr>
          <w:p>
            <w:pPr>
              <w:spacing w:after="0"/>
              <w:jc w:val="left"/>
            </w:pPr>
            <w:r>
              <w:rPr>
                <w:sz w:val="16"/>
              </w:rPr>
              <w:t>2023-09-01</w:t>
            </w:r>
          </w:p>
        </w:tc>
        <w:tc>
          <w:tcPr>
            <w:tcW w:type="dxa" w:w="1468"/>
          </w:tcPr>
          <w:p>
            <w:pPr>
              <w:spacing w:after="0"/>
              <w:jc w:val="left"/>
            </w:pPr>
            <w:r>
              <w:rPr>
                <w:sz w:val="16"/>
              </w:rPr>
              <w:t>Excessive Heat</w:t>
            </w:r>
          </w:p>
        </w:tc>
        <w:tc>
          <w:tcPr>
            <w:tcW w:type="dxa" w:w="1223"/>
          </w:tcPr>
          <w:p>
            <w:pPr>
              <w:spacing w:after="0"/>
              <w:jc w:val="left"/>
            </w:pPr>
          </w:p>
        </w:tc>
        <w:tc>
          <w:tcPr>
            <w:tcW w:type="dxa" w:w="2471"/>
          </w:tcPr>
          <w:p>
            <w:pPr>
              <w:spacing w:after="0"/>
              <w:jc w:val="left"/>
            </w:pPr>
            <w:r>
              <w:rPr>
                <w:sz w:val="16"/>
              </w:rPr>
              <w:t>$0 property; $0 crops, reported for the zone (2023 dollars)</w:t>
            </w:r>
          </w:p>
        </w:tc>
        <w:tc>
          <w:tcPr>
            <w:tcW w:type="dxa" w:w="1449"/>
          </w:tcPr>
          <w:p>
            <w:pPr>
              <w:spacing w:after="0"/>
              <w:jc w:val="right"/>
            </w:pPr>
            <w:r>
              <w:rPr>
                <w:sz w:val="16"/>
              </w:rPr>
              <w:t>0, 0</w:t>
            </w:r>
          </w:p>
        </w:tc>
        <w:tc>
          <w:tcPr>
            <w:tcW w:type="dxa" w:w="2721"/>
          </w:tcPr>
          <w:p>
            <w:pPr>
              <w:spacing w:after="0"/>
              <w:jc w:val="left"/>
            </w:pPr>
            <w:r>
              <w:rPr>
                <w:sz w:val="16"/>
              </w:rPr>
              <w:t>NWS zone PRZ002 (NORTHEAST), zone-level: may include parts of neighboring counties</w:t>
            </w:r>
          </w:p>
        </w:tc>
        <w:tc>
          <w:tcPr>
            <w:tcW w:type="dxa" w:w="1468"/>
          </w:tcPr>
          <w:p>
            <w:pPr>
              <w:spacing w:after="0"/>
              <w:jc w:val="left"/>
            </w:pPr>
            <w:r>
              <w:rPr>
                <w:sz w:val="16"/>
              </w:rPr>
              <w:t>new since last plan; within last 5 years</w:t>
            </w:r>
          </w:p>
        </w:tc>
        <w:tc>
          <w:tcPr>
            <w:tcW w:type="dxa" w:w="2220"/>
          </w:tcPr>
          <w:p>
            <w:pPr>
              <w:spacing w:after="0"/>
              <w:jc w:val="left"/>
            </w:pPr>
            <w:r>
              <w:rPr>
                <w:sz w:val="16"/>
              </w:rPr>
              <w:t>B1-c worst recorded: Excessive Heat, Heat</w:t>
            </w:r>
          </w:p>
        </w:tc>
      </w:tr>
      <w:tr>
        <w:trPr>
          <w:cantSplit/>
        </w:trPr>
        <w:tc>
          <w:tcPr>
            <w:tcW w:type="dxa" w:w="1092"/>
          </w:tcPr>
          <w:p>
            <w:pPr>
              <w:spacing w:after="0"/>
              <w:jc w:val="left"/>
            </w:pPr>
            <w:r>
              <w:rPr>
                <w:sz w:val="16"/>
              </w:rPr>
              <w:t>2022-06-14</w:t>
            </w:r>
          </w:p>
        </w:tc>
        <w:tc>
          <w:tcPr>
            <w:tcW w:type="dxa" w:w="1468"/>
          </w:tcPr>
          <w:p>
            <w:pPr>
              <w:spacing w:after="0"/>
              <w:jc w:val="left"/>
            </w:pPr>
            <w:r>
              <w:rPr>
                <w:sz w:val="16"/>
              </w:rPr>
              <w:t>Drought</w:t>
            </w:r>
          </w:p>
        </w:tc>
        <w:tc>
          <w:tcPr>
            <w:tcW w:type="dxa" w:w="1223"/>
          </w:tcPr>
          <w:p>
            <w:pPr>
              <w:spacing w:after="0"/>
              <w:jc w:val="left"/>
            </w:pPr>
          </w:p>
        </w:tc>
        <w:tc>
          <w:tcPr>
            <w:tcW w:type="dxa" w:w="2471"/>
          </w:tcPr>
          <w:p>
            <w:pPr>
              <w:spacing w:after="0"/>
              <w:jc w:val="left"/>
            </w:pPr>
            <w:r>
              <w:rPr>
                <w:sz w:val="16"/>
              </w:rPr>
              <w:t>$0 property; $0 crops, reported for the zone (2022 dollars)</w:t>
            </w:r>
          </w:p>
        </w:tc>
        <w:tc>
          <w:tcPr>
            <w:tcW w:type="dxa" w:w="1449"/>
          </w:tcPr>
          <w:p>
            <w:pPr>
              <w:spacing w:after="0"/>
              <w:jc w:val="right"/>
            </w:pPr>
            <w:r>
              <w:rPr>
                <w:sz w:val="16"/>
              </w:rPr>
              <w:t>0, 0</w:t>
            </w:r>
          </w:p>
        </w:tc>
        <w:tc>
          <w:tcPr>
            <w:tcW w:type="dxa" w:w="2721"/>
          </w:tcPr>
          <w:p>
            <w:pPr>
              <w:spacing w:after="0"/>
              <w:jc w:val="left"/>
            </w:pPr>
            <w:r>
              <w:rPr>
                <w:sz w:val="16"/>
              </w:rPr>
              <w:t>NWS zone PRZ002 (NORTHEAST), zone-level: may include parts of neighboring counties</w:t>
            </w:r>
          </w:p>
        </w:tc>
        <w:tc>
          <w:tcPr>
            <w:tcW w:type="dxa" w:w="1468"/>
          </w:tcPr>
          <w:p>
            <w:pPr>
              <w:spacing w:after="0"/>
              <w:jc w:val="left"/>
            </w:pPr>
            <w:r>
              <w:rPr>
                <w:sz w:val="16"/>
              </w:rPr>
              <w:t>new since last plan; within last 5 years</w:t>
            </w:r>
          </w:p>
        </w:tc>
        <w:tc>
          <w:tcPr>
            <w:tcW w:type="dxa" w:w="2220"/>
          </w:tcPr>
          <w:p>
            <w:pPr>
              <w:spacing w:after="0"/>
              <w:jc w:val="left"/>
            </w:pPr>
            <w:r>
              <w:rPr>
                <w:sz w:val="16"/>
              </w:rPr>
              <w:t>B1-c worst recorded: Drought</w:t>
            </w:r>
          </w:p>
        </w:tc>
      </w:tr>
      <w:tr>
        <w:trPr>
          <w:cantSplit/>
        </w:trPr>
        <w:tc>
          <w:tcPr>
            <w:tcW w:type="dxa" w:w="1092"/>
          </w:tcPr>
          <w:p>
            <w:pPr>
              <w:spacing w:after="0"/>
              <w:jc w:val="left"/>
            </w:pPr>
            <w:r>
              <w:rPr>
                <w:sz w:val="16"/>
              </w:rPr>
              <w:t>2010-07-06</w:t>
            </w:r>
          </w:p>
        </w:tc>
        <w:tc>
          <w:tcPr>
            <w:tcW w:type="dxa" w:w="1468"/>
          </w:tcPr>
          <w:p>
            <w:pPr>
              <w:spacing w:after="0"/>
              <w:jc w:val="left"/>
            </w:pPr>
            <w:r>
              <w:rPr>
                <w:sz w:val="16"/>
              </w:rPr>
              <w:t>Thunderstorm Wind</w:t>
            </w:r>
          </w:p>
        </w:tc>
        <w:tc>
          <w:tcPr>
            <w:tcW w:type="dxa" w:w="1223"/>
          </w:tcPr>
          <w:p>
            <w:pPr>
              <w:spacing w:after="0"/>
              <w:jc w:val="left"/>
            </w:pPr>
            <w:r>
              <w:rPr>
                <w:sz w:val="16"/>
              </w:rPr>
              <w:t>43 kt (49 mph) estimated gust</w:t>
            </w:r>
          </w:p>
        </w:tc>
        <w:tc>
          <w:tcPr>
            <w:tcW w:type="dxa" w:w="2471"/>
          </w:tcPr>
          <w:p>
            <w:pPr>
              <w:spacing w:after="0"/>
              <w:jc w:val="left"/>
            </w:pPr>
            <w:r>
              <w:rPr>
                <w:sz w:val="16"/>
              </w:rPr>
              <w:t>$15,000 property; $0 crops (2010 dollars)</w:t>
            </w:r>
          </w:p>
        </w:tc>
        <w:tc>
          <w:tcPr>
            <w:tcW w:type="dxa" w:w="1449"/>
          </w:tcPr>
          <w:p>
            <w:pPr>
              <w:spacing w:after="0"/>
              <w:jc w:val="right"/>
            </w:pPr>
            <w:r>
              <w:rPr>
                <w:sz w:val="16"/>
              </w:rPr>
              <w:t>0, 0</w:t>
            </w:r>
          </w:p>
        </w:tc>
        <w:tc>
          <w:tcPr>
            <w:tcW w:type="dxa" w:w="2721"/>
          </w:tcPr>
          <w:p>
            <w:pPr>
              <w:spacing w:after="0"/>
              <w:jc w:val="left"/>
            </w:pPr>
            <w:r>
              <w:rPr>
                <w:sz w:val="16"/>
              </w:rPr>
              <w:t>LOIZA</w:t>
            </w:r>
          </w:p>
        </w:tc>
        <w:tc>
          <w:tcPr>
            <w:tcW w:type="dxa" w:w="1468"/>
          </w:tcPr>
          <w:p>
            <w:pPr>
              <w:spacing w:after="0"/>
              <w:jc w:val="left"/>
            </w:pPr>
          </w:p>
        </w:tc>
        <w:tc>
          <w:tcPr>
            <w:tcW w:type="dxa" w:w="2220"/>
          </w:tcPr>
          <w:p>
            <w:pPr>
              <w:spacing w:after="0"/>
              <w:jc w:val="left"/>
            </w:pPr>
            <w:r>
              <w:rPr>
                <w:sz w:val="16"/>
              </w:rPr>
              <w:t>B1-c worst recorded: Thunderstorm Wind</w:t>
            </w:r>
          </w:p>
        </w:tc>
      </w:tr>
      <w:tr>
        <w:trPr>
          <w:cantSplit/>
        </w:trPr>
        <w:tc>
          <w:tcPr>
            <w:tcW w:type="dxa" w:w="1092"/>
          </w:tcPr>
          <w:p>
            <w:pPr>
              <w:spacing w:after="0"/>
              <w:jc w:val="left"/>
            </w:pPr>
            <w:r>
              <w:rPr>
                <w:sz w:val="16"/>
              </w:rPr>
              <w:t>2008-09-01</w:t>
            </w:r>
          </w:p>
        </w:tc>
        <w:tc>
          <w:tcPr>
            <w:tcW w:type="dxa" w:w="1468"/>
          </w:tcPr>
          <w:p>
            <w:pPr>
              <w:spacing w:after="0"/>
              <w:jc w:val="left"/>
            </w:pPr>
            <w:r>
              <w:rPr>
                <w:sz w:val="16"/>
              </w:rPr>
              <w:t>Flash Flood</w:t>
            </w:r>
          </w:p>
        </w:tc>
        <w:tc>
          <w:tcPr>
            <w:tcW w:type="dxa" w:w="1223"/>
          </w:tcPr>
          <w:p>
            <w:pPr>
              <w:spacing w:after="0"/>
              <w:jc w:val="left"/>
            </w:pPr>
          </w:p>
        </w:tc>
        <w:tc>
          <w:tcPr>
            <w:tcW w:type="dxa" w:w="2471"/>
          </w:tcPr>
          <w:p>
            <w:pPr>
              <w:spacing w:after="0"/>
              <w:jc w:val="left"/>
            </w:pPr>
            <w:r>
              <w:rPr>
                <w:sz w:val="16"/>
              </w:rPr>
              <w:t>$0 property; $0 crops, reported for the zone (2008 dollars)</w:t>
            </w:r>
          </w:p>
        </w:tc>
        <w:tc>
          <w:tcPr>
            <w:tcW w:type="dxa" w:w="1449"/>
          </w:tcPr>
          <w:p>
            <w:pPr>
              <w:spacing w:after="0"/>
              <w:jc w:val="right"/>
            </w:pPr>
            <w:r>
              <w:rPr>
                <w:sz w:val="16"/>
              </w:rPr>
              <w:t>2, 0</w:t>
            </w:r>
          </w:p>
        </w:tc>
        <w:tc>
          <w:tcPr>
            <w:tcW w:type="dxa" w:w="2721"/>
          </w:tcPr>
          <w:p>
            <w:pPr>
              <w:spacing w:after="0"/>
              <w:jc w:val="left"/>
            </w:pPr>
            <w:r>
              <w:rPr>
                <w:sz w:val="16"/>
              </w:rPr>
              <w:t>NWS zone PRZ002 (NORTHEAST), zone-level: may include parts of neighboring counties</w:t>
            </w:r>
          </w:p>
        </w:tc>
        <w:tc>
          <w:tcPr>
            <w:tcW w:type="dxa" w:w="1468"/>
          </w:tcPr>
          <w:p>
            <w:pPr>
              <w:spacing w:after="0"/>
              <w:jc w:val="left"/>
            </w:pPr>
          </w:p>
        </w:tc>
        <w:tc>
          <w:tcPr>
            <w:tcW w:type="dxa" w:w="2220"/>
          </w:tcPr>
          <w:p>
            <w:pPr>
              <w:spacing w:after="0"/>
              <w:jc w:val="left"/>
            </w:pPr>
            <w:r>
              <w:rPr>
                <w:sz w:val="16"/>
              </w:rPr>
              <w:t>deaths or injuries recorded</w:t>
            </w:r>
          </w:p>
        </w:tc>
      </w:tr>
      <w:tr>
        <w:trPr>
          <w:cantSplit/>
        </w:trPr>
        <w:tc>
          <w:tcPr>
            <w:tcW w:type="dxa" w:w="1092"/>
          </w:tcPr>
          <w:p>
            <w:pPr>
              <w:spacing w:after="0"/>
              <w:jc w:val="left"/>
            </w:pPr>
            <w:r>
              <w:rPr>
                <w:sz w:val="16"/>
              </w:rPr>
              <w:t>2006-07-10</w:t>
            </w:r>
          </w:p>
        </w:tc>
        <w:tc>
          <w:tcPr>
            <w:tcW w:type="dxa" w:w="1468"/>
          </w:tcPr>
          <w:p>
            <w:pPr>
              <w:spacing w:after="0"/>
              <w:jc w:val="left"/>
            </w:pPr>
            <w:r>
              <w:rPr>
                <w:sz w:val="16"/>
              </w:rPr>
              <w:t>Lightning</w:t>
            </w:r>
          </w:p>
        </w:tc>
        <w:tc>
          <w:tcPr>
            <w:tcW w:type="dxa" w:w="1223"/>
          </w:tcPr>
          <w:p>
            <w:pPr>
              <w:spacing w:after="0"/>
              <w:jc w:val="left"/>
            </w:pPr>
          </w:p>
        </w:tc>
        <w:tc>
          <w:tcPr>
            <w:tcW w:type="dxa" w:w="2471"/>
          </w:tcPr>
          <w:p>
            <w:pPr>
              <w:spacing w:after="0"/>
              <w:jc w:val="left"/>
            </w:pPr>
            <w:r>
              <w:rPr>
                <w:sz w:val="16"/>
              </w:rPr>
              <w:t>$5,000 property; crops not reported, reported for the zone (2006 dollars)</w:t>
            </w:r>
          </w:p>
        </w:tc>
        <w:tc>
          <w:tcPr>
            <w:tcW w:type="dxa" w:w="1449"/>
          </w:tcPr>
          <w:p>
            <w:pPr>
              <w:spacing w:after="0"/>
              <w:jc w:val="right"/>
            </w:pPr>
            <w:r>
              <w:rPr>
                <w:sz w:val="16"/>
              </w:rPr>
              <w:t>0, 0</w:t>
            </w:r>
          </w:p>
        </w:tc>
        <w:tc>
          <w:tcPr>
            <w:tcW w:type="dxa" w:w="2721"/>
          </w:tcPr>
          <w:p>
            <w:pPr>
              <w:spacing w:after="0"/>
              <w:jc w:val="left"/>
            </w:pPr>
            <w:r>
              <w:rPr>
                <w:sz w:val="16"/>
              </w:rPr>
              <w:t>NWS zone PRZ002 (NORTHEAST), zone-level: may include parts of neighboring counties</w:t>
            </w:r>
          </w:p>
        </w:tc>
        <w:tc>
          <w:tcPr>
            <w:tcW w:type="dxa" w:w="1468"/>
          </w:tcPr>
          <w:p>
            <w:pPr>
              <w:spacing w:after="0"/>
              <w:jc w:val="left"/>
            </w:pPr>
          </w:p>
        </w:tc>
        <w:tc>
          <w:tcPr>
            <w:tcW w:type="dxa" w:w="2220"/>
          </w:tcPr>
          <w:p>
            <w:pPr>
              <w:spacing w:after="0"/>
              <w:jc w:val="left"/>
            </w:pPr>
            <w:r>
              <w:rPr>
                <w:sz w:val="16"/>
              </w:rPr>
              <w:t>B1-c worst recorded: Lightning</w:t>
            </w:r>
          </w:p>
        </w:tc>
      </w:tr>
      <w:tr>
        <w:trPr>
          <w:cantSplit/>
        </w:trPr>
        <w:tc>
          <w:tcPr>
            <w:tcW w:type="dxa" w:w="1092"/>
          </w:tcPr>
          <w:p>
            <w:pPr>
              <w:spacing w:after="0"/>
              <w:jc w:val="left"/>
            </w:pPr>
            <w:r>
              <w:rPr>
                <w:sz w:val="16"/>
              </w:rPr>
              <w:t>2005-09-16</w:t>
            </w:r>
          </w:p>
        </w:tc>
        <w:tc>
          <w:tcPr>
            <w:tcW w:type="dxa" w:w="1468"/>
          </w:tcPr>
          <w:p>
            <w:pPr>
              <w:spacing w:after="0"/>
              <w:jc w:val="left"/>
            </w:pPr>
            <w:r>
              <w:rPr>
                <w:sz w:val="16"/>
              </w:rPr>
              <w:t>Flash Flood</w:t>
            </w:r>
          </w:p>
        </w:tc>
        <w:tc>
          <w:tcPr>
            <w:tcW w:type="dxa" w:w="1223"/>
          </w:tcPr>
          <w:p>
            <w:pPr>
              <w:spacing w:after="0"/>
              <w:jc w:val="left"/>
            </w:pPr>
          </w:p>
        </w:tc>
        <w:tc>
          <w:tcPr>
            <w:tcW w:type="dxa" w:w="2471"/>
          </w:tcPr>
          <w:p>
            <w:pPr>
              <w:spacing w:after="0"/>
              <w:jc w:val="left"/>
            </w:pPr>
            <w:r>
              <w:rPr>
                <w:sz w:val="16"/>
              </w:rPr>
              <w:t>damage not reported</w:t>
            </w:r>
          </w:p>
        </w:tc>
        <w:tc>
          <w:tcPr>
            <w:tcW w:type="dxa" w:w="1449"/>
          </w:tcPr>
          <w:p>
            <w:pPr>
              <w:spacing w:after="0"/>
              <w:jc w:val="right"/>
            </w:pPr>
            <w:r>
              <w:rPr>
                <w:sz w:val="16"/>
              </w:rPr>
              <w:t>1, 0</w:t>
            </w:r>
          </w:p>
        </w:tc>
        <w:tc>
          <w:tcPr>
            <w:tcW w:type="dxa" w:w="2721"/>
          </w:tcPr>
          <w:p>
            <w:pPr>
              <w:spacing w:after="0"/>
              <w:jc w:val="left"/>
            </w:pPr>
            <w:r>
              <w:rPr>
                <w:sz w:val="16"/>
              </w:rPr>
              <w:t>NWS zone PRZ002 (NORTHEAST), zone-level: may include parts of neighboring counties</w:t>
            </w:r>
          </w:p>
        </w:tc>
        <w:tc>
          <w:tcPr>
            <w:tcW w:type="dxa" w:w="1468"/>
          </w:tcPr>
          <w:p>
            <w:pPr>
              <w:spacing w:after="0"/>
              <w:jc w:val="left"/>
            </w:pPr>
          </w:p>
        </w:tc>
        <w:tc>
          <w:tcPr>
            <w:tcW w:type="dxa" w:w="2220"/>
          </w:tcPr>
          <w:p>
            <w:pPr>
              <w:spacing w:after="0"/>
              <w:jc w:val="left"/>
            </w:pPr>
            <w:r>
              <w:rPr>
                <w:sz w:val="16"/>
              </w:rPr>
              <w:t>deaths or injuries recorded</w:t>
            </w:r>
          </w:p>
        </w:tc>
      </w:tr>
      <w:tr>
        <w:trPr>
          <w:cantSplit/>
        </w:trPr>
        <w:tc>
          <w:tcPr>
            <w:tcW w:type="dxa" w:w="1092"/>
          </w:tcPr>
          <w:p>
            <w:pPr>
              <w:spacing w:after="0"/>
              <w:jc w:val="left"/>
            </w:pPr>
            <w:r>
              <w:rPr>
                <w:sz w:val="16"/>
              </w:rPr>
              <w:t>2005-05-09</w:t>
            </w:r>
          </w:p>
        </w:tc>
        <w:tc>
          <w:tcPr>
            <w:tcW w:type="dxa" w:w="1468"/>
          </w:tcPr>
          <w:p>
            <w:pPr>
              <w:spacing w:after="0"/>
              <w:jc w:val="left"/>
            </w:pPr>
            <w:r>
              <w:rPr>
                <w:sz w:val="16"/>
              </w:rPr>
              <w:t>Strong Wind</w:t>
            </w:r>
          </w:p>
        </w:tc>
        <w:tc>
          <w:tcPr>
            <w:tcW w:type="dxa" w:w="1223"/>
          </w:tcPr>
          <w:p>
            <w:pPr>
              <w:spacing w:after="0"/>
              <w:jc w:val="left"/>
            </w:pPr>
            <w:r>
              <w:rPr>
                <w:sz w:val="16"/>
              </w:rPr>
              <w:t>40 kt (46 mph) estimated gust</w:t>
            </w:r>
          </w:p>
        </w:tc>
        <w:tc>
          <w:tcPr>
            <w:tcW w:type="dxa" w:w="2471"/>
          </w:tcPr>
          <w:p>
            <w:pPr>
              <w:spacing w:after="0"/>
              <w:jc w:val="left"/>
            </w:pPr>
            <w:r>
              <w:rPr>
                <w:sz w:val="16"/>
              </w:rPr>
              <w:t>$100 property; crops not reported, reported for the zone (2005 dollars)</w:t>
            </w:r>
          </w:p>
        </w:tc>
        <w:tc>
          <w:tcPr>
            <w:tcW w:type="dxa" w:w="1449"/>
          </w:tcPr>
          <w:p>
            <w:pPr>
              <w:spacing w:after="0"/>
              <w:jc w:val="right"/>
            </w:pPr>
            <w:r>
              <w:rPr>
                <w:sz w:val="16"/>
              </w:rPr>
              <w:t>0, 0</w:t>
            </w:r>
          </w:p>
        </w:tc>
        <w:tc>
          <w:tcPr>
            <w:tcW w:type="dxa" w:w="2721"/>
          </w:tcPr>
          <w:p>
            <w:pPr>
              <w:spacing w:after="0"/>
              <w:jc w:val="left"/>
            </w:pPr>
            <w:r>
              <w:rPr>
                <w:sz w:val="16"/>
              </w:rPr>
              <w:t>NWS zone PRZ002 (NORTHEAST), zone-level: may include parts of neighboring counties</w:t>
            </w:r>
          </w:p>
        </w:tc>
        <w:tc>
          <w:tcPr>
            <w:tcW w:type="dxa" w:w="1468"/>
          </w:tcPr>
          <w:p>
            <w:pPr>
              <w:spacing w:after="0"/>
              <w:jc w:val="left"/>
            </w:pPr>
          </w:p>
        </w:tc>
        <w:tc>
          <w:tcPr>
            <w:tcW w:type="dxa" w:w="2220"/>
          </w:tcPr>
          <w:p>
            <w:pPr>
              <w:spacing w:after="0"/>
              <w:jc w:val="left"/>
            </w:pPr>
            <w:r>
              <w:rPr>
                <w:sz w:val="16"/>
              </w:rPr>
              <w:t>B1-c worst recorded: High Wind and Strong Wind (outside NRI Strong Wind definition)</w:t>
            </w:r>
          </w:p>
        </w:tc>
      </w:tr>
      <w:tr>
        <w:trPr>
          <w:cantSplit/>
        </w:trPr>
        <w:tc>
          <w:tcPr>
            <w:tcW w:type="dxa" w:w="1092"/>
          </w:tcPr>
          <w:p>
            <w:pPr>
              <w:spacing w:after="0"/>
              <w:jc w:val="left"/>
            </w:pPr>
            <w:r>
              <w:rPr>
                <w:sz w:val="16"/>
              </w:rPr>
              <w:t>2003-10-10</w:t>
            </w:r>
          </w:p>
        </w:tc>
        <w:tc>
          <w:tcPr>
            <w:tcW w:type="dxa" w:w="1468"/>
          </w:tcPr>
          <w:p>
            <w:pPr>
              <w:spacing w:after="0"/>
              <w:jc w:val="left"/>
            </w:pPr>
            <w:r>
              <w:rPr>
                <w:sz w:val="16"/>
              </w:rPr>
              <w:t>Strong Wind</w:t>
            </w:r>
          </w:p>
        </w:tc>
        <w:tc>
          <w:tcPr>
            <w:tcW w:type="dxa" w:w="1223"/>
          </w:tcPr>
          <w:p>
            <w:pPr>
              <w:spacing w:after="0"/>
              <w:jc w:val="left"/>
            </w:pPr>
            <w:r>
              <w:rPr>
                <w:sz w:val="16"/>
              </w:rPr>
              <w:t>40 kt (46 mph) estimated gust</w:t>
            </w:r>
          </w:p>
        </w:tc>
        <w:tc>
          <w:tcPr>
            <w:tcW w:type="dxa" w:w="2471"/>
          </w:tcPr>
          <w:p>
            <w:pPr>
              <w:spacing w:after="0"/>
              <w:jc w:val="left"/>
            </w:pPr>
            <w:r>
              <w:rPr>
                <w:sz w:val="16"/>
              </w:rPr>
              <w:t>$15,000 property; crops not reported, reported for the zone (2003 dollars)</w:t>
            </w:r>
          </w:p>
        </w:tc>
        <w:tc>
          <w:tcPr>
            <w:tcW w:type="dxa" w:w="1449"/>
          </w:tcPr>
          <w:p>
            <w:pPr>
              <w:spacing w:after="0"/>
              <w:jc w:val="right"/>
            </w:pPr>
            <w:r>
              <w:rPr>
                <w:sz w:val="16"/>
              </w:rPr>
              <w:t>0, 0</w:t>
            </w:r>
          </w:p>
        </w:tc>
        <w:tc>
          <w:tcPr>
            <w:tcW w:type="dxa" w:w="2721"/>
          </w:tcPr>
          <w:p>
            <w:pPr>
              <w:spacing w:after="0"/>
              <w:jc w:val="left"/>
            </w:pPr>
            <w:r>
              <w:rPr>
                <w:sz w:val="16"/>
              </w:rPr>
              <w:t>NWS zone PRZ002 (NORTHEAST), zone-level: may include parts of neighboring counties</w:t>
            </w:r>
          </w:p>
        </w:tc>
        <w:tc>
          <w:tcPr>
            <w:tcW w:type="dxa" w:w="1468"/>
          </w:tcPr>
          <w:p>
            <w:pPr>
              <w:spacing w:after="0"/>
              <w:jc w:val="left"/>
            </w:pPr>
          </w:p>
        </w:tc>
        <w:tc>
          <w:tcPr>
            <w:tcW w:type="dxa" w:w="2220"/>
          </w:tcPr>
          <w:p>
            <w:pPr>
              <w:spacing w:after="0"/>
              <w:jc w:val="left"/>
            </w:pPr>
            <w:r>
              <w:rPr>
                <w:sz w:val="16"/>
              </w:rPr>
              <w:t>B1-c most damaging: High Wind and Strong Wind (outside NRI Strong Wind definition)</w:t>
            </w:r>
          </w:p>
        </w:tc>
      </w:tr>
      <w:tr>
        <w:trPr>
          <w:cantSplit/>
        </w:trPr>
        <w:tc>
          <w:tcPr>
            <w:tcW w:type="dxa" w:w="1092"/>
          </w:tcPr>
          <w:p>
            <w:pPr>
              <w:spacing w:after="0"/>
              <w:jc w:val="left"/>
            </w:pPr>
            <w:r>
              <w:rPr>
                <w:sz w:val="16"/>
              </w:rPr>
              <w:t>2003-04-17</w:t>
            </w:r>
          </w:p>
        </w:tc>
        <w:tc>
          <w:tcPr>
            <w:tcW w:type="dxa" w:w="1468"/>
          </w:tcPr>
          <w:p>
            <w:pPr>
              <w:spacing w:after="0"/>
              <w:jc w:val="left"/>
            </w:pPr>
            <w:r>
              <w:rPr>
                <w:sz w:val="16"/>
              </w:rPr>
              <w:t>Flash Flood</w:t>
            </w:r>
          </w:p>
        </w:tc>
        <w:tc>
          <w:tcPr>
            <w:tcW w:type="dxa" w:w="1223"/>
          </w:tcPr>
          <w:p>
            <w:pPr>
              <w:spacing w:after="0"/>
              <w:jc w:val="left"/>
            </w:pPr>
          </w:p>
        </w:tc>
        <w:tc>
          <w:tcPr>
            <w:tcW w:type="dxa" w:w="2471"/>
          </w:tcPr>
          <w:p>
            <w:pPr>
              <w:spacing w:after="0"/>
              <w:jc w:val="left"/>
            </w:pPr>
            <w:r>
              <w:rPr>
                <w:sz w:val="16"/>
              </w:rPr>
              <w:t>$11,100,000 property; crops not reported, reported for the zone (2003 dollars)</w:t>
            </w:r>
          </w:p>
        </w:tc>
        <w:tc>
          <w:tcPr>
            <w:tcW w:type="dxa" w:w="1449"/>
          </w:tcPr>
          <w:p>
            <w:pPr>
              <w:spacing w:after="0"/>
              <w:jc w:val="right"/>
            </w:pPr>
            <w:r>
              <w:rPr>
                <w:sz w:val="16"/>
              </w:rPr>
              <w:t>2, 0</w:t>
            </w:r>
          </w:p>
        </w:tc>
        <w:tc>
          <w:tcPr>
            <w:tcW w:type="dxa" w:w="2721"/>
          </w:tcPr>
          <w:p>
            <w:pPr>
              <w:spacing w:after="0"/>
              <w:jc w:val="left"/>
            </w:pPr>
            <w:r>
              <w:rPr>
                <w:sz w:val="16"/>
              </w:rPr>
              <w:t>NWS zone PRZ002 (NORTHEAST), zone-level: may include parts of neighboring counties</w:t>
            </w:r>
          </w:p>
        </w:tc>
        <w:tc>
          <w:tcPr>
            <w:tcW w:type="dxa" w:w="1468"/>
          </w:tcPr>
          <w:p>
            <w:pPr>
              <w:spacing w:after="0"/>
              <w:jc w:val="left"/>
            </w:pPr>
          </w:p>
        </w:tc>
        <w:tc>
          <w:tcPr>
            <w:tcW w:type="dxa" w:w="2220"/>
          </w:tcPr>
          <w:p>
            <w:pPr>
              <w:spacing w:after="0"/>
              <w:jc w:val="left"/>
            </w:pPr>
            <w:r>
              <w:rPr>
                <w:sz w:val="16"/>
              </w:rPr>
              <w:t>deaths or injuries recorded</w:t>
            </w:r>
          </w:p>
        </w:tc>
      </w:tr>
      <w:tr>
        <w:trPr>
          <w:cantSplit/>
        </w:trPr>
        <w:tc>
          <w:tcPr>
            <w:tcW w:type="dxa" w:w="1092"/>
          </w:tcPr>
          <w:p>
            <w:pPr>
              <w:spacing w:after="0"/>
              <w:jc w:val="left"/>
            </w:pPr>
            <w:r>
              <w:rPr>
                <w:sz w:val="16"/>
              </w:rPr>
              <w:t>2001-08-22</w:t>
            </w:r>
          </w:p>
        </w:tc>
        <w:tc>
          <w:tcPr>
            <w:tcW w:type="dxa" w:w="1468"/>
          </w:tcPr>
          <w:p>
            <w:pPr>
              <w:spacing w:after="0"/>
              <w:jc w:val="left"/>
            </w:pPr>
            <w:r>
              <w:rPr>
                <w:sz w:val="16"/>
              </w:rPr>
              <w:t>Tropical Storm</w:t>
            </w:r>
          </w:p>
        </w:tc>
        <w:tc>
          <w:tcPr>
            <w:tcW w:type="dxa" w:w="1223"/>
          </w:tcPr>
          <w:p>
            <w:pPr>
              <w:spacing w:after="0"/>
              <w:jc w:val="left"/>
            </w:pPr>
          </w:p>
        </w:tc>
        <w:tc>
          <w:tcPr>
            <w:tcW w:type="dxa" w:w="2471"/>
          </w:tcPr>
          <w:p>
            <w:pPr>
              <w:spacing w:after="0"/>
              <w:jc w:val="left"/>
            </w:pPr>
            <w:r>
              <w:rPr>
                <w:sz w:val="16"/>
              </w:rPr>
              <w:t>$200,000 property; crops not reported, reported for the zone (2001 dollars)</w:t>
            </w:r>
          </w:p>
        </w:tc>
        <w:tc>
          <w:tcPr>
            <w:tcW w:type="dxa" w:w="1449"/>
          </w:tcPr>
          <w:p>
            <w:pPr>
              <w:spacing w:after="0"/>
              <w:jc w:val="right"/>
            </w:pPr>
            <w:r>
              <w:rPr>
                <w:sz w:val="16"/>
              </w:rPr>
              <w:t>0, 0</w:t>
            </w:r>
          </w:p>
        </w:tc>
        <w:tc>
          <w:tcPr>
            <w:tcW w:type="dxa" w:w="2721"/>
          </w:tcPr>
          <w:p>
            <w:pPr>
              <w:spacing w:after="0"/>
              <w:jc w:val="left"/>
            </w:pPr>
            <w:r>
              <w:rPr>
                <w:sz w:val="16"/>
              </w:rPr>
              <w:t>NWS zone PRZ002 (NORTHEAST), zone-level: may include parts of neighboring counties</w:t>
            </w:r>
          </w:p>
        </w:tc>
        <w:tc>
          <w:tcPr>
            <w:tcW w:type="dxa" w:w="1468"/>
          </w:tcPr>
          <w:p>
            <w:pPr>
              <w:spacing w:after="0"/>
              <w:jc w:val="left"/>
            </w:pPr>
          </w:p>
        </w:tc>
        <w:tc>
          <w:tcPr>
            <w:tcW w:type="dxa" w:w="2220"/>
          </w:tcPr>
          <w:p>
            <w:pPr>
              <w:spacing w:after="0"/>
              <w:jc w:val="left"/>
            </w:pPr>
            <w:r>
              <w:rPr>
                <w:sz w:val="16"/>
              </w:rPr>
              <w:t>B1-c most damaging: Hurricane, Tropical Storm, Tropical Depression</w:t>
            </w:r>
          </w:p>
        </w:tc>
      </w:tr>
      <w:tr>
        <w:trPr>
          <w:cantSplit/>
        </w:trPr>
        <w:tc>
          <w:tcPr>
            <w:tcW w:type="dxa" w:w="1092"/>
          </w:tcPr>
          <w:p>
            <w:pPr>
              <w:spacing w:after="0"/>
              <w:jc w:val="left"/>
            </w:pPr>
            <w:r>
              <w:rPr>
                <w:sz w:val="16"/>
              </w:rPr>
              <w:t>2000-08-22</w:t>
            </w:r>
          </w:p>
        </w:tc>
        <w:tc>
          <w:tcPr>
            <w:tcW w:type="dxa" w:w="1468"/>
          </w:tcPr>
          <w:p>
            <w:pPr>
              <w:spacing w:after="0"/>
              <w:jc w:val="left"/>
            </w:pPr>
            <w:r>
              <w:rPr>
                <w:sz w:val="16"/>
              </w:rPr>
              <w:t>Hurricane (Typhoon)</w:t>
            </w:r>
          </w:p>
        </w:tc>
        <w:tc>
          <w:tcPr>
            <w:tcW w:type="dxa" w:w="1223"/>
          </w:tcPr>
          <w:p>
            <w:pPr>
              <w:spacing w:after="0"/>
              <w:jc w:val="left"/>
            </w:pPr>
          </w:p>
        </w:tc>
        <w:tc>
          <w:tcPr>
            <w:tcW w:type="dxa" w:w="2471"/>
          </w:tcPr>
          <w:p>
            <w:pPr>
              <w:spacing w:after="0"/>
              <w:jc w:val="left"/>
            </w:pPr>
            <w:r>
              <w:rPr>
                <w:sz w:val="16"/>
              </w:rPr>
              <w:t>$41,000 property; crops not reported, reported for the zone (2000 dollars)</w:t>
            </w:r>
          </w:p>
        </w:tc>
        <w:tc>
          <w:tcPr>
            <w:tcW w:type="dxa" w:w="1449"/>
          </w:tcPr>
          <w:p>
            <w:pPr>
              <w:spacing w:after="0"/>
              <w:jc w:val="right"/>
            </w:pPr>
            <w:r>
              <w:rPr>
                <w:sz w:val="16"/>
              </w:rPr>
              <w:t>0, 0</w:t>
            </w:r>
          </w:p>
        </w:tc>
        <w:tc>
          <w:tcPr>
            <w:tcW w:type="dxa" w:w="2721"/>
          </w:tcPr>
          <w:p>
            <w:pPr>
              <w:spacing w:after="0"/>
              <w:jc w:val="left"/>
            </w:pPr>
            <w:r>
              <w:rPr>
                <w:sz w:val="16"/>
              </w:rPr>
              <w:t>NWS zone PRZ002 (NORTHEAST), zone-level: may include parts of neighboring counties</w:t>
            </w:r>
          </w:p>
        </w:tc>
        <w:tc>
          <w:tcPr>
            <w:tcW w:type="dxa" w:w="1468"/>
          </w:tcPr>
          <w:p>
            <w:pPr>
              <w:spacing w:after="0"/>
              <w:jc w:val="left"/>
            </w:pPr>
          </w:p>
        </w:tc>
        <w:tc>
          <w:tcPr>
            <w:tcW w:type="dxa" w:w="2220"/>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(170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463"/>
        <w:gridCol w:w="1580"/>
        <w:gridCol w:w="1037"/>
        <w:gridCol w:w="1774"/>
        <w:gridCol w:w="1526"/>
        <w:gridCol w:w="1522"/>
        <w:gridCol w:w="1037"/>
        <w:gridCol w:w="1888"/>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3"/>
            <w:shd w:val="clear" w:color="auto" w:fill="E8E8E8"/>
          </w:tcPr>
          <w:p>
            <w:pPr>
              <w:spacing w:after="0"/>
              <w:jc w:val="left"/>
            </w:pPr>
            <w:r>
              <w:rPr>
                <w:b/>
                <w:sz w:val="16"/>
              </w:rPr>
              <w:t>Unit</w:t>
            </w:r>
          </w:p>
        </w:tc>
        <w:tc>
          <w:tcPr>
            <w:tcW w:type="dxa" w:w="158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4"/>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0"/>
          </w:tcPr>
          <w:p>
            <w:pPr>
              <w:spacing w:after="0"/>
              <w:jc w:val="right"/>
            </w:pPr>
          </w:p>
        </w:tc>
        <w:tc>
          <w:tcPr>
            <w:tcW w:type="dxa" w:w="1463"/>
          </w:tcPr>
          <w:p>
            <w:pPr>
              <w:spacing w:after="0"/>
              <w:jc w:val="left"/>
            </w:pPr>
            <w:r>
              <w:rPr>
                <w:sz w:val="16"/>
              </w:rPr>
              <w:t>events per year</w:t>
            </w:r>
          </w:p>
        </w:tc>
        <w:tc>
          <w:tcPr>
            <w:tcW w:type="dxa" w:w="1580"/>
          </w:tcPr>
          <w:p>
            <w:pPr>
              <w:spacing w:after="0"/>
              <w:jc w:val="left"/>
            </w:pPr>
          </w:p>
        </w:tc>
        <w:tc>
          <w:tcPr>
            <w:tcW w:type="dxa" w:w="1037"/>
          </w:tcPr>
          <w:p>
            <w:pPr>
              <w:spacing w:after="0"/>
              <w:jc w:val="left"/>
            </w:pPr>
          </w:p>
        </w:tc>
        <w:tc>
          <w:tcPr>
            <w:tcW w:type="dxa" w:w="1774"/>
          </w:tcPr>
          <w:p>
            <w:pPr>
              <w:spacing w:after="0"/>
              <w:jc w:val="left"/>
            </w:pPr>
          </w:p>
        </w:tc>
        <w:tc>
          <w:tcPr>
            <w:tcW w:type="dxa" w:w="1526"/>
          </w:tcPr>
          <w:p>
            <w:pPr>
              <w:spacing w:after="0"/>
              <w:jc w:val="right"/>
            </w:pPr>
          </w:p>
        </w:tc>
        <w:tc>
          <w:tcPr>
            <w:tcW w:type="dxa" w:w="1522"/>
          </w:tcPr>
          <w:p>
            <w:pPr>
              <w:spacing w:after="0"/>
              <w:jc w:val="left"/>
            </w:pPr>
            <w:r>
              <w:rPr>
                <w:sz w:val="16"/>
              </w:rPr>
              <w:t>1994 to 2023 (30 years)</w:t>
            </w:r>
          </w:p>
        </w:tc>
        <w:tc>
          <w:tcPr>
            <w:tcW w:type="dxa" w:w="1037"/>
          </w:tcPr>
          <w:p>
            <w:pPr>
              <w:spacing w:after="0"/>
              <w:jc w:val="left"/>
            </w:pPr>
            <w:r>
              <w:rPr>
                <w:sz w:val="16"/>
              </w:rPr>
              <w:t>see B1-f</w:t>
            </w:r>
          </w:p>
        </w:tc>
        <w:tc>
          <w:tcPr>
            <w:tcW w:type="dxa" w:w="188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0"/>
          </w:tcPr>
          <w:p>
            <w:pPr>
              <w:spacing w:after="0"/>
              <w:jc w:val="right"/>
            </w:pPr>
            <w:r>
              <w:rPr>
                <w:sz w:val="16"/>
              </w:rPr>
              <w:t>0.212</w:t>
            </w:r>
          </w:p>
        </w:tc>
        <w:tc>
          <w:tcPr>
            <w:tcW w:type="dxa" w:w="1463"/>
          </w:tcPr>
          <w:p>
            <w:pPr>
              <w:spacing w:after="0"/>
              <w:jc w:val="left"/>
            </w:pPr>
            <w:r>
              <w:rPr>
                <w:sz w:val="16"/>
              </w:rPr>
              <w:t>events per year at a location (modeled)</w:t>
            </w:r>
          </w:p>
        </w:tc>
        <w:tc>
          <w:tcPr>
            <w:tcW w:type="dxa" w:w="1580"/>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1774"/>
          </w:tcPr>
          <w:p>
            <w:pPr>
              <w:spacing w:after="0"/>
              <w:jc w:val="left"/>
            </w:pPr>
            <w:r>
              <w:rPr>
                <w:sz w:val="16"/>
              </w:rPr>
              <w:t>Storm Events records in 10 of 30 years, 1996 to 2025 (33.3%)</w:t>
            </w: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50"/>
          </w:tcPr>
          <w:p>
            <w:pPr>
              <w:spacing w:after="0"/>
              <w:jc w:val="right"/>
            </w:pPr>
            <w:r>
              <w:rPr>
                <w:sz w:val="16"/>
              </w:rPr>
              <w:t>0</w:t>
            </w:r>
          </w:p>
        </w:tc>
        <w:tc>
          <w:tcPr>
            <w:tcW w:type="dxa" w:w="1463"/>
          </w:tcPr>
          <w:p>
            <w:pPr>
              <w:spacing w:after="0"/>
              <w:jc w:val="left"/>
            </w:pPr>
            <w:r>
              <w:rPr>
                <w:sz w:val="16"/>
              </w:rPr>
              <w:t>event-days per year</w:t>
            </w:r>
          </w:p>
        </w:tc>
        <w:tc>
          <w:tcPr>
            <w:tcW w:type="dxa" w:w="1580"/>
          </w:tcPr>
          <w:p>
            <w:pPr>
              <w:spacing w:after="0"/>
              <w:jc w:val="left"/>
            </w:pPr>
            <w:r>
              <w:rPr>
                <w:sz w:val="16"/>
              </w:rPr>
              <w:t>none modeled</w:t>
            </w:r>
          </w:p>
        </w:tc>
        <w:tc>
          <w:tcPr>
            <w:tcW w:type="dxa" w:w="1037"/>
          </w:tcPr>
          <w:p>
            <w:pPr>
              <w:spacing w:after="0"/>
              <w:jc w:val="left"/>
            </w:pPr>
          </w:p>
        </w:tc>
        <w:tc>
          <w:tcPr>
            <w:tcW w:type="dxa" w:w="1774"/>
          </w:tcPr>
          <w:p>
            <w:pPr>
              <w:spacing w:after="0"/>
              <w:jc w:val="left"/>
            </w:pPr>
            <w:r>
              <w:rPr>
                <w:sz w:val="16"/>
              </w:rPr>
              <w:t>event-days in 0 of 30 years, 1996 to 2025 (0%)</w:t>
            </w:r>
          </w:p>
        </w:tc>
        <w:tc>
          <w:tcPr>
            <w:tcW w:type="dxa" w:w="1526"/>
          </w:tcPr>
          <w:p>
            <w:pPr>
              <w:spacing w:after="0"/>
              <w:jc w:val="right"/>
            </w:pPr>
            <w:r>
              <w:rPr>
                <w:sz w:val="16"/>
              </w:rPr>
              <w:t>0</w:t>
            </w:r>
          </w:p>
        </w:tc>
        <w:tc>
          <w:tcPr>
            <w:tcW w:type="dxa" w:w="1522"/>
          </w:tcPr>
          <w:p>
            <w:pPr>
              <w:spacing w:after="0"/>
              <w:jc w:val="left"/>
            </w:pPr>
            <w:r>
              <w:rPr>
                <w:sz w:val="16"/>
              </w:rPr>
              <w:t>2005-11-12 to 2024-11-12 (19 years)</w:t>
            </w:r>
          </w:p>
        </w:tc>
        <w:tc>
          <w:tcPr>
            <w:tcW w:type="dxa" w:w="1037"/>
          </w:tcPr>
          <w:p>
            <w:pPr>
              <w:spacing w:after="0"/>
              <w:jc w:val="left"/>
            </w:pPr>
            <w:r>
              <w:rPr>
                <w:sz w:val="16"/>
              </w:rPr>
              <w:t>countywide</w:t>
            </w:r>
          </w:p>
        </w:tc>
        <w:tc>
          <w:tcPr>
            <w:tcW w:type="dxa" w:w="1888"/>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0"/>
          </w:tcPr>
          <w:p>
            <w:pPr>
              <w:spacing w:after="0"/>
              <w:jc w:val="right"/>
            </w:pPr>
            <w:r>
              <w:rPr>
                <w:sz w:val="16"/>
              </w:rPr>
              <w:t>0.122</w:t>
            </w:r>
          </w:p>
        </w:tc>
        <w:tc>
          <w:tcPr>
            <w:tcW w:type="dxa" w:w="1463"/>
          </w:tcPr>
          <w:p>
            <w:pPr>
              <w:spacing w:after="0"/>
              <w:jc w:val="left"/>
            </w:pPr>
            <w:r>
              <w:rPr>
                <w:sz w:val="16"/>
              </w:rPr>
              <w:t>event-days per year</w:t>
            </w:r>
          </w:p>
        </w:tc>
        <w:tc>
          <w:tcPr>
            <w:tcW w:type="dxa" w:w="1580"/>
          </w:tcPr>
          <w:p>
            <w:pPr>
              <w:spacing w:after="0"/>
              <w:jc w:val="left"/>
            </w:pPr>
            <w:r>
              <w:rPr>
                <w:sz w:val="16"/>
              </w:rPr>
              <w:t>about 0.122 days per year</w:t>
            </w:r>
          </w:p>
        </w:tc>
        <w:tc>
          <w:tcPr>
            <w:tcW w:type="dxa" w:w="1037"/>
          </w:tcPr>
          <w:p>
            <w:pPr>
              <w:spacing w:after="0"/>
              <w:jc w:val="left"/>
            </w:pPr>
            <w:r>
              <w:rPr>
                <w:sz w:val="16"/>
              </w:rPr>
              <w:t>Possible</w:t>
            </w:r>
          </w:p>
        </w:tc>
        <w:tc>
          <w:tcPr>
            <w:tcW w:type="dxa" w:w="1774"/>
          </w:tcPr>
          <w:p>
            <w:pPr>
              <w:spacing w:after="0"/>
              <w:jc w:val="left"/>
            </w:pPr>
            <w:r>
              <w:rPr>
                <w:sz w:val="16"/>
              </w:rPr>
              <w:t>event-days in 1 of 30 years, 1996 to 2025 (3.33%)</w:t>
            </w:r>
          </w:p>
        </w:tc>
        <w:tc>
          <w:tcPr>
            <w:tcW w:type="dxa" w:w="1526"/>
          </w:tcPr>
          <w:p>
            <w:pPr>
              <w:spacing w:after="0"/>
              <w:jc w:val="right"/>
            </w:pPr>
            <w:r>
              <w:rPr>
                <w:sz w:val="16"/>
              </w:rPr>
              <w:t>35</w:t>
            </w:r>
          </w:p>
        </w:tc>
        <w:tc>
          <w:tcPr>
            <w:tcW w:type="dxa" w:w="152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8"/>
          </w:tcPr>
          <w:p>
            <w:pPr>
              <w:spacing w:after="0"/>
              <w:jc w:val="left"/>
            </w:pPr>
          </w:p>
        </w:tc>
      </w:tr>
      <w:tr>
        <w:trPr>
          <w:cantSplit/>
        </w:trPr>
        <w:tc>
          <w:tcPr>
            <w:tcW w:type="dxa" w:w="1037"/>
          </w:tcPr>
          <w:p>
            <w:pPr>
              <w:spacing w:after="0"/>
              <w:jc w:val="left"/>
            </w:pPr>
            <w:r>
              <w:rPr>
                <w:sz w:val="16"/>
              </w:rPr>
              <w:t>Earthquake</w:t>
            </w:r>
          </w:p>
        </w:tc>
        <w:tc>
          <w:tcPr>
            <w:tcW w:type="dxa" w:w="1250"/>
          </w:tcPr>
          <w:p>
            <w:pPr>
              <w:spacing w:after="0"/>
              <w:jc w:val="right"/>
            </w:pPr>
            <w:r>
              <w:rPr>
                <w:sz w:val="16"/>
              </w:rPr>
              <w:t>0.0444</w:t>
            </w:r>
          </w:p>
        </w:tc>
        <w:tc>
          <w:tcPr>
            <w:tcW w:type="dxa" w:w="1463"/>
          </w:tcPr>
          <w:p>
            <w:pPr>
              <w:spacing w:after="0"/>
              <w:jc w:val="left"/>
            </w:pPr>
            <w:r>
              <w:rPr>
                <w:sz w:val="16"/>
              </w:rPr>
              <w:t>annual probability at a location</w:t>
            </w:r>
          </w:p>
        </w:tc>
        <w:tc>
          <w:tcPr>
            <w:tcW w:type="dxa" w:w="1580"/>
          </w:tcPr>
          <w:p>
            <w:pPr>
              <w:spacing w:after="0"/>
              <w:jc w:val="left"/>
            </w:pPr>
            <w:r>
              <w:rPr>
                <w:sz w:val="16"/>
              </w:rPr>
              <w:t>chance a given location in the county has at least minor-damage shaking in a year: 4.44%</w:t>
            </w:r>
          </w:p>
        </w:tc>
        <w:tc>
          <w:tcPr>
            <w:tcW w:type="dxa" w:w="1037"/>
          </w:tcPr>
          <w:p>
            <w:pPr>
              <w:spacing w:after="0"/>
              <w:jc w:val="left"/>
            </w:pPr>
          </w:p>
        </w:tc>
        <w:tc>
          <w:tcPr>
            <w:tcW w:type="dxa" w:w="1774"/>
          </w:tcPr>
          <w:p>
            <w:pPr>
              <w:spacing w:after="0"/>
              <w:jc w:val="left"/>
            </w:pP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0.0266</w:t>
            </w:r>
          </w:p>
        </w:tc>
        <w:tc>
          <w:tcPr>
            <w:tcW w:type="dxa" w:w="1463"/>
          </w:tcPr>
          <w:p>
            <w:pPr>
              <w:spacing w:after="0"/>
              <w:jc w:val="left"/>
            </w:pPr>
            <w:r>
              <w:rPr>
                <w:sz w:val="16"/>
              </w:rPr>
              <w:t>events per year</w:t>
            </w:r>
          </w:p>
        </w:tc>
        <w:tc>
          <w:tcPr>
            <w:tcW w:type="dxa" w:w="1580"/>
          </w:tcPr>
          <w:p>
            <w:pPr>
              <w:spacing w:after="0"/>
              <w:jc w:val="left"/>
            </w:pPr>
            <w:r>
              <w:rPr>
                <w:sz w:val="16"/>
              </w:rPr>
              <w:t>about 1 in 38 years</w:t>
            </w:r>
          </w:p>
        </w:tc>
        <w:tc>
          <w:tcPr>
            <w:tcW w:type="dxa" w:w="1037"/>
          </w:tcPr>
          <w:p>
            <w:pPr>
              <w:spacing w:after="0"/>
              <w:jc w:val="left"/>
            </w:pPr>
            <w:r>
              <w:rPr>
                <w:sz w:val="16"/>
              </w:rPr>
              <w:t>Possible</w:t>
            </w:r>
          </w:p>
        </w:tc>
        <w:tc>
          <w:tcPr>
            <w:tcW w:type="dxa" w:w="1774"/>
          </w:tcPr>
          <w:p>
            <w:pPr>
              <w:spacing w:after="0"/>
              <w:jc w:val="left"/>
            </w:pPr>
            <w:r>
              <w:rPr>
                <w:sz w:val="16"/>
              </w:rPr>
              <w:t>FEMA annualized frequency (modeled)</w:t>
            </w:r>
          </w:p>
        </w:tc>
        <w:tc>
          <w:tcPr>
            <w:tcW w:type="dxa" w:w="1526"/>
          </w:tcPr>
          <w:p>
            <w:pPr>
              <w:spacing w:after="0"/>
              <w:jc w:val="right"/>
            </w:pPr>
            <w:r>
              <w:rPr>
                <w:sz w:val="16"/>
              </w:rPr>
              <w:t>1.2 (modeled)</w:t>
            </w:r>
          </w:p>
        </w:tc>
        <w:tc>
          <w:tcPr>
            <w:tcW w:type="dxa" w:w="1522"/>
          </w:tcPr>
          <w:p>
            <w:pPr>
              <w:spacing w:after="0"/>
              <w:jc w:val="left"/>
            </w:pPr>
            <w:r>
              <w:rPr>
                <w:sz w:val="16"/>
              </w:rPr>
              <w:t>1986 to 2023 (38 years)</w:t>
            </w:r>
          </w:p>
        </w:tc>
        <w:tc>
          <w:tcPr>
            <w:tcW w:type="dxa" w:w="1037"/>
          </w:tcPr>
          <w:p>
            <w:pPr>
              <w:spacing w:after="0"/>
              <w:jc w:val="left"/>
            </w:pPr>
            <w:r>
              <w:rPr>
                <w:sz w:val="16"/>
              </w:rPr>
              <w:t>countywide</w:t>
            </w:r>
          </w:p>
        </w:tc>
        <w:tc>
          <w:tcPr>
            <w:tcW w:type="dxa" w:w="1888"/>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0.000288</w:t>
            </w:r>
          </w:p>
        </w:tc>
        <w:tc>
          <w:tcPr>
            <w:tcW w:type="dxa" w:w="1463"/>
          </w:tcPr>
          <w:p>
            <w:pPr>
              <w:spacing w:after="0"/>
              <w:jc w:val="left"/>
            </w:pPr>
            <w:r>
              <w:rPr>
                <w:sz w:val="16"/>
              </w:rPr>
              <w:t>event-days per year</w:t>
            </w:r>
          </w:p>
        </w:tc>
        <w:tc>
          <w:tcPr>
            <w:tcW w:type="dxa" w:w="1580"/>
          </w:tcPr>
          <w:p>
            <w:pPr>
              <w:spacing w:after="0"/>
              <w:jc w:val="left"/>
            </w:pPr>
            <w:r>
              <w:rPr>
                <w:sz w:val="16"/>
              </w:rPr>
              <w:t>about 0.000288 days per year</w:t>
            </w:r>
          </w:p>
        </w:tc>
        <w:tc>
          <w:tcPr>
            <w:tcW w:type="dxa" w:w="1037"/>
          </w:tcPr>
          <w:p>
            <w:pPr>
              <w:spacing w:after="0"/>
              <w:jc w:val="left"/>
            </w:pPr>
            <w:r>
              <w:rPr>
                <w:sz w:val="16"/>
              </w:rPr>
              <w:t>Possible</w:t>
            </w:r>
          </w:p>
        </w:tc>
        <w:tc>
          <w:tcPr>
            <w:tcW w:type="dxa" w:w="1774"/>
          </w:tcPr>
          <w:p>
            <w:pPr>
              <w:spacing w:after="0"/>
              <w:jc w:val="left"/>
            </w:pPr>
            <w:r>
              <w:rPr>
                <w:sz w:val="16"/>
              </w:rPr>
              <w:t>event-days in 2 of 30 years, 1996 to 2025 (6.67%)</w:t>
            </w:r>
          </w:p>
        </w:tc>
        <w:tc>
          <w:tcPr>
            <w:tcW w:type="dxa" w:w="1526"/>
          </w:tcPr>
          <w:p>
            <w:pPr>
              <w:spacing w:after="0"/>
              <w:jc w:val="right"/>
            </w:pPr>
            <w:r>
              <w:rPr>
                <w:sz w:val="16"/>
              </w:rPr>
              <w:t>0.00171</w:t>
            </w:r>
          </w:p>
        </w:tc>
        <w:tc>
          <w:tcPr>
            <w:tcW w:type="dxa" w:w="1522"/>
          </w:tcPr>
          <w:p>
            <w:pPr>
              <w:spacing w:after="0"/>
              <w:jc w:val="left"/>
            </w:pPr>
            <w:r>
              <w:rPr>
                <w:sz w:val="16"/>
              </w:rPr>
              <w:t>2005-11-12 to 2024-11-12 (19 years)</w:t>
            </w:r>
          </w:p>
        </w:tc>
        <w:tc>
          <w:tcPr>
            <w:tcW w:type="dxa" w:w="1037"/>
          </w:tcPr>
          <w:p>
            <w:pPr>
              <w:spacing w:after="0"/>
              <w:jc w:val="left"/>
            </w:pPr>
            <w:r>
              <w:rPr>
                <w:sz w:val="16"/>
              </w:rPr>
              <w:t>countywide</w:t>
            </w:r>
          </w:p>
        </w:tc>
        <w:tc>
          <w:tcPr>
            <w:tcW w:type="dxa" w:w="1888"/>
          </w:tcPr>
          <w:p>
            <w:pPr>
              <w:spacing w:after="0"/>
              <w:jc w:val="left"/>
            </w:pPr>
          </w:p>
        </w:tc>
      </w:tr>
      <w:tr>
        <w:trPr>
          <w:cantSplit/>
        </w:trPr>
        <w:tc>
          <w:tcPr>
            <w:tcW w:type="dxa" w:w="1037"/>
          </w:tcPr>
          <w:p>
            <w:pPr>
              <w:spacing w:after="0"/>
              <w:jc w:val="left"/>
            </w:pPr>
            <w:r>
              <w:rPr>
                <w:sz w:val="16"/>
              </w:rPr>
              <w:t>Hurricane</w:t>
            </w:r>
          </w:p>
        </w:tc>
        <w:tc>
          <w:tcPr>
            <w:tcW w:type="dxa" w:w="1250"/>
          </w:tcPr>
          <w:p>
            <w:pPr>
              <w:spacing w:after="0"/>
              <w:jc w:val="right"/>
            </w:pPr>
            <w:r>
              <w:rPr>
                <w:sz w:val="16"/>
              </w:rPr>
              <w:t>0.224</w:t>
            </w:r>
          </w:p>
        </w:tc>
        <w:tc>
          <w:tcPr>
            <w:tcW w:type="dxa" w:w="1463"/>
          </w:tcPr>
          <w:p>
            <w:pPr>
              <w:spacing w:after="0"/>
              <w:jc w:val="left"/>
            </w:pPr>
            <w:r>
              <w:rPr>
                <w:sz w:val="16"/>
              </w:rPr>
              <w:t>events per year</w:t>
            </w:r>
          </w:p>
        </w:tc>
        <w:tc>
          <w:tcPr>
            <w:tcW w:type="dxa" w:w="1580"/>
          </w:tcPr>
          <w:p>
            <w:pPr>
              <w:spacing w:after="0"/>
              <w:jc w:val="left"/>
            </w:pPr>
            <w:r>
              <w:rPr>
                <w:sz w:val="16"/>
              </w:rPr>
              <w:t>about 1 in 4 years</w:t>
            </w:r>
          </w:p>
        </w:tc>
        <w:tc>
          <w:tcPr>
            <w:tcW w:type="dxa" w:w="1037"/>
          </w:tcPr>
          <w:p>
            <w:pPr>
              <w:spacing w:after="0"/>
              <w:jc w:val="left"/>
            </w:pPr>
            <w:r>
              <w:rPr>
                <w:sz w:val="16"/>
              </w:rPr>
              <w:t>Likely</w:t>
            </w:r>
          </w:p>
        </w:tc>
        <w:tc>
          <w:tcPr>
            <w:tcW w:type="dxa" w:w="1774"/>
          </w:tcPr>
          <w:p>
            <w:pPr>
              <w:spacing w:after="0"/>
              <w:jc w:val="left"/>
            </w:pPr>
            <w:r>
              <w:rPr>
                <w:sz w:val="16"/>
              </w:rPr>
              <w:t>FEMA annualized frequency (modeled)</w:t>
            </w:r>
          </w:p>
        </w:tc>
        <w:tc>
          <w:tcPr>
            <w:tcW w:type="dxa" w:w="1526"/>
          </w:tcPr>
          <w:p>
            <w:pPr>
              <w:spacing w:after="0"/>
              <w:jc w:val="right"/>
            </w:pPr>
            <w:r>
              <w:rPr>
                <w:sz w:val="16"/>
              </w:rPr>
              <w:t>42</w:t>
            </w:r>
          </w:p>
        </w:tc>
        <w:tc>
          <w:tcPr>
            <w:tcW w:type="dxa" w:w="1522"/>
          </w:tcPr>
          <w:p>
            <w:pPr>
              <w:spacing w:after="0"/>
              <w:jc w:val="left"/>
            </w:pPr>
            <w:r>
              <w:rPr>
                <w:sz w:val="16"/>
              </w:rPr>
              <w:t>1851 to 2024 (Atlantic)</w:t>
            </w:r>
          </w:p>
        </w:tc>
        <w:tc>
          <w:tcPr>
            <w:tcW w:type="dxa" w:w="1037"/>
          </w:tcPr>
          <w:p>
            <w:pPr>
              <w:spacing w:after="0"/>
              <w:jc w:val="left"/>
            </w:pPr>
            <w:r>
              <w:rPr>
                <w:sz w:val="16"/>
              </w:rPr>
              <w:t>see B1-f</w:t>
            </w:r>
          </w:p>
        </w:tc>
        <w:tc>
          <w:tcPr>
            <w:tcW w:type="dxa" w:w="188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0"/>
          </w:tcPr>
          <w:p>
            <w:pPr>
              <w:spacing w:after="0"/>
              <w:jc w:val="right"/>
            </w:pPr>
          </w:p>
        </w:tc>
        <w:tc>
          <w:tcPr>
            <w:tcW w:type="dxa" w:w="1463"/>
          </w:tcPr>
          <w:p>
            <w:pPr>
              <w:spacing w:after="0"/>
              <w:jc w:val="left"/>
            </w:pPr>
            <w:r>
              <w:rPr>
                <w:sz w:val="16"/>
              </w:rPr>
              <w:t>event-days per year</w:t>
            </w:r>
          </w:p>
        </w:tc>
        <w:tc>
          <w:tcPr>
            <w:tcW w:type="dxa" w:w="1580"/>
          </w:tcPr>
          <w:p>
            <w:pPr>
              <w:spacing w:after="0"/>
              <w:jc w:val="left"/>
            </w:pPr>
          </w:p>
        </w:tc>
        <w:tc>
          <w:tcPr>
            <w:tcW w:type="dxa" w:w="1037"/>
          </w:tcPr>
          <w:p>
            <w:pPr>
              <w:spacing w:after="0"/>
              <w:jc w:val="left"/>
            </w:pPr>
          </w:p>
        </w:tc>
        <w:tc>
          <w:tcPr>
            <w:tcW w:type="dxa" w:w="1774"/>
          </w:tcPr>
          <w:p>
            <w:pPr>
              <w:spacing w:after="0"/>
              <w:jc w:val="left"/>
            </w:pPr>
          </w:p>
        </w:tc>
        <w:tc>
          <w:tcPr>
            <w:tcW w:type="dxa" w:w="1526"/>
          </w:tcPr>
          <w:p>
            <w:pPr>
              <w:spacing w:after="0"/>
              <w:jc w:val="right"/>
            </w:pPr>
          </w:p>
        </w:tc>
        <w:tc>
          <w:tcPr>
            <w:tcW w:type="dxa" w:w="1522"/>
          </w:tcPr>
          <w:p>
            <w:pPr>
              <w:spacing w:after="0"/>
              <w:jc w:val="left"/>
            </w:pPr>
            <w:r>
              <w:rPr>
                <w:sz w:val="16"/>
              </w:rPr>
              <w:t>1946-12-31 to 2014-02-12 (67 years)</w:t>
            </w:r>
          </w:p>
        </w:tc>
        <w:tc>
          <w:tcPr>
            <w:tcW w:type="dxa" w:w="1037"/>
          </w:tcPr>
          <w:p>
            <w:pPr>
              <w:spacing w:after="0"/>
              <w:jc w:val="left"/>
            </w:pPr>
            <w:r>
              <w:rPr>
                <w:sz w:val="16"/>
              </w:rPr>
              <w:t>countywide</w:t>
            </w:r>
          </w:p>
        </w:tc>
        <w:tc>
          <w:tcPr>
            <w:tcW w:type="dxa" w:w="1888"/>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0.214</w:t>
            </w:r>
          </w:p>
        </w:tc>
        <w:tc>
          <w:tcPr>
            <w:tcW w:type="dxa" w:w="1463"/>
          </w:tcPr>
          <w:p>
            <w:pPr>
              <w:spacing w:after="0"/>
              <w:jc w:val="left"/>
            </w:pPr>
            <w:r>
              <w:rPr>
                <w:sz w:val="16"/>
              </w:rPr>
              <w:t>event-days per year</w:t>
            </w:r>
          </w:p>
        </w:tc>
        <w:tc>
          <w:tcPr>
            <w:tcW w:type="dxa" w:w="1580"/>
          </w:tcPr>
          <w:p>
            <w:pPr>
              <w:spacing w:after="0"/>
              <w:jc w:val="left"/>
            </w:pPr>
            <w:r>
              <w:rPr>
                <w:sz w:val="16"/>
              </w:rPr>
              <w:t>about 0.214 days per year</w:t>
            </w:r>
          </w:p>
        </w:tc>
        <w:tc>
          <w:tcPr>
            <w:tcW w:type="dxa" w:w="1037"/>
          </w:tcPr>
          <w:p>
            <w:pPr>
              <w:spacing w:after="0"/>
              <w:jc w:val="left"/>
            </w:pPr>
            <w:r>
              <w:rPr>
                <w:sz w:val="16"/>
              </w:rPr>
              <w:t>Likely</w:t>
            </w:r>
          </w:p>
        </w:tc>
        <w:tc>
          <w:tcPr>
            <w:tcW w:type="dxa" w:w="1774"/>
          </w:tcPr>
          <w:p>
            <w:pPr>
              <w:spacing w:after="0"/>
              <w:jc w:val="left"/>
            </w:pPr>
            <w:r>
              <w:rPr>
                <w:sz w:val="16"/>
              </w:rPr>
              <w:t>event-days in 15 of 30 years, 1996 to 2025 (50%)</w:t>
            </w:r>
          </w:p>
        </w:tc>
        <w:tc>
          <w:tcPr>
            <w:tcW w:type="dxa" w:w="1526"/>
          </w:tcPr>
          <w:p>
            <w:pPr>
              <w:spacing w:after="0"/>
              <w:jc w:val="right"/>
            </w:pPr>
            <w:r>
              <w:rPr>
                <w:sz w:val="16"/>
              </w:rPr>
              <w:t>6</w:t>
            </w:r>
          </w:p>
        </w:tc>
        <w:tc>
          <w:tcPr>
            <w:tcW w:type="dxa" w:w="1522"/>
          </w:tcPr>
          <w:p>
            <w:pPr>
              <w:spacing w:after="0"/>
              <w:jc w:val="left"/>
            </w:pPr>
            <w:r>
              <w:rPr>
                <w:sz w:val="16"/>
              </w:rPr>
              <w:t>1996 to 2023 (28 years)</w:t>
            </w:r>
          </w:p>
        </w:tc>
        <w:tc>
          <w:tcPr>
            <w:tcW w:type="dxa" w:w="1037"/>
          </w:tcPr>
          <w:p>
            <w:pPr>
              <w:spacing w:after="0"/>
              <w:jc w:val="left"/>
            </w:pPr>
            <w:r>
              <w:rPr>
                <w:sz w:val="16"/>
              </w:rPr>
              <w:t>see B1-f</w:t>
            </w:r>
          </w:p>
        </w:tc>
        <w:tc>
          <w:tcPr>
            <w:tcW w:type="dxa" w:w="1888"/>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0.01</w:t>
            </w:r>
          </w:p>
        </w:tc>
        <w:tc>
          <w:tcPr>
            <w:tcW w:type="dxa" w:w="1463"/>
          </w:tcPr>
          <w:p>
            <w:pPr>
              <w:spacing w:after="0"/>
              <w:jc w:val="left"/>
            </w:pPr>
            <w:r>
              <w:rPr>
                <w:sz w:val="16"/>
              </w:rPr>
              <w:t>events per year (modeled)</w:t>
            </w:r>
          </w:p>
        </w:tc>
        <w:tc>
          <w:tcPr>
            <w:tcW w:type="dxa" w:w="1580"/>
          </w:tcPr>
          <w:p>
            <w:pPr>
              <w:spacing w:after="0"/>
              <w:jc w:val="left"/>
            </w:pPr>
            <w:r>
              <w:rPr>
                <w:sz w:val="16"/>
              </w:rPr>
              <w:t>about 1 in 100 years</w:t>
            </w:r>
          </w:p>
        </w:tc>
        <w:tc>
          <w:tcPr>
            <w:tcW w:type="dxa" w:w="1037"/>
          </w:tcPr>
          <w:p>
            <w:pPr>
              <w:spacing w:after="0"/>
              <w:jc w:val="left"/>
            </w:pPr>
            <w:r>
              <w:rPr>
                <w:sz w:val="16"/>
              </w:rPr>
              <w:t>Possible</w:t>
            </w:r>
          </w:p>
        </w:tc>
        <w:tc>
          <w:tcPr>
            <w:tcW w:type="dxa" w:w="1774"/>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71</w:t>
            </w:r>
          </w:p>
        </w:tc>
        <w:tc>
          <w:tcPr>
            <w:tcW w:type="dxa" w:w="1463"/>
          </w:tcPr>
          <w:p>
            <w:pPr>
              <w:spacing w:after="0"/>
              <w:jc w:val="left"/>
            </w:pPr>
            <w:r>
              <w:rPr>
                <w:sz w:val="16"/>
              </w:rPr>
              <w:t>days per year with a strike</w:t>
            </w:r>
          </w:p>
        </w:tc>
        <w:tc>
          <w:tcPr>
            <w:tcW w:type="dxa" w:w="1580"/>
          </w:tcPr>
          <w:p>
            <w:pPr>
              <w:spacing w:after="0"/>
              <w:jc w:val="left"/>
            </w:pPr>
            <w:r>
              <w:rPr>
                <w:sz w:val="16"/>
              </w:rPr>
              <w:t>about 71 days per year</w:t>
            </w:r>
          </w:p>
        </w:tc>
        <w:tc>
          <w:tcPr>
            <w:tcW w:type="dxa" w:w="1037"/>
          </w:tcPr>
          <w:p>
            <w:pPr>
              <w:spacing w:after="0"/>
              <w:jc w:val="left"/>
            </w:pPr>
            <w:r>
              <w:rPr>
                <w:sz w:val="16"/>
              </w:rPr>
              <w:t>Highly likely</w:t>
            </w:r>
          </w:p>
        </w:tc>
        <w:tc>
          <w:tcPr>
            <w:tcW w:type="dxa" w:w="1774"/>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2"/>
          </w:tcPr>
          <w:p>
            <w:pPr>
              <w:spacing w:after="0"/>
              <w:jc w:val="left"/>
            </w:pPr>
            <w:r>
              <w:rPr>
                <w:sz w:val="16"/>
              </w:rPr>
              <w:t>1995 to 2023 (29 years; CONUS)</w:t>
            </w:r>
          </w:p>
        </w:tc>
        <w:tc>
          <w:tcPr>
            <w:tcW w:type="dxa" w:w="1037"/>
          </w:tcPr>
          <w:p>
            <w:pPr>
              <w:spacing w:after="0"/>
              <w:jc w:val="left"/>
            </w:pPr>
            <w:r>
              <w:rPr>
                <w:sz w:val="16"/>
              </w:rPr>
              <w:t>countywide</w:t>
            </w:r>
          </w:p>
        </w:tc>
        <w:tc>
          <w:tcPr>
            <w:tcW w:type="dxa" w:w="1888"/>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0.00498</w:t>
            </w:r>
          </w:p>
        </w:tc>
        <w:tc>
          <w:tcPr>
            <w:tcW w:type="dxa" w:w="1463"/>
          </w:tcPr>
          <w:p>
            <w:pPr>
              <w:spacing w:after="0"/>
              <w:jc w:val="left"/>
            </w:pPr>
            <w:r>
              <w:rPr>
                <w:sz w:val="16"/>
              </w:rPr>
              <w:t>events per year</w:t>
            </w:r>
          </w:p>
        </w:tc>
        <w:tc>
          <w:tcPr>
            <w:tcW w:type="dxa" w:w="1580"/>
          </w:tcPr>
          <w:p>
            <w:pPr>
              <w:spacing w:after="0"/>
              <w:jc w:val="left"/>
            </w:pPr>
            <w:r>
              <w:rPr>
                <w:sz w:val="16"/>
              </w:rPr>
              <w:t>about 1 in 201 years</w:t>
            </w:r>
          </w:p>
        </w:tc>
        <w:tc>
          <w:tcPr>
            <w:tcW w:type="dxa" w:w="1037"/>
          </w:tcPr>
          <w:p>
            <w:pPr>
              <w:spacing w:after="0"/>
              <w:jc w:val="left"/>
            </w:pPr>
            <w:r>
              <w:rPr>
                <w:sz w:val="16"/>
              </w:rPr>
              <w:t>Unlikely</w:t>
            </w:r>
          </w:p>
        </w:tc>
        <w:tc>
          <w:tcPr>
            <w:tcW w:type="dxa" w:w="1774"/>
          </w:tcPr>
          <w:p>
            <w:pPr>
              <w:spacing w:after="0"/>
              <w:jc w:val="left"/>
            </w:pPr>
            <w:r>
              <w:rPr>
                <w:sz w:val="16"/>
              </w:rPr>
              <w:t>FEMA annualized frequency (modeled)</w:t>
            </w:r>
          </w:p>
        </w:tc>
        <w:tc>
          <w:tcPr>
            <w:tcW w:type="dxa" w:w="1526"/>
          </w:tcPr>
          <w:p>
            <w:pPr>
              <w:spacing w:after="0"/>
              <w:jc w:val="right"/>
            </w:pPr>
            <w:r>
              <w:rPr>
                <w:sz w:val="16"/>
              </w:rPr>
              <w:t>1</w:t>
            </w:r>
          </w:p>
        </w:tc>
        <w:tc>
          <w:tcPr>
            <w:tcW w:type="dxa" w:w="1522"/>
          </w:tcPr>
          <w:p>
            <w:pPr>
              <w:spacing w:after="0"/>
              <w:jc w:val="left"/>
            </w:pPr>
            <w:r>
              <w:rPr>
                <w:sz w:val="16"/>
              </w:rPr>
              <w:t>1986 to 2023 (38 years)</w:t>
            </w:r>
          </w:p>
        </w:tc>
        <w:tc>
          <w:tcPr>
            <w:tcW w:type="dxa" w:w="1037"/>
          </w:tcPr>
          <w:p>
            <w:pPr>
              <w:spacing w:after="0"/>
              <w:jc w:val="left"/>
            </w:pPr>
            <w:r>
              <w:rPr>
                <w:sz w:val="16"/>
              </w:rPr>
              <w:t>countywide</w:t>
            </w:r>
          </w:p>
        </w:tc>
        <w:tc>
          <w:tcPr>
            <w:tcW w:type="dxa" w:w="1888"/>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0.00115</w:t>
            </w:r>
          </w:p>
        </w:tc>
        <w:tc>
          <w:tcPr>
            <w:tcW w:type="dxa" w:w="1463"/>
          </w:tcPr>
          <w:p>
            <w:pPr>
              <w:spacing w:after="0"/>
              <w:jc w:val="left"/>
            </w:pPr>
            <w:r>
              <w:rPr>
                <w:sz w:val="16"/>
              </w:rPr>
              <w:t>events per year</w:t>
            </w:r>
          </w:p>
        </w:tc>
        <w:tc>
          <w:tcPr>
            <w:tcW w:type="dxa" w:w="1580"/>
          </w:tcPr>
          <w:p>
            <w:pPr>
              <w:spacing w:after="0"/>
              <w:jc w:val="left"/>
            </w:pPr>
            <w:r>
              <w:rPr>
                <w:sz w:val="16"/>
              </w:rPr>
              <w:t>about 1 in 867 years</w:t>
            </w:r>
          </w:p>
        </w:tc>
        <w:tc>
          <w:tcPr>
            <w:tcW w:type="dxa" w:w="1037"/>
          </w:tcPr>
          <w:p>
            <w:pPr>
              <w:spacing w:after="0"/>
              <w:jc w:val="left"/>
            </w:pPr>
            <w:r>
              <w:rPr>
                <w:sz w:val="16"/>
              </w:rPr>
              <w:t>Unlikely</w:t>
            </w:r>
          </w:p>
        </w:tc>
        <w:tc>
          <w:tcPr>
            <w:tcW w:type="dxa" w:w="1774"/>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2"/>
          </w:tcPr>
          <w:p>
            <w:pPr>
              <w:spacing w:after="0"/>
              <w:jc w:val="left"/>
            </w:pPr>
            <w:r>
              <w:rPr>
                <w:sz w:val="16"/>
              </w:rPr>
              <w:t>1950 to 2023 (EF2+); 1986 to 2023 (EF0-1)</w:t>
            </w:r>
          </w:p>
        </w:tc>
        <w:tc>
          <w:tcPr>
            <w:tcW w:type="dxa" w:w="1037"/>
          </w:tcPr>
          <w:p>
            <w:pPr>
              <w:spacing w:after="0"/>
              <w:jc w:val="left"/>
            </w:pPr>
            <w:r>
              <w:rPr>
                <w:sz w:val="16"/>
              </w:rPr>
              <w:t>see B1-f</w:t>
            </w:r>
          </w:p>
        </w:tc>
        <w:tc>
          <w:tcPr>
            <w:tcW w:type="dxa" w:w="1888"/>
          </w:tcPr>
          <w:p>
            <w:pPr>
              <w:spacing w:after="0"/>
              <w:jc w:val="left"/>
            </w:pPr>
          </w:p>
        </w:tc>
      </w:tr>
      <w:tr>
        <w:trPr>
          <w:cantSplit/>
        </w:trPr>
        <w:tc>
          <w:tcPr>
            <w:tcW w:type="dxa" w:w="1037"/>
          </w:tcPr>
          <w:p>
            <w:pPr>
              <w:spacing w:after="0"/>
              <w:jc w:val="left"/>
            </w:pPr>
            <w:r>
              <w:rPr>
                <w:sz w:val="16"/>
              </w:rPr>
              <w:t>Tsunami</w:t>
            </w:r>
          </w:p>
        </w:tc>
        <w:tc>
          <w:tcPr>
            <w:tcW w:type="dxa" w:w="1250"/>
          </w:tcPr>
          <w:p>
            <w:pPr>
              <w:spacing w:after="0"/>
              <w:jc w:val="right"/>
            </w:pPr>
            <w:r>
              <w:rPr>
                <w:sz w:val="16"/>
              </w:rPr>
              <w:t>0.0557</w:t>
            </w:r>
          </w:p>
        </w:tc>
        <w:tc>
          <w:tcPr>
            <w:tcW w:type="dxa" w:w="1463"/>
          </w:tcPr>
          <w:p>
            <w:pPr>
              <w:spacing w:after="0"/>
              <w:jc w:val="left"/>
            </w:pPr>
            <w:r>
              <w:rPr>
                <w:sz w:val="16"/>
              </w:rPr>
              <w:t>annual probability at the most exposed location (used in place of a county value)</w:t>
            </w:r>
          </w:p>
        </w:tc>
        <w:tc>
          <w:tcPr>
            <w:tcW w:type="dxa" w:w="1580"/>
          </w:tcPr>
          <w:p>
            <w:pPr>
              <w:spacing w:after="0"/>
              <w:jc w:val="left"/>
            </w:pPr>
            <w:r>
              <w:rPr>
                <w:sz w:val="16"/>
              </w:rPr>
              <w:t>chance at the county's most exposed location in a year: 5.57%</w:t>
            </w:r>
          </w:p>
        </w:tc>
        <w:tc>
          <w:tcPr>
            <w:tcW w:type="dxa" w:w="1037"/>
          </w:tcPr>
          <w:p>
            <w:pPr>
              <w:spacing w:after="0"/>
              <w:jc w:val="left"/>
            </w:pPr>
          </w:p>
        </w:tc>
        <w:tc>
          <w:tcPr>
            <w:tcW w:type="dxa" w:w="1774"/>
          </w:tcPr>
          <w:p>
            <w:pPr>
              <w:spacing w:after="0"/>
              <w:jc w:val="left"/>
            </w:pPr>
            <w:r>
              <w:rPr>
                <w:sz w:val="16"/>
              </w:rPr>
              <w:t>Storm Events records in 0 of 30 years, 1996 to 2025 (0%)</w:t>
            </w: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50"/>
          </w:tcPr>
          <w:p>
            <w:pPr>
              <w:spacing w:after="0"/>
              <w:jc w:val="right"/>
            </w:pPr>
            <w:r>
              <w:rPr>
                <w:sz w:val="16"/>
              </w:rPr>
              <w:t>0.0101</w:t>
            </w:r>
          </w:p>
        </w:tc>
        <w:tc>
          <w:tcPr>
            <w:tcW w:type="dxa" w:w="1463"/>
          </w:tcPr>
          <w:p>
            <w:pPr>
              <w:spacing w:after="0"/>
              <w:jc w:val="left"/>
            </w:pPr>
            <w:r>
              <w:rPr>
                <w:sz w:val="16"/>
              </w:rPr>
              <w:t>annual probability</w:t>
            </w:r>
          </w:p>
        </w:tc>
        <w:tc>
          <w:tcPr>
            <w:tcW w:type="dxa" w:w="1580"/>
          </w:tcPr>
          <w:p>
            <w:pPr>
              <w:spacing w:after="0"/>
              <w:jc w:val="left"/>
            </w:pPr>
            <w:r>
              <w:rPr>
                <w:sz w:val="16"/>
              </w:rPr>
              <w:t>about 1 in 99 years</w:t>
            </w:r>
          </w:p>
        </w:tc>
        <w:tc>
          <w:tcPr>
            <w:tcW w:type="dxa" w:w="1037"/>
          </w:tcPr>
          <w:p>
            <w:pPr>
              <w:spacing w:after="0"/>
              <w:jc w:val="left"/>
            </w:pPr>
            <w:r>
              <w:rPr>
                <w:sz w:val="16"/>
              </w:rPr>
              <w:t>Possible</w:t>
            </w:r>
          </w:p>
        </w:tc>
        <w:tc>
          <w:tcPr>
            <w:tcW w:type="dxa" w:w="1774"/>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p>
        </w:tc>
      </w:tr>
      <w:tr>
        <w:trPr>
          <w:cantSplit/>
        </w:trPr>
        <w:tc>
          <w:tcPr>
            <w:tcW w:type="dxa" w:w="1037"/>
          </w:tcPr>
          <w:p>
            <w:pPr>
              <w:spacing w:after="0"/>
              <w:jc w:val="left"/>
            </w:pPr>
            <w:r>
              <w:rPr>
                <w:sz w:val="16"/>
              </w:rPr>
              <w:t>Wildfire</w:t>
            </w:r>
          </w:p>
        </w:tc>
        <w:tc>
          <w:tcPr>
            <w:tcW w:type="dxa" w:w="1250"/>
          </w:tcPr>
          <w:p>
            <w:pPr>
              <w:spacing w:after="0"/>
              <w:jc w:val="right"/>
            </w:pPr>
          </w:p>
        </w:tc>
        <w:tc>
          <w:tcPr>
            <w:tcW w:type="dxa" w:w="1463"/>
          </w:tcPr>
          <w:p>
            <w:pPr>
              <w:spacing w:after="0"/>
              <w:jc w:val="left"/>
            </w:pPr>
            <w:r>
              <w:rPr>
                <w:sz w:val="16"/>
              </w:rPr>
              <w:t>annual probability at a location</w:t>
            </w:r>
          </w:p>
        </w:tc>
        <w:tc>
          <w:tcPr>
            <w:tcW w:type="dxa" w:w="1580"/>
          </w:tcPr>
          <w:p>
            <w:pPr>
              <w:spacing w:after="0"/>
              <w:jc w:val="left"/>
            </w:pPr>
          </w:p>
        </w:tc>
        <w:tc>
          <w:tcPr>
            <w:tcW w:type="dxa" w:w="1037"/>
          </w:tcPr>
          <w:p>
            <w:pPr>
              <w:spacing w:after="0"/>
              <w:jc w:val="left"/>
            </w:pPr>
            <w:r>
              <w:rPr>
                <w:sz w:val="16"/>
              </w:rPr>
              <w:t>Possible</w:t>
            </w:r>
          </w:p>
        </w:tc>
        <w:tc>
          <w:tcPr>
            <w:tcW w:type="dxa" w:w="1774"/>
          </w:tcPr>
          <w:p>
            <w:pPr>
              <w:spacing w:after="0"/>
              <w:jc w:val="left"/>
            </w:pPr>
            <w:r>
              <w:rPr>
                <w:sz w:val="16"/>
              </w:rPr>
              <w:t>Storm Events records in 1 of 30 years, 1996 to 2025 (3.33%)</w:t>
            </w: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0</w:t>
            </w:r>
          </w:p>
        </w:tc>
        <w:tc>
          <w:tcPr>
            <w:tcW w:type="dxa" w:w="1463"/>
          </w:tcPr>
          <w:p>
            <w:pPr>
              <w:spacing w:after="0"/>
              <w:jc w:val="left"/>
            </w:pPr>
            <w:r>
              <w:rPr>
                <w:sz w:val="16"/>
              </w:rPr>
              <w:t>event-days per year</w:t>
            </w:r>
          </w:p>
        </w:tc>
        <w:tc>
          <w:tcPr>
            <w:tcW w:type="dxa" w:w="1580"/>
          </w:tcPr>
          <w:p>
            <w:pPr>
              <w:spacing w:after="0"/>
              <w:jc w:val="left"/>
            </w:pPr>
            <w:r>
              <w:rPr>
                <w:sz w:val="16"/>
              </w:rPr>
              <w:t>none modeled</w:t>
            </w:r>
          </w:p>
        </w:tc>
        <w:tc>
          <w:tcPr>
            <w:tcW w:type="dxa" w:w="1037"/>
          </w:tcPr>
          <w:p>
            <w:pPr>
              <w:spacing w:after="0"/>
              <w:jc w:val="left"/>
            </w:pPr>
          </w:p>
        </w:tc>
        <w:tc>
          <w:tcPr>
            <w:tcW w:type="dxa" w:w="1774"/>
          </w:tcPr>
          <w:p>
            <w:pPr>
              <w:spacing w:after="0"/>
              <w:jc w:val="left"/>
            </w:pPr>
            <w:r>
              <w:rPr>
                <w:sz w:val="16"/>
              </w:rPr>
              <w:t>event-days in 0 of 30 years, 1996 to 2025 (0%)</w:t>
            </w:r>
          </w:p>
        </w:tc>
        <w:tc>
          <w:tcPr>
            <w:tcW w:type="dxa" w:w="1526"/>
          </w:tcPr>
          <w:p>
            <w:pPr>
              <w:spacing w:after="0"/>
              <w:jc w:val="right"/>
            </w:pPr>
            <w:r>
              <w:rPr>
                <w:sz w:val="16"/>
              </w:rPr>
              <w:t>0</w:t>
            </w:r>
          </w:p>
        </w:tc>
        <w:tc>
          <w:tcPr>
            <w:tcW w:type="dxa" w:w="1522"/>
          </w:tcPr>
          <w:p>
            <w:pPr>
              <w:spacing w:after="0"/>
              <w:jc w:val="left"/>
            </w:pPr>
            <w:r>
              <w:rPr>
                <w:sz w:val="16"/>
              </w:rPr>
              <w:t>2005-11-12 to 2024-11-12 (19 years)</w:t>
            </w:r>
          </w:p>
        </w:tc>
        <w:tc>
          <w:tcPr>
            <w:tcW w:type="dxa" w:w="1037"/>
          </w:tcPr>
          <w:p>
            <w:pPr>
              <w:spacing w:after="0"/>
              <w:jc w:val="left"/>
            </w:pPr>
            <w:r>
              <w:rPr>
                <w:sz w:val="16"/>
              </w:rPr>
              <w:t>countywide</w:t>
            </w:r>
          </w:p>
        </w:tc>
        <w:tc>
          <w:tcPr>
            <w:tcW w:type="dxa" w:w="1888"/>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842"/>
        <w:gridCol w:w="979"/>
        <w:gridCol w:w="744"/>
        <w:gridCol w:w="710"/>
        <w:gridCol w:w="2113"/>
        <w:gridCol w:w="7588"/>
      </w:tblGrid>
      <w:tr>
        <w:trPr>
          <w:cantSplit/>
          <w:tblHeader/>
        </w:trPr>
        <w:tc>
          <w:tcPr>
            <w:tcW w:type="dxa" w:w="1135"/>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113"/>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10</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Earthquake</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10</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4, Insufficient Data 6</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7"/>
        <w:gridCol w:w="709"/>
        <w:gridCol w:w="2106"/>
        <w:gridCol w:w="2292"/>
        <w:gridCol w:w="1547"/>
        <w:gridCol w:w="1882"/>
        <w:gridCol w:w="4030"/>
      </w:tblGrid>
      <w:tr>
        <w:trPr>
          <w:cantSplit/>
          <w:tblHeader/>
        </w:trPr>
        <w:tc>
          <w:tcPr>
            <w:tcW w:type="dxa" w:w="1547"/>
            <w:shd w:val="clear" w:color="auto" w:fill="E8E8E8"/>
          </w:tcPr>
          <w:p>
            <w:pPr>
              <w:spacing w:after="0"/>
              <w:jc w:val="left"/>
            </w:pPr>
            <w:r>
              <w:rPr>
                <w:b/>
                <w:sz w:val="16"/>
              </w:rPr>
              <w:t>Member</w:t>
            </w:r>
          </w:p>
        </w:tc>
        <w:tc>
          <w:tcPr>
            <w:tcW w:type="dxa" w:w="709"/>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Plan status</w:t>
            </w:r>
          </w:p>
        </w:tc>
        <w:tc>
          <w:tcPr>
            <w:tcW w:type="dxa" w:w="229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8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30"/>
            <w:shd w:val="clear" w:color="auto" w:fill="E8E8E8"/>
          </w:tcPr>
          <w:p>
            <w:pPr>
              <w:spacing w:after="0"/>
              <w:jc w:val="left"/>
            </w:pPr>
            <w:r>
              <w:rPr>
                <w:b/>
                <w:sz w:val="16"/>
              </w:rPr>
              <w:t>Notes</w:t>
            </w:r>
          </w:p>
        </w:tc>
      </w:tr>
      <w:tr>
        <w:trPr>
          <w:cantSplit/>
        </w:trPr>
        <w:tc>
          <w:tcPr>
            <w:tcW w:type="dxa" w:w="1547"/>
          </w:tcPr>
          <w:p>
            <w:pPr>
              <w:spacing w:after="0"/>
              <w:jc w:val="left"/>
            </w:pPr>
            <w:r>
              <w:rPr>
                <w:sz w:val="16"/>
              </w:rPr>
              <w:t>Loíza Municipio</w:t>
            </w:r>
          </w:p>
        </w:tc>
        <w:tc>
          <w:tcPr>
            <w:tcW w:type="dxa" w:w="709"/>
          </w:tcPr>
          <w:p>
            <w:pPr>
              <w:spacing w:after="0"/>
              <w:jc w:val="left"/>
            </w:pPr>
            <w:r>
              <w:rPr>
                <w:sz w:val="16"/>
              </w:rPr>
              <w:t>County</w:t>
            </w:r>
          </w:p>
        </w:tc>
        <w:tc>
          <w:tcPr>
            <w:tcW w:type="dxa" w:w="2106"/>
          </w:tcPr>
          <w:p>
            <w:pPr>
              <w:spacing w:after="0"/>
              <w:jc w:val="left"/>
            </w:pPr>
            <w:r>
              <w:rPr>
                <w:sz w:val="16"/>
              </w:rPr>
              <w:t>Expired on 2026-08-23</w:t>
            </w:r>
          </w:p>
        </w:tc>
        <w:tc>
          <w:tcPr>
            <w:tcW w:type="dxa" w:w="2292"/>
          </w:tcPr>
          <w:p>
            <w:pPr>
              <w:spacing w:after="0"/>
              <w:jc w:val="right"/>
            </w:pPr>
            <w:r>
              <w:rPr>
                <w:sz w:val="16"/>
              </w:rPr>
              <w:t>FMA RL 5, SRL 3; any 28</w:t>
            </w:r>
          </w:p>
        </w:tc>
        <w:tc>
          <w:tcPr>
            <w:tcW w:type="dxa" w:w="1547"/>
          </w:tcPr>
          <w:p>
            <w:pPr>
              <w:spacing w:after="0"/>
              <w:jc w:val="right"/>
            </w:pPr>
            <w:r>
              <w:rPr>
                <w:sz w:val="16"/>
              </w:rPr>
              <w:t>$29,476,325.35</w:t>
            </w:r>
          </w:p>
        </w:tc>
        <w:tc>
          <w:tcPr>
            <w:tcW w:type="dxa" w:w="1882"/>
          </w:tcPr>
          <w:p>
            <w:pPr>
              <w:spacing w:after="0"/>
              <w:jc w:val="right"/>
            </w:pPr>
            <w:r>
              <w:rPr>
                <w:sz w:val="16"/>
              </w:rPr>
              <w:t>0; 0</w:t>
            </w:r>
          </w:p>
        </w:tc>
        <w:tc>
          <w:tcPr>
            <w:tcW w:type="dxa" w:w="4030"/>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9"/>
        <w:gridCol w:w="1037"/>
        <w:gridCol w:w="1126"/>
        <w:gridCol w:w="1195"/>
        <w:gridCol w:w="1059"/>
        <w:gridCol w:w="1270"/>
        <w:gridCol w:w="1139"/>
        <w:gridCol w:w="1362"/>
        <w:gridCol w:w="130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70"/>
            <w:shd w:val="clear" w:color="auto" w:fill="E8E8E8"/>
          </w:tcPr>
          <w:p>
            <w:pPr>
              <w:spacing w:after="0"/>
              <w:jc w:val="right"/>
            </w:pPr>
            <w:r>
              <w:rPr>
                <w:b/>
                <w:sz w:val="16"/>
              </w:rPr>
              <w:t>Storm Events damage since 2021-08-24</w:t>
            </w:r>
          </w:p>
          <w:p>
            <w:pPr>
              <w:spacing w:after="0"/>
              <w:jc w:val="right"/>
            </w:pPr>
            <w:r>
              <w:rPr>
                <w:i/>
                <w:color w:val="555555"/>
                <w:sz w:val="14"/>
              </w:rPr>
              <w:t>county-coded records, property plus crops, nominal dollars</w:t>
            </w:r>
          </w:p>
        </w:tc>
        <w:tc>
          <w:tcPr>
            <w:tcW w:type="dxa" w:w="113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6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$1,927,769,758</w:t>
            </w:r>
          </w:p>
        </w:tc>
        <w:tc>
          <w:tcPr>
            <w:tcW w:type="dxa" w:w="1141"/>
          </w:tcPr>
          <w:p>
            <w:pPr>
              <w:spacing w:after="0"/>
              <w:jc w:val="right"/>
            </w:pPr>
          </w:p>
        </w:tc>
        <w:tc>
          <w:tcPr>
            <w:tcW w:type="dxa" w:w="1049"/>
          </w:tcPr>
          <w:p>
            <w:pPr>
              <w:spacing w:after="0"/>
              <w:jc w:val="right"/>
            </w:pPr>
            <w:r>
              <w:rPr>
                <w:sz w:val="16"/>
              </w:rPr>
              <w:t>16,406</w:t>
            </w:r>
          </w:p>
        </w:tc>
        <w:tc>
          <w:tcPr>
            <w:tcW w:type="dxa" w:w="1037"/>
          </w:tcPr>
          <w:p>
            <w:pPr>
              <w:spacing w:after="0"/>
              <w:jc w:val="right"/>
            </w:pPr>
            <w:r>
              <w:rPr>
                <w:sz w:val="16"/>
              </w:rPr>
              <w:t>$76,583</w:t>
            </w:r>
          </w:p>
        </w:tc>
        <w:tc>
          <w:tcPr>
            <w:tcW w:type="dxa" w:w="1126"/>
          </w:tcPr>
          <w:p>
            <w:pPr>
              <w:spacing w:after="0"/>
              <w:jc w:val="right"/>
            </w:pPr>
          </w:p>
        </w:tc>
        <w:tc>
          <w:tcPr>
            <w:tcW w:type="dxa" w:w="1195"/>
          </w:tcPr>
          <w:p>
            <w:pPr>
              <w:spacing w:after="0"/>
              <w:jc w:val="right"/>
            </w:pPr>
            <w:r>
              <w:rPr>
                <w:sz w:val="16"/>
              </w:rPr>
              <w:t>$42,009</w:t>
            </w:r>
          </w:p>
        </w:tc>
        <w:tc>
          <w:tcPr>
            <w:tcW w:type="dxa" w:w="1059"/>
          </w:tcPr>
          <w:p>
            <w:pPr>
              <w:spacing w:after="0"/>
              <w:jc w:val="right"/>
            </w:pPr>
            <w:r>
              <w:rPr>
                <w:sz w:val="16"/>
              </w:rPr>
              <w:t>0.00397%</w:t>
            </w:r>
          </w:p>
        </w:tc>
        <w:tc>
          <w:tcPr>
            <w:tcW w:type="dxa" w:w="1270"/>
          </w:tcPr>
          <w:p>
            <w:pPr>
              <w:spacing w:after="0"/>
              <w:jc w:val="right"/>
            </w:pPr>
          </w:p>
        </w:tc>
        <w:tc>
          <w:tcPr>
            <w:tcW w:type="dxa" w:w="1139"/>
          </w:tcPr>
          <w:p>
            <w:pPr>
              <w:spacing w:after="0"/>
              <w:jc w:val="right"/>
            </w:pPr>
            <w:r>
              <w:rPr>
                <w:sz w:val="16"/>
              </w:rPr>
              <w:t>$103,100</w:t>
            </w: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41"/>
          </w:tcPr>
          <w:p>
            <w:pPr>
              <w:spacing w:after="0"/>
              <w:jc w:val="right"/>
            </w:pPr>
            <w:r>
              <w:rPr>
                <w:sz w:val="16"/>
              </w:rPr>
              <w:t>$0</w:t>
            </w:r>
          </w:p>
        </w:tc>
        <w:tc>
          <w:tcPr>
            <w:tcW w:type="dxa" w:w="104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5"/>
          </w:tcPr>
          <w:p>
            <w:pPr>
              <w:spacing w:after="0"/>
              <w:jc w:val="right"/>
            </w:pPr>
            <w:r>
              <w:rPr>
                <w:sz w:val="16"/>
              </w:rPr>
              <w:t>$0</w:t>
            </w: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$0</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r>
              <w:rPr>
                <w:sz w:val="16"/>
              </w:rPr>
              <w:t>$0</w:t>
            </w:r>
          </w:p>
        </w:tc>
        <w:tc>
          <w:tcPr>
            <w:tcW w:type="dxa" w:w="1362"/>
          </w:tcPr>
          <w:p>
            <w:pPr>
              <w:spacing w:after="0"/>
              <w:jc w:val="right"/>
            </w:pPr>
          </w:p>
        </w:tc>
        <w:tc>
          <w:tcPr>
            <w:tcW w:type="dxa" w:w="130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$4,425,930,522</w:t>
            </w:r>
          </w:p>
        </w:tc>
        <w:tc>
          <w:tcPr>
            <w:tcW w:type="dxa" w:w="1141"/>
          </w:tcPr>
          <w:p>
            <w:pPr>
              <w:spacing w:after="0"/>
              <w:jc w:val="right"/>
            </w:pPr>
          </w:p>
        </w:tc>
        <w:tc>
          <w:tcPr>
            <w:tcW w:type="dxa" w:w="1049"/>
          </w:tcPr>
          <w:p>
            <w:pPr>
              <w:spacing w:after="0"/>
              <w:jc w:val="right"/>
            </w:pPr>
            <w:r>
              <w:rPr>
                <w:sz w:val="16"/>
              </w:rPr>
              <w:t>23,693</w:t>
            </w:r>
          </w:p>
        </w:tc>
        <w:tc>
          <w:tcPr>
            <w:tcW w:type="dxa" w:w="1037"/>
          </w:tcPr>
          <w:p>
            <w:pPr>
              <w:spacing w:after="0"/>
              <w:jc w:val="right"/>
            </w:pPr>
            <w:r>
              <w:rPr>
                <w:sz w:val="16"/>
              </w:rPr>
              <w:t>$1,839,880</w:t>
            </w:r>
          </w:p>
        </w:tc>
        <w:tc>
          <w:tcPr>
            <w:tcW w:type="dxa" w:w="1126"/>
          </w:tcPr>
          <w:p>
            <w:pPr>
              <w:spacing w:after="0"/>
              <w:jc w:val="right"/>
            </w:pPr>
          </w:p>
        </w:tc>
        <w:tc>
          <w:tcPr>
            <w:tcW w:type="dxa" w:w="1195"/>
          </w:tcPr>
          <w:p>
            <w:pPr>
              <w:spacing w:after="0"/>
              <w:jc w:val="right"/>
            </w:pPr>
            <w:r>
              <w:rPr>
                <w:sz w:val="16"/>
              </w:rPr>
              <w:t>$2,162,248</w:t>
            </w:r>
          </w:p>
        </w:tc>
        <w:tc>
          <w:tcPr>
            <w:tcW w:type="dxa" w:w="1059"/>
          </w:tcPr>
          <w:p>
            <w:pPr>
              <w:spacing w:after="0"/>
              <w:jc w:val="right"/>
            </w:pPr>
            <w:r>
              <w:rPr>
                <w:sz w:val="16"/>
              </w:rPr>
              <w:t>0.0416%</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$2,855,894,402</w:t>
            </w:r>
          </w:p>
        </w:tc>
        <w:tc>
          <w:tcPr>
            <w:tcW w:type="dxa" w:w="1141"/>
          </w:tcPr>
          <w:p>
            <w:pPr>
              <w:spacing w:after="0"/>
              <w:jc w:val="right"/>
            </w:pPr>
            <w:r>
              <w:rPr>
                <w:sz w:val="16"/>
              </w:rPr>
              <w:t>$0</w:t>
            </w:r>
          </w:p>
        </w:tc>
        <w:tc>
          <w:tcPr>
            <w:tcW w:type="dxa" w:w="1049"/>
          </w:tcPr>
          <w:p>
            <w:pPr>
              <w:spacing w:after="0"/>
              <w:jc w:val="right"/>
            </w:pPr>
            <w:r>
              <w:rPr>
                <w:sz w:val="16"/>
              </w:rPr>
              <w:t>23,684</w:t>
            </w:r>
          </w:p>
        </w:tc>
        <w:tc>
          <w:tcPr>
            <w:tcW w:type="dxa" w:w="1037"/>
          </w:tcPr>
          <w:p>
            <w:pPr>
              <w:spacing w:after="0"/>
              <w:jc w:val="right"/>
            </w:pPr>
            <w:r>
              <w:rPr>
                <w:sz w:val="16"/>
              </w:rPr>
              <w:t>$35</w:t>
            </w:r>
          </w:p>
        </w:tc>
        <w:tc>
          <w:tcPr>
            <w:tcW w:type="dxa" w:w="1126"/>
          </w:tcPr>
          <w:p>
            <w:pPr>
              <w:spacing w:after="0"/>
              <w:jc w:val="right"/>
            </w:pPr>
            <w:r>
              <w:rPr>
                <w:sz w:val="16"/>
              </w:rPr>
              <w:t>$0</w:t>
            </w:r>
          </w:p>
        </w:tc>
        <w:tc>
          <w:tcPr>
            <w:tcW w:type="dxa" w:w="1195"/>
          </w:tcPr>
          <w:p>
            <w:pPr>
              <w:spacing w:after="0"/>
              <w:jc w:val="right"/>
            </w:pPr>
            <w:r>
              <w:rPr>
                <w:sz w:val="16"/>
              </w:rPr>
              <w:t>$333</w:t>
            </w:r>
          </w:p>
        </w:tc>
        <w:tc>
          <w:tcPr>
            <w:tcW w:type="dxa" w:w="1059"/>
          </w:tcPr>
          <w:p>
            <w:pPr>
              <w:spacing w:after="0"/>
              <w:jc w:val="right"/>
            </w:pPr>
            <w:r>
              <w:rPr>
                <w:sz w:val="16"/>
              </w:rPr>
              <w:t>under 0.0001%</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$36,875,397</w:t>
            </w:r>
          </w:p>
        </w:tc>
        <w:tc>
          <w:tcPr>
            <w:tcW w:type="dxa" w:w="1141"/>
          </w:tcPr>
          <w:p>
            <w:pPr>
              <w:spacing w:after="0"/>
              <w:jc w:val="right"/>
            </w:pPr>
            <w:r>
              <w:rPr>
                <w:sz w:val="16"/>
              </w:rPr>
              <w:t>$0</w:t>
            </w:r>
          </w:p>
        </w:tc>
        <w:tc>
          <w:tcPr>
            <w:tcW w:type="dxa" w:w="1049"/>
          </w:tcPr>
          <w:p>
            <w:pPr>
              <w:spacing w:after="0"/>
              <w:jc w:val="right"/>
            </w:pPr>
            <w:r>
              <w:rPr>
                <w:sz w:val="16"/>
              </w:rPr>
              <w:t>321</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5"/>
          </w:tcPr>
          <w:p>
            <w:pPr>
              <w:spacing w:after="0"/>
              <w:jc w:val="right"/>
            </w:pPr>
            <w:r>
              <w:rPr>
                <w:sz w:val="16"/>
              </w:rPr>
              <w:t>$0</w:t>
            </w:r>
          </w:p>
        </w:tc>
        <w:tc>
          <w:tcPr>
            <w:tcW w:type="dxa" w:w="1059"/>
          </w:tcPr>
          <w:p>
            <w:pPr>
              <w:spacing w:after="0"/>
              <w:jc w:val="right"/>
            </w:pPr>
            <w:r>
              <w:rPr>
                <w:sz w:val="16"/>
              </w:rPr>
              <w:t>0%</w:t>
            </w:r>
          </w:p>
        </w:tc>
        <w:tc>
          <w:tcPr>
            <w:tcW w:type="dxa" w:w="1270"/>
          </w:tcPr>
          <w:p>
            <w:pPr>
              <w:spacing w:after="0"/>
              <w:jc w:val="right"/>
            </w:pPr>
          </w:p>
        </w:tc>
        <w:tc>
          <w:tcPr>
            <w:tcW w:type="dxa" w:w="1139"/>
          </w:tcPr>
          <w:p>
            <w:pPr>
              <w:spacing w:after="0"/>
              <w:jc w:val="right"/>
            </w:pPr>
            <w:r>
              <w:rPr>
                <w:sz w:val="16"/>
              </w:rPr>
              <w:t>$0</w:t>
            </w: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$2,855,854,239</w:t>
            </w:r>
          </w:p>
        </w:tc>
        <w:tc>
          <w:tcPr>
            <w:tcW w:type="dxa" w:w="1141"/>
          </w:tcPr>
          <w:p>
            <w:pPr>
              <w:spacing w:after="0"/>
              <w:jc w:val="right"/>
            </w:pPr>
            <w:r>
              <w:rPr>
                <w:sz w:val="16"/>
              </w:rPr>
              <w:t>$0</w:t>
            </w:r>
          </w:p>
        </w:tc>
        <w:tc>
          <w:tcPr>
            <w:tcW w:type="dxa" w:w="1049"/>
          </w:tcPr>
          <w:p>
            <w:pPr>
              <w:spacing w:after="0"/>
              <w:jc w:val="right"/>
            </w:pPr>
            <w:r>
              <w:rPr>
                <w:sz w:val="16"/>
              </w:rPr>
              <w:t>23,684</w:t>
            </w:r>
          </w:p>
        </w:tc>
        <w:tc>
          <w:tcPr>
            <w:tcW w:type="dxa" w:w="1037"/>
          </w:tcPr>
          <w:p>
            <w:pPr>
              <w:spacing w:after="0"/>
              <w:jc w:val="right"/>
            </w:pPr>
            <w:r>
              <w:rPr>
                <w:sz w:val="16"/>
              </w:rPr>
              <w:t>$9,200,979</w:t>
            </w:r>
          </w:p>
        </w:tc>
        <w:tc>
          <w:tcPr>
            <w:tcW w:type="dxa" w:w="1126"/>
          </w:tcPr>
          <w:p>
            <w:pPr>
              <w:spacing w:after="0"/>
              <w:jc w:val="right"/>
            </w:pPr>
            <w:r>
              <w:rPr>
                <w:sz w:val="16"/>
              </w:rPr>
              <w:t>$0</w:t>
            </w:r>
          </w:p>
        </w:tc>
        <w:tc>
          <w:tcPr>
            <w:tcW w:type="dxa" w:w="1195"/>
          </w:tcPr>
          <w:p>
            <w:pPr>
              <w:spacing w:after="0"/>
              <w:jc w:val="right"/>
            </w:pPr>
            <w:r>
              <w:rPr>
                <w:sz w:val="16"/>
              </w:rPr>
              <w:t>$793,347</w:t>
            </w:r>
          </w:p>
        </w:tc>
        <w:tc>
          <w:tcPr>
            <w:tcW w:type="dxa" w:w="1059"/>
          </w:tcPr>
          <w:p>
            <w:pPr>
              <w:spacing w:after="0"/>
              <w:jc w:val="right"/>
            </w:pPr>
            <w:r>
              <w:rPr>
                <w:sz w:val="16"/>
              </w:rPr>
              <w:t>0.322%</w:t>
            </w:r>
          </w:p>
        </w:tc>
        <w:tc>
          <w:tcPr>
            <w:tcW w:type="dxa" w:w="1270"/>
          </w:tcPr>
          <w:p>
            <w:pPr>
              <w:spacing w:after="0"/>
              <w:jc w:val="right"/>
            </w:pPr>
          </w:p>
        </w:tc>
        <w:tc>
          <w:tcPr>
            <w:tcW w:type="dxa" w:w="1139"/>
          </w:tcPr>
          <w:p>
            <w:pPr>
              <w:spacing w:after="0"/>
              <w:jc w:val="right"/>
            </w:pPr>
            <w:r>
              <w:rPr>
                <w:sz w:val="16"/>
              </w:rPr>
              <w:t>$0</w:t>
            </w:r>
          </w:p>
        </w:tc>
        <w:tc>
          <w:tcPr>
            <w:tcW w:type="dxa" w:w="1362"/>
          </w:tcPr>
          <w:p>
            <w:pPr>
              <w:spacing w:after="0"/>
              <w:jc w:val="right"/>
            </w:pPr>
            <w:r>
              <w:rPr>
                <w:sz w:val="16"/>
              </w:rPr>
              <w:t>$1,181,954.22</w:t>
            </w:r>
          </w:p>
        </w:tc>
        <w:tc>
          <w:tcPr>
            <w:tcW w:type="dxa" w:w="130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$2,848,987,544</w:t>
            </w:r>
          </w:p>
        </w:tc>
        <w:tc>
          <w:tcPr>
            <w:tcW w:type="dxa" w:w="1141"/>
          </w:tcPr>
          <w:p>
            <w:pPr>
              <w:spacing w:after="0"/>
              <w:jc w:val="right"/>
            </w:pPr>
            <w:r>
              <w:rPr>
                <w:sz w:val="16"/>
              </w:rPr>
              <w:t>$0</w:t>
            </w:r>
          </w:p>
        </w:tc>
        <w:tc>
          <w:tcPr>
            <w:tcW w:type="dxa" w:w="1049"/>
          </w:tcPr>
          <w:p>
            <w:pPr>
              <w:spacing w:after="0"/>
              <w:jc w:val="right"/>
            </w:pPr>
            <w:r>
              <w:rPr>
                <w:sz w:val="16"/>
              </w:rPr>
              <w:t>8,538</w:t>
            </w:r>
          </w:p>
        </w:tc>
        <w:tc>
          <w:tcPr>
            <w:tcW w:type="dxa" w:w="1037"/>
          </w:tcPr>
          <w:p>
            <w:pPr>
              <w:spacing w:after="0"/>
              <w:jc w:val="right"/>
            </w:pPr>
            <w:r>
              <w:rPr>
                <w:sz w:val="16"/>
              </w:rPr>
              <w:t>$1,295,858</w:t>
            </w:r>
          </w:p>
        </w:tc>
        <w:tc>
          <w:tcPr>
            <w:tcW w:type="dxa" w:w="1126"/>
          </w:tcPr>
          <w:p>
            <w:pPr>
              <w:spacing w:after="0"/>
              <w:jc w:val="right"/>
            </w:pPr>
            <w:r>
              <w:rPr>
                <w:sz w:val="16"/>
              </w:rPr>
              <w:t>$0</w:t>
            </w:r>
          </w:p>
        </w:tc>
        <w:tc>
          <w:tcPr>
            <w:tcW w:type="dxa" w:w="1195"/>
          </w:tcPr>
          <w:p>
            <w:pPr>
              <w:spacing w:after="0"/>
              <w:jc w:val="right"/>
            </w:pPr>
            <w:r>
              <w:rPr>
                <w:sz w:val="16"/>
              </w:rPr>
              <w:t>$46,025</w:t>
            </w:r>
          </w:p>
        </w:tc>
        <w:tc>
          <w:tcPr>
            <w:tcW w:type="dxa" w:w="1059"/>
          </w:tcPr>
          <w:p>
            <w:pPr>
              <w:spacing w:after="0"/>
              <w:jc w:val="right"/>
            </w:pPr>
            <w:r>
              <w:rPr>
                <w:sz w:val="16"/>
              </w:rPr>
              <w:t>n/a (see note)</w:t>
            </w:r>
          </w:p>
        </w:tc>
        <w:tc>
          <w:tcPr>
            <w:tcW w:type="dxa" w:w="1270"/>
          </w:tcPr>
          <w:p>
            <w:pPr>
              <w:spacing w:after="0"/>
              <w:jc w:val="right"/>
            </w:pPr>
            <w:r>
              <w:rPr>
                <w:sz w:val="16"/>
              </w:rPr>
              <w:t>$800</w:t>
            </w:r>
          </w:p>
        </w:tc>
        <w:tc>
          <w:tcPr>
            <w:tcW w:type="dxa" w:w="1139"/>
          </w:tcPr>
          <w:p>
            <w:pPr>
              <w:spacing w:after="0"/>
              <w:jc w:val="right"/>
            </w:pPr>
          </w:p>
        </w:tc>
        <w:tc>
          <w:tcPr>
            <w:tcW w:type="dxa" w:w="1362"/>
          </w:tcPr>
          <w:p>
            <w:pPr>
              <w:spacing w:after="0"/>
              <w:jc w:val="right"/>
            </w:pPr>
            <w:r>
              <w:rPr>
                <w:sz w:val="16"/>
              </w:rPr>
              <w:t>$103,025.65</w:t>
            </w:r>
          </w:p>
        </w:tc>
        <w:tc>
          <w:tcPr>
            <w:tcW w:type="dxa" w:w="13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$7,977,179</w:t>
            </w:r>
          </w:p>
        </w:tc>
        <w:tc>
          <w:tcPr>
            <w:tcW w:type="dxa" w:w="1141"/>
          </w:tcPr>
          <w:p>
            <w:pPr>
              <w:spacing w:after="0"/>
              <w:jc w:val="right"/>
            </w:pPr>
          </w:p>
        </w:tc>
        <w:tc>
          <w:tcPr>
            <w:tcW w:type="dxa" w:w="1049"/>
          </w:tcPr>
          <w:p>
            <w:pPr>
              <w:spacing w:after="0"/>
              <w:jc w:val="right"/>
            </w:pPr>
            <w:r>
              <w:rPr>
                <w:sz w:val="16"/>
              </w:rPr>
              <w:t>61</w:t>
            </w:r>
          </w:p>
        </w:tc>
        <w:tc>
          <w:tcPr>
            <w:tcW w:type="dxa" w:w="1037"/>
          </w:tcPr>
          <w:p>
            <w:pPr>
              <w:spacing w:after="0"/>
              <w:jc w:val="right"/>
            </w:pPr>
            <w:r>
              <w:rPr>
                <w:sz w:val="16"/>
              </w:rPr>
              <w:t>$23</w:t>
            </w:r>
          </w:p>
        </w:tc>
        <w:tc>
          <w:tcPr>
            <w:tcW w:type="dxa" w:w="1126"/>
          </w:tcPr>
          <w:p>
            <w:pPr>
              <w:spacing w:after="0"/>
              <w:jc w:val="right"/>
            </w:pPr>
          </w:p>
        </w:tc>
        <w:tc>
          <w:tcPr>
            <w:tcW w:type="dxa" w:w="1195"/>
          </w:tcPr>
          <w:p>
            <w:pPr>
              <w:spacing w:after="0"/>
              <w:jc w:val="right"/>
            </w:pPr>
            <w:r>
              <w:rPr>
                <w:sz w:val="16"/>
              </w:rPr>
              <w:t>$4</w:t>
            </w:r>
          </w:p>
        </w:tc>
        <w:tc>
          <w:tcPr>
            <w:tcW w:type="dxa" w:w="1059"/>
          </w:tcPr>
          <w:p>
            <w:pPr>
              <w:spacing w:after="0"/>
              <w:jc w:val="right"/>
            </w:pPr>
            <w:r>
              <w:rPr>
                <w:sz w:val="16"/>
              </w:rPr>
              <w:t>0.000285%</w:t>
            </w:r>
          </w:p>
        </w:tc>
        <w:tc>
          <w:tcPr>
            <w:tcW w:type="dxa" w:w="1270"/>
          </w:tcPr>
          <w:p>
            <w:pPr>
              <w:spacing w:after="0"/>
              <w:jc w:val="right"/>
            </w:pPr>
          </w:p>
        </w:tc>
        <w:tc>
          <w:tcPr>
            <w:tcW w:type="dxa" w:w="1139"/>
          </w:tcPr>
          <w:p>
            <w:pPr>
              <w:spacing w:after="0"/>
              <w:jc w:val="right"/>
            </w:pPr>
          </w:p>
        </w:tc>
        <w:tc>
          <w:tcPr>
            <w:tcW w:type="dxa" w:w="1362"/>
          </w:tcPr>
          <w:p>
            <w:pPr>
              <w:spacing w:after="0"/>
              <w:jc w:val="right"/>
            </w:pPr>
            <w:r>
              <w:rPr>
                <w:sz w:val="16"/>
              </w:rPr>
              <w:t>$103,025.65</w:t>
            </w:r>
          </w:p>
        </w:tc>
        <w:tc>
          <w:tcPr>
            <w:tcW w:type="dxa" w:w="130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$2,855,894,402</w:t>
            </w:r>
          </w:p>
        </w:tc>
        <w:tc>
          <w:tcPr>
            <w:tcW w:type="dxa" w:w="1141"/>
          </w:tcPr>
          <w:p>
            <w:pPr>
              <w:spacing w:after="0"/>
              <w:jc w:val="right"/>
            </w:pPr>
          </w:p>
        </w:tc>
        <w:tc>
          <w:tcPr>
            <w:tcW w:type="dxa" w:w="1049"/>
          </w:tcPr>
          <w:p>
            <w:pPr>
              <w:spacing w:after="0"/>
              <w:jc w:val="right"/>
            </w:pPr>
            <w:r>
              <w:rPr>
                <w:sz w:val="16"/>
              </w:rPr>
              <w:t>23,684</w:t>
            </w:r>
          </w:p>
        </w:tc>
        <w:tc>
          <w:tcPr>
            <w:tcW w:type="dxa" w:w="1037"/>
          </w:tcPr>
          <w:p>
            <w:pPr>
              <w:spacing w:after="0"/>
              <w:jc w:val="right"/>
            </w:pPr>
            <w:r>
              <w:rPr>
                <w:sz w:val="16"/>
              </w:rPr>
              <w:t>$5,993</w:t>
            </w:r>
          </w:p>
        </w:tc>
        <w:tc>
          <w:tcPr>
            <w:tcW w:type="dxa" w:w="1126"/>
          </w:tcPr>
          <w:p>
            <w:pPr>
              <w:spacing w:after="0"/>
              <w:jc w:val="right"/>
            </w:pPr>
          </w:p>
        </w:tc>
        <w:tc>
          <w:tcPr>
            <w:tcW w:type="dxa" w:w="1195"/>
          </w:tcPr>
          <w:p>
            <w:pPr>
              <w:spacing w:after="0"/>
              <w:jc w:val="right"/>
            </w:pPr>
            <w:r>
              <w:rPr>
                <w:sz w:val="16"/>
              </w:rPr>
              <w:t>$306,749</w:t>
            </w:r>
          </w:p>
        </w:tc>
        <w:tc>
          <w:tcPr>
            <w:tcW w:type="dxa" w:w="1059"/>
          </w:tcPr>
          <w:p>
            <w:pPr>
              <w:spacing w:after="0"/>
              <w:jc w:val="right"/>
            </w:pPr>
            <w:r>
              <w:rPr>
                <w:sz w:val="16"/>
              </w:rPr>
              <w:t>0.00021%</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$2,855,894,402</w:t>
            </w:r>
          </w:p>
        </w:tc>
        <w:tc>
          <w:tcPr>
            <w:tcW w:type="dxa" w:w="1141"/>
          </w:tcPr>
          <w:p>
            <w:pPr>
              <w:spacing w:after="0"/>
              <w:jc w:val="right"/>
            </w:pPr>
            <w:r>
              <w:rPr>
                <w:sz w:val="16"/>
              </w:rPr>
              <w:t>$0</w:t>
            </w:r>
          </w:p>
        </w:tc>
        <w:tc>
          <w:tcPr>
            <w:tcW w:type="dxa" w:w="1049"/>
          </w:tcPr>
          <w:p>
            <w:pPr>
              <w:spacing w:after="0"/>
              <w:jc w:val="right"/>
            </w:pPr>
            <w:r>
              <w:rPr>
                <w:sz w:val="16"/>
              </w:rPr>
              <w:t>23,684</w:t>
            </w:r>
          </w:p>
        </w:tc>
        <w:tc>
          <w:tcPr>
            <w:tcW w:type="dxa" w:w="1037"/>
          </w:tcPr>
          <w:p>
            <w:pPr>
              <w:spacing w:after="0"/>
              <w:jc w:val="right"/>
            </w:pPr>
            <w:r>
              <w:rPr>
                <w:sz w:val="16"/>
              </w:rPr>
              <w:t>$81</w:t>
            </w:r>
          </w:p>
        </w:tc>
        <w:tc>
          <w:tcPr>
            <w:tcW w:type="dxa" w:w="1126"/>
          </w:tcPr>
          <w:p>
            <w:pPr>
              <w:spacing w:after="0"/>
              <w:jc w:val="right"/>
            </w:pPr>
            <w:r>
              <w:rPr>
                <w:sz w:val="16"/>
              </w:rPr>
              <w:t>$0</w:t>
            </w:r>
          </w:p>
        </w:tc>
        <w:tc>
          <w:tcPr>
            <w:tcW w:type="dxa" w:w="1195"/>
          </w:tcPr>
          <w:p>
            <w:pPr>
              <w:spacing w:after="0"/>
              <w:jc w:val="right"/>
            </w:pPr>
            <w:r>
              <w:rPr>
                <w:sz w:val="16"/>
              </w:rPr>
              <w:t>$61</w:t>
            </w:r>
          </w:p>
        </w:tc>
        <w:tc>
          <w:tcPr>
            <w:tcW w:type="dxa" w:w="1059"/>
          </w:tcPr>
          <w:p>
            <w:pPr>
              <w:spacing w:after="0"/>
              <w:jc w:val="right"/>
            </w:pPr>
            <w:r>
              <w:rPr>
                <w:sz w:val="16"/>
              </w:rPr>
              <w:t>under 0.0001%</w:t>
            </w:r>
          </w:p>
        </w:tc>
        <w:tc>
          <w:tcPr>
            <w:tcW w:type="dxa" w:w="1270"/>
          </w:tcPr>
          <w:p>
            <w:pPr>
              <w:spacing w:after="0"/>
              <w:jc w:val="right"/>
            </w:pPr>
          </w:p>
        </w:tc>
        <w:tc>
          <w:tcPr>
            <w:tcW w:type="dxa" w:w="1139"/>
          </w:tcPr>
          <w:p>
            <w:pPr>
              <w:spacing w:after="0"/>
              <w:jc w:val="right"/>
            </w:pPr>
            <w:r>
              <w:rPr>
                <w:sz w:val="16"/>
              </w:rPr>
              <w:t>$6,000</w:t>
            </w:r>
          </w:p>
        </w:tc>
        <w:tc>
          <w:tcPr>
            <w:tcW w:type="dxa" w:w="1362"/>
          </w:tcPr>
          <w:p>
            <w:pPr>
              <w:spacing w:after="0"/>
              <w:jc w:val="right"/>
            </w:pPr>
          </w:p>
        </w:tc>
        <w:tc>
          <w:tcPr>
            <w:tcW w:type="dxa" w:w="1304"/>
          </w:tcPr>
          <w:p>
            <w:pPr>
              <w:spacing w:after="0"/>
              <w:jc w:val="left"/>
            </w:pPr>
            <w:r>
              <w:rPr>
                <w:sz w:val="16"/>
              </w:rPr>
              <w:t>Storm Events damage since the plan includes 1 zone-level Strong Wind record ($6,000),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$2,855,894,402</w:t>
            </w:r>
          </w:p>
        </w:tc>
        <w:tc>
          <w:tcPr>
            <w:tcW w:type="dxa" w:w="1141"/>
          </w:tcPr>
          <w:p>
            <w:pPr>
              <w:spacing w:after="0"/>
              <w:jc w:val="right"/>
            </w:pPr>
            <w:r>
              <w:rPr>
                <w:sz w:val="16"/>
              </w:rPr>
              <w:t>$0</w:t>
            </w:r>
          </w:p>
        </w:tc>
        <w:tc>
          <w:tcPr>
            <w:tcW w:type="dxa" w:w="1049"/>
          </w:tcPr>
          <w:p>
            <w:pPr>
              <w:spacing w:after="0"/>
              <w:jc w:val="right"/>
            </w:pPr>
            <w:r>
              <w:rPr>
                <w:sz w:val="16"/>
              </w:rPr>
              <w:t>23,684</w:t>
            </w:r>
          </w:p>
        </w:tc>
        <w:tc>
          <w:tcPr>
            <w:tcW w:type="dxa" w:w="1037"/>
          </w:tcPr>
          <w:p>
            <w:pPr>
              <w:spacing w:after="0"/>
              <w:jc w:val="right"/>
            </w:pPr>
            <w:r>
              <w:rPr>
                <w:sz w:val="16"/>
              </w:rPr>
              <w:t>$2,461</w:t>
            </w:r>
          </w:p>
        </w:tc>
        <w:tc>
          <w:tcPr>
            <w:tcW w:type="dxa" w:w="1126"/>
          </w:tcPr>
          <w:p>
            <w:pPr>
              <w:spacing w:after="0"/>
              <w:jc w:val="right"/>
            </w:pPr>
            <w:r>
              <w:rPr>
                <w:sz w:val="16"/>
              </w:rPr>
              <w:t>$0</w:t>
            </w:r>
          </w:p>
        </w:tc>
        <w:tc>
          <w:tcPr>
            <w:tcW w:type="dxa" w:w="1195"/>
          </w:tcPr>
          <w:p>
            <w:pPr>
              <w:spacing w:after="0"/>
              <w:jc w:val="right"/>
            </w:pPr>
            <w:r>
              <w:rPr>
                <w:sz w:val="16"/>
              </w:rPr>
              <w:t>$3,566</w:t>
            </w:r>
          </w:p>
        </w:tc>
        <w:tc>
          <w:tcPr>
            <w:tcW w:type="dxa" w:w="1059"/>
          </w:tcPr>
          <w:p>
            <w:pPr>
              <w:spacing w:after="0"/>
              <w:jc w:val="right"/>
            </w:pPr>
            <w:r>
              <w:rPr>
                <w:sz w:val="16"/>
              </w:rPr>
              <w:t>under 0.0001%</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$1,524,784,260</w:t>
            </w:r>
          </w:p>
        </w:tc>
        <w:tc>
          <w:tcPr>
            <w:tcW w:type="dxa" w:w="1141"/>
          </w:tcPr>
          <w:p>
            <w:pPr>
              <w:spacing w:after="0"/>
              <w:jc w:val="right"/>
            </w:pPr>
          </w:p>
        </w:tc>
        <w:tc>
          <w:tcPr>
            <w:tcW w:type="dxa" w:w="1049"/>
          </w:tcPr>
          <w:p>
            <w:pPr>
              <w:spacing w:after="0"/>
              <w:jc w:val="right"/>
            </w:pPr>
            <w:r>
              <w:rPr>
                <w:sz w:val="16"/>
              </w:rPr>
              <w:t>3,920</w:t>
            </w:r>
          </w:p>
        </w:tc>
        <w:tc>
          <w:tcPr>
            <w:tcW w:type="dxa" w:w="1037"/>
          </w:tcPr>
          <w:p>
            <w:pPr>
              <w:spacing w:after="0"/>
              <w:jc w:val="right"/>
            </w:pPr>
            <w:r>
              <w:rPr>
                <w:sz w:val="16"/>
              </w:rPr>
              <w:t>$13,100</w:t>
            </w:r>
          </w:p>
        </w:tc>
        <w:tc>
          <w:tcPr>
            <w:tcW w:type="dxa" w:w="1126"/>
          </w:tcPr>
          <w:p>
            <w:pPr>
              <w:spacing w:after="0"/>
              <w:jc w:val="right"/>
            </w:pPr>
          </w:p>
        </w:tc>
        <w:tc>
          <w:tcPr>
            <w:tcW w:type="dxa" w:w="1195"/>
          </w:tcPr>
          <w:p>
            <w:pPr>
              <w:spacing w:after="0"/>
              <w:jc w:val="right"/>
            </w:pPr>
            <w:r>
              <w:rPr>
                <w:sz w:val="16"/>
              </w:rPr>
              <w:t>$6,208,630</w:t>
            </w:r>
          </w:p>
        </w:tc>
        <w:tc>
          <w:tcPr>
            <w:tcW w:type="dxa" w:w="1059"/>
          </w:tcPr>
          <w:p>
            <w:pPr>
              <w:spacing w:after="0"/>
              <w:jc w:val="right"/>
            </w:pPr>
            <w:r>
              <w:rPr>
                <w:sz w:val="16"/>
              </w:rPr>
              <w:t>0.000859%</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$2,855,894,402</w:t>
            </w:r>
          </w:p>
        </w:tc>
        <w:tc>
          <w:tcPr>
            <w:tcW w:type="dxa" w:w="1141"/>
          </w:tcPr>
          <w:p>
            <w:pPr>
              <w:spacing w:after="0"/>
              <w:jc w:val="right"/>
            </w:pPr>
          </w:p>
        </w:tc>
        <w:tc>
          <w:tcPr>
            <w:tcW w:type="dxa" w:w="1049"/>
          </w:tcPr>
          <w:p>
            <w:pPr>
              <w:spacing w:after="0"/>
              <w:jc w:val="right"/>
            </w:pPr>
            <w:r>
              <w:rPr>
                <w:sz w:val="16"/>
              </w:rPr>
              <w:t>23,684</w:t>
            </w:r>
          </w:p>
        </w:tc>
        <w:tc>
          <w:tcPr>
            <w:tcW w:type="dxa" w:w="1037"/>
          </w:tcPr>
          <w:p>
            <w:pPr>
              <w:spacing w:after="0"/>
              <w:jc w:val="right"/>
            </w:pPr>
            <w:r>
              <w:rPr>
                <w:sz w:val="16"/>
              </w:rPr>
              <w:t>$1</w:t>
            </w:r>
          </w:p>
        </w:tc>
        <w:tc>
          <w:tcPr>
            <w:tcW w:type="dxa" w:w="1126"/>
          </w:tcPr>
          <w:p>
            <w:pPr>
              <w:spacing w:after="0"/>
              <w:jc w:val="right"/>
            </w:pPr>
          </w:p>
        </w:tc>
        <w:tc>
          <w:tcPr>
            <w:tcW w:type="dxa" w:w="1195"/>
          </w:tcPr>
          <w:p>
            <w:pPr>
              <w:spacing w:after="0"/>
              <w:jc w:val="right"/>
            </w:pPr>
            <w:r>
              <w:rPr>
                <w:sz w:val="16"/>
              </w:rPr>
              <w:t>$567</w:t>
            </w:r>
          </w:p>
        </w:tc>
        <w:tc>
          <w:tcPr>
            <w:tcW w:type="dxa" w:w="1059"/>
          </w:tcPr>
          <w:p>
            <w:pPr>
              <w:spacing w:after="0"/>
              <w:jc w:val="right"/>
            </w:pPr>
            <w:r>
              <w:rPr>
                <w:sz w:val="16"/>
              </w:rPr>
              <w:t>under 0.0001%</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41"/>
          </w:tcPr>
          <w:p>
            <w:pPr>
              <w:spacing w:after="0"/>
              <w:jc w:val="right"/>
            </w:pPr>
            <w:r>
              <w:rPr>
                <w:sz w:val="16"/>
              </w:rPr>
              <w:t>$0</w:t>
            </w:r>
          </w:p>
        </w:tc>
        <w:tc>
          <w:tcPr>
            <w:tcW w:type="dxa" w:w="104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5"/>
          </w:tcPr>
          <w:p>
            <w:pPr>
              <w:spacing w:after="0"/>
              <w:jc w:val="right"/>
            </w:pPr>
            <w:r>
              <w:rPr>
                <w:sz w:val="16"/>
              </w:rPr>
              <w:t>$0</w:t>
            </w: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building exposure is 0 in NRI</w:t>
            </w:r>
          </w:p>
        </w:tc>
      </w:tr>
    </w:tbl>
    <w:p>
      <w:pPr>
        <w:spacing w:after="40" w:before="60"/>
      </w:pPr>
      <w:r>
        <w:rPr>
          <w:sz w:val="15"/>
        </w:rPr>
        <w:t>Totals since 2021-08-24 (Storm Events through 2026-06-30): 2 county-coded records, 2 with a damage value recorded (including $0), $800; 21 zone-level records, 21 with a damage value recorded (including $0), $109,100 reported for the zone; Public Assistance on counted declarations $1,181,954.22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23,684</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$2,855,894,402</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$12,434,993</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$9,563,538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5</w:t>
            </w:r>
          </w:p>
        </w:tc>
        <w:tc>
          <w:tcPr>
            <w:tcW w:type="dxa" w:w="1425"/>
          </w:tcPr>
          <w:p>
            <w:pPr>
              <w:spacing w:after="0"/>
              <w:jc w:val="right"/>
            </w:pPr>
            <w:r>
              <w:rPr>
                <w:sz w:val="16"/>
              </w:rPr>
              <w:t>3</w:t>
            </w:r>
          </w:p>
        </w:tc>
        <w:tc>
          <w:tcPr>
            <w:tcW w:type="dxa" w:w="1425"/>
          </w:tcPr>
          <w:p>
            <w:pPr>
              <w:spacing w:after="0"/>
              <w:jc w:val="right"/>
            </w:pPr>
            <w:r>
              <w:rPr>
                <w:sz w:val="16"/>
              </w:rPr>
              <w:t>28</w:t>
            </w:r>
          </w:p>
        </w:tc>
        <w:tc>
          <w:tcPr>
            <w:tcW w:type="dxa" w:w="1425"/>
          </w:tcPr>
          <w:p>
            <w:pPr>
              <w:spacing w:after="0"/>
              <w:jc w:val="right"/>
            </w:pPr>
            <w:r>
              <w:rPr>
                <w:sz w:val="16"/>
              </w:rPr>
              <w:t>3</w:t>
            </w:r>
          </w:p>
        </w:tc>
        <w:tc>
          <w:tcPr>
            <w:tcW w:type="dxa" w:w="1425"/>
          </w:tcPr>
          <w:p>
            <w:pPr>
              <w:spacing w:after="0"/>
              <w:jc w:val="right"/>
            </w:pPr>
            <w:r>
              <w:rPr>
                <w:sz w:val="16"/>
              </w:rPr>
              <w:t>28</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PUERTO RICO, COMMONWEALTH OF</w:t>
            </w:r>
          </w:p>
        </w:tc>
        <w:tc>
          <w:tcPr>
            <w:tcW w:type="dxa" w:w="1425"/>
          </w:tcPr>
          <w:p>
            <w:pPr>
              <w:spacing w:after="0"/>
              <w:jc w:val="right"/>
            </w:pPr>
            <w:r>
              <w:rPr>
                <w:sz w:val="16"/>
              </w:rPr>
              <w:t>5</w:t>
            </w:r>
          </w:p>
        </w:tc>
        <w:tc>
          <w:tcPr>
            <w:tcW w:type="dxa" w:w="1425"/>
          </w:tcPr>
          <w:p>
            <w:pPr>
              <w:spacing w:after="0"/>
              <w:jc w:val="right"/>
            </w:pPr>
            <w:r>
              <w:rPr>
                <w:sz w:val="16"/>
              </w:rPr>
              <w:t>3</w:t>
            </w:r>
          </w:p>
        </w:tc>
        <w:tc>
          <w:tcPr>
            <w:tcW w:type="dxa" w:w="1425"/>
          </w:tcPr>
          <w:p>
            <w:pPr>
              <w:spacing w:after="0"/>
              <w:jc w:val="right"/>
            </w:pPr>
            <w:r>
              <w:rPr>
                <w:sz w:val="16"/>
              </w:rPr>
              <w:t>28</w:t>
            </w:r>
          </w:p>
        </w:tc>
        <w:tc>
          <w:tcPr>
            <w:tcW w:type="dxa" w:w="1425"/>
          </w:tcPr>
          <w:p>
            <w:pPr>
              <w:spacing w:after="0"/>
              <w:jc w:val="right"/>
            </w:pPr>
            <w:r>
              <w:rPr>
                <w:sz w:val="16"/>
              </w:rPr>
              <w:t>3</w:t>
            </w:r>
          </w:p>
        </w:tc>
        <w:tc>
          <w:tcPr>
            <w:tcW w:type="dxa" w:w="1425"/>
          </w:tcPr>
          <w:p>
            <w:pPr>
              <w:spacing w:after="0"/>
              <w:jc w:val="right"/>
            </w:pPr>
            <w:r>
              <w:rPr>
                <w:sz w:val="16"/>
              </w:rPr>
              <w:t>28</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State level, not in this county: county not reported</w:t>
            </w:r>
          </w:p>
        </w:tc>
        <w:tc>
          <w:tcPr>
            <w:tcW w:type="dxa" w:w="1425"/>
          </w:tcPr>
          <w:p>
            <w:pPr>
              <w:spacing w:after="0"/>
              <w:jc w:val="right"/>
            </w:pPr>
            <w:r>
              <w:rPr>
                <w:sz w:val="16"/>
              </w:rPr>
              <w:t>54</w:t>
            </w:r>
          </w:p>
        </w:tc>
        <w:tc>
          <w:tcPr>
            <w:tcW w:type="dxa" w:w="1425"/>
          </w:tcPr>
          <w:p>
            <w:pPr>
              <w:spacing w:after="0"/>
              <w:jc w:val="right"/>
            </w:pPr>
            <w:r>
              <w:rPr>
                <w:sz w:val="16"/>
              </w:rPr>
              <w:t>165</w:t>
            </w:r>
          </w:p>
        </w:tc>
        <w:tc>
          <w:tcPr>
            <w:tcW w:type="dxa" w:w="1425"/>
          </w:tcPr>
          <w:p>
            <w:pPr>
              <w:spacing w:after="0"/>
              <w:jc w:val="right"/>
            </w:pPr>
            <w:r>
              <w:rPr>
                <w:sz w:val="16"/>
              </w:rPr>
              <w:t>1,572</w:t>
            </w:r>
          </w:p>
        </w:tc>
        <w:tc>
          <w:tcPr>
            <w:tcW w:type="dxa" w:w="1425"/>
          </w:tcPr>
          <w:p>
            <w:pPr>
              <w:spacing w:after="0"/>
              <w:jc w:val="right"/>
            </w:pPr>
            <w:r>
              <w:rPr>
                <w:sz w:val="16"/>
              </w:rPr>
              <w:t>158</w:t>
            </w:r>
          </w:p>
        </w:tc>
        <w:tc>
          <w:tcPr>
            <w:tcW w:type="dxa" w:w="1425"/>
          </w:tcPr>
          <w:p>
            <w:pPr>
              <w:spacing w:after="0"/>
              <w:jc w:val="right"/>
            </w:pPr>
            <w:r>
              <w:rPr>
                <w:sz w:val="16"/>
              </w:rPr>
              <w:t>1,574</w:t>
            </w:r>
          </w:p>
        </w:tc>
        <w:tc>
          <w:tcPr>
            <w:tcW w:type="dxa" w:w="1425"/>
          </w:tcPr>
          <w:p>
            <w:pPr>
              <w:spacing w:after="0"/>
              <w:jc w:val="right"/>
            </w:pPr>
            <w:r>
              <w:rPr>
                <w:sz w:val="16"/>
              </w:rPr>
              <w:t>0</w:t>
            </w:r>
          </w:p>
        </w:tc>
        <w:tc>
          <w:tcPr>
            <w:tcW w:type="dxa" w:w="1586"/>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93"/>
        <w:gridCol w:w="1133"/>
        <w:gridCol w:w="1017"/>
        <w:gridCol w:w="1017"/>
        <w:gridCol w:w="1017"/>
        <w:gridCol w:w="1017"/>
        <w:gridCol w:w="1017"/>
        <w:gridCol w:w="1017"/>
        <w:gridCol w:w="1133"/>
        <w:gridCol w:w="4149"/>
      </w:tblGrid>
      <w:tr>
        <w:trPr>
          <w:cantSplit/>
          <w:tblHeader/>
        </w:trPr>
        <w:tc>
          <w:tcPr>
            <w:tcW w:type="dxa" w:w="1593"/>
            <w:shd w:val="clear" w:color="auto" w:fill="E8E8E8"/>
          </w:tcPr>
          <w:p>
            <w:pPr>
              <w:spacing w:after="0"/>
              <w:jc w:val="left"/>
            </w:pPr>
            <w:r>
              <w:rPr>
                <w:b/>
                <w:sz w:val="16"/>
              </w:rPr>
              <w:t>Member</w:t>
            </w:r>
          </w:p>
        </w:tc>
        <w:tc>
          <w:tcPr>
            <w:tcW w:type="dxa" w:w="1133"/>
            <w:shd w:val="clear" w:color="auto" w:fill="E8E8E8"/>
          </w:tcPr>
          <w:p>
            <w:pPr>
              <w:spacing w:after="0"/>
              <w:jc w:val="left"/>
            </w:pPr>
            <w:r>
              <w:rPr>
                <w:b/>
                <w:sz w:val="16"/>
              </w:rPr>
              <w:t>NFIP community ID</w:t>
            </w:r>
          </w:p>
        </w:tc>
        <w:tc>
          <w:tcPr>
            <w:tcW w:type="dxa" w:w="1017"/>
            <w:shd w:val="clear" w:color="auto" w:fill="E8E8E8"/>
          </w:tcPr>
          <w:p>
            <w:pPr>
              <w:spacing w:after="0"/>
              <w:jc w:val="right"/>
            </w:pPr>
            <w:r>
              <w:rPr>
                <w:b/>
                <w:sz w:val="16"/>
              </w:rPr>
              <w:t>RL, FMA</w:t>
            </w:r>
          </w:p>
          <w:p>
            <w:pPr>
              <w:spacing w:after="0"/>
              <w:jc w:val="right"/>
            </w:pPr>
            <w:r>
              <w:rPr>
                <w:i/>
                <w:color w:val="555555"/>
                <w:sz w:val="14"/>
              </w:rPr>
              <w:t>properties</w:t>
            </w:r>
          </w:p>
        </w:tc>
        <w:tc>
          <w:tcPr>
            <w:tcW w:type="dxa" w:w="1017"/>
            <w:shd w:val="clear" w:color="auto" w:fill="E8E8E8"/>
          </w:tcPr>
          <w:p>
            <w:pPr>
              <w:spacing w:after="0"/>
              <w:jc w:val="right"/>
            </w:pPr>
            <w:r>
              <w:rPr>
                <w:b/>
                <w:sz w:val="16"/>
              </w:rPr>
              <w:t>SRL, FMA</w:t>
            </w:r>
          </w:p>
          <w:p>
            <w:pPr>
              <w:spacing w:after="0"/>
              <w:jc w:val="right"/>
            </w:pPr>
            <w:r>
              <w:rPr>
                <w:i/>
                <w:color w:val="555555"/>
                <w:sz w:val="14"/>
              </w:rPr>
              <w:t>properties</w:t>
            </w:r>
          </w:p>
        </w:tc>
        <w:tc>
          <w:tcPr>
            <w:tcW w:type="dxa" w:w="1017"/>
            <w:shd w:val="clear" w:color="auto" w:fill="E8E8E8"/>
          </w:tcPr>
          <w:p>
            <w:pPr>
              <w:spacing w:after="0"/>
              <w:jc w:val="right"/>
            </w:pPr>
            <w:r>
              <w:rPr>
                <w:b/>
                <w:sz w:val="16"/>
              </w:rPr>
              <w:t>RL, NFIP</w:t>
            </w:r>
          </w:p>
          <w:p>
            <w:pPr>
              <w:spacing w:after="0"/>
              <w:jc w:val="right"/>
            </w:pPr>
            <w:r>
              <w:rPr>
                <w:i/>
                <w:color w:val="555555"/>
                <w:sz w:val="14"/>
              </w:rPr>
              <w:t>properties</w:t>
            </w:r>
          </w:p>
        </w:tc>
        <w:tc>
          <w:tcPr>
            <w:tcW w:type="dxa" w:w="1017"/>
            <w:shd w:val="clear" w:color="auto" w:fill="E8E8E8"/>
          </w:tcPr>
          <w:p>
            <w:pPr>
              <w:spacing w:after="0"/>
              <w:jc w:val="right"/>
            </w:pPr>
            <w:r>
              <w:rPr>
                <w:b/>
                <w:sz w:val="16"/>
              </w:rPr>
              <w:t>SRL, NFIP</w:t>
            </w:r>
          </w:p>
          <w:p>
            <w:pPr>
              <w:spacing w:after="0"/>
              <w:jc w:val="right"/>
            </w:pPr>
            <w:r>
              <w:rPr>
                <w:i/>
                <w:color w:val="555555"/>
                <w:sz w:val="14"/>
              </w:rPr>
              <w:t>properties</w:t>
            </w:r>
          </w:p>
        </w:tc>
        <w:tc>
          <w:tcPr>
            <w:tcW w:type="dxa" w:w="101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7"/>
            <w:shd w:val="clear" w:color="auto" w:fill="E8E8E8"/>
          </w:tcPr>
          <w:p>
            <w:pPr>
              <w:spacing w:after="0"/>
              <w:jc w:val="right"/>
            </w:pPr>
            <w:r>
              <w:rPr>
                <w:b/>
                <w:sz w:val="16"/>
              </w:rPr>
              <w:t>Mitigated</w:t>
            </w:r>
          </w:p>
          <w:p>
            <w:pPr>
              <w:spacing w:after="0"/>
              <w:jc w:val="right"/>
            </w:pPr>
            <w:r>
              <w:rPr>
                <w:i/>
                <w:color w:val="555555"/>
                <w:sz w:val="14"/>
              </w:rPr>
              <w:t>properties</w:t>
            </w:r>
          </w:p>
        </w:tc>
        <w:tc>
          <w:tcPr>
            <w:tcW w:type="dxa" w:w="113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149"/>
            <w:shd w:val="clear" w:color="auto" w:fill="E8E8E8"/>
          </w:tcPr>
          <w:p>
            <w:pPr>
              <w:spacing w:after="0"/>
              <w:jc w:val="left"/>
            </w:pPr>
            <w:r>
              <w:rPr>
                <w:b/>
                <w:sz w:val="16"/>
              </w:rPr>
              <w:t>Note</w:t>
            </w:r>
          </w:p>
        </w:tc>
      </w:tr>
      <w:tr>
        <w:trPr>
          <w:cantSplit/>
        </w:trPr>
        <w:tc>
          <w:tcPr>
            <w:tcW w:type="dxa" w:w="1593"/>
          </w:tcPr>
          <w:p>
            <w:pPr>
              <w:spacing w:after="0"/>
              <w:jc w:val="left"/>
            </w:pPr>
            <w:r>
              <w:rPr>
                <w:sz w:val="16"/>
              </w:rPr>
              <w:t>Loíza Municipio</w:t>
            </w:r>
          </w:p>
        </w:tc>
        <w:tc>
          <w:tcPr>
            <w:tcW w:type="dxa" w:w="1133"/>
          </w:tcPr>
          <w:p>
            <w:pPr>
              <w:spacing w:after="0"/>
              <w:jc w:val="left"/>
            </w:pPr>
            <w:r>
              <w:rPr>
                <w:sz w:val="16"/>
              </w:rPr>
              <w:t>720000</w:t>
            </w:r>
          </w:p>
        </w:tc>
        <w:tc>
          <w:tcPr>
            <w:tcW w:type="dxa" w:w="1017"/>
          </w:tcPr>
          <w:p>
            <w:pPr>
              <w:spacing w:after="0"/>
              <w:jc w:val="right"/>
            </w:pPr>
            <w:r>
              <w:rPr>
                <w:sz w:val="16"/>
              </w:rPr>
              <w:t>5</w:t>
            </w:r>
          </w:p>
        </w:tc>
        <w:tc>
          <w:tcPr>
            <w:tcW w:type="dxa" w:w="1017"/>
          </w:tcPr>
          <w:p>
            <w:pPr>
              <w:spacing w:after="0"/>
              <w:jc w:val="right"/>
            </w:pPr>
            <w:r>
              <w:rPr>
                <w:sz w:val="16"/>
              </w:rPr>
              <w:t>3</w:t>
            </w:r>
          </w:p>
        </w:tc>
        <w:tc>
          <w:tcPr>
            <w:tcW w:type="dxa" w:w="1017"/>
          </w:tcPr>
          <w:p>
            <w:pPr>
              <w:spacing w:after="0"/>
              <w:jc w:val="right"/>
            </w:pPr>
            <w:r>
              <w:rPr>
                <w:sz w:val="16"/>
              </w:rPr>
              <w:t>28</w:t>
            </w:r>
          </w:p>
        </w:tc>
        <w:tc>
          <w:tcPr>
            <w:tcW w:type="dxa" w:w="1017"/>
          </w:tcPr>
          <w:p>
            <w:pPr>
              <w:spacing w:after="0"/>
              <w:jc w:val="right"/>
            </w:pPr>
            <w:r>
              <w:rPr>
                <w:sz w:val="16"/>
              </w:rPr>
              <w:t>3</w:t>
            </w:r>
          </w:p>
        </w:tc>
        <w:tc>
          <w:tcPr>
            <w:tcW w:type="dxa" w:w="1017"/>
          </w:tcPr>
          <w:p>
            <w:pPr>
              <w:spacing w:after="0"/>
              <w:jc w:val="right"/>
            </w:pPr>
            <w:r>
              <w:rPr>
                <w:sz w:val="16"/>
              </w:rPr>
              <w:t>28</w:t>
            </w:r>
          </w:p>
        </w:tc>
        <w:tc>
          <w:tcPr>
            <w:tcW w:type="dxa" w:w="1017"/>
          </w:tcPr>
          <w:p>
            <w:pPr>
              <w:spacing w:after="0"/>
              <w:jc w:val="right"/>
            </w:pPr>
            <w:r>
              <w:rPr>
                <w:sz w:val="16"/>
              </w:rPr>
              <w:t>0</w:t>
            </w:r>
          </w:p>
        </w:tc>
        <w:tc>
          <w:tcPr>
            <w:tcW w:type="dxa" w:w="1133"/>
          </w:tcPr>
          <w:p>
            <w:pPr>
              <w:spacing w:after="0"/>
              <w:jc w:val="right"/>
            </w:pPr>
            <w:r>
              <w:rPr>
                <w:sz w:val="16"/>
              </w:rPr>
              <w:t>1</w:t>
            </w:r>
          </w:p>
        </w:tc>
        <w:tc>
          <w:tcPr>
            <w:tcW w:type="dxa" w:w="4149"/>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3</w:t>
            </w:r>
          </w:p>
        </w:tc>
        <w:tc>
          <w:tcPr>
            <w:tcW w:type="dxa" w:w="1496"/>
          </w:tcPr>
          <w:p>
            <w:pPr>
              <w:spacing w:after="0"/>
              <w:jc w:val="right"/>
            </w:pPr>
            <w:r>
              <w:rPr>
                <w:sz w:val="16"/>
              </w:rPr>
              <w:t>27</w:t>
            </w:r>
          </w:p>
        </w:tc>
        <w:tc>
          <w:tcPr>
            <w:tcW w:type="dxa" w:w="1496"/>
          </w:tcPr>
          <w:p>
            <w:pPr>
              <w:spacing w:after="0"/>
              <w:jc w:val="right"/>
            </w:pPr>
            <w:r>
              <w:rPr>
                <w:sz w:val="16"/>
              </w:rPr>
              <w:t>3</w:t>
            </w:r>
          </w:p>
        </w:tc>
        <w:tc>
          <w:tcPr>
            <w:tcW w:type="dxa" w:w="1496"/>
          </w:tcPr>
          <w:p>
            <w:pPr>
              <w:spacing w:after="0"/>
              <w:jc w:val="right"/>
            </w:pPr>
            <w:r>
              <w:rPr>
                <w:sz w:val="16"/>
              </w:rPr>
              <w:t>27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Loíza Municipio, PR: risk-assessment baseline packet, release 2026-10 (data as of 2026-09-28; County area 72087).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Loíza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Loíza Municipio, PR: Risk-assessment baseline packet</dc:title>
  <dc:subject>Hazard Plain release 2026-10, as of 2026-09-28. Preview: automated baseline</dc:subject>
  <dc:creator>Hazard Plain</dc:creator>
  <cp:keywords>Hazard Plain; hazard mitigation; risk assessment; 72087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