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Las Marías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2025-12-20. Plan: Las Marías (FEMA plan 106718), approved 2020-12-21.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2020-12-21: 5 new hazard declarations (3 incidents)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Landslide ($8,478,328 a year), Hurricane ($2,708,061) and Earthquake ($1,351,693).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2025-12-20</w:t>
      </w:r>
    </w:p>
    <w:p>
      <w:pPr>
        <w:keepNext/>
        <w:spacing w:after="40" w:before="0"/>
      </w:pPr>
      <w:r>
        <w:rPr>
          <w:b/>
        </w:rPr>
        <w:t xml:space="preserve">Plan: </w:t>
      </w:r>
      <w:r>
        <w:rPr/>
        <w:t>Las Marías (FEMA plan 106718)</w:t>
      </w:r>
    </w:p>
    <w:p>
      <w:pPr>
        <w:keepNext/>
        <w:spacing w:after="40" w:before="0"/>
      </w:pPr>
      <w:r>
        <w:rPr>
          <w:b/>
        </w:rPr>
        <w:t xml:space="preserve">Approved: </w:t>
      </w:r>
      <w:r>
        <w:rPr/>
        <w:t>2020-12-21</w:t>
      </w:r>
    </w:p>
    <w:p>
      <w:pPr>
        <w:keepNext/>
        <w:spacing w:after="40" w:before="0"/>
      </w:pPr>
      <w:r>
        <w:rPr>
          <w:b/>
        </w:rPr>
        <w:t xml:space="preserve">Days since expiry: </w:t>
      </w:r>
      <w:r>
        <w:rPr/>
        <w:t>284</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EM-3583-PR (Tropical Storm Fiona), DR-4671-PR (Hurricane Fiona), DR-4805-PR (Severe Storms, Flooding, Landslides, and Mudslides),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7"/>
        <w:gridCol w:w="696"/>
        <w:gridCol w:w="2068"/>
        <w:gridCol w:w="2800"/>
        <w:gridCol w:w="1062"/>
        <w:gridCol w:w="1062"/>
        <w:gridCol w:w="916"/>
        <w:gridCol w:w="3531"/>
      </w:tblGrid>
      <w:tr>
        <w:trPr>
          <w:cantSplit/>
          <w:tblHeader/>
        </w:trPr>
        <w:tc>
          <w:tcPr>
            <w:tcW w:type="dxa" w:w="1977"/>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Status</w:t>
            </w:r>
          </w:p>
        </w:tc>
        <w:tc>
          <w:tcPr>
            <w:tcW w:type="dxa" w:w="2800"/>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31"/>
            <w:shd w:val="clear" w:color="auto" w:fill="E8E8E8"/>
          </w:tcPr>
          <w:p>
            <w:pPr>
              <w:spacing w:after="0"/>
              <w:jc w:val="left"/>
            </w:pPr>
            <w:r>
              <w:rPr>
                <w:b/>
                <w:sz w:val="16"/>
              </w:rPr>
              <w:t>Update underway</w:t>
            </w:r>
          </w:p>
        </w:tc>
      </w:tr>
      <w:tr>
        <w:trPr>
          <w:cantSplit/>
        </w:trPr>
        <w:tc>
          <w:tcPr>
            <w:tcW w:type="dxa" w:w="1977"/>
          </w:tcPr>
          <w:p>
            <w:pPr>
              <w:spacing w:after="0"/>
              <w:jc w:val="left"/>
            </w:pPr>
            <w:r>
              <w:rPr>
                <w:sz w:val="16"/>
              </w:rPr>
              <w:t>Las Marías Municipio</w:t>
            </w:r>
          </w:p>
        </w:tc>
        <w:tc>
          <w:tcPr>
            <w:tcW w:type="dxa" w:w="696"/>
          </w:tcPr>
          <w:p>
            <w:pPr>
              <w:spacing w:after="0"/>
              <w:jc w:val="left"/>
            </w:pPr>
            <w:r>
              <w:rPr>
                <w:sz w:val="16"/>
              </w:rPr>
              <w:t>County</w:t>
            </w:r>
          </w:p>
        </w:tc>
        <w:tc>
          <w:tcPr>
            <w:tcW w:type="dxa" w:w="2068"/>
          </w:tcPr>
          <w:p>
            <w:pPr>
              <w:spacing w:after="0"/>
              <w:jc w:val="left"/>
            </w:pPr>
            <w:r>
              <w:rPr>
                <w:sz w:val="16"/>
              </w:rPr>
              <w:t>Expired on 2025-12-20</w:t>
            </w:r>
          </w:p>
        </w:tc>
        <w:tc>
          <w:tcPr>
            <w:tcW w:type="dxa" w:w="2800"/>
          </w:tcPr>
          <w:p>
            <w:pPr>
              <w:spacing w:after="0"/>
              <w:jc w:val="left"/>
            </w:pPr>
            <w:r>
              <w:rPr>
                <w:sz w:val="16"/>
              </w:rPr>
              <w:t>Las Marías (FEMA plan 106718)</w:t>
            </w:r>
          </w:p>
        </w:tc>
        <w:tc>
          <w:tcPr>
            <w:tcW w:type="dxa" w:w="1062"/>
          </w:tcPr>
          <w:p>
            <w:pPr>
              <w:spacing w:after="0"/>
              <w:jc w:val="left"/>
            </w:pPr>
            <w:r>
              <w:rPr>
                <w:sz w:val="16"/>
              </w:rPr>
              <w:t>2020-12-21</w:t>
            </w:r>
          </w:p>
        </w:tc>
        <w:tc>
          <w:tcPr>
            <w:tcW w:type="dxa" w:w="1062"/>
          </w:tcPr>
          <w:p>
            <w:pPr>
              <w:spacing w:after="0"/>
              <w:jc w:val="left"/>
            </w:pPr>
            <w:r>
              <w:rPr>
                <w:sz w:val="16"/>
              </w:rPr>
              <w:t>2025-12-20</w:t>
            </w:r>
          </w:p>
        </w:tc>
        <w:tc>
          <w:tcPr>
            <w:tcW w:type="dxa" w:w="916"/>
          </w:tcPr>
          <w:p>
            <w:pPr>
              <w:spacing w:after="0"/>
              <w:jc w:val="right"/>
            </w:pPr>
            <w:r>
              <w:rPr>
                <w:sz w:val="16"/>
              </w:rPr>
              <w:t>-284</w:t>
            </w:r>
          </w:p>
        </w:tc>
        <w:tc>
          <w:tcPr>
            <w:tcW w:type="dxa" w:w="3531"/>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62"/>
        <w:gridCol w:w="1344"/>
        <w:gridCol w:w="1549"/>
        <w:gridCol w:w="1037"/>
        <w:gridCol w:w="1126"/>
        <w:gridCol w:w="1208"/>
        <w:gridCol w:w="1088"/>
        <w:gridCol w:w="1396"/>
        <w:gridCol w:w="1851"/>
        <w:gridCol w:w="1778"/>
      </w:tblGrid>
      <w:tr>
        <w:trPr>
          <w:cantSplit/>
          <w:tblHeader/>
        </w:trPr>
        <w:tc>
          <w:tcPr>
            <w:tcW w:type="dxa" w:w="673"/>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344"/>
            <w:shd w:val="clear" w:color="auto" w:fill="E8E8E8"/>
          </w:tcPr>
          <w:p>
            <w:pPr>
              <w:spacing w:after="0"/>
              <w:jc w:val="left"/>
            </w:pPr>
            <w:r>
              <w:rPr>
                <w:b/>
                <w:sz w:val="16"/>
              </w:rPr>
              <w:t>NRI risk rating</w:t>
            </w:r>
          </w:p>
        </w:tc>
        <w:tc>
          <w:tcPr>
            <w:tcW w:type="dxa" w:w="15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5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78"/>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62"/>
          </w:tcPr>
          <w:p>
            <w:pPr>
              <w:spacing w:after="0"/>
              <w:jc w:val="left"/>
            </w:pPr>
            <w:r>
              <w:rPr>
                <w:sz w:val="16"/>
              </w:rPr>
              <w:t>Landslide</w:t>
            </w:r>
          </w:p>
        </w:tc>
        <w:tc>
          <w:tcPr>
            <w:tcW w:type="dxa" w:w="1344"/>
          </w:tcPr>
          <w:p>
            <w:pPr>
              <w:spacing w:after="0"/>
              <w:jc w:val="left"/>
            </w:pPr>
            <w:r>
              <w:rPr>
                <w:sz w:val="16"/>
              </w:rPr>
              <w:t>Insufficient Data</w:t>
            </w:r>
          </w:p>
        </w:tc>
        <w:tc>
          <w:tcPr>
            <w:tcW w:type="dxa" w:w="1549"/>
          </w:tcPr>
          <w:p>
            <w:pPr>
              <w:spacing w:after="0"/>
              <w:jc w:val="left"/>
            </w:pPr>
            <w:r>
              <w:rPr>
                <w:sz w:val="16"/>
              </w:rPr>
              <w:t>Very High</w:t>
            </w:r>
          </w:p>
        </w:tc>
        <w:tc>
          <w:tcPr>
            <w:tcW w:type="dxa" w:w="1037"/>
          </w:tcPr>
          <w:p>
            <w:pPr>
              <w:spacing w:after="0"/>
              <w:jc w:val="right"/>
            </w:pPr>
            <w:r>
              <w:rPr>
                <w:sz w:val="16"/>
              </w:rPr>
              <w:t>$7,480,831</w:t>
            </w:r>
          </w:p>
        </w:tc>
        <w:tc>
          <w:tcPr>
            <w:tcW w:type="dxa" w:w="1126"/>
          </w:tcPr>
          <w:p>
            <w:pPr>
              <w:spacing w:after="0"/>
              <w:jc w:val="right"/>
            </w:pPr>
            <w:r>
              <w:rPr>
                <w:sz w:val="16"/>
              </w:rPr>
              <w:t>n/a</w:t>
            </w:r>
          </w:p>
        </w:tc>
        <w:tc>
          <w:tcPr>
            <w:tcW w:type="dxa" w:w="1208"/>
          </w:tcPr>
          <w:p>
            <w:pPr>
              <w:spacing w:after="0"/>
              <w:jc w:val="right"/>
            </w:pPr>
            <w:r>
              <w:rPr>
                <w:sz w:val="16"/>
              </w:rPr>
              <w:t>$997,497</w:t>
            </w:r>
          </w:p>
        </w:tc>
        <w:tc>
          <w:tcPr>
            <w:tcW w:type="dxa" w:w="1088"/>
          </w:tcPr>
          <w:p>
            <w:pPr>
              <w:spacing w:after="0"/>
              <w:jc w:val="right"/>
            </w:pPr>
            <w:r>
              <w:rPr>
                <w:sz w:val="16"/>
              </w:rPr>
              <w:t>$8,478,328</w:t>
            </w:r>
          </w:p>
        </w:tc>
        <w:tc>
          <w:tcPr>
            <w:tcW w:type="dxa" w:w="1396"/>
          </w:tcPr>
          <w:p>
            <w:pPr>
              <w:spacing w:after="0"/>
              <w:jc w:val="right"/>
            </w:pPr>
            <w:r>
              <w:rPr>
                <w:sz w:val="16"/>
              </w:rPr>
              <w:t>36</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2</w:t>
            </w:r>
          </w:p>
        </w:tc>
        <w:tc>
          <w:tcPr>
            <w:tcW w:type="dxa" w:w="1062"/>
          </w:tcPr>
          <w:p>
            <w:pPr>
              <w:spacing w:after="0"/>
              <w:jc w:val="left"/>
            </w:pPr>
            <w:r>
              <w:rPr>
                <w:sz w:val="16"/>
              </w:rPr>
              <w:t>Hurricane</w:t>
            </w:r>
          </w:p>
        </w:tc>
        <w:tc>
          <w:tcPr>
            <w:tcW w:type="dxa" w:w="1344"/>
          </w:tcPr>
          <w:p>
            <w:pPr>
              <w:spacing w:after="0"/>
              <w:jc w:val="left"/>
            </w:pPr>
            <w:r>
              <w:rPr>
                <w:sz w:val="16"/>
              </w:rPr>
              <w:t>Insufficient Data</w:t>
            </w:r>
          </w:p>
        </w:tc>
        <w:tc>
          <w:tcPr>
            <w:tcW w:type="dxa" w:w="1549"/>
          </w:tcPr>
          <w:p>
            <w:pPr>
              <w:spacing w:after="0"/>
              <w:jc w:val="left"/>
            </w:pPr>
            <w:r>
              <w:rPr>
                <w:sz w:val="16"/>
              </w:rPr>
              <w:t>Relatively Moderate</w:t>
            </w:r>
          </w:p>
        </w:tc>
        <w:tc>
          <w:tcPr>
            <w:tcW w:type="dxa" w:w="1037"/>
          </w:tcPr>
          <w:p>
            <w:pPr>
              <w:spacing w:after="0"/>
              <w:jc w:val="right"/>
            </w:pPr>
            <w:r>
              <w:rPr>
                <w:sz w:val="16"/>
              </w:rPr>
              <w:t>$2,465,740</w:t>
            </w:r>
          </w:p>
        </w:tc>
        <w:tc>
          <w:tcPr>
            <w:tcW w:type="dxa" w:w="1126"/>
          </w:tcPr>
          <w:p>
            <w:pPr>
              <w:spacing w:after="0"/>
              <w:jc w:val="right"/>
            </w:pPr>
            <w:r>
              <w:rPr>
                <w:sz w:val="16"/>
              </w:rPr>
              <w:t>$0</w:t>
            </w:r>
          </w:p>
        </w:tc>
        <w:tc>
          <w:tcPr>
            <w:tcW w:type="dxa" w:w="1208"/>
          </w:tcPr>
          <w:p>
            <w:pPr>
              <w:spacing w:after="0"/>
              <w:jc w:val="right"/>
            </w:pPr>
            <w:r>
              <w:rPr>
                <w:sz w:val="16"/>
              </w:rPr>
              <w:t>$242,322</w:t>
            </w:r>
          </w:p>
        </w:tc>
        <w:tc>
          <w:tcPr>
            <w:tcW w:type="dxa" w:w="1088"/>
          </w:tcPr>
          <w:p>
            <w:pPr>
              <w:spacing w:after="0"/>
              <w:jc w:val="right"/>
            </w:pPr>
            <w:r>
              <w:rPr>
                <w:sz w:val="16"/>
              </w:rPr>
              <w:t>$2,708,061</w:t>
            </w:r>
          </w:p>
        </w:tc>
        <w:tc>
          <w:tcPr>
            <w:tcW w:type="dxa" w:w="1396"/>
          </w:tcPr>
          <w:p>
            <w:pPr>
              <w:spacing w:after="0"/>
              <w:jc w:val="right"/>
            </w:pPr>
            <w:r>
              <w:rPr>
                <w:sz w:val="16"/>
              </w:rPr>
              <w:t>6</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3</w:t>
            </w:r>
          </w:p>
        </w:tc>
        <w:tc>
          <w:tcPr>
            <w:tcW w:type="dxa" w:w="1062"/>
          </w:tcPr>
          <w:p>
            <w:pPr>
              <w:spacing w:after="0"/>
              <w:jc w:val="left"/>
            </w:pPr>
            <w:r>
              <w:rPr>
                <w:sz w:val="16"/>
              </w:rPr>
              <w:t>Earthquake</w:t>
            </w:r>
          </w:p>
        </w:tc>
        <w:tc>
          <w:tcPr>
            <w:tcW w:type="dxa" w:w="1344"/>
          </w:tcPr>
          <w:p>
            <w:pPr>
              <w:spacing w:after="0"/>
              <w:jc w:val="left"/>
            </w:pPr>
            <w:r>
              <w:rPr>
                <w:sz w:val="16"/>
              </w:rPr>
              <w:t>Insufficient Data</w:t>
            </w:r>
          </w:p>
        </w:tc>
        <w:tc>
          <w:tcPr>
            <w:tcW w:type="dxa" w:w="1549"/>
          </w:tcPr>
          <w:p>
            <w:pPr>
              <w:spacing w:after="0"/>
              <w:jc w:val="left"/>
            </w:pPr>
            <w:r>
              <w:rPr>
                <w:sz w:val="16"/>
              </w:rPr>
              <w:t>Relatively Low</w:t>
            </w:r>
          </w:p>
        </w:tc>
        <w:tc>
          <w:tcPr>
            <w:tcW w:type="dxa" w:w="1037"/>
          </w:tcPr>
          <w:p>
            <w:pPr>
              <w:spacing w:after="0"/>
              <w:jc w:val="right"/>
            </w:pPr>
            <w:r>
              <w:rPr>
                <w:sz w:val="16"/>
              </w:rPr>
              <w:t>$620,376</w:t>
            </w:r>
          </w:p>
        </w:tc>
        <w:tc>
          <w:tcPr>
            <w:tcW w:type="dxa" w:w="1126"/>
          </w:tcPr>
          <w:p>
            <w:pPr>
              <w:spacing w:after="0"/>
              <w:jc w:val="right"/>
            </w:pPr>
            <w:r>
              <w:rPr>
                <w:sz w:val="16"/>
              </w:rPr>
              <w:t>n/a</w:t>
            </w:r>
          </w:p>
        </w:tc>
        <w:tc>
          <w:tcPr>
            <w:tcW w:type="dxa" w:w="1208"/>
          </w:tcPr>
          <w:p>
            <w:pPr>
              <w:spacing w:after="0"/>
              <w:jc w:val="right"/>
            </w:pPr>
            <w:r>
              <w:rPr>
                <w:sz w:val="16"/>
              </w:rPr>
              <w:t>$731,317</w:t>
            </w:r>
          </w:p>
        </w:tc>
        <w:tc>
          <w:tcPr>
            <w:tcW w:type="dxa" w:w="1088"/>
          </w:tcPr>
          <w:p>
            <w:pPr>
              <w:spacing w:after="0"/>
              <w:jc w:val="right"/>
            </w:pPr>
            <w:r>
              <w:rPr>
                <w:sz w:val="16"/>
              </w:rPr>
              <w:t>$1,351,693</w:t>
            </w:r>
          </w:p>
        </w:tc>
        <w:tc>
          <w:tcPr>
            <w:tcW w:type="dxa" w:w="1396"/>
          </w:tcPr>
          <w:p>
            <w:pPr>
              <w:spacing w:after="0"/>
              <w:jc w:val="right"/>
            </w:pPr>
          </w:p>
        </w:tc>
        <w:tc>
          <w:tcPr>
            <w:tcW w:type="dxa" w:w="1851"/>
          </w:tcPr>
          <w:p>
            <w:pPr>
              <w:spacing w:after="0"/>
              <w:jc w:val="left"/>
            </w:pPr>
          </w:p>
        </w:tc>
        <w:tc>
          <w:tcPr>
            <w:tcW w:type="dxa" w:w="1778"/>
          </w:tcPr>
          <w:p>
            <w:pPr>
              <w:spacing w:after="0"/>
              <w:jc w:val="left"/>
            </w:pPr>
            <w:r>
              <w:rPr>
                <w:sz w:val="16"/>
              </w:rPr>
              <w:t>Storm Events does not record earthquakes.</w:t>
            </w:r>
          </w:p>
        </w:tc>
      </w:tr>
      <w:tr>
        <w:trPr>
          <w:cantSplit/>
        </w:trPr>
        <w:tc>
          <w:tcPr>
            <w:tcW w:type="dxa" w:w="673"/>
          </w:tcPr>
          <w:p>
            <w:pPr>
              <w:spacing w:after="0"/>
              <w:jc w:val="right"/>
            </w:pPr>
            <w:r>
              <w:rPr>
                <w:sz w:val="16"/>
              </w:rPr>
              <w:t>4</w:t>
            </w:r>
          </w:p>
        </w:tc>
        <w:tc>
          <w:tcPr>
            <w:tcW w:type="dxa" w:w="1062"/>
          </w:tcPr>
          <w:p>
            <w:pPr>
              <w:spacing w:after="0"/>
              <w:jc w:val="left"/>
            </w:pPr>
            <w:r>
              <w:rPr>
                <w:sz w:val="16"/>
              </w:rPr>
              <w:t>Inland Flooding</w:t>
            </w:r>
          </w:p>
        </w:tc>
        <w:tc>
          <w:tcPr>
            <w:tcW w:type="dxa" w:w="1344"/>
          </w:tcPr>
          <w:p>
            <w:pPr>
              <w:spacing w:after="0"/>
              <w:jc w:val="left"/>
            </w:pPr>
            <w:r>
              <w:rPr>
                <w:sz w:val="16"/>
              </w:rPr>
              <w:t>Insufficient Data</w:t>
            </w:r>
          </w:p>
        </w:tc>
        <w:tc>
          <w:tcPr>
            <w:tcW w:type="dxa" w:w="1549"/>
          </w:tcPr>
          <w:p>
            <w:pPr>
              <w:spacing w:after="0"/>
              <w:jc w:val="left"/>
            </w:pPr>
            <w:r>
              <w:rPr>
                <w:sz w:val="16"/>
              </w:rPr>
              <w:t>Very Low</w:t>
            </w:r>
          </w:p>
        </w:tc>
        <w:tc>
          <w:tcPr>
            <w:tcW w:type="dxa" w:w="1037"/>
          </w:tcPr>
          <w:p>
            <w:pPr>
              <w:spacing w:after="0"/>
              <w:jc w:val="right"/>
            </w:pPr>
            <w:r>
              <w:rPr>
                <w:sz w:val="16"/>
              </w:rPr>
              <w:t>$393,036</w:t>
            </w:r>
          </w:p>
        </w:tc>
        <w:tc>
          <w:tcPr>
            <w:tcW w:type="dxa" w:w="1126"/>
          </w:tcPr>
          <w:p>
            <w:pPr>
              <w:spacing w:after="0"/>
              <w:jc w:val="right"/>
            </w:pPr>
            <w:r>
              <w:rPr>
                <w:sz w:val="16"/>
              </w:rPr>
              <w:t>$0</w:t>
            </w:r>
          </w:p>
        </w:tc>
        <w:tc>
          <w:tcPr>
            <w:tcW w:type="dxa" w:w="1208"/>
          </w:tcPr>
          <w:p>
            <w:pPr>
              <w:spacing w:after="0"/>
              <w:jc w:val="right"/>
            </w:pPr>
            <w:r>
              <w:rPr>
                <w:sz w:val="16"/>
              </w:rPr>
              <w:t>$6</w:t>
            </w:r>
          </w:p>
        </w:tc>
        <w:tc>
          <w:tcPr>
            <w:tcW w:type="dxa" w:w="1088"/>
          </w:tcPr>
          <w:p>
            <w:pPr>
              <w:spacing w:after="0"/>
              <w:jc w:val="right"/>
            </w:pPr>
            <w:r>
              <w:rPr>
                <w:sz w:val="16"/>
              </w:rPr>
              <w:t>$393,042</w:t>
            </w:r>
          </w:p>
        </w:tc>
        <w:tc>
          <w:tcPr>
            <w:tcW w:type="dxa" w:w="1396"/>
          </w:tcPr>
          <w:p>
            <w:pPr>
              <w:spacing w:after="0"/>
              <w:jc w:val="right"/>
            </w:pPr>
            <w:r>
              <w:rPr>
                <w:sz w:val="16"/>
              </w:rPr>
              <w:t>50</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5</w:t>
            </w:r>
          </w:p>
        </w:tc>
        <w:tc>
          <w:tcPr>
            <w:tcW w:type="dxa" w:w="1062"/>
          </w:tcPr>
          <w:p>
            <w:pPr>
              <w:spacing w:after="0"/>
              <w:jc w:val="left"/>
            </w:pPr>
            <w:r>
              <w:rPr>
                <w:sz w:val="16"/>
              </w:rPr>
              <w:t>Lightning</w:t>
            </w:r>
          </w:p>
        </w:tc>
        <w:tc>
          <w:tcPr>
            <w:tcW w:type="dxa" w:w="1344"/>
          </w:tcPr>
          <w:p>
            <w:pPr>
              <w:spacing w:after="0"/>
              <w:jc w:val="left"/>
            </w:pPr>
            <w:r>
              <w:rPr>
                <w:sz w:val="16"/>
              </w:rPr>
              <w:t>Insufficient Data</w:t>
            </w:r>
          </w:p>
        </w:tc>
        <w:tc>
          <w:tcPr>
            <w:tcW w:type="dxa" w:w="1549"/>
          </w:tcPr>
          <w:p>
            <w:pPr>
              <w:spacing w:after="0"/>
              <w:jc w:val="left"/>
            </w:pPr>
            <w:r>
              <w:rPr>
                <w:sz w:val="16"/>
              </w:rPr>
              <w:t>Relatively Low</w:t>
            </w:r>
          </w:p>
        </w:tc>
        <w:tc>
          <w:tcPr>
            <w:tcW w:type="dxa" w:w="1037"/>
          </w:tcPr>
          <w:p>
            <w:pPr>
              <w:spacing w:after="0"/>
              <w:jc w:val="right"/>
            </w:pPr>
            <w:r>
              <w:rPr>
                <w:sz w:val="16"/>
              </w:rPr>
              <w:t>$1,731</w:t>
            </w:r>
          </w:p>
        </w:tc>
        <w:tc>
          <w:tcPr>
            <w:tcW w:type="dxa" w:w="1126"/>
          </w:tcPr>
          <w:p>
            <w:pPr>
              <w:spacing w:after="0"/>
              <w:jc w:val="right"/>
            </w:pPr>
            <w:r>
              <w:rPr>
                <w:sz w:val="16"/>
              </w:rPr>
              <w:t>n/a</w:t>
            </w:r>
          </w:p>
        </w:tc>
        <w:tc>
          <w:tcPr>
            <w:tcW w:type="dxa" w:w="1208"/>
          </w:tcPr>
          <w:p>
            <w:pPr>
              <w:spacing w:after="0"/>
              <w:jc w:val="right"/>
            </w:pPr>
            <w:r>
              <w:rPr>
                <w:sz w:val="16"/>
              </w:rPr>
              <w:t>$87,960</w:t>
            </w:r>
          </w:p>
        </w:tc>
        <w:tc>
          <w:tcPr>
            <w:tcW w:type="dxa" w:w="1088"/>
          </w:tcPr>
          <w:p>
            <w:pPr>
              <w:spacing w:after="0"/>
              <w:jc w:val="right"/>
            </w:pPr>
            <w:r>
              <w:rPr>
                <w:sz w:val="16"/>
              </w:rPr>
              <w:t>$89,691</w:t>
            </w:r>
          </w:p>
        </w:tc>
        <w:tc>
          <w:tcPr>
            <w:tcW w:type="dxa" w:w="1396"/>
          </w:tcPr>
          <w:p>
            <w:pPr>
              <w:spacing w:after="0"/>
              <w:jc w:val="right"/>
            </w:pPr>
            <w:r>
              <w:rPr>
                <w:sz w:val="16"/>
              </w:rPr>
              <w:t>1</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6</w:t>
            </w:r>
          </w:p>
        </w:tc>
        <w:tc>
          <w:tcPr>
            <w:tcW w:type="dxa" w:w="1062"/>
          </w:tcPr>
          <w:p>
            <w:pPr>
              <w:spacing w:after="0"/>
              <w:jc w:val="left"/>
            </w:pPr>
            <w:r>
              <w:rPr>
                <w:sz w:val="16"/>
              </w:rPr>
              <w:t>Tornado</w:t>
            </w:r>
          </w:p>
        </w:tc>
        <w:tc>
          <w:tcPr>
            <w:tcW w:type="dxa" w:w="1344"/>
          </w:tcPr>
          <w:p>
            <w:pPr>
              <w:spacing w:after="0"/>
              <w:jc w:val="left"/>
            </w:pPr>
            <w:r>
              <w:rPr>
                <w:sz w:val="16"/>
              </w:rPr>
              <w:t>Insufficient Data</w:t>
            </w:r>
          </w:p>
        </w:tc>
        <w:tc>
          <w:tcPr>
            <w:tcW w:type="dxa" w:w="1549"/>
          </w:tcPr>
          <w:p>
            <w:pPr>
              <w:spacing w:after="0"/>
              <w:jc w:val="left"/>
            </w:pPr>
            <w:r>
              <w:rPr>
                <w:sz w:val="16"/>
              </w:rPr>
              <w:t>Very Low</w:t>
            </w:r>
          </w:p>
        </w:tc>
        <w:tc>
          <w:tcPr>
            <w:tcW w:type="dxa" w:w="1037"/>
          </w:tcPr>
          <w:p>
            <w:pPr>
              <w:spacing w:after="0"/>
              <w:jc w:val="right"/>
            </w:pPr>
            <w:r>
              <w:rPr>
                <w:sz w:val="16"/>
              </w:rPr>
              <w:t>$1,472</w:t>
            </w:r>
          </w:p>
        </w:tc>
        <w:tc>
          <w:tcPr>
            <w:tcW w:type="dxa" w:w="1126"/>
          </w:tcPr>
          <w:p>
            <w:pPr>
              <w:spacing w:after="0"/>
              <w:jc w:val="right"/>
            </w:pPr>
            <w:r>
              <w:rPr>
                <w:sz w:val="16"/>
              </w:rPr>
              <w:t>$0</w:t>
            </w:r>
          </w:p>
        </w:tc>
        <w:tc>
          <w:tcPr>
            <w:tcW w:type="dxa" w:w="1208"/>
          </w:tcPr>
          <w:p>
            <w:pPr>
              <w:spacing w:after="0"/>
              <w:jc w:val="right"/>
            </w:pPr>
            <w:r>
              <w:rPr>
                <w:sz w:val="16"/>
              </w:rPr>
              <w:t>$2,423</w:t>
            </w:r>
          </w:p>
        </w:tc>
        <w:tc>
          <w:tcPr>
            <w:tcW w:type="dxa" w:w="1088"/>
          </w:tcPr>
          <w:p>
            <w:pPr>
              <w:spacing w:after="0"/>
              <w:jc w:val="right"/>
            </w:pPr>
            <w:r>
              <w:rPr>
                <w:sz w:val="16"/>
              </w:rPr>
              <w:t>$3,895</w:t>
            </w:r>
          </w:p>
        </w:tc>
        <w:tc>
          <w:tcPr>
            <w:tcW w:type="dxa" w:w="1396"/>
          </w:tcPr>
          <w:p>
            <w:pPr>
              <w:spacing w:after="0"/>
              <w:jc w:val="right"/>
            </w:pPr>
            <w:r>
              <w:rPr>
                <w:sz w:val="16"/>
              </w:rPr>
              <w:t>1</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7</w:t>
            </w:r>
          </w:p>
        </w:tc>
        <w:tc>
          <w:tcPr>
            <w:tcW w:type="dxa" w:w="1062"/>
          </w:tcPr>
          <w:p>
            <w:pPr>
              <w:spacing w:after="0"/>
              <w:jc w:val="left"/>
            </w:pPr>
            <w:r>
              <w:rPr>
                <w:sz w:val="16"/>
              </w:rPr>
              <w:t>Hail</w:t>
            </w:r>
          </w:p>
        </w:tc>
        <w:tc>
          <w:tcPr>
            <w:tcW w:type="dxa" w:w="1344"/>
          </w:tcPr>
          <w:p>
            <w:pPr>
              <w:spacing w:after="0"/>
              <w:jc w:val="left"/>
            </w:pPr>
            <w:r>
              <w:rPr>
                <w:sz w:val="16"/>
              </w:rPr>
              <w:t>Insufficient Data</w:t>
            </w:r>
          </w:p>
        </w:tc>
        <w:tc>
          <w:tcPr>
            <w:tcW w:type="dxa" w:w="1549"/>
          </w:tcPr>
          <w:p>
            <w:pPr>
              <w:spacing w:after="0"/>
              <w:jc w:val="left"/>
            </w:pPr>
            <w:r>
              <w:rPr>
                <w:sz w:val="16"/>
              </w:rPr>
              <w:t>Very Low</w:t>
            </w:r>
          </w:p>
        </w:tc>
        <w:tc>
          <w:tcPr>
            <w:tcW w:type="dxa" w:w="1037"/>
          </w:tcPr>
          <w:p>
            <w:pPr>
              <w:spacing w:after="0"/>
              <w:jc w:val="right"/>
            </w:pPr>
            <w:r>
              <w:rPr>
                <w:sz w:val="16"/>
              </w:rPr>
              <w:t>$439</w:t>
            </w:r>
          </w:p>
        </w:tc>
        <w:tc>
          <w:tcPr>
            <w:tcW w:type="dxa" w:w="1126"/>
          </w:tcPr>
          <w:p>
            <w:pPr>
              <w:spacing w:after="0"/>
              <w:jc w:val="right"/>
            </w:pPr>
            <w:r>
              <w:rPr>
                <w:sz w:val="16"/>
              </w:rPr>
              <w:t>$0</w:t>
            </w:r>
          </w:p>
        </w:tc>
        <w:tc>
          <w:tcPr>
            <w:tcW w:type="dxa" w:w="1208"/>
          </w:tcPr>
          <w:p>
            <w:pPr>
              <w:spacing w:after="0"/>
              <w:jc w:val="right"/>
            </w:pPr>
            <w:r>
              <w:rPr>
                <w:sz w:val="16"/>
              </w:rPr>
              <w:t>$124</w:t>
            </w:r>
          </w:p>
        </w:tc>
        <w:tc>
          <w:tcPr>
            <w:tcW w:type="dxa" w:w="1088"/>
          </w:tcPr>
          <w:p>
            <w:pPr>
              <w:spacing w:after="0"/>
              <w:jc w:val="right"/>
            </w:pPr>
            <w:r>
              <w:rPr>
                <w:sz w:val="16"/>
              </w:rPr>
              <w:t>$563</w:t>
            </w:r>
          </w:p>
        </w:tc>
        <w:tc>
          <w:tcPr>
            <w:tcW w:type="dxa" w:w="1396"/>
          </w:tcPr>
          <w:p>
            <w:pPr>
              <w:spacing w:after="0"/>
              <w:jc w:val="right"/>
            </w:pPr>
            <w:r>
              <w:rPr>
                <w:sz w:val="16"/>
              </w:rPr>
              <w:t>5</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8</w:t>
            </w:r>
          </w:p>
        </w:tc>
        <w:tc>
          <w:tcPr>
            <w:tcW w:type="dxa" w:w="1062"/>
          </w:tcPr>
          <w:p>
            <w:pPr>
              <w:spacing w:after="0"/>
              <w:jc w:val="left"/>
            </w:pPr>
            <w:r>
              <w:rPr>
                <w:sz w:val="16"/>
              </w:rPr>
              <w:t>Strong Wind</w:t>
            </w:r>
          </w:p>
        </w:tc>
        <w:tc>
          <w:tcPr>
            <w:tcW w:type="dxa" w:w="1344"/>
          </w:tcPr>
          <w:p>
            <w:pPr>
              <w:spacing w:after="0"/>
              <w:jc w:val="left"/>
            </w:pPr>
            <w:r>
              <w:rPr>
                <w:sz w:val="16"/>
              </w:rPr>
              <w:t>Insufficient Data</w:t>
            </w:r>
          </w:p>
        </w:tc>
        <w:tc>
          <w:tcPr>
            <w:tcW w:type="dxa" w:w="1549"/>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$0</w:t>
            </w:r>
          </w:p>
        </w:tc>
        <w:tc>
          <w:tcPr>
            <w:tcW w:type="dxa" w:w="1208"/>
          </w:tcPr>
          <w:p>
            <w:pPr>
              <w:spacing w:after="0"/>
              <w:jc w:val="right"/>
            </w:pPr>
            <w:r>
              <w:rPr>
                <w:sz w:val="16"/>
              </w:rPr>
              <w:t>$2</w:t>
            </w:r>
          </w:p>
        </w:tc>
        <w:tc>
          <w:tcPr>
            <w:tcW w:type="dxa" w:w="1088"/>
          </w:tcPr>
          <w:p>
            <w:pPr>
              <w:spacing w:after="0"/>
              <w:jc w:val="right"/>
            </w:pPr>
            <w:r>
              <w:rPr>
                <w:sz w:val="16"/>
              </w:rPr>
              <w:t>$7</w:t>
            </w:r>
          </w:p>
        </w:tc>
        <w:tc>
          <w:tcPr>
            <w:tcW w:type="dxa" w:w="1396"/>
          </w:tcPr>
          <w:p>
            <w:pPr>
              <w:spacing w:after="0"/>
              <w:jc w:val="right"/>
            </w:pPr>
            <w:r>
              <w:rPr>
                <w:sz w:val="16"/>
              </w:rPr>
              <w:t>6</w:t>
            </w:r>
          </w:p>
        </w:tc>
        <w:tc>
          <w:tcPr>
            <w:tcW w:type="dxa" w:w="1851"/>
          </w:tcPr>
          <w:p>
            <w:pPr>
              <w:spacing w:after="0"/>
              <w:jc w:val="left"/>
            </w:pPr>
          </w:p>
        </w:tc>
        <w:tc>
          <w:tcPr>
            <w:tcW w:type="dxa" w:w="1778"/>
          </w:tcPr>
          <w:p>
            <w:pPr>
              <w:spacing w:after="0"/>
              <w:jc w:val="left"/>
            </w:pPr>
            <w:r>
              <w:rPr>
                <w:sz w:val="16"/>
              </w:rPr>
              <w:t>Includes 2 Strong Wind records (a NOAA non-thunderstorm wind type, outside NRI's Strong Wind definition).</w:t>
            </w:r>
          </w:p>
        </w:tc>
      </w:tr>
      <w:tr>
        <w:trPr>
          <w:cantSplit/>
        </w:trPr>
        <w:tc>
          <w:tcPr>
            <w:tcW w:type="dxa" w:w="673"/>
          </w:tcPr>
          <w:p>
            <w:pPr>
              <w:spacing w:after="0"/>
              <w:jc w:val="right"/>
            </w:pPr>
            <w:r>
              <w:rPr>
                <w:sz w:val="16"/>
              </w:rPr>
              <w:t>9</w:t>
            </w:r>
          </w:p>
        </w:tc>
        <w:tc>
          <w:tcPr>
            <w:tcW w:type="dxa" w:w="1062"/>
          </w:tcPr>
          <w:p>
            <w:pPr>
              <w:spacing w:after="0"/>
              <w:jc w:val="left"/>
            </w:pPr>
            <w:r>
              <w:rPr>
                <w:sz w:val="16"/>
              </w:rPr>
              <w:t>Coastal Flooding</w:t>
            </w:r>
          </w:p>
        </w:tc>
        <w:tc>
          <w:tcPr>
            <w:tcW w:type="dxa" w:w="1344"/>
          </w:tcPr>
          <w:p>
            <w:pPr>
              <w:spacing w:after="0"/>
              <w:jc w:val="left"/>
            </w:pPr>
            <w:r>
              <w:rPr>
                <w:sz w:val="16"/>
              </w:rPr>
              <w:t>Insufficient Data</w:t>
            </w:r>
          </w:p>
        </w:tc>
        <w:tc>
          <w:tcPr>
            <w:tcW w:type="dxa" w:w="15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208"/>
          </w:tcPr>
          <w:p>
            <w:pPr>
              <w:spacing w:after="0"/>
              <w:jc w:val="right"/>
            </w:pPr>
            <w:r>
              <w:rPr>
                <w:sz w:val="16"/>
              </w:rPr>
              <w:t>$0</w:t>
            </w:r>
          </w:p>
        </w:tc>
        <w:tc>
          <w:tcPr>
            <w:tcW w:type="dxa" w:w="1088"/>
          </w:tcPr>
          <w:p>
            <w:pPr>
              <w:spacing w:after="0"/>
              <w:jc w:val="right"/>
            </w:pPr>
            <w:r>
              <w:rPr>
                <w:sz w:val="16"/>
              </w:rPr>
              <w:t>$0</w:t>
            </w:r>
          </w:p>
        </w:tc>
        <w:tc>
          <w:tcPr>
            <w:tcW w:type="dxa" w:w="1396"/>
          </w:tcPr>
          <w:p>
            <w:pPr>
              <w:spacing w:after="0"/>
              <w:jc w:val="right"/>
            </w:pPr>
            <w:r>
              <w:rPr>
                <w:sz w:val="16"/>
              </w:rPr>
              <w:t>0</w:t>
            </w:r>
          </w:p>
        </w:tc>
        <w:tc>
          <w:tcPr>
            <w:tcW w:type="dxa" w:w="1851"/>
          </w:tcPr>
          <w:p>
            <w:pPr>
              <w:spacing w:after="0"/>
              <w:jc w:val="left"/>
            </w:pPr>
          </w:p>
        </w:tc>
        <w:tc>
          <w:tcPr>
            <w:tcW w:type="dxa" w:w="1778"/>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10</w:t>
            </w:r>
          </w:p>
        </w:tc>
        <w:tc>
          <w:tcPr>
            <w:tcW w:type="dxa" w:w="1062"/>
          </w:tcPr>
          <w:p>
            <w:pPr>
              <w:spacing w:after="0"/>
              <w:jc w:val="left"/>
            </w:pPr>
            <w:r>
              <w:rPr>
                <w:sz w:val="16"/>
              </w:rPr>
              <w:t>Cold Wave</w:t>
            </w:r>
          </w:p>
        </w:tc>
        <w:tc>
          <w:tcPr>
            <w:tcW w:type="dxa" w:w="1344"/>
          </w:tcPr>
          <w:p>
            <w:pPr>
              <w:spacing w:after="0"/>
              <w:jc w:val="left"/>
            </w:pPr>
            <w:r>
              <w:rPr>
                <w:sz w:val="16"/>
              </w:rPr>
              <w:t>Insufficient Data</w:t>
            </w:r>
          </w:p>
        </w:tc>
        <w:tc>
          <w:tcPr>
            <w:tcW w:type="dxa" w:w="15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8"/>
          </w:tcPr>
          <w:p>
            <w:pPr>
              <w:spacing w:after="0"/>
              <w:jc w:val="right"/>
            </w:pPr>
            <w:r>
              <w:rPr>
                <w:sz w:val="16"/>
              </w:rPr>
              <w:t>$0</w:t>
            </w:r>
          </w:p>
        </w:tc>
        <w:tc>
          <w:tcPr>
            <w:tcW w:type="dxa" w:w="1088"/>
          </w:tcPr>
          <w:p>
            <w:pPr>
              <w:spacing w:after="0"/>
              <w:jc w:val="right"/>
            </w:pPr>
            <w:r>
              <w:rPr>
                <w:sz w:val="16"/>
              </w:rPr>
              <w:t>$0</w:t>
            </w:r>
          </w:p>
        </w:tc>
        <w:tc>
          <w:tcPr>
            <w:tcW w:type="dxa" w:w="1396"/>
          </w:tcPr>
          <w:p>
            <w:pPr>
              <w:spacing w:after="0"/>
              <w:jc w:val="right"/>
            </w:pPr>
            <w:r>
              <w:rPr>
                <w:sz w:val="16"/>
              </w:rPr>
              <w:t>0</w:t>
            </w:r>
          </w:p>
        </w:tc>
        <w:tc>
          <w:tcPr>
            <w:tcW w:type="dxa" w:w="1851"/>
          </w:tcPr>
          <w:p>
            <w:pPr>
              <w:spacing w:after="0"/>
              <w:jc w:val="left"/>
            </w:pPr>
          </w:p>
        </w:tc>
        <w:tc>
          <w:tcPr>
            <w:tcW w:type="dxa" w:w="1778"/>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11</w:t>
            </w:r>
          </w:p>
        </w:tc>
        <w:tc>
          <w:tcPr>
            <w:tcW w:type="dxa" w:w="1062"/>
          </w:tcPr>
          <w:p>
            <w:pPr>
              <w:spacing w:after="0"/>
              <w:jc w:val="left"/>
            </w:pPr>
            <w:r>
              <w:rPr>
                <w:sz w:val="16"/>
              </w:rPr>
              <w:t>Drought</w:t>
            </w:r>
          </w:p>
        </w:tc>
        <w:tc>
          <w:tcPr>
            <w:tcW w:type="dxa" w:w="1344"/>
          </w:tcPr>
          <w:p>
            <w:pPr>
              <w:spacing w:after="0"/>
              <w:jc w:val="left"/>
            </w:pPr>
            <w:r>
              <w:rPr>
                <w:sz w:val="16"/>
              </w:rPr>
              <w:t>Insufficient Data</w:t>
            </w:r>
          </w:p>
        </w:tc>
        <w:tc>
          <w:tcPr>
            <w:tcW w:type="dxa" w:w="154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208"/>
          </w:tcPr>
          <w:p>
            <w:pPr>
              <w:spacing w:after="0"/>
              <w:jc w:val="right"/>
            </w:pPr>
            <w:r>
              <w:rPr>
                <w:sz w:val="16"/>
              </w:rPr>
              <w:t>n/a</w:t>
            </w:r>
          </w:p>
        </w:tc>
        <w:tc>
          <w:tcPr>
            <w:tcW w:type="dxa" w:w="1088"/>
          </w:tcPr>
          <w:p>
            <w:pPr>
              <w:spacing w:after="0"/>
              <w:jc w:val="right"/>
            </w:pPr>
            <w:r>
              <w:rPr>
                <w:sz w:val="16"/>
              </w:rPr>
              <w:t>$0</w:t>
            </w:r>
          </w:p>
        </w:tc>
        <w:tc>
          <w:tcPr>
            <w:tcW w:type="dxa" w:w="1396"/>
          </w:tcPr>
          <w:p>
            <w:pPr>
              <w:spacing w:after="0"/>
              <w:jc w:val="right"/>
            </w:pPr>
            <w:r>
              <w:rPr>
                <w:sz w:val="16"/>
              </w:rPr>
              <w:t>2</w:t>
            </w:r>
          </w:p>
        </w:tc>
        <w:tc>
          <w:tcPr>
            <w:tcW w:type="dxa" w:w="1851"/>
          </w:tcPr>
          <w:p>
            <w:pPr>
              <w:spacing w:after="0"/>
              <w:jc w:val="left"/>
            </w:pPr>
          </w:p>
        </w:tc>
        <w:tc>
          <w:tcPr>
            <w:tcW w:type="dxa" w:w="1778"/>
          </w:tcPr>
          <w:p>
            <w:pPr>
              <w:spacing w:after="0"/>
              <w:jc w:val="left"/>
            </w:pPr>
          </w:p>
        </w:tc>
      </w:tr>
      <w:tr>
        <w:trPr>
          <w:cantSplit/>
        </w:trPr>
        <w:tc>
          <w:tcPr>
            <w:tcW w:type="dxa" w:w="673"/>
          </w:tcPr>
          <w:p>
            <w:pPr>
              <w:spacing w:after="0"/>
              <w:jc w:val="right"/>
            </w:pPr>
            <w:r>
              <w:rPr>
                <w:sz w:val="16"/>
              </w:rPr>
              <w:t>12</w:t>
            </w:r>
          </w:p>
        </w:tc>
        <w:tc>
          <w:tcPr>
            <w:tcW w:type="dxa" w:w="1062"/>
          </w:tcPr>
          <w:p>
            <w:pPr>
              <w:spacing w:after="0"/>
              <w:jc w:val="left"/>
            </w:pPr>
            <w:r>
              <w:rPr>
                <w:sz w:val="16"/>
              </w:rPr>
              <w:t>Heat Wave</w:t>
            </w:r>
          </w:p>
        </w:tc>
        <w:tc>
          <w:tcPr>
            <w:tcW w:type="dxa" w:w="1344"/>
          </w:tcPr>
          <w:p>
            <w:pPr>
              <w:spacing w:after="0"/>
              <w:jc w:val="left"/>
            </w:pPr>
            <w:r>
              <w:rPr>
                <w:sz w:val="16"/>
              </w:rPr>
              <w:t>Insufficient Data</w:t>
            </w:r>
          </w:p>
        </w:tc>
        <w:tc>
          <w:tcPr>
            <w:tcW w:type="dxa" w:w="15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8"/>
          </w:tcPr>
          <w:p>
            <w:pPr>
              <w:spacing w:after="0"/>
              <w:jc w:val="right"/>
            </w:pPr>
            <w:r>
              <w:rPr>
                <w:sz w:val="16"/>
              </w:rPr>
              <w:t>$0</w:t>
            </w:r>
          </w:p>
        </w:tc>
        <w:tc>
          <w:tcPr>
            <w:tcW w:type="dxa" w:w="1088"/>
          </w:tcPr>
          <w:p>
            <w:pPr>
              <w:spacing w:after="0"/>
              <w:jc w:val="right"/>
            </w:pPr>
            <w:r>
              <w:rPr>
                <w:sz w:val="16"/>
              </w:rPr>
              <w:t>$0</w:t>
            </w:r>
          </w:p>
        </w:tc>
        <w:tc>
          <w:tcPr>
            <w:tcW w:type="dxa" w:w="1396"/>
          </w:tcPr>
          <w:p>
            <w:pPr>
              <w:spacing w:after="0"/>
              <w:jc w:val="right"/>
            </w:pPr>
            <w:r>
              <w:rPr>
                <w:sz w:val="16"/>
              </w:rPr>
              <w:t>0</w:t>
            </w:r>
          </w:p>
        </w:tc>
        <w:tc>
          <w:tcPr>
            <w:tcW w:type="dxa" w:w="1851"/>
          </w:tcPr>
          <w:p>
            <w:pPr>
              <w:spacing w:after="0"/>
              <w:jc w:val="left"/>
            </w:pPr>
          </w:p>
        </w:tc>
        <w:tc>
          <w:tcPr>
            <w:tcW w:type="dxa" w:w="1778"/>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13</w:t>
            </w:r>
          </w:p>
        </w:tc>
        <w:tc>
          <w:tcPr>
            <w:tcW w:type="dxa" w:w="1062"/>
          </w:tcPr>
          <w:p>
            <w:pPr>
              <w:spacing w:after="0"/>
              <w:jc w:val="left"/>
            </w:pPr>
            <w:r>
              <w:rPr>
                <w:sz w:val="16"/>
              </w:rPr>
              <w:t>Winter Weather</w:t>
            </w:r>
          </w:p>
        </w:tc>
        <w:tc>
          <w:tcPr>
            <w:tcW w:type="dxa" w:w="1344"/>
          </w:tcPr>
          <w:p>
            <w:pPr>
              <w:spacing w:after="0"/>
              <w:jc w:val="left"/>
            </w:pPr>
            <w:r>
              <w:rPr>
                <w:sz w:val="16"/>
              </w:rPr>
              <w:t>Insufficient Data</w:t>
            </w:r>
          </w:p>
        </w:tc>
        <w:tc>
          <w:tcPr>
            <w:tcW w:type="dxa" w:w="15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8"/>
          </w:tcPr>
          <w:p>
            <w:pPr>
              <w:spacing w:after="0"/>
              <w:jc w:val="right"/>
            </w:pPr>
            <w:r>
              <w:rPr>
                <w:sz w:val="16"/>
              </w:rPr>
              <w:t>$0</w:t>
            </w:r>
          </w:p>
        </w:tc>
        <w:tc>
          <w:tcPr>
            <w:tcW w:type="dxa" w:w="1088"/>
          </w:tcPr>
          <w:p>
            <w:pPr>
              <w:spacing w:after="0"/>
              <w:jc w:val="right"/>
            </w:pPr>
            <w:r>
              <w:rPr>
                <w:sz w:val="16"/>
              </w:rPr>
              <w:t>$0</w:t>
            </w:r>
          </w:p>
        </w:tc>
        <w:tc>
          <w:tcPr>
            <w:tcW w:type="dxa" w:w="1396"/>
          </w:tcPr>
          <w:p>
            <w:pPr>
              <w:spacing w:after="0"/>
              <w:jc w:val="right"/>
            </w:pPr>
            <w:r>
              <w:rPr>
                <w:sz w:val="16"/>
              </w:rPr>
              <w:t>0</w:t>
            </w:r>
          </w:p>
        </w:tc>
        <w:tc>
          <w:tcPr>
            <w:tcW w:type="dxa" w:w="1851"/>
          </w:tcPr>
          <w:p>
            <w:pPr>
              <w:spacing w:after="0"/>
              <w:jc w:val="left"/>
            </w:pPr>
          </w:p>
        </w:tc>
        <w:tc>
          <w:tcPr>
            <w:tcW w:type="dxa" w:w="1778"/>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62"/>
          </w:tcPr>
          <w:p>
            <w:pPr>
              <w:spacing w:after="0"/>
              <w:jc w:val="left"/>
            </w:pPr>
            <w:r>
              <w:rPr>
                <w:sz w:val="16"/>
              </w:rPr>
              <w:t>Volcanic Activity</w:t>
            </w:r>
          </w:p>
        </w:tc>
        <w:tc>
          <w:tcPr>
            <w:tcW w:type="dxa" w:w="1344"/>
          </w:tcPr>
          <w:p>
            <w:pPr>
              <w:spacing w:after="0"/>
              <w:jc w:val="left"/>
            </w:pPr>
            <w:r>
              <w:rPr>
                <w:sz w:val="16"/>
              </w:rPr>
              <w:t>Not Applicable</w:t>
            </w:r>
          </w:p>
        </w:tc>
        <w:tc>
          <w:tcPr>
            <w:tcW w:type="dxa" w:w="15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88"/>
          </w:tcPr>
          <w:p>
            <w:pPr>
              <w:spacing w:after="0"/>
              <w:jc w:val="right"/>
            </w:pPr>
          </w:p>
        </w:tc>
        <w:tc>
          <w:tcPr>
            <w:tcW w:type="dxa" w:w="1396"/>
          </w:tcPr>
          <w:p>
            <w:pPr>
              <w:spacing w:after="0"/>
              <w:jc w:val="right"/>
            </w:pPr>
            <w:r>
              <w:rPr>
                <w:sz w:val="16"/>
              </w:rPr>
              <w:t>2</w:t>
            </w:r>
          </w:p>
        </w:tc>
        <w:tc>
          <w:tcPr>
            <w:tcW w:type="dxa" w:w="1851"/>
          </w:tcPr>
          <w:p>
            <w:pPr>
              <w:spacing w:after="0"/>
              <w:jc w:val="left"/>
            </w:pPr>
            <w:r>
              <w:rPr>
                <w:sz w:val="16"/>
              </w:rPr>
              <w:t>NRI rates this Not Applicable, but 2 Storm Events records of this type exist since 1996; review before omitting.</w:t>
            </w:r>
          </w:p>
        </w:tc>
        <w:tc>
          <w:tcPr>
            <w:tcW w:type="dxa" w:w="1778"/>
          </w:tcPr>
          <w:p>
            <w:pPr>
              <w:spacing w:after="0"/>
              <w:jc w:val="left"/>
            </w:pPr>
          </w:p>
        </w:tc>
      </w:tr>
      <w:tr>
        <w:trPr>
          <w:cantSplit/>
        </w:trPr>
        <w:tc>
          <w:tcPr>
            <w:tcW w:type="dxa" w:w="673"/>
          </w:tcPr>
          <w:p>
            <w:pPr>
              <w:spacing w:after="0"/>
              <w:jc w:val="right"/>
            </w:pPr>
          </w:p>
        </w:tc>
        <w:tc>
          <w:tcPr>
            <w:tcW w:type="dxa" w:w="1062"/>
          </w:tcPr>
          <w:p>
            <w:pPr>
              <w:spacing w:after="0"/>
              <w:jc w:val="left"/>
            </w:pPr>
            <w:r>
              <w:rPr>
                <w:sz w:val="16"/>
              </w:rPr>
              <w:t>Wildfire</w:t>
            </w:r>
          </w:p>
        </w:tc>
        <w:tc>
          <w:tcPr>
            <w:tcW w:type="dxa" w:w="1344"/>
          </w:tcPr>
          <w:p>
            <w:pPr>
              <w:spacing w:after="0"/>
              <w:jc w:val="left"/>
            </w:pPr>
            <w:r>
              <w:rPr>
                <w:sz w:val="16"/>
              </w:rPr>
              <w:t>Insufficient Data</w:t>
            </w:r>
          </w:p>
        </w:tc>
        <w:tc>
          <w:tcPr>
            <w:tcW w:type="dxa" w:w="154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208"/>
          </w:tcPr>
          <w:p>
            <w:pPr>
              <w:spacing w:after="0"/>
              <w:jc w:val="right"/>
            </w:pPr>
            <w:r>
              <w:rPr>
                <w:sz w:val="16"/>
              </w:rPr>
              <w:t>n/a</w:t>
            </w:r>
          </w:p>
        </w:tc>
        <w:tc>
          <w:tcPr>
            <w:tcW w:type="dxa" w:w="1088"/>
          </w:tcPr>
          <w:p>
            <w:pPr>
              <w:spacing w:after="0"/>
              <w:jc w:val="right"/>
            </w:pPr>
            <w:r>
              <w:rPr>
                <w:sz w:val="16"/>
              </w:rPr>
              <w:t>n/a</w:t>
            </w:r>
          </w:p>
        </w:tc>
        <w:tc>
          <w:tcPr>
            <w:tcW w:type="dxa" w:w="1396"/>
          </w:tcPr>
          <w:p>
            <w:pPr>
              <w:spacing w:after="0"/>
              <w:jc w:val="right"/>
            </w:pPr>
            <w:r>
              <w:rPr>
                <w:sz w:val="16"/>
              </w:rPr>
              <w:t>6</w:t>
            </w:r>
          </w:p>
        </w:tc>
        <w:tc>
          <w:tcPr>
            <w:tcW w:type="dxa" w:w="1851"/>
          </w:tcPr>
          <w:p>
            <w:pPr>
              <w:spacing w:after="0"/>
              <w:jc w:val="left"/>
            </w:pPr>
          </w:p>
        </w:tc>
        <w:tc>
          <w:tcPr>
            <w:tcW w:type="dxa" w:w="17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coastal flooding,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7"/>
        <w:gridCol w:w="2012"/>
        <w:gridCol w:w="1851"/>
        <w:gridCol w:w="1423"/>
        <w:gridCol w:w="1788"/>
        <w:gridCol w:w="1611"/>
        <w:gridCol w:w="1815"/>
        <w:gridCol w:w="1645"/>
      </w:tblGrid>
      <w:tr>
        <w:trPr>
          <w:cantSplit/>
          <w:tblHeader/>
        </w:trPr>
        <w:tc>
          <w:tcPr>
            <w:tcW w:type="dxa" w:w="1967"/>
            <w:shd w:val="clear" w:color="auto" w:fill="E8E8E8"/>
          </w:tcPr>
          <w:p>
            <w:pPr>
              <w:spacing w:after="0"/>
              <w:jc w:val="left"/>
            </w:pPr>
            <w:r>
              <w:rPr>
                <w:b/>
                <w:sz w:val="16"/>
              </w:rPr>
              <w:t>Hazard</w:t>
            </w:r>
          </w:p>
        </w:tc>
        <w:tc>
          <w:tcPr>
            <w:tcW w:type="dxa" w:w="2012"/>
            <w:shd w:val="clear" w:color="auto" w:fill="E8E8E8"/>
          </w:tcPr>
          <w:p>
            <w:pPr>
              <w:spacing w:after="0"/>
              <w:jc w:val="left"/>
            </w:pPr>
            <w:r>
              <w:rPr>
                <w:b/>
                <w:sz w:val="16"/>
              </w:rPr>
              <w:t>Scale</w:t>
            </w:r>
          </w:p>
        </w:tc>
        <w:tc>
          <w:tcPr>
            <w:tcW w:type="dxa" w:w="18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3"/>
            <w:shd w:val="clear" w:color="auto" w:fill="E8E8E8"/>
          </w:tcPr>
          <w:p>
            <w:pPr>
              <w:spacing w:after="0"/>
              <w:jc w:val="left"/>
            </w:pPr>
            <w:r>
              <w:rPr>
                <w:b/>
                <w:sz w:val="16"/>
              </w:rPr>
              <w:t>Observed range</w:t>
            </w:r>
          </w:p>
        </w:tc>
        <w:tc>
          <w:tcPr>
            <w:tcW w:type="dxa" w:w="1788"/>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815"/>
            <w:shd w:val="clear" w:color="auto" w:fill="E8E8E8"/>
          </w:tcPr>
          <w:p>
            <w:pPr>
              <w:spacing w:after="0"/>
              <w:jc w:val="left"/>
            </w:pPr>
            <w:r>
              <w:rPr>
                <w:b/>
                <w:sz w:val="16"/>
              </w:rPr>
              <w:t>How it applies to jurisdictions</w:t>
            </w:r>
          </w:p>
        </w:tc>
        <w:tc>
          <w:tcPr>
            <w:tcW w:type="dxa" w:w="1645"/>
            <w:shd w:val="clear" w:color="auto" w:fill="E8E8E8"/>
          </w:tcPr>
          <w:p>
            <w:pPr>
              <w:spacing w:after="0"/>
              <w:jc w:val="left"/>
            </w:pPr>
            <w:r>
              <w:rPr>
                <w:b/>
                <w:sz w:val="16"/>
              </w:rPr>
              <w:t>Note</w:t>
            </w:r>
          </w:p>
        </w:tc>
      </w:tr>
      <w:tr>
        <w:trPr>
          <w:cantSplit/>
        </w:trPr>
        <w:tc>
          <w:tcPr>
            <w:tcW w:type="dxa" w:w="1967"/>
          </w:tcPr>
          <w:p>
            <w:pPr>
              <w:spacing w:after="0"/>
              <w:jc w:val="left"/>
            </w:pPr>
            <w:r>
              <w:rPr>
                <w:sz w:val="16"/>
              </w:rPr>
              <w:t>Coastal Flood, Storm Surge/Tide</w:t>
            </w:r>
          </w:p>
        </w:tc>
        <w:tc>
          <w:tcPr>
            <w:tcW w:type="dxa" w:w="2012"/>
          </w:tcPr>
          <w:p>
            <w:pPr>
              <w:spacing w:after="0"/>
              <w:jc w:val="left"/>
            </w:pPr>
            <w:r>
              <w:rPr>
                <w:sz w:val="16"/>
              </w:rPr>
              <w:t>none in data (flood depth: FIRM)</w:t>
            </w:r>
          </w:p>
        </w:tc>
        <w:tc>
          <w:tcPr>
            <w:tcW w:type="dxa" w:w="1851"/>
          </w:tcPr>
          <w:p>
            <w:pPr>
              <w:spacing w:after="0"/>
              <w:jc w:val="right"/>
            </w:pPr>
            <w:r>
              <w:rPr>
                <w:sz w:val="16"/>
              </w:rPr>
              <w:t>0</w:t>
            </w:r>
          </w:p>
        </w:tc>
        <w:tc>
          <w:tcPr>
            <w:tcW w:type="dxa" w:w="1423"/>
          </w:tcPr>
          <w:p>
            <w:pPr>
              <w:spacing w:after="0"/>
              <w:jc w:val="left"/>
            </w:pPr>
          </w:p>
        </w:tc>
        <w:tc>
          <w:tcPr>
            <w:tcW w:type="dxa" w:w="1788"/>
          </w:tcPr>
          <w:p>
            <w:pPr>
              <w:spacing w:after="0"/>
              <w:jc w:val="left"/>
            </w:pPr>
          </w:p>
        </w:tc>
        <w:tc>
          <w:tcPr>
            <w:tcW w:type="dxa" w:w="1611"/>
          </w:tcPr>
          <w:p>
            <w:pPr>
              <w:spacing w:after="0"/>
              <w:jc w:val="left"/>
            </w:pPr>
          </w:p>
        </w:tc>
        <w:tc>
          <w:tcPr>
            <w:tcW w:type="dxa" w:w="1815"/>
          </w:tcPr>
          <w:p>
            <w:pPr>
              <w:spacing w:after="0"/>
              <w:jc w:val="left"/>
            </w:pPr>
          </w:p>
        </w:tc>
        <w:tc>
          <w:tcPr>
            <w:tcW w:type="dxa" w:w="1645"/>
          </w:tcPr>
          <w:p>
            <w:pPr>
              <w:spacing w:after="0"/>
              <w:jc w:val="left"/>
            </w:pPr>
            <w:r>
              <w:rPr>
                <w:sz w:val="16"/>
              </w:rPr>
              <w:t>Flood depth: see the FEMA Flood Insurance Rate Map.</w:t>
            </w:r>
          </w:p>
        </w:tc>
      </w:tr>
      <w:tr>
        <w:trPr>
          <w:cantSplit/>
        </w:trPr>
        <w:tc>
          <w:tcPr>
            <w:tcW w:type="dxa" w:w="1967"/>
          </w:tcPr>
          <w:p>
            <w:pPr>
              <w:spacing w:after="0"/>
              <w:jc w:val="left"/>
            </w:pPr>
            <w:r>
              <w:rPr>
                <w:sz w:val="16"/>
              </w:rPr>
              <w:t>Cold/Wind Chill, Extreme Cold/Wind Chill</w:t>
            </w:r>
          </w:p>
        </w:tc>
        <w:tc>
          <w:tcPr>
            <w:tcW w:type="dxa" w:w="2012"/>
          </w:tcPr>
          <w:p>
            <w:pPr>
              <w:spacing w:after="0"/>
              <w:jc w:val="left"/>
            </w:pPr>
            <w:r>
              <w:rPr>
                <w:sz w:val="16"/>
              </w:rPr>
              <w:t>wind chill</w:t>
            </w:r>
          </w:p>
        </w:tc>
        <w:tc>
          <w:tcPr>
            <w:tcW w:type="dxa" w:w="1851"/>
          </w:tcPr>
          <w:p>
            <w:pPr>
              <w:spacing w:after="0"/>
              <w:jc w:val="right"/>
            </w:pPr>
            <w:r>
              <w:rPr>
                <w:sz w:val="16"/>
              </w:rPr>
              <w:t>0</w:t>
            </w:r>
          </w:p>
        </w:tc>
        <w:tc>
          <w:tcPr>
            <w:tcW w:type="dxa" w:w="1423"/>
          </w:tcPr>
          <w:p>
            <w:pPr>
              <w:spacing w:after="0"/>
              <w:jc w:val="left"/>
            </w:pPr>
          </w:p>
        </w:tc>
        <w:tc>
          <w:tcPr>
            <w:tcW w:type="dxa" w:w="1788"/>
          </w:tcPr>
          <w:p>
            <w:pPr>
              <w:spacing w:after="0"/>
              <w:jc w:val="left"/>
            </w:pPr>
          </w:p>
        </w:tc>
        <w:tc>
          <w:tcPr>
            <w:tcW w:type="dxa" w:w="1611"/>
          </w:tcPr>
          <w:p>
            <w:pPr>
              <w:spacing w:after="0"/>
              <w:jc w:val="left"/>
            </w:pPr>
          </w:p>
        </w:tc>
        <w:tc>
          <w:tcPr>
            <w:tcW w:type="dxa" w:w="1815"/>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Frost/Freeze (outside NRI's Cold Wave definition)</w:t>
            </w:r>
          </w:p>
        </w:tc>
        <w:tc>
          <w:tcPr>
            <w:tcW w:type="dxa" w:w="2012"/>
          </w:tcPr>
          <w:p>
            <w:pPr>
              <w:spacing w:after="0"/>
              <w:jc w:val="left"/>
            </w:pPr>
            <w:r>
              <w:rPr>
                <w:sz w:val="16"/>
              </w:rPr>
              <w:t>crop damage</w:t>
            </w:r>
          </w:p>
        </w:tc>
        <w:tc>
          <w:tcPr>
            <w:tcW w:type="dxa" w:w="1851"/>
          </w:tcPr>
          <w:p>
            <w:pPr>
              <w:spacing w:after="0"/>
              <w:jc w:val="right"/>
            </w:pPr>
            <w:r>
              <w:rPr>
                <w:sz w:val="16"/>
              </w:rPr>
              <w:t>0</w:t>
            </w:r>
          </w:p>
        </w:tc>
        <w:tc>
          <w:tcPr>
            <w:tcW w:type="dxa" w:w="1423"/>
          </w:tcPr>
          <w:p>
            <w:pPr>
              <w:spacing w:after="0"/>
              <w:jc w:val="left"/>
            </w:pPr>
          </w:p>
        </w:tc>
        <w:tc>
          <w:tcPr>
            <w:tcW w:type="dxa" w:w="1788"/>
          </w:tcPr>
          <w:p>
            <w:pPr>
              <w:spacing w:after="0"/>
              <w:jc w:val="left"/>
            </w:pPr>
          </w:p>
        </w:tc>
        <w:tc>
          <w:tcPr>
            <w:tcW w:type="dxa" w:w="1611"/>
          </w:tcPr>
          <w:p>
            <w:pPr>
              <w:spacing w:after="0"/>
              <w:jc w:val="left"/>
            </w:pPr>
          </w:p>
        </w:tc>
        <w:tc>
          <w:tcPr>
            <w:tcW w:type="dxa" w:w="1815"/>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Drought</w:t>
            </w:r>
          </w:p>
        </w:tc>
        <w:tc>
          <w:tcPr>
            <w:tcW w:type="dxa" w:w="2012"/>
          </w:tcPr>
          <w:p>
            <w:pPr>
              <w:spacing w:after="0"/>
              <w:jc w:val="left"/>
            </w:pPr>
            <w:r>
              <w:rPr>
                <w:sz w:val="16"/>
              </w:rPr>
              <w:t>U.S. Drought Monitor scale (D0 to D4)</w:t>
            </w:r>
          </w:p>
        </w:tc>
        <w:tc>
          <w:tcPr>
            <w:tcW w:type="dxa" w:w="1851"/>
          </w:tcPr>
          <w:p>
            <w:pPr>
              <w:spacing w:after="0"/>
              <w:jc w:val="right"/>
            </w:pPr>
            <w:r>
              <w:rPr>
                <w:sz w:val="16"/>
              </w:rPr>
              <w:t>2 records, 2023 (2 zone-level)</w:t>
            </w:r>
          </w:p>
        </w:tc>
        <w:tc>
          <w:tcPr>
            <w:tcW w:type="dxa" w:w="1423"/>
          </w:tcPr>
          <w:p>
            <w:pPr>
              <w:spacing w:after="0"/>
              <w:jc w:val="left"/>
            </w:pPr>
            <w:r>
              <w:rPr>
                <w:sz w:val="16"/>
              </w:rPr>
              <w:t>4 days to 7 days (median 5.5 days); 2 with a recorded value</w:t>
            </w:r>
          </w:p>
        </w:tc>
        <w:tc>
          <w:tcPr>
            <w:tcW w:type="dxa" w:w="1788"/>
          </w:tcPr>
          <w:p>
            <w:pPr>
              <w:spacing w:after="0"/>
              <w:jc w:val="left"/>
            </w:pPr>
            <w:r>
              <w:rPr>
                <w:sz w:val="16"/>
              </w:rPr>
              <w:t>7 days, 2023-07-25 to 2023-07-31, zone-level</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7"/>
          </w:tcPr>
          <w:p>
            <w:pPr>
              <w:spacing w:after="0"/>
              <w:jc w:val="left"/>
            </w:pPr>
            <w:r>
              <w:rPr>
                <w:sz w:val="16"/>
              </w:rPr>
              <w:t>Earthquake</w:t>
            </w:r>
          </w:p>
        </w:tc>
        <w:tc>
          <w:tcPr>
            <w:tcW w:type="dxa" w:w="2012"/>
          </w:tcPr>
          <w:p>
            <w:pPr>
              <w:spacing w:after="0"/>
              <w:jc w:val="left"/>
            </w:pPr>
            <w:r>
              <w:rPr>
                <w:sz w:val="16"/>
              </w:rPr>
              <w:t>Modified Mercalli (local data)</w:t>
            </w:r>
          </w:p>
        </w:tc>
        <w:tc>
          <w:tcPr>
            <w:tcW w:type="dxa" w:w="1851"/>
          </w:tcPr>
          <w:p>
            <w:pPr>
              <w:spacing w:after="0"/>
              <w:jc w:val="right"/>
            </w:pPr>
            <w:r>
              <w:rPr>
                <w:sz w:val="16"/>
              </w:rPr>
              <w:t>0</w:t>
            </w:r>
          </w:p>
        </w:tc>
        <w:tc>
          <w:tcPr>
            <w:tcW w:type="dxa" w:w="1423"/>
          </w:tcPr>
          <w:p>
            <w:pPr>
              <w:spacing w:after="0"/>
              <w:jc w:val="left"/>
            </w:pPr>
          </w:p>
        </w:tc>
        <w:tc>
          <w:tcPr>
            <w:tcW w:type="dxa" w:w="1788"/>
          </w:tcPr>
          <w:p>
            <w:pPr>
              <w:spacing w:after="0"/>
              <w:jc w:val="left"/>
            </w:pPr>
          </w:p>
        </w:tc>
        <w:tc>
          <w:tcPr>
            <w:tcW w:type="dxa" w:w="1611"/>
          </w:tcPr>
          <w:p>
            <w:pPr>
              <w:spacing w:after="0"/>
              <w:jc w:val="left"/>
            </w:pPr>
          </w:p>
        </w:tc>
        <w:tc>
          <w:tcPr>
            <w:tcW w:type="dxa" w:w="1815"/>
          </w:tcPr>
          <w:p>
            <w:pPr>
              <w:spacing w:after="0"/>
              <w:jc w:val="left"/>
            </w:pPr>
          </w:p>
        </w:tc>
        <w:tc>
          <w:tcPr>
            <w:tcW w:type="dxa" w:w="1645"/>
          </w:tcPr>
          <w:p>
            <w:pPr>
              <w:spacing w:after="0"/>
              <w:jc w:val="left"/>
            </w:pPr>
            <w:r>
              <w:rPr>
                <w:sz w:val="16"/>
              </w:rPr>
              <w:t>Storm Events does not record earthquakes; the USGS earthquake catalog is the source.</w:t>
            </w:r>
          </w:p>
        </w:tc>
      </w:tr>
      <w:tr>
        <w:trPr>
          <w:cantSplit/>
        </w:trPr>
        <w:tc>
          <w:tcPr>
            <w:tcW w:type="dxa" w:w="1967"/>
          </w:tcPr>
          <w:p>
            <w:pPr>
              <w:spacing w:after="0"/>
              <w:jc w:val="left"/>
            </w:pPr>
            <w:r>
              <w:rPr>
                <w:sz w:val="16"/>
              </w:rPr>
              <w:t>Hail</w:t>
            </w:r>
          </w:p>
        </w:tc>
        <w:tc>
          <w:tcPr>
            <w:tcW w:type="dxa" w:w="2012"/>
          </w:tcPr>
          <w:p>
            <w:pPr>
              <w:spacing w:after="0"/>
              <w:jc w:val="left"/>
            </w:pPr>
            <w:r>
              <w:rPr>
                <w:sz w:val="16"/>
              </w:rPr>
              <w:t>hail size (inches)</w:t>
            </w:r>
          </w:p>
        </w:tc>
        <w:tc>
          <w:tcPr>
            <w:tcW w:type="dxa" w:w="1851"/>
          </w:tcPr>
          <w:p>
            <w:pPr>
              <w:spacing w:after="0"/>
              <w:jc w:val="right"/>
            </w:pPr>
            <w:r>
              <w:rPr>
                <w:sz w:val="16"/>
              </w:rPr>
              <w:t>5 records, 2000 to 2024 (1 zone-level)</w:t>
            </w:r>
          </w:p>
        </w:tc>
        <w:tc>
          <w:tcPr>
            <w:tcW w:type="dxa" w:w="1423"/>
          </w:tcPr>
          <w:p>
            <w:pPr>
              <w:spacing w:after="0"/>
              <w:jc w:val="left"/>
            </w:pPr>
            <w:r>
              <w:rPr>
                <w:sz w:val="16"/>
              </w:rPr>
              <w:t>0.25 in to 0.75 in (median 0.25 in); 4 with a recorded value</w:t>
            </w:r>
          </w:p>
        </w:tc>
        <w:tc>
          <w:tcPr>
            <w:tcW w:type="dxa" w:w="1788"/>
          </w:tcPr>
          <w:p>
            <w:pPr>
              <w:spacing w:after="0"/>
              <w:jc w:val="left"/>
            </w:pPr>
            <w:r>
              <w:rPr>
                <w:sz w:val="16"/>
              </w:rPr>
              <w:t>0.75 in hail, 2017-05-30</w:t>
            </w:r>
          </w:p>
        </w:tc>
        <w:tc>
          <w:tcPr>
            <w:tcW w:type="dxa" w:w="1611"/>
          </w:tcPr>
          <w:p>
            <w:pPr>
              <w:spacing w:after="0"/>
              <w:jc w:val="left"/>
            </w:pPr>
            <w:r>
              <w:rPr>
                <w:sz w:val="16"/>
              </w:rPr>
              <w:t>Hail, 2000-08-16, $5,000 property; crops not reported (zone total, 2000 dollars)</w:t>
            </w:r>
          </w:p>
        </w:tc>
        <w:tc>
          <w:tcPr>
            <w:tcW w:type="dxa" w:w="1815"/>
          </w:tcPr>
          <w:p>
            <w:pPr>
              <w:spacing w:after="0"/>
              <w:jc w:val="left"/>
            </w:pPr>
            <w:r>
              <w:rPr>
                <w:sz w:val="16"/>
              </w:rPr>
              <w:t>No event record names a jurisdiction in the plan. Zone-level records (1) apply countywide.</w:t>
            </w:r>
          </w:p>
        </w:tc>
        <w:tc>
          <w:tcPr>
            <w:tcW w:type="dxa" w:w="1645"/>
          </w:tcPr>
          <w:p>
            <w:pPr>
              <w:spacing w:after="0"/>
              <w:jc w:val="left"/>
            </w:pPr>
          </w:p>
        </w:tc>
      </w:tr>
      <w:tr>
        <w:trPr>
          <w:cantSplit/>
        </w:trPr>
        <w:tc>
          <w:tcPr>
            <w:tcW w:type="dxa" w:w="1967"/>
          </w:tcPr>
          <w:p>
            <w:pPr>
              <w:spacing w:after="0"/>
              <w:jc w:val="left"/>
            </w:pPr>
            <w:r>
              <w:rPr>
                <w:sz w:val="16"/>
              </w:rPr>
              <w:t>Excessive Heat, Heat</w:t>
            </w:r>
          </w:p>
        </w:tc>
        <w:tc>
          <w:tcPr>
            <w:tcW w:type="dxa" w:w="2012"/>
          </w:tcPr>
          <w:p>
            <w:pPr>
              <w:spacing w:after="0"/>
              <w:jc w:val="left"/>
            </w:pPr>
            <w:r>
              <w:rPr>
                <w:sz w:val="16"/>
              </w:rPr>
              <w:t>heat index (in event narratives)</w:t>
            </w:r>
          </w:p>
        </w:tc>
        <w:tc>
          <w:tcPr>
            <w:tcW w:type="dxa" w:w="1851"/>
          </w:tcPr>
          <w:p>
            <w:pPr>
              <w:spacing w:after="0"/>
              <w:jc w:val="right"/>
            </w:pPr>
            <w:r>
              <w:rPr>
                <w:sz w:val="16"/>
              </w:rPr>
              <w:t>0</w:t>
            </w:r>
          </w:p>
        </w:tc>
        <w:tc>
          <w:tcPr>
            <w:tcW w:type="dxa" w:w="1423"/>
          </w:tcPr>
          <w:p>
            <w:pPr>
              <w:spacing w:after="0"/>
              <w:jc w:val="left"/>
            </w:pPr>
          </w:p>
        </w:tc>
        <w:tc>
          <w:tcPr>
            <w:tcW w:type="dxa" w:w="1788"/>
          </w:tcPr>
          <w:p>
            <w:pPr>
              <w:spacing w:after="0"/>
              <w:jc w:val="left"/>
            </w:pPr>
          </w:p>
        </w:tc>
        <w:tc>
          <w:tcPr>
            <w:tcW w:type="dxa" w:w="1611"/>
          </w:tcPr>
          <w:p>
            <w:pPr>
              <w:spacing w:after="0"/>
              <w:jc w:val="left"/>
            </w:pPr>
          </w:p>
        </w:tc>
        <w:tc>
          <w:tcPr>
            <w:tcW w:type="dxa" w:w="1815"/>
          </w:tcPr>
          <w:p>
            <w:pPr>
              <w:spacing w:after="0"/>
              <w:jc w:val="left"/>
            </w:pPr>
          </w:p>
        </w:tc>
        <w:tc>
          <w:tcPr>
            <w:tcW w:type="dxa" w:w="1645"/>
          </w:tcPr>
          <w:p>
            <w:pPr>
              <w:spacing w:after="0"/>
              <w:jc w:val="left"/>
            </w:pPr>
          </w:p>
        </w:tc>
      </w:tr>
      <w:tr>
        <w:trPr>
          <w:cantSplit/>
        </w:trPr>
        <w:tc>
          <w:tcPr>
            <w:tcW w:type="dxa" w:w="1967"/>
          </w:tcPr>
          <w:p>
            <w:pPr>
              <w:spacing w:after="0"/>
              <w:jc w:val="left"/>
            </w:pPr>
            <w:r>
              <w:rPr>
                <w:sz w:val="16"/>
              </w:rPr>
              <w:t>Hurricane, Tropical Storm, Tropical Depression</w:t>
            </w:r>
          </w:p>
        </w:tc>
        <w:tc>
          <w:tcPr>
            <w:tcW w:type="dxa" w:w="2012"/>
          </w:tcPr>
          <w:p>
            <w:pPr>
              <w:spacing w:after="0"/>
              <w:jc w:val="left"/>
            </w:pPr>
            <w:r>
              <w:rPr>
                <w:sz w:val="16"/>
              </w:rPr>
              <w:t>Saffir-Simpson</w:t>
            </w:r>
          </w:p>
        </w:tc>
        <w:tc>
          <w:tcPr>
            <w:tcW w:type="dxa" w:w="1851"/>
          </w:tcPr>
          <w:p>
            <w:pPr>
              <w:spacing w:after="0"/>
              <w:jc w:val="right"/>
            </w:pPr>
            <w:r>
              <w:rPr>
                <w:sz w:val="16"/>
              </w:rPr>
              <w:t>6 records, 2000 to 2015 (6 zone-level)</w:t>
            </w:r>
          </w:p>
        </w:tc>
        <w:tc>
          <w:tcPr>
            <w:tcW w:type="dxa" w:w="1423"/>
          </w:tcPr>
          <w:p>
            <w:pPr>
              <w:spacing w:after="0"/>
              <w:jc w:val="left"/>
            </w:pPr>
          </w:p>
        </w:tc>
        <w:tc>
          <w:tcPr>
            <w:tcW w:type="dxa" w:w="1788"/>
          </w:tcPr>
          <w:p>
            <w:pPr>
              <w:spacing w:after="0"/>
              <w:jc w:val="left"/>
            </w:pPr>
            <w:r>
              <w:rPr>
                <w:sz w:val="16"/>
              </w:rPr>
              <w:t>Strongest recorded: Hurricane record (NOAA event type 'Hurricane (Typhoon)'), 2000-08-22 to 2000-08-23, $41,000 property; crops not reported (2000 dollars); NWS zone PRZ009</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7"/>
          </w:tcPr>
          <w:p>
            <w:pPr>
              <w:spacing w:after="0"/>
              <w:jc w:val="left"/>
            </w:pPr>
            <w:r>
              <w:rPr>
                <w:sz w:val="16"/>
              </w:rPr>
              <w:t>Flash Flood, Flood, Lakeshore Flood</w:t>
            </w:r>
          </w:p>
        </w:tc>
        <w:tc>
          <w:tcPr>
            <w:tcW w:type="dxa" w:w="2012"/>
          </w:tcPr>
          <w:p>
            <w:pPr>
              <w:spacing w:after="0"/>
              <w:jc w:val="left"/>
            </w:pPr>
            <w:r>
              <w:rPr>
                <w:sz w:val="16"/>
              </w:rPr>
              <w:t>damage and flood days (flood depth: FIRM)</w:t>
            </w:r>
          </w:p>
        </w:tc>
        <w:tc>
          <w:tcPr>
            <w:tcW w:type="dxa" w:w="1851"/>
          </w:tcPr>
          <w:p>
            <w:pPr>
              <w:spacing w:after="0"/>
              <w:jc w:val="right"/>
            </w:pPr>
            <w:r>
              <w:rPr>
                <w:sz w:val="16"/>
              </w:rPr>
              <w:t>50 records, 2000 to 2008 (50 zone-level)</w:t>
            </w:r>
          </w:p>
        </w:tc>
        <w:tc>
          <w:tcPr>
            <w:tcW w:type="dxa" w:w="1423"/>
          </w:tcPr>
          <w:p>
            <w:pPr>
              <w:spacing w:after="0"/>
              <w:jc w:val="left"/>
            </w:pPr>
          </w:p>
        </w:tc>
        <w:tc>
          <w:tcPr>
            <w:tcW w:type="dxa" w:w="1788"/>
          </w:tcPr>
          <w:p>
            <w:pPr>
              <w:spacing w:after="0"/>
              <w:jc w:val="left"/>
            </w:pPr>
            <w:r>
              <w:rPr>
                <w:sz w:val="16"/>
              </w:rPr>
              <w:t>Flash Flood, 2001-11-07, $14,000,000 property; $2,000,000 crops (2001 dollars); NWS zone PRZ009</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7"/>
          </w:tcPr>
          <w:p>
            <w:pPr>
              <w:spacing w:after="0"/>
              <w:jc w:val="left"/>
            </w:pPr>
            <w:r>
              <w:rPr>
                <w:sz w:val="16"/>
              </w:rPr>
              <w:t>Debris Flow</w:t>
            </w:r>
          </w:p>
        </w:tc>
        <w:tc>
          <w:tcPr>
            <w:tcW w:type="dxa" w:w="2012"/>
          </w:tcPr>
          <w:p>
            <w:pPr>
              <w:spacing w:after="0"/>
              <w:jc w:val="left"/>
            </w:pPr>
            <w:r>
              <w:rPr>
                <w:sz w:val="16"/>
              </w:rPr>
              <w:t>none (count and damage only)</w:t>
            </w:r>
          </w:p>
        </w:tc>
        <w:tc>
          <w:tcPr>
            <w:tcW w:type="dxa" w:w="1851"/>
          </w:tcPr>
          <w:p>
            <w:pPr>
              <w:spacing w:after="0"/>
              <w:jc w:val="right"/>
            </w:pPr>
            <w:r>
              <w:rPr>
                <w:sz w:val="16"/>
              </w:rPr>
              <w:t>36 records, 2003 to 2021 (35 zone-level)</w:t>
            </w:r>
          </w:p>
        </w:tc>
        <w:tc>
          <w:tcPr>
            <w:tcW w:type="dxa" w:w="1423"/>
          </w:tcPr>
          <w:p>
            <w:pPr>
              <w:spacing w:after="0"/>
              <w:jc w:val="left"/>
            </w:pPr>
          </w:p>
        </w:tc>
        <w:tc>
          <w:tcPr>
            <w:tcW w:type="dxa" w:w="1788"/>
          </w:tcPr>
          <w:p>
            <w:pPr>
              <w:spacing w:after="0"/>
              <w:jc w:val="left"/>
            </w:pPr>
            <w:r>
              <w:rPr>
                <w:sz w:val="16"/>
              </w:rPr>
              <w:t>Debris Flow, 2008-05-02, $5,000 property; $0 crops (2008 dollars); NWS zone PRZ009</w:t>
            </w:r>
          </w:p>
        </w:tc>
        <w:tc>
          <w:tcPr>
            <w:tcW w:type="dxa" w:w="1611"/>
          </w:tcPr>
          <w:p>
            <w:pPr>
              <w:spacing w:after="0"/>
              <w:jc w:val="left"/>
            </w:pPr>
          </w:p>
        </w:tc>
        <w:tc>
          <w:tcPr>
            <w:tcW w:type="dxa" w:w="1815"/>
          </w:tcPr>
          <w:p>
            <w:pPr>
              <w:spacing w:after="0"/>
              <w:jc w:val="left"/>
            </w:pPr>
            <w:r>
              <w:rPr>
                <w:sz w:val="16"/>
              </w:rPr>
              <w:t>No event record names a jurisdiction in the plan. Zone-level records (35) apply countywide.</w:t>
            </w:r>
          </w:p>
        </w:tc>
        <w:tc>
          <w:tcPr>
            <w:tcW w:type="dxa" w:w="1645"/>
          </w:tcPr>
          <w:p>
            <w:pPr>
              <w:spacing w:after="0"/>
              <w:jc w:val="left"/>
            </w:pPr>
          </w:p>
        </w:tc>
      </w:tr>
      <w:tr>
        <w:trPr>
          <w:cantSplit/>
        </w:trPr>
        <w:tc>
          <w:tcPr>
            <w:tcW w:type="dxa" w:w="1967"/>
          </w:tcPr>
          <w:p>
            <w:pPr>
              <w:spacing w:after="0"/>
              <w:jc w:val="left"/>
            </w:pPr>
            <w:r>
              <w:rPr>
                <w:sz w:val="16"/>
              </w:rPr>
              <w:t>Lightning</w:t>
            </w:r>
          </w:p>
        </w:tc>
        <w:tc>
          <w:tcPr>
            <w:tcW w:type="dxa" w:w="2012"/>
          </w:tcPr>
          <w:p>
            <w:pPr>
              <w:spacing w:after="0"/>
              <w:jc w:val="left"/>
            </w:pPr>
            <w:r>
              <w:rPr>
                <w:sz w:val="16"/>
              </w:rPr>
              <w:t>annualized frequency (the measure FEMA's Local Mitigation Planning Handbook names)</w:t>
            </w:r>
          </w:p>
        </w:tc>
        <w:tc>
          <w:tcPr>
            <w:tcW w:type="dxa" w:w="1851"/>
          </w:tcPr>
          <w:p>
            <w:pPr>
              <w:spacing w:after="0"/>
              <w:jc w:val="right"/>
            </w:pPr>
            <w:r>
              <w:rPr>
                <w:sz w:val="16"/>
              </w:rPr>
              <w:t>1 record, 2002 (1 zone-level)</w:t>
            </w:r>
          </w:p>
        </w:tc>
        <w:tc>
          <w:tcPr>
            <w:tcW w:type="dxa" w:w="1423"/>
          </w:tcPr>
          <w:p>
            <w:pPr>
              <w:spacing w:after="0"/>
              <w:jc w:val="left"/>
            </w:pPr>
          </w:p>
        </w:tc>
        <w:tc>
          <w:tcPr>
            <w:tcW w:type="dxa" w:w="1788"/>
          </w:tcPr>
          <w:p>
            <w:pPr>
              <w:spacing w:after="0"/>
              <w:jc w:val="left"/>
            </w:pPr>
            <w:r>
              <w:rPr>
                <w:sz w:val="16"/>
              </w:rPr>
              <w:t>Lightning, 2002-07-07, $3,000 property; crops not reported (2002 dollars); NWS zone PRZ009</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r>
              <w:rPr>
                <w:sz w:val="16"/>
              </w:rPr>
              <w:t>Storm Events lists lightning with damage or casualties.</w:t>
            </w:r>
          </w:p>
        </w:tc>
      </w:tr>
      <w:tr>
        <w:trPr>
          <w:cantSplit/>
        </w:trPr>
        <w:tc>
          <w:tcPr>
            <w:tcW w:type="dxa" w:w="1967"/>
          </w:tcPr>
          <w:p>
            <w:pPr>
              <w:spacing w:after="0"/>
              <w:jc w:val="left"/>
            </w:pPr>
            <w:r>
              <w:rPr>
                <w:sz w:val="16"/>
              </w:rPr>
              <w:t>High Wind and Strong Wind (outside NRI's Strong Wind definition)</w:t>
            </w:r>
          </w:p>
        </w:tc>
        <w:tc>
          <w:tcPr>
            <w:tcW w:type="dxa" w:w="2012"/>
          </w:tcPr>
          <w:p>
            <w:pPr>
              <w:spacing w:after="0"/>
              <w:jc w:val="left"/>
            </w:pPr>
            <w:r>
              <w:rPr>
                <w:sz w:val="16"/>
              </w:rPr>
              <w:t>wind speed (kt and mph)</w:t>
            </w:r>
          </w:p>
        </w:tc>
        <w:tc>
          <w:tcPr>
            <w:tcW w:type="dxa" w:w="1851"/>
          </w:tcPr>
          <w:p>
            <w:pPr>
              <w:spacing w:after="0"/>
              <w:jc w:val="right"/>
            </w:pPr>
            <w:r>
              <w:rPr>
                <w:sz w:val="16"/>
              </w:rPr>
              <w:t>2 records, 2006 to 2026 (2 zone-level)</w:t>
            </w:r>
          </w:p>
        </w:tc>
        <w:tc>
          <w:tcPr>
            <w:tcW w:type="dxa" w:w="1423"/>
          </w:tcPr>
          <w:p>
            <w:pPr>
              <w:spacing w:after="0"/>
              <w:jc w:val="left"/>
            </w:pPr>
            <w:r>
              <w:rPr>
                <w:sz w:val="16"/>
              </w:rPr>
              <w:t>30 kt (35 mph) to 45 kt (52 mph) (median 37.5 kt (43 mph)); 2 with a recorded value</w:t>
            </w:r>
          </w:p>
        </w:tc>
        <w:tc>
          <w:tcPr>
            <w:tcW w:type="dxa" w:w="1788"/>
          </w:tcPr>
          <w:p>
            <w:pPr>
              <w:spacing w:after="0"/>
              <w:jc w:val="left"/>
            </w:pPr>
            <w:r>
              <w:rPr>
                <w:sz w:val="16"/>
              </w:rPr>
              <w:t>45 kt (52 mph) estimated gust, Strong Wind, 2006-06-14; NWS zone PRZ009</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p>
        </w:tc>
      </w:tr>
      <w:tr>
        <w:trPr>
          <w:cantSplit/>
        </w:trPr>
        <w:tc>
          <w:tcPr>
            <w:tcW w:type="dxa" w:w="1967"/>
          </w:tcPr>
          <w:p>
            <w:pPr>
              <w:spacing w:after="0"/>
              <w:jc w:val="left"/>
            </w:pPr>
            <w:r>
              <w:rPr>
                <w:sz w:val="16"/>
              </w:rPr>
              <w:t>Thunderstorm Wind</w:t>
            </w:r>
          </w:p>
        </w:tc>
        <w:tc>
          <w:tcPr>
            <w:tcW w:type="dxa" w:w="2012"/>
          </w:tcPr>
          <w:p>
            <w:pPr>
              <w:spacing w:after="0"/>
              <w:jc w:val="left"/>
            </w:pPr>
            <w:r>
              <w:rPr>
                <w:sz w:val="16"/>
              </w:rPr>
              <w:t>wind speed (kt and mph)</w:t>
            </w:r>
          </w:p>
        </w:tc>
        <w:tc>
          <w:tcPr>
            <w:tcW w:type="dxa" w:w="1851"/>
          </w:tcPr>
          <w:p>
            <w:pPr>
              <w:spacing w:after="0"/>
              <w:jc w:val="right"/>
            </w:pPr>
            <w:r>
              <w:rPr>
                <w:sz w:val="16"/>
              </w:rPr>
              <w:t>4 records, 2002 to 2024 (2 zone-level)</w:t>
            </w:r>
          </w:p>
        </w:tc>
        <w:tc>
          <w:tcPr>
            <w:tcW w:type="dxa" w:w="1423"/>
          </w:tcPr>
          <w:p>
            <w:pPr>
              <w:spacing w:after="0"/>
              <w:jc w:val="left"/>
            </w:pPr>
            <w:r>
              <w:rPr>
                <w:sz w:val="16"/>
              </w:rPr>
              <w:t>35 kt (40 mph); 2 with a recorded value</w:t>
            </w:r>
          </w:p>
        </w:tc>
        <w:tc>
          <w:tcPr>
            <w:tcW w:type="dxa" w:w="1788"/>
          </w:tcPr>
          <w:p>
            <w:pPr>
              <w:spacing w:after="0"/>
              <w:jc w:val="left"/>
            </w:pPr>
            <w:r>
              <w:rPr>
                <w:sz w:val="16"/>
              </w:rPr>
              <w:t>35 kt (40 mph) estimated gust, Thunderstorm Wind, 2024-09-25; same speed and measurement basis also recorded on 2016-07-27</w:t>
            </w:r>
          </w:p>
        </w:tc>
        <w:tc>
          <w:tcPr>
            <w:tcW w:type="dxa" w:w="1611"/>
          </w:tcPr>
          <w:p>
            <w:pPr>
              <w:spacing w:after="0"/>
              <w:jc w:val="left"/>
            </w:pPr>
          </w:p>
        </w:tc>
        <w:tc>
          <w:tcPr>
            <w:tcW w:type="dxa" w:w="1815"/>
          </w:tcPr>
          <w:p>
            <w:pPr>
              <w:spacing w:after="0"/>
              <w:jc w:val="left"/>
            </w:pPr>
            <w:r>
              <w:rPr>
                <w:sz w:val="16"/>
              </w:rPr>
              <w:t>No event record names a jurisdiction in the plan. Zone-level records (2) apply countywide.</w:t>
            </w:r>
          </w:p>
        </w:tc>
        <w:tc>
          <w:tcPr>
            <w:tcW w:type="dxa" w:w="1645"/>
          </w:tcPr>
          <w:p>
            <w:pPr>
              <w:spacing w:after="0"/>
              <w:jc w:val="left"/>
            </w:pPr>
          </w:p>
        </w:tc>
      </w:tr>
      <w:tr>
        <w:trPr>
          <w:cantSplit/>
        </w:trPr>
        <w:tc>
          <w:tcPr>
            <w:tcW w:type="dxa" w:w="1967"/>
          </w:tcPr>
          <w:p>
            <w:pPr>
              <w:spacing w:after="0"/>
              <w:jc w:val="left"/>
            </w:pPr>
            <w:r>
              <w:rPr>
                <w:sz w:val="16"/>
              </w:rPr>
              <w:t>Tornado</w:t>
            </w:r>
          </w:p>
        </w:tc>
        <w:tc>
          <w:tcPr>
            <w:tcW w:type="dxa" w:w="2012"/>
          </w:tcPr>
          <w:p>
            <w:pPr>
              <w:spacing w:after="0"/>
              <w:jc w:val="left"/>
            </w:pPr>
            <w:r>
              <w:rPr>
                <w:sz w:val="16"/>
              </w:rPr>
              <w:t>Enhanced Fujita (Fujita before Feb 2007)</w:t>
            </w:r>
          </w:p>
        </w:tc>
        <w:tc>
          <w:tcPr>
            <w:tcW w:type="dxa" w:w="1851"/>
          </w:tcPr>
          <w:p>
            <w:pPr>
              <w:spacing w:after="0"/>
              <w:jc w:val="right"/>
            </w:pPr>
            <w:r>
              <w:rPr>
                <w:sz w:val="16"/>
              </w:rPr>
              <w:t>1 record, 2000 (1 zone-level)</w:t>
            </w:r>
          </w:p>
        </w:tc>
        <w:tc>
          <w:tcPr>
            <w:tcW w:type="dxa" w:w="1423"/>
          </w:tcPr>
          <w:p>
            <w:pPr>
              <w:spacing w:after="0"/>
              <w:jc w:val="left"/>
            </w:pPr>
          </w:p>
        </w:tc>
        <w:tc>
          <w:tcPr>
            <w:tcW w:type="dxa" w:w="1788"/>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611"/>
          </w:tcPr>
          <w:p>
            <w:pPr>
              <w:spacing w:after="0"/>
              <w:jc w:val="left"/>
            </w:pPr>
            <w:r>
              <w:rPr>
                <w:sz w:val="16"/>
              </w:rPr>
              <w:t>Tornado, 2000-08-25, $5,000 property; crops not reported (zone total, 2000 dollars)</w:t>
            </w:r>
          </w:p>
        </w:tc>
        <w:tc>
          <w:tcPr>
            <w:tcW w:type="dxa" w:w="1815"/>
          </w:tcPr>
          <w:p>
            <w:pPr>
              <w:spacing w:after="0"/>
              <w:jc w:val="left"/>
            </w:pPr>
            <w:r>
              <w:rPr>
                <w:sz w:val="16"/>
              </w:rPr>
              <w:t>Countywide (zone-level records).</w:t>
            </w:r>
          </w:p>
        </w:tc>
        <w:tc>
          <w:tcPr>
            <w:tcW w:type="dxa" w:w="16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7"/>
          </w:tcPr>
          <w:p>
            <w:pPr>
              <w:spacing w:after="0"/>
              <w:jc w:val="left"/>
            </w:pPr>
            <w:r>
              <w:rPr>
                <w:sz w:val="16"/>
              </w:rPr>
              <w:t>Volcanic Ash, Volcanic Ashfall</w:t>
            </w:r>
          </w:p>
        </w:tc>
        <w:tc>
          <w:tcPr>
            <w:tcW w:type="dxa" w:w="2012"/>
          </w:tcPr>
          <w:p>
            <w:pPr>
              <w:spacing w:after="0"/>
              <w:jc w:val="left"/>
            </w:pPr>
            <w:r>
              <w:rPr>
                <w:sz w:val="16"/>
              </w:rPr>
              <w:t>Volcanic Explosivity Index (local data)</w:t>
            </w:r>
          </w:p>
        </w:tc>
        <w:tc>
          <w:tcPr>
            <w:tcW w:type="dxa" w:w="1851"/>
          </w:tcPr>
          <w:p>
            <w:pPr>
              <w:spacing w:after="0"/>
              <w:jc w:val="right"/>
            </w:pPr>
            <w:r>
              <w:rPr>
                <w:sz w:val="16"/>
              </w:rPr>
              <w:t>2 records, 2001 to 2003 (2 zone-level)</w:t>
            </w:r>
          </w:p>
        </w:tc>
        <w:tc>
          <w:tcPr>
            <w:tcW w:type="dxa" w:w="1423"/>
          </w:tcPr>
          <w:p>
            <w:pPr>
              <w:spacing w:after="0"/>
              <w:jc w:val="left"/>
            </w:pPr>
          </w:p>
        </w:tc>
        <w:tc>
          <w:tcPr>
            <w:tcW w:type="dxa" w:w="1788"/>
          </w:tcPr>
          <w:p>
            <w:pPr>
              <w:spacing w:after="0"/>
              <w:jc w:val="left"/>
            </w:pPr>
            <w:r>
              <w:rPr>
                <w:sz w:val="16"/>
              </w:rPr>
              <w:t>No damage reported in 2 records.</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p>
        </w:tc>
      </w:tr>
      <w:tr>
        <w:trPr>
          <w:cantSplit/>
        </w:trPr>
        <w:tc>
          <w:tcPr>
            <w:tcW w:type="dxa" w:w="1967"/>
          </w:tcPr>
          <w:p>
            <w:pPr>
              <w:spacing w:after="0"/>
              <w:jc w:val="left"/>
            </w:pPr>
            <w:r>
              <w:rPr>
                <w:sz w:val="16"/>
              </w:rPr>
              <w:t>Wildfire</w:t>
            </w:r>
          </w:p>
        </w:tc>
        <w:tc>
          <w:tcPr>
            <w:tcW w:type="dxa" w:w="2012"/>
          </w:tcPr>
          <w:p>
            <w:pPr>
              <w:spacing w:after="0"/>
              <w:jc w:val="left"/>
            </w:pPr>
            <w:r>
              <w:rPr>
                <w:sz w:val="16"/>
              </w:rPr>
              <w:t>acres burned (local data)</w:t>
            </w:r>
          </w:p>
        </w:tc>
        <w:tc>
          <w:tcPr>
            <w:tcW w:type="dxa" w:w="1851"/>
          </w:tcPr>
          <w:p>
            <w:pPr>
              <w:spacing w:after="0"/>
              <w:jc w:val="right"/>
            </w:pPr>
            <w:r>
              <w:rPr>
                <w:sz w:val="16"/>
              </w:rPr>
              <w:t>6 records, 2003 to 2014 (6 zone-level)</w:t>
            </w:r>
          </w:p>
        </w:tc>
        <w:tc>
          <w:tcPr>
            <w:tcW w:type="dxa" w:w="1423"/>
          </w:tcPr>
          <w:p>
            <w:pPr>
              <w:spacing w:after="0"/>
              <w:jc w:val="left"/>
            </w:pPr>
          </w:p>
        </w:tc>
        <w:tc>
          <w:tcPr>
            <w:tcW w:type="dxa" w:w="1788"/>
          </w:tcPr>
          <w:p>
            <w:pPr>
              <w:spacing w:after="0"/>
              <w:jc w:val="left"/>
            </w:pPr>
            <w:r>
              <w:rPr>
                <w:sz w:val="16"/>
              </w:rPr>
              <w:t>Wildfire, 2003-03-16, $3,600,000 property; crops not reported (2003 dollars); NWS zone PRZ009</w:t>
            </w:r>
          </w:p>
        </w:tc>
        <w:tc>
          <w:tcPr>
            <w:tcW w:type="dxa" w:w="1611"/>
          </w:tcPr>
          <w:p>
            <w:pPr>
              <w:spacing w:after="0"/>
              <w:jc w:val="left"/>
            </w:pPr>
          </w:p>
        </w:tc>
        <w:tc>
          <w:tcPr>
            <w:tcW w:type="dxa" w:w="1815"/>
          </w:tcPr>
          <w:p>
            <w:pPr>
              <w:spacing w:after="0"/>
              <w:jc w:val="left"/>
            </w:pPr>
            <w:r>
              <w:rPr>
                <w:sz w:val="16"/>
              </w:rPr>
              <w:t>Countywide (zone-level records).</w:t>
            </w:r>
          </w:p>
        </w:tc>
        <w:tc>
          <w:tcPr>
            <w:tcW w:type="dxa" w:w="1645"/>
          </w:tcPr>
          <w:p>
            <w:pPr>
              <w:spacing w:after="0"/>
              <w:jc w:val="left"/>
            </w:pPr>
          </w:p>
        </w:tc>
      </w:tr>
      <w:tr>
        <w:trPr>
          <w:cantSplit/>
        </w:trPr>
        <w:tc>
          <w:tcPr>
            <w:tcW w:type="dxa" w:w="1967"/>
          </w:tcPr>
          <w:p>
            <w:pPr>
              <w:spacing w:after="0"/>
              <w:jc w:val="left"/>
            </w:pPr>
            <w:r>
              <w:rPr>
                <w:sz w:val="16"/>
              </w:rPr>
              <w:t>Winter Storm, Heavy Snow, Blizzard, Lake-Effect Snow, Winter Weather, Sleet</w:t>
            </w:r>
          </w:p>
        </w:tc>
        <w:tc>
          <w:tcPr>
            <w:tcW w:type="dxa" w:w="2012"/>
          </w:tcPr>
          <w:p>
            <w:pPr>
              <w:spacing w:after="0"/>
              <w:jc w:val="left"/>
            </w:pPr>
            <w:r>
              <w:rPr>
                <w:sz w:val="16"/>
              </w:rPr>
              <w:t>none in data (snowfall: local data)</w:t>
            </w:r>
          </w:p>
        </w:tc>
        <w:tc>
          <w:tcPr>
            <w:tcW w:type="dxa" w:w="1851"/>
          </w:tcPr>
          <w:p>
            <w:pPr>
              <w:spacing w:after="0"/>
              <w:jc w:val="right"/>
            </w:pPr>
            <w:r>
              <w:rPr>
                <w:sz w:val="16"/>
              </w:rPr>
              <w:t>0</w:t>
            </w:r>
          </w:p>
        </w:tc>
        <w:tc>
          <w:tcPr>
            <w:tcW w:type="dxa" w:w="1423"/>
          </w:tcPr>
          <w:p>
            <w:pPr>
              <w:spacing w:after="0"/>
              <w:jc w:val="left"/>
            </w:pPr>
          </w:p>
        </w:tc>
        <w:tc>
          <w:tcPr>
            <w:tcW w:type="dxa" w:w="1788"/>
          </w:tcPr>
          <w:p>
            <w:pPr>
              <w:spacing w:after="0"/>
              <w:jc w:val="left"/>
            </w:pPr>
          </w:p>
        </w:tc>
        <w:tc>
          <w:tcPr>
            <w:tcW w:type="dxa" w:w="1611"/>
          </w:tcPr>
          <w:p>
            <w:pPr>
              <w:spacing w:after="0"/>
              <w:jc w:val="left"/>
            </w:pPr>
          </w:p>
        </w:tc>
        <w:tc>
          <w:tcPr>
            <w:tcW w:type="dxa" w:w="1815"/>
          </w:tcPr>
          <w:p>
            <w:pPr>
              <w:spacing w:after="0"/>
              <w:jc w:val="left"/>
            </w:pPr>
          </w:p>
        </w:tc>
        <w:tc>
          <w:tcPr>
            <w:tcW w:type="dxa" w:w="16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024"/>
        <w:gridCol w:w="1934"/>
        <w:gridCol w:w="2321"/>
        <w:gridCol w:w="2594"/>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024"/>
            <w:shd w:val="clear" w:color="auto" w:fill="E8E8E8"/>
          </w:tcPr>
          <w:p>
            <w:pPr>
              <w:spacing w:after="0"/>
              <w:jc w:val="left"/>
            </w:pPr>
            <w:r>
              <w:rPr>
                <w:b/>
                <w:sz w:val="16"/>
              </w:rPr>
              <w:t>Title</w:t>
            </w:r>
          </w:p>
        </w:tc>
        <w:tc>
          <w:tcPr>
            <w:tcW w:type="dxa" w:w="1934"/>
            <w:shd w:val="clear" w:color="auto" w:fill="E8E8E8"/>
          </w:tcPr>
          <w:p>
            <w:pPr>
              <w:spacing w:after="0"/>
              <w:jc w:val="left"/>
            </w:pPr>
            <w:r>
              <w:rPr>
                <w:b/>
                <w:sz w:val="16"/>
              </w:rPr>
              <w:t>Mapped hazard</w:t>
            </w:r>
          </w:p>
        </w:tc>
        <w:tc>
          <w:tcPr>
            <w:tcW w:type="dxa" w:w="23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94"/>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47"/>
          </w:tcPr>
          <w:p>
            <w:pPr>
              <w:spacing w:after="0"/>
              <w:jc w:val="left"/>
            </w:pPr>
            <w:r>
              <w:rPr>
                <w:sz w:val="16"/>
              </w:rPr>
              <w:t>Major disaster</w:t>
            </w:r>
          </w:p>
        </w:tc>
        <w:tc>
          <w:tcPr>
            <w:tcW w:type="dxa" w:w="2024"/>
          </w:tcPr>
          <w:p>
            <w:pPr>
              <w:spacing w:after="0"/>
              <w:jc w:val="left"/>
            </w:pPr>
            <w:r>
              <w:rPr>
                <w:sz w:val="16"/>
              </w:rPr>
              <w:t>Tropical Storm Ernesto</w:t>
            </w:r>
          </w:p>
        </w:tc>
        <w:tc>
          <w:tcPr>
            <w:tcW w:type="dxa" w:w="1934"/>
          </w:tcPr>
          <w:p>
            <w:pPr>
              <w:spacing w:after="0"/>
              <w:jc w:val="left"/>
            </w:pPr>
            <w:r>
              <w:rPr>
                <w:sz w:val="16"/>
              </w:rPr>
              <w:t>Hurricane (primary); also designated: Inland Flooding, Landslide</w:t>
            </w:r>
          </w:p>
        </w:tc>
        <w:tc>
          <w:tcPr>
            <w:tcW w:type="dxa" w:w="2321"/>
          </w:tcPr>
          <w:p>
            <w:pPr>
              <w:spacing w:after="0"/>
              <w:jc w:val="right"/>
            </w:pPr>
            <w:r>
              <w:rPr>
                <w:sz w:val="16"/>
              </w:rPr>
              <w:t>$105,941.63</w:t>
            </w:r>
          </w:p>
        </w:tc>
        <w:tc>
          <w:tcPr>
            <w:tcW w:type="dxa" w:w="2594"/>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47"/>
          </w:tcPr>
          <w:p>
            <w:pPr>
              <w:spacing w:after="0"/>
              <w:jc w:val="left"/>
            </w:pPr>
            <w:r>
              <w:rPr>
                <w:sz w:val="16"/>
              </w:rPr>
              <w:t>Emergency</w:t>
            </w:r>
          </w:p>
        </w:tc>
        <w:tc>
          <w:tcPr>
            <w:tcW w:type="dxa" w:w="2024"/>
          </w:tcPr>
          <w:p>
            <w:pPr>
              <w:spacing w:after="0"/>
              <w:jc w:val="left"/>
            </w:pPr>
            <w:r>
              <w:rPr>
                <w:sz w:val="16"/>
              </w:rPr>
              <w:t>Tropical Storm Ernesto</w:t>
            </w:r>
          </w:p>
        </w:tc>
        <w:tc>
          <w:tcPr>
            <w:tcW w:type="dxa" w:w="1934"/>
          </w:tcPr>
          <w:p>
            <w:pPr>
              <w:spacing w:after="0"/>
              <w:jc w:val="left"/>
            </w:pPr>
            <w:r>
              <w:rPr>
                <w:sz w:val="16"/>
              </w:rPr>
              <w:t>Hurricane; Inland Flooding; Landslide</w:t>
            </w:r>
          </w:p>
        </w:tc>
        <w:tc>
          <w:tcPr>
            <w:tcW w:type="dxa" w:w="2321"/>
          </w:tcPr>
          <w:p>
            <w:pPr>
              <w:spacing w:after="0"/>
              <w:jc w:val="right"/>
            </w:pPr>
            <w:r>
              <w:rPr>
                <w:sz w:val="16"/>
              </w:rPr>
              <w:t>no Public Assistance recorded</w:t>
            </w:r>
          </w:p>
        </w:tc>
        <w:tc>
          <w:tcPr>
            <w:tcW w:type="dxa" w:w="2594"/>
          </w:tcPr>
          <w:p>
            <w:pPr>
              <w:spacing w:after="0"/>
              <w:jc w:val="left"/>
            </w:pPr>
            <w:r>
              <w:rPr>
                <w:sz w:val="16"/>
              </w:rPr>
              <w:t>new since last plan; within last 5 years</w:t>
            </w:r>
          </w:p>
        </w:tc>
        <w:tc>
          <w:tcPr>
            <w:tcW w:type="dxa" w:w="882"/>
          </w:tcPr>
          <w:p>
            <w:pPr>
              <w:spacing w:after="0"/>
              <w:jc w:val="left"/>
            </w:pPr>
            <w:r>
              <w:rPr>
                <w:sz w:val="16"/>
              </w:rPr>
              <w:t>same incident as DR-4850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247"/>
          </w:tcPr>
          <w:p>
            <w:pPr>
              <w:spacing w:after="0"/>
              <w:jc w:val="left"/>
            </w:pPr>
            <w:r>
              <w:rPr>
                <w:sz w:val="16"/>
              </w:rPr>
              <w:t>Major disaster</w:t>
            </w:r>
          </w:p>
        </w:tc>
        <w:tc>
          <w:tcPr>
            <w:tcW w:type="dxa" w:w="2024"/>
          </w:tcPr>
          <w:p>
            <w:pPr>
              <w:spacing w:after="0"/>
              <w:jc w:val="left"/>
            </w:pPr>
            <w:r>
              <w:rPr>
                <w:sz w:val="16"/>
              </w:rPr>
              <w:t>Severe Storms, Flooding, Landslides, and Mudslides</w:t>
            </w:r>
          </w:p>
        </w:tc>
        <w:tc>
          <w:tcPr>
            <w:tcW w:type="dxa" w:w="1934"/>
          </w:tcPr>
          <w:p>
            <w:pPr>
              <w:spacing w:after="0"/>
              <w:jc w:val="left"/>
            </w:pPr>
            <w:r>
              <w:rPr>
                <w:sz w:val="16"/>
              </w:rPr>
              <w:t>Inland Flooding (primary); also designated: Landslide</w:t>
            </w:r>
          </w:p>
        </w:tc>
        <w:tc>
          <w:tcPr>
            <w:tcW w:type="dxa" w:w="2321"/>
          </w:tcPr>
          <w:p>
            <w:pPr>
              <w:spacing w:after="0"/>
              <w:jc w:val="right"/>
            </w:pPr>
            <w:r>
              <w:rPr>
                <w:sz w:val="16"/>
              </w:rPr>
              <w:t>$3,183,986.12</w:t>
            </w:r>
          </w:p>
        </w:tc>
        <w:tc>
          <w:tcPr>
            <w:tcW w:type="dxa" w:w="2594"/>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47"/>
          </w:tcPr>
          <w:p>
            <w:pPr>
              <w:spacing w:after="0"/>
              <w:jc w:val="left"/>
            </w:pPr>
            <w:r>
              <w:rPr>
                <w:sz w:val="16"/>
              </w:rPr>
              <w:t>Major disaster</w:t>
            </w:r>
          </w:p>
        </w:tc>
        <w:tc>
          <w:tcPr>
            <w:tcW w:type="dxa" w:w="2024"/>
          </w:tcPr>
          <w:p>
            <w:pPr>
              <w:spacing w:after="0"/>
              <w:jc w:val="left"/>
            </w:pPr>
            <w:r>
              <w:rPr>
                <w:sz w:val="16"/>
              </w:rPr>
              <w:t>Hurricane Fiona</w:t>
            </w:r>
          </w:p>
        </w:tc>
        <w:tc>
          <w:tcPr>
            <w:tcW w:type="dxa" w:w="1934"/>
          </w:tcPr>
          <w:p>
            <w:pPr>
              <w:spacing w:after="0"/>
              <w:jc w:val="left"/>
            </w:pPr>
            <w:r>
              <w:rPr>
                <w:sz w:val="16"/>
              </w:rPr>
              <w:t>Hurricane</w:t>
            </w:r>
          </w:p>
        </w:tc>
        <w:tc>
          <w:tcPr>
            <w:tcW w:type="dxa" w:w="2321"/>
          </w:tcPr>
          <w:p>
            <w:pPr>
              <w:spacing w:after="0"/>
              <w:jc w:val="right"/>
            </w:pPr>
            <w:r>
              <w:rPr>
                <w:sz w:val="16"/>
              </w:rPr>
              <w:t>$1,995,486.61</w:t>
            </w:r>
          </w:p>
        </w:tc>
        <w:tc>
          <w:tcPr>
            <w:tcW w:type="dxa" w:w="2594"/>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47"/>
          </w:tcPr>
          <w:p>
            <w:pPr>
              <w:spacing w:after="0"/>
              <w:jc w:val="left"/>
            </w:pPr>
            <w:r>
              <w:rPr>
                <w:sz w:val="16"/>
              </w:rPr>
              <w:t>Emergency</w:t>
            </w:r>
          </w:p>
        </w:tc>
        <w:tc>
          <w:tcPr>
            <w:tcW w:type="dxa" w:w="2024"/>
          </w:tcPr>
          <w:p>
            <w:pPr>
              <w:spacing w:after="0"/>
              <w:jc w:val="left"/>
            </w:pPr>
            <w:r>
              <w:rPr>
                <w:sz w:val="16"/>
              </w:rPr>
              <w:t>Tropical Storm Fiona</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r>
              <w:rPr>
                <w:sz w:val="16"/>
              </w:rPr>
              <w:t>new since last plan; within last 5 years</w:t>
            </w:r>
          </w:p>
        </w:tc>
        <w:tc>
          <w:tcPr>
            <w:tcW w:type="dxa" w:w="882"/>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47"/>
          </w:tcPr>
          <w:p>
            <w:pPr>
              <w:spacing w:after="0"/>
              <w:jc w:val="left"/>
            </w:pPr>
            <w:r>
              <w:rPr>
                <w:sz w:val="16"/>
              </w:rPr>
              <w:t>Emergency</w:t>
            </w:r>
          </w:p>
        </w:tc>
        <w:tc>
          <w:tcPr>
            <w:tcW w:type="dxa" w:w="2024"/>
          </w:tcPr>
          <w:p>
            <w:pPr>
              <w:spacing w:after="0"/>
              <w:jc w:val="left"/>
            </w:pPr>
            <w:r>
              <w:rPr>
                <w:sz w:val="16"/>
              </w:rPr>
              <w:t>Tropical Storm Laura</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47"/>
          </w:tcPr>
          <w:p>
            <w:pPr>
              <w:spacing w:after="0"/>
              <w:jc w:val="left"/>
            </w:pPr>
            <w:r>
              <w:rPr>
                <w:sz w:val="16"/>
              </w:rPr>
              <w:t>Emergency</w:t>
            </w:r>
          </w:p>
        </w:tc>
        <w:tc>
          <w:tcPr>
            <w:tcW w:type="dxa" w:w="2024"/>
          </w:tcPr>
          <w:p>
            <w:pPr>
              <w:spacing w:after="0"/>
              <w:jc w:val="left"/>
            </w:pPr>
            <w:r>
              <w:rPr>
                <w:sz w:val="16"/>
              </w:rPr>
              <w:t>Potential Tropical Cyclone Nine</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47"/>
          </w:tcPr>
          <w:p>
            <w:pPr>
              <w:spacing w:after="0"/>
              <w:jc w:val="left"/>
            </w:pPr>
            <w:r>
              <w:rPr>
                <w:sz w:val="16"/>
              </w:rPr>
              <w:t>Major disaster</w:t>
            </w:r>
          </w:p>
        </w:tc>
        <w:tc>
          <w:tcPr>
            <w:tcW w:type="dxa" w:w="2024"/>
          </w:tcPr>
          <w:p>
            <w:pPr>
              <w:spacing w:after="0"/>
              <w:jc w:val="left"/>
            </w:pPr>
            <w:r>
              <w:rPr>
                <w:sz w:val="16"/>
              </w:rPr>
              <w:t>COVID-19 Pandemic</w:t>
            </w:r>
          </w:p>
        </w:tc>
        <w:tc>
          <w:tcPr>
            <w:tcW w:type="dxa" w:w="1934"/>
          </w:tcPr>
          <w:p>
            <w:pPr>
              <w:spacing w:after="0"/>
              <w:jc w:val="left"/>
            </w:pPr>
            <w:r>
              <w:rPr>
                <w:sz w:val="16"/>
              </w:rPr>
              <w:t>Non-natural, not counted</w:t>
            </w:r>
          </w:p>
        </w:tc>
        <w:tc>
          <w:tcPr>
            <w:tcW w:type="dxa" w:w="2321"/>
          </w:tcPr>
          <w:p>
            <w:pPr>
              <w:spacing w:after="0"/>
              <w:jc w:val="right"/>
            </w:pPr>
            <w:r>
              <w:rPr>
                <w:sz w:val="16"/>
              </w:rPr>
              <w:t>no Public Assistance recorded</w:t>
            </w:r>
          </w:p>
        </w:tc>
        <w:tc>
          <w:tcPr>
            <w:tcW w:type="dxa" w:w="2594"/>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47"/>
          </w:tcPr>
          <w:p>
            <w:pPr>
              <w:spacing w:after="0"/>
              <w:jc w:val="left"/>
            </w:pPr>
            <w:r>
              <w:rPr>
                <w:sz w:val="16"/>
              </w:rPr>
              <w:t>Emergency</w:t>
            </w:r>
          </w:p>
        </w:tc>
        <w:tc>
          <w:tcPr>
            <w:tcW w:type="dxa" w:w="2024"/>
          </w:tcPr>
          <w:p>
            <w:pPr>
              <w:spacing w:after="0"/>
              <w:jc w:val="left"/>
            </w:pPr>
            <w:r>
              <w:rPr>
                <w:sz w:val="16"/>
              </w:rPr>
              <w:t>COVID-19</w:t>
            </w:r>
          </w:p>
        </w:tc>
        <w:tc>
          <w:tcPr>
            <w:tcW w:type="dxa" w:w="1934"/>
          </w:tcPr>
          <w:p>
            <w:pPr>
              <w:spacing w:after="0"/>
              <w:jc w:val="left"/>
            </w:pPr>
            <w:r>
              <w:rPr>
                <w:sz w:val="16"/>
              </w:rPr>
              <w:t>Non-natural, not counted</w:t>
            </w:r>
          </w:p>
        </w:tc>
        <w:tc>
          <w:tcPr>
            <w:tcW w:type="dxa" w:w="2321"/>
          </w:tcPr>
          <w:p>
            <w:pPr>
              <w:spacing w:after="0"/>
              <w:jc w:val="right"/>
            </w:pPr>
            <w:r>
              <w:rPr>
                <w:sz w:val="16"/>
              </w:rPr>
              <w:t>no Public Assistance recorded</w:t>
            </w:r>
          </w:p>
        </w:tc>
        <w:tc>
          <w:tcPr>
            <w:tcW w:type="dxa" w:w="2594"/>
          </w:tcPr>
          <w:p>
            <w:pPr>
              <w:spacing w:after="0"/>
              <w:jc w:val="left"/>
            </w:pPr>
            <w:r>
              <w:rPr>
                <w:sz w:val="16"/>
              </w:rPr>
              <w:t>in the 12 months before plan approval</w:t>
            </w:r>
          </w:p>
        </w:tc>
        <w:tc>
          <w:tcPr>
            <w:tcW w:type="dxa" w:w="882"/>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47"/>
          </w:tcPr>
          <w:p>
            <w:pPr>
              <w:spacing w:after="0"/>
              <w:jc w:val="left"/>
            </w:pPr>
            <w:r>
              <w:rPr>
                <w:sz w:val="16"/>
              </w:rPr>
              <w:t>Major disaster</w:t>
            </w:r>
          </w:p>
        </w:tc>
        <w:tc>
          <w:tcPr>
            <w:tcW w:type="dxa" w:w="2024"/>
          </w:tcPr>
          <w:p>
            <w:pPr>
              <w:spacing w:after="0"/>
              <w:jc w:val="left"/>
            </w:pPr>
            <w:r>
              <w:rPr>
                <w:sz w:val="16"/>
              </w:rPr>
              <w:t>Earthquakes</w:t>
            </w:r>
          </w:p>
        </w:tc>
        <w:tc>
          <w:tcPr>
            <w:tcW w:type="dxa" w:w="1934"/>
          </w:tcPr>
          <w:p>
            <w:pPr>
              <w:spacing w:after="0"/>
              <w:jc w:val="left"/>
            </w:pPr>
            <w:r>
              <w:rPr>
                <w:sz w:val="16"/>
              </w:rPr>
              <w:t>Earthquake</w:t>
            </w:r>
          </w:p>
        </w:tc>
        <w:tc>
          <w:tcPr>
            <w:tcW w:type="dxa" w:w="2321"/>
          </w:tcPr>
          <w:p>
            <w:pPr>
              <w:spacing w:after="0"/>
              <w:jc w:val="right"/>
            </w:pPr>
            <w:r>
              <w:rPr>
                <w:sz w:val="16"/>
              </w:rPr>
              <w:t>$1,837,276.45</w:t>
            </w:r>
          </w:p>
        </w:tc>
        <w:tc>
          <w:tcPr>
            <w:tcW w:type="dxa" w:w="2594"/>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47"/>
          </w:tcPr>
          <w:p>
            <w:pPr>
              <w:spacing w:after="0"/>
              <w:jc w:val="left"/>
            </w:pPr>
            <w:r>
              <w:rPr>
                <w:sz w:val="16"/>
              </w:rPr>
              <w:t>Emergency</w:t>
            </w:r>
          </w:p>
        </w:tc>
        <w:tc>
          <w:tcPr>
            <w:tcW w:type="dxa" w:w="2024"/>
          </w:tcPr>
          <w:p>
            <w:pPr>
              <w:spacing w:after="0"/>
              <w:jc w:val="left"/>
            </w:pPr>
            <w:r>
              <w:rPr>
                <w:sz w:val="16"/>
              </w:rPr>
              <w:t>Earthquakes</w:t>
            </w:r>
          </w:p>
        </w:tc>
        <w:tc>
          <w:tcPr>
            <w:tcW w:type="dxa" w:w="1934"/>
          </w:tcPr>
          <w:p>
            <w:pPr>
              <w:spacing w:after="0"/>
              <w:jc w:val="left"/>
            </w:pPr>
            <w:r>
              <w:rPr>
                <w:sz w:val="16"/>
              </w:rPr>
              <w:t>Earthquake</w:t>
            </w:r>
          </w:p>
        </w:tc>
        <w:tc>
          <w:tcPr>
            <w:tcW w:type="dxa" w:w="2321"/>
          </w:tcPr>
          <w:p>
            <w:pPr>
              <w:spacing w:after="0"/>
              <w:jc w:val="right"/>
            </w:pPr>
            <w:r>
              <w:rPr>
                <w:sz w:val="16"/>
              </w:rPr>
              <w:t>no Public Assistance recorded</w:t>
            </w:r>
          </w:p>
        </w:tc>
        <w:tc>
          <w:tcPr>
            <w:tcW w:type="dxa" w:w="2594"/>
          </w:tcPr>
          <w:p>
            <w:pPr>
              <w:spacing w:after="0"/>
              <w:jc w:val="left"/>
            </w:pPr>
            <w:r>
              <w:rPr>
                <w:sz w:val="16"/>
              </w:rPr>
              <w:t>in the 12 months before plan approval</w:t>
            </w:r>
          </w:p>
        </w:tc>
        <w:tc>
          <w:tcPr>
            <w:tcW w:type="dxa" w:w="882"/>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47"/>
          </w:tcPr>
          <w:p>
            <w:pPr>
              <w:spacing w:after="0"/>
              <w:jc w:val="left"/>
            </w:pPr>
            <w:r>
              <w:rPr>
                <w:sz w:val="16"/>
              </w:rPr>
              <w:t>Emergency</w:t>
            </w:r>
          </w:p>
        </w:tc>
        <w:tc>
          <w:tcPr>
            <w:tcW w:type="dxa" w:w="2024"/>
          </w:tcPr>
          <w:p>
            <w:pPr>
              <w:spacing w:after="0"/>
              <w:jc w:val="left"/>
            </w:pPr>
            <w:r>
              <w:rPr>
                <w:sz w:val="16"/>
              </w:rPr>
              <w:t>Tropical Storm Dorian</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47"/>
          </w:tcPr>
          <w:p>
            <w:pPr>
              <w:spacing w:after="0"/>
              <w:jc w:val="left"/>
            </w:pPr>
            <w:r>
              <w:rPr>
                <w:sz w:val="16"/>
              </w:rPr>
              <w:t>Major disaster</w:t>
            </w:r>
          </w:p>
        </w:tc>
        <w:tc>
          <w:tcPr>
            <w:tcW w:type="dxa" w:w="2024"/>
          </w:tcPr>
          <w:p>
            <w:pPr>
              <w:spacing w:after="0"/>
              <w:jc w:val="left"/>
            </w:pPr>
            <w:r>
              <w:rPr>
                <w:sz w:val="16"/>
              </w:rPr>
              <w:t>Hurricane Maria</w:t>
            </w:r>
          </w:p>
        </w:tc>
        <w:tc>
          <w:tcPr>
            <w:tcW w:type="dxa" w:w="1934"/>
          </w:tcPr>
          <w:p>
            <w:pPr>
              <w:spacing w:after="0"/>
              <w:jc w:val="left"/>
            </w:pPr>
            <w:r>
              <w:rPr>
                <w:sz w:val="16"/>
              </w:rPr>
              <w:t>Hurricane</w:t>
            </w:r>
          </w:p>
        </w:tc>
        <w:tc>
          <w:tcPr>
            <w:tcW w:type="dxa" w:w="2321"/>
          </w:tcPr>
          <w:p>
            <w:pPr>
              <w:spacing w:after="0"/>
              <w:jc w:val="right"/>
            </w:pPr>
            <w:r>
              <w:rPr>
                <w:sz w:val="16"/>
              </w:rPr>
              <w:t>$108,398,835.38</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47"/>
          </w:tcPr>
          <w:p>
            <w:pPr>
              <w:spacing w:after="0"/>
              <w:jc w:val="left"/>
            </w:pPr>
            <w:r>
              <w:rPr>
                <w:sz w:val="16"/>
              </w:rPr>
              <w:t>Emergency</w:t>
            </w:r>
          </w:p>
        </w:tc>
        <w:tc>
          <w:tcPr>
            <w:tcW w:type="dxa" w:w="2024"/>
          </w:tcPr>
          <w:p>
            <w:pPr>
              <w:spacing w:after="0"/>
              <w:jc w:val="left"/>
            </w:pPr>
            <w:r>
              <w:rPr>
                <w:sz w:val="16"/>
              </w:rPr>
              <w:t>Hurricane Maria</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47"/>
          </w:tcPr>
          <w:p>
            <w:pPr>
              <w:spacing w:after="0"/>
              <w:jc w:val="left"/>
            </w:pPr>
            <w:r>
              <w:rPr>
                <w:sz w:val="16"/>
              </w:rPr>
              <w:t>Major disaster</w:t>
            </w:r>
          </w:p>
        </w:tc>
        <w:tc>
          <w:tcPr>
            <w:tcW w:type="dxa" w:w="2024"/>
          </w:tcPr>
          <w:p>
            <w:pPr>
              <w:spacing w:after="0"/>
              <w:jc w:val="left"/>
            </w:pPr>
            <w:r>
              <w:rPr>
                <w:sz w:val="16"/>
              </w:rPr>
              <w:t>Hurricane Irene</w:t>
            </w:r>
          </w:p>
        </w:tc>
        <w:tc>
          <w:tcPr>
            <w:tcW w:type="dxa" w:w="1934"/>
          </w:tcPr>
          <w:p>
            <w:pPr>
              <w:spacing w:after="0"/>
              <w:jc w:val="left"/>
            </w:pPr>
            <w:r>
              <w:rPr>
                <w:sz w:val="16"/>
              </w:rPr>
              <w:t>Hurricane</w:t>
            </w:r>
          </w:p>
        </w:tc>
        <w:tc>
          <w:tcPr>
            <w:tcW w:type="dxa" w:w="2321"/>
          </w:tcPr>
          <w:p>
            <w:pPr>
              <w:spacing w:after="0"/>
              <w:jc w:val="right"/>
            </w:pPr>
            <w:r>
              <w:rPr>
                <w:sz w:val="16"/>
              </w:rPr>
              <w:t>$144,038.26</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47"/>
          </w:tcPr>
          <w:p>
            <w:pPr>
              <w:spacing w:after="0"/>
              <w:jc w:val="left"/>
            </w:pPr>
            <w:r>
              <w:rPr>
                <w:sz w:val="16"/>
              </w:rPr>
              <w:t>Emergency</w:t>
            </w:r>
          </w:p>
        </w:tc>
        <w:tc>
          <w:tcPr>
            <w:tcW w:type="dxa" w:w="2024"/>
          </w:tcPr>
          <w:p>
            <w:pPr>
              <w:spacing w:after="0"/>
              <w:jc w:val="left"/>
            </w:pPr>
            <w:r>
              <w:rPr>
                <w:sz w:val="16"/>
              </w:rPr>
              <w:t>Hurricane Irene</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r>
              <w:rPr>
                <w:sz w:val="16"/>
              </w:rPr>
              <w:t>same incident as DR-4017</w:t>
            </w: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47"/>
          </w:tcPr>
          <w:p>
            <w:pPr>
              <w:spacing w:after="0"/>
              <w:jc w:val="left"/>
            </w:pPr>
            <w:r>
              <w:rPr>
                <w:sz w:val="16"/>
              </w:rPr>
              <w:t>Major disaster</w:t>
            </w:r>
          </w:p>
        </w:tc>
        <w:tc>
          <w:tcPr>
            <w:tcW w:type="dxa" w:w="2024"/>
          </w:tcPr>
          <w:p>
            <w:pPr>
              <w:spacing w:after="0"/>
              <w:jc w:val="left"/>
            </w:pPr>
            <w:r>
              <w:rPr>
                <w:sz w:val="16"/>
              </w:rPr>
              <w:t>Severe Storms, Flooding, Mudslides, and Landslides Assoc W Ts Otto</w:t>
            </w:r>
          </w:p>
        </w:tc>
        <w:tc>
          <w:tcPr>
            <w:tcW w:type="dxa" w:w="1934"/>
          </w:tcPr>
          <w:p>
            <w:pPr>
              <w:spacing w:after="0"/>
              <w:jc w:val="left"/>
            </w:pPr>
            <w:r>
              <w:rPr>
                <w:sz w:val="16"/>
              </w:rPr>
              <w:t>Hurricane; Inland Flooding; Landslide</w:t>
            </w:r>
          </w:p>
        </w:tc>
        <w:tc>
          <w:tcPr>
            <w:tcW w:type="dxa" w:w="2321"/>
          </w:tcPr>
          <w:p>
            <w:pPr>
              <w:spacing w:after="0"/>
              <w:jc w:val="right"/>
            </w:pPr>
            <w:r>
              <w:rPr>
                <w:sz w:val="16"/>
              </w:rPr>
              <w:t>$153,544.35</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47"/>
          </w:tcPr>
          <w:p>
            <w:pPr>
              <w:spacing w:after="0"/>
              <w:jc w:val="left"/>
            </w:pPr>
            <w:r>
              <w:rPr>
                <w:sz w:val="16"/>
              </w:rPr>
              <w:t>Major disaster</w:t>
            </w:r>
          </w:p>
        </w:tc>
        <w:tc>
          <w:tcPr>
            <w:tcW w:type="dxa" w:w="2024"/>
          </w:tcPr>
          <w:p>
            <w:pPr>
              <w:spacing w:after="0"/>
              <w:jc w:val="left"/>
            </w:pPr>
            <w:r>
              <w:rPr>
                <w:sz w:val="16"/>
              </w:rPr>
              <w:t>Severe Storms and Flooding</w:t>
            </w:r>
          </w:p>
        </w:tc>
        <w:tc>
          <w:tcPr>
            <w:tcW w:type="dxa" w:w="1934"/>
          </w:tcPr>
          <w:p>
            <w:pPr>
              <w:spacing w:after="0"/>
              <w:jc w:val="left"/>
            </w:pPr>
            <w:r>
              <w:rPr>
                <w:sz w:val="16"/>
              </w:rPr>
              <w:t>Inland Flooding</w:t>
            </w:r>
          </w:p>
        </w:tc>
        <w:tc>
          <w:tcPr>
            <w:tcW w:type="dxa" w:w="2321"/>
          </w:tcPr>
          <w:p>
            <w:pPr>
              <w:spacing w:after="0"/>
              <w:jc w:val="right"/>
            </w:pPr>
            <w:r>
              <w:rPr>
                <w:sz w:val="16"/>
              </w:rPr>
              <w:t>$19,498.39</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47"/>
          </w:tcPr>
          <w:p>
            <w:pPr>
              <w:spacing w:after="0"/>
              <w:jc w:val="left"/>
            </w:pPr>
            <w:r>
              <w:rPr>
                <w:sz w:val="16"/>
              </w:rPr>
              <w:t>Major disaster</w:t>
            </w:r>
          </w:p>
        </w:tc>
        <w:tc>
          <w:tcPr>
            <w:tcW w:type="dxa" w:w="2024"/>
          </w:tcPr>
          <w:p>
            <w:pPr>
              <w:spacing w:after="0"/>
              <w:jc w:val="left"/>
            </w:pPr>
            <w:r>
              <w:rPr>
                <w:sz w:val="16"/>
              </w:rPr>
              <w:t>Tropical Storm Jeanne and Resulting Landslides and Mudslides</w:t>
            </w:r>
          </w:p>
        </w:tc>
        <w:tc>
          <w:tcPr>
            <w:tcW w:type="dxa" w:w="1934"/>
          </w:tcPr>
          <w:p>
            <w:pPr>
              <w:spacing w:after="0"/>
              <w:jc w:val="left"/>
            </w:pPr>
            <w:r>
              <w:rPr>
                <w:sz w:val="16"/>
              </w:rPr>
              <w:t>Hurricane; Landslide</w:t>
            </w:r>
          </w:p>
        </w:tc>
        <w:tc>
          <w:tcPr>
            <w:tcW w:type="dxa" w:w="2321"/>
          </w:tcPr>
          <w:p>
            <w:pPr>
              <w:spacing w:after="0"/>
              <w:jc w:val="right"/>
            </w:pPr>
            <w:r>
              <w:rPr>
                <w:sz w:val="16"/>
              </w:rPr>
              <w:t>$133,380.42</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47"/>
          </w:tcPr>
          <w:p>
            <w:pPr>
              <w:spacing w:after="0"/>
              <w:jc w:val="left"/>
            </w:pPr>
            <w:r>
              <w:rPr>
                <w:sz w:val="16"/>
              </w:rPr>
              <w:t>Major disaster</w:t>
            </w:r>
          </w:p>
        </w:tc>
        <w:tc>
          <w:tcPr>
            <w:tcW w:type="dxa" w:w="2024"/>
          </w:tcPr>
          <w:p>
            <w:pPr>
              <w:spacing w:after="0"/>
              <w:jc w:val="left"/>
            </w:pPr>
            <w:r>
              <w:rPr>
                <w:sz w:val="16"/>
              </w:rPr>
              <w:t>Severe Storms, Flooding and Mudslides</w:t>
            </w:r>
          </w:p>
        </w:tc>
        <w:tc>
          <w:tcPr>
            <w:tcW w:type="dxa" w:w="1934"/>
          </w:tcPr>
          <w:p>
            <w:pPr>
              <w:spacing w:after="0"/>
              <w:jc w:val="left"/>
            </w:pPr>
            <w:r>
              <w:rPr>
                <w:sz w:val="16"/>
              </w:rPr>
              <w:t>Inland Flooding; Landslide</w:t>
            </w:r>
          </w:p>
        </w:tc>
        <w:tc>
          <w:tcPr>
            <w:tcW w:type="dxa" w:w="2321"/>
          </w:tcPr>
          <w:p>
            <w:pPr>
              <w:spacing w:after="0"/>
              <w:jc w:val="right"/>
            </w:pPr>
            <w:r>
              <w:rPr>
                <w:sz w:val="16"/>
              </w:rPr>
              <w:t>$75,095.48</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47"/>
          </w:tcPr>
          <w:p>
            <w:pPr>
              <w:spacing w:after="0"/>
              <w:jc w:val="left"/>
            </w:pPr>
            <w:r>
              <w:rPr>
                <w:sz w:val="16"/>
              </w:rPr>
              <w:t>Emergency</w:t>
            </w:r>
          </w:p>
        </w:tc>
        <w:tc>
          <w:tcPr>
            <w:tcW w:type="dxa" w:w="2024"/>
          </w:tcPr>
          <w:p>
            <w:pPr>
              <w:spacing w:after="0"/>
              <w:jc w:val="left"/>
            </w:pPr>
            <w:r>
              <w:rPr>
                <w:sz w:val="16"/>
              </w:rPr>
              <w:t>Hurricane Lenny</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47"/>
          </w:tcPr>
          <w:p>
            <w:pPr>
              <w:spacing w:after="0"/>
              <w:jc w:val="left"/>
            </w:pPr>
            <w:r>
              <w:rPr>
                <w:sz w:val="16"/>
              </w:rPr>
              <w:t>Major disaster</w:t>
            </w:r>
          </w:p>
        </w:tc>
        <w:tc>
          <w:tcPr>
            <w:tcW w:type="dxa" w:w="2024"/>
          </w:tcPr>
          <w:p>
            <w:pPr>
              <w:spacing w:after="0"/>
              <w:jc w:val="left"/>
            </w:pPr>
            <w:r>
              <w:rPr>
                <w:sz w:val="16"/>
              </w:rPr>
              <w:t>Hurricane Georges - 18 Sep 98</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47"/>
          </w:tcPr>
          <w:p>
            <w:pPr>
              <w:spacing w:after="0"/>
              <w:jc w:val="left"/>
            </w:pPr>
            <w:r>
              <w:rPr>
                <w:sz w:val="16"/>
              </w:rPr>
              <w:t>Major disaster</w:t>
            </w:r>
          </w:p>
        </w:tc>
        <w:tc>
          <w:tcPr>
            <w:tcW w:type="dxa" w:w="2024"/>
          </w:tcPr>
          <w:p>
            <w:pPr>
              <w:spacing w:after="0"/>
              <w:jc w:val="left"/>
            </w:pPr>
            <w:r>
              <w:rPr>
                <w:sz w:val="16"/>
              </w:rPr>
              <w:t>Hurricane Hortense</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47"/>
          </w:tcPr>
          <w:p>
            <w:pPr>
              <w:spacing w:after="0"/>
              <w:jc w:val="left"/>
            </w:pPr>
            <w:r>
              <w:rPr>
                <w:sz w:val="16"/>
              </w:rPr>
              <w:t>Major disaster</w:t>
            </w:r>
          </w:p>
        </w:tc>
        <w:tc>
          <w:tcPr>
            <w:tcW w:type="dxa" w:w="2024"/>
          </w:tcPr>
          <w:p>
            <w:pPr>
              <w:spacing w:after="0"/>
              <w:jc w:val="left"/>
            </w:pPr>
            <w:r>
              <w:rPr>
                <w:sz w:val="16"/>
              </w:rPr>
              <w:t>Hurricane David</w:t>
            </w:r>
          </w:p>
        </w:tc>
        <w:tc>
          <w:tcPr>
            <w:tcW w:type="dxa" w:w="1934"/>
          </w:tcPr>
          <w:p>
            <w:pPr>
              <w:spacing w:after="0"/>
              <w:jc w:val="left"/>
            </w:pPr>
            <w:r>
              <w:rPr>
                <w:sz w:val="16"/>
              </w:rPr>
              <w:t>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47"/>
          </w:tcPr>
          <w:p>
            <w:pPr>
              <w:spacing w:after="0"/>
              <w:jc w:val="left"/>
            </w:pPr>
            <w:r>
              <w:rPr>
                <w:sz w:val="16"/>
              </w:rPr>
              <w:t>Major disaster</w:t>
            </w:r>
          </w:p>
        </w:tc>
        <w:tc>
          <w:tcPr>
            <w:tcW w:type="dxa" w:w="2024"/>
          </w:tcPr>
          <w:p>
            <w:pPr>
              <w:spacing w:after="0"/>
              <w:jc w:val="left"/>
            </w:pPr>
            <w:r>
              <w:rPr>
                <w:sz w:val="16"/>
              </w:rPr>
              <w:t>Tropical Storm Elioise</w:t>
            </w:r>
          </w:p>
        </w:tc>
        <w:tc>
          <w:tcPr>
            <w:tcW w:type="dxa" w:w="1934"/>
          </w:tcPr>
          <w:p>
            <w:pPr>
              <w:spacing w:after="0"/>
              <w:jc w:val="left"/>
            </w:pPr>
            <w:r>
              <w:rPr>
                <w:sz w:val="16"/>
              </w:rPr>
              <w:t>Inland Flooding (primary); also designated: Hurricane</w:t>
            </w:r>
          </w:p>
        </w:tc>
        <w:tc>
          <w:tcPr>
            <w:tcW w:type="dxa" w:w="2321"/>
          </w:tcPr>
          <w:p>
            <w:pPr>
              <w:spacing w:after="0"/>
              <w:jc w:val="right"/>
            </w:pPr>
            <w:r>
              <w:rPr>
                <w:sz w:val="16"/>
              </w:rPr>
              <w:t>no Public Assistance recorded</w:t>
            </w:r>
          </w:p>
        </w:tc>
        <w:tc>
          <w:tcPr>
            <w:tcW w:type="dxa" w:w="2594"/>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6</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36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6</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53"/>
        <w:gridCol w:w="1253"/>
        <w:gridCol w:w="1782"/>
        <w:gridCol w:w="963"/>
        <w:gridCol w:w="3399"/>
        <w:gridCol w:w="1205"/>
        <w:gridCol w:w="2921"/>
      </w:tblGrid>
      <w:tr>
        <w:trPr>
          <w:cantSplit/>
          <w:tblHeader/>
        </w:trPr>
        <w:tc>
          <w:tcPr>
            <w:tcW w:type="dxa" w:w="1037"/>
            <w:shd w:val="clear" w:color="auto" w:fill="E8E8E8"/>
          </w:tcPr>
          <w:p>
            <w:pPr>
              <w:spacing w:after="0"/>
              <w:jc w:val="left"/>
            </w:pPr>
            <w:r>
              <w:rPr>
                <w:b/>
                <w:sz w:val="16"/>
              </w:rPr>
              <w:t>Date</w:t>
            </w:r>
          </w:p>
        </w:tc>
        <w:tc>
          <w:tcPr>
            <w:tcW w:type="dxa" w:w="1553"/>
            <w:shd w:val="clear" w:color="auto" w:fill="E8E8E8"/>
          </w:tcPr>
          <w:p>
            <w:pPr>
              <w:spacing w:after="0"/>
              <w:jc w:val="left"/>
            </w:pPr>
            <w:r>
              <w:rPr>
                <w:b/>
                <w:sz w:val="16"/>
              </w:rPr>
              <w:t>Event type</w:t>
            </w:r>
          </w:p>
        </w:tc>
        <w:tc>
          <w:tcPr>
            <w:tcW w:type="dxa" w:w="1253"/>
            <w:shd w:val="clear" w:color="auto" w:fill="E8E8E8"/>
          </w:tcPr>
          <w:p>
            <w:pPr>
              <w:spacing w:after="0"/>
              <w:jc w:val="left"/>
            </w:pPr>
            <w:r>
              <w:rPr>
                <w:b/>
                <w:sz w:val="16"/>
              </w:rPr>
              <w:t>Magnitude or extent</w:t>
            </w:r>
          </w:p>
        </w:tc>
        <w:tc>
          <w:tcPr>
            <w:tcW w:type="dxa" w:w="1782"/>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99"/>
            <w:shd w:val="clear" w:color="auto" w:fill="E8E8E8"/>
          </w:tcPr>
          <w:p>
            <w:pPr>
              <w:spacing w:after="0"/>
              <w:jc w:val="left"/>
            </w:pPr>
            <w:r>
              <w:rPr>
                <w:b/>
                <w:sz w:val="16"/>
              </w:rPr>
              <w:t>Location</w:t>
            </w:r>
          </w:p>
        </w:tc>
        <w:tc>
          <w:tcPr>
            <w:tcW w:type="dxa" w:w="1205"/>
            <w:shd w:val="clear" w:color="auto" w:fill="E8E8E8"/>
          </w:tcPr>
          <w:p>
            <w:pPr>
              <w:spacing w:after="0"/>
              <w:jc w:val="left"/>
            </w:pPr>
            <w:r>
              <w:rPr>
                <w:b/>
                <w:sz w:val="16"/>
              </w:rPr>
              <w:t>Flags</w:t>
            </w:r>
          </w:p>
        </w:tc>
        <w:tc>
          <w:tcPr>
            <w:tcW w:type="dxa" w:w="29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2024-09-25</w:t>
            </w:r>
          </w:p>
        </w:tc>
        <w:tc>
          <w:tcPr>
            <w:tcW w:type="dxa" w:w="1553"/>
          </w:tcPr>
          <w:p>
            <w:pPr>
              <w:spacing w:after="0"/>
              <w:jc w:val="left"/>
            </w:pPr>
            <w:r>
              <w:rPr>
                <w:sz w:val="16"/>
              </w:rPr>
              <w:t>Thunderstorm Wind</w:t>
            </w:r>
          </w:p>
        </w:tc>
        <w:tc>
          <w:tcPr>
            <w:tcW w:type="dxa" w:w="1253"/>
          </w:tcPr>
          <w:p>
            <w:pPr>
              <w:spacing w:after="0"/>
              <w:jc w:val="left"/>
            </w:pPr>
            <w:r>
              <w:rPr>
                <w:sz w:val="16"/>
              </w:rPr>
              <w:t>35 kt (40 mph) estimated gust</w:t>
            </w:r>
          </w:p>
        </w:tc>
        <w:tc>
          <w:tcPr>
            <w:tcW w:type="dxa" w:w="1782"/>
          </w:tcPr>
          <w:p>
            <w:pPr>
              <w:spacing w:after="0"/>
              <w:jc w:val="left"/>
            </w:pPr>
            <w:r>
              <w:rPr>
                <w:sz w:val="16"/>
              </w:rPr>
              <w:t>$10,000 property; $0 crops (2024 dollars)</w:t>
            </w:r>
          </w:p>
        </w:tc>
        <w:tc>
          <w:tcPr>
            <w:tcW w:type="dxa" w:w="963"/>
          </w:tcPr>
          <w:p>
            <w:pPr>
              <w:spacing w:after="0"/>
              <w:jc w:val="right"/>
            </w:pPr>
            <w:r>
              <w:rPr>
                <w:sz w:val="16"/>
              </w:rPr>
              <w:t>0, 0</w:t>
            </w:r>
          </w:p>
        </w:tc>
        <w:tc>
          <w:tcPr>
            <w:tcW w:type="dxa" w:w="3399"/>
          </w:tcPr>
          <w:p>
            <w:pPr>
              <w:spacing w:after="0"/>
              <w:jc w:val="left"/>
            </w:pPr>
            <w:r>
              <w:rPr>
                <w:sz w:val="16"/>
              </w:rPr>
              <w:t>LAS MARIAS</w:t>
            </w:r>
          </w:p>
        </w:tc>
        <w:tc>
          <w:tcPr>
            <w:tcW w:type="dxa" w:w="1205"/>
          </w:tcPr>
          <w:p>
            <w:pPr>
              <w:spacing w:after="0"/>
              <w:jc w:val="left"/>
            </w:pPr>
            <w:r>
              <w:rPr>
                <w:sz w:val="16"/>
              </w:rPr>
              <w:t>new since last plan; within last 5 years</w:t>
            </w:r>
          </w:p>
        </w:tc>
        <w:tc>
          <w:tcPr>
            <w:tcW w:type="dxa" w:w="2921"/>
          </w:tcPr>
          <w:p>
            <w:pPr>
              <w:spacing w:after="0"/>
              <w:jc w:val="left"/>
            </w:pPr>
            <w:r>
              <w:rPr>
                <w:sz w:val="16"/>
              </w:rPr>
              <w:t>B1-c worst recorded: Thunderstorm Wind</w:t>
            </w:r>
          </w:p>
        </w:tc>
      </w:tr>
      <w:tr>
        <w:trPr>
          <w:cantSplit/>
        </w:trPr>
        <w:tc>
          <w:tcPr>
            <w:tcW w:type="dxa" w:w="1037"/>
          </w:tcPr>
          <w:p>
            <w:pPr>
              <w:spacing w:after="0"/>
              <w:jc w:val="left"/>
            </w:pPr>
            <w:r>
              <w:rPr>
                <w:sz w:val="16"/>
              </w:rPr>
              <w:t>2023-07-25</w:t>
            </w:r>
          </w:p>
        </w:tc>
        <w:tc>
          <w:tcPr>
            <w:tcW w:type="dxa" w:w="1553"/>
          </w:tcPr>
          <w:p>
            <w:pPr>
              <w:spacing w:after="0"/>
              <w:jc w:val="left"/>
            </w:pPr>
            <w:r>
              <w:rPr>
                <w:sz w:val="16"/>
              </w:rPr>
              <w:t>Drought</w:t>
            </w:r>
          </w:p>
        </w:tc>
        <w:tc>
          <w:tcPr>
            <w:tcW w:type="dxa" w:w="1253"/>
          </w:tcPr>
          <w:p>
            <w:pPr>
              <w:spacing w:after="0"/>
              <w:jc w:val="left"/>
            </w:pPr>
          </w:p>
        </w:tc>
        <w:tc>
          <w:tcPr>
            <w:tcW w:type="dxa" w:w="1782"/>
          </w:tcPr>
          <w:p>
            <w:pPr>
              <w:spacing w:after="0"/>
              <w:jc w:val="left"/>
            </w:pPr>
            <w:r>
              <w:rPr>
                <w:sz w:val="16"/>
              </w:rPr>
              <w:t>$0 property; $0 crops (zone total, 2023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r>
              <w:rPr>
                <w:sz w:val="16"/>
              </w:rPr>
              <w:t>new since last plan; within last 5 years</w:t>
            </w:r>
          </w:p>
        </w:tc>
        <w:tc>
          <w:tcPr>
            <w:tcW w:type="dxa" w:w="2921"/>
          </w:tcPr>
          <w:p>
            <w:pPr>
              <w:spacing w:after="0"/>
              <w:jc w:val="left"/>
            </w:pPr>
            <w:r>
              <w:rPr>
                <w:sz w:val="16"/>
              </w:rPr>
              <w:t>B1-c worst recorded: Drought</w:t>
            </w:r>
          </w:p>
        </w:tc>
      </w:tr>
      <w:tr>
        <w:trPr>
          <w:cantSplit/>
        </w:trPr>
        <w:tc>
          <w:tcPr>
            <w:tcW w:type="dxa" w:w="1037"/>
          </w:tcPr>
          <w:p>
            <w:pPr>
              <w:spacing w:after="0"/>
              <w:jc w:val="left"/>
            </w:pPr>
            <w:r>
              <w:rPr>
                <w:sz w:val="16"/>
              </w:rPr>
              <w:t>2017-05-30</w:t>
            </w:r>
          </w:p>
        </w:tc>
        <w:tc>
          <w:tcPr>
            <w:tcW w:type="dxa" w:w="1553"/>
          </w:tcPr>
          <w:p>
            <w:pPr>
              <w:spacing w:after="0"/>
              <w:jc w:val="left"/>
            </w:pPr>
            <w:r>
              <w:rPr>
                <w:sz w:val="16"/>
              </w:rPr>
              <w:t>Hail</w:t>
            </w:r>
          </w:p>
        </w:tc>
        <w:tc>
          <w:tcPr>
            <w:tcW w:type="dxa" w:w="1253"/>
          </w:tcPr>
          <w:p>
            <w:pPr>
              <w:spacing w:after="0"/>
              <w:jc w:val="left"/>
            </w:pPr>
            <w:r>
              <w:rPr>
                <w:sz w:val="16"/>
              </w:rPr>
              <w:t>0.75 in</w:t>
            </w:r>
          </w:p>
        </w:tc>
        <w:tc>
          <w:tcPr>
            <w:tcW w:type="dxa" w:w="1782"/>
          </w:tcPr>
          <w:p>
            <w:pPr>
              <w:spacing w:after="0"/>
              <w:jc w:val="left"/>
            </w:pPr>
            <w:r>
              <w:rPr>
                <w:sz w:val="16"/>
              </w:rPr>
              <w:t>$0 property; $0 crops (2017 dollars)</w:t>
            </w:r>
          </w:p>
        </w:tc>
        <w:tc>
          <w:tcPr>
            <w:tcW w:type="dxa" w:w="963"/>
          </w:tcPr>
          <w:p>
            <w:pPr>
              <w:spacing w:after="0"/>
              <w:jc w:val="right"/>
            </w:pPr>
            <w:r>
              <w:rPr>
                <w:sz w:val="16"/>
              </w:rPr>
              <w:t>0, 0</w:t>
            </w:r>
          </w:p>
        </w:tc>
        <w:tc>
          <w:tcPr>
            <w:tcW w:type="dxa" w:w="3399"/>
          </w:tcPr>
          <w:p>
            <w:pPr>
              <w:spacing w:after="0"/>
              <w:jc w:val="left"/>
            </w:pPr>
            <w:r>
              <w:rPr>
                <w:sz w:val="16"/>
              </w:rPr>
              <w:t>LAS MARIAS</w:t>
            </w:r>
          </w:p>
        </w:tc>
        <w:tc>
          <w:tcPr>
            <w:tcW w:type="dxa" w:w="1205"/>
          </w:tcPr>
          <w:p>
            <w:pPr>
              <w:spacing w:after="0"/>
              <w:jc w:val="left"/>
            </w:pPr>
          </w:p>
        </w:tc>
        <w:tc>
          <w:tcPr>
            <w:tcW w:type="dxa" w:w="2921"/>
          </w:tcPr>
          <w:p>
            <w:pPr>
              <w:spacing w:after="0"/>
              <w:jc w:val="left"/>
            </w:pPr>
            <w:r>
              <w:rPr>
                <w:sz w:val="16"/>
              </w:rPr>
              <w:t>B1-c worst recorded: Hail</w:t>
            </w:r>
          </w:p>
        </w:tc>
      </w:tr>
      <w:tr>
        <w:trPr>
          <w:cantSplit/>
        </w:trPr>
        <w:tc>
          <w:tcPr>
            <w:tcW w:type="dxa" w:w="1037"/>
          </w:tcPr>
          <w:p>
            <w:pPr>
              <w:spacing w:after="0"/>
              <w:jc w:val="left"/>
            </w:pPr>
            <w:r>
              <w:rPr>
                <w:sz w:val="16"/>
              </w:rPr>
              <w:t>2008-05-02</w:t>
            </w:r>
          </w:p>
        </w:tc>
        <w:tc>
          <w:tcPr>
            <w:tcW w:type="dxa" w:w="1553"/>
          </w:tcPr>
          <w:p>
            <w:pPr>
              <w:spacing w:after="0"/>
              <w:jc w:val="left"/>
            </w:pPr>
            <w:r>
              <w:rPr>
                <w:sz w:val="16"/>
              </w:rPr>
              <w:t>Debris Flow</w:t>
            </w:r>
          </w:p>
        </w:tc>
        <w:tc>
          <w:tcPr>
            <w:tcW w:type="dxa" w:w="1253"/>
          </w:tcPr>
          <w:p>
            <w:pPr>
              <w:spacing w:after="0"/>
              <w:jc w:val="left"/>
            </w:pPr>
          </w:p>
        </w:tc>
        <w:tc>
          <w:tcPr>
            <w:tcW w:type="dxa" w:w="1782"/>
          </w:tcPr>
          <w:p>
            <w:pPr>
              <w:spacing w:after="0"/>
              <w:jc w:val="left"/>
            </w:pPr>
            <w:r>
              <w:rPr>
                <w:sz w:val="16"/>
              </w:rPr>
              <w:t>$5,000 property; $0 crops (zone total, 2008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worst recorded: Debris Flow</w:t>
            </w:r>
          </w:p>
        </w:tc>
      </w:tr>
      <w:tr>
        <w:trPr>
          <w:cantSplit/>
        </w:trPr>
        <w:tc>
          <w:tcPr>
            <w:tcW w:type="dxa" w:w="1037"/>
          </w:tcPr>
          <w:p>
            <w:pPr>
              <w:spacing w:after="0"/>
              <w:jc w:val="left"/>
            </w:pPr>
            <w:r>
              <w:rPr>
                <w:sz w:val="16"/>
              </w:rPr>
              <w:t>2006-06-14</w:t>
            </w:r>
          </w:p>
        </w:tc>
        <w:tc>
          <w:tcPr>
            <w:tcW w:type="dxa" w:w="1553"/>
          </w:tcPr>
          <w:p>
            <w:pPr>
              <w:spacing w:after="0"/>
              <w:jc w:val="left"/>
            </w:pPr>
            <w:r>
              <w:rPr>
                <w:sz w:val="16"/>
              </w:rPr>
              <w:t>Strong Wind</w:t>
            </w:r>
          </w:p>
        </w:tc>
        <w:tc>
          <w:tcPr>
            <w:tcW w:type="dxa" w:w="1253"/>
          </w:tcPr>
          <w:p>
            <w:pPr>
              <w:spacing w:after="0"/>
              <w:jc w:val="left"/>
            </w:pPr>
            <w:r>
              <w:rPr>
                <w:sz w:val="16"/>
              </w:rPr>
              <w:t>45 kt (52 mph) estimated gust</w:t>
            </w:r>
          </w:p>
        </w:tc>
        <w:tc>
          <w:tcPr>
            <w:tcW w:type="dxa" w:w="1782"/>
          </w:tcPr>
          <w:p>
            <w:pPr>
              <w:spacing w:after="0"/>
              <w:jc w:val="left"/>
            </w:pPr>
            <w:r>
              <w:rPr>
                <w:sz w:val="16"/>
              </w:rPr>
              <w:t>$5,000 property; crops not reported (zone total, 2006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worst recorded: High Wind and Strong Wind</w:t>
            </w:r>
          </w:p>
        </w:tc>
      </w:tr>
      <w:tr>
        <w:trPr>
          <w:cantSplit/>
        </w:trPr>
        <w:tc>
          <w:tcPr>
            <w:tcW w:type="dxa" w:w="1037"/>
          </w:tcPr>
          <w:p>
            <w:pPr>
              <w:spacing w:after="0"/>
              <w:jc w:val="left"/>
            </w:pPr>
            <w:r>
              <w:rPr>
                <w:sz w:val="16"/>
              </w:rPr>
              <w:t>2004-09-07</w:t>
            </w:r>
          </w:p>
        </w:tc>
        <w:tc>
          <w:tcPr>
            <w:tcW w:type="dxa" w:w="1553"/>
          </w:tcPr>
          <w:p>
            <w:pPr>
              <w:spacing w:after="0"/>
              <w:jc w:val="left"/>
            </w:pPr>
            <w:r>
              <w:rPr>
                <w:sz w:val="16"/>
              </w:rPr>
              <w:t>Flash Flood</w:t>
            </w:r>
          </w:p>
        </w:tc>
        <w:tc>
          <w:tcPr>
            <w:tcW w:type="dxa" w:w="1253"/>
          </w:tcPr>
          <w:p>
            <w:pPr>
              <w:spacing w:after="0"/>
              <w:jc w:val="left"/>
            </w:pPr>
          </w:p>
        </w:tc>
        <w:tc>
          <w:tcPr>
            <w:tcW w:type="dxa" w:w="1782"/>
          </w:tcPr>
          <w:p>
            <w:pPr>
              <w:spacing w:after="0"/>
              <w:jc w:val="left"/>
            </w:pPr>
            <w:r>
              <w:rPr>
                <w:sz w:val="16"/>
              </w:rPr>
              <w:t>$15,000 property; crops not reported (zone total, 2004 dollars)</w:t>
            </w:r>
          </w:p>
        </w:tc>
        <w:tc>
          <w:tcPr>
            <w:tcW w:type="dxa" w:w="963"/>
          </w:tcPr>
          <w:p>
            <w:pPr>
              <w:spacing w:after="0"/>
              <w:jc w:val="right"/>
            </w:pPr>
            <w:r>
              <w:rPr>
                <w:sz w:val="16"/>
              </w:rPr>
              <w:t>1, 0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deaths or injuries recorded</w:t>
            </w:r>
          </w:p>
        </w:tc>
      </w:tr>
      <w:tr>
        <w:trPr>
          <w:cantSplit/>
        </w:trPr>
        <w:tc>
          <w:tcPr>
            <w:tcW w:type="dxa" w:w="1037"/>
          </w:tcPr>
          <w:p>
            <w:pPr>
              <w:spacing w:after="0"/>
              <w:jc w:val="left"/>
            </w:pPr>
            <w:r>
              <w:rPr>
                <w:sz w:val="16"/>
              </w:rPr>
              <w:t>2003-03-16</w:t>
            </w:r>
          </w:p>
        </w:tc>
        <w:tc>
          <w:tcPr>
            <w:tcW w:type="dxa" w:w="1553"/>
          </w:tcPr>
          <w:p>
            <w:pPr>
              <w:spacing w:after="0"/>
              <w:jc w:val="left"/>
            </w:pPr>
            <w:r>
              <w:rPr>
                <w:sz w:val="16"/>
              </w:rPr>
              <w:t>Wildfire</w:t>
            </w:r>
          </w:p>
        </w:tc>
        <w:tc>
          <w:tcPr>
            <w:tcW w:type="dxa" w:w="1253"/>
          </w:tcPr>
          <w:p>
            <w:pPr>
              <w:spacing w:after="0"/>
              <w:jc w:val="left"/>
            </w:pPr>
          </w:p>
        </w:tc>
        <w:tc>
          <w:tcPr>
            <w:tcW w:type="dxa" w:w="1782"/>
          </w:tcPr>
          <w:p>
            <w:pPr>
              <w:spacing w:after="0"/>
              <w:jc w:val="left"/>
            </w:pPr>
            <w:r>
              <w:rPr>
                <w:sz w:val="16"/>
              </w:rPr>
              <w:t>$3,600,000 property; crops not reported (zone total, 2003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553"/>
          </w:tcPr>
          <w:p>
            <w:pPr>
              <w:spacing w:after="0"/>
              <w:jc w:val="left"/>
            </w:pPr>
            <w:r>
              <w:rPr>
                <w:sz w:val="16"/>
              </w:rPr>
              <w:t>Lightning</w:t>
            </w:r>
          </w:p>
        </w:tc>
        <w:tc>
          <w:tcPr>
            <w:tcW w:type="dxa" w:w="1253"/>
          </w:tcPr>
          <w:p>
            <w:pPr>
              <w:spacing w:after="0"/>
              <w:jc w:val="left"/>
            </w:pPr>
          </w:p>
        </w:tc>
        <w:tc>
          <w:tcPr>
            <w:tcW w:type="dxa" w:w="1782"/>
          </w:tcPr>
          <w:p>
            <w:pPr>
              <w:spacing w:after="0"/>
              <w:jc w:val="left"/>
            </w:pPr>
            <w:r>
              <w:rPr>
                <w:sz w:val="16"/>
              </w:rPr>
              <w:t>$3,000 property; crops not reported (zone total, 2002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worst recorded: Lightning</w:t>
            </w:r>
          </w:p>
        </w:tc>
      </w:tr>
      <w:tr>
        <w:trPr>
          <w:cantSplit/>
        </w:trPr>
        <w:tc>
          <w:tcPr>
            <w:tcW w:type="dxa" w:w="1037"/>
          </w:tcPr>
          <w:p>
            <w:pPr>
              <w:spacing w:after="0"/>
              <w:jc w:val="left"/>
            </w:pPr>
            <w:r>
              <w:rPr>
                <w:sz w:val="16"/>
              </w:rPr>
              <w:t>2001-11-07</w:t>
            </w:r>
          </w:p>
        </w:tc>
        <w:tc>
          <w:tcPr>
            <w:tcW w:type="dxa" w:w="1553"/>
          </w:tcPr>
          <w:p>
            <w:pPr>
              <w:spacing w:after="0"/>
              <w:jc w:val="left"/>
            </w:pPr>
            <w:r>
              <w:rPr>
                <w:sz w:val="16"/>
              </w:rPr>
              <w:t>Flash Flood</w:t>
            </w:r>
          </w:p>
        </w:tc>
        <w:tc>
          <w:tcPr>
            <w:tcW w:type="dxa" w:w="1253"/>
          </w:tcPr>
          <w:p>
            <w:pPr>
              <w:spacing w:after="0"/>
              <w:jc w:val="left"/>
            </w:pPr>
          </w:p>
        </w:tc>
        <w:tc>
          <w:tcPr>
            <w:tcW w:type="dxa" w:w="1782"/>
          </w:tcPr>
          <w:p>
            <w:pPr>
              <w:spacing w:after="0"/>
              <w:jc w:val="left"/>
            </w:pPr>
            <w:r>
              <w:rPr>
                <w:sz w:val="16"/>
              </w:rPr>
              <w:t>$14,000,000 property; $2,000,000 crops (zone total, 2001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2000-08-25</w:t>
            </w:r>
          </w:p>
        </w:tc>
        <w:tc>
          <w:tcPr>
            <w:tcW w:type="dxa" w:w="1553"/>
          </w:tcPr>
          <w:p>
            <w:pPr>
              <w:spacing w:after="0"/>
              <w:jc w:val="left"/>
            </w:pPr>
            <w:r>
              <w:rPr>
                <w:sz w:val="16"/>
              </w:rPr>
              <w:t>Tornado</w:t>
            </w:r>
          </w:p>
        </w:tc>
        <w:tc>
          <w:tcPr>
            <w:tcW w:type="dxa" w:w="1253"/>
          </w:tcPr>
          <w:p>
            <w:pPr>
              <w:spacing w:after="0"/>
              <w:jc w:val="left"/>
            </w:pPr>
            <w:r>
              <w:rPr>
                <w:sz w:val="16"/>
              </w:rPr>
              <w:t>F0, 1 mi within this county, 10 yd wide</w:t>
            </w:r>
          </w:p>
        </w:tc>
        <w:tc>
          <w:tcPr>
            <w:tcW w:type="dxa" w:w="1782"/>
          </w:tcPr>
          <w:p>
            <w:pPr>
              <w:spacing w:after="0"/>
              <w:jc w:val="left"/>
            </w:pPr>
            <w:r>
              <w:rPr>
                <w:sz w:val="16"/>
              </w:rPr>
              <w:t>$5,000 property; crops not reported (zone total, 2000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most damaging: Tornado</w:t>
            </w:r>
          </w:p>
        </w:tc>
      </w:tr>
      <w:tr>
        <w:trPr>
          <w:cantSplit/>
        </w:trPr>
        <w:tc>
          <w:tcPr>
            <w:tcW w:type="dxa" w:w="1037"/>
          </w:tcPr>
          <w:p>
            <w:pPr>
              <w:spacing w:after="0"/>
              <w:jc w:val="left"/>
            </w:pPr>
            <w:r>
              <w:rPr>
                <w:sz w:val="16"/>
              </w:rPr>
              <w:t>2000-08-22</w:t>
            </w:r>
          </w:p>
        </w:tc>
        <w:tc>
          <w:tcPr>
            <w:tcW w:type="dxa" w:w="1553"/>
          </w:tcPr>
          <w:p>
            <w:pPr>
              <w:spacing w:after="0"/>
              <w:jc w:val="left"/>
            </w:pPr>
            <w:r>
              <w:rPr>
                <w:sz w:val="16"/>
              </w:rPr>
              <w:t>Hurricane (NOAA event type 'Hurricane (Typhoon)')</w:t>
            </w:r>
          </w:p>
        </w:tc>
        <w:tc>
          <w:tcPr>
            <w:tcW w:type="dxa" w:w="1253"/>
          </w:tcPr>
          <w:p>
            <w:pPr>
              <w:spacing w:after="0"/>
              <w:jc w:val="left"/>
            </w:pPr>
          </w:p>
        </w:tc>
        <w:tc>
          <w:tcPr>
            <w:tcW w:type="dxa" w:w="1782"/>
          </w:tcPr>
          <w:p>
            <w:pPr>
              <w:spacing w:after="0"/>
              <w:jc w:val="left"/>
            </w:pPr>
            <w:r>
              <w:rPr>
                <w:sz w:val="16"/>
              </w:rPr>
              <w:t>$41,000 property; crops not reported (zone total, 2000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2000-08-16</w:t>
            </w:r>
          </w:p>
        </w:tc>
        <w:tc>
          <w:tcPr>
            <w:tcW w:type="dxa" w:w="1553"/>
          </w:tcPr>
          <w:p>
            <w:pPr>
              <w:spacing w:after="0"/>
              <w:jc w:val="left"/>
            </w:pPr>
            <w:r>
              <w:rPr>
                <w:sz w:val="16"/>
              </w:rPr>
              <w:t>Hail</w:t>
            </w:r>
          </w:p>
        </w:tc>
        <w:tc>
          <w:tcPr>
            <w:tcW w:type="dxa" w:w="1253"/>
          </w:tcPr>
          <w:p>
            <w:pPr>
              <w:spacing w:after="0"/>
              <w:jc w:val="left"/>
            </w:pPr>
            <w:r>
              <w:rPr>
                <w:sz w:val="16"/>
              </w:rPr>
              <w:t>0.75 in</w:t>
            </w:r>
          </w:p>
        </w:tc>
        <w:tc>
          <w:tcPr>
            <w:tcW w:type="dxa" w:w="1782"/>
          </w:tcPr>
          <w:p>
            <w:pPr>
              <w:spacing w:after="0"/>
              <w:jc w:val="left"/>
            </w:pPr>
            <w:r>
              <w:rPr>
                <w:sz w:val="16"/>
              </w:rPr>
              <w:t>$5,000 property; crops not reported (zone total, 2000 dollars)</w:t>
            </w:r>
          </w:p>
        </w:tc>
        <w:tc>
          <w:tcPr>
            <w:tcW w:type="dxa" w:w="963"/>
          </w:tcPr>
          <w:p>
            <w:pPr>
              <w:spacing w:after="0"/>
              <w:jc w:val="right"/>
            </w:pPr>
            <w:r>
              <w:rPr>
                <w:sz w:val="16"/>
              </w:rPr>
              <w:t>0, 0</w:t>
            </w:r>
          </w:p>
        </w:tc>
        <w:tc>
          <w:tcPr>
            <w:tcW w:type="dxa" w:w="3399"/>
          </w:tcPr>
          <w:p>
            <w:pPr>
              <w:spacing w:after="0"/>
              <w:jc w:val="left"/>
            </w:pPr>
            <w:r>
              <w:rPr>
                <w:sz w:val="16"/>
              </w:rPr>
              <w:t>NWS zone PRZ009 (WESTERN INTERIOR), zone-level</w:t>
            </w:r>
          </w:p>
        </w:tc>
        <w:tc>
          <w:tcPr>
            <w:tcW w:type="dxa" w:w="1205"/>
          </w:tcPr>
          <w:p>
            <w:pPr>
              <w:spacing w:after="0"/>
              <w:jc w:val="left"/>
            </w:pPr>
          </w:p>
        </w:tc>
        <w:tc>
          <w:tcPr>
            <w:tcW w:type="dxa" w:w="2921"/>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0.01</w:t>
            </w:r>
          </w:p>
        </w:tc>
        <w:tc>
          <w:tcPr>
            <w:tcW w:type="dxa" w:w="1417"/>
          </w:tcPr>
          <w:p>
            <w:pPr>
              <w:spacing w:after="0"/>
              <w:jc w:val="left"/>
            </w:pPr>
            <w:r>
              <w:rPr>
                <w:sz w:val="16"/>
              </w:rPr>
              <w:t>events per year at a location (modeled)</w:t>
            </w:r>
          </w:p>
        </w:tc>
        <w:tc>
          <w:tcPr>
            <w:tcW w:type="dxa" w:w="1606"/>
          </w:tcPr>
          <w:p>
            <w:pPr>
              <w:spacing w:after="0"/>
              <w:jc w:val="left"/>
            </w:pPr>
            <w:r>
              <w:rPr>
                <w:sz w:val="16"/>
              </w:rPr>
              <w:t>about 0.01 per year at a given location in the county</w:t>
            </w:r>
          </w:p>
        </w:tc>
        <w:tc>
          <w:tcPr>
            <w:tcW w:type="dxa" w:w="1037"/>
          </w:tcPr>
          <w:p>
            <w:pPr>
              <w:spacing w:after="0"/>
              <w:jc w:val="left"/>
            </w:pPr>
          </w:p>
        </w:tc>
        <w:tc>
          <w:tcPr>
            <w:tcW w:type="dxa" w:w="2055"/>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no Storm Events record 1996 to 2025</w:t>
            </w: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65"/>
          </w:tcPr>
          <w:p>
            <w:pPr>
              <w:spacing w:after="0"/>
              <w:jc w:val="right"/>
            </w:pPr>
            <w:r>
              <w:rPr>
                <w:sz w:val="16"/>
              </w:rPr>
              <w:t>0.0298</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2.98%</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0.00116</w:t>
            </w:r>
          </w:p>
        </w:tc>
        <w:tc>
          <w:tcPr>
            <w:tcW w:type="dxa" w:w="1417"/>
          </w:tcPr>
          <w:p>
            <w:pPr>
              <w:spacing w:after="0"/>
              <w:jc w:val="left"/>
            </w:pPr>
            <w:r>
              <w:rPr>
                <w:sz w:val="16"/>
              </w:rPr>
              <w:t>event-days per year</w:t>
            </w:r>
          </w:p>
        </w:tc>
        <w:tc>
          <w:tcPr>
            <w:tcW w:type="dxa" w:w="1606"/>
          </w:tcPr>
          <w:p>
            <w:pPr>
              <w:spacing w:after="0"/>
              <w:jc w:val="left"/>
            </w:pPr>
            <w:r>
              <w:rPr>
                <w:sz w:val="16"/>
              </w:rPr>
              <w:t>about 0.00116 days per year</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0.0219</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heat wave record, 1996 to 2025</w:t>
            </w:r>
          </w:p>
        </w:tc>
      </w:tr>
      <w:tr>
        <w:trPr>
          <w:cantSplit/>
        </w:trPr>
        <w:tc>
          <w:tcPr>
            <w:tcW w:type="dxa" w:w="1058"/>
          </w:tcPr>
          <w:p>
            <w:pPr>
              <w:spacing w:after="0"/>
              <w:jc w:val="left"/>
            </w:pPr>
            <w:r>
              <w:rPr>
                <w:sz w:val="16"/>
              </w:rPr>
              <w:t>Hurricane</w:t>
            </w:r>
          </w:p>
        </w:tc>
        <w:tc>
          <w:tcPr>
            <w:tcW w:type="dxa" w:w="1265"/>
          </w:tcPr>
          <w:p>
            <w:pPr>
              <w:spacing w:after="0"/>
              <w:jc w:val="right"/>
            </w:pPr>
            <w:r>
              <w:rPr>
                <w:sz w:val="16"/>
              </w:rPr>
              <w:t>0.183</w:t>
            </w:r>
          </w:p>
        </w:tc>
        <w:tc>
          <w:tcPr>
            <w:tcW w:type="dxa" w:w="1417"/>
          </w:tcPr>
          <w:p>
            <w:pPr>
              <w:spacing w:after="0"/>
              <w:jc w:val="left"/>
            </w:pPr>
            <w:r>
              <w:rPr>
                <w:sz w:val="16"/>
              </w:rPr>
              <w:t>events per year</w:t>
            </w:r>
          </w:p>
        </w:tc>
        <w:tc>
          <w:tcPr>
            <w:tcW w:type="dxa" w:w="1606"/>
          </w:tcPr>
          <w:p>
            <w:pPr>
              <w:spacing w:after="0"/>
              <w:jc w:val="left"/>
            </w:pPr>
            <w:r>
              <w:rPr>
                <w:sz w:val="16"/>
              </w:rPr>
              <w:t>about 1 in 5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41</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0.01</w:t>
            </w:r>
          </w:p>
        </w:tc>
        <w:tc>
          <w:tcPr>
            <w:tcW w:type="dxa" w:w="1417"/>
          </w:tcPr>
          <w:p>
            <w:pPr>
              <w:spacing w:after="0"/>
              <w:jc w:val="left"/>
            </w:pPr>
            <w:r>
              <w:rPr>
                <w:sz w:val="16"/>
              </w:rPr>
              <w:t>event-days per year</w:t>
            </w:r>
          </w:p>
        </w:tc>
        <w:tc>
          <w:tcPr>
            <w:tcW w:type="dxa" w:w="1606"/>
          </w:tcPr>
          <w:p>
            <w:pPr>
              <w:spacing w:after="0"/>
              <w:jc w:val="left"/>
            </w:pPr>
            <w:r>
              <w:rPr>
                <w:sz w:val="16"/>
              </w:rPr>
              <w:t>about 0.01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9 of 30 years, 1996 to 2025 (30%)</w:t>
            </w:r>
          </w:p>
        </w:tc>
        <w:tc>
          <w:tcPr>
            <w:tcW w:type="dxa" w:w="1535"/>
          </w:tcPr>
          <w:p>
            <w:pPr>
              <w:spacing w:after="0"/>
              <w:jc w:val="right"/>
            </w:pPr>
            <w:r>
              <w:rPr>
                <w:sz w:val="16"/>
              </w:rPr>
              <w:t>0</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69.3</w:t>
            </w:r>
          </w:p>
        </w:tc>
        <w:tc>
          <w:tcPr>
            <w:tcW w:type="dxa" w:w="1417"/>
          </w:tcPr>
          <w:p>
            <w:pPr>
              <w:spacing w:after="0"/>
              <w:jc w:val="left"/>
            </w:pPr>
            <w:r>
              <w:rPr>
                <w:sz w:val="16"/>
              </w:rPr>
              <w:t>events per year (modeled)</w:t>
            </w:r>
          </w:p>
        </w:tc>
        <w:tc>
          <w:tcPr>
            <w:tcW w:type="dxa" w:w="1606"/>
          </w:tcPr>
          <w:p>
            <w:pPr>
              <w:spacing w:after="0"/>
              <w:jc w:val="left"/>
            </w:pPr>
            <w:r>
              <w:rPr>
                <w:sz w:val="16"/>
              </w:rPr>
              <w:t>about 69.3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63</w:t>
            </w:r>
          </w:p>
        </w:tc>
        <w:tc>
          <w:tcPr>
            <w:tcW w:type="dxa" w:w="1417"/>
          </w:tcPr>
          <w:p>
            <w:pPr>
              <w:spacing w:after="0"/>
              <w:jc w:val="left"/>
            </w:pPr>
            <w:r>
              <w:rPr>
                <w:sz w:val="16"/>
              </w:rPr>
              <w:t>days per year with a strike</w:t>
            </w:r>
          </w:p>
        </w:tc>
        <w:tc>
          <w:tcPr>
            <w:tcW w:type="dxa" w:w="1606"/>
          </w:tcPr>
          <w:p>
            <w:pPr>
              <w:spacing w:after="0"/>
              <w:jc w:val="left"/>
            </w:pPr>
            <w:r>
              <w:rPr>
                <w:sz w:val="16"/>
              </w:rPr>
              <w:t>about 63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0.000598</w:t>
            </w:r>
          </w:p>
        </w:tc>
        <w:tc>
          <w:tcPr>
            <w:tcW w:type="dxa" w:w="1417"/>
          </w:tcPr>
          <w:p>
            <w:pPr>
              <w:spacing w:after="0"/>
              <w:jc w:val="left"/>
            </w:pPr>
            <w:r>
              <w:rPr>
                <w:sz w:val="16"/>
              </w:rPr>
              <w:t>events per year</w:t>
            </w:r>
          </w:p>
        </w:tc>
        <w:tc>
          <w:tcPr>
            <w:tcW w:type="dxa" w:w="1606"/>
          </w:tcPr>
          <w:p>
            <w:pPr>
              <w:spacing w:after="0"/>
              <w:jc w:val="left"/>
            </w:pPr>
            <w:r>
              <w:rPr>
                <w:sz w:val="16"/>
              </w:rPr>
              <w:t>about 1 in 1,673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1</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Tornado</w:t>
            </w:r>
          </w:p>
        </w:tc>
        <w:tc>
          <w:tcPr>
            <w:tcW w:type="dxa" w:w="1265"/>
          </w:tcPr>
          <w:p>
            <w:pPr>
              <w:spacing w:after="0"/>
              <w:jc w:val="right"/>
            </w:pPr>
            <w:r>
              <w:rPr>
                <w:sz w:val="16"/>
              </w:rPr>
              <w:t>0.00153</w:t>
            </w:r>
          </w:p>
        </w:tc>
        <w:tc>
          <w:tcPr>
            <w:tcW w:type="dxa" w:w="1417"/>
          </w:tcPr>
          <w:p>
            <w:pPr>
              <w:spacing w:after="0"/>
              <w:jc w:val="left"/>
            </w:pPr>
            <w:r>
              <w:rPr>
                <w:sz w:val="16"/>
              </w:rPr>
              <w:t>events per year</w:t>
            </w:r>
          </w:p>
        </w:tc>
        <w:tc>
          <w:tcPr>
            <w:tcW w:type="dxa" w:w="1606"/>
          </w:tcPr>
          <w:p>
            <w:pPr>
              <w:spacing w:after="0"/>
              <w:jc w:val="left"/>
            </w:pPr>
            <w:r>
              <w:rPr>
                <w:sz w:val="16"/>
              </w:rPr>
              <w:t>about 1 in 654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p>
        </w:tc>
        <w:tc>
          <w:tcPr>
            <w:tcW w:type="dxa" w:w="1417"/>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Not Applicable in NRI for this county; no descriptor.</w:t>
            </w: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r>
              <w:rPr>
                <w:sz w:val="16"/>
              </w:rPr>
              <w:t>Likely</w:t>
            </w:r>
          </w:p>
        </w:tc>
        <w:tc>
          <w:tcPr>
            <w:tcW w:type="dxa" w:w="2055"/>
          </w:tcPr>
          <w:p>
            <w:pPr>
              <w:spacing w:after="0"/>
              <w:jc w:val="left"/>
            </w:pPr>
            <w:r>
              <w:rPr>
                <w:sz w:val="16"/>
              </w:rPr>
              <w:t>Storm Events records in 5 of 30 years, 1996 to 2025 (16.7%)</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Hail</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3</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1"/>
        <w:gridCol w:w="680"/>
        <w:gridCol w:w="1883"/>
        <w:gridCol w:w="1981"/>
        <w:gridCol w:w="2084"/>
        <w:gridCol w:w="2154"/>
        <w:gridCol w:w="3499"/>
      </w:tblGrid>
      <w:tr>
        <w:trPr>
          <w:cantSplit/>
          <w:tblHeader/>
        </w:trPr>
        <w:tc>
          <w:tcPr>
            <w:tcW w:type="dxa" w:w="183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Plan status</w:t>
            </w:r>
          </w:p>
        </w:tc>
        <w:tc>
          <w:tcPr>
            <w:tcW w:type="dxa" w:w="19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99"/>
            <w:shd w:val="clear" w:color="auto" w:fill="E8E8E8"/>
          </w:tcPr>
          <w:p>
            <w:pPr>
              <w:spacing w:after="0"/>
              <w:jc w:val="left"/>
            </w:pPr>
            <w:r>
              <w:rPr>
                <w:b/>
                <w:sz w:val="16"/>
              </w:rPr>
              <w:t>Notes</w:t>
            </w:r>
          </w:p>
        </w:tc>
      </w:tr>
      <w:tr>
        <w:trPr>
          <w:cantSplit/>
        </w:trPr>
        <w:tc>
          <w:tcPr>
            <w:tcW w:type="dxa" w:w="1831"/>
          </w:tcPr>
          <w:p>
            <w:pPr>
              <w:spacing w:after="0"/>
              <w:jc w:val="left"/>
            </w:pPr>
            <w:r>
              <w:rPr>
                <w:sz w:val="16"/>
              </w:rPr>
              <w:t>Las Marías Municipio</w:t>
            </w:r>
          </w:p>
        </w:tc>
        <w:tc>
          <w:tcPr>
            <w:tcW w:type="dxa" w:w="680"/>
          </w:tcPr>
          <w:p>
            <w:pPr>
              <w:spacing w:after="0"/>
              <w:jc w:val="left"/>
            </w:pPr>
            <w:r>
              <w:rPr>
                <w:sz w:val="16"/>
              </w:rPr>
              <w:t>County</w:t>
            </w:r>
          </w:p>
        </w:tc>
        <w:tc>
          <w:tcPr>
            <w:tcW w:type="dxa" w:w="1883"/>
          </w:tcPr>
          <w:p>
            <w:pPr>
              <w:spacing w:after="0"/>
              <w:jc w:val="left"/>
            </w:pPr>
            <w:r>
              <w:rPr>
                <w:sz w:val="16"/>
              </w:rPr>
              <w:t>Expired on 2025-12-20</w:t>
            </w:r>
          </w:p>
        </w:tc>
        <w:tc>
          <w:tcPr>
            <w:tcW w:type="dxa" w:w="1981"/>
          </w:tcPr>
          <w:p>
            <w:pPr>
              <w:spacing w:after="0"/>
              <w:jc w:val="right"/>
            </w:pPr>
            <w:r>
              <w:rPr>
                <w:sz w:val="16"/>
              </w:rPr>
              <w:t>FMA RL 0, SRL 0; any 0</w:t>
            </w:r>
          </w:p>
        </w:tc>
        <w:tc>
          <w:tcPr>
            <w:tcW w:type="dxa" w:w="2084"/>
          </w:tcPr>
          <w:p>
            <w:pPr>
              <w:spacing w:after="0"/>
              <w:jc w:val="right"/>
            </w:pPr>
            <w:r>
              <w:rPr>
                <w:sz w:val="16"/>
              </w:rPr>
              <w:t>$116,047,083.09</w:t>
            </w:r>
          </w:p>
        </w:tc>
        <w:tc>
          <w:tcPr>
            <w:tcW w:type="dxa" w:w="2154"/>
          </w:tcPr>
          <w:p>
            <w:pPr>
              <w:spacing w:after="0"/>
              <w:jc w:val="right"/>
            </w:pPr>
            <w:r>
              <w:rPr>
                <w:sz w:val="16"/>
              </w:rPr>
              <w:t>0 total; 0 since its plan</w:t>
            </w:r>
          </w:p>
        </w:tc>
        <w:tc>
          <w:tcPr>
            <w:tcW w:type="dxa" w:w="3499"/>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2"/>
        <w:gridCol w:w="1394"/>
        <w:gridCol w:w="1131"/>
        <w:gridCol w:w="1041"/>
        <w:gridCol w:w="1037"/>
        <w:gridCol w:w="1126"/>
        <w:gridCol w:w="931"/>
        <w:gridCol w:w="1039"/>
        <w:gridCol w:w="1166"/>
        <w:gridCol w:w="1073"/>
        <w:gridCol w:w="1325"/>
        <w:gridCol w:w="1805"/>
      </w:tblGrid>
      <w:tr>
        <w:trPr>
          <w:cantSplit/>
          <w:tblHeader/>
        </w:trPr>
        <w:tc>
          <w:tcPr>
            <w:tcW w:type="dxa" w:w="1042"/>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2020-12-21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5"/>
            <w:shd w:val="clear" w:color="auto" w:fill="E8E8E8"/>
          </w:tcPr>
          <w:p>
            <w:pPr>
              <w:spacing w:after="0"/>
              <w:jc w:val="left"/>
            </w:pPr>
            <w:r>
              <w:rPr>
                <w:b/>
                <w:sz w:val="16"/>
              </w:rPr>
              <w:t>Note</w:t>
            </w:r>
          </w:p>
        </w:tc>
      </w:tr>
      <w:tr>
        <w:trPr>
          <w:cantSplit/>
        </w:trPr>
        <w:tc>
          <w:tcPr>
            <w:tcW w:type="dxa" w:w="1042"/>
          </w:tcPr>
          <w:p>
            <w:pPr>
              <w:spacing w:after="0"/>
              <w:jc w:val="left"/>
            </w:pPr>
            <w:r>
              <w:rPr>
                <w:sz w:val="16"/>
              </w:rPr>
              <w:t>Coastal Flooding</w:t>
            </w:r>
          </w:p>
        </w:tc>
        <w:tc>
          <w:tcPr>
            <w:tcW w:type="dxa" w:w="1394"/>
          </w:tcPr>
          <w:p>
            <w:pPr>
              <w:spacing w:after="0"/>
              <w:jc w:val="right"/>
            </w:pPr>
            <w:r>
              <w:rPr>
                <w:sz w:val="16"/>
              </w:rPr>
              <w:t>$548,516</w:t>
            </w:r>
          </w:p>
        </w:tc>
        <w:tc>
          <w:tcPr>
            <w:tcW w:type="dxa" w:w="1131"/>
          </w:tcPr>
          <w:p>
            <w:pPr>
              <w:spacing w:after="0"/>
              <w:jc w:val="right"/>
            </w:pPr>
            <w:r>
              <w:rPr>
                <w:sz w:val="16"/>
              </w:rPr>
              <w:t>n/a</w:t>
            </w:r>
          </w:p>
        </w:tc>
        <w:tc>
          <w:tcPr>
            <w:tcW w:type="dxa" w:w="1041"/>
          </w:tcPr>
          <w:p>
            <w:pPr>
              <w:spacing w:after="0"/>
              <w:jc w:val="right"/>
            </w:pPr>
            <w:r>
              <w:rPr>
                <w:sz w:val="16"/>
              </w:rPr>
              <w:t>5</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1"/>
          </w:tcPr>
          <w:p>
            <w:pPr>
              <w:spacing w:after="0"/>
              <w:jc w:val="right"/>
            </w:pPr>
            <w:r>
              <w:rPr>
                <w:sz w:val="16"/>
              </w:rPr>
              <w:t>$0</w:t>
            </w:r>
          </w:p>
        </w:tc>
        <w:tc>
          <w:tcPr>
            <w:tcW w:type="dxa" w:w="1039"/>
          </w:tcPr>
          <w:p>
            <w:pPr>
              <w:spacing w:after="0"/>
              <w:jc w:val="right"/>
            </w:pPr>
            <w:r>
              <w:rPr>
                <w:sz w:val="16"/>
              </w:rPr>
              <w:t>0%</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42"/>
          </w:tcPr>
          <w:p>
            <w:pPr>
              <w:spacing w:after="0"/>
              <w:jc w:val="left"/>
            </w:pPr>
            <w:r>
              <w:rPr>
                <w:sz w:val="16"/>
              </w:rPr>
              <w:t>Cold Wave</w:t>
            </w:r>
          </w:p>
        </w:tc>
        <w:tc>
          <w:tcPr>
            <w:tcW w:type="dxa" w:w="1394"/>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31"/>
          </w:tcPr>
          <w:p>
            <w:pPr>
              <w:spacing w:after="0"/>
              <w:jc w:val="right"/>
            </w:pPr>
            <w:r>
              <w:rPr>
                <w:sz w:val="16"/>
              </w:rPr>
              <w:t>$0</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r>
              <w:rPr>
                <w:sz w:val="16"/>
              </w:rPr>
              <w:t>building exposure is 0 in NRI</w:t>
            </w:r>
          </w:p>
        </w:tc>
      </w:tr>
      <w:tr>
        <w:trPr>
          <w:cantSplit/>
        </w:trPr>
        <w:tc>
          <w:tcPr>
            <w:tcW w:type="dxa" w:w="1042"/>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1"/>
          </w:tcPr>
          <w:p>
            <w:pPr>
              <w:spacing w:after="0"/>
              <w:jc w:val="right"/>
            </w:pPr>
            <w:r>
              <w:rPr>
                <w:sz w:val="16"/>
              </w:rPr>
              <w:t>n/a</w:t>
            </w:r>
          </w:p>
        </w:tc>
        <w:tc>
          <w:tcPr>
            <w:tcW w:type="dxa" w:w="1039"/>
          </w:tcPr>
          <w:p>
            <w:pPr>
              <w:spacing w:after="0"/>
              <w:jc w:val="right"/>
            </w:pPr>
          </w:p>
        </w:tc>
        <w:tc>
          <w:tcPr>
            <w:tcW w:type="dxa" w:w="1166"/>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805"/>
          </w:tcPr>
          <w:p>
            <w:pPr>
              <w:spacing w:after="0"/>
              <w:jc w:val="left"/>
            </w:pPr>
            <w:r>
              <w:rPr>
                <w:sz w:val="16"/>
              </w:rPr>
              <w:t>agriculture exposure is 0 in NRI</w:t>
            </w:r>
          </w:p>
        </w:tc>
      </w:tr>
      <w:tr>
        <w:trPr>
          <w:cantSplit/>
        </w:trPr>
        <w:tc>
          <w:tcPr>
            <w:tcW w:type="dxa" w:w="1042"/>
          </w:tcPr>
          <w:p>
            <w:pPr>
              <w:spacing w:after="0"/>
              <w:jc w:val="left"/>
            </w:pPr>
            <w:r>
              <w:rPr>
                <w:sz w:val="16"/>
              </w:rPr>
              <w:t>Earthquake</w:t>
            </w:r>
          </w:p>
        </w:tc>
        <w:tc>
          <w:tcPr>
            <w:tcW w:type="dxa" w:w="1394"/>
          </w:tcPr>
          <w:p>
            <w:pPr>
              <w:spacing w:after="0"/>
              <w:jc w:val="right"/>
            </w:pPr>
            <w:r>
              <w:rPr>
                <w:sz w:val="16"/>
              </w:rPr>
              <w:t>$1,455,226,111</w:t>
            </w:r>
          </w:p>
        </w:tc>
        <w:tc>
          <w:tcPr>
            <w:tcW w:type="dxa" w:w="1131"/>
          </w:tcPr>
          <w:p>
            <w:pPr>
              <w:spacing w:after="0"/>
              <w:jc w:val="right"/>
            </w:pPr>
            <w:r>
              <w:rPr>
                <w:sz w:val="16"/>
              </w:rPr>
              <w:t>n/a</w:t>
            </w:r>
          </w:p>
        </w:tc>
        <w:tc>
          <w:tcPr>
            <w:tcW w:type="dxa" w:w="1041"/>
          </w:tcPr>
          <w:p>
            <w:pPr>
              <w:spacing w:after="0"/>
              <w:jc w:val="right"/>
            </w:pPr>
            <w:r>
              <w:rPr>
                <w:sz w:val="16"/>
              </w:rPr>
              <w:t>8,874</w:t>
            </w:r>
          </w:p>
        </w:tc>
        <w:tc>
          <w:tcPr>
            <w:tcW w:type="dxa" w:w="1037"/>
          </w:tcPr>
          <w:p>
            <w:pPr>
              <w:spacing w:after="0"/>
              <w:jc w:val="right"/>
            </w:pPr>
            <w:r>
              <w:rPr>
                <w:sz w:val="16"/>
              </w:rPr>
              <w:t>$620,376</w:t>
            </w:r>
          </w:p>
        </w:tc>
        <w:tc>
          <w:tcPr>
            <w:tcW w:type="dxa" w:w="1126"/>
          </w:tcPr>
          <w:p>
            <w:pPr>
              <w:spacing w:after="0"/>
              <w:jc w:val="right"/>
            </w:pPr>
            <w:r>
              <w:rPr>
                <w:sz w:val="16"/>
              </w:rPr>
              <w:t>n/a</w:t>
            </w:r>
          </w:p>
        </w:tc>
        <w:tc>
          <w:tcPr>
            <w:tcW w:type="dxa" w:w="931"/>
          </w:tcPr>
          <w:p>
            <w:pPr>
              <w:spacing w:after="0"/>
              <w:jc w:val="right"/>
            </w:pPr>
            <w:r>
              <w:rPr>
                <w:sz w:val="16"/>
              </w:rPr>
              <w:t>$731,317</w:t>
            </w:r>
          </w:p>
        </w:tc>
        <w:tc>
          <w:tcPr>
            <w:tcW w:type="dxa" w:w="1039"/>
          </w:tcPr>
          <w:p>
            <w:pPr>
              <w:spacing w:after="0"/>
              <w:jc w:val="right"/>
            </w:pPr>
            <w:r>
              <w:rPr>
                <w:sz w:val="16"/>
              </w:rPr>
              <w:t>0.0426%</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42"/>
          </w:tcPr>
          <w:p>
            <w:pPr>
              <w:spacing w:after="0"/>
              <w:jc w:val="left"/>
            </w:pPr>
            <w:r>
              <w:rPr>
                <w:sz w:val="16"/>
              </w:rPr>
              <w:t>Hail</w:t>
            </w:r>
          </w:p>
        </w:tc>
        <w:tc>
          <w:tcPr>
            <w:tcW w:type="dxa" w:w="1394"/>
          </w:tcPr>
          <w:p>
            <w:pPr>
              <w:spacing w:after="0"/>
              <w:jc w:val="right"/>
            </w:pPr>
            <w:r>
              <w:rPr>
                <w:sz w:val="16"/>
              </w:rPr>
              <w:t>$934,800,534</w:t>
            </w:r>
          </w:p>
        </w:tc>
        <w:tc>
          <w:tcPr>
            <w:tcW w:type="dxa" w:w="1131"/>
          </w:tcPr>
          <w:p>
            <w:pPr>
              <w:spacing w:after="0"/>
              <w:jc w:val="right"/>
            </w:pPr>
            <w:r>
              <w:rPr>
                <w:sz w:val="16"/>
              </w:rPr>
              <w:t>$0</w:t>
            </w:r>
          </w:p>
        </w:tc>
        <w:tc>
          <w:tcPr>
            <w:tcW w:type="dxa" w:w="1041"/>
          </w:tcPr>
          <w:p>
            <w:pPr>
              <w:spacing w:after="0"/>
              <w:jc w:val="right"/>
            </w:pPr>
            <w:r>
              <w:rPr>
                <w:sz w:val="16"/>
              </w:rPr>
              <w:t>8,832</w:t>
            </w:r>
          </w:p>
        </w:tc>
        <w:tc>
          <w:tcPr>
            <w:tcW w:type="dxa" w:w="1037"/>
          </w:tcPr>
          <w:p>
            <w:pPr>
              <w:spacing w:after="0"/>
              <w:jc w:val="right"/>
            </w:pPr>
            <w:r>
              <w:rPr>
                <w:sz w:val="16"/>
              </w:rPr>
              <w:t>$439</w:t>
            </w:r>
          </w:p>
        </w:tc>
        <w:tc>
          <w:tcPr>
            <w:tcW w:type="dxa" w:w="1126"/>
          </w:tcPr>
          <w:p>
            <w:pPr>
              <w:spacing w:after="0"/>
              <w:jc w:val="right"/>
            </w:pPr>
            <w:r>
              <w:rPr>
                <w:sz w:val="16"/>
              </w:rPr>
              <w:t>$0</w:t>
            </w:r>
          </w:p>
        </w:tc>
        <w:tc>
          <w:tcPr>
            <w:tcW w:type="dxa" w:w="931"/>
          </w:tcPr>
          <w:p>
            <w:pPr>
              <w:spacing w:after="0"/>
              <w:jc w:val="right"/>
            </w:pPr>
            <w:r>
              <w:rPr>
                <w:sz w:val="16"/>
              </w:rPr>
              <w:t>$124</w:t>
            </w:r>
          </w:p>
        </w:tc>
        <w:tc>
          <w:tcPr>
            <w:tcW w:type="dxa" w:w="1039"/>
          </w:tcPr>
          <w:p>
            <w:pPr>
              <w:spacing w:after="0"/>
              <w:jc w:val="right"/>
            </w:pPr>
            <w:r>
              <w:rPr>
                <w:sz w:val="16"/>
              </w:rPr>
              <w:t>under 0.0001%</w:t>
            </w:r>
          </w:p>
        </w:tc>
        <w:tc>
          <w:tcPr>
            <w:tcW w:type="dxa" w:w="1166"/>
          </w:tcPr>
          <w:p>
            <w:pPr>
              <w:spacing w:after="0"/>
              <w:jc w:val="right"/>
            </w:pPr>
            <w:r>
              <w:rPr>
                <w:sz w:val="16"/>
              </w:rPr>
              <w:t>$100</w:t>
            </w: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42"/>
          </w:tcPr>
          <w:p>
            <w:pPr>
              <w:spacing w:after="0"/>
              <w:jc w:val="left"/>
            </w:pPr>
            <w:r>
              <w:rPr>
                <w:sz w:val="16"/>
              </w:rPr>
              <w:t>Heat Wave</w:t>
            </w:r>
          </w:p>
        </w:tc>
        <w:tc>
          <w:tcPr>
            <w:tcW w:type="dxa" w:w="1394"/>
          </w:tcPr>
          <w:p>
            <w:pPr>
              <w:spacing w:after="0"/>
              <w:jc w:val="right"/>
            </w:pPr>
            <w:r>
              <w:rPr>
                <w:sz w:val="16"/>
              </w:rPr>
              <w:t>$76,071,665</w:t>
            </w:r>
          </w:p>
        </w:tc>
        <w:tc>
          <w:tcPr>
            <w:tcW w:type="dxa" w:w="1131"/>
          </w:tcPr>
          <w:p>
            <w:pPr>
              <w:spacing w:after="0"/>
              <w:jc w:val="right"/>
            </w:pPr>
            <w:r>
              <w:rPr>
                <w:sz w:val="16"/>
              </w:rPr>
              <w:t>$0</w:t>
            </w:r>
          </w:p>
        </w:tc>
        <w:tc>
          <w:tcPr>
            <w:tcW w:type="dxa" w:w="1041"/>
          </w:tcPr>
          <w:p>
            <w:pPr>
              <w:spacing w:after="0"/>
              <w:jc w:val="right"/>
            </w:pPr>
            <w:r>
              <w:rPr>
                <w:sz w:val="16"/>
              </w:rPr>
              <w:t>748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31"/>
          </w:tcPr>
          <w:p>
            <w:pPr>
              <w:spacing w:after="0"/>
              <w:jc w:val="right"/>
            </w:pPr>
            <w:r>
              <w:rPr>
                <w:sz w:val="16"/>
              </w:rPr>
              <w:t>$0</w:t>
            </w:r>
          </w:p>
        </w:tc>
        <w:tc>
          <w:tcPr>
            <w:tcW w:type="dxa" w:w="1039"/>
          </w:tcPr>
          <w:p>
            <w:pPr>
              <w:spacing w:after="0"/>
              <w:jc w:val="right"/>
            </w:pPr>
            <w:r>
              <w:rPr>
                <w:sz w:val="16"/>
              </w:rPr>
              <w:t>0%</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42"/>
          </w:tcPr>
          <w:p>
            <w:pPr>
              <w:spacing w:after="0"/>
              <w:jc w:val="left"/>
            </w:pPr>
            <w:r>
              <w:rPr>
                <w:sz w:val="16"/>
              </w:rPr>
              <w:t>Hurricane</w:t>
            </w:r>
          </w:p>
        </w:tc>
        <w:tc>
          <w:tcPr>
            <w:tcW w:type="dxa" w:w="1394"/>
          </w:tcPr>
          <w:p>
            <w:pPr>
              <w:spacing w:after="0"/>
              <w:jc w:val="right"/>
            </w:pPr>
            <w:r>
              <w:rPr>
                <w:sz w:val="16"/>
              </w:rPr>
              <w:t>$934,534,360</w:t>
            </w:r>
          </w:p>
        </w:tc>
        <w:tc>
          <w:tcPr>
            <w:tcW w:type="dxa" w:w="1131"/>
          </w:tcPr>
          <w:p>
            <w:pPr>
              <w:spacing w:after="0"/>
              <w:jc w:val="right"/>
            </w:pPr>
            <w:r>
              <w:rPr>
                <w:sz w:val="16"/>
              </w:rPr>
              <w:t>$0</w:t>
            </w:r>
          </w:p>
        </w:tc>
        <w:tc>
          <w:tcPr>
            <w:tcW w:type="dxa" w:w="1041"/>
          </w:tcPr>
          <w:p>
            <w:pPr>
              <w:spacing w:after="0"/>
              <w:jc w:val="right"/>
            </w:pPr>
            <w:r>
              <w:rPr>
                <w:sz w:val="16"/>
              </w:rPr>
              <w:t>8,831</w:t>
            </w:r>
          </w:p>
        </w:tc>
        <w:tc>
          <w:tcPr>
            <w:tcW w:type="dxa" w:w="1037"/>
          </w:tcPr>
          <w:p>
            <w:pPr>
              <w:spacing w:after="0"/>
              <w:jc w:val="right"/>
            </w:pPr>
            <w:r>
              <w:rPr>
                <w:sz w:val="16"/>
              </w:rPr>
              <w:t>$2,465,740</w:t>
            </w:r>
          </w:p>
        </w:tc>
        <w:tc>
          <w:tcPr>
            <w:tcW w:type="dxa" w:w="1126"/>
          </w:tcPr>
          <w:p>
            <w:pPr>
              <w:spacing w:after="0"/>
              <w:jc w:val="right"/>
            </w:pPr>
            <w:r>
              <w:rPr>
                <w:sz w:val="16"/>
              </w:rPr>
              <w:t>$0</w:t>
            </w:r>
          </w:p>
        </w:tc>
        <w:tc>
          <w:tcPr>
            <w:tcW w:type="dxa" w:w="931"/>
          </w:tcPr>
          <w:p>
            <w:pPr>
              <w:spacing w:after="0"/>
              <w:jc w:val="right"/>
            </w:pPr>
            <w:r>
              <w:rPr>
                <w:sz w:val="16"/>
              </w:rPr>
              <w:t>$242,322</w:t>
            </w:r>
          </w:p>
        </w:tc>
        <w:tc>
          <w:tcPr>
            <w:tcW w:type="dxa" w:w="1039"/>
          </w:tcPr>
          <w:p>
            <w:pPr>
              <w:spacing w:after="0"/>
              <w:jc w:val="right"/>
            </w:pPr>
            <w:r>
              <w:rPr>
                <w:sz w:val="16"/>
              </w:rPr>
              <w:t>0.264%</w:t>
            </w:r>
          </w:p>
        </w:tc>
        <w:tc>
          <w:tcPr>
            <w:tcW w:type="dxa" w:w="1166"/>
          </w:tcPr>
          <w:p>
            <w:pPr>
              <w:spacing w:after="0"/>
              <w:jc w:val="right"/>
            </w:pPr>
          </w:p>
        </w:tc>
        <w:tc>
          <w:tcPr>
            <w:tcW w:type="dxa" w:w="1073"/>
          </w:tcPr>
          <w:p>
            <w:pPr>
              <w:spacing w:after="0"/>
              <w:jc w:val="right"/>
            </w:pPr>
          </w:p>
        </w:tc>
        <w:tc>
          <w:tcPr>
            <w:tcW w:type="dxa" w:w="1325"/>
          </w:tcPr>
          <w:p>
            <w:pPr>
              <w:spacing w:after="0"/>
              <w:jc w:val="right"/>
            </w:pPr>
            <w:r>
              <w:rPr>
                <w:sz w:val="16"/>
              </w:rPr>
              <w:t>$2,101,428.24</w:t>
            </w:r>
          </w:p>
        </w:tc>
        <w:tc>
          <w:tcPr>
            <w:tcW w:type="dxa" w:w="1805"/>
          </w:tcPr>
          <w:p>
            <w:pPr>
              <w:spacing w:after="0"/>
              <w:jc w:val="left"/>
            </w:pPr>
          </w:p>
        </w:tc>
      </w:tr>
      <w:tr>
        <w:trPr>
          <w:cantSplit/>
        </w:trPr>
        <w:tc>
          <w:tcPr>
            <w:tcW w:type="dxa" w:w="1042"/>
          </w:tcPr>
          <w:p>
            <w:pPr>
              <w:spacing w:after="0"/>
              <w:jc w:val="left"/>
            </w:pPr>
            <w:r>
              <w:rPr>
                <w:sz w:val="16"/>
              </w:rPr>
              <w:t>Inland Flooding</w:t>
            </w:r>
          </w:p>
        </w:tc>
        <w:tc>
          <w:tcPr>
            <w:tcW w:type="dxa" w:w="1394"/>
          </w:tcPr>
          <w:p>
            <w:pPr>
              <w:spacing w:after="0"/>
              <w:jc w:val="right"/>
            </w:pPr>
            <w:r>
              <w:rPr>
                <w:sz w:val="16"/>
              </w:rPr>
              <w:t>$934,202,165</w:t>
            </w:r>
          </w:p>
        </w:tc>
        <w:tc>
          <w:tcPr>
            <w:tcW w:type="dxa" w:w="1131"/>
          </w:tcPr>
          <w:p>
            <w:pPr>
              <w:spacing w:after="0"/>
              <w:jc w:val="right"/>
            </w:pPr>
            <w:r>
              <w:rPr>
                <w:sz w:val="16"/>
              </w:rPr>
              <w:t>$0</w:t>
            </w:r>
          </w:p>
        </w:tc>
        <w:tc>
          <w:tcPr>
            <w:tcW w:type="dxa" w:w="1041"/>
          </w:tcPr>
          <w:p>
            <w:pPr>
              <w:spacing w:after="0"/>
              <w:jc w:val="right"/>
            </w:pPr>
            <w:r>
              <w:rPr>
                <w:sz w:val="16"/>
              </w:rPr>
              <w:t>25</w:t>
            </w:r>
          </w:p>
        </w:tc>
        <w:tc>
          <w:tcPr>
            <w:tcW w:type="dxa" w:w="1037"/>
          </w:tcPr>
          <w:p>
            <w:pPr>
              <w:spacing w:after="0"/>
              <w:jc w:val="right"/>
            </w:pPr>
            <w:r>
              <w:rPr>
                <w:sz w:val="16"/>
              </w:rPr>
              <w:t>$393,036</w:t>
            </w:r>
          </w:p>
        </w:tc>
        <w:tc>
          <w:tcPr>
            <w:tcW w:type="dxa" w:w="1126"/>
          </w:tcPr>
          <w:p>
            <w:pPr>
              <w:spacing w:after="0"/>
              <w:jc w:val="right"/>
            </w:pPr>
            <w:r>
              <w:rPr>
                <w:sz w:val="16"/>
              </w:rPr>
              <w:t>$0</w:t>
            </w:r>
          </w:p>
        </w:tc>
        <w:tc>
          <w:tcPr>
            <w:tcW w:type="dxa" w:w="931"/>
          </w:tcPr>
          <w:p>
            <w:pPr>
              <w:spacing w:after="0"/>
              <w:jc w:val="right"/>
            </w:pPr>
            <w:r>
              <w:rPr>
                <w:sz w:val="16"/>
              </w:rPr>
              <w:t>$6</w:t>
            </w:r>
          </w:p>
        </w:tc>
        <w:tc>
          <w:tcPr>
            <w:tcW w:type="dxa" w:w="1039"/>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325"/>
          </w:tcPr>
          <w:p>
            <w:pPr>
              <w:spacing w:after="0"/>
              <w:jc w:val="right"/>
            </w:pPr>
            <w:r>
              <w:rPr>
                <w:sz w:val="16"/>
              </w:rPr>
              <w:t>$3,289,927.75</w:t>
            </w:r>
          </w:p>
        </w:tc>
        <w:tc>
          <w:tcPr>
            <w:tcW w:type="dxa" w:w="180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2"/>
          </w:tcPr>
          <w:p>
            <w:pPr>
              <w:spacing w:after="0"/>
              <w:jc w:val="left"/>
            </w:pPr>
            <w:r>
              <w:rPr>
                <w:sz w:val="16"/>
              </w:rPr>
              <w:t>Landslide</w:t>
            </w:r>
          </w:p>
        </w:tc>
        <w:tc>
          <w:tcPr>
            <w:tcW w:type="dxa" w:w="1394"/>
          </w:tcPr>
          <w:p>
            <w:pPr>
              <w:spacing w:after="0"/>
              <w:jc w:val="right"/>
            </w:pPr>
            <w:r>
              <w:rPr>
                <w:sz w:val="16"/>
              </w:rPr>
              <w:t>$646,675,873</w:t>
            </w:r>
          </w:p>
        </w:tc>
        <w:tc>
          <w:tcPr>
            <w:tcW w:type="dxa" w:w="1131"/>
          </w:tcPr>
          <w:p>
            <w:pPr>
              <w:spacing w:after="0"/>
              <w:jc w:val="right"/>
            </w:pPr>
            <w:r>
              <w:rPr>
                <w:sz w:val="16"/>
              </w:rPr>
              <w:t>n/a</w:t>
            </w:r>
          </w:p>
        </w:tc>
        <w:tc>
          <w:tcPr>
            <w:tcW w:type="dxa" w:w="1041"/>
          </w:tcPr>
          <w:p>
            <w:pPr>
              <w:spacing w:after="0"/>
              <w:jc w:val="right"/>
            </w:pPr>
            <w:r>
              <w:rPr>
                <w:sz w:val="16"/>
              </w:rPr>
              <w:t>6,162</w:t>
            </w:r>
          </w:p>
        </w:tc>
        <w:tc>
          <w:tcPr>
            <w:tcW w:type="dxa" w:w="1037"/>
          </w:tcPr>
          <w:p>
            <w:pPr>
              <w:spacing w:after="0"/>
              <w:jc w:val="right"/>
            </w:pPr>
            <w:r>
              <w:rPr>
                <w:sz w:val="16"/>
              </w:rPr>
              <w:t>$7,480,831</w:t>
            </w:r>
          </w:p>
        </w:tc>
        <w:tc>
          <w:tcPr>
            <w:tcW w:type="dxa" w:w="1126"/>
          </w:tcPr>
          <w:p>
            <w:pPr>
              <w:spacing w:after="0"/>
              <w:jc w:val="right"/>
            </w:pPr>
            <w:r>
              <w:rPr>
                <w:sz w:val="16"/>
              </w:rPr>
              <w:t>n/a</w:t>
            </w:r>
          </w:p>
        </w:tc>
        <w:tc>
          <w:tcPr>
            <w:tcW w:type="dxa" w:w="931"/>
          </w:tcPr>
          <w:p>
            <w:pPr>
              <w:spacing w:after="0"/>
              <w:jc w:val="right"/>
            </w:pPr>
            <w:r>
              <w:rPr>
                <w:sz w:val="16"/>
              </w:rPr>
              <w:t>$997,497</w:t>
            </w:r>
          </w:p>
        </w:tc>
        <w:tc>
          <w:tcPr>
            <w:tcW w:type="dxa" w:w="1039"/>
          </w:tcPr>
          <w:p>
            <w:pPr>
              <w:spacing w:after="0"/>
              <w:jc w:val="right"/>
            </w:pPr>
            <w:r>
              <w:rPr>
                <w:sz w:val="16"/>
              </w:rPr>
              <w:t>1.16%</w:t>
            </w:r>
          </w:p>
        </w:tc>
        <w:tc>
          <w:tcPr>
            <w:tcW w:type="dxa" w:w="1166"/>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$3,289,927.75</w:t>
            </w:r>
          </w:p>
        </w:tc>
        <w:tc>
          <w:tcPr>
            <w:tcW w:type="dxa" w:w="1805"/>
          </w:tcPr>
          <w:p>
            <w:pPr>
              <w:spacing w:after="0"/>
              <w:jc w:val="left"/>
            </w:pPr>
          </w:p>
        </w:tc>
      </w:tr>
      <w:tr>
        <w:trPr>
          <w:cantSplit/>
        </w:trPr>
        <w:tc>
          <w:tcPr>
            <w:tcW w:type="dxa" w:w="1042"/>
          </w:tcPr>
          <w:p>
            <w:pPr>
              <w:spacing w:after="0"/>
              <w:jc w:val="left"/>
            </w:pPr>
            <w:r>
              <w:rPr>
                <w:sz w:val="16"/>
              </w:rPr>
              <w:t>Lightning</w:t>
            </w:r>
          </w:p>
        </w:tc>
        <w:tc>
          <w:tcPr>
            <w:tcW w:type="dxa" w:w="1394"/>
          </w:tcPr>
          <w:p>
            <w:pPr>
              <w:spacing w:after="0"/>
              <w:jc w:val="right"/>
            </w:pPr>
            <w:r>
              <w:rPr>
                <w:sz w:val="16"/>
              </w:rPr>
              <w:t>$934,800,534</w:t>
            </w:r>
          </w:p>
        </w:tc>
        <w:tc>
          <w:tcPr>
            <w:tcW w:type="dxa" w:w="1131"/>
          </w:tcPr>
          <w:p>
            <w:pPr>
              <w:spacing w:after="0"/>
              <w:jc w:val="right"/>
            </w:pPr>
            <w:r>
              <w:rPr>
                <w:sz w:val="16"/>
              </w:rPr>
              <w:t>n/a</w:t>
            </w:r>
          </w:p>
        </w:tc>
        <w:tc>
          <w:tcPr>
            <w:tcW w:type="dxa" w:w="1041"/>
          </w:tcPr>
          <w:p>
            <w:pPr>
              <w:spacing w:after="0"/>
              <w:jc w:val="right"/>
            </w:pPr>
            <w:r>
              <w:rPr>
                <w:sz w:val="16"/>
              </w:rPr>
              <w:t>8,832</w:t>
            </w:r>
          </w:p>
        </w:tc>
        <w:tc>
          <w:tcPr>
            <w:tcW w:type="dxa" w:w="1037"/>
          </w:tcPr>
          <w:p>
            <w:pPr>
              <w:spacing w:after="0"/>
              <w:jc w:val="right"/>
            </w:pPr>
            <w:r>
              <w:rPr>
                <w:sz w:val="16"/>
              </w:rPr>
              <w:t>$1,731</w:t>
            </w:r>
          </w:p>
        </w:tc>
        <w:tc>
          <w:tcPr>
            <w:tcW w:type="dxa" w:w="1126"/>
          </w:tcPr>
          <w:p>
            <w:pPr>
              <w:spacing w:after="0"/>
              <w:jc w:val="right"/>
            </w:pPr>
            <w:r>
              <w:rPr>
                <w:sz w:val="16"/>
              </w:rPr>
              <w:t>n/a</w:t>
            </w:r>
          </w:p>
        </w:tc>
        <w:tc>
          <w:tcPr>
            <w:tcW w:type="dxa" w:w="931"/>
          </w:tcPr>
          <w:p>
            <w:pPr>
              <w:spacing w:after="0"/>
              <w:jc w:val="right"/>
            </w:pPr>
            <w:r>
              <w:rPr>
                <w:sz w:val="16"/>
              </w:rPr>
              <w:t>$87,960</w:t>
            </w:r>
          </w:p>
        </w:tc>
        <w:tc>
          <w:tcPr>
            <w:tcW w:type="dxa" w:w="1039"/>
          </w:tcPr>
          <w:p>
            <w:pPr>
              <w:spacing w:after="0"/>
              <w:jc w:val="right"/>
            </w:pPr>
            <w:r>
              <w:rPr>
                <w:sz w:val="16"/>
              </w:rPr>
              <w:t>0.000185%</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42"/>
          </w:tcPr>
          <w:p>
            <w:pPr>
              <w:spacing w:after="0"/>
              <w:jc w:val="left"/>
            </w:pPr>
            <w:r>
              <w:rPr>
                <w:sz w:val="16"/>
              </w:rPr>
              <w:t>Strong Wind</w:t>
            </w:r>
          </w:p>
        </w:tc>
        <w:tc>
          <w:tcPr>
            <w:tcW w:type="dxa" w:w="1394"/>
          </w:tcPr>
          <w:p>
            <w:pPr>
              <w:spacing w:after="0"/>
              <w:jc w:val="right"/>
            </w:pPr>
            <w:r>
              <w:rPr>
                <w:sz w:val="16"/>
              </w:rPr>
              <w:t>$934,800,534</w:t>
            </w:r>
          </w:p>
        </w:tc>
        <w:tc>
          <w:tcPr>
            <w:tcW w:type="dxa" w:w="1131"/>
          </w:tcPr>
          <w:p>
            <w:pPr>
              <w:spacing w:after="0"/>
              <w:jc w:val="right"/>
            </w:pPr>
            <w:r>
              <w:rPr>
                <w:sz w:val="16"/>
              </w:rPr>
              <w:t>$0</w:t>
            </w:r>
          </w:p>
        </w:tc>
        <w:tc>
          <w:tcPr>
            <w:tcW w:type="dxa" w:w="1041"/>
          </w:tcPr>
          <w:p>
            <w:pPr>
              <w:spacing w:after="0"/>
              <w:jc w:val="right"/>
            </w:pPr>
            <w:r>
              <w:rPr>
                <w:sz w:val="16"/>
              </w:rPr>
              <w:t>8,832</w:t>
            </w:r>
          </w:p>
        </w:tc>
        <w:tc>
          <w:tcPr>
            <w:tcW w:type="dxa" w:w="1037"/>
          </w:tcPr>
          <w:p>
            <w:pPr>
              <w:spacing w:after="0"/>
              <w:jc w:val="right"/>
            </w:pPr>
            <w:r>
              <w:rPr>
                <w:sz w:val="16"/>
              </w:rPr>
              <w:t>$5</w:t>
            </w:r>
          </w:p>
        </w:tc>
        <w:tc>
          <w:tcPr>
            <w:tcW w:type="dxa" w:w="1126"/>
          </w:tcPr>
          <w:p>
            <w:pPr>
              <w:spacing w:after="0"/>
              <w:jc w:val="right"/>
            </w:pPr>
            <w:r>
              <w:rPr>
                <w:sz w:val="16"/>
              </w:rPr>
              <w:t>$0</w:t>
            </w:r>
          </w:p>
        </w:tc>
        <w:tc>
          <w:tcPr>
            <w:tcW w:type="dxa" w:w="931"/>
          </w:tcPr>
          <w:p>
            <w:pPr>
              <w:spacing w:after="0"/>
              <w:jc w:val="right"/>
            </w:pPr>
            <w:r>
              <w:rPr>
                <w:sz w:val="16"/>
              </w:rPr>
              <w:t>$2</w:t>
            </w:r>
          </w:p>
        </w:tc>
        <w:tc>
          <w:tcPr>
            <w:tcW w:type="dxa" w:w="1039"/>
          </w:tcPr>
          <w:p>
            <w:pPr>
              <w:spacing w:after="0"/>
              <w:jc w:val="right"/>
            </w:pPr>
            <w:r>
              <w:rPr>
                <w:sz w:val="16"/>
              </w:rPr>
              <w:t>under 0.0001%</w:t>
            </w:r>
          </w:p>
        </w:tc>
        <w:tc>
          <w:tcPr>
            <w:tcW w:type="dxa" w:w="1166"/>
          </w:tcPr>
          <w:p>
            <w:pPr>
              <w:spacing w:after="0"/>
              <w:jc w:val="right"/>
            </w:pPr>
            <w:r>
              <w:rPr>
                <w:sz w:val="16"/>
              </w:rPr>
              <w:t>$10,000</w:t>
            </w:r>
          </w:p>
        </w:tc>
        <w:tc>
          <w:tcPr>
            <w:tcW w:type="dxa" w:w="1073"/>
          </w:tcPr>
          <w:p>
            <w:pPr>
              <w:spacing w:after="0"/>
              <w:jc w:val="right"/>
            </w:pPr>
            <w:r>
              <w:rPr>
                <w:sz w:val="16"/>
              </w:rPr>
              <w:t>$3,300</w:t>
            </w:r>
          </w:p>
        </w:tc>
        <w:tc>
          <w:tcPr>
            <w:tcW w:type="dxa" w:w="1325"/>
          </w:tcPr>
          <w:p>
            <w:pPr>
              <w:spacing w:after="0"/>
              <w:jc w:val="right"/>
            </w:pPr>
          </w:p>
        </w:tc>
        <w:tc>
          <w:tcPr>
            <w:tcW w:type="dxa" w:w="1805"/>
          </w:tcPr>
          <w:p>
            <w:pPr>
              <w:spacing w:after="0"/>
              <w:jc w:val="left"/>
            </w:pPr>
            <w:r>
              <w:rPr>
                <w:sz w:val="16"/>
              </w:rPr>
              <w:t>Storm Events damage since the plan includes 1 zone-level Strong Wind record ($3,300): a NOAA non-thunderstorm wind type, outside NRI's Strong Wind definition.</w:t>
            </w:r>
          </w:p>
        </w:tc>
      </w:tr>
      <w:tr>
        <w:trPr>
          <w:cantSplit/>
        </w:trPr>
        <w:tc>
          <w:tcPr>
            <w:tcW w:type="dxa" w:w="1042"/>
          </w:tcPr>
          <w:p>
            <w:pPr>
              <w:spacing w:after="0"/>
              <w:jc w:val="left"/>
            </w:pPr>
            <w:r>
              <w:rPr>
                <w:sz w:val="16"/>
              </w:rPr>
              <w:t>Tornado</w:t>
            </w:r>
          </w:p>
        </w:tc>
        <w:tc>
          <w:tcPr>
            <w:tcW w:type="dxa" w:w="1394"/>
          </w:tcPr>
          <w:p>
            <w:pPr>
              <w:spacing w:after="0"/>
              <w:jc w:val="right"/>
            </w:pPr>
            <w:r>
              <w:rPr>
                <w:sz w:val="16"/>
              </w:rPr>
              <w:t>$934,800,534</w:t>
            </w:r>
          </w:p>
        </w:tc>
        <w:tc>
          <w:tcPr>
            <w:tcW w:type="dxa" w:w="1131"/>
          </w:tcPr>
          <w:p>
            <w:pPr>
              <w:spacing w:after="0"/>
              <w:jc w:val="right"/>
            </w:pPr>
            <w:r>
              <w:rPr>
                <w:sz w:val="16"/>
              </w:rPr>
              <w:t>$0</w:t>
            </w:r>
          </w:p>
        </w:tc>
        <w:tc>
          <w:tcPr>
            <w:tcW w:type="dxa" w:w="1041"/>
          </w:tcPr>
          <w:p>
            <w:pPr>
              <w:spacing w:after="0"/>
              <w:jc w:val="right"/>
            </w:pPr>
            <w:r>
              <w:rPr>
                <w:sz w:val="16"/>
              </w:rPr>
              <w:t>8,832</w:t>
            </w:r>
          </w:p>
        </w:tc>
        <w:tc>
          <w:tcPr>
            <w:tcW w:type="dxa" w:w="1037"/>
          </w:tcPr>
          <w:p>
            <w:pPr>
              <w:spacing w:after="0"/>
              <w:jc w:val="right"/>
            </w:pPr>
            <w:r>
              <w:rPr>
                <w:sz w:val="16"/>
              </w:rPr>
              <w:t>$1,472</w:t>
            </w:r>
          </w:p>
        </w:tc>
        <w:tc>
          <w:tcPr>
            <w:tcW w:type="dxa" w:w="1126"/>
          </w:tcPr>
          <w:p>
            <w:pPr>
              <w:spacing w:after="0"/>
              <w:jc w:val="right"/>
            </w:pPr>
            <w:r>
              <w:rPr>
                <w:sz w:val="16"/>
              </w:rPr>
              <w:t>$0</w:t>
            </w:r>
          </w:p>
        </w:tc>
        <w:tc>
          <w:tcPr>
            <w:tcW w:type="dxa" w:w="931"/>
          </w:tcPr>
          <w:p>
            <w:pPr>
              <w:spacing w:after="0"/>
              <w:jc w:val="right"/>
            </w:pPr>
            <w:r>
              <w:rPr>
                <w:sz w:val="16"/>
              </w:rPr>
              <w:t>$2,423</w:t>
            </w:r>
          </w:p>
        </w:tc>
        <w:tc>
          <w:tcPr>
            <w:tcW w:type="dxa" w:w="1039"/>
          </w:tcPr>
          <w:p>
            <w:pPr>
              <w:spacing w:after="0"/>
              <w:jc w:val="right"/>
            </w:pPr>
            <w:r>
              <w:rPr>
                <w:sz w:val="16"/>
              </w:rPr>
              <w:t>0.000157%</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42"/>
          </w:tcPr>
          <w:p>
            <w:pPr>
              <w:spacing w:after="0"/>
              <w:jc w:val="left"/>
            </w:pPr>
            <w:r>
              <w:rPr>
                <w:sz w:val="16"/>
              </w:rPr>
              <w:t>Volcanic Activity</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1"/>
          </w:tcPr>
          <w:p>
            <w:pPr>
              <w:spacing w:after="0"/>
              <w:jc w:val="right"/>
            </w:pP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r>
              <w:rPr>
                <w:sz w:val="16"/>
              </w:rPr>
              <w:t>Not Applicable in NRI for this county</w:t>
            </w:r>
          </w:p>
        </w:tc>
      </w:tr>
      <w:tr>
        <w:trPr>
          <w:cantSplit/>
        </w:trPr>
        <w:tc>
          <w:tcPr>
            <w:tcW w:type="dxa" w:w="1042"/>
          </w:tcPr>
          <w:p>
            <w:pPr>
              <w:spacing w:after="0"/>
              <w:jc w:val="left"/>
            </w:pPr>
            <w:r>
              <w:rPr>
                <w:sz w:val="16"/>
              </w:rPr>
              <w:t>Wildfire</w:t>
            </w:r>
          </w:p>
        </w:tc>
        <w:tc>
          <w:tcPr>
            <w:tcW w:type="dxa" w:w="1394"/>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31"/>
          </w:tcPr>
          <w:p>
            <w:pPr>
              <w:spacing w:after="0"/>
              <w:jc w:val="right"/>
            </w:pPr>
            <w:r>
              <w:rPr>
                <w:sz w:val="16"/>
              </w:rPr>
              <w:t>n/a</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r>
              <w:rPr>
                <w:sz w:val="16"/>
              </w:rPr>
              <w:t>NRI publishes no building exposure for this county</w:t>
            </w:r>
          </w:p>
        </w:tc>
      </w:tr>
      <w:tr>
        <w:trPr>
          <w:cantSplit/>
        </w:trPr>
        <w:tc>
          <w:tcPr>
            <w:tcW w:type="dxa" w:w="1042"/>
          </w:tcPr>
          <w:p>
            <w:pPr>
              <w:spacing w:after="0"/>
              <w:jc w:val="left"/>
            </w:pPr>
            <w:r>
              <w:rPr>
                <w:sz w:val="16"/>
              </w:rPr>
              <w:t>Winter Weather</w:t>
            </w:r>
          </w:p>
        </w:tc>
        <w:tc>
          <w:tcPr>
            <w:tcW w:type="dxa" w:w="1394"/>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31"/>
          </w:tcPr>
          <w:p>
            <w:pPr>
              <w:spacing w:after="0"/>
              <w:jc w:val="right"/>
            </w:pPr>
            <w:r>
              <w:rPr>
                <w:sz w:val="16"/>
              </w:rPr>
              <w:t>$0</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2020-12-21 (Storm Events through 2026-06-30): 3 county-coded records, 3 with a damage value recorded (including $0), $10,100; 3 zone-level records, 3 with a damage value recorded (including $0), $3,300 reported for the zone; Public Assistance: $5,285,414.36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8,832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$934,800,534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$10,963,630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$2,061,650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04"/>
        <w:gridCol w:w="1095"/>
        <w:gridCol w:w="984"/>
        <w:gridCol w:w="984"/>
        <w:gridCol w:w="984"/>
        <w:gridCol w:w="984"/>
        <w:gridCol w:w="984"/>
        <w:gridCol w:w="984"/>
        <w:gridCol w:w="1095"/>
        <w:gridCol w:w="4013"/>
      </w:tblGrid>
      <w:tr>
        <w:trPr>
          <w:cantSplit/>
          <w:tblHeader/>
        </w:trPr>
        <w:tc>
          <w:tcPr>
            <w:tcW w:type="dxa" w:w="2004"/>
            <w:shd w:val="clear" w:color="auto" w:fill="E8E8E8"/>
          </w:tcPr>
          <w:p>
            <w:pPr>
              <w:spacing w:after="0"/>
              <w:jc w:val="left"/>
            </w:pPr>
            <w:r>
              <w:rPr>
                <w:b/>
                <w:sz w:val="16"/>
              </w:rPr>
              <w:t>Jurisdiction</w:t>
            </w:r>
          </w:p>
        </w:tc>
        <w:tc>
          <w:tcPr>
            <w:tcW w:type="dxa" w:w="1095"/>
            <w:shd w:val="clear" w:color="auto" w:fill="E8E8E8"/>
          </w:tcPr>
          <w:p>
            <w:pPr>
              <w:spacing w:after="0"/>
              <w:jc w:val="left"/>
            </w:pPr>
            <w:r>
              <w:rPr>
                <w:b/>
                <w:sz w:val="16"/>
              </w:rPr>
              <w:t>NFIP community ID</w:t>
            </w:r>
          </w:p>
        </w:tc>
        <w:tc>
          <w:tcPr>
            <w:tcW w:type="dxa" w:w="984"/>
            <w:shd w:val="clear" w:color="auto" w:fill="E8E8E8"/>
          </w:tcPr>
          <w:p>
            <w:pPr>
              <w:spacing w:after="0"/>
              <w:jc w:val="right"/>
            </w:pPr>
            <w:r>
              <w:rPr>
                <w:b/>
                <w:sz w:val="16"/>
              </w:rPr>
              <w:t>RL, FMA</w:t>
            </w:r>
          </w:p>
          <w:p>
            <w:pPr>
              <w:spacing w:after="0"/>
              <w:jc w:val="right"/>
            </w:pPr>
            <w:r>
              <w:rPr>
                <w:i/>
                <w:color w:val="555555"/>
                <w:sz w:val="14"/>
              </w:rPr>
              <w:t>properties</w:t>
            </w:r>
          </w:p>
        </w:tc>
        <w:tc>
          <w:tcPr>
            <w:tcW w:type="dxa" w:w="984"/>
            <w:shd w:val="clear" w:color="auto" w:fill="E8E8E8"/>
          </w:tcPr>
          <w:p>
            <w:pPr>
              <w:spacing w:after="0"/>
              <w:jc w:val="right"/>
            </w:pPr>
            <w:r>
              <w:rPr>
                <w:b/>
                <w:sz w:val="16"/>
              </w:rPr>
              <w:t>SRL, FMA</w:t>
            </w:r>
          </w:p>
          <w:p>
            <w:pPr>
              <w:spacing w:after="0"/>
              <w:jc w:val="right"/>
            </w:pPr>
            <w:r>
              <w:rPr>
                <w:i/>
                <w:color w:val="555555"/>
                <w:sz w:val="14"/>
              </w:rPr>
              <w:t>properties</w:t>
            </w:r>
          </w:p>
        </w:tc>
        <w:tc>
          <w:tcPr>
            <w:tcW w:type="dxa" w:w="984"/>
            <w:shd w:val="clear" w:color="auto" w:fill="E8E8E8"/>
          </w:tcPr>
          <w:p>
            <w:pPr>
              <w:spacing w:after="0"/>
              <w:jc w:val="right"/>
            </w:pPr>
            <w:r>
              <w:rPr>
                <w:b/>
                <w:sz w:val="16"/>
              </w:rPr>
              <w:t>RL, NFIP</w:t>
            </w:r>
          </w:p>
          <w:p>
            <w:pPr>
              <w:spacing w:after="0"/>
              <w:jc w:val="right"/>
            </w:pPr>
            <w:r>
              <w:rPr>
                <w:i/>
                <w:color w:val="555555"/>
                <w:sz w:val="14"/>
              </w:rPr>
              <w:t>properties</w:t>
            </w:r>
          </w:p>
        </w:tc>
        <w:tc>
          <w:tcPr>
            <w:tcW w:type="dxa" w:w="984"/>
            <w:shd w:val="clear" w:color="auto" w:fill="E8E8E8"/>
          </w:tcPr>
          <w:p>
            <w:pPr>
              <w:spacing w:after="0"/>
              <w:jc w:val="right"/>
            </w:pPr>
            <w:r>
              <w:rPr>
                <w:b/>
                <w:sz w:val="16"/>
              </w:rPr>
              <w:t>SRL, NFIP</w:t>
            </w:r>
          </w:p>
          <w:p>
            <w:pPr>
              <w:spacing w:after="0"/>
              <w:jc w:val="right"/>
            </w:pPr>
            <w:r>
              <w:rPr>
                <w:i/>
                <w:color w:val="555555"/>
                <w:sz w:val="14"/>
              </w:rPr>
              <w:t>properties</w:t>
            </w:r>
          </w:p>
        </w:tc>
        <w:tc>
          <w:tcPr>
            <w:tcW w:type="dxa" w:w="9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4"/>
            <w:shd w:val="clear" w:color="auto" w:fill="E8E8E8"/>
          </w:tcPr>
          <w:p>
            <w:pPr>
              <w:spacing w:after="0"/>
              <w:jc w:val="right"/>
            </w:pPr>
            <w:r>
              <w:rPr>
                <w:b/>
                <w:sz w:val="16"/>
              </w:rPr>
              <w:t>Mitigated</w:t>
            </w:r>
          </w:p>
          <w:p>
            <w:pPr>
              <w:spacing w:after="0"/>
              <w:jc w:val="right"/>
            </w:pPr>
            <w:r>
              <w:rPr>
                <w:i/>
                <w:color w:val="555555"/>
                <w:sz w:val="14"/>
              </w:rPr>
              <w:t>properties</w:t>
            </w:r>
          </w:p>
        </w:tc>
        <w:tc>
          <w:tcPr>
            <w:tcW w:type="dxa" w:w="109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13"/>
            <w:shd w:val="clear" w:color="auto" w:fill="E8E8E8"/>
          </w:tcPr>
          <w:p>
            <w:pPr>
              <w:spacing w:after="0"/>
              <w:jc w:val="left"/>
            </w:pPr>
            <w:r>
              <w:rPr>
                <w:b/>
                <w:sz w:val="16"/>
              </w:rPr>
              <w:t>Note</w:t>
            </w:r>
          </w:p>
        </w:tc>
      </w:tr>
      <w:tr>
        <w:trPr>
          <w:cantSplit/>
        </w:trPr>
        <w:tc>
          <w:tcPr>
            <w:tcW w:type="dxa" w:w="2004"/>
          </w:tcPr>
          <w:p>
            <w:pPr>
              <w:spacing w:after="0"/>
              <w:jc w:val="left"/>
            </w:pPr>
            <w:r>
              <w:rPr>
                <w:sz w:val="16"/>
              </w:rPr>
              <w:t>Las Marías Municipio</w:t>
            </w:r>
          </w:p>
        </w:tc>
        <w:tc>
          <w:tcPr>
            <w:tcW w:type="dxa" w:w="1095"/>
          </w:tcPr>
          <w:p>
            <w:pPr>
              <w:spacing w:after="0"/>
              <w:jc w:val="left"/>
            </w:pPr>
            <w:r>
              <w:rPr>
                <w:sz w:val="16"/>
              </w:rPr>
              <w:t>720000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1095"/>
          </w:tcPr>
          <w:p>
            <w:pPr>
              <w:spacing w:after="0"/>
              <w:jc w:val="right"/>
            </w:pPr>
            <w:r>
              <w:rPr>
                <w:sz w:val="16"/>
              </w:rPr>
              <w:t>0</w:t>
            </w:r>
          </w:p>
        </w:tc>
        <w:tc>
          <w:tcPr>
            <w:tcW w:type="dxa" w:w="4013"/>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Las Marías Municipio, PR: risk-assessment baseline packet, release 2026-10 (data as of 2026-09-30; County FIPS 72083). Automated baseline. </w:t>
      </w:r>
      <w:hyperlink r:id="rId15">
        <w:r>
          <w:rPr>
            <w:color w:val="1F4E99"/>
            <w:sz w:val="17"/>
            <w:u w:val="single"/>
          </w:rPr>
          <w:t>https://hazardplain.org/pr/72083/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Las Marías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Marías Municipio, PR: Risk-assessment baseline packet</dc:title>
  <dc:subject>Hazard Plain release 2026-10, as of 2026-09-30. Automated baseline</dc:subject>
  <dc:creator>Hazard Plain</dc:creator>
  <cp:keywords>Hazard Plain; hazard mitigation; risk assessment; 72083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