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Florida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72054</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2026-04-28</w:t>
      </w:r>
    </w:p>
    <w:p>
      <w:pPr>
        <w:keepNext/>
        <w:spacing w:after="40" w:before="0"/>
      </w:pPr>
      <w:r>
        <w:rPr>
          <w:b/>
        </w:rPr>
        <w:t xml:space="preserve">Plan: </w:t>
      </w:r>
      <w:r>
        <w:rPr/>
        <w:t>Florida 2021 (FEMA plan 107190)</w:t>
      </w:r>
    </w:p>
    <w:p>
      <w:pPr>
        <w:keepNext/>
        <w:spacing w:after="40" w:before="0"/>
      </w:pPr>
      <w:r>
        <w:rPr>
          <w:b/>
        </w:rPr>
        <w:t xml:space="preserve">Approved: </w:t>
      </w:r>
      <w:r>
        <w:rPr/>
        <w:t>2021-04-29</w:t>
      </w:r>
    </w:p>
    <w:p>
      <w:pPr>
        <w:keepNext/>
        <w:spacing w:after="40" w:before="0"/>
      </w:pPr>
      <w:r>
        <w:rPr>
          <w:b/>
        </w:rPr>
        <w:t xml:space="preserve">Expires: </w:t>
      </w:r>
      <w:r>
        <w:rPr/>
        <w:t>2026-04-28</w:t>
      </w:r>
    </w:p>
    <w:p>
      <w:pPr>
        <w:keepNext/>
        <w:spacing w:after="40" w:before="0"/>
      </w:pPr>
      <w:r>
        <w:rPr>
          <w:b/>
        </w:rPr>
        <w:t xml:space="preserve">As of: </w:t>
      </w:r>
      <w:r>
        <w:rPr/>
        <w:t>2026-09-28</w:t>
      </w:r>
    </w:p>
    <w:p>
      <w:pPr>
        <w:keepNext/>
        <w:spacing w:after="40" w:before="0"/>
      </w:pPr>
      <w:r>
        <w:rPr>
          <w:b/>
        </w:rPr>
        <w:t xml:space="preserve">Days: </w:t>
      </w:r>
      <w:r>
        <w:rPr/>
        <w:t>153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2021-04-29)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46"/>
        <w:gridCol w:w="680"/>
        <w:gridCol w:w="1984"/>
        <w:gridCol w:w="2835"/>
        <w:gridCol w:w="1037"/>
        <w:gridCol w:w="1037"/>
        <w:gridCol w:w="890"/>
        <w:gridCol w:w="3355"/>
        <w:gridCol w:w="648"/>
      </w:tblGrid>
      <w:tr>
        <w:trPr>
          <w:cantSplit/>
          <w:tblHeader/>
        </w:trPr>
        <w:tc>
          <w:tcPr>
            <w:tcW w:type="dxa" w:w="16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Status</w:t>
            </w:r>
          </w:p>
        </w:tc>
        <w:tc>
          <w:tcPr>
            <w:tcW w:type="dxa" w:w="28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5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46"/>
          </w:tcPr>
          <w:p>
            <w:pPr>
              <w:spacing w:after="0"/>
              <w:jc w:val="left"/>
            </w:pPr>
            <w:r>
              <w:rPr>
                <w:sz w:val="16"/>
              </w:rPr>
              <w:t>Florida Municipio</w:t>
            </w:r>
          </w:p>
        </w:tc>
        <w:tc>
          <w:tcPr>
            <w:tcW w:type="dxa" w:w="680"/>
          </w:tcPr>
          <w:p>
            <w:pPr>
              <w:spacing w:after="0"/>
              <w:jc w:val="left"/>
            </w:pPr>
            <w:r>
              <w:rPr>
                <w:sz w:val="16"/>
              </w:rPr>
              <w:t>County</w:t>
            </w:r>
          </w:p>
        </w:tc>
        <w:tc>
          <w:tcPr>
            <w:tcW w:type="dxa" w:w="1984"/>
          </w:tcPr>
          <w:p>
            <w:pPr>
              <w:spacing w:after="0"/>
              <w:jc w:val="left"/>
            </w:pPr>
            <w:r>
              <w:rPr>
                <w:sz w:val="16"/>
              </w:rPr>
              <w:t>Expired on 2026-04-28</w:t>
            </w:r>
          </w:p>
        </w:tc>
        <w:tc>
          <w:tcPr>
            <w:tcW w:type="dxa" w:w="2835"/>
          </w:tcPr>
          <w:p>
            <w:pPr>
              <w:spacing w:after="0"/>
              <w:jc w:val="left"/>
            </w:pPr>
            <w:r>
              <w:rPr>
                <w:sz w:val="16"/>
              </w:rPr>
              <w:t>Florida 2021 (FEMA plan 107190)</w:t>
            </w:r>
          </w:p>
        </w:tc>
        <w:tc>
          <w:tcPr>
            <w:tcW w:type="dxa" w:w="1037"/>
          </w:tcPr>
          <w:p>
            <w:pPr>
              <w:spacing w:after="0"/>
              <w:jc w:val="left"/>
            </w:pPr>
            <w:r>
              <w:rPr>
                <w:sz w:val="16"/>
              </w:rPr>
              <w:t>2021-04-29</w:t>
            </w:r>
          </w:p>
        </w:tc>
        <w:tc>
          <w:tcPr>
            <w:tcW w:type="dxa" w:w="1037"/>
          </w:tcPr>
          <w:p>
            <w:pPr>
              <w:spacing w:after="0"/>
              <w:jc w:val="left"/>
            </w:pPr>
            <w:r>
              <w:rPr>
                <w:sz w:val="16"/>
              </w:rPr>
              <w:t>2026-04-28</w:t>
            </w:r>
          </w:p>
        </w:tc>
        <w:tc>
          <w:tcPr>
            <w:tcW w:type="dxa" w:w="890"/>
          </w:tcPr>
          <w:p>
            <w:pPr>
              <w:spacing w:after="0"/>
              <w:jc w:val="right"/>
            </w:pPr>
            <w:r>
              <w:rPr>
                <w:sz w:val="16"/>
              </w:rPr>
              <w:t>-153</w:t>
            </w:r>
          </w:p>
        </w:tc>
        <w:tc>
          <w:tcPr>
            <w:tcW w:type="dxa" w:w="3355"/>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0"/>
        <w:gridCol w:w="1432"/>
        <w:gridCol w:w="1037"/>
        <w:gridCol w:w="1126"/>
        <w:gridCol w:w="1269"/>
        <w:gridCol w:w="1099"/>
        <w:gridCol w:w="1128"/>
        <w:gridCol w:w="1999"/>
        <w:gridCol w:w="1938"/>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0"/>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8"/>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0"/>
          </w:tcPr>
          <w:p>
            <w:pPr>
              <w:spacing w:after="0"/>
              <w:jc w:val="left"/>
            </w:pPr>
            <w:r>
              <w:rPr>
                <w:sz w:val="16"/>
              </w:rPr>
              <w:t>Insufficient Data</w:t>
            </w:r>
          </w:p>
        </w:tc>
        <w:tc>
          <w:tcPr>
            <w:tcW w:type="dxa" w:w="1432"/>
          </w:tcPr>
          <w:p>
            <w:pPr>
              <w:spacing w:after="0"/>
              <w:jc w:val="left"/>
            </w:pPr>
            <w:r>
              <w:rPr>
                <w:sz w:val="16"/>
              </w:rPr>
              <w:t>Relatively Moderate</w:t>
            </w:r>
          </w:p>
        </w:tc>
        <w:tc>
          <w:tcPr>
            <w:tcW w:type="dxa" w:w="1037"/>
          </w:tcPr>
          <w:p>
            <w:pPr>
              <w:spacing w:after="0"/>
              <w:jc w:val="right"/>
            </w:pPr>
            <w:r>
              <w:rPr>
                <w:sz w:val="16"/>
              </w:rPr>
              <w:t>$3,813,296</w:t>
            </w:r>
          </w:p>
        </w:tc>
        <w:tc>
          <w:tcPr>
            <w:tcW w:type="dxa" w:w="1126"/>
          </w:tcPr>
          <w:p>
            <w:pPr>
              <w:spacing w:after="0"/>
              <w:jc w:val="right"/>
            </w:pPr>
            <w:r>
              <w:rPr>
                <w:sz w:val="16"/>
              </w:rPr>
              <w:t>$0</w:t>
            </w:r>
          </w:p>
        </w:tc>
        <w:tc>
          <w:tcPr>
            <w:tcW w:type="dxa" w:w="1269"/>
          </w:tcPr>
          <w:p>
            <w:pPr>
              <w:spacing w:after="0"/>
              <w:jc w:val="right"/>
            </w:pPr>
            <w:r>
              <w:rPr>
                <w:sz w:val="16"/>
              </w:rPr>
              <w:t>$311,305</w:t>
            </w:r>
          </w:p>
        </w:tc>
        <w:tc>
          <w:tcPr>
            <w:tcW w:type="dxa" w:w="1099"/>
          </w:tcPr>
          <w:p>
            <w:pPr>
              <w:spacing w:after="0"/>
              <w:jc w:val="right"/>
            </w:pPr>
            <w:r>
              <w:rPr>
                <w:sz w:val="16"/>
              </w:rPr>
              <w:t>$4,124,601</w:t>
            </w:r>
          </w:p>
        </w:tc>
        <w:tc>
          <w:tcPr>
            <w:tcW w:type="dxa" w:w="1128"/>
          </w:tcPr>
          <w:p>
            <w:pPr>
              <w:spacing w:after="0"/>
              <w:jc w:val="right"/>
            </w:pPr>
            <w:r>
              <w:rPr>
                <w:sz w:val="16"/>
              </w:rPr>
              <w:t>6</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70"/>
          </w:tcPr>
          <w:p>
            <w:pPr>
              <w:spacing w:after="0"/>
              <w:jc w:val="left"/>
            </w:pPr>
            <w:r>
              <w:rPr>
                <w:sz w:val="16"/>
              </w:rPr>
              <w:t>Insufficient Data</w:t>
            </w:r>
          </w:p>
        </w:tc>
        <w:tc>
          <w:tcPr>
            <w:tcW w:type="dxa" w:w="1432"/>
          </w:tcPr>
          <w:p>
            <w:pPr>
              <w:spacing w:after="0"/>
              <w:jc w:val="left"/>
            </w:pPr>
            <w:r>
              <w:rPr>
                <w:sz w:val="16"/>
              </w:rPr>
              <w:t>Relatively Low</w:t>
            </w:r>
          </w:p>
        </w:tc>
        <w:tc>
          <w:tcPr>
            <w:tcW w:type="dxa" w:w="1037"/>
          </w:tcPr>
          <w:p>
            <w:pPr>
              <w:spacing w:after="0"/>
              <w:jc w:val="right"/>
            </w:pPr>
            <w:r>
              <w:rPr>
                <w:sz w:val="16"/>
              </w:rPr>
              <w:t>$987,239</w:t>
            </w:r>
          </w:p>
        </w:tc>
        <w:tc>
          <w:tcPr>
            <w:tcW w:type="dxa" w:w="1126"/>
          </w:tcPr>
          <w:p>
            <w:pPr>
              <w:spacing w:after="0"/>
              <w:jc w:val="right"/>
            </w:pPr>
          </w:p>
        </w:tc>
        <w:tc>
          <w:tcPr>
            <w:tcW w:type="dxa" w:w="1269"/>
          </w:tcPr>
          <w:p>
            <w:pPr>
              <w:spacing w:after="0"/>
              <w:jc w:val="right"/>
            </w:pPr>
            <w:r>
              <w:rPr>
                <w:sz w:val="16"/>
              </w:rPr>
              <w:t>$1,130,950</w:t>
            </w:r>
          </w:p>
        </w:tc>
        <w:tc>
          <w:tcPr>
            <w:tcW w:type="dxa" w:w="1099"/>
          </w:tcPr>
          <w:p>
            <w:pPr>
              <w:spacing w:after="0"/>
              <w:jc w:val="right"/>
            </w:pPr>
            <w:r>
              <w:rPr>
                <w:sz w:val="16"/>
              </w:rPr>
              <w:t>$2,118,190</w:t>
            </w:r>
          </w:p>
        </w:tc>
        <w:tc>
          <w:tcPr>
            <w:tcW w:type="dxa" w:w="1128"/>
          </w:tcPr>
          <w:p>
            <w:pPr>
              <w:spacing w:after="0"/>
              <w:jc w:val="right"/>
            </w:pPr>
          </w:p>
        </w:tc>
        <w:tc>
          <w:tcPr>
            <w:tcW w:type="dxa" w:w="1999"/>
          </w:tcPr>
          <w:p>
            <w:pPr>
              <w:spacing w:after="0"/>
              <w:jc w:val="left"/>
            </w:pPr>
          </w:p>
        </w:tc>
        <w:tc>
          <w:tcPr>
            <w:tcW w:type="dxa" w:w="1938"/>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Inland Flooding</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$1,498,624</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$1,498,624</w:t>
            </w:r>
          </w:p>
        </w:tc>
        <w:tc>
          <w:tcPr>
            <w:tcW w:type="dxa" w:w="1128"/>
          </w:tcPr>
          <w:p>
            <w:pPr>
              <w:spacing w:after="0"/>
              <w:jc w:val="right"/>
            </w:pPr>
            <w:r>
              <w:rPr>
                <w:sz w:val="16"/>
              </w:rPr>
              <w:t>132</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Landslide</w:t>
            </w:r>
          </w:p>
        </w:tc>
        <w:tc>
          <w:tcPr>
            <w:tcW w:type="dxa" w:w="1370"/>
          </w:tcPr>
          <w:p>
            <w:pPr>
              <w:spacing w:after="0"/>
              <w:jc w:val="left"/>
            </w:pPr>
            <w:r>
              <w:rPr>
                <w:sz w:val="16"/>
              </w:rPr>
              <w:t>Insufficient Data</w:t>
            </w:r>
          </w:p>
        </w:tc>
        <w:tc>
          <w:tcPr>
            <w:tcW w:type="dxa" w:w="1432"/>
          </w:tcPr>
          <w:p>
            <w:pPr>
              <w:spacing w:after="0"/>
              <w:jc w:val="left"/>
            </w:pPr>
            <w:r>
              <w:rPr>
                <w:sz w:val="16"/>
              </w:rPr>
              <w:t>Relatively Moderate</w:t>
            </w:r>
          </w:p>
        </w:tc>
        <w:tc>
          <w:tcPr>
            <w:tcW w:type="dxa" w:w="1037"/>
          </w:tcPr>
          <w:p>
            <w:pPr>
              <w:spacing w:after="0"/>
              <w:jc w:val="right"/>
            </w:pPr>
            <w:r>
              <w:rPr>
                <w:sz w:val="16"/>
              </w:rPr>
              <w:t>$403,750</w:t>
            </w:r>
          </w:p>
        </w:tc>
        <w:tc>
          <w:tcPr>
            <w:tcW w:type="dxa" w:w="1126"/>
          </w:tcPr>
          <w:p>
            <w:pPr>
              <w:spacing w:after="0"/>
              <w:jc w:val="right"/>
            </w:pPr>
          </w:p>
        </w:tc>
        <w:tc>
          <w:tcPr>
            <w:tcW w:type="dxa" w:w="1269"/>
          </w:tcPr>
          <w:p>
            <w:pPr>
              <w:spacing w:after="0"/>
              <w:jc w:val="right"/>
            </w:pPr>
            <w:r>
              <w:rPr>
                <w:sz w:val="16"/>
              </w:rPr>
              <w:t>$1,318</w:t>
            </w:r>
          </w:p>
        </w:tc>
        <w:tc>
          <w:tcPr>
            <w:tcW w:type="dxa" w:w="1099"/>
          </w:tcPr>
          <w:p>
            <w:pPr>
              <w:spacing w:after="0"/>
              <w:jc w:val="right"/>
            </w:pPr>
            <w:r>
              <w:rPr>
                <w:sz w:val="16"/>
              </w:rPr>
              <w:t>$405,068</w:t>
            </w:r>
          </w:p>
        </w:tc>
        <w:tc>
          <w:tcPr>
            <w:tcW w:type="dxa" w:w="1128"/>
          </w:tcPr>
          <w:p>
            <w:pPr>
              <w:spacing w:after="0"/>
              <w:jc w:val="right"/>
            </w:pPr>
            <w:r>
              <w:rPr>
                <w:sz w:val="16"/>
              </w:rPr>
              <w:t>18</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70"/>
          </w:tcPr>
          <w:p>
            <w:pPr>
              <w:spacing w:after="0"/>
              <w:jc w:val="left"/>
            </w:pPr>
            <w:r>
              <w:rPr>
                <w:sz w:val="16"/>
              </w:rPr>
              <w:t>Insufficient Data</w:t>
            </w:r>
          </w:p>
        </w:tc>
        <w:tc>
          <w:tcPr>
            <w:tcW w:type="dxa" w:w="1432"/>
          </w:tcPr>
          <w:p>
            <w:pPr>
              <w:spacing w:after="0"/>
              <w:jc w:val="left"/>
            </w:pPr>
            <w:r>
              <w:rPr>
                <w:sz w:val="16"/>
              </w:rPr>
              <w:t>Relatively Low</w:t>
            </w:r>
          </w:p>
        </w:tc>
        <w:tc>
          <w:tcPr>
            <w:tcW w:type="dxa" w:w="1037"/>
          </w:tcPr>
          <w:p>
            <w:pPr>
              <w:spacing w:after="0"/>
              <w:jc w:val="right"/>
            </w:pPr>
            <w:r>
              <w:rPr>
                <w:sz w:val="16"/>
              </w:rPr>
              <w:t>$3,015</w:t>
            </w:r>
          </w:p>
        </w:tc>
        <w:tc>
          <w:tcPr>
            <w:tcW w:type="dxa" w:w="1126"/>
          </w:tcPr>
          <w:p>
            <w:pPr>
              <w:spacing w:after="0"/>
              <w:jc w:val="right"/>
            </w:pPr>
          </w:p>
        </w:tc>
        <w:tc>
          <w:tcPr>
            <w:tcW w:type="dxa" w:w="1269"/>
          </w:tcPr>
          <w:p>
            <w:pPr>
              <w:spacing w:after="0"/>
              <w:jc w:val="right"/>
            </w:pPr>
            <w:r>
              <w:rPr>
                <w:sz w:val="16"/>
              </w:rPr>
              <w:t>$151,746</w:t>
            </w:r>
          </w:p>
        </w:tc>
        <w:tc>
          <w:tcPr>
            <w:tcW w:type="dxa" w:w="1099"/>
          </w:tcPr>
          <w:p>
            <w:pPr>
              <w:spacing w:after="0"/>
              <w:jc w:val="right"/>
            </w:pPr>
            <w:r>
              <w:rPr>
                <w:sz w:val="16"/>
              </w:rPr>
              <w:t>$154,761</w:t>
            </w:r>
          </w:p>
        </w:tc>
        <w:tc>
          <w:tcPr>
            <w:tcW w:type="dxa" w:w="1128"/>
          </w:tcPr>
          <w:p>
            <w:pPr>
              <w:spacing w:after="0"/>
              <w:jc w:val="right"/>
            </w:pPr>
            <w:r>
              <w:rPr>
                <w:sz w:val="16"/>
              </w:rPr>
              <w:t>3</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$3,064</w:t>
            </w:r>
          </w:p>
        </w:tc>
        <w:tc>
          <w:tcPr>
            <w:tcW w:type="dxa" w:w="1126"/>
          </w:tcPr>
          <w:p>
            <w:pPr>
              <w:spacing w:after="0"/>
              <w:jc w:val="right"/>
            </w:pPr>
            <w:r>
              <w:rPr>
                <w:sz w:val="16"/>
              </w:rPr>
              <w:t>$0</w:t>
            </w:r>
          </w:p>
        </w:tc>
        <w:tc>
          <w:tcPr>
            <w:tcW w:type="dxa" w:w="1269"/>
          </w:tcPr>
          <w:p>
            <w:pPr>
              <w:spacing w:after="0"/>
              <w:jc w:val="right"/>
            </w:pPr>
            <w:r>
              <w:rPr>
                <w:sz w:val="16"/>
              </w:rPr>
              <w:t>$4,203</w:t>
            </w:r>
          </w:p>
        </w:tc>
        <w:tc>
          <w:tcPr>
            <w:tcW w:type="dxa" w:w="1099"/>
          </w:tcPr>
          <w:p>
            <w:pPr>
              <w:spacing w:after="0"/>
              <w:jc w:val="right"/>
            </w:pPr>
            <w:r>
              <w:rPr>
                <w:sz w:val="16"/>
              </w:rPr>
              <w:t>$7,268</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$18</w:t>
            </w:r>
          </w:p>
        </w:tc>
        <w:tc>
          <w:tcPr>
            <w:tcW w:type="dxa" w:w="1126"/>
          </w:tcPr>
          <w:p>
            <w:pPr>
              <w:spacing w:after="0"/>
              <w:jc w:val="right"/>
            </w:pPr>
            <w:r>
              <w:rPr>
                <w:sz w:val="16"/>
              </w:rPr>
              <w:t>$0</w:t>
            </w:r>
          </w:p>
        </w:tc>
        <w:tc>
          <w:tcPr>
            <w:tcW w:type="dxa" w:w="1269"/>
          </w:tcPr>
          <w:p>
            <w:pPr>
              <w:spacing w:after="0"/>
              <w:jc w:val="right"/>
            </w:pPr>
            <w:r>
              <w:rPr>
                <w:sz w:val="16"/>
              </w:rPr>
              <w:t>$164</w:t>
            </w:r>
          </w:p>
        </w:tc>
        <w:tc>
          <w:tcPr>
            <w:tcW w:type="dxa" w:w="1099"/>
          </w:tcPr>
          <w:p>
            <w:pPr>
              <w:spacing w:after="0"/>
              <w:jc w:val="right"/>
            </w:pPr>
            <w:r>
              <w:rPr>
                <w:sz w:val="16"/>
              </w:rPr>
              <w:t>$182</w:t>
            </w:r>
          </w:p>
        </w:tc>
        <w:tc>
          <w:tcPr>
            <w:tcW w:type="dxa" w:w="1128"/>
          </w:tcPr>
          <w:p>
            <w:pPr>
              <w:spacing w:after="0"/>
              <w:jc w:val="right"/>
            </w:pPr>
            <w:r>
              <w:rPr>
                <w:sz w:val="16"/>
              </w:rPr>
              <w:t>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Strong Wind</w:t>
            </w:r>
          </w:p>
        </w:tc>
        <w:tc>
          <w:tcPr>
            <w:tcW w:type="dxa" w:w="1370"/>
          </w:tcPr>
          <w:p>
            <w:pPr>
              <w:spacing w:after="0"/>
              <w:jc w:val="left"/>
            </w:pPr>
            <w:r>
              <w:rPr>
                <w:sz w:val="16"/>
              </w:rPr>
              <w:t>Insufficient Data</w:t>
            </w:r>
          </w:p>
        </w:tc>
        <w:tc>
          <w:tcPr>
            <w:tcW w:type="dxa" w:w="1432"/>
          </w:tcPr>
          <w:p>
            <w:pPr>
              <w:spacing w:after="0"/>
              <w:jc w:val="left"/>
            </w:pPr>
            <w:r>
              <w:rPr>
                <w:sz w:val="16"/>
              </w:rPr>
              <w:t>Very Low</w:t>
            </w:r>
          </w:p>
        </w:tc>
        <w:tc>
          <w:tcPr>
            <w:tcW w:type="dxa" w:w="1037"/>
          </w:tcPr>
          <w:p>
            <w:pPr>
              <w:spacing w:after="0"/>
              <w:jc w:val="right"/>
            </w:pPr>
            <w:r>
              <w:rPr>
                <w:sz w:val="16"/>
              </w:rPr>
              <w:t>$139</w:t>
            </w:r>
          </w:p>
        </w:tc>
        <w:tc>
          <w:tcPr>
            <w:tcW w:type="dxa" w:w="1126"/>
          </w:tcPr>
          <w:p>
            <w:pPr>
              <w:spacing w:after="0"/>
              <w:jc w:val="right"/>
            </w:pPr>
            <w:r>
              <w:rPr>
                <w:sz w:val="16"/>
              </w:rPr>
              <w:t>$0</w:t>
            </w:r>
          </w:p>
        </w:tc>
        <w:tc>
          <w:tcPr>
            <w:tcW w:type="dxa" w:w="1269"/>
          </w:tcPr>
          <w:p>
            <w:pPr>
              <w:spacing w:after="0"/>
              <w:jc w:val="right"/>
            </w:pPr>
            <w:r>
              <w:rPr>
                <w:sz w:val="16"/>
              </w:rPr>
              <w:t>$40</w:t>
            </w:r>
          </w:p>
        </w:tc>
        <w:tc>
          <w:tcPr>
            <w:tcW w:type="dxa" w:w="1099"/>
          </w:tcPr>
          <w:p>
            <w:pPr>
              <w:spacing w:after="0"/>
              <w:jc w:val="right"/>
            </w:pPr>
            <w:r>
              <w:rPr>
                <w:sz w:val="16"/>
              </w:rPr>
              <w:t>$178</w:t>
            </w:r>
          </w:p>
        </w:tc>
        <w:tc>
          <w:tcPr>
            <w:tcW w:type="dxa" w:w="1128"/>
          </w:tcPr>
          <w:p>
            <w:pPr>
              <w:spacing w:after="0"/>
              <w:jc w:val="right"/>
            </w:pPr>
            <w:r>
              <w:rPr>
                <w:sz w:val="16"/>
              </w:rPr>
              <w:t>13</w:t>
            </w:r>
          </w:p>
        </w:tc>
        <w:tc>
          <w:tcPr>
            <w:tcW w:type="dxa" w:w="1999"/>
          </w:tcPr>
          <w:p>
            <w:pPr>
              <w:spacing w:after="0"/>
              <w:jc w:val="left"/>
            </w:pPr>
          </w:p>
        </w:tc>
        <w:tc>
          <w:tcPr>
            <w:tcW w:type="dxa" w:w="1938"/>
          </w:tcPr>
          <w:p>
            <w:pPr>
              <w:spacing w:after="0"/>
              <w:jc w:val="left"/>
            </w:pPr>
            <w:r>
              <w:rPr>
                <w:sz w:val="16"/>
              </w:rPr>
              <w:t>Includes 3 Strong Wind records, event types the NRI definition of this hazard leaves out.</w:t>
            </w:r>
          </w:p>
        </w:tc>
      </w:tr>
      <w:tr>
        <w:trPr>
          <w:cantSplit/>
        </w:trPr>
        <w:tc>
          <w:tcPr>
            <w:tcW w:type="dxa" w:w="678"/>
          </w:tcPr>
          <w:p>
            <w:pPr>
              <w:spacing w:after="0"/>
              <w:jc w:val="right"/>
            </w:pPr>
            <w:r>
              <w:rPr>
                <w:sz w:val="16"/>
              </w:rPr>
              <w:t>9</w:t>
            </w:r>
          </w:p>
        </w:tc>
        <w:tc>
          <w:tcPr>
            <w:tcW w:type="dxa" w:w="1037"/>
          </w:tcPr>
          <w:p>
            <w:pPr>
              <w:spacing w:after="0"/>
              <w:jc w:val="left"/>
            </w:pPr>
            <w:r>
              <w:rPr>
                <w:sz w:val="16"/>
              </w:rPr>
              <w:t>Coastal Flooding</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12</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Cold Wave</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69"/>
          </w:tcPr>
          <w:p>
            <w:pPr>
              <w:spacing w:after="0"/>
              <w:jc w:val="right"/>
            </w:pPr>
          </w:p>
        </w:tc>
        <w:tc>
          <w:tcPr>
            <w:tcW w:type="dxa" w:w="1099"/>
          </w:tcPr>
          <w:p>
            <w:pPr>
              <w:spacing w:after="0"/>
              <w:jc w:val="right"/>
            </w:pPr>
            <w:r>
              <w:rPr>
                <w:sz w:val="16"/>
              </w:rPr>
              <w:t>$0</w:t>
            </w:r>
          </w:p>
        </w:tc>
        <w:tc>
          <w:tcPr>
            <w:tcW w:type="dxa" w:w="1128"/>
          </w:tcPr>
          <w:p>
            <w:pPr>
              <w:spacing w:after="0"/>
              <w:jc w:val="right"/>
            </w:pPr>
            <w:r>
              <w:rPr>
                <w:sz w:val="16"/>
              </w:rPr>
              <w:t>3</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Heat Wave</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31</w:t>
            </w:r>
          </w:p>
        </w:tc>
        <w:tc>
          <w:tcPr>
            <w:tcW w:type="dxa" w:w="1999"/>
          </w:tcPr>
          <w:p>
            <w:pPr>
              <w:spacing w:after="0"/>
              <w:jc w:val="left"/>
            </w:pPr>
          </w:p>
        </w:tc>
        <w:tc>
          <w:tcPr>
            <w:tcW w:type="dxa" w:w="1938"/>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70"/>
          </w:tcPr>
          <w:p>
            <w:pPr>
              <w:spacing w:after="0"/>
              <w:jc w:val="left"/>
            </w:pPr>
            <w:r>
              <w:rPr>
                <w:sz w:val="16"/>
              </w:rPr>
              <w:t>Insufficient Data</w:t>
            </w:r>
          </w:p>
        </w:tc>
        <w:tc>
          <w:tcPr>
            <w:tcW w:type="dxa" w:w="143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69"/>
          </w:tcPr>
          <w:p>
            <w:pPr>
              <w:spacing w:after="0"/>
              <w:jc w:val="right"/>
            </w:pPr>
            <w:r>
              <w:rPr>
                <w:sz w:val="16"/>
              </w:rPr>
              <w:t>$0</w:t>
            </w:r>
          </w:p>
        </w:tc>
        <w:tc>
          <w:tcPr>
            <w:tcW w:type="dxa" w:w="1099"/>
          </w:tcPr>
          <w:p>
            <w:pPr>
              <w:spacing w:after="0"/>
              <w:jc w:val="right"/>
            </w:pPr>
            <w:r>
              <w:rPr>
                <w:sz w:val="16"/>
              </w:rPr>
              <w:t>$0</w:t>
            </w: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avalanche Not Applicable for this county, and no federal declaration for this county names it.</w:t>
            </w:r>
          </w:p>
        </w:tc>
        <w:tc>
          <w:tcPr>
            <w:tcW w:type="dxa" w:w="1938"/>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ice storm Not Applicable for this county, and no federal declaration for this county names it.</w:t>
            </w:r>
          </w:p>
        </w:tc>
        <w:tc>
          <w:tcPr>
            <w:tcW w:type="dxa" w:w="1938"/>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r>
              <w:rPr>
                <w:sz w:val="16"/>
              </w:rPr>
              <w:t>NRI rates tsunami Not Applicable for this county, and no federal declaration for this county names it.</w:t>
            </w: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0"/>
          </w:tcPr>
          <w:p>
            <w:pPr>
              <w:spacing w:after="0"/>
              <w:jc w:val="left"/>
            </w:pPr>
            <w:r>
              <w:rPr>
                <w:sz w:val="16"/>
              </w:rPr>
              <w:t>Not Applicable</w:t>
            </w:r>
          </w:p>
        </w:tc>
        <w:tc>
          <w:tcPr>
            <w:tcW w:type="dxa" w:w="143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3</w:t>
            </w:r>
          </w:p>
        </w:tc>
        <w:tc>
          <w:tcPr>
            <w:tcW w:type="dxa" w:w="1999"/>
          </w:tcPr>
          <w:p>
            <w:pPr>
              <w:spacing w:after="0"/>
              <w:jc w:val="left"/>
            </w:pPr>
            <w:r>
              <w:rPr>
                <w:sz w:val="16"/>
              </w:rPr>
              <w:t>NRI rates this Not Applicable, but 3 Storm Events records of this type exist since 1996; review before omitting.</w:t>
            </w:r>
          </w:p>
        </w:tc>
        <w:tc>
          <w:tcPr>
            <w:tcW w:type="dxa" w:w="1938"/>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0"/>
          </w:tcPr>
          <w:p>
            <w:pPr>
              <w:spacing w:after="0"/>
              <w:jc w:val="left"/>
            </w:pPr>
            <w:r>
              <w:rPr>
                <w:sz w:val="16"/>
              </w:rPr>
              <w:t>Insufficient Data</w:t>
            </w:r>
          </w:p>
        </w:tc>
        <w:tc>
          <w:tcPr>
            <w:tcW w:type="dxa" w:w="1432"/>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69"/>
          </w:tcPr>
          <w:p>
            <w:pPr>
              <w:spacing w:after="0"/>
              <w:jc w:val="right"/>
            </w:pPr>
          </w:p>
        </w:tc>
        <w:tc>
          <w:tcPr>
            <w:tcW w:type="dxa" w:w="1099"/>
          </w:tcPr>
          <w:p>
            <w:pPr>
              <w:spacing w:after="0"/>
              <w:jc w:val="right"/>
            </w:pPr>
          </w:p>
        </w:tc>
        <w:tc>
          <w:tcPr>
            <w:tcW w:type="dxa" w:w="1128"/>
          </w:tcPr>
          <w:p>
            <w:pPr>
              <w:spacing w:after="0"/>
              <w:jc w:val="right"/>
            </w:pPr>
            <w:r>
              <w:rPr>
                <w:sz w:val="16"/>
              </w:rPr>
              <w:t>0</w:t>
            </w:r>
          </w:p>
        </w:tc>
        <w:tc>
          <w:tcPr>
            <w:tcW w:type="dxa" w:w="1999"/>
          </w:tcPr>
          <w:p>
            <w:pPr>
              <w:spacing w:after="0"/>
              <w:jc w:val="left"/>
            </w:pPr>
          </w:p>
        </w:tc>
        <w:tc>
          <w:tcPr>
            <w:tcW w:type="dxa" w:w="19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30"/>
        <w:gridCol w:w="1552"/>
        <w:gridCol w:w="1142"/>
        <w:gridCol w:w="2350"/>
        <w:gridCol w:w="1762"/>
        <w:gridCol w:w="1619"/>
        <w:gridCol w:w="2227"/>
      </w:tblGrid>
      <w:tr>
        <w:trPr>
          <w:cantSplit/>
          <w:tblHeader/>
        </w:trPr>
        <w:tc>
          <w:tcPr>
            <w:tcW w:type="dxa" w:w="1731"/>
            <w:shd w:val="clear" w:color="auto" w:fill="E8E8E8"/>
          </w:tcPr>
          <w:p>
            <w:pPr>
              <w:spacing w:after="0"/>
              <w:jc w:val="left"/>
            </w:pPr>
            <w:r>
              <w:rPr>
                <w:b/>
                <w:sz w:val="16"/>
              </w:rPr>
              <w:t>Hazard</w:t>
            </w:r>
          </w:p>
        </w:tc>
        <w:tc>
          <w:tcPr>
            <w:tcW w:type="dxa" w:w="1730"/>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142"/>
            <w:shd w:val="clear" w:color="auto" w:fill="E8E8E8"/>
          </w:tcPr>
          <w:p>
            <w:pPr>
              <w:spacing w:after="0"/>
              <w:jc w:val="left"/>
            </w:pPr>
            <w:r>
              <w:rPr>
                <w:b/>
                <w:sz w:val="16"/>
              </w:rPr>
              <w:t>Observed range</w:t>
            </w:r>
          </w:p>
        </w:tc>
        <w:tc>
          <w:tcPr>
            <w:tcW w:type="dxa" w:w="2350"/>
            <w:shd w:val="clear" w:color="auto" w:fill="E8E8E8"/>
          </w:tcPr>
          <w:p>
            <w:pPr>
              <w:spacing w:after="0"/>
              <w:jc w:val="left"/>
            </w:pPr>
            <w:r>
              <w:rPr>
                <w:b/>
                <w:sz w:val="16"/>
              </w:rPr>
              <w:t>Worst recorded event</w:t>
            </w:r>
          </w:p>
        </w:tc>
        <w:tc>
          <w:tcPr>
            <w:tcW w:type="dxa" w:w="1762"/>
            <w:shd w:val="clear" w:color="auto" w:fill="E8E8E8"/>
          </w:tcPr>
          <w:p>
            <w:pPr>
              <w:spacing w:after="0"/>
              <w:jc w:val="left"/>
            </w:pPr>
            <w:r>
              <w:rPr>
                <w:b/>
                <w:sz w:val="16"/>
              </w:rPr>
              <w:t>Most damaging (when different)</w:t>
            </w:r>
          </w:p>
        </w:tc>
        <w:tc>
          <w:tcPr>
            <w:tcW w:type="dxa" w:w="1619"/>
            <w:shd w:val="clear" w:color="auto" w:fill="E8E8E8"/>
          </w:tcPr>
          <w:p>
            <w:pPr>
              <w:spacing w:after="0"/>
              <w:jc w:val="left"/>
            </w:pPr>
            <w:r>
              <w:rPr>
                <w:b/>
                <w:sz w:val="16"/>
              </w:rPr>
              <w:t>How it applies to members</w:t>
            </w:r>
          </w:p>
        </w:tc>
        <w:tc>
          <w:tcPr>
            <w:tcW w:type="dxa" w:w="2227"/>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Coastal Flood, Storm Surge/Tide</w:t>
            </w:r>
          </w:p>
        </w:tc>
        <w:tc>
          <w:tcPr>
            <w:tcW w:type="dxa" w:w="1730"/>
          </w:tcPr>
          <w:p>
            <w:pPr>
              <w:spacing w:after="0"/>
              <w:jc w:val="left"/>
            </w:pPr>
            <w:r>
              <w:rPr>
                <w:sz w:val="16"/>
              </w:rPr>
              <w:t>none in data (FIRM for depth)</w:t>
            </w:r>
          </w:p>
        </w:tc>
        <w:tc>
          <w:tcPr>
            <w:tcW w:type="dxa" w:w="1552"/>
          </w:tcPr>
          <w:p>
            <w:pPr>
              <w:spacing w:after="0"/>
              <w:jc w:val="right"/>
            </w:pPr>
            <w:r>
              <w:rPr>
                <w:sz w:val="16"/>
              </w:rPr>
              <w:t>12, 2008 to 2026 (12 zone-level)</w:t>
            </w:r>
          </w:p>
        </w:tc>
        <w:tc>
          <w:tcPr>
            <w:tcW w:type="dxa" w:w="1142"/>
          </w:tcPr>
          <w:p>
            <w:pPr>
              <w:spacing w:after="0"/>
              <w:jc w:val="left"/>
            </w:pPr>
          </w:p>
        </w:tc>
        <w:tc>
          <w:tcPr>
            <w:tcW w:type="dxa" w:w="2350"/>
          </w:tcPr>
          <w:p>
            <w:pPr>
              <w:spacing w:after="0"/>
              <w:jc w:val="left"/>
            </w:pPr>
            <w:r>
              <w:rPr>
                <w:sz w:val="16"/>
              </w:rPr>
              <w:t>Coastal Flood, 2009-12-29, $15,000 property; $0 crops, reported for the zone (2009 dollars); NWS zone PRZ005 (NORTH CENTRAL), zone-level: may include parts of neighboring counties</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Flood depth: see the FEMA Flood Insurance Rate Map.</w:t>
            </w:r>
          </w:p>
        </w:tc>
      </w:tr>
      <w:tr>
        <w:trPr>
          <w:cantSplit/>
        </w:trPr>
        <w:tc>
          <w:tcPr>
            <w:tcW w:type="dxa" w:w="1731"/>
          </w:tcPr>
          <w:p>
            <w:pPr>
              <w:spacing w:after="0"/>
              <w:jc w:val="left"/>
            </w:pPr>
            <w:r>
              <w:rPr>
                <w:sz w:val="16"/>
              </w:rPr>
              <w:t>Cold/Wind Chill, Extreme Cold/Wind Chill</w:t>
            </w:r>
          </w:p>
        </w:tc>
        <w:tc>
          <w:tcPr>
            <w:tcW w:type="dxa" w:w="1730"/>
          </w:tcPr>
          <w:p>
            <w:pPr>
              <w:spacing w:after="0"/>
              <w:jc w:val="left"/>
            </w:pPr>
            <w:r>
              <w:rPr>
                <w:sz w:val="16"/>
              </w:rPr>
              <w:t>wind chill</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Wind chill: in event narratives only; local data required.</w:t>
            </w:r>
          </w:p>
        </w:tc>
      </w:tr>
      <w:tr>
        <w:trPr>
          <w:cantSplit/>
        </w:trPr>
        <w:tc>
          <w:tcPr>
            <w:tcW w:type="dxa" w:w="1731"/>
          </w:tcPr>
          <w:p>
            <w:pPr>
              <w:spacing w:after="0"/>
              <w:jc w:val="left"/>
            </w:pPr>
            <w:r>
              <w:rPr>
                <w:sz w:val="16"/>
              </w:rPr>
              <w:t>Frost/Freeze (outside NRI Cold Wave definition)</w:t>
            </w:r>
          </w:p>
        </w:tc>
        <w:tc>
          <w:tcPr>
            <w:tcW w:type="dxa" w:w="1730"/>
          </w:tcPr>
          <w:p>
            <w:pPr>
              <w:spacing w:after="0"/>
              <w:jc w:val="left"/>
            </w:pPr>
            <w:r>
              <w:rPr>
                <w:sz w:val="16"/>
              </w:rPr>
              <w:t>crop damage</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Temperature: in event narratives only; local data required.</w:t>
            </w:r>
          </w:p>
        </w:tc>
      </w:tr>
      <w:tr>
        <w:trPr>
          <w:cantSplit/>
        </w:trPr>
        <w:tc>
          <w:tcPr>
            <w:tcW w:type="dxa" w:w="1731"/>
          </w:tcPr>
          <w:p>
            <w:pPr>
              <w:spacing w:after="0"/>
              <w:jc w:val="left"/>
            </w:pPr>
            <w:r>
              <w:rPr>
                <w:sz w:val="16"/>
              </w:rPr>
              <w:t>Drought</w:t>
            </w:r>
          </w:p>
        </w:tc>
        <w:tc>
          <w:tcPr>
            <w:tcW w:type="dxa" w:w="1730"/>
          </w:tcPr>
          <w:p>
            <w:pPr>
              <w:spacing w:after="0"/>
              <w:jc w:val="left"/>
            </w:pPr>
            <w:r>
              <w:rPr>
                <w:sz w:val="16"/>
              </w:rPr>
              <w:t>US Drought Monitor D-scale</w:t>
            </w:r>
          </w:p>
        </w:tc>
        <w:tc>
          <w:tcPr>
            <w:tcW w:type="dxa" w:w="1552"/>
          </w:tcPr>
          <w:p>
            <w:pPr>
              <w:spacing w:after="0"/>
              <w:jc w:val="right"/>
            </w:pPr>
            <w:r>
              <w:rPr>
                <w:sz w:val="16"/>
              </w:rPr>
              <w:t>3, 2023 to 2023 (3 zone-level)</w:t>
            </w:r>
          </w:p>
        </w:tc>
        <w:tc>
          <w:tcPr>
            <w:tcW w:type="dxa" w:w="1142"/>
          </w:tcPr>
          <w:p>
            <w:pPr>
              <w:spacing w:after="0"/>
              <w:jc w:val="left"/>
            </w:pPr>
            <w:r>
              <w:rPr>
                <w:sz w:val="16"/>
              </w:rPr>
              <w:t>7 days to 15 days (median 11 days); 2 with a recorded value</w:t>
            </w:r>
          </w:p>
        </w:tc>
        <w:tc>
          <w:tcPr>
            <w:tcW w:type="dxa" w:w="2350"/>
          </w:tcPr>
          <w:p>
            <w:pPr>
              <w:spacing w:after="0"/>
              <w:jc w:val="left"/>
            </w:pPr>
            <w:r>
              <w:rPr>
                <w:sz w:val="16"/>
              </w:rPr>
              <w:t>15 days, 2023-06-20 to 2023-07-04, a run of 2 consecutive Storm Events drought records, zone-level</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30"/>
          </w:tcPr>
          <w:p>
            <w:pPr>
              <w:spacing w:after="0"/>
              <w:jc w:val="left"/>
            </w:pPr>
            <w:r>
              <w:rPr>
                <w:sz w:val="16"/>
              </w:rPr>
              <w:t>Modified Mercalli (local data)</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No Storm Events record; local data required (e.g., USGS).</w:t>
            </w:r>
          </w:p>
        </w:tc>
      </w:tr>
      <w:tr>
        <w:trPr>
          <w:cantSplit/>
        </w:trPr>
        <w:tc>
          <w:tcPr>
            <w:tcW w:type="dxa" w:w="1731"/>
          </w:tcPr>
          <w:p>
            <w:pPr>
              <w:spacing w:after="0"/>
              <w:jc w:val="left"/>
            </w:pPr>
            <w:r>
              <w:rPr>
                <w:sz w:val="16"/>
              </w:rPr>
              <w:t>Hail</w:t>
            </w:r>
          </w:p>
        </w:tc>
        <w:tc>
          <w:tcPr>
            <w:tcW w:type="dxa" w:w="1730"/>
          </w:tcPr>
          <w:p>
            <w:pPr>
              <w:spacing w:after="0"/>
              <w:jc w:val="left"/>
            </w:pPr>
            <w:r>
              <w:rPr>
                <w:sz w:val="16"/>
              </w:rPr>
              <w:t>hail size (inches)</w:t>
            </w:r>
          </w:p>
        </w:tc>
        <w:tc>
          <w:tcPr>
            <w:tcW w:type="dxa" w:w="1552"/>
          </w:tcPr>
          <w:p>
            <w:pPr>
              <w:spacing w:after="0"/>
              <w:jc w:val="right"/>
            </w:pPr>
            <w:r>
              <w:rPr>
                <w:sz w:val="16"/>
              </w:rPr>
              <w:t>1, 2000 to 2000 (1 zone-level)</w:t>
            </w:r>
          </w:p>
        </w:tc>
        <w:tc>
          <w:tcPr>
            <w:tcW w:type="dxa" w:w="1142"/>
          </w:tcPr>
          <w:p>
            <w:pPr>
              <w:spacing w:after="0"/>
              <w:jc w:val="left"/>
            </w:pPr>
          </w:p>
        </w:tc>
        <w:tc>
          <w:tcPr>
            <w:tcW w:type="dxa" w:w="2350"/>
          </w:tcPr>
          <w:p>
            <w:pPr>
              <w:spacing w:after="0"/>
              <w:jc w:val="left"/>
            </w:pPr>
            <w:r>
              <w:rPr>
                <w:sz w:val="16"/>
              </w:rPr>
              <w:t>No hail record can stand as this county's largest: the 1 record with a recorded size reached this county only through an NWS zone that covers more than one county, so the hail may have occurred outside this county (zone-level); it is counted as an occurrence.</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p>
        </w:tc>
      </w:tr>
      <w:tr>
        <w:trPr>
          <w:cantSplit/>
        </w:trPr>
        <w:tc>
          <w:tcPr>
            <w:tcW w:type="dxa" w:w="1731"/>
          </w:tcPr>
          <w:p>
            <w:pPr>
              <w:spacing w:after="0"/>
              <w:jc w:val="left"/>
            </w:pPr>
            <w:r>
              <w:rPr>
                <w:sz w:val="16"/>
              </w:rPr>
              <w:t>Excessive Heat, Heat</w:t>
            </w:r>
          </w:p>
        </w:tc>
        <w:tc>
          <w:tcPr>
            <w:tcW w:type="dxa" w:w="1730"/>
          </w:tcPr>
          <w:p>
            <w:pPr>
              <w:spacing w:after="0"/>
              <w:jc w:val="left"/>
            </w:pPr>
            <w:r>
              <w:rPr>
                <w:sz w:val="16"/>
              </w:rPr>
              <w:t>heat index (narratives)</w:t>
            </w:r>
          </w:p>
        </w:tc>
        <w:tc>
          <w:tcPr>
            <w:tcW w:type="dxa" w:w="1552"/>
          </w:tcPr>
          <w:p>
            <w:pPr>
              <w:spacing w:after="0"/>
              <w:jc w:val="right"/>
            </w:pPr>
            <w:r>
              <w:rPr>
                <w:sz w:val="16"/>
              </w:rPr>
              <w:t>31, 2023 to 2024 (31 zone-level)</w:t>
            </w:r>
          </w:p>
        </w:tc>
        <w:tc>
          <w:tcPr>
            <w:tcW w:type="dxa" w:w="1142"/>
          </w:tcPr>
          <w:p>
            <w:pPr>
              <w:spacing w:after="0"/>
              <w:jc w:val="left"/>
            </w:pPr>
            <w:r>
              <w:rPr>
                <w:sz w:val="16"/>
              </w:rPr>
              <w:t>1 day to 30 days (median 2 days); 18 with a recorded value</w:t>
            </w:r>
          </w:p>
        </w:tc>
        <w:tc>
          <w:tcPr>
            <w:tcW w:type="dxa" w:w="2350"/>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Heat index: in event narratives only; local data required.</w:t>
            </w:r>
          </w:p>
        </w:tc>
      </w:tr>
      <w:tr>
        <w:trPr>
          <w:cantSplit/>
        </w:trPr>
        <w:tc>
          <w:tcPr>
            <w:tcW w:type="dxa" w:w="1731"/>
          </w:tcPr>
          <w:p>
            <w:pPr>
              <w:spacing w:after="0"/>
              <w:jc w:val="left"/>
            </w:pPr>
            <w:r>
              <w:rPr>
                <w:sz w:val="16"/>
              </w:rPr>
              <w:t>Hurricane, Tropical Storm, Tropical Depression</w:t>
            </w:r>
          </w:p>
        </w:tc>
        <w:tc>
          <w:tcPr>
            <w:tcW w:type="dxa" w:w="1730"/>
          </w:tcPr>
          <w:p>
            <w:pPr>
              <w:spacing w:after="0"/>
              <w:jc w:val="left"/>
            </w:pPr>
            <w:r>
              <w:rPr>
                <w:sz w:val="16"/>
              </w:rPr>
              <w:t>Saffir-Simpson</w:t>
            </w:r>
          </w:p>
        </w:tc>
        <w:tc>
          <w:tcPr>
            <w:tcW w:type="dxa" w:w="1552"/>
          </w:tcPr>
          <w:p>
            <w:pPr>
              <w:spacing w:after="0"/>
              <w:jc w:val="right"/>
            </w:pPr>
            <w:r>
              <w:rPr>
                <w:sz w:val="16"/>
              </w:rPr>
              <w:t>6, 2000 to 2024 (6 zone-level)</w:t>
            </w:r>
          </w:p>
        </w:tc>
        <w:tc>
          <w:tcPr>
            <w:tcW w:type="dxa" w:w="1142"/>
          </w:tcPr>
          <w:p>
            <w:pPr>
              <w:spacing w:after="0"/>
              <w:jc w:val="left"/>
            </w:pPr>
          </w:p>
        </w:tc>
        <w:tc>
          <w:tcPr>
            <w:tcW w:type="dxa" w:w="2350"/>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PRZ005 (NORTH CENTRAL), zone-level: may include parts of neighboring counties</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1"/>
          </w:tcPr>
          <w:p>
            <w:pPr>
              <w:spacing w:after="0"/>
              <w:jc w:val="left"/>
            </w:pPr>
            <w:r>
              <w:rPr>
                <w:sz w:val="16"/>
              </w:rPr>
              <w:t>Ice Storm</w:t>
            </w:r>
          </w:p>
        </w:tc>
        <w:tc>
          <w:tcPr>
            <w:tcW w:type="dxa" w:w="1730"/>
          </w:tcPr>
          <w:p>
            <w:pPr>
              <w:spacing w:after="0"/>
              <w:jc w:val="left"/>
            </w:pPr>
            <w:r>
              <w:rPr>
                <w:sz w:val="16"/>
              </w:rPr>
              <w:t>Sperry-Piltz (local data)</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Ice thickness: in event narratives only; local data required.</w:t>
            </w:r>
          </w:p>
        </w:tc>
      </w:tr>
      <w:tr>
        <w:trPr>
          <w:cantSplit/>
        </w:trPr>
        <w:tc>
          <w:tcPr>
            <w:tcW w:type="dxa" w:w="1731"/>
          </w:tcPr>
          <w:p>
            <w:pPr>
              <w:spacing w:after="0"/>
              <w:jc w:val="left"/>
            </w:pPr>
            <w:r>
              <w:rPr>
                <w:sz w:val="16"/>
              </w:rPr>
              <w:t>Flash Flood, Flood, Lakeshore Flood</w:t>
            </w:r>
          </w:p>
        </w:tc>
        <w:tc>
          <w:tcPr>
            <w:tcW w:type="dxa" w:w="1730"/>
          </w:tcPr>
          <w:p>
            <w:pPr>
              <w:spacing w:after="0"/>
              <w:jc w:val="left"/>
            </w:pPr>
            <w:r>
              <w:rPr>
                <w:sz w:val="16"/>
              </w:rPr>
              <w:t>damage and flood days (FIRM for depth)</w:t>
            </w:r>
          </w:p>
        </w:tc>
        <w:tc>
          <w:tcPr>
            <w:tcW w:type="dxa" w:w="1552"/>
          </w:tcPr>
          <w:p>
            <w:pPr>
              <w:spacing w:after="0"/>
              <w:jc w:val="right"/>
            </w:pPr>
            <w:r>
              <w:rPr>
                <w:sz w:val="16"/>
              </w:rPr>
              <w:t>132, 2000 to 2024 (128 zone-level)</w:t>
            </w:r>
          </w:p>
        </w:tc>
        <w:tc>
          <w:tcPr>
            <w:tcW w:type="dxa" w:w="1142"/>
          </w:tcPr>
          <w:p>
            <w:pPr>
              <w:spacing w:after="0"/>
              <w:jc w:val="left"/>
            </w:pPr>
          </w:p>
        </w:tc>
        <w:tc>
          <w:tcPr>
            <w:tcW w:type="dxa" w:w="2350"/>
          </w:tcPr>
          <w:p>
            <w:pPr>
              <w:spacing w:after="0"/>
              <w:jc w:val="left"/>
            </w:pPr>
            <w:r>
              <w:rPr>
                <w:sz w:val="16"/>
              </w:rPr>
              <w:t>Flash Flood, 2001-11-07, $15,000,000 property; $5,000,000 crops, reported for the zone (2001 dollars); NWS zone PRZ005 (NORTH CENTRAL), zone-level: may include parts of neighboring counties</w:t>
            </w:r>
          </w:p>
        </w:tc>
        <w:tc>
          <w:tcPr>
            <w:tcW w:type="dxa" w:w="1762"/>
          </w:tcPr>
          <w:p>
            <w:pPr>
              <w:spacing w:after="0"/>
              <w:jc w:val="left"/>
            </w:pPr>
          </w:p>
        </w:tc>
        <w:tc>
          <w:tcPr>
            <w:tcW w:type="dxa" w:w="1619"/>
          </w:tcPr>
          <w:p>
            <w:pPr>
              <w:spacing w:after="0"/>
              <w:jc w:val="left"/>
            </w:pPr>
            <w:r>
              <w:rPr>
                <w:sz w:val="16"/>
              </w:rPr>
              <w:t>No event record names a member place. Zone-level records (128) apply countywide.</w:t>
            </w:r>
          </w:p>
        </w:tc>
        <w:tc>
          <w:tcPr>
            <w:tcW w:type="dxa" w:w="22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1"/>
          </w:tcPr>
          <w:p>
            <w:pPr>
              <w:spacing w:after="0"/>
              <w:jc w:val="left"/>
            </w:pPr>
            <w:r>
              <w:rPr>
                <w:sz w:val="16"/>
              </w:rPr>
              <w:t>Debris Flow</w:t>
            </w:r>
          </w:p>
        </w:tc>
        <w:tc>
          <w:tcPr>
            <w:tcW w:type="dxa" w:w="1730"/>
          </w:tcPr>
          <w:p>
            <w:pPr>
              <w:spacing w:after="0"/>
              <w:jc w:val="left"/>
            </w:pPr>
            <w:r>
              <w:rPr>
                <w:sz w:val="16"/>
              </w:rPr>
              <w:t>none (count and damage)</w:t>
            </w:r>
          </w:p>
        </w:tc>
        <w:tc>
          <w:tcPr>
            <w:tcW w:type="dxa" w:w="1552"/>
          </w:tcPr>
          <w:p>
            <w:pPr>
              <w:spacing w:after="0"/>
              <w:jc w:val="right"/>
            </w:pPr>
            <w:r>
              <w:rPr>
                <w:sz w:val="16"/>
              </w:rPr>
              <w:t>18, 2003 to 2011 (18 zone-level)</w:t>
            </w:r>
          </w:p>
        </w:tc>
        <w:tc>
          <w:tcPr>
            <w:tcW w:type="dxa" w:w="1142"/>
          </w:tcPr>
          <w:p>
            <w:pPr>
              <w:spacing w:after="0"/>
              <w:jc w:val="left"/>
            </w:pPr>
          </w:p>
        </w:tc>
        <w:tc>
          <w:tcPr>
            <w:tcW w:type="dxa" w:w="2350"/>
          </w:tcPr>
          <w:p>
            <w:pPr>
              <w:spacing w:after="0"/>
              <w:jc w:val="left"/>
            </w:pPr>
            <w:r>
              <w:rPr>
                <w:sz w:val="16"/>
              </w:rPr>
              <w:t>Debris Flow, 2003-11-02, $120,000 property; crops not reported, reported for the zone (2003 dollars); NWS zone PRZ005 (NORTH CENTRAL), zone-level: may include parts of neighboring counties</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Lightning</w:t>
            </w:r>
          </w:p>
        </w:tc>
        <w:tc>
          <w:tcPr>
            <w:tcW w:type="dxa" w:w="1730"/>
          </w:tcPr>
          <w:p>
            <w:pPr>
              <w:spacing w:after="0"/>
              <w:jc w:val="left"/>
            </w:pPr>
            <w:r>
              <w:rPr>
                <w:sz w:val="16"/>
              </w:rPr>
              <w:t>annualized frequency (the measure FEMA's Local Mitigation Planning Handbook names)</w:t>
            </w:r>
          </w:p>
        </w:tc>
        <w:tc>
          <w:tcPr>
            <w:tcW w:type="dxa" w:w="1552"/>
          </w:tcPr>
          <w:p>
            <w:pPr>
              <w:spacing w:after="0"/>
              <w:jc w:val="right"/>
            </w:pPr>
            <w:r>
              <w:rPr>
                <w:sz w:val="16"/>
              </w:rPr>
              <w:t>3, 2000 to 2006 (3 zone-level)</w:t>
            </w:r>
          </w:p>
        </w:tc>
        <w:tc>
          <w:tcPr>
            <w:tcW w:type="dxa" w:w="1142"/>
          </w:tcPr>
          <w:p>
            <w:pPr>
              <w:spacing w:after="0"/>
              <w:jc w:val="left"/>
            </w:pPr>
          </w:p>
        </w:tc>
        <w:tc>
          <w:tcPr>
            <w:tcW w:type="dxa" w:w="2350"/>
          </w:tcPr>
          <w:p>
            <w:pPr>
              <w:spacing w:after="0"/>
              <w:jc w:val="left"/>
            </w:pPr>
            <w:r>
              <w:rPr>
                <w:sz w:val="16"/>
              </w:rPr>
              <w:t>Lightning, 2006-05-11, damage not reported, 1 direct death (reported for the zone); NWS zone PRZ005 (NORTH CENTRAL), zone-level: may include parts of neighboring counties</w:t>
            </w:r>
          </w:p>
        </w:tc>
        <w:tc>
          <w:tcPr>
            <w:tcW w:type="dxa" w:w="1762"/>
          </w:tcPr>
          <w:p>
            <w:pPr>
              <w:spacing w:after="0"/>
              <w:jc w:val="left"/>
            </w:pPr>
            <w:r>
              <w:rPr>
                <w:sz w:val="16"/>
              </w:rPr>
              <w:t>Lightning, 2003-10-28, $3,000 property; crops not reported, reported for the zone (2003 dollars)</w:t>
            </w: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Storm Events lists lightning with damage or casualties; physical measure in event narratives only; local data required.</w:t>
            </w:r>
          </w:p>
        </w:tc>
      </w:tr>
      <w:tr>
        <w:trPr>
          <w:cantSplit/>
        </w:trPr>
        <w:tc>
          <w:tcPr>
            <w:tcW w:type="dxa" w:w="1731"/>
          </w:tcPr>
          <w:p>
            <w:pPr>
              <w:spacing w:after="0"/>
              <w:jc w:val="left"/>
            </w:pPr>
            <w:r>
              <w:rPr>
                <w:sz w:val="16"/>
              </w:rPr>
              <w:t>High Wind and Strong Wind (outside NRI Strong Wind definition)</w:t>
            </w:r>
          </w:p>
        </w:tc>
        <w:tc>
          <w:tcPr>
            <w:tcW w:type="dxa" w:w="1730"/>
          </w:tcPr>
          <w:p>
            <w:pPr>
              <w:spacing w:after="0"/>
              <w:jc w:val="left"/>
            </w:pPr>
            <w:r>
              <w:rPr>
                <w:sz w:val="16"/>
              </w:rPr>
              <w:t>wind speed (kt and mph)</w:t>
            </w:r>
          </w:p>
        </w:tc>
        <w:tc>
          <w:tcPr>
            <w:tcW w:type="dxa" w:w="1552"/>
          </w:tcPr>
          <w:p>
            <w:pPr>
              <w:spacing w:after="0"/>
              <w:jc w:val="right"/>
            </w:pPr>
            <w:r>
              <w:rPr>
                <w:sz w:val="16"/>
              </w:rPr>
              <w:t>3, 2004 to 2005 (3 zone-level)</w:t>
            </w:r>
          </w:p>
        </w:tc>
        <w:tc>
          <w:tcPr>
            <w:tcW w:type="dxa" w:w="1142"/>
          </w:tcPr>
          <w:p>
            <w:pPr>
              <w:spacing w:after="0"/>
              <w:jc w:val="left"/>
            </w:pPr>
            <w:r>
              <w:rPr>
                <w:sz w:val="16"/>
              </w:rPr>
              <w:t>50 kt (58 mph); 3 with a recorded value</w:t>
            </w:r>
          </w:p>
        </w:tc>
        <w:tc>
          <w:tcPr>
            <w:tcW w:type="dxa" w:w="2350"/>
          </w:tcPr>
          <w:p>
            <w:pPr>
              <w:spacing w:after="0"/>
              <w:jc w:val="left"/>
            </w:pPr>
            <w:r>
              <w:rPr>
                <w:sz w:val="16"/>
              </w:rPr>
              <w:t>50 kt (58 mph) estimated gust, Strong Wind, 2005-04-22; same speed and measurement basis also recorded on 2004-10-09, 2005-04-22; NWS zone PRZ005 (NORTH CENTRAL), zone-level: may include parts of neighboring counties</w:t>
            </w:r>
          </w:p>
        </w:tc>
        <w:tc>
          <w:tcPr>
            <w:tcW w:type="dxa" w:w="1762"/>
          </w:tcPr>
          <w:p>
            <w:pPr>
              <w:spacing w:after="0"/>
              <w:jc w:val="left"/>
            </w:pPr>
            <w:r>
              <w:rPr>
                <w:sz w:val="16"/>
              </w:rPr>
              <w:t>Strong Wind, 2005-04-22, $5,000 property; crops not reported, reported for the zone (2005 dollars)</w:t>
            </w: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p>
        </w:tc>
      </w:tr>
      <w:tr>
        <w:trPr>
          <w:cantSplit/>
        </w:trPr>
        <w:tc>
          <w:tcPr>
            <w:tcW w:type="dxa" w:w="1731"/>
          </w:tcPr>
          <w:p>
            <w:pPr>
              <w:spacing w:after="0"/>
              <w:jc w:val="left"/>
            </w:pPr>
            <w:r>
              <w:rPr>
                <w:sz w:val="16"/>
              </w:rPr>
              <w:t>Thunderstorm Wind</w:t>
            </w:r>
          </w:p>
        </w:tc>
        <w:tc>
          <w:tcPr>
            <w:tcW w:type="dxa" w:w="1730"/>
          </w:tcPr>
          <w:p>
            <w:pPr>
              <w:spacing w:after="0"/>
              <w:jc w:val="left"/>
            </w:pPr>
            <w:r>
              <w:rPr>
                <w:sz w:val="16"/>
              </w:rPr>
              <w:t>wind speed (kt and mph)</w:t>
            </w:r>
          </w:p>
        </w:tc>
        <w:tc>
          <w:tcPr>
            <w:tcW w:type="dxa" w:w="1552"/>
          </w:tcPr>
          <w:p>
            <w:pPr>
              <w:spacing w:after="0"/>
              <w:jc w:val="right"/>
            </w:pPr>
            <w:r>
              <w:rPr>
                <w:sz w:val="16"/>
              </w:rPr>
              <w:t>10, 2000 to 2023 (9 zone-level)</w:t>
            </w:r>
          </w:p>
        </w:tc>
        <w:tc>
          <w:tcPr>
            <w:tcW w:type="dxa" w:w="1142"/>
          </w:tcPr>
          <w:p>
            <w:pPr>
              <w:spacing w:after="0"/>
              <w:jc w:val="left"/>
            </w:pPr>
            <w:r>
              <w:rPr>
                <w:sz w:val="16"/>
              </w:rPr>
              <w:t>26 kt (30 mph); 1 with a recorded value</w:t>
            </w:r>
          </w:p>
        </w:tc>
        <w:tc>
          <w:tcPr>
            <w:tcW w:type="dxa" w:w="2350"/>
          </w:tcPr>
          <w:p>
            <w:pPr>
              <w:spacing w:after="0"/>
              <w:jc w:val="left"/>
            </w:pPr>
            <w:r>
              <w:rPr>
                <w:sz w:val="16"/>
              </w:rPr>
              <w:t>26 kt (30 mph) estimated gust, Thunderstorm Wind, 2023-12-13</w:t>
            </w:r>
          </w:p>
        </w:tc>
        <w:tc>
          <w:tcPr>
            <w:tcW w:type="dxa" w:w="1762"/>
          </w:tcPr>
          <w:p>
            <w:pPr>
              <w:spacing w:after="0"/>
              <w:jc w:val="left"/>
            </w:pPr>
            <w:r>
              <w:rPr>
                <w:sz w:val="16"/>
              </w:rPr>
              <w:t>Thunderstorm Wind, 2002-06-24, $5,000 property; crops not reported, reported for the zone (2002 dollars)</w:t>
            </w:r>
          </w:p>
        </w:tc>
        <w:tc>
          <w:tcPr>
            <w:tcW w:type="dxa" w:w="1619"/>
          </w:tcPr>
          <w:p>
            <w:pPr>
              <w:spacing w:after="0"/>
              <w:jc w:val="left"/>
            </w:pPr>
            <w:r>
              <w:rPr>
                <w:sz w:val="16"/>
              </w:rPr>
              <w:t>No event record names a member place. Zone-level records (9) apply countywide.</w:t>
            </w:r>
          </w:p>
        </w:tc>
        <w:tc>
          <w:tcPr>
            <w:tcW w:type="dxa" w:w="2227"/>
          </w:tcPr>
          <w:p>
            <w:pPr>
              <w:spacing w:after="0"/>
              <w:jc w:val="left"/>
            </w:pPr>
          </w:p>
        </w:tc>
      </w:tr>
      <w:tr>
        <w:trPr>
          <w:cantSplit/>
        </w:trPr>
        <w:tc>
          <w:tcPr>
            <w:tcW w:type="dxa" w:w="1731"/>
          </w:tcPr>
          <w:p>
            <w:pPr>
              <w:spacing w:after="0"/>
              <w:jc w:val="left"/>
            </w:pPr>
            <w:r>
              <w:rPr>
                <w:sz w:val="16"/>
              </w:rPr>
              <w:t>Tornado</w:t>
            </w:r>
          </w:p>
        </w:tc>
        <w:tc>
          <w:tcPr>
            <w:tcW w:type="dxa" w:w="1730"/>
          </w:tcPr>
          <w:p>
            <w:pPr>
              <w:spacing w:after="0"/>
              <w:jc w:val="left"/>
            </w:pPr>
            <w:r>
              <w:rPr>
                <w:sz w:val="16"/>
              </w:rPr>
              <w:t>Enhanced Fujita (F before Feb 2007)</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1"/>
          </w:tcPr>
          <w:p>
            <w:pPr>
              <w:spacing w:after="0"/>
              <w:jc w:val="left"/>
            </w:pPr>
            <w:r>
              <w:rPr>
                <w:sz w:val="16"/>
              </w:rPr>
              <w:t>Tsunami</w:t>
            </w:r>
          </w:p>
        </w:tc>
        <w:tc>
          <w:tcPr>
            <w:tcW w:type="dxa" w:w="1730"/>
          </w:tcPr>
          <w:p>
            <w:pPr>
              <w:spacing w:after="0"/>
              <w:jc w:val="left"/>
            </w:pPr>
            <w:r>
              <w:rPr>
                <w:sz w:val="16"/>
              </w:rPr>
              <w:t>none (count and damage)</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Volcanic Ash, Volcanic Ashfall</w:t>
            </w:r>
          </w:p>
        </w:tc>
        <w:tc>
          <w:tcPr>
            <w:tcW w:type="dxa" w:w="1730"/>
          </w:tcPr>
          <w:p>
            <w:pPr>
              <w:spacing w:after="0"/>
              <w:jc w:val="left"/>
            </w:pPr>
            <w:r>
              <w:rPr>
                <w:sz w:val="16"/>
              </w:rPr>
              <w:t>Volcanic Explosivity Index (local data)</w:t>
            </w:r>
          </w:p>
        </w:tc>
        <w:tc>
          <w:tcPr>
            <w:tcW w:type="dxa" w:w="1552"/>
          </w:tcPr>
          <w:p>
            <w:pPr>
              <w:spacing w:after="0"/>
              <w:jc w:val="right"/>
            </w:pPr>
            <w:r>
              <w:rPr>
                <w:sz w:val="16"/>
              </w:rPr>
              <w:t>3, 2001 to 2003 (3 zone-level)</w:t>
            </w:r>
          </w:p>
        </w:tc>
        <w:tc>
          <w:tcPr>
            <w:tcW w:type="dxa" w:w="1142"/>
          </w:tcPr>
          <w:p>
            <w:pPr>
              <w:spacing w:after="0"/>
              <w:jc w:val="left"/>
            </w:pPr>
          </w:p>
        </w:tc>
        <w:tc>
          <w:tcPr>
            <w:tcW w:type="dxa" w:w="2350"/>
          </w:tcPr>
          <w:p>
            <w:pPr>
              <w:spacing w:after="0"/>
              <w:jc w:val="left"/>
            </w:pPr>
            <w:r>
              <w:rPr>
                <w:sz w:val="16"/>
              </w:rPr>
              <w:t>No damage reported in 3 records.</w:t>
            </w:r>
          </w:p>
        </w:tc>
        <w:tc>
          <w:tcPr>
            <w:tcW w:type="dxa" w:w="1762"/>
          </w:tcPr>
          <w:p>
            <w:pPr>
              <w:spacing w:after="0"/>
              <w:jc w:val="left"/>
            </w:pPr>
          </w:p>
        </w:tc>
        <w:tc>
          <w:tcPr>
            <w:tcW w:type="dxa" w:w="1619"/>
          </w:tcPr>
          <w:p>
            <w:pPr>
              <w:spacing w:after="0"/>
              <w:jc w:val="left"/>
            </w:pPr>
            <w:r>
              <w:rPr>
                <w:sz w:val="16"/>
              </w:rPr>
              <w:t>Zone-level records: applies countywide; national data do not locate these events within the county.</w:t>
            </w:r>
          </w:p>
        </w:tc>
        <w:tc>
          <w:tcPr>
            <w:tcW w:type="dxa" w:w="2227"/>
          </w:tcPr>
          <w:p>
            <w:pPr>
              <w:spacing w:after="0"/>
              <w:jc w:val="left"/>
            </w:pPr>
            <w:r>
              <w:rPr>
                <w:sz w:val="16"/>
              </w:rPr>
              <w:t>Physical measure: in event narratives only; local data required.</w:t>
            </w:r>
          </w:p>
        </w:tc>
      </w:tr>
      <w:tr>
        <w:trPr>
          <w:cantSplit/>
        </w:trPr>
        <w:tc>
          <w:tcPr>
            <w:tcW w:type="dxa" w:w="1731"/>
          </w:tcPr>
          <w:p>
            <w:pPr>
              <w:spacing w:after="0"/>
              <w:jc w:val="left"/>
            </w:pPr>
            <w:r>
              <w:rPr>
                <w:sz w:val="16"/>
              </w:rPr>
              <w:t>Wildfire</w:t>
            </w:r>
          </w:p>
        </w:tc>
        <w:tc>
          <w:tcPr>
            <w:tcW w:type="dxa" w:w="1730"/>
          </w:tcPr>
          <w:p>
            <w:pPr>
              <w:spacing w:after="0"/>
              <w:jc w:val="left"/>
            </w:pPr>
            <w:r>
              <w:rPr>
                <w:sz w:val="16"/>
              </w:rPr>
              <w:t>acres burned (local data)</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Acres burned: in event narratives only; local data required.</w:t>
            </w:r>
          </w:p>
        </w:tc>
      </w:tr>
      <w:tr>
        <w:trPr>
          <w:cantSplit/>
        </w:trPr>
        <w:tc>
          <w:tcPr>
            <w:tcW w:type="dxa" w:w="1731"/>
          </w:tcPr>
          <w:p>
            <w:pPr>
              <w:spacing w:after="0"/>
              <w:jc w:val="left"/>
            </w:pPr>
            <w:r>
              <w:rPr>
                <w:sz w:val="16"/>
              </w:rPr>
              <w:t>Winter Storm, Heavy Snow, Blizzard, Lake-Effect Snow, Winter Weather, Sleet</w:t>
            </w:r>
          </w:p>
        </w:tc>
        <w:tc>
          <w:tcPr>
            <w:tcW w:type="dxa" w:w="1730"/>
          </w:tcPr>
          <w:p>
            <w:pPr>
              <w:spacing w:after="0"/>
              <w:jc w:val="left"/>
            </w:pPr>
            <w:r>
              <w:rPr>
                <w:sz w:val="16"/>
              </w:rPr>
              <w:t>none in data (snowfall local)</w:t>
            </w:r>
          </w:p>
        </w:tc>
        <w:tc>
          <w:tcPr>
            <w:tcW w:type="dxa" w:w="1552"/>
          </w:tcPr>
          <w:p>
            <w:pPr>
              <w:spacing w:after="0"/>
              <w:jc w:val="right"/>
            </w:pPr>
            <w:r>
              <w:rPr>
                <w:sz w:val="16"/>
              </w:rPr>
              <w:t>0</w:t>
            </w:r>
          </w:p>
        </w:tc>
        <w:tc>
          <w:tcPr>
            <w:tcW w:type="dxa" w:w="1142"/>
          </w:tcPr>
          <w:p>
            <w:pPr>
              <w:spacing w:after="0"/>
              <w:jc w:val="left"/>
            </w:pPr>
          </w:p>
        </w:tc>
        <w:tc>
          <w:tcPr>
            <w:tcW w:type="dxa" w:w="2350"/>
          </w:tcPr>
          <w:p>
            <w:pPr>
              <w:spacing w:after="0"/>
              <w:jc w:val="left"/>
            </w:pPr>
          </w:p>
        </w:tc>
        <w:tc>
          <w:tcPr>
            <w:tcW w:type="dxa" w:w="1762"/>
          </w:tcPr>
          <w:p>
            <w:pPr>
              <w:spacing w:after="0"/>
              <w:jc w:val="left"/>
            </w:pPr>
          </w:p>
        </w:tc>
        <w:tc>
          <w:tcPr>
            <w:tcW w:type="dxa" w:w="1619"/>
          </w:tcPr>
          <w:p>
            <w:pPr>
              <w:spacing w:after="0"/>
              <w:jc w:val="left"/>
            </w:pPr>
          </w:p>
        </w:tc>
        <w:tc>
          <w:tcPr>
            <w:tcW w:type="dxa" w:w="22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36"/>
        <w:gridCol w:w="1136"/>
        <w:gridCol w:w="1136"/>
        <w:gridCol w:w="1527"/>
        <w:gridCol w:w="2309"/>
        <w:gridCol w:w="2113"/>
        <w:gridCol w:w="1566"/>
        <w:gridCol w:w="2211"/>
        <w:gridCol w:w="979"/>
      </w:tblGrid>
      <w:tr>
        <w:trPr>
          <w:cantSplit/>
          <w:tblHeader/>
        </w:trPr>
        <w:tc>
          <w:tcPr>
            <w:tcW w:type="dxa" w:w="1136"/>
            <w:shd w:val="clear" w:color="auto" w:fill="E8E8E8"/>
          </w:tcPr>
          <w:p>
            <w:pPr>
              <w:spacing w:after="0"/>
              <w:jc w:val="left"/>
            </w:pPr>
            <w:r>
              <w:rPr>
                <w:b/>
                <w:sz w:val="16"/>
              </w:rPr>
              <w:t>Declared</w:t>
            </w:r>
          </w:p>
        </w:tc>
        <w:tc>
          <w:tcPr>
            <w:tcW w:type="dxa" w:w="1136"/>
            <w:shd w:val="clear" w:color="auto" w:fill="E8E8E8"/>
          </w:tcPr>
          <w:p>
            <w:pPr>
              <w:spacing w:after="0"/>
              <w:jc w:val="left"/>
            </w:pPr>
            <w:r>
              <w:rPr>
                <w:b/>
                <w:sz w:val="16"/>
              </w:rPr>
              <w:t>Incident began</w:t>
            </w:r>
          </w:p>
        </w:tc>
        <w:tc>
          <w:tcPr>
            <w:tcW w:type="dxa" w:w="1136"/>
            <w:shd w:val="clear" w:color="auto" w:fill="E8E8E8"/>
          </w:tcPr>
          <w:p>
            <w:pPr>
              <w:spacing w:after="0"/>
              <w:jc w:val="left"/>
            </w:pPr>
            <w:r>
              <w:rPr>
                <w:b/>
                <w:sz w:val="16"/>
              </w:rPr>
              <w:t>FEMA number</w:t>
            </w:r>
          </w:p>
        </w:tc>
        <w:tc>
          <w:tcPr>
            <w:tcW w:type="dxa" w:w="1527"/>
            <w:shd w:val="clear" w:color="auto" w:fill="E8E8E8"/>
          </w:tcPr>
          <w:p>
            <w:pPr>
              <w:spacing w:after="0"/>
              <w:jc w:val="left"/>
            </w:pPr>
            <w:r>
              <w:rPr>
                <w:b/>
                <w:sz w:val="16"/>
              </w:rPr>
              <w:t>Type</w:t>
            </w:r>
          </w:p>
        </w:tc>
        <w:tc>
          <w:tcPr>
            <w:tcW w:type="dxa" w:w="2309"/>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15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11"/>
            <w:shd w:val="clear" w:color="auto" w:fill="E8E8E8"/>
          </w:tcPr>
          <w:p>
            <w:pPr>
              <w:spacing w:after="0"/>
              <w:jc w:val="left"/>
            </w:pPr>
            <w:r>
              <w:rPr>
                <w:b/>
                <w:sz w:val="16"/>
              </w:rPr>
              <w:t>Flags</w:t>
            </w:r>
          </w:p>
        </w:tc>
        <w:tc>
          <w:tcPr>
            <w:tcW w:type="dxa" w:w="979"/>
            <w:shd w:val="clear" w:color="auto" w:fill="E8E8E8"/>
          </w:tcPr>
          <w:p>
            <w:pPr>
              <w:spacing w:after="0"/>
              <w:jc w:val="left"/>
            </w:pPr>
            <w:r>
              <w:rPr>
                <w:b/>
                <w:sz w:val="16"/>
              </w:rPr>
              <w:t>Notes</w:t>
            </w:r>
          </w:p>
        </w:tc>
      </w:tr>
      <w:tr>
        <w:trPr>
          <w:cantSplit/>
        </w:trPr>
        <w:tc>
          <w:tcPr>
            <w:tcW w:type="dxa" w:w="1136"/>
          </w:tcPr>
          <w:p>
            <w:pPr>
              <w:spacing w:after="0"/>
              <w:jc w:val="left"/>
            </w:pPr>
            <w:r>
              <w:rPr>
                <w:sz w:val="16"/>
              </w:rPr>
              <w:t>2024-08-13</w:t>
            </w:r>
          </w:p>
        </w:tc>
        <w:tc>
          <w:tcPr>
            <w:tcW w:type="dxa" w:w="1136"/>
          </w:tcPr>
          <w:p>
            <w:pPr>
              <w:spacing w:after="0"/>
              <w:jc w:val="left"/>
            </w:pPr>
            <w:r>
              <w:rPr>
                <w:sz w:val="16"/>
              </w:rPr>
              <w:t>2024-08-13</w:t>
            </w:r>
          </w:p>
        </w:tc>
        <w:tc>
          <w:tcPr>
            <w:tcW w:type="dxa" w:w="1136"/>
          </w:tcPr>
          <w:p>
            <w:pPr>
              <w:spacing w:after="0"/>
              <w:jc w:val="left"/>
            </w:pPr>
            <w:r>
              <w:rPr>
                <w:sz w:val="16"/>
              </w:rPr>
              <w:t>EM-3610-PR</w:t>
            </w:r>
          </w:p>
        </w:tc>
        <w:tc>
          <w:tcPr>
            <w:tcW w:type="dxa" w:w="1527"/>
          </w:tcPr>
          <w:p>
            <w:pPr>
              <w:spacing w:after="0"/>
              <w:jc w:val="left"/>
            </w:pPr>
            <w:r>
              <w:rPr>
                <w:sz w:val="16"/>
              </w:rPr>
              <w:t>Emergency</w:t>
            </w:r>
          </w:p>
        </w:tc>
        <w:tc>
          <w:tcPr>
            <w:tcW w:type="dxa" w:w="2309"/>
          </w:tcPr>
          <w:p>
            <w:pPr>
              <w:spacing w:after="0"/>
              <w:jc w:val="left"/>
            </w:pPr>
            <w:r>
              <w:rPr>
                <w:sz w:val="16"/>
              </w:rPr>
              <w:t>TROPICAL STORM ERNESTO</w:t>
            </w:r>
          </w:p>
        </w:tc>
        <w:tc>
          <w:tcPr>
            <w:tcW w:type="dxa" w:w="2113"/>
          </w:tcPr>
          <w:p>
            <w:pPr>
              <w:spacing w:after="0"/>
              <w:jc w:val="left"/>
            </w:pPr>
            <w:r>
              <w:rPr>
                <w:sz w:val="16"/>
              </w:rPr>
              <w:t>Hurricane; Inland Flooding; Landslide</w:t>
            </w:r>
          </w:p>
        </w:tc>
        <w:tc>
          <w:tcPr>
            <w:tcW w:type="dxa" w:w="1566"/>
          </w:tcPr>
          <w:p>
            <w:pPr>
              <w:spacing w:after="0"/>
              <w:jc w:val="right"/>
            </w:pPr>
            <w:r>
              <w:rPr>
                <w:sz w:val="16"/>
              </w:rPr>
              <w:t>none found</w:t>
            </w:r>
          </w:p>
        </w:tc>
        <w:tc>
          <w:tcPr>
            <w:tcW w:type="dxa" w:w="2211"/>
          </w:tcPr>
          <w:p>
            <w:pPr>
              <w:spacing w:after="0"/>
              <w:jc w:val="left"/>
            </w:pPr>
            <w:r>
              <w:rPr>
                <w:sz w:val="16"/>
              </w:rPr>
              <w:t>new since last plan; within last 5 years</w:t>
            </w:r>
          </w:p>
        </w:tc>
        <w:tc>
          <w:tcPr>
            <w:tcW w:type="dxa" w:w="979"/>
          </w:tcPr>
          <w:p>
            <w:pPr>
              <w:spacing w:after="0"/>
              <w:jc w:val="left"/>
            </w:pPr>
          </w:p>
        </w:tc>
      </w:tr>
      <w:tr>
        <w:trPr>
          <w:cantSplit/>
        </w:trPr>
        <w:tc>
          <w:tcPr>
            <w:tcW w:type="dxa" w:w="1136"/>
          </w:tcPr>
          <w:p>
            <w:pPr>
              <w:spacing w:after="0"/>
              <w:jc w:val="left"/>
            </w:pPr>
            <w:r>
              <w:rPr>
                <w:sz w:val="16"/>
              </w:rPr>
              <w:t>2022-09-21</w:t>
            </w:r>
          </w:p>
        </w:tc>
        <w:tc>
          <w:tcPr>
            <w:tcW w:type="dxa" w:w="1136"/>
          </w:tcPr>
          <w:p>
            <w:pPr>
              <w:spacing w:after="0"/>
              <w:jc w:val="left"/>
            </w:pPr>
            <w:r>
              <w:rPr>
                <w:sz w:val="16"/>
              </w:rPr>
              <w:t>2022-09-17</w:t>
            </w:r>
          </w:p>
        </w:tc>
        <w:tc>
          <w:tcPr>
            <w:tcW w:type="dxa" w:w="1136"/>
          </w:tcPr>
          <w:p>
            <w:pPr>
              <w:spacing w:after="0"/>
              <w:jc w:val="left"/>
            </w:pPr>
            <w:r>
              <w:rPr>
                <w:sz w:val="16"/>
              </w:rPr>
              <w:t>DR-4671-PR</w:t>
            </w:r>
          </w:p>
        </w:tc>
        <w:tc>
          <w:tcPr>
            <w:tcW w:type="dxa" w:w="1527"/>
          </w:tcPr>
          <w:p>
            <w:pPr>
              <w:spacing w:after="0"/>
              <w:jc w:val="left"/>
            </w:pPr>
            <w:r>
              <w:rPr>
                <w:sz w:val="16"/>
              </w:rPr>
              <w:t>Major disaster</w:t>
            </w:r>
          </w:p>
        </w:tc>
        <w:tc>
          <w:tcPr>
            <w:tcW w:type="dxa" w:w="2309"/>
          </w:tcPr>
          <w:p>
            <w:pPr>
              <w:spacing w:after="0"/>
              <w:jc w:val="left"/>
            </w:pPr>
            <w:r>
              <w:rPr>
                <w:sz w:val="16"/>
              </w:rPr>
              <w:t>HURRICANE FIONA</w:t>
            </w:r>
          </w:p>
        </w:tc>
        <w:tc>
          <w:tcPr>
            <w:tcW w:type="dxa" w:w="2113"/>
          </w:tcPr>
          <w:p>
            <w:pPr>
              <w:spacing w:after="0"/>
              <w:jc w:val="left"/>
            </w:pPr>
            <w:r>
              <w:rPr>
                <w:sz w:val="16"/>
              </w:rPr>
              <w:t>Hurricane</w:t>
            </w:r>
          </w:p>
        </w:tc>
        <w:tc>
          <w:tcPr>
            <w:tcW w:type="dxa" w:w="1566"/>
          </w:tcPr>
          <w:p>
            <w:pPr>
              <w:spacing w:after="0"/>
              <w:jc w:val="right"/>
            </w:pPr>
            <w:r>
              <w:rPr>
                <w:sz w:val="16"/>
              </w:rPr>
              <w:t>$758,478.57</w:t>
            </w:r>
          </w:p>
        </w:tc>
        <w:tc>
          <w:tcPr>
            <w:tcW w:type="dxa" w:w="2211"/>
          </w:tcPr>
          <w:p>
            <w:pPr>
              <w:spacing w:after="0"/>
              <w:jc w:val="left"/>
            </w:pPr>
            <w:r>
              <w:rPr>
                <w:sz w:val="16"/>
              </w:rPr>
              <w:t>new since last plan; within last 5 years</w:t>
            </w:r>
          </w:p>
        </w:tc>
        <w:tc>
          <w:tcPr>
            <w:tcW w:type="dxa" w:w="979"/>
          </w:tcPr>
          <w:p>
            <w:pPr>
              <w:spacing w:after="0"/>
              <w:jc w:val="left"/>
            </w:pPr>
          </w:p>
        </w:tc>
      </w:tr>
      <w:tr>
        <w:trPr>
          <w:cantSplit/>
        </w:trPr>
        <w:tc>
          <w:tcPr>
            <w:tcW w:type="dxa" w:w="1136"/>
          </w:tcPr>
          <w:p>
            <w:pPr>
              <w:spacing w:after="0"/>
              <w:jc w:val="left"/>
            </w:pPr>
            <w:r>
              <w:rPr>
                <w:sz w:val="16"/>
              </w:rPr>
              <w:t>2022-09-18</w:t>
            </w:r>
          </w:p>
        </w:tc>
        <w:tc>
          <w:tcPr>
            <w:tcW w:type="dxa" w:w="1136"/>
          </w:tcPr>
          <w:p>
            <w:pPr>
              <w:spacing w:after="0"/>
              <w:jc w:val="left"/>
            </w:pPr>
            <w:r>
              <w:rPr>
                <w:sz w:val="16"/>
              </w:rPr>
              <w:t>2022-09-17</w:t>
            </w:r>
          </w:p>
        </w:tc>
        <w:tc>
          <w:tcPr>
            <w:tcW w:type="dxa" w:w="1136"/>
          </w:tcPr>
          <w:p>
            <w:pPr>
              <w:spacing w:after="0"/>
              <w:jc w:val="left"/>
            </w:pPr>
            <w:r>
              <w:rPr>
                <w:sz w:val="16"/>
              </w:rPr>
              <w:t>EM-3583-PR</w:t>
            </w:r>
          </w:p>
        </w:tc>
        <w:tc>
          <w:tcPr>
            <w:tcW w:type="dxa" w:w="1527"/>
          </w:tcPr>
          <w:p>
            <w:pPr>
              <w:spacing w:after="0"/>
              <w:jc w:val="left"/>
            </w:pPr>
            <w:r>
              <w:rPr>
                <w:sz w:val="16"/>
              </w:rPr>
              <w:t>Emergency</w:t>
            </w:r>
          </w:p>
        </w:tc>
        <w:tc>
          <w:tcPr>
            <w:tcW w:type="dxa" w:w="2309"/>
          </w:tcPr>
          <w:p>
            <w:pPr>
              <w:spacing w:after="0"/>
              <w:jc w:val="left"/>
            </w:pPr>
            <w:r>
              <w:rPr>
                <w:sz w:val="16"/>
              </w:rPr>
              <w:t>TROPICAL STORM FIONA</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r>
              <w:rPr>
                <w:sz w:val="16"/>
              </w:rPr>
              <w:t>new since last plan; within last 5 years</w:t>
            </w:r>
          </w:p>
        </w:tc>
        <w:tc>
          <w:tcPr>
            <w:tcW w:type="dxa" w:w="979"/>
          </w:tcPr>
          <w:p>
            <w:pPr>
              <w:spacing w:after="0"/>
              <w:jc w:val="left"/>
            </w:pPr>
            <w:r>
              <w:rPr>
                <w:sz w:val="16"/>
              </w:rPr>
              <w:t>same incident as DR-4671</w:t>
            </w:r>
          </w:p>
        </w:tc>
      </w:tr>
      <w:tr>
        <w:trPr>
          <w:cantSplit/>
        </w:trPr>
        <w:tc>
          <w:tcPr>
            <w:tcW w:type="dxa" w:w="1136"/>
          </w:tcPr>
          <w:p>
            <w:pPr>
              <w:spacing w:after="0"/>
              <w:jc w:val="left"/>
            </w:pPr>
            <w:r>
              <w:rPr>
                <w:sz w:val="16"/>
              </w:rPr>
              <w:t>2020-08-22</w:t>
            </w:r>
          </w:p>
        </w:tc>
        <w:tc>
          <w:tcPr>
            <w:tcW w:type="dxa" w:w="1136"/>
          </w:tcPr>
          <w:p>
            <w:pPr>
              <w:spacing w:after="0"/>
              <w:jc w:val="left"/>
            </w:pPr>
            <w:r>
              <w:rPr>
                <w:sz w:val="16"/>
              </w:rPr>
              <w:t>2020-08-21</w:t>
            </w:r>
          </w:p>
        </w:tc>
        <w:tc>
          <w:tcPr>
            <w:tcW w:type="dxa" w:w="1136"/>
          </w:tcPr>
          <w:p>
            <w:pPr>
              <w:spacing w:after="0"/>
              <w:jc w:val="left"/>
            </w:pPr>
            <w:r>
              <w:rPr>
                <w:sz w:val="16"/>
              </w:rPr>
              <w:t>EM-3537-PR</w:t>
            </w:r>
          </w:p>
        </w:tc>
        <w:tc>
          <w:tcPr>
            <w:tcW w:type="dxa" w:w="1527"/>
          </w:tcPr>
          <w:p>
            <w:pPr>
              <w:spacing w:after="0"/>
              <w:jc w:val="left"/>
            </w:pPr>
            <w:r>
              <w:rPr>
                <w:sz w:val="16"/>
              </w:rPr>
              <w:t>Emergency</w:t>
            </w:r>
          </w:p>
        </w:tc>
        <w:tc>
          <w:tcPr>
            <w:tcW w:type="dxa" w:w="2309"/>
          </w:tcPr>
          <w:p>
            <w:pPr>
              <w:spacing w:after="0"/>
              <w:jc w:val="left"/>
            </w:pPr>
            <w:r>
              <w:rPr>
                <w:sz w:val="16"/>
              </w:rPr>
              <w:t>TROPICAL STORM LAURA</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r>
              <w:rPr>
                <w:sz w:val="16"/>
              </w:rPr>
              <w:t>during plan review, check whether your last plan included it</w:t>
            </w:r>
          </w:p>
        </w:tc>
        <w:tc>
          <w:tcPr>
            <w:tcW w:type="dxa" w:w="979"/>
          </w:tcPr>
          <w:p>
            <w:pPr>
              <w:spacing w:after="0"/>
              <w:jc w:val="left"/>
            </w:pPr>
          </w:p>
        </w:tc>
      </w:tr>
      <w:tr>
        <w:trPr>
          <w:cantSplit/>
        </w:trPr>
        <w:tc>
          <w:tcPr>
            <w:tcW w:type="dxa" w:w="1136"/>
          </w:tcPr>
          <w:p>
            <w:pPr>
              <w:spacing w:after="0"/>
              <w:jc w:val="left"/>
            </w:pPr>
            <w:r>
              <w:rPr>
                <w:sz w:val="16"/>
              </w:rPr>
              <w:t>2020-07-29</w:t>
            </w:r>
          </w:p>
        </w:tc>
        <w:tc>
          <w:tcPr>
            <w:tcW w:type="dxa" w:w="1136"/>
          </w:tcPr>
          <w:p>
            <w:pPr>
              <w:spacing w:after="0"/>
              <w:jc w:val="left"/>
            </w:pPr>
            <w:r>
              <w:rPr>
                <w:sz w:val="16"/>
              </w:rPr>
              <w:t>2020-07-27</w:t>
            </w:r>
          </w:p>
        </w:tc>
        <w:tc>
          <w:tcPr>
            <w:tcW w:type="dxa" w:w="1136"/>
          </w:tcPr>
          <w:p>
            <w:pPr>
              <w:spacing w:after="0"/>
              <w:jc w:val="left"/>
            </w:pPr>
            <w:r>
              <w:rPr>
                <w:sz w:val="16"/>
              </w:rPr>
              <w:t>EM-3532-PR</w:t>
            </w:r>
          </w:p>
        </w:tc>
        <w:tc>
          <w:tcPr>
            <w:tcW w:type="dxa" w:w="1527"/>
          </w:tcPr>
          <w:p>
            <w:pPr>
              <w:spacing w:after="0"/>
              <w:jc w:val="left"/>
            </w:pPr>
            <w:r>
              <w:rPr>
                <w:sz w:val="16"/>
              </w:rPr>
              <w:t>Emergency</w:t>
            </w:r>
          </w:p>
        </w:tc>
        <w:tc>
          <w:tcPr>
            <w:tcW w:type="dxa" w:w="2309"/>
          </w:tcPr>
          <w:p>
            <w:pPr>
              <w:spacing w:after="0"/>
              <w:jc w:val="left"/>
            </w:pPr>
            <w:r>
              <w:rPr>
                <w:sz w:val="16"/>
              </w:rPr>
              <w:t>POTENTIAL TROPICAL CYCLONE NINE</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r>
              <w:rPr>
                <w:sz w:val="16"/>
              </w:rPr>
              <w:t>during plan review, check whether your last plan included it</w:t>
            </w:r>
          </w:p>
        </w:tc>
        <w:tc>
          <w:tcPr>
            <w:tcW w:type="dxa" w:w="979"/>
          </w:tcPr>
          <w:p>
            <w:pPr>
              <w:spacing w:after="0"/>
              <w:jc w:val="left"/>
            </w:pPr>
          </w:p>
        </w:tc>
      </w:tr>
      <w:tr>
        <w:trPr>
          <w:cantSplit/>
        </w:trPr>
        <w:tc>
          <w:tcPr>
            <w:tcW w:type="dxa" w:w="1136"/>
          </w:tcPr>
          <w:p>
            <w:pPr>
              <w:spacing w:after="0"/>
              <w:jc w:val="left"/>
            </w:pPr>
            <w:r>
              <w:rPr>
                <w:sz w:val="16"/>
              </w:rPr>
              <w:t>2020-03-27</w:t>
            </w:r>
          </w:p>
        </w:tc>
        <w:tc>
          <w:tcPr>
            <w:tcW w:type="dxa" w:w="1136"/>
          </w:tcPr>
          <w:p>
            <w:pPr>
              <w:spacing w:after="0"/>
              <w:jc w:val="left"/>
            </w:pPr>
            <w:r>
              <w:rPr>
                <w:sz w:val="16"/>
              </w:rPr>
              <w:t>2020-01-20</w:t>
            </w:r>
          </w:p>
        </w:tc>
        <w:tc>
          <w:tcPr>
            <w:tcW w:type="dxa" w:w="1136"/>
          </w:tcPr>
          <w:p>
            <w:pPr>
              <w:spacing w:after="0"/>
              <w:jc w:val="left"/>
            </w:pPr>
            <w:r>
              <w:rPr>
                <w:sz w:val="16"/>
              </w:rPr>
              <w:t>DR-4493-PR</w:t>
            </w:r>
          </w:p>
        </w:tc>
        <w:tc>
          <w:tcPr>
            <w:tcW w:type="dxa" w:w="1527"/>
          </w:tcPr>
          <w:p>
            <w:pPr>
              <w:spacing w:after="0"/>
              <w:jc w:val="left"/>
            </w:pPr>
            <w:r>
              <w:rPr>
                <w:sz w:val="16"/>
              </w:rPr>
              <w:t>Major disaster</w:t>
            </w:r>
          </w:p>
        </w:tc>
        <w:tc>
          <w:tcPr>
            <w:tcW w:type="dxa" w:w="2309"/>
          </w:tcPr>
          <w:p>
            <w:pPr>
              <w:spacing w:after="0"/>
              <w:jc w:val="left"/>
            </w:pPr>
            <w:r>
              <w:rPr>
                <w:sz w:val="16"/>
              </w:rPr>
              <w:t>COVID-19 PANDEMIC</w:t>
            </w:r>
          </w:p>
        </w:tc>
        <w:tc>
          <w:tcPr>
            <w:tcW w:type="dxa" w:w="2113"/>
          </w:tcPr>
          <w:p>
            <w:pPr>
              <w:spacing w:after="0"/>
              <w:jc w:val="left"/>
            </w:pPr>
            <w:r>
              <w:rPr>
                <w:sz w:val="16"/>
              </w:rPr>
              <w:t>Non-natural, not counted</w:t>
            </w:r>
          </w:p>
        </w:tc>
        <w:tc>
          <w:tcPr>
            <w:tcW w:type="dxa" w:w="1566"/>
          </w:tcPr>
          <w:p>
            <w:pPr>
              <w:spacing w:after="0"/>
              <w:jc w:val="right"/>
            </w:pPr>
            <w:r>
              <w:rPr>
                <w:sz w:val="16"/>
              </w:rPr>
              <w:t>$91,896.83</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2020-03-13</w:t>
            </w:r>
          </w:p>
        </w:tc>
        <w:tc>
          <w:tcPr>
            <w:tcW w:type="dxa" w:w="1136"/>
          </w:tcPr>
          <w:p>
            <w:pPr>
              <w:spacing w:after="0"/>
              <w:jc w:val="left"/>
            </w:pPr>
            <w:r>
              <w:rPr>
                <w:sz w:val="16"/>
              </w:rPr>
              <w:t>2020-01-20</w:t>
            </w:r>
          </w:p>
        </w:tc>
        <w:tc>
          <w:tcPr>
            <w:tcW w:type="dxa" w:w="1136"/>
          </w:tcPr>
          <w:p>
            <w:pPr>
              <w:spacing w:after="0"/>
              <w:jc w:val="left"/>
            </w:pPr>
            <w:r>
              <w:rPr>
                <w:sz w:val="16"/>
              </w:rPr>
              <w:t>EM-3452-PR</w:t>
            </w:r>
          </w:p>
        </w:tc>
        <w:tc>
          <w:tcPr>
            <w:tcW w:type="dxa" w:w="1527"/>
          </w:tcPr>
          <w:p>
            <w:pPr>
              <w:spacing w:after="0"/>
              <w:jc w:val="left"/>
            </w:pPr>
            <w:r>
              <w:rPr>
                <w:sz w:val="16"/>
              </w:rPr>
              <w:t>Emergency</w:t>
            </w:r>
          </w:p>
        </w:tc>
        <w:tc>
          <w:tcPr>
            <w:tcW w:type="dxa" w:w="2309"/>
          </w:tcPr>
          <w:p>
            <w:pPr>
              <w:spacing w:after="0"/>
              <w:jc w:val="left"/>
            </w:pPr>
            <w:r>
              <w:rPr>
                <w:sz w:val="16"/>
              </w:rPr>
              <w:t>COVID-19</w:t>
            </w:r>
          </w:p>
        </w:tc>
        <w:tc>
          <w:tcPr>
            <w:tcW w:type="dxa" w:w="2113"/>
          </w:tcPr>
          <w:p>
            <w:pPr>
              <w:spacing w:after="0"/>
              <w:jc w:val="left"/>
            </w:pPr>
            <w:r>
              <w:rPr>
                <w:sz w:val="16"/>
              </w:rPr>
              <w:t>Non-natural, not counted</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r>
              <w:rPr>
                <w:sz w:val="16"/>
              </w:rPr>
              <w:t>same incident as DR-4493</w:t>
            </w:r>
          </w:p>
        </w:tc>
      </w:tr>
      <w:tr>
        <w:trPr>
          <w:cantSplit/>
        </w:trPr>
        <w:tc>
          <w:tcPr>
            <w:tcW w:type="dxa" w:w="1136"/>
          </w:tcPr>
          <w:p>
            <w:pPr>
              <w:spacing w:after="0"/>
              <w:jc w:val="left"/>
            </w:pPr>
            <w:r>
              <w:rPr>
                <w:sz w:val="16"/>
              </w:rPr>
              <w:t>2020-01-07</w:t>
            </w:r>
          </w:p>
        </w:tc>
        <w:tc>
          <w:tcPr>
            <w:tcW w:type="dxa" w:w="1136"/>
          </w:tcPr>
          <w:p>
            <w:pPr>
              <w:spacing w:after="0"/>
              <w:jc w:val="left"/>
            </w:pPr>
            <w:r>
              <w:rPr>
                <w:sz w:val="16"/>
              </w:rPr>
              <w:t>2019-12-28</w:t>
            </w:r>
          </w:p>
        </w:tc>
        <w:tc>
          <w:tcPr>
            <w:tcW w:type="dxa" w:w="1136"/>
          </w:tcPr>
          <w:p>
            <w:pPr>
              <w:spacing w:after="0"/>
              <w:jc w:val="left"/>
            </w:pPr>
            <w:r>
              <w:rPr>
                <w:sz w:val="16"/>
              </w:rPr>
              <w:t>EM-3426-PR</w:t>
            </w:r>
          </w:p>
        </w:tc>
        <w:tc>
          <w:tcPr>
            <w:tcW w:type="dxa" w:w="1527"/>
          </w:tcPr>
          <w:p>
            <w:pPr>
              <w:spacing w:after="0"/>
              <w:jc w:val="left"/>
            </w:pPr>
            <w:r>
              <w:rPr>
                <w:sz w:val="16"/>
              </w:rPr>
              <w:t>Emergency</w:t>
            </w:r>
          </w:p>
        </w:tc>
        <w:tc>
          <w:tcPr>
            <w:tcW w:type="dxa" w:w="2309"/>
          </w:tcPr>
          <w:p>
            <w:pPr>
              <w:spacing w:after="0"/>
              <w:jc w:val="left"/>
            </w:pPr>
            <w:r>
              <w:rPr>
                <w:sz w:val="16"/>
              </w:rPr>
              <w:t>EARTHQUAKES</w:t>
            </w:r>
          </w:p>
        </w:tc>
        <w:tc>
          <w:tcPr>
            <w:tcW w:type="dxa" w:w="2113"/>
          </w:tcPr>
          <w:p>
            <w:pPr>
              <w:spacing w:after="0"/>
              <w:jc w:val="left"/>
            </w:pPr>
            <w:r>
              <w:rPr>
                <w:sz w:val="16"/>
              </w:rPr>
              <w:t>Earthquake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2019-08-27</w:t>
            </w:r>
          </w:p>
        </w:tc>
        <w:tc>
          <w:tcPr>
            <w:tcW w:type="dxa" w:w="1136"/>
          </w:tcPr>
          <w:p>
            <w:pPr>
              <w:spacing w:after="0"/>
              <w:jc w:val="left"/>
            </w:pPr>
            <w:r>
              <w:rPr>
                <w:sz w:val="16"/>
              </w:rPr>
              <w:t>2019-08-26</w:t>
            </w:r>
          </w:p>
        </w:tc>
        <w:tc>
          <w:tcPr>
            <w:tcW w:type="dxa" w:w="1136"/>
          </w:tcPr>
          <w:p>
            <w:pPr>
              <w:spacing w:after="0"/>
              <w:jc w:val="left"/>
            </w:pPr>
            <w:r>
              <w:rPr>
                <w:sz w:val="16"/>
              </w:rPr>
              <w:t>EM-3417-PR</w:t>
            </w:r>
          </w:p>
        </w:tc>
        <w:tc>
          <w:tcPr>
            <w:tcW w:type="dxa" w:w="1527"/>
          </w:tcPr>
          <w:p>
            <w:pPr>
              <w:spacing w:after="0"/>
              <w:jc w:val="left"/>
            </w:pPr>
            <w:r>
              <w:rPr>
                <w:sz w:val="16"/>
              </w:rPr>
              <w:t>Emergency</w:t>
            </w:r>
          </w:p>
        </w:tc>
        <w:tc>
          <w:tcPr>
            <w:tcW w:type="dxa" w:w="2309"/>
          </w:tcPr>
          <w:p>
            <w:pPr>
              <w:spacing w:after="0"/>
              <w:jc w:val="left"/>
            </w:pPr>
            <w:r>
              <w:rPr>
                <w:sz w:val="16"/>
              </w:rPr>
              <w:t>TROPICAL STORM DORIAN</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2017-09-20</w:t>
            </w:r>
          </w:p>
        </w:tc>
        <w:tc>
          <w:tcPr>
            <w:tcW w:type="dxa" w:w="1136"/>
          </w:tcPr>
          <w:p>
            <w:pPr>
              <w:spacing w:after="0"/>
              <w:jc w:val="left"/>
            </w:pPr>
            <w:r>
              <w:rPr>
                <w:sz w:val="16"/>
              </w:rPr>
              <w:t>2017-09-17</w:t>
            </w:r>
          </w:p>
        </w:tc>
        <w:tc>
          <w:tcPr>
            <w:tcW w:type="dxa" w:w="1136"/>
          </w:tcPr>
          <w:p>
            <w:pPr>
              <w:spacing w:after="0"/>
              <w:jc w:val="left"/>
            </w:pPr>
            <w:r>
              <w:rPr>
                <w:sz w:val="16"/>
              </w:rPr>
              <w:t>DR-4339-PR</w:t>
            </w:r>
          </w:p>
        </w:tc>
        <w:tc>
          <w:tcPr>
            <w:tcW w:type="dxa" w:w="1527"/>
          </w:tcPr>
          <w:p>
            <w:pPr>
              <w:spacing w:after="0"/>
              <w:jc w:val="left"/>
            </w:pPr>
            <w:r>
              <w:rPr>
                <w:sz w:val="16"/>
              </w:rPr>
              <w:t>Major disaster</w:t>
            </w:r>
          </w:p>
        </w:tc>
        <w:tc>
          <w:tcPr>
            <w:tcW w:type="dxa" w:w="2309"/>
          </w:tcPr>
          <w:p>
            <w:pPr>
              <w:spacing w:after="0"/>
              <w:jc w:val="left"/>
            </w:pPr>
            <w:r>
              <w:rPr>
                <w:sz w:val="16"/>
              </w:rPr>
              <w:t>HURRICANE MARIA</w:t>
            </w:r>
          </w:p>
        </w:tc>
        <w:tc>
          <w:tcPr>
            <w:tcW w:type="dxa" w:w="2113"/>
          </w:tcPr>
          <w:p>
            <w:pPr>
              <w:spacing w:after="0"/>
              <w:jc w:val="left"/>
            </w:pPr>
            <w:r>
              <w:rPr>
                <w:sz w:val="16"/>
              </w:rPr>
              <w:t>Hurricane</w:t>
            </w:r>
          </w:p>
        </w:tc>
        <w:tc>
          <w:tcPr>
            <w:tcW w:type="dxa" w:w="1566"/>
          </w:tcPr>
          <w:p>
            <w:pPr>
              <w:spacing w:after="0"/>
              <w:jc w:val="right"/>
            </w:pPr>
            <w:r>
              <w:rPr>
                <w:sz w:val="16"/>
              </w:rPr>
              <w:t>$4,894,534.05</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2017-09-18</w:t>
            </w:r>
          </w:p>
        </w:tc>
        <w:tc>
          <w:tcPr>
            <w:tcW w:type="dxa" w:w="1136"/>
          </w:tcPr>
          <w:p>
            <w:pPr>
              <w:spacing w:after="0"/>
              <w:jc w:val="left"/>
            </w:pPr>
            <w:r>
              <w:rPr>
                <w:sz w:val="16"/>
              </w:rPr>
              <w:t>2017-09-17</w:t>
            </w:r>
          </w:p>
        </w:tc>
        <w:tc>
          <w:tcPr>
            <w:tcW w:type="dxa" w:w="1136"/>
          </w:tcPr>
          <w:p>
            <w:pPr>
              <w:spacing w:after="0"/>
              <w:jc w:val="left"/>
            </w:pPr>
            <w:r>
              <w:rPr>
                <w:sz w:val="16"/>
              </w:rPr>
              <w:t>EM-3391-PR</w:t>
            </w:r>
          </w:p>
        </w:tc>
        <w:tc>
          <w:tcPr>
            <w:tcW w:type="dxa" w:w="1527"/>
          </w:tcPr>
          <w:p>
            <w:pPr>
              <w:spacing w:after="0"/>
              <w:jc w:val="left"/>
            </w:pPr>
            <w:r>
              <w:rPr>
                <w:sz w:val="16"/>
              </w:rPr>
              <w:t>Emergency</w:t>
            </w:r>
          </w:p>
        </w:tc>
        <w:tc>
          <w:tcPr>
            <w:tcW w:type="dxa" w:w="2309"/>
          </w:tcPr>
          <w:p>
            <w:pPr>
              <w:spacing w:after="0"/>
              <w:jc w:val="left"/>
            </w:pPr>
            <w:r>
              <w:rPr>
                <w:sz w:val="16"/>
              </w:rPr>
              <w:t>HURRICANE MARIA</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r>
              <w:rPr>
                <w:sz w:val="16"/>
              </w:rPr>
              <w:t>same incident as DR-4339</w:t>
            </w:r>
          </w:p>
        </w:tc>
      </w:tr>
      <w:tr>
        <w:trPr>
          <w:cantSplit/>
        </w:trPr>
        <w:tc>
          <w:tcPr>
            <w:tcW w:type="dxa" w:w="1136"/>
          </w:tcPr>
          <w:p>
            <w:pPr>
              <w:spacing w:after="0"/>
              <w:jc w:val="left"/>
            </w:pPr>
            <w:r>
              <w:rPr>
                <w:sz w:val="16"/>
              </w:rPr>
              <w:t>2011-08-22</w:t>
            </w:r>
          </w:p>
        </w:tc>
        <w:tc>
          <w:tcPr>
            <w:tcW w:type="dxa" w:w="1136"/>
          </w:tcPr>
          <w:p>
            <w:pPr>
              <w:spacing w:after="0"/>
              <w:jc w:val="left"/>
            </w:pPr>
            <w:r>
              <w:rPr>
                <w:sz w:val="16"/>
              </w:rPr>
              <w:t>2011-08-21</w:t>
            </w:r>
          </w:p>
        </w:tc>
        <w:tc>
          <w:tcPr>
            <w:tcW w:type="dxa" w:w="1136"/>
          </w:tcPr>
          <w:p>
            <w:pPr>
              <w:spacing w:after="0"/>
              <w:jc w:val="left"/>
            </w:pPr>
            <w:r>
              <w:rPr>
                <w:sz w:val="16"/>
              </w:rPr>
              <w:t>EM-3326-PR</w:t>
            </w:r>
          </w:p>
        </w:tc>
        <w:tc>
          <w:tcPr>
            <w:tcW w:type="dxa" w:w="1527"/>
          </w:tcPr>
          <w:p>
            <w:pPr>
              <w:spacing w:after="0"/>
              <w:jc w:val="left"/>
            </w:pPr>
            <w:r>
              <w:rPr>
                <w:sz w:val="16"/>
              </w:rPr>
              <w:t>Emergency</w:t>
            </w:r>
          </w:p>
        </w:tc>
        <w:tc>
          <w:tcPr>
            <w:tcW w:type="dxa" w:w="2309"/>
          </w:tcPr>
          <w:p>
            <w:pPr>
              <w:spacing w:after="0"/>
              <w:jc w:val="left"/>
            </w:pPr>
            <w:r>
              <w:rPr>
                <w:sz w:val="16"/>
              </w:rPr>
              <w:t>HURRICANE IRENE</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2004-09-17</w:t>
            </w:r>
          </w:p>
        </w:tc>
        <w:tc>
          <w:tcPr>
            <w:tcW w:type="dxa" w:w="1136"/>
          </w:tcPr>
          <w:p>
            <w:pPr>
              <w:spacing w:after="0"/>
              <w:jc w:val="left"/>
            </w:pPr>
            <w:r>
              <w:rPr>
                <w:sz w:val="16"/>
              </w:rPr>
              <w:t>2004-09-14</w:t>
            </w:r>
          </w:p>
        </w:tc>
        <w:tc>
          <w:tcPr>
            <w:tcW w:type="dxa" w:w="1136"/>
          </w:tcPr>
          <w:p>
            <w:pPr>
              <w:spacing w:after="0"/>
              <w:jc w:val="left"/>
            </w:pPr>
            <w:r>
              <w:rPr>
                <w:sz w:val="16"/>
              </w:rPr>
              <w:t>DR-1552-PR</w:t>
            </w:r>
          </w:p>
        </w:tc>
        <w:tc>
          <w:tcPr>
            <w:tcW w:type="dxa" w:w="1527"/>
          </w:tcPr>
          <w:p>
            <w:pPr>
              <w:spacing w:after="0"/>
              <w:jc w:val="left"/>
            </w:pPr>
            <w:r>
              <w:rPr>
                <w:sz w:val="16"/>
              </w:rPr>
              <w:t>Major disaster</w:t>
            </w:r>
          </w:p>
        </w:tc>
        <w:tc>
          <w:tcPr>
            <w:tcW w:type="dxa" w:w="2309"/>
          </w:tcPr>
          <w:p>
            <w:pPr>
              <w:spacing w:after="0"/>
              <w:jc w:val="left"/>
            </w:pPr>
            <w:r>
              <w:rPr>
                <w:sz w:val="16"/>
              </w:rPr>
              <w:t>TROPICAL STORM JEANNE AND RESULTING LANDSLIDES AND MUDSLIDES</w:t>
            </w:r>
          </w:p>
        </w:tc>
        <w:tc>
          <w:tcPr>
            <w:tcW w:type="dxa" w:w="2113"/>
          </w:tcPr>
          <w:p>
            <w:pPr>
              <w:spacing w:after="0"/>
              <w:jc w:val="left"/>
            </w:pPr>
            <w:r>
              <w:rPr>
                <w:sz w:val="16"/>
              </w:rPr>
              <w:t>Hurricane; Landslide</w:t>
            </w:r>
          </w:p>
        </w:tc>
        <w:tc>
          <w:tcPr>
            <w:tcW w:type="dxa" w:w="1566"/>
          </w:tcPr>
          <w:p>
            <w:pPr>
              <w:spacing w:after="0"/>
              <w:jc w:val="right"/>
            </w:pPr>
            <w:r>
              <w:rPr>
                <w:sz w:val="16"/>
              </w:rPr>
              <w:t>$5,686.23</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1999-11-17</w:t>
            </w:r>
          </w:p>
        </w:tc>
        <w:tc>
          <w:tcPr>
            <w:tcW w:type="dxa" w:w="1136"/>
          </w:tcPr>
          <w:p>
            <w:pPr>
              <w:spacing w:after="0"/>
              <w:jc w:val="left"/>
            </w:pPr>
            <w:r>
              <w:rPr>
                <w:sz w:val="16"/>
              </w:rPr>
              <w:t>1999-11-17</w:t>
            </w:r>
          </w:p>
        </w:tc>
        <w:tc>
          <w:tcPr>
            <w:tcW w:type="dxa" w:w="1136"/>
          </w:tcPr>
          <w:p>
            <w:pPr>
              <w:spacing w:after="0"/>
              <w:jc w:val="left"/>
            </w:pPr>
            <w:r>
              <w:rPr>
                <w:sz w:val="16"/>
              </w:rPr>
              <w:t>EM-3151-PR</w:t>
            </w:r>
          </w:p>
        </w:tc>
        <w:tc>
          <w:tcPr>
            <w:tcW w:type="dxa" w:w="1527"/>
          </w:tcPr>
          <w:p>
            <w:pPr>
              <w:spacing w:after="0"/>
              <w:jc w:val="left"/>
            </w:pPr>
            <w:r>
              <w:rPr>
                <w:sz w:val="16"/>
              </w:rPr>
              <w:t>Emergency</w:t>
            </w:r>
          </w:p>
        </w:tc>
        <w:tc>
          <w:tcPr>
            <w:tcW w:type="dxa" w:w="2309"/>
          </w:tcPr>
          <w:p>
            <w:pPr>
              <w:spacing w:after="0"/>
              <w:jc w:val="left"/>
            </w:pPr>
            <w:r>
              <w:rPr>
                <w:sz w:val="16"/>
              </w:rPr>
              <w:t>HURRICANE LENNY</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1998-09-24</w:t>
            </w:r>
          </w:p>
        </w:tc>
        <w:tc>
          <w:tcPr>
            <w:tcW w:type="dxa" w:w="1136"/>
          </w:tcPr>
          <w:p>
            <w:pPr>
              <w:spacing w:after="0"/>
              <w:jc w:val="left"/>
            </w:pPr>
            <w:r>
              <w:rPr>
                <w:sz w:val="16"/>
              </w:rPr>
              <w:t>1998-09-20</w:t>
            </w:r>
          </w:p>
        </w:tc>
        <w:tc>
          <w:tcPr>
            <w:tcW w:type="dxa" w:w="1136"/>
          </w:tcPr>
          <w:p>
            <w:pPr>
              <w:spacing w:after="0"/>
              <w:jc w:val="left"/>
            </w:pPr>
            <w:r>
              <w:rPr>
                <w:sz w:val="16"/>
              </w:rPr>
              <w:t>DR-1247-PR</w:t>
            </w:r>
          </w:p>
        </w:tc>
        <w:tc>
          <w:tcPr>
            <w:tcW w:type="dxa" w:w="1527"/>
          </w:tcPr>
          <w:p>
            <w:pPr>
              <w:spacing w:after="0"/>
              <w:jc w:val="left"/>
            </w:pPr>
            <w:r>
              <w:rPr>
                <w:sz w:val="16"/>
              </w:rPr>
              <w:t>Major disaster</w:t>
            </w:r>
          </w:p>
        </w:tc>
        <w:tc>
          <w:tcPr>
            <w:tcW w:type="dxa" w:w="2309"/>
          </w:tcPr>
          <w:p>
            <w:pPr>
              <w:spacing w:after="0"/>
              <w:jc w:val="left"/>
            </w:pPr>
            <w:r>
              <w:rPr>
                <w:sz w:val="16"/>
              </w:rPr>
              <w:t>HURRICANE GEORGES - 18 SEP 98</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1996-09-11</w:t>
            </w:r>
          </w:p>
        </w:tc>
        <w:tc>
          <w:tcPr>
            <w:tcW w:type="dxa" w:w="1136"/>
          </w:tcPr>
          <w:p>
            <w:pPr>
              <w:spacing w:after="0"/>
              <w:jc w:val="left"/>
            </w:pPr>
            <w:r>
              <w:rPr>
                <w:sz w:val="16"/>
              </w:rPr>
              <w:t>1996-09-09</w:t>
            </w:r>
          </w:p>
        </w:tc>
        <w:tc>
          <w:tcPr>
            <w:tcW w:type="dxa" w:w="1136"/>
          </w:tcPr>
          <w:p>
            <w:pPr>
              <w:spacing w:after="0"/>
              <w:jc w:val="left"/>
            </w:pPr>
            <w:r>
              <w:rPr>
                <w:sz w:val="16"/>
              </w:rPr>
              <w:t>DR-1136-PR</w:t>
            </w:r>
          </w:p>
        </w:tc>
        <w:tc>
          <w:tcPr>
            <w:tcW w:type="dxa" w:w="1527"/>
          </w:tcPr>
          <w:p>
            <w:pPr>
              <w:spacing w:after="0"/>
              <w:jc w:val="left"/>
            </w:pPr>
            <w:r>
              <w:rPr>
                <w:sz w:val="16"/>
              </w:rPr>
              <w:t>Major disaster</w:t>
            </w:r>
          </w:p>
        </w:tc>
        <w:tc>
          <w:tcPr>
            <w:tcW w:type="dxa" w:w="2309"/>
          </w:tcPr>
          <w:p>
            <w:pPr>
              <w:spacing w:after="0"/>
              <w:jc w:val="left"/>
            </w:pPr>
            <w:r>
              <w:rPr>
                <w:sz w:val="16"/>
              </w:rPr>
              <w:t>HURRICANE HORTENSE</w:t>
            </w:r>
          </w:p>
        </w:tc>
        <w:tc>
          <w:tcPr>
            <w:tcW w:type="dxa" w:w="2113"/>
          </w:tcPr>
          <w:p>
            <w:pPr>
              <w:spacing w:after="0"/>
              <w:jc w:val="left"/>
            </w:pPr>
            <w:r>
              <w:rPr>
                <w:sz w:val="16"/>
              </w:rPr>
              <w:t>Hurricane</w:t>
            </w:r>
          </w:p>
        </w:tc>
        <w:tc>
          <w:tcPr>
            <w:tcW w:type="dxa" w:w="1566"/>
          </w:tcPr>
          <w:p>
            <w:pPr>
              <w:spacing w:after="0"/>
              <w:jc w:val="right"/>
            </w:pPr>
            <w:r>
              <w:rPr>
                <w:sz w:val="16"/>
              </w:rPr>
              <w:t>PA not declared for this county</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1989-09-21</w:t>
            </w:r>
          </w:p>
        </w:tc>
        <w:tc>
          <w:tcPr>
            <w:tcW w:type="dxa" w:w="1136"/>
          </w:tcPr>
          <w:p>
            <w:pPr>
              <w:spacing w:after="0"/>
              <w:jc w:val="left"/>
            </w:pPr>
            <w:r>
              <w:rPr>
                <w:sz w:val="16"/>
              </w:rPr>
              <w:t>1989-09-17</w:t>
            </w:r>
          </w:p>
        </w:tc>
        <w:tc>
          <w:tcPr>
            <w:tcW w:type="dxa" w:w="1136"/>
          </w:tcPr>
          <w:p>
            <w:pPr>
              <w:spacing w:after="0"/>
              <w:jc w:val="left"/>
            </w:pPr>
            <w:r>
              <w:rPr>
                <w:sz w:val="16"/>
              </w:rPr>
              <w:t>DR-842-PR</w:t>
            </w:r>
          </w:p>
        </w:tc>
        <w:tc>
          <w:tcPr>
            <w:tcW w:type="dxa" w:w="1527"/>
          </w:tcPr>
          <w:p>
            <w:pPr>
              <w:spacing w:after="0"/>
              <w:jc w:val="left"/>
            </w:pPr>
            <w:r>
              <w:rPr>
                <w:sz w:val="16"/>
              </w:rPr>
              <w:t>Major disaster</w:t>
            </w:r>
          </w:p>
        </w:tc>
        <w:tc>
          <w:tcPr>
            <w:tcW w:type="dxa" w:w="2309"/>
          </w:tcPr>
          <w:p>
            <w:pPr>
              <w:spacing w:after="0"/>
              <w:jc w:val="left"/>
            </w:pPr>
            <w:r>
              <w:rPr>
                <w:sz w:val="16"/>
              </w:rPr>
              <w:t>HURRICANE HUGO</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1986-07-10</w:t>
            </w:r>
          </w:p>
        </w:tc>
        <w:tc>
          <w:tcPr>
            <w:tcW w:type="dxa" w:w="1136"/>
          </w:tcPr>
          <w:p>
            <w:pPr>
              <w:spacing w:after="0"/>
              <w:jc w:val="left"/>
            </w:pPr>
            <w:r>
              <w:rPr>
                <w:sz w:val="16"/>
              </w:rPr>
              <w:t>1986-04-25</w:t>
            </w:r>
          </w:p>
        </w:tc>
        <w:tc>
          <w:tcPr>
            <w:tcW w:type="dxa" w:w="1136"/>
          </w:tcPr>
          <w:p>
            <w:pPr>
              <w:spacing w:after="0"/>
              <w:jc w:val="left"/>
            </w:pPr>
            <w:r>
              <w:rPr>
                <w:sz w:val="16"/>
              </w:rPr>
              <w:t>DR-768-PR</w:t>
            </w:r>
          </w:p>
        </w:tc>
        <w:tc>
          <w:tcPr>
            <w:tcW w:type="dxa" w:w="1527"/>
          </w:tcPr>
          <w:p>
            <w:pPr>
              <w:spacing w:after="0"/>
              <w:jc w:val="left"/>
            </w:pPr>
            <w:r>
              <w:rPr>
                <w:sz w:val="16"/>
              </w:rPr>
              <w:t>Major disaster</w:t>
            </w:r>
          </w:p>
        </w:tc>
        <w:tc>
          <w:tcPr>
            <w:tcW w:type="dxa" w:w="2309"/>
          </w:tcPr>
          <w:p>
            <w:pPr>
              <w:spacing w:after="0"/>
              <w:jc w:val="left"/>
            </w:pPr>
            <w:r>
              <w:rPr>
                <w:sz w:val="16"/>
              </w:rPr>
              <w:t>HEAVY RAINS, FLOODING &amp; MUDSLIDES</w:t>
            </w:r>
          </w:p>
        </w:tc>
        <w:tc>
          <w:tcPr>
            <w:tcW w:type="dxa" w:w="2113"/>
          </w:tcPr>
          <w:p>
            <w:pPr>
              <w:spacing w:after="0"/>
              <w:jc w:val="left"/>
            </w:pPr>
            <w:r>
              <w:rPr>
                <w:sz w:val="16"/>
              </w:rPr>
              <w:t>Inland Flooding (primary); also designated: Landslide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1979-09-02</w:t>
            </w:r>
          </w:p>
        </w:tc>
        <w:tc>
          <w:tcPr>
            <w:tcW w:type="dxa" w:w="1136"/>
          </w:tcPr>
          <w:p>
            <w:pPr>
              <w:spacing w:after="0"/>
              <w:jc w:val="left"/>
            </w:pPr>
            <w:r>
              <w:rPr>
                <w:sz w:val="16"/>
              </w:rPr>
              <w:t>1979-09-02</w:t>
            </w:r>
          </w:p>
        </w:tc>
        <w:tc>
          <w:tcPr>
            <w:tcW w:type="dxa" w:w="1136"/>
          </w:tcPr>
          <w:p>
            <w:pPr>
              <w:spacing w:after="0"/>
              <w:jc w:val="left"/>
            </w:pPr>
            <w:r>
              <w:rPr>
                <w:sz w:val="16"/>
              </w:rPr>
              <w:t>DR-597-PR</w:t>
            </w:r>
          </w:p>
        </w:tc>
        <w:tc>
          <w:tcPr>
            <w:tcW w:type="dxa" w:w="1527"/>
          </w:tcPr>
          <w:p>
            <w:pPr>
              <w:spacing w:after="0"/>
              <w:jc w:val="left"/>
            </w:pPr>
            <w:r>
              <w:rPr>
                <w:sz w:val="16"/>
              </w:rPr>
              <w:t>Major disaster</w:t>
            </w:r>
          </w:p>
        </w:tc>
        <w:tc>
          <w:tcPr>
            <w:tcW w:type="dxa" w:w="2309"/>
          </w:tcPr>
          <w:p>
            <w:pPr>
              <w:spacing w:after="0"/>
              <w:jc w:val="left"/>
            </w:pPr>
            <w:r>
              <w:rPr>
                <w:sz w:val="16"/>
              </w:rPr>
              <w:t>HURRICANE DAVID</w:t>
            </w:r>
          </w:p>
        </w:tc>
        <w:tc>
          <w:tcPr>
            <w:tcW w:type="dxa" w:w="2113"/>
          </w:tcPr>
          <w:p>
            <w:pPr>
              <w:spacing w:after="0"/>
              <w:jc w:val="left"/>
            </w:pPr>
            <w:r>
              <w:rPr>
                <w:sz w:val="16"/>
              </w:rPr>
              <w:t>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1975-09-19</w:t>
            </w:r>
          </w:p>
        </w:tc>
        <w:tc>
          <w:tcPr>
            <w:tcW w:type="dxa" w:w="1136"/>
          </w:tcPr>
          <w:p>
            <w:pPr>
              <w:spacing w:after="0"/>
              <w:jc w:val="left"/>
            </w:pPr>
            <w:r>
              <w:rPr>
                <w:sz w:val="16"/>
              </w:rPr>
              <w:t>1975-09-19</w:t>
            </w:r>
          </w:p>
        </w:tc>
        <w:tc>
          <w:tcPr>
            <w:tcW w:type="dxa" w:w="1136"/>
          </w:tcPr>
          <w:p>
            <w:pPr>
              <w:spacing w:after="0"/>
              <w:jc w:val="left"/>
            </w:pPr>
            <w:r>
              <w:rPr>
                <w:sz w:val="16"/>
              </w:rPr>
              <w:t>DR-483-PR</w:t>
            </w:r>
          </w:p>
        </w:tc>
        <w:tc>
          <w:tcPr>
            <w:tcW w:type="dxa" w:w="1527"/>
          </w:tcPr>
          <w:p>
            <w:pPr>
              <w:spacing w:after="0"/>
              <w:jc w:val="left"/>
            </w:pPr>
            <w:r>
              <w:rPr>
                <w:sz w:val="16"/>
              </w:rPr>
              <w:t>Major disaster</w:t>
            </w:r>
          </w:p>
        </w:tc>
        <w:tc>
          <w:tcPr>
            <w:tcW w:type="dxa" w:w="2309"/>
          </w:tcPr>
          <w:p>
            <w:pPr>
              <w:spacing w:after="0"/>
              <w:jc w:val="left"/>
            </w:pPr>
            <w:r>
              <w:rPr>
                <w:sz w:val="16"/>
              </w:rPr>
              <w:t>TROPICAL STORM ELIOISE</w:t>
            </w:r>
          </w:p>
        </w:tc>
        <w:tc>
          <w:tcPr>
            <w:tcW w:type="dxa" w:w="2113"/>
          </w:tcPr>
          <w:p>
            <w:pPr>
              <w:spacing w:after="0"/>
              <w:jc w:val="left"/>
            </w:pPr>
            <w:r>
              <w:rPr>
                <w:sz w:val="16"/>
              </w:rPr>
              <w:t>Inland Flooding (primary); also designated: Hurricane</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r>
        <w:trPr>
          <w:cantSplit/>
        </w:trPr>
        <w:tc>
          <w:tcPr>
            <w:tcW w:type="dxa" w:w="1136"/>
          </w:tcPr>
          <w:p>
            <w:pPr>
              <w:spacing w:after="0"/>
              <w:jc w:val="left"/>
            </w:pPr>
            <w:r>
              <w:rPr>
                <w:sz w:val="16"/>
              </w:rPr>
              <w:t>1974-11-30</w:t>
            </w:r>
          </w:p>
        </w:tc>
        <w:tc>
          <w:tcPr>
            <w:tcW w:type="dxa" w:w="1136"/>
          </w:tcPr>
          <w:p>
            <w:pPr>
              <w:spacing w:after="0"/>
              <w:jc w:val="left"/>
            </w:pPr>
            <w:r>
              <w:rPr>
                <w:sz w:val="16"/>
              </w:rPr>
              <w:t>1974-11-30</w:t>
            </w:r>
          </w:p>
        </w:tc>
        <w:tc>
          <w:tcPr>
            <w:tcW w:type="dxa" w:w="1136"/>
          </w:tcPr>
          <w:p>
            <w:pPr>
              <w:spacing w:after="0"/>
              <w:jc w:val="left"/>
            </w:pPr>
            <w:r>
              <w:rPr>
                <w:sz w:val="16"/>
              </w:rPr>
              <w:t>DR-455-PR</w:t>
            </w:r>
          </w:p>
        </w:tc>
        <w:tc>
          <w:tcPr>
            <w:tcW w:type="dxa" w:w="1527"/>
          </w:tcPr>
          <w:p>
            <w:pPr>
              <w:spacing w:after="0"/>
              <w:jc w:val="left"/>
            </w:pPr>
            <w:r>
              <w:rPr>
                <w:sz w:val="16"/>
              </w:rPr>
              <w:t>Major disaster</w:t>
            </w:r>
          </w:p>
        </w:tc>
        <w:tc>
          <w:tcPr>
            <w:tcW w:type="dxa" w:w="2309"/>
          </w:tcPr>
          <w:p>
            <w:pPr>
              <w:spacing w:after="0"/>
              <w:jc w:val="left"/>
            </w:pPr>
            <w:r>
              <w:rPr>
                <w:sz w:val="16"/>
              </w:rPr>
              <w:t>FLOODING</w:t>
            </w:r>
          </w:p>
        </w:tc>
        <w:tc>
          <w:tcPr>
            <w:tcW w:type="dxa" w:w="2113"/>
          </w:tcPr>
          <w:p>
            <w:pPr>
              <w:spacing w:after="0"/>
              <w:jc w:val="left"/>
            </w:pPr>
            <w:r>
              <w:rPr>
                <w:sz w:val="16"/>
              </w:rPr>
              <w:t>Inland Flooding</w:t>
            </w:r>
          </w:p>
        </w:tc>
        <w:tc>
          <w:tcPr>
            <w:tcW w:type="dxa" w:w="1566"/>
          </w:tcPr>
          <w:p>
            <w:pPr>
              <w:spacing w:after="0"/>
              <w:jc w:val="right"/>
            </w:pPr>
            <w:r>
              <w:rPr>
                <w:sz w:val="16"/>
              </w:rPr>
              <w:t>none found</w:t>
            </w:r>
          </w:p>
        </w:tc>
        <w:tc>
          <w:tcPr>
            <w:tcW w:type="dxa" w:w="2211"/>
          </w:tcPr>
          <w:p>
            <w:pPr>
              <w:spacing w:after="0"/>
              <w:jc w:val="left"/>
            </w:pPr>
          </w:p>
        </w:tc>
        <w:tc>
          <w:tcPr>
            <w:tcW w:type="dxa" w:w="97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$112,422.10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2,422.10"/>
        <w:tblDescription w:val="Hazard Plain table b1d_pa_other"/>
      </w:tblPr>
      <w:tblGrid>
        <w:gridCol w:w="2274"/>
        <w:gridCol w:w="2274"/>
        <w:gridCol w:w="3057"/>
        <w:gridCol w:w="4037"/>
        <w:gridCol w:w="2470"/>
      </w:tblGrid>
      <w:tr>
        <w:trPr>
          <w:cantSplit/>
          <w:tblHeader/>
        </w:trPr>
        <w:tc>
          <w:tcPr>
            <w:tcW w:type="dxa" w:w="2274"/>
            <w:shd w:val="clear" w:color="auto" w:fill="E8E8E8"/>
          </w:tcPr>
          <w:p>
            <w:pPr>
              <w:spacing w:after="0"/>
              <w:jc w:val="left"/>
            </w:pPr>
            <w:r>
              <w:rPr>
                <w:b/>
                <w:sz w:val="16"/>
              </w:rPr>
              <w:t>FEMA number</w:t>
            </w:r>
          </w:p>
        </w:tc>
        <w:tc>
          <w:tcPr>
            <w:tcW w:type="dxa" w:w="2274"/>
            <w:shd w:val="clear" w:color="auto" w:fill="E8E8E8"/>
          </w:tcPr>
          <w:p>
            <w:pPr>
              <w:spacing w:after="0"/>
              <w:jc w:val="left"/>
            </w:pPr>
            <w:r>
              <w:rPr>
                <w:b/>
                <w:sz w:val="16"/>
              </w:rPr>
              <w:t>Declared</w:t>
            </w:r>
          </w:p>
        </w:tc>
        <w:tc>
          <w:tcPr>
            <w:tcW w:type="dxa" w:w="3057"/>
            <w:shd w:val="clear" w:color="auto" w:fill="E8E8E8"/>
          </w:tcPr>
          <w:p>
            <w:pPr>
              <w:spacing w:after="0"/>
              <w:jc w:val="left"/>
            </w:pPr>
            <w:r>
              <w:rPr>
                <w:b/>
                <w:sz w:val="16"/>
              </w:rPr>
              <w:t>Title</w:t>
            </w:r>
          </w:p>
        </w:tc>
        <w:tc>
          <w:tcPr>
            <w:tcW w:type="dxa" w:w="4037"/>
            <w:shd w:val="clear" w:color="auto" w:fill="E8E8E8"/>
          </w:tcPr>
          <w:p>
            <w:pPr>
              <w:spacing w:after="0"/>
              <w:jc w:val="left"/>
            </w:pPr>
            <w:r>
              <w:rPr>
                <w:b/>
                <w:sz w:val="16"/>
              </w:rPr>
              <w:t>Applicant</w:t>
            </w:r>
          </w:p>
        </w:tc>
        <w:tc>
          <w:tcPr>
            <w:tcW w:type="dxa" w:w="24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74"/>
          </w:tcPr>
          <w:p>
            <w:pPr>
              <w:spacing w:after="0"/>
              <w:jc w:val="left"/>
            </w:pPr>
            <w:r>
              <w:rPr>
                <w:sz w:val="16"/>
              </w:rPr>
              <w:t>EM-3384-PR</w:t>
            </w:r>
          </w:p>
        </w:tc>
        <w:tc>
          <w:tcPr>
            <w:tcW w:type="dxa" w:w="2274"/>
          </w:tcPr>
          <w:p>
            <w:pPr>
              <w:spacing w:after="0"/>
              <w:jc w:val="left"/>
            </w:pPr>
            <w:r>
              <w:rPr>
                <w:sz w:val="16"/>
              </w:rPr>
              <w:t>2017-09-05</w:t>
            </w:r>
          </w:p>
        </w:tc>
        <w:tc>
          <w:tcPr>
            <w:tcW w:type="dxa" w:w="3057"/>
          </w:tcPr>
          <w:p>
            <w:pPr>
              <w:spacing w:after="0"/>
              <w:jc w:val="left"/>
            </w:pPr>
            <w:r>
              <w:rPr>
                <w:sz w:val="16"/>
              </w:rPr>
              <w:t>HURRICANE IRMA</w:t>
            </w:r>
          </w:p>
        </w:tc>
        <w:tc>
          <w:tcPr>
            <w:tcW w:type="dxa" w:w="4037"/>
          </w:tcPr>
          <w:p>
            <w:pPr>
              <w:spacing w:after="0"/>
              <w:jc w:val="left"/>
            </w:pPr>
            <w:r>
              <w:rPr>
                <w:sz w:val="16"/>
              </w:rPr>
              <w:t>Florida (Municipio)</w:t>
            </w:r>
          </w:p>
        </w:tc>
        <w:tc>
          <w:tcPr>
            <w:tcW w:type="dxa" w:w="2470"/>
          </w:tcPr>
          <w:p>
            <w:pPr>
              <w:spacing w:after="0"/>
              <w:jc w:val="right"/>
            </w:pPr>
            <w:r>
              <w:rPr>
                <w:sz w:val="16"/>
              </w:rPr>
              <w:t>$112,422.10</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31</w:t>
            </w:r>
          </w:p>
        </w:tc>
        <w:tc>
          <w:tcPr>
            <w:tcW w:type="dxa" w:w="1422"/>
          </w:tcPr>
          <w:p>
            <w:pPr>
              <w:spacing w:after="0"/>
              <w:jc w:val="right"/>
            </w:pPr>
            <w:r>
              <w:rPr>
                <w:sz w:val="16"/>
              </w:rPr>
              <w:t>31</w:t>
            </w:r>
          </w:p>
        </w:tc>
        <w:tc>
          <w:tcPr>
            <w:tcW w:type="dxa" w:w="1356"/>
          </w:tcPr>
          <w:p>
            <w:pPr>
              <w:spacing w:after="0"/>
              <w:jc w:val="right"/>
            </w:pPr>
            <w:r>
              <w:rPr>
                <w:sz w:val="16"/>
              </w:rPr>
              <w:t>0</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2"/>
        <w:gridCol w:w="1108"/>
        <w:gridCol w:w="2019"/>
        <w:gridCol w:w="1247"/>
        <w:gridCol w:w="2309"/>
        <w:gridCol w:w="1215"/>
        <w:gridCol w:w="3894"/>
      </w:tblGrid>
      <w:tr>
        <w:trPr>
          <w:cantSplit/>
          <w:tblHeader/>
        </w:trPr>
        <w:tc>
          <w:tcPr>
            <w:tcW w:type="dxa" w:w="1037"/>
            <w:shd w:val="clear" w:color="auto" w:fill="E8E8E8"/>
          </w:tcPr>
          <w:p>
            <w:pPr>
              <w:spacing w:after="0"/>
              <w:jc w:val="left"/>
            </w:pPr>
            <w:r>
              <w:rPr>
                <w:b/>
                <w:sz w:val="16"/>
              </w:rPr>
              <w:t>Date</w:t>
            </w:r>
          </w:p>
        </w:tc>
        <w:tc>
          <w:tcPr>
            <w:tcW w:type="dxa" w:w="1282"/>
            <w:shd w:val="clear" w:color="auto" w:fill="E8E8E8"/>
          </w:tcPr>
          <w:p>
            <w:pPr>
              <w:spacing w:after="0"/>
              <w:jc w:val="left"/>
            </w:pPr>
            <w:r>
              <w:rPr>
                <w:b/>
                <w:sz w:val="16"/>
              </w:rPr>
              <w:t>Event type</w:t>
            </w:r>
          </w:p>
        </w:tc>
        <w:tc>
          <w:tcPr>
            <w:tcW w:type="dxa" w:w="1108"/>
            <w:shd w:val="clear" w:color="auto" w:fill="E8E8E8"/>
          </w:tcPr>
          <w:p>
            <w:pPr>
              <w:spacing w:after="0"/>
              <w:jc w:val="left"/>
            </w:pPr>
            <w:r>
              <w:rPr>
                <w:b/>
                <w:sz w:val="16"/>
              </w:rPr>
              <w:t>Magnitude or extent</w:t>
            </w:r>
          </w:p>
        </w:tc>
        <w:tc>
          <w:tcPr>
            <w:tcW w:type="dxa" w:w="2019"/>
            <w:shd w:val="clear" w:color="auto" w:fill="E8E8E8"/>
          </w:tcPr>
          <w:p>
            <w:pPr>
              <w:spacing w:after="0"/>
              <w:jc w:val="left"/>
            </w:pPr>
            <w:r>
              <w:rPr>
                <w:b/>
                <w:sz w:val="16"/>
              </w:rPr>
              <w:t>Damage</w:t>
            </w:r>
          </w:p>
          <w:p>
            <w:pPr>
              <w:spacing w:after="0"/>
              <w:jc w:val="left"/>
            </w:pPr>
            <w:r>
              <w:rPr>
                <w:i/>
                <w:color w:val="555555"/>
                <w:sz w:val="14"/>
              </w:rPr>
              <w:t>nominal dollars</w:t>
            </w:r>
          </w:p>
        </w:tc>
        <w:tc>
          <w:tcPr>
            <w:tcW w:type="dxa" w:w="124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09"/>
            <w:shd w:val="clear" w:color="auto" w:fill="E8E8E8"/>
          </w:tcPr>
          <w:p>
            <w:pPr>
              <w:spacing w:after="0"/>
              <w:jc w:val="left"/>
            </w:pPr>
            <w:r>
              <w:rPr>
                <w:b/>
                <w:sz w:val="16"/>
              </w:rPr>
              <w:t>Location</w:t>
            </w:r>
          </w:p>
        </w:tc>
        <w:tc>
          <w:tcPr>
            <w:tcW w:type="dxa" w:w="1215"/>
            <w:shd w:val="clear" w:color="auto" w:fill="E8E8E8"/>
          </w:tcPr>
          <w:p>
            <w:pPr>
              <w:spacing w:after="0"/>
              <w:jc w:val="left"/>
            </w:pPr>
            <w:r>
              <w:rPr>
                <w:b/>
                <w:sz w:val="16"/>
              </w:rPr>
              <w:t>Flags</w:t>
            </w:r>
          </w:p>
        </w:tc>
        <w:tc>
          <w:tcPr>
            <w:tcW w:type="dxa" w:w="3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2023-12-13</w:t>
            </w:r>
          </w:p>
        </w:tc>
        <w:tc>
          <w:tcPr>
            <w:tcW w:type="dxa" w:w="1282"/>
          </w:tcPr>
          <w:p>
            <w:pPr>
              <w:spacing w:after="0"/>
              <w:jc w:val="left"/>
            </w:pPr>
            <w:r>
              <w:rPr>
                <w:sz w:val="16"/>
              </w:rPr>
              <w:t>Thunderstorm Wind</w:t>
            </w:r>
          </w:p>
        </w:tc>
        <w:tc>
          <w:tcPr>
            <w:tcW w:type="dxa" w:w="1108"/>
          </w:tcPr>
          <w:p>
            <w:pPr>
              <w:spacing w:after="0"/>
              <w:jc w:val="left"/>
            </w:pPr>
            <w:r>
              <w:rPr>
                <w:sz w:val="16"/>
              </w:rPr>
              <w:t>26 kt (30 mph) estimated gust</w:t>
            </w:r>
          </w:p>
        </w:tc>
        <w:tc>
          <w:tcPr>
            <w:tcW w:type="dxa" w:w="2019"/>
          </w:tcPr>
          <w:p>
            <w:pPr>
              <w:spacing w:after="0"/>
              <w:jc w:val="left"/>
            </w:pPr>
            <w:r>
              <w:rPr>
                <w:sz w:val="16"/>
              </w:rPr>
              <w:t>$3,000 property; $0 crops (2023 dollars)</w:t>
            </w:r>
          </w:p>
        </w:tc>
        <w:tc>
          <w:tcPr>
            <w:tcW w:type="dxa" w:w="1247"/>
          </w:tcPr>
          <w:p>
            <w:pPr>
              <w:spacing w:after="0"/>
              <w:jc w:val="right"/>
            </w:pPr>
            <w:r>
              <w:rPr>
                <w:sz w:val="16"/>
              </w:rPr>
              <w:t>0, 0</w:t>
            </w:r>
          </w:p>
        </w:tc>
        <w:tc>
          <w:tcPr>
            <w:tcW w:type="dxa" w:w="2309"/>
          </w:tcPr>
          <w:p>
            <w:pPr>
              <w:spacing w:after="0"/>
              <w:jc w:val="left"/>
            </w:pPr>
            <w:r>
              <w:rPr>
                <w:sz w:val="16"/>
              </w:rPr>
              <w:t>ADJUNTAS</w:t>
            </w:r>
          </w:p>
        </w:tc>
        <w:tc>
          <w:tcPr>
            <w:tcW w:type="dxa" w:w="1215"/>
          </w:tcPr>
          <w:p>
            <w:pPr>
              <w:spacing w:after="0"/>
              <w:jc w:val="left"/>
            </w:pPr>
            <w:r>
              <w:rPr>
                <w:sz w:val="16"/>
              </w:rPr>
              <w:t>new since last plan; within last 5 years</w:t>
            </w:r>
          </w:p>
        </w:tc>
        <w:tc>
          <w:tcPr>
            <w:tcW w:type="dxa" w:w="3894"/>
          </w:tcPr>
          <w:p>
            <w:pPr>
              <w:spacing w:after="0"/>
              <w:jc w:val="left"/>
            </w:pPr>
            <w:r>
              <w:rPr>
                <w:sz w:val="16"/>
              </w:rPr>
              <w:t>B1-c worst recorded: Thunderstorm Wind</w:t>
            </w:r>
          </w:p>
        </w:tc>
      </w:tr>
      <w:tr>
        <w:trPr>
          <w:cantSplit/>
        </w:trPr>
        <w:tc>
          <w:tcPr>
            <w:tcW w:type="dxa" w:w="1037"/>
          </w:tcPr>
          <w:p>
            <w:pPr>
              <w:spacing w:after="0"/>
              <w:jc w:val="left"/>
            </w:pPr>
            <w:r>
              <w:rPr>
                <w:sz w:val="16"/>
              </w:rPr>
              <w:t>2023-09-01</w:t>
            </w:r>
          </w:p>
        </w:tc>
        <w:tc>
          <w:tcPr>
            <w:tcW w:type="dxa" w:w="1282"/>
          </w:tcPr>
          <w:p>
            <w:pPr>
              <w:spacing w:after="0"/>
              <w:jc w:val="left"/>
            </w:pPr>
            <w:r>
              <w:rPr>
                <w:sz w:val="16"/>
              </w:rPr>
              <w:t>Excessive Heat</w:t>
            </w:r>
          </w:p>
        </w:tc>
        <w:tc>
          <w:tcPr>
            <w:tcW w:type="dxa" w:w="1108"/>
          </w:tcPr>
          <w:p>
            <w:pPr>
              <w:spacing w:after="0"/>
              <w:jc w:val="left"/>
            </w:pPr>
          </w:p>
        </w:tc>
        <w:tc>
          <w:tcPr>
            <w:tcW w:type="dxa" w:w="2019"/>
          </w:tcPr>
          <w:p>
            <w:pPr>
              <w:spacing w:after="0"/>
              <w:jc w:val="left"/>
            </w:pPr>
            <w:r>
              <w:rPr>
                <w:sz w:val="16"/>
              </w:rPr>
              <w:t>$0 property; $0 crops, reported for the zone (2023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r>
              <w:rPr>
                <w:sz w:val="16"/>
              </w:rPr>
              <w:t>new since last plan; within last 5 years</w:t>
            </w:r>
          </w:p>
        </w:tc>
        <w:tc>
          <w:tcPr>
            <w:tcW w:type="dxa" w:w="3894"/>
          </w:tcPr>
          <w:p>
            <w:pPr>
              <w:spacing w:after="0"/>
              <w:jc w:val="left"/>
            </w:pPr>
            <w:r>
              <w:rPr>
                <w:sz w:val="16"/>
              </w:rPr>
              <w:t>B1-c worst recorded: Excessive Heat, Heat</w:t>
            </w:r>
          </w:p>
        </w:tc>
      </w:tr>
      <w:tr>
        <w:trPr>
          <w:cantSplit/>
        </w:trPr>
        <w:tc>
          <w:tcPr>
            <w:tcW w:type="dxa" w:w="1037"/>
          </w:tcPr>
          <w:p>
            <w:pPr>
              <w:spacing w:after="0"/>
              <w:jc w:val="left"/>
            </w:pPr>
            <w:r>
              <w:rPr>
                <w:sz w:val="16"/>
              </w:rPr>
              <w:t>2023-06-20</w:t>
            </w:r>
          </w:p>
        </w:tc>
        <w:tc>
          <w:tcPr>
            <w:tcW w:type="dxa" w:w="1282"/>
          </w:tcPr>
          <w:p>
            <w:pPr>
              <w:spacing w:after="0"/>
              <w:jc w:val="left"/>
            </w:pPr>
            <w:r>
              <w:rPr>
                <w:sz w:val="16"/>
              </w:rPr>
              <w:t>Drought</w:t>
            </w:r>
          </w:p>
        </w:tc>
        <w:tc>
          <w:tcPr>
            <w:tcW w:type="dxa" w:w="1108"/>
          </w:tcPr>
          <w:p>
            <w:pPr>
              <w:spacing w:after="0"/>
              <w:jc w:val="left"/>
            </w:pPr>
          </w:p>
        </w:tc>
        <w:tc>
          <w:tcPr>
            <w:tcW w:type="dxa" w:w="2019"/>
          </w:tcPr>
          <w:p>
            <w:pPr>
              <w:spacing w:after="0"/>
              <w:jc w:val="left"/>
            </w:pPr>
            <w:r>
              <w:rPr>
                <w:sz w:val="16"/>
              </w:rPr>
              <w:t>$0 property; $0 crops, reported for the zone (2023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r>
              <w:rPr>
                <w:sz w:val="16"/>
              </w:rPr>
              <w:t>new since last plan; within last 5 years</w:t>
            </w:r>
          </w:p>
        </w:tc>
        <w:tc>
          <w:tcPr>
            <w:tcW w:type="dxa" w:w="3894"/>
          </w:tcPr>
          <w:p>
            <w:pPr>
              <w:spacing w:after="0"/>
              <w:jc w:val="left"/>
            </w:pPr>
            <w:r>
              <w:rPr>
                <w:sz w:val="16"/>
              </w:rPr>
              <w:t>B1-c worst recorded: Drought</w:t>
            </w:r>
          </w:p>
        </w:tc>
      </w:tr>
      <w:tr>
        <w:trPr>
          <w:cantSplit/>
        </w:trPr>
        <w:tc>
          <w:tcPr>
            <w:tcW w:type="dxa" w:w="1037"/>
          </w:tcPr>
          <w:p>
            <w:pPr>
              <w:spacing w:after="0"/>
              <w:jc w:val="left"/>
            </w:pPr>
            <w:r>
              <w:rPr>
                <w:sz w:val="16"/>
              </w:rPr>
              <w:t>2009-12-29</w:t>
            </w:r>
          </w:p>
        </w:tc>
        <w:tc>
          <w:tcPr>
            <w:tcW w:type="dxa" w:w="1282"/>
          </w:tcPr>
          <w:p>
            <w:pPr>
              <w:spacing w:after="0"/>
              <w:jc w:val="left"/>
            </w:pPr>
            <w:r>
              <w:rPr>
                <w:sz w:val="16"/>
              </w:rPr>
              <w:t>Coastal Flood</w:t>
            </w:r>
          </w:p>
        </w:tc>
        <w:tc>
          <w:tcPr>
            <w:tcW w:type="dxa" w:w="1108"/>
          </w:tcPr>
          <w:p>
            <w:pPr>
              <w:spacing w:after="0"/>
              <w:jc w:val="left"/>
            </w:pPr>
          </w:p>
        </w:tc>
        <w:tc>
          <w:tcPr>
            <w:tcW w:type="dxa" w:w="2019"/>
          </w:tcPr>
          <w:p>
            <w:pPr>
              <w:spacing w:after="0"/>
              <w:jc w:val="left"/>
            </w:pPr>
            <w:r>
              <w:rPr>
                <w:sz w:val="16"/>
              </w:rPr>
              <w:t>$15,000 property; $0 crops, reported for the zone (2009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Coastal Flood, Storm Surge/Tide</w:t>
            </w:r>
          </w:p>
        </w:tc>
      </w:tr>
      <w:tr>
        <w:trPr>
          <w:cantSplit/>
        </w:trPr>
        <w:tc>
          <w:tcPr>
            <w:tcW w:type="dxa" w:w="1037"/>
          </w:tcPr>
          <w:p>
            <w:pPr>
              <w:spacing w:after="0"/>
              <w:jc w:val="left"/>
            </w:pPr>
            <w:r>
              <w:rPr>
                <w:sz w:val="16"/>
              </w:rPr>
              <w:t>2006-05-11</w:t>
            </w:r>
          </w:p>
        </w:tc>
        <w:tc>
          <w:tcPr>
            <w:tcW w:type="dxa" w:w="1282"/>
          </w:tcPr>
          <w:p>
            <w:pPr>
              <w:spacing w:after="0"/>
              <w:jc w:val="left"/>
            </w:pPr>
            <w:r>
              <w:rPr>
                <w:sz w:val="16"/>
              </w:rPr>
              <w:t>Lightning</w:t>
            </w:r>
          </w:p>
        </w:tc>
        <w:tc>
          <w:tcPr>
            <w:tcW w:type="dxa" w:w="1108"/>
          </w:tcPr>
          <w:p>
            <w:pPr>
              <w:spacing w:after="0"/>
              <w:jc w:val="left"/>
            </w:pPr>
          </w:p>
        </w:tc>
        <w:tc>
          <w:tcPr>
            <w:tcW w:type="dxa" w:w="2019"/>
          </w:tcPr>
          <w:p>
            <w:pPr>
              <w:spacing w:after="0"/>
              <w:jc w:val="left"/>
            </w:pPr>
            <w:r>
              <w:rPr>
                <w:sz w:val="16"/>
              </w:rPr>
              <w:t>damage not reported</w:t>
            </w:r>
          </w:p>
        </w:tc>
        <w:tc>
          <w:tcPr>
            <w:tcW w:type="dxa" w:w="1247"/>
          </w:tcPr>
          <w:p>
            <w:pPr>
              <w:spacing w:after="0"/>
              <w:jc w:val="right"/>
            </w:pPr>
            <w:r>
              <w:rPr>
                <w:sz w:val="16"/>
              </w:rPr>
              <w:t>1, 0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deaths or injuries recorded</w:t>
            </w:r>
          </w:p>
        </w:tc>
      </w:tr>
      <w:tr>
        <w:trPr>
          <w:cantSplit/>
        </w:trPr>
        <w:tc>
          <w:tcPr>
            <w:tcW w:type="dxa" w:w="1037"/>
          </w:tcPr>
          <w:p>
            <w:pPr>
              <w:spacing w:after="0"/>
              <w:jc w:val="left"/>
            </w:pPr>
            <w:r>
              <w:rPr>
                <w:sz w:val="16"/>
              </w:rPr>
              <w:t>2005-04-22</w:t>
            </w:r>
          </w:p>
        </w:tc>
        <w:tc>
          <w:tcPr>
            <w:tcW w:type="dxa" w:w="1282"/>
          </w:tcPr>
          <w:p>
            <w:pPr>
              <w:spacing w:after="0"/>
              <w:jc w:val="left"/>
            </w:pPr>
            <w:r>
              <w:rPr>
                <w:sz w:val="16"/>
              </w:rPr>
              <w:t>Strong Wind</w:t>
            </w:r>
          </w:p>
        </w:tc>
        <w:tc>
          <w:tcPr>
            <w:tcW w:type="dxa" w:w="1108"/>
          </w:tcPr>
          <w:p>
            <w:pPr>
              <w:spacing w:after="0"/>
              <w:jc w:val="left"/>
            </w:pPr>
            <w:r>
              <w:rPr>
                <w:sz w:val="16"/>
              </w:rPr>
              <w:t>50 kt (58 mph) estimated gust</w:t>
            </w:r>
          </w:p>
        </w:tc>
        <w:tc>
          <w:tcPr>
            <w:tcW w:type="dxa" w:w="2019"/>
          </w:tcPr>
          <w:p>
            <w:pPr>
              <w:spacing w:after="0"/>
              <w:jc w:val="left"/>
            </w:pPr>
            <w:r>
              <w:rPr>
                <w:sz w:val="16"/>
              </w:rPr>
              <w:t>$3,000 property; crops not reported, reported for the zone (2005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2003-11-02</w:t>
            </w:r>
          </w:p>
        </w:tc>
        <w:tc>
          <w:tcPr>
            <w:tcW w:type="dxa" w:w="1282"/>
          </w:tcPr>
          <w:p>
            <w:pPr>
              <w:spacing w:after="0"/>
              <w:jc w:val="left"/>
            </w:pPr>
            <w:r>
              <w:rPr>
                <w:sz w:val="16"/>
              </w:rPr>
              <w:t>Debris Flow</w:t>
            </w:r>
          </w:p>
        </w:tc>
        <w:tc>
          <w:tcPr>
            <w:tcW w:type="dxa" w:w="1108"/>
          </w:tcPr>
          <w:p>
            <w:pPr>
              <w:spacing w:after="0"/>
              <w:jc w:val="left"/>
            </w:pPr>
          </w:p>
        </w:tc>
        <w:tc>
          <w:tcPr>
            <w:tcW w:type="dxa" w:w="2019"/>
          </w:tcPr>
          <w:p>
            <w:pPr>
              <w:spacing w:after="0"/>
              <w:jc w:val="left"/>
            </w:pPr>
            <w:r>
              <w:rPr>
                <w:sz w:val="16"/>
              </w:rPr>
              <w:t>$120,000 property; crops not reported, reported for the zone (2003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Debris Flow</w:t>
            </w:r>
          </w:p>
        </w:tc>
      </w:tr>
      <w:tr>
        <w:trPr>
          <w:cantSplit/>
        </w:trPr>
        <w:tc>
          <w:tcPr>
            <w:tcW w:type="dxa" w:w="1037"/>
          </w:tcPr>
          <w:p>
            <w:pPr>
              <w:spacing w:after="0"/>
              <w:jc w:val="left"/>
            </w:pPr>
            <w:r>
              <w:rPr>
                <w:sz w:val="16"/>
              </w:rPr>
              <w:t>2003-10-28</w:t>
            </w:r>
          </w:p>
        </w:tc>
        <w:tc>
          <w:tcPr>
            <w:tcW w:type="dxa" w:w="1282"/>
          </w:tcPr>
          <w:p>
            <w:pPr>
              <w:spacing w:after="0"/>
              <w:jc w:val="left"/>
            </w:pPr>
            <w:r>
              <w:rPr>
                <w:sz w:val="16"/>
              </w:rPr>
              <w:t>Lightning</w:t>
            </w:r>
          </w:p>
        </w:tc>
        <w:tc>
          <w:tcPr>
            <w:tcW w:type="dxa" w:w="1108"/>
          </w:tcPr>
          <w:p>
            <w:pPr>
              <w:spacing w:after="0"/>
              <w:jc w:val="left"/>
            </w:pPr>
          </w:p>
        </w:tc>
        <w:tc>
          <w:tcPr>
            <w:tcW w:type="dxa" w:w="2019"/>
          </w:tcPr>
          <w:p>
            <w:pPr>
              <w:spacing w:after="0"/>
              <w:jc w:val="left"/>
            </w:pPr>
            <w:r>
              <w:rPr>
                <w:sz w:val="16"/>
              </w:rPr>
              <w:t>$3,000 property; crops not reported, reported for the zone (2003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most damaging: Lightning</w:t>
            </w:r>
          </w:p>
        </w:tc>
      </w:tr>
      <w:tr>
        <w:trPr>
          <w:cantSplit/>
        </w:trPr>
        <w:tc>
          <w:tcPr>
            <w:tcW w:type="dxa" w:w="1037"/>
          </w:tcPr>
          <w:p>
            <w:pPr>
              <w:spacing w:after="0"/>
              <w:jc w:val="left"/>
            </w:pPr>
            <w:r>
              <w:rPr>
                <w:sz w:val="16"/>
              </w:rPr>
              <w:t>2001-11-07</w:t>
            </w:r>
          </w:p>
        </w:tc>
        <w:tc>
          <w:tcPr>
            <w:tcW w:type="dxa" w:w="1282"/>
          </w:tcPr>
          <w:p>
            <w:pPr>
              <w:spacing w:after="0"/>
              <w:jc w:val="left"/>
            </w:pPr>
            <w:r>
              <w:rPr>
                <w:sz w:val="16"/>
              </w:rPr>
              <w:t>Flash Flood</w:t>
            </w:r>
          </w:p>
        </w:tc>
        <w:tc>
          <w:tcPr>
            <w:tcW w:type="dxa" w:w="1108"/>
          </w:tcPr>
          <w:p>
            <w:pPr>
              <w:spacing w:after="0"/>
              <w:jc w:val="left"/>
            </w:pPr>
          </w:p>
        </w:tc>
        <w:tc>
          <w:tcPr>
            <w:tcW w:type="dxa" w:w="2019"/>
          </w:tcPr>
          <w:p>
            <w:pPr>
              <w:spacing w:after="0"/>
              <w:jc w:val="left"/>
            </w:pPr>
            <w:r>
              <w:rPr>
                <w:sz w:val="16"/>
              </w:rPr>
              <w:t>$15,000,000 property; $5,000,000 crops, reported for the zone (2001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2001-03-07</w:t>
            </w:r>
          </w:p>
        </w:tc>
        <w:tc>
          <w:tcPr>
            <w:tcW w:type="dxa" w:w="1282"/>
          </w:tcPr>
          <w:p>
            <w:pPr>
              <w:spacing w:after="0"/>
              <w:jc w:val="left"/>
            </w:pPr>
            <w:r>
              <w:rPr>
                <w:sz w:val="16"/>
              </w:rPr>
              <w:t>Flood</w:t>
            </w:r>
          </w:p>
        </w:tc>
        <w:tc>
          <w:tcPr>
            <w:tcW w:type="dxa" w:w="1108"/>
          </w:tcPr>
          <w:p>
            <w:pPr>
              <w:spacing w:after="0"/>
              <w:jc w:val="left"/>
            </w:pPr>
          </w:p>
        </w:tc>
        <w:tc>
          <w:tcPr>
            <w:tcW w:type="dxa" w:w="2019"/>
          </w:tcPr>
          <w:p>
            <w:pPr>
              <w:spacing w:after="0"/>
              <w:jc w:val="left"/>
            </w:pPr>
            <w:r>
              <w:rPr>
                <w:sz w:val="16"/>
              </w:rPr>
              <w:t>$5,000 property; crops not reported, reported for the zone (2001 dollars)</w:t>
            </w:r>
          </w:p>
        </w:tc>
        <w:tc>
          <w:tcPr>
            <w:tcW w:type="dxa" w:w="1247"/>
          </w:tcPr>
          <w:p>
            <w:pPr>
              <w:spacing w:after="0"/>
              <w:jc w:val="right"/>
            </w:pPr>
            <w:r>
              <w:rPr>
                <w:sz w:val="16"/>
              </w:rPr>
              <w:t>1, 0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deaths or injuries recorded</w:t>
            </w:r>
          </w:p>
        </w:tc>
      </w:tr>
      <w:tr>
        <w:trPr>
          <w:cantSplit/>
        </w:trPr>
        <w:tc>
          <w:tcPr>
            <w:tcW w:type="dxa" w:w="1037"/>
          </w:tcPr>
          <w:p>
            <w:pPr>
              <w:spacing w:after="0"/>
              <w:jc w:val="left"/>
            </w:pPr>
            <w:r>
              <w:rPr>
                <w:sz w:val="16"/>
              </w:rPr>
              <w:t>2000-09-23</w:t>
            </w:r>
          </w:p>
        </w:tc>
        <w:tc>
          <w:tcPr>
            <w:tcW w:type="dxa" w:w="1282"/>
          </w:tcPr>
          <w:p>
            <w:pPr>
              <w:spacing w:after="0"/>
              <w:jc w:val="left"/>
            </w:pPr>
            <w:r>
              <w:rPr>
                <w:sz w:val="16"/>
              </w:rPr>
              <w:t>Lightning</w:t>
            </w:r>
          </w:p>
        </w:tc>
        <w:tc>
          <w:tcPr>
            <w:tcW w:type="dxa" w:w="1108"/>
          </w:tcPr>
          <w:p>
            <w:pPr>
              <w:spacing w:after="0"/>
              <w:jc w:val="left"/>
            </w:pPr>
          </w:p>
        </w:tc>
        <w:tc>
          <w:tcPr>
            <w:tcW w:type="dxa" w:w="2019"/>
          </w:tcPr>
          <w:p>
            <w:pPr>
              <w:spacing w:after="0"/>
              <w:jc w:val="left"/>
            </w:pPr>
            <w:r>
              <w:rPr>
                <w:sz w:val="16"/>
              </w:rPr>
              <w:t>damage not reported</w:t>
            </w:r>
          </w:p>
        </w:tc>
        <w:tc>
          <w:tcPr>
            <w:tcW w:type="dxa" w:w="1247"/>
          </w:tcPr>
          <w:p>
            <w:pPr>
              <w:spacing w:after="0"/>
              <w:jc w:val="right"/>
            </w:pPr>
            <w:r>
              <w:rPr>
                <w:sz w:val="16"/>
              </w:rPr>
              <w:t>1, 0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deaths or injuries recorded</w:t>
            </w:r>
          </w:p>
        </w:tc>
      </w:tr>
      <w:tr>
        <w:trPr>
          <w:cantSplit/>
        </w:trPr>
        <w:tc>
          <w:tcPr>
            <w:tcW w:type="dxa" w:w="1037"/>
          </w:tcPr>
          <w:p>
            <w:pPr>
              <w:spacing w:after="0"/>
              <w:jc w:val="left"/>
            </w:pPr>
            <w:r>
              <w:rPr>
                <w:sz w:val="16"/>
              </w:rPr>
              <w:t>2000-08-22</w:t>
            </w:r>
          </w:p>
        </w:tc>
        <w:tc>
          <w:tcPr>
            <w:tcW w:type="dxa" w:w="1282"/>
          </w:tcPr>
          <w:p>
            <w:pPr>
              <w:spacing w:after="0"/>
              <w:jc w:val="left"/>
            </w:pPr>
            <w:r>
              <w:rPr>
                <w:sz w:val="16"/>
              </w:rPr>
              <w:t>Hurricane (Typhoon)</w:t>
            </w:r>
          </w:p>
        </w:tc>
        <w:tc>
          <w:tcPr>
            <w:tcW w:type="dxa" w:w="1108"/>
          </w:tcPr>
          <w:p>
            <w:pPr>
              <w:spacing w:after="0"/>
              <w:jc w:val="left"/>
            </w:pPr>
          </w:p>
        </w:tc>
        <w:tc>
          <w:tcPr>
            <w:tcW w:type="dxa" w:w="2019"/>
          </w:tcPr>
          <w:p>
            <w:pPr>
              <w:spacing w:after="0"/>
              <w:jc w:val="left"/>
            </w:pPr>
            <w:r>
              <w:rPr>
                <w:sz w:val="16"/>
              </w:rPr>
              <w:t>$41,000 property; crops not reported, reported for the zone (2000 dollars)</w:t>
            </w:r>
          </w:p>
        </w:tc>
        <w:tc>
          <w:tcPr>
            <w:tcW w:type="dxa" w:w="1247"/>
          </w:tcPr>
          <w:p>
            <w:pPr>
              <w:spacing w:after="0"/>
              <w:jc w:val="right"/>
            </w:pPr>
            <w:r>
              <w:rPr>
                <w:sz w:val="16"/>
              </w:rPr>
              <w:t>0, 0</w:t>
            </w:r>
          </w:p>
        </w:tc>
        <w:tc>
          <w:tcPr>
            <w:tcW w:type="dxa" w:w="2309"/>
          </w:tcPr>
          <w:p>
            <w:pPr>
              <w:spacing w:after="0"/>
              <w:jc w:val="left"/>
            </w:pPr>
            <w:r>
              <w:rPr>
                <w:sz w:val="16"/>
              </w:rPr>
              <w:t>NWS zone PRZ005 (NORTH CENTRAL), zone-level: may include parts of neighboring counties</w:t>
            </w:r>
          </w:p>
        </w:tc>
        <w:tc>
          <w:tcPr>
            <w:tcW w:type="dxa" w:w="1215"/>
          </w:tcPr>
          <w:p>
            <w:pPr>
              <w:spacing w:after="0"/>
              <w:jc w:val="left"/>
            </w:pPr>
          </w:p>
        </w:tc>
        <w:tc>
          <w:tcPr>
            <w:tcW w:type="dxa" w:w="3894"/>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455"/>
        <w:gridCol w:w="1571"/>
        <w:gridCol w:w="1037"/>
        <w:gridCol w:w="1719"/>
        <w:gridCol w:w="1523"/>
        <w:gridCol w:w="1510"/>
        <w:gridCol w:w="1037"/>
        <w:gridCol w:w="1979"/>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5"/>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5"/>
          </w:tcPr>
          <w:p>
            <w:pPr>
              <w:spacing w:after="0"/>
              <w:jc w:val="right"/>
            </w:pPr>
          </w:p>
        </w:tc>
        <w:tc>
          <w:tcPr>
            <w:tcW w:type="dxa" w:w="1455"/>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1994 to 2023 (30 years)</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5"/>
          </w:tcPr>
          <w:p>
            <w:pPr>
              <w:spacing w:after="0"/>
              <w:jc w:val="right"/>
            </w:pPr>
            <w:r>
              <w:rPr>
                <w:sz w:val="16"/>
              </w:rPr>
              <w:t>0</w:t>
            </w:r>
          </w:p>
        </w:tc>
        <w:tc>
          <w:tcPr>
            <w:tcW w:type="dxa" w:w="1455"/>
          </w:tcPr>
          <w:p>
            <w:pPr>
              <w:spacing w:after="0"/>
              <w:jc w:val="left"/>
            </w:pPr>
            <w:r>
              <w:rPr>
                <w:sz w:val="16"/>
              </w:rPr>
              <w:t>events per year at a location (modeled)</w:t>
            </w:r>
          </w:p>
        </w:tc>
        <w:tc>
          <w:tcPr>
            <w:tcW w:type="dxa" w:w="1571"/>
          </w:tcPr>
          <w:p>
            <w:pPr>
              <w:spacing w:after="0"/>
              <w:jc w:val="left"/>
            </w:pPr>
            <w:r>
              <w:rPr>
                <w:sz w:val="16"/>
              </w:rPr>
              <w:t>none modeled</w:t>
            </w:r>
          </w:p>
        </w:tc>
        <w:tc>
          <w:tcPr>
            <w:tcW w:type="dxa" w:w="1037"/>
          </w:tcPr>
          <w:p>
            <w:pPr>
              <w:spacing w:after="0"/>
              <w:jc w:val="left"/>
            </w:pPr>
            <w:r>
              <w:rPr>
                <w:sz w:val="16"/>
              </w:rPr>
              <w:t>Likely</w:t>
            </w:r>
          </w:p>
        </w:tc>
        <w:tc>
          <w:tcPr>
            <w:tcW w:type="dxa" w:w="1719"/>
          </w:tcPr>
          <w:p>
            <w:pPr>
              <w:spacing w:after="0"/>
              <w:jc w:val="left"/>
            </w:pPr>
            <w:r>
              <w:rPr>
                <w:sz w:val="16"/>
              </w:rPr>
              <w:t>Storm Events records in 8 of 30 years, 1996 to 2025 (26.7%)</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8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r>
              <w:rPr>
                <w:sz w:val="16"/>
              </w:rPr>
              <w:t>Possible</w:t>
            </w:r>
          </w:p>
        </w:tc>
        <w:tc>
          <w:tcPr>
            <w:tcW w:type="dxa" w:w="1719"/>
          </w:tcPr>
          <w:p>
            <w:pPr>
              <w:spacing w:after="0"/>
              <w:jc w:val="left"/>
            </w:pPr>
            <w:r>
              <w:rPr>
                <w:sz w:val="16"/>
              </w:rPr>
              <w:t>event-days in 1 of 30 years, 1996 to 2025 (3.33%)</w:t>
            </w:r>
          </w:p>
        </w:tc>
        <w:tc>
          <w:tcPr>
            <w:tcW w:type="dxa" w:w="1523"/>
          </w:tcPr>
          <w:p>
            <w:pPr>
              <w:spacing w:after="0"/>
              <w:jc w:val="right"/>
            </w:pPr>
            <w:r>
              <w:rPr>
                <w:sz w:val="16"/>
              </w:rPr>
              <w:t>0</w:t>
            </w:r>
          </w:p>
        </w:tc>
        <w:tc>
          <w:tcPr>
            <w:tcW w:type="dxa" w:w="15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9"/>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0.0438</w:t>
            </w:r>
          </w:p>
        </w:tc>
        <w:tc>
          <w:tcPr>
            <w:tcW w:type="dxa" w:w="1455"/>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4.38%</w:t>
            </w: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0.0266</w:t>
            </w:r>
          </w:p>
        </w:tc>
        <w:tc>
          <w:tcPr>
            <w:tcW w:type="dxa" w:w="1455"/>
          </w:tcPr>
          <w:p>
            <w:pPr>
              <w:spacing w:after="0"/>
              <w:jc w:val="left"/>
            </w:pPr>
            <w:r>
              <w:rPr>
                <w:sz w:val="16"/>
              </w:rPr>
              <w:t>events per year</w:t>
            </w:r>
          </w:p>
        </w:tc>
        <w:tc>
          <w:tcPr>
            <w:tcW w:type="dxa" w:w="1571"/>
          </w:tcPr>
          <w:p>
            <w:pPr>
              <w:spacing w:after="0"/>
              <w:jc w:val="left"/>
            </w:pPr>
            <w:r>
              <w:rPr>
                <w:sz w:val="16"/>
              </w:rPr>
              <w:t>about 1 in 38 years</w:t>
            </w:r>
          </w:p>
        </w:tc>
        <w:tc>
          <w:tcPr>
            <w:tcW w:type="dxa" w:w="1037"/>
          </w:tcPr>
          <w:p>
            <w:pPr>
              <w:spacing w:after="0"/>
              <w:jc w:val="left"/>
            </w:pPr>
            <w:r>
              <w:rPr>
                <w:sz w:val="16"/>
              </w:rPr>
              <w:t>Possible</w:t>
            </w:r>
          </w:p>
        </w:tc>
        <w:tc>
          <w:tcPr>
            <w:tcW w:type="dxa" w:w="1719"/>
          </w:tcPr>
          <w:p>
            <w:pPr>
              <w:spacing w:after="0"/>
              <w:jc w:val="left"/>
            </w:pPr>
            <w:r>
              <w:rPr>
                <w:sz w:val="16"/>
              </w:rPr>
              <w:t>FEMA annualized frequency (modeled)</w:t>
            </w:r>
          </w:p>
        </w:tc>
        <w:tc>
          <w:tcPr>
            <w:tcW w:type="dxa" w:w="1523"/>
          </w:tcPr>
          <w:p>
            <w:pPr>
              <w:spacing w:after="0"/>
              <w:jc w:val="right"/>
            </w:pPr>
            <w:r>
              <w:rPr>
                <w:sz w:val="16"/>
              </w:rPr>
              <w:t>1.0 (modeled)</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0.104</w:t>
            </w:r>
          </w:p>
        </w:tc>
        <w:tc>
          <w:tcPr>
            <w:tcW w:type="dxa" w:w="1455"/>
          </w:tcPr>
          <w:p>
            <w:pPr>
              <w:spacing w:after="0"/>
              <w:jc w:val="left"/>
            </w:pPr>
            <w:r>
              <w:rPr>
                <w:sz w:val="16"/>
              </w:rPr>
              <w:t>event-days per year</w:t>
            </w:r>
          </w:p>
        </w:tc>
        <w:tc>
          <w:tcPr>
            <w:tcW w:type="dxa" w:w="1571"/>
          </w:tcPr>
          <w:p>
            <w:pPr>
              <w:spacing w:after="0"/>
              <w:jc w:val="left"/>
            </w:pPr>
            <w:r>
              <w:rPr>
                <w:sz w:val="16"/>
              </w:rPr>
              <w:t>about 0.104 days per year</w:t>
            </w:r>
          </w:p>
        </w:tc>
        <w:tc>
          <w:tcPr>
            <w:tcW w:type="dxa" w:w="1037"/>
          </w:tcPr>
          <w:p>
            <w:pPr>
              <w:spacing w:after="0"/>
              <w:jc w:val="left"/>
            </w:pPr>
            <w:r>
              <w:rPr>
                <w:sz w:val="16"/>
              </w:rPr>
              <w:t>Possible</w:t>
            </w:r>
          </w:p>
        </w:tc>
        <w:tc>
          <w:tcPr>
            <w:tcW w:type="dxa" w:w="1719"/>
          </w:tcPr>
          <w:p>
            <w:pPr>
              <w:spacing w:after="0"/>
              <w:jc w:val="left"/>
            </w:pPr>
            <w:r>
              <w:rPr>
                <w:sz w:val="16"/>
              </w:rPr>
              <w:t>event-days in 2 of 30 years, 1996 to 2025 (6.67%)</w:t>
            </w:r>
          </w:p>
        </w:tc>
        <w:tc>
          <w:tcPr>
            <w:tcW w:type="dxa" w:w="1523"/>
          </w:tcPr>
          <w:p>
            <w:pPr>
              <w:spacing w:after="0"/>
              <w:jc w:val="right"/>
            </w:pPr>
            <w:r>
              <w:rPr>
                <w:sz w:val="16"/>
              </w:rPr>
              <w:t>1.98</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r>
              <w:rPr>
                <w:sz w:val="16"/>
              </w:rPr>
              <w:t>0.178</w:t>
            </w:r>
          </w:p>
        </w:tc>
        <w:tc>
          <w:tcPr>
            <w:tcW w:type="dxa" w:w="1455"/>
          </w:tcPr>
          <w:p>
            <w:pPr>
              <w:spacing w:after="0"/>
              <w:jc w:val="left"/>
            </w:pPr>
            <w:r>
              <w:rPr>
                <w:sz w:val="16"/>
              </w:rPr>
              <w:t>events per year</w:t>
            </w:r>
          </w:p>
        </w:tc>
        <w:tc>
          <w:tcPr>
            <w:tcW w:type="dxa" w:w="1571"/>
          </w:tcPr>
          <w:p>
            <w:pPr>
              <w:spacing w:after="0"/>
              <w:jc w:val="left"/>
            </w:pPr>
            <w:r>
              <w:rPr>
                <w:sz w:val="16"/>
              </w:rPr>
              <w:t>about 1 in 6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23"/>
          </w:tcPr>
          <w:p>
            <w:pPr>
              <w:spacing w:after="0"/>
              <w:jc w:val="right"/>
            </w:pPr>
            <w:r>
              <w:rPr>
                <w:sz w:val="16"/>
              </w:rPr>
              <w:t>38</w:t>
            </w:r>
          </w:p>
        </w:tc>
        <w:tc>
          <w:tcPr>
            <w:tcW w:type="dxa" w:w="1510"/>
          </w:tcPr>
          <w:p>
            <w:pPr>
              <w:spacing w:after="0"/>
              <w:jc w:val="left"/>
            </w:pPr>
            <w:r>
              <w:rPr>
                <w:sz w:val="16"/>
              </w:rPr>
              <w:t>1851 to 2024 (Atlantic)</w:t>
            </w:r>
          </w:p>
        </w:tc>
        <w:tc>
          <w:tcPr>
            <w:tcW w:type="dxa" w:w="1037"/>
          </w:tcPr>
          <w:p>
            <w:pPr>
              <w:spacing w:after="0"/>
              <w:jc w:val="left"/>
            </w:pPr>
            <w:r>
              <w:rPr>
                <w:sz w:val="16"/>
              </w:rPr>
              <w:t>see B1-f</w:t>
            </w:r>
          </w:p>
        </w:tc>
        <w:tc>
          <w:tcPr>
            <w:tcW w:type="dxa" w:w="1979"/>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5"/>
          </w:tcPr>
          <w:p>
            <w:pPr>
              <w:spacing w:after="0"/>
              <w:jc w:val="right"/>
            </w:pPr>
          </w:p>
        </w:tc>
        <w:tc>
          <w:tcPr>
            <w:tcW w:type="dxa" w:w="1455"/>
          </w:tcPr>
          <w:p>
            <w:pPr>
              <w:spacing w:after="0"/>
              <w:jc w:val="left"/>
            </w:pPr>
            <w:r>
              <w:rPr>
                <w:sz w:val="16"/>
              </w:rPr>
              <w:t>event-days per year</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p>
        </w:tc>
        <w:tc>
          <w:tcPr>
            <w:tcW w:type="dxa" w:w="1510"/>
          </w:tcPr>
          <w:p>
            <w:pPr>
              <w:spacing w:after="0"/>
              <w:jc w:val="left"/>
            </w:pPr>
            <w:r>
              <w:rPr>
                <w:sz w:val="16"/>
              </w:rPr>
              <w:t>1946-12-31 to 2014-02-12 (67 years)</w:t>
            </w:r>
          </w:p>
        </w:tc>
        <w:tc>
          <w:tcPr>
            <w:tcW w:type="dxa" w:w="1037"/>
          </w:tcPr>
          <w:p>
            <w:pPr>
              <w:spacing w:after="0"/>
              <w:jc w:val="left"/>
            </w:pPr>
            <w:r>
              <w:rPr>
                <w:sz w:val="16"/>
              </w:rPr>
              <w:t>countywide</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0.107</w:t>
            </w:r>
          </w:p>
        </w:tc>
        <w:tc>
          <w:tcPr>
            <w:tcW w:type="dxa" w:w="1455"/>
          </w:tcPr>
          <w:p>
            <w:pPr>
              <w:spacing w:after="0"/>
              <w:jc w:val="left"/>
            </w:pPr>
            <w:r>
              <w:rPr>
                <w:sz w:val="16"/>
              </w:rPr>
              <w:t>event-days per year</w:t>
            </w:r>
          </w:p>
        </w:tc>
        <w:tc>
          <w:tcPr>
            <w:tcW w:type="dxa" w:w="1571"/>
          </w:tcPr>
          <w:p>
            <w:pPr>
              <w:spacing w:after="0"/>
              <w:jc w:val="left"/>
            </w:pPr>
            <w:r>
              <w:rPr>
                <w:sz w:val="16"/>
              </w:rPr>
              <w:t>about 0.107 days per year</w:t>
            </w:r>
          </w:p>
        </w:tc>
        <w:tc>
          <w:tcPr>
            <w:tcW w:type="dxa" w:w="1037"/>
          </w:tcPr>
          <w:p>
            <w:pPr>
              <w:spacing w:after="0"/>
              <w:jc w:val="left"/>
            </w:pPr>
            <w:r>
              <w:rPr>
                <w:sz w:val="16"/>
              </w:rPr>
              <w:t>Likely</w:t>
            </w:r>
          </w:p>
        </w:tc>
        <w:tc>
          <w:tcPr>
            <w:tcW w:type="dxa" w:w="1719"/>
          </w:tcPr>
          <w:p>
            <w:pPr>
              <w:spacing w:after="0"/>
              <w:jc w:val="left"/>
            </w:pPr>
            <w:r>
              <w:rPr>
                <w:sz w:val="16"/>
              </w:rPr>
              <w:t>event-days in 12 of 30 years, 1996 to 2025 (40%)</w:t>
            </w:r>
          </w:p>
        </w:tc>
        <w:tc>
          <w:tcPr>
            <w:tcW w:type="dxa" w:w="1523"/>
          </w:tcPr>
          <w:p>
            <w:pPr>
              <w:spacing w:after="0"/>
              <w:jc w:val="right"/>
            </w:pPr>
            <w:r>
              <w:rPr>
                <w:sz w:val="16"/>
              </w:rPr>
              <w:t>3</w:t>
            </w:r>
          </w:p>
        </w:tc>
        <w:tc>
          <w:tcPr>
            <w:tcW w:type="dxa" w:w="1510"/>
          </w:tcPr>
          <w:p>
            <w:pPr>
              <w:spacing w:after="0"/>
              <w:jc w:val="left"/>
            </w:pPr>
            <w:r>
              <w:rPr>
                <w:sz w:val="16"/>
              </w:rPr>
              <w:t>1996 to 2023 (28 years)</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0.264</w:t>
            </w:r>
          </w:p>
        </w:tc>
        <w:tc>
          <w:tcPr>
            <w:tcW w:type="dxa" w:w="1455"/>
          </w:tcPr>
          <w:p>
            <w:pPr>
              <w:spacing w:after="0"/>
              <w:jc w:val="left"/>
            </w:pPr>
            <w:r>
              <w:rPr>
                <w:sz w:val="16"/>
              </w:rPr>
              <w:t>events per year (modeled)</w:t>
            </w:r>
          </w:p>
        </w:tc>
        <w:tc>
          <w:tcPr>
            <w:tcW w:type="dxa" w:w="1571"/>
          </w:tcPr>
          <w:p>
            <w:pPr>
              <w:spacing w:after="0"/>
              <w:jc w:val="left"/>
            </w:pPr>
            <w:r>
              <w:rPr>
                <w:sz w:val="16"/>
              </w:rPr>
              <w:t>about 1 in 4 years</w:t>
            </w:r>
          </w:p>
        </w:tc>
        <w:tc>
          <w:tcPr>
            <w:tcW w:type="dxa" w:w="1037"/>
          </w:tcPr>
          <w:p>
            <w:pPr>
              <w:spacing w:after="0"/>
              <w:jc w:val="left"/>
            </w:pPr>
            <w:r>
              <w:rPr>
                <w:sz w:val="16"/>
              </w:rPr>
              <w:t>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67.5</w:t>
            </w:r>
          </w:p>
        </w:tc>
        <w:tc>
          <w:tcPr>
            <w:tcW w:type="dxa" w:w="1455"/>
          </w:tcPr>
          <w:p>
            <w:pPr>
              <w:spacing w:after="0"/>
              <w:jc w:val="left"/>
            </w:pPr>
            <w:r>
              <w:rPr>
                <w:sz w:val="16"/>
              </w:rPr>
              <w:t>days per year with a strike</w:t>
            </w:r>
          </w:p>
        </w:tc>
        <w:tc>
          <w:tcPr>
            <w:tcW w:type="dxa" w:w="1571"/>
          </w:tcPr>
          <w:p>
            <w:pPr>
              <w:spacing w:after="0"/>
              <w:jc w:val="left"/>
            </w:pPr>
            <w:r>
              <w:rPr>
                <w:sz w:val="16"/>
              </w:rPr>
              <w:t>about 67.5 days per year</w:t>
            </w:r>
          </w:p>
        </w:tc>
        <w:tc>
          <w:tcPr>
            <w:tcW w:type="dxa" w:w="1037"/>
          </w:tcPr>
          <w:p>
            <w:pPr>
              <w:spacing w:after="0"/>
              <w:jc w:val="left"/>
            </w:pPr>
            <w:r>
              <w:rPr>
                <w:sz w:val="16"/>
              </w:rPr>
              <w:t>Highly 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1995 to 2023 (29 years; CONUS)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0.00498</w:t>
            </w:r>
          </w:p>
        </w:tc>
        <w:tc>
          <w:tcPr>
            <w:tcW w:type="dxa" w:w="1455"/>
          </w:tcPr>
          <w:p>
            <w:pPr>
              <w:spacing w:after="0"/>
              <w:jc w:val="left"/>
            </w:pPr>
            <w:r>
              <w:rPr>
                <w:sz w:val="16"/>
              </w:rPr>
              <w:t>events per year</w:t>
            </w:r>
          </w:p>
        </w:tc>
        <w:tc>
          <w:tcPr>
            <w:tcW w:type="dxa" w:w="1571"/>
          </w:tcPr>
          <w:p>
            <w:pPr>
              <w:spacing w:after="0"/>
              <w:jc w:val="left"/>
            </w:pPr>
            <w:r>
              <w:rPr>
                <w:sz w:val="16"/>
              </w:rPr>
              <w:t>about 1 in 201 years</w:t>
            </w:r>
          </w:p>
        </w:tc>
        <w:tc>
          <w:tcPr>
            <w:tcW w:type="dxa" w:w="1037"/>
          </w:tcPr>
          <w:p>
            <w:pPr>
              <w:spacing w:after="0"/>
              <w:jc w:val="left"/>
            </w:pPr>
            <w:r>
              <w:rPr>
                <w:sz w:val="16"/>
              </w:rPr>
              <w:t>Unlikely</w:t>
            </w:r>
          </w:p>
        </w:tc>
        <w:tc>
          <w:tcPr>
            <w:tcW w:type="dxa" w:w="1719"/>
          </w:tcPr>
          <w:p>
            <w:pPr>
              <w:spacing w:after="0"/>
              <w:jc w:val="left"/>
            </w:pPr>
            <w:r>
              <w:rPr>
                <w:sz w:val="16"/>
              </w:rPr>
              <w:t>FEMA annualized frequency (modeled)</w:t>
            </w:r>
          </w:p>
        </w:tc>
        <w:tc>
          <w:tcPr>
            <w:tcW w:type="dxa" w:w="1523"/>
          </w:tcPr>
          <w:p>
            <w:pPr>
              <w:spacing w:after="0"/>
              <w:jc w:val="right"/>
            </w:pPr>
            <w:r>
              <w:rPr>
                <w:sz w:val="16"/>
              </w:rPr>
              <w:t>1</w:t>
            </w:r>
          </w:p>
        </w:tc>
        <w:tc>
          <w:tcPr>
            <w:tcW w:type="dxa" w:w="1510"/>
          </w:tcPr>
          <w:p>
            <w:pPr>
              <w:spacing w:after="0"/>
              <w:jc w:val="left"/>
            </w:pPr>
            <w:r>
              <w:rPr>
                <w:sz w:val="16"/>
              </w:rPr>
              <w:t>1986 to 2023 (38 years)</w:t>
            </w:r>
          </w:p>
        </w:tc>
        <w:tc>
          <w:tcPr>
            <w:tcW w:type="dxa" w:w="1037"/>
          </w:tcPr>
          <w:p>
            <w:pPr>
              <w:spacing w:after="0"/>
              <w:jc w:val="left"/>
            </w:pPr>
            <w:r>
              <w:rPr>
                <w:sz w:val="16"/>
              </w:rPr>
              <w:t>countywide</w:t>
            </w:r>
          </w:p>
        </w:tc>
        <w:tc>
          <w:tcPr>
            <w:tcW w:type="dxa" w:w="1979"/>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0.000642</w:t>
            </w:r>
          </w:p>
        </w:tc>
        <w:tc>
          <w:tcPr>
            <w:tcW w:type="dxa" w:w="1455"/>
          </w:tcPr>
          <w:p>
            <w:pPr>
              <w:spacing w:after="0"/>
              <w:jc w:val="left"/>
            </w:pPr>
            <w:r>
              <w:rPr>
                <w:sz w:val="16"/>
              </w:rPr>
              <w:t>events per year</w:t>
            </w:r>
          </w:p>
        </w:tc>
        <w:tc>
          <w:tcPr>
            <w:tcW w:type="dxa" w:w="1571"/>
          </w:tcPr>
          <w:p>
            <w:pPr>
              <w:spacing w:after="0"/>
              <w:jc w:val="left"/>
            </w:pPr>
            <w:r>
              <w:rPr>
                <w:sz w:val="16"/>
              </w:rPr>
              <w:t>about 1 in 1,557 years</w:t>
            </w:r>
          </w:p>
        </w:tc>
        <w:tc>
          <w:tcPr>
            <w:tcW w:type="dxa" w:w="1037"/>
          </w:tcPr>
          <w:p>
            <w:pPr>
              <w:spacing w:after="0"/>
              <w:jc w:val="left"/>
            </w:pPr>
            <w:r>
              <w:rPr>
                <w:sz w:val="16"/>
              </w:rPr>
              <w:t>Unlikely</w:t>
            </w:r>
          </w:p>
        </w:tc>
        <w:tc>
          <w:tcPr>
            <w:tcW w:type="dxa" w:w="171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0"/>
          </w:tcPr>
          <w:p>
            <w:pPr>
              <w:spacing w:after="0"/>
              <w:jc w:val="left"/>
            </w:pPr>
            <w:r>
              <w:rPr>
                <w:sz w:val="16"/>
              </w:rPr>
              <w:t>1950 to 2023 (EF2+); 1986 to 2023 (EF0-1)</w:t>
            </w:r>
          </w:p>
        </w:tc>
        <w:tc>
          <w:tcPr>
            <w:tcW w:type="dxa" w:w="1037"/>
          </w:tcPr>
          <w:p>
            <w:pPr>
              <w:spacing w:after="0"/>
              <w:jc w:val="left"/>
            </w:pPr>
            <w:r>
              <w:rPr>
                <w:sz w:val="16"/>
              </w:rPr>
              <w:t>see B1-f</w:t>
            </w:r>
          </w:p>
        </w:tc>
        <w:tc>
          <w:tcPr>
            <w:tcW w:type="dxa" w:w="1979"/>
          </w:tcPr>
          <w:p>
            <w:pPr>
              <w:spacing w:after="0"/>
              <w:jc w:val="left"/>
            </w:pPr>
          </w:p>
        </w:tc>
      </w:tr>
      <w:tr>
        <w:trPr>
          <w:cantSplit/>
        </w:trPr>
        <w:tc>
          <w:tcPr>
            <w:tcW w:type="dxa" w:w="1037"/>
          </w:tcPr>
          <w:p>
            <w:pPr>
              <w:spacing w:after="0"/>
              <w:jc w:val="left"/>
            </w:pPr>
            <w:r>
              <w:rPr>
                <w:sz w:val="16"/>
              </w:rPr>
              <w:t>Tsunami</w:t>
            </w:r>
          </w:p>
        </w:tc>
        <w:tc>
          <w:tcPr>
            <w:tcW w:type="dxa" w:w="1245"/>
          </w:tcPr>
          <w:p>
            <w:pPr>
              <w:spacing w:after="0"/>
              <w:jc w:val="right"/>
            </w:pPr>
          </w:p>
        </w:tc>
        <w:tc>
          <w:tcPr>
            <w:tcW w:type="dxa" w:w="1455"/>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5"/>
          </w:tcPr>
          <w:p>
            <w:pPr>
              <w:spacing w:after="0"/>
              <w:jc w:val="right"/>
            </w:pPr>
          </w:p>
        </w:tc>
        <w:tc>
          <w:tcPr>
            <w:tcW w:type="dxa" w:w="1455"/>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19"/>
          </w:tcPr>
          <w:p>
            <w:pPr>
              <w:spacing w:after="0"/>
              <w:jc w:val="left"/>
            </w:pP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5"/>
          </w:tcPr>
          <w:p>
            <w:pPr>
              <w:spacing w:after="0"/>
              <w:jc w:val="right"/>
            </w:pPr>
          </w:p>
        </w:tc>
        <w:tc>
          <w:tcPr>
            <w:tcW w:type="dxa" w:w="1455"/>
          </w:tcPr>
          <w:p>
            <w:pPr>
              <w:spacing w:after="0"/>
              <w:jc w:val="left"/>
            </w:pPr>
            <w:r>
              <w:rPr>
                <w:sz w:val="16"/>
              </w:rPr>
              <w:t>annual probability at a location</w:t>
            </w:r>
          </w:p>
        </w:tc>
        <w:tc>
          <w:tcPr>
            <w:tcW w:type="dxa" w:w="1571"/>
          </w:tcPr>
          <w:p>
            <w:pPr>
              <w:spacing w:after="0"/>
              <w:jc w:val="left"/>
            </w:pPr>
          </w:p>
        </w:tc>
        <w:tc>
          <w:tcPr>
            <w:tcW w:type="dxa" w:w="1037"/>
          </w:tcPr>
          <w:p>
            <w:pPr>
              <w:spacing w:after="0"/>
              <w:jc w:val="left"/>
            </w:pPr>
          </w:p>
        </w:tc>
        <w:tc>
          <w:tcPr>
            <w:tcW w:type="dxa" w:w="171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0"/>
          </w:tcPr>
          <w:p>
            <w:pPr>
              <w:spacing w:after="0"/>
              <w:jc w:val="left"/>
            </w:pPr>
            <w:r>
              <w:rPr>
                <w:sz w:val="16"/>
              </w:rPr>
              <w:t>modeled</w:t>
            </w:r>
          </w:p>
        </w:tc>
        <w:tc>
          <w:tcPr>
            <w:tcW w:type="dxa" w:w="1037"/>
          </w:tcPr>
          <w:p>
            <w:pPr>
              <w:spacing w:after="0"/>
              <w:jc w:val="left"/>
            </w:pPr>
            <w:r>
              <w:rPr>
                <w:sz w:val="16"/>
              </w:rPr>
              <w:t>see B1-f</w:t>
            </w:r>
          </w:p>
        </w:tc>
        <w:tc>
          <w:tcPr>
            <w:tcW w:type="dxa" w:w="197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0</w:t>
            </w:r>
          </w:p>
        </w:tc>
        <w:tc>
          <w:tcPr>
            <w:tcW w:type="dxa" w:w="1455"/>
          </w:tcPr>
          <w:p>
            <w:pPr>
              <w:spacing w:after="0"/>
              <w:jc w:val="left"/>
            </w:pPr>
            <w:r>
              <w:rPr>
                <w:sz w:val="16"/>
              </w:rPr>
              <w:t>event-days per year</w:t>
            </w:r>
          </w:p>
        </w:tc>
        <w:tc>
          <w:tcPr>
            <w:tcW w:type="dxa" w:w="1571"/>
          </w:tcPr>
          <w:p>
            <w:pPr>
              <w:spacing w:after="0"/>
              <w:jc w:val="left"/>
            </w:pPr>
            <w:r>
              <w:rPr>
                <w:sz w:val="16"/>
              </w:rPr>
              <w:t>none modeled</w:t>
            </w:r>
          </w:p>
        </w:tc>
        <w:tc>
          <w:tcPr>
            <w:tcW w:type="dxa" w:w="1037"/>
          </w:tcPr>
          <w:p>
            <w:pPr>
              <w:spacing w:after="0"/>
              <w:jc w:val="left"/>
            </w:pPr>
          </w:p>
        </w:tc>
        <w:tc>
          <w:tcPr>
            <w:tcW w:type="dxa" w:w="1719"/>
          </w:tcPr>
          <w:p>
            <w:pPr>
              <w:spacing w:after="0"/>
              <w:jc w:val="left"/>
            </w:pPr>
            <w:r>
              <w:rPr>
                <w:sz w:val="16"/>
              </w:rPr>
              <w:t>event-days in 0 of 30 years, 1996 to 2025 (0%)</w:t>
            </w:r>
          </w:p>
        </w:tc>
        <w:tc>
          <w:tcPr>
            <w:tcW w:type="dxa" w:w="1523"/>
          </w:tcPr>
          <w:p>
            <w:pPr>
              <w:spacing w:after="0"/>
              <w:jc w:val="right"/>
            </w:pPr>
            <w:r>
              <w:rPr>
                <w:sz w:val="16"/>
              </w:rPr>
              <w:t>0</w:t>
            </w:r>
          </w:p>
        </w:tc>
        <w:tc>
          <w:tcPr>
            <w:tcW w:type="dxa" w:w="1510"/>
          </w:tcPr>
          <w:p>
            <w:pPr>
              <w:spacing w:after="0"/>
              <w:jc w:val="left"/>
            </w:pPr>
            <w:r>
              <w:rPr>
                <w:sz w:val="16"/>
              </w:rPr>
              <w:t>2005-11-12 to 2024-11-12 (19 years)</w:t>
            </w:r>
          </w:p>
        </w:tc>
        <w:tc>
          <w:tcPr>
            <w:tcW w:type="dxa" w:w="1037"/>
          </w:tcPr>
          <w:p>
            <w:pPr>
              <w:spacing w:after="0"/>
              <w:jc w:val="left"/>
            </w:pPr>
            <w:r>
              <w:rPr>
                <w:sz w:val="16"/>
              </w:rPr>
              <w:t>countywide</w:t>
            </w:r>
          </w:p>
        </w:tc>
        <w:tc>
          <w:tcPr>
            <w:tcW w:type="dxa" w:w="1979"/>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2</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2</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2</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02"/>
        <w:gridCol w:w="680"/>
        <w:gridCol w:w="1799"/>
        <w:gridCol w:w="1902"/>
        <w:gridCol w:w="1443"/>
        <w:gridCol w:w="1577"/>
        <w:gridCol w:w="5209"/>
      </w:tblGrid>
      <w:tr>
        <w:trPr>
          <w:cantSplit/>
          <w:tblHeader/>
        </w:trPr>
        <w:tc>
          <w:tcPr>
            <w:tcW w:type="dxa" w:w="1502"/>
            <w:shd w:val="clear" w:color="auto" w:fill="E8E8E8"/>
          </w:tcPr>
          <w:p>
            <w:pPr>
              <w:spacing w:after="0"/>
              <w:jc w:val="left"/>
            </w:pPr>
            <w:r>
              <w:rPr>
                <w:b/>
                <w:sz w:val="16"/>
              </w:rPr>
              <w:t>Member</w:t>
            </w:r>
          </w:p>
        </w:tc>
        <w:tc>
          <w:tcPr>
            <w:tcW w:type="dxa" w:w="680"/>
            <w:shd w:val="clear" w:color="auto" w:fill="E8E8E8"/>
          </w:tcPr>
          <w:p>
            <w:pPr>
              <w:spacing w:after="0"/>
              <w:jc w:val="left"/>
            </w:pPr>
            <w:r>
              <w:rPr>
                <w:b/>
                <w:sz w:val="16"/>
              </w:rPr>
              <w:t>Type</w:t>
            </w:r>
          </w:p>
        </w:tc>
        <w:tc>
          <w:tcPr>
            <w:tcW w:type="dxa" w:w="1799"/>
            <w:shd w:val="clear" w:color="auto" w:fill="E8E8E8"/>
          </w:tcPr>
          <w:p>
            <w:pPr>
              <w:spacing w:after="0"/>
              <w:jc w:val="left"/>
            </w:pPr>
            <w:r>
              <w:rPr>
                <w:b/>
                <w:sz w:val="16"/>
              </w:rPr>
              <w:t>Plan status</w:t>
            </w:r>
          </w:p>
        </w:tc>
        <w:tc>
          <w:tcPr>
            <w:tcW w:type="dxa" w:w="190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4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57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5209"/>
            <w:shd w:val="clear" w:color="auto" w:fill="E8E8E8"/>
          </w:tcPr>
          <w:p>
            <w:pPr>
              <w:spacing w:after="0"/>
              <w:jc w:val="left"/>
            </w:pPr>
            <w:r>
              <w:rPr>
                <w:b/>
                <w:sz w:val="16"/>
              </w:rPr>
              <w:t>Notes</w:t>
            </w:r>
          </w:p>
        </w:tc>
      </w:tr>
      <w:tr>
        <w:trPr>
          <w:cantSplit/>
        </w:trPr>
        <w:tc>
          <w:tcPr>
            <w:tcW w:type="dxa" w:w="1502"/>
          </w:tcPr>
          <w:p>
            <w:pPr>
              <w:spacing w:after="0"/>
              <w:jc w:val="left"/>
            </w:pPr>
            <w:r>
              <w:rPr>
                <w:sz w:val="16"/>
              </w:rPr>
              <w:t>Florida Municipio</w:t>
            </w:r>
          </w:p>
        </w:tc>
        <w:tc>
          <w:tcPr>
            <w:tcW w:type="dxa" w:w="680"/>
          </w:tcPr>
          <w:p>
            <w:pPr>
              <w:spacing w:after="0"/>
              <w:jc w:val="left"/>
            </w:pPr>
            <w:r>
              <w:rPr>
                <w:sz w:val="16"/>
              </w:rPr>
              <w:t>County</w:t>
            </w:r>
          </w:p>
        </w:tc>
        <w:tc>
          <w:tcPr>
            <w:tcW w:type="dxa" w:w="1799"/>
          </w:tcPr>
          <w:p>
            <w:pPr>
              <w:spacing w:after="0"/>
              <w:jc w:val="left"/>
            </w:pPr>
            <w:r>
              <w:rPr>
                <w:sz w:val="16"/>
              </w:rPr>
              <w:t>Expired on 2026-04-28</w:t>
            </w:r>
          </w:p>
        </w:tc>
        <w:tc>
          <w:tcPr>
            <w:tcW w:type="dxa" w:w="1902"/>
          </w:tcPr>
          <w:p>
            <w:pPr>
              <w:spacing w:after="0"/>
              <w:jc w:val="right"/>
            </w:pPr>
            <w:r>
              <w:rPr>
                <w:sz w:val="16"/>
              </w:rPr>
              <w:t>FMA RL 0, SRL 0; any 0</w:t>
            </w:r>
          </w:p>
        </w:tc>
        <w:tc>
          <w:tcPr>
            <w:tcW w:type="dxa" w:w="1443"/>
          </w:tcPr>
          <w:p>
            <w:pPr>
              <w:spacing w:after="0"/>
              <w:jc w:val="right"/>
            </w:pPr>
            <w:r>
              <w:rPr>
                <w:sz w:val="16"/>
              </w:rPr>
              <w:t>$5,763,568.72</w:t>
            </w:r>
          </w:p>
        </w:tc>
        <w:tc>
          <w:tcPr>
            <w:tcW w:type="dxa" w:w="1577"/>
          </w:tcPr>
          <w:p>
            <w:pPr>
              <w:spacing w:after="0"/>
              <w:jc w:val="right"/>
            </w:pPr>
            <w:r>
              <w:rPr>
                <w:sz w:val="16"/>
              </w:rPr>
              <w:t>0; 0</w:t>
            </w:r>
          </w:p>
        </w:tc>
        <w:tc>
          <w:tcPr>
            <w:tcW w:type="dxa" w:w="5209"/>
          </w:tcPr>
          <w:p>
            <w:pPr>
              <w:spacing w:after="0"/>
              <w:jc w:val="left"/>
            </w:pPr>
            <w:r>
              <w:rPr>
                <w:sz w:val="16"/>
              </w:rPr>
              <w:t>Puerto Rico commonwealth community (720000): this row counts only its properties in this municipio, as the county table does. Includes $91,896.83 for declarations not counted as hazard incidents (DR-4493-PR).</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3"/>
        <w:gridCol w:w="1050"/>
        <w:gridCol w:w="1037"/>
        <w:gridCol w:w="1126"/>
        <w:gridCol w:w="1203"/>
        <w:gridCol w:w="1063"/>
        <w:gridCol w:w="1289"/>
        <w:gridCol w:w="1151"/>
        <w:gridCol w:w="1296"/>
        <w:gridCol w:w="132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9"/>
            <w:shd w:val="clear" w:color="auto" w:fill="E8E8E8"/>
          </w:tcPr>
          <w:p>
            <w:pPr>
              <w:spacing w:after="0"/>
              <w:jc w:val="right"/>
            </w:pPr>
            <w:r>
              <w:rPr>
                <w:b/>
                <w:sz w:val="16"/>
              </w:rPr>
              <w:t>Storm Events damage since 2021-04-29</w:t>
            </w:r>
          </w:p>
          <w:p>
            <w:pPr>
              <w:spacing w:after="0"/>
              <w:jc w:val="right"/>
            </w:pPr>
            <w:r>
              <w:rPr>
                <w:i/>
                <w:color w:val="555555"/>
                <w:sz w:val="14"/>
              </w:rPr>
              <w:t>county-coded records, property plus crops, nominal dollars</w:t>
            </w:r>
          </w:p>
        </w:tc>
        <w:tc>
          <w:tcPr>
            <w:tcW w:type="dxa" w:w="11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9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$0</w:t>
            </w:r>
          </w:p>
        </w:tc>
        <w:tc>
          <w:tcPr>
            <w:tcW w:type="dxa" w:w="1143"/>
          </w:tcPr>
          <w:p>
            <w:pPr>
              <w:spacing w:after="0"/>
              <w:jc w:val="right"/>
            </w:pPr>
          </w:p>
        </w:tc>
        <w:tc>
          <w:tcPr>
            <w:tcW w:type="dxa" w:w="105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p>
        </w:tc>
        <w:tc>
          <w:tcPr>
            <w:tcW w:type="dxa" w:w="1203"/>
          </w:tcPr>
          <w:p>
            <w:pPr>
              <w:spacing w:after="0"/>
              <w:jc w:val="right"/>
            </w:pPr>
            <w:r>
              <w:rPr>
                <w:sz w:val="16"/>
              </w:rPr>
              <w:t>$0</w:t>
            </w:r>
          </w:p>
        </w:tc>
        <w:tc>
          <w:tcPr>
            <w:tcW w:type="dxa" w:w="1063"/>
          </w:tcPr>
          <w:p>
            <w:pPr>
              <w:spacing w:after="0"/>
              <w:jc w:val="right"/>
            </w:pPr>
          </w:p>
        </w:tc>
        <w:tc>
          <w:tcPr>
            <w:tcW w:type="dxa" w:w="1289"/>
          </w:tcPr>
          <w:p>
            <w:pPr>
              <w:spacing w:after="0"/>
              <w:jc w:val="right"/>
            </w:pPr>
          </w:p>
        </w:tc>
        <w:tc>
          <w:tcPr>
            <w:tcW w:type="dxa" w:w="1151"/>
          </w:tcPr>
          <w:p>
            <w:pPr>
              <w:spacing w:after="0"/>
              <w:jc w:val="right"/>
            </w:pPr>
            <w:r>
              <w:rPr>
                <w:sz w:val="16"/>
              </w:rPr>
              <w:t>$15,900</w:t>
            </w:r>
          </w:p>
        </w:tc>
        <w:tc>
          <w:tcPr>
            <w:tcW w:type="dxa" w:w="1296"/>
          </w:tcPr>
          <w:p>
            <w:pPr>
              <w:spacing w:after="0"/>
              <w:jc w:val="right"/>
            </w:pPr>
          </w:p>
        </w:tc>
        <w:tc>
          <w:tcPr>
            <w:tcW w:type="dxa" w:w="132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43"/>
          </w:tcPr>
          <w:p>
            <w:pPr>
              <w:spacing w:after="0"/>
              <w:jc w:val="right"/>
            </w:pPr>
            <w:r>
              <w:rPr>
                <w:sz w:val="16"/>
              </w:rPr>
              <w:t>$0</w:t>
            </w:r>
          </w:p>
        </w:tc>
        <w:tc>
          <w:tcPr>
            <w:tcW w:type="dxa" w:w="105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3"/>
          </w:tcPr>
          <w:p>
            <w:pPr>
              <w:spacing w:after="0"/>
              <w:jc w:val="right"/>
            </w:pPr>
            <w:r>
              <w:rPr>
                <w:sz w:val="16"/>
              </w:rPr>
              <w:t>$0</w:t>
            </w: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$2,325,784,608</w:t>
            </w:r>
          </w:p>
        </w:tc>
        <w:tc>
          <w:tcPr>
            <w:tcW w:type="dxa" w:w="1143"/>
          </w:tcPr>
          <w:p>
            <w:pPr>
              <w:spacing w:after="0"/>
              <w:jc w:val="right"/>
            </w:pPr>
          </w:p>
        </w:tc>
        <w:tc>
          <w:tcPr>
            <w:tcW w:type="dxa" w:w="1050"/>
          </w:tcPr>
          <w:p>
            <w:pPr>
              <w:spacing w:after="0"/>
              <w:jc w:val="right"/>
            </w:pPr>
            <w:r>
              <w:rPr>
                <w:sz w:val="16"/>
              </w:rPr>
              <w:t>11,692</w:t>
            </w:r>
          </w:p>
        </w:tc>
        <w:tc>
          <w:tcPr>
            <w:tcW w:type="dxa" w:w="1037"/>
          </w:tcPr>
          <w:p>
            <w:pPr>
              <w:spacing w:after="0"/>
              <w:jc w:val="right"/>
            </w:pPr>
            <w:r>
              <w:rPr>
                <w:sz w:val="16"/>
              </w:rPr>
              <w:t>$987,239</w:t>
            </w:r>
          </w:p>
        </w:tc>
        <w:tc>
          <w:tcPr>
            <w:tcW w:type="dxa" w:w="1126"/>
          </w:tcPr>
          <w:p>
            <w:pPr>
              <w:spacing w:after="0"/>
              <w:jc w:val="right"/>
            </w:pPr>
          </w:p>
        </w:tc>
        <w:tc>
          <w:tcPr>
            <w:tcW w:type="dxa" w:w="1203"/>
          </w:tcPr>
          <w:p>
            <w:pPr>
              <w:spacing w:after="0"/>
              <w:jc w:val="right"/>
            </w:pPr>
            <w:r>
              <w:rPr>
                <w:sz w:val="16"/>
              </w:rPr>
              <w:t>$1,130,950</w:t>
            </w:r>
          </w:p>
        </w:tc>
        <w:tc>
          <w:tcPr>
            <w:tcW w:type="dxa" w:w="1063"/>
          </w:tcPr>
          <w:p>
            <w:pPr>
              <w:spacing w:after="0"/>
              <w:jc w:val="right"/>
            </w:pPr>
            <w:r>
              <w:rPr>
                <w:sz w:val="16"/>
              </w:rPr>
              <w:t>0.0424%</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$1,489,081,821</w:t>
            </w:r>
          </w:p>
        </w:tc>
        <w:tc>
          <w:tcPr>
            <w:tcW w:type="dxa" w:w="1143"/>
          </w:tcPr>
          <w:p>
            <w:pPr>
              <w:spacing w:after="0"/>
              <w:jc w:val="right"/>
            </w:pPr>
            <w:r>
              <w:rPr>
                <w:sz w:val="16"/>
              </w:rPr>
              <w:t>$0</w:t>
            </w:r>
          </w:p>
        </w:tc>
        <w:tc>
          <w:tcPr>
            <w:tcW w:type="dxa" w:w="1050"/>
          </w:tcPr>
          <w:p>
            <w:pPr>
              <w:spacing w:after="0"/>
              <w:jc w:val="right"/>
            </w:pPr>
            <w:r>
              <w:rPr>
                <w:sz w:val="16"/>
              </w:rPr>
              <w:t>11,692</w:t>
            </w:r>
          </w:p>
        </w:tc>
        <w:tc>
          <w:tcPr>
            <w:tcW w:type="dxa" w:w="1037"/>
          </w:tcPr>
          <w:p>
            <w:pPr>
              <w:spacing w:after="0"/>
              <w:jc w:val="right"/>
            </w:pPr>
            <w:r>
              <w:rPr>
                <w:sz w:val="16"/>
              </w:rPr>
              <w:t>$18</w:t>
            </w:r>
          </w:p>
        </w:tc>
        <w:tc>
          <w:tcPr>
            <w:tcW w:type="dxa" w:w="1126"/>
          </w:tcPr>
          <w:p>
            <w:pPr>
              <w:spacing w:after="0"/>
              <w:jc w:val="right"/>
            </w:pPr>
            <w:r>
              <w:rPr>
                <w:sz w:val="16"/>
              </w:rPr>
              <w:t>$0</w:t>
            </w:r>
          </w:p>
        </w:tc>
        <w:tc>
          <w:tcPr>
            <w:tcW w:type="dxa" w:w="1203"/>
          </w:tcPr>
          <w:p>
            <w:pPr>
              <w:spacing w:after="0"/>
              <w:jc w:val="right"/>
            </w:pPr>
            <w:r>
              <w:rPr>
                <w:sz w:val="16"/>
              </w:rPr>
              <w:t>$164</w:t>
            </w:r>
          </w:p>
        </w:tc>
        <w:tc>
          <w:tcPr>
            <w:tcW w:type="dxa" w:w="1063"/>
          </w:tcPr>
          <w:p>
            <w:pPr>
              <w:spacing w:after="0"/>
              <w:jc w:val="right"/>
            </w:pPr>
            <w:r>
              <w:rPr>
                <w:sz w:val="16"/>
              </w:rPr>
              <w:t>under 0.0001%</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$1,489,043,590</w:t>
            </w:r>
          </w:p>
        </w:tc>
        <w:tc>
          <w:tcPr>
            <w:tcW w:type="dxa" w:w="1143"/>
          </w:tcPr>
          <w:p>
            <w:pPr>
              <w:spacing w:after="0"/>
              <w:jc w:val="right"/>
            </w:pPr>
            <w:r>
              <w:rPr>
                <w:sz w:val="16"/>
              </w:rPr>
              <w:t>$0</w:t>
            </w:r>
          </w:p>
        </w:tc>
        <w:tc>
          <w:tcPr>
            <w:tcW w:type="dxa" w:w="1050"/>
          </w:tcPr>
          <w:p>
            <w:pPr>
              <w:spacing w:after="0"/>
              <w:jc w:val="right"/>
            </w:pPr>
            <w:r>
              <w:rPr>
                <w:sz w:val="16"/>
              </w:rPr>
              <w:t>11,692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3"/>
          </w:tcPr>
          <w:p>
            <w:pPr>
              <w:spacing w:after="0"/>
              <w:jc w:val="right"/>
            </w:pPr>
            <w:r>
              <w:rPr>
                <w:sz w:val="16"/>
              </w:rPr>
              <w:t>$0</w:t>
            </w:r>
          </w:p>
        </w:tc>
        <w:tc>
          <w:tcPr>
            <w:tcW w:type="dxa" w:w="1063"/>
          </w:tcPr>
          <w:p>
            <w:pPr>
              <w:spacing w:after="0"/>
              <w:jc w:val="right"/>
            </w:pPr>
            <w:r>
              <w:rPr>
                <w:sz w:val="16"/>
              </w:rPr>
              <w:t>0%</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$1,489,036,826</w:t>
            </w:r>
          </w:p>
        </w:tc>
        <w:tc>
          <w:tcPr>
            <w:tcW w:type="dxa" w:w="1143"/>
          </w:tcPr>
          <w:p>
            <w:pPr>
              <w:spacing w:after="0"/>
              <w:jc w:val="right"/>
            </w:pPr>
            <w:r>
              <w:rPr>
                <w:sz w:val="16"/>
              </w:rPr>
              <w:t>$0</w:t>
            </w:r>
          </w:p>
        </w:tc>
        <w:tc>
          <w:tcPr>
            <w:tcW w:type="dxa" w:w="1050"/>
          </w:tcPr>
          <w:p>
            <w:pPr>
              <w:spacing w:after="0"/>
              <w:jc w:val="right"/>
            </w:pPr>
            <w:r>
              <w:rPr>
                <w:sz w:val="16"/>
              </w:rPr>
              <w:t>11,692</w:t>
            </w:r>
          </w:p>
        </w:tc>
        <w:tc>
          <w:tcPr>
            <w:tcW w:type="dxa" w:w="1037"/>
          </w:tcPr>
          <w:p>
            <w:pPr>
              <w:spacing w:after="0"/>
              <w:jc w:val="right"/>
            </w:pPr>
            <w:r>
              <w:rPr>
                <w:sz w:val="16"/>
              </w:rPr>
              <w:t>$3,813,296</w:t>
            </w:r>
          </w:p>
        </w:tc>
        <w:tc>
          <w:tcPr>
            <w:tcW w:type="dxa" w:w="1126"/>
          </w:tcPr>
          <w:p>
            <w:pPr>
              <w:spacing w:after="0"/>
              <w:jc w:val="right"/>
            </w:pPr>
            <w:r>
              <w:rPr>
                <w:sz w:val="16"/>
              </w:rPr>
              <w:t>$0</w:t>
            </w:r>
          </w:p>
        </w:tc>
        <w:tc>
          <w:tcPr>
            <w:tcW w:type="dxa" w:w="1203"/>
          </w:tcPr>
          <w:p>
            <w:pPr>
              <w:spacing w:after="0"/>
              <w:jc w:val="right"/>
            </w:pPr>
            <w:r>
              <w:rPr>
                <w:sz w:val="16"/>
              </w:rPr>
              <w:t>$311,305</w:t>
            </w:r>
          </w:p>
        </w:tc>
        <w:tc>
          <w:tcPr>
            <w:tcW w:type="dxa" w:w="1063"/>
          </w:tcPr>
          <w:p>
            <w:pPr>
              <w:spacing w:after="0"/>
              <w:jc w:val="right"/>
            </w:pPr>
            <w:r>
              <w:rPr>
                <w:sz w:val="16"/>
              </w:rPr>
              <w:t>0.256%</w:t>
            </w:r>
          </w:p>
        </w:tc>
        <w:tc>
          <w:tcPr>
            <w:tcW w:type="dxa" w:w="1289"/>
          </w:tcPr>
          <w:p>
            <w:pPr>
              <w:spacing w:after="0"/>
              <w:jc w:val="right"/>
            </w:pPr>
          </w:p>
        </w:tc>
        <w:tc>
          <w:tcPr>
            <w:tcW w:type="dxa" w:w="1151"/>
          </w:tcPr>
          <w:p>
            <w:pPr>
              <w:spacing w:after="0"/>
              <w:jc w:val="right"/>
            </w:pPr>
            <w:r>
              <w:rPr>
                <w:sz w:val="16"/>
              </w:rPr>
              <w:t>$0</w:t>
            </w:r>
          </w:p>
        </w:tc>
        <w:tc>
          <w:tcPr>
            <w:tcW w:type="dxa" w:w="1296"/>
          </w:tcPr>
          <w:p>
            <w:pPr>
              <w:spacing w:after="0"/>
              <w:jc w:val="right"/>
            </w:pPr>
            <w:r>
              <w:rPr>
                <w:sz w:val="16"/>
              </w:rPr>
              <w:t>$758,478.57</w:t>
            </w:r>
          </w:p>
        </w:tc>
        <w:tc>
          <w:tcPr>
            <w:tcW w:type="dxa" w:w="132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$1,487,830,754</w:t>
            </w:r>
          </w:p>
        </w:tc>
        <w:tc>
          <w:tcPr>
            <w:tcW w:type="dxa" w:w="1143"/>
          </w:tcPr>
          <w:p>
            <w:pPr>
              <w:spacing w:after="0"/>
              <w:jc w:val="right"/>
            </w:pPr>
            <w:r>
              <w:rPr>
                <w:sz w:val="16"/>
              </w:rPr>
              <w:t>$0</w:t>
            </w:r>
          </w:p>
        </w:tc>
        <w:tc>
          <w:tcPr>
            <w:tcW w:type="dxa" w:w="1050"/>
          </w:tcPr>
          <w:p>
            <w:pPr>
              <w:spacing w:after="0"/>
              <w:jc w:val="right"/>
            </w:pPr>
            <w:r>
              <w:rPr>
                <w:sz w:val="16"/>
              </w:rPr>
              <w:t>0</w:t>
            </w:r>
          </w:p>
        </w:tc>
        <w:tc>
          <w:tcPr>
            <w:tcW w:type="dxa" w:w="1037"/>
          </w:tcPr>
          <w:p>
            <w:pPr>
              <w:spacing w:after="0"/>
              <w:jc w:val="right"/>
            </w:pPr>
            <w:r>
              <w:rPr>
                <w:sz w:val="16"/>
              </w:rPr>
              <w:t>$1,498,624</w:t>
            </w:r>
          </w:p>
        </w:tc>
        <w:tc>
          <w:tcPr>
            <w:tcW w:type="dxa" w:w="1126"/>
          </w:tcPr>
          <w:p>
            <w:pPr>
              <w:spacing w:after="0"/>
              <w:jc w:val="right"/>
            </w:pPr>
            <w:r>
              <w:rPr>
                <w:sz w:val="16"/>
              </w:rPr>
              <w:t>$0</w:t>
            </w:r>
          </w:p>
        </w:tc>
        <w:tc>
          <w:tcPr>
            <w:tcW w:type="dxa" w:w="1203"/>
          </w:tcPr>
          <w:p>
            <w:pPr>
              <w:spacing w:after="0"/>
              <w:jc w:val="right"/>
            </w:pPr>
            <w:r>
              <w:rPr>
                <w:sz w:val="16"/>
              </w:rPr>
              <w:t>$0</w:t>
            </w:r>
          </w:p>
        </w:tc>
        <w:tc>
          <w:tcPr>
            <w:tcW w:type="dxa" w:w="1063"/>
          </w:tcPr>
          <w:p>
            <w:pPr>
              <w:spacing w:after="0"/>
              <w:jc w:val="right"/>
            </w:pPr>
            <w:r>
              <w:rPr>
                <w:sz w:val="16"/>
              </w:rPr>
              <w:t>n/a (see note)</w:t>
            </w:r>
          </w:p>
        </w:tc>
        <w:tc>
          <w:tcPr>
            <w:tcW w:type="dxa" w:w="1289"/>
          </w:tcPr>
          <w:p>
            <w:pPr>
              <w:spacing w:after="0"/>
              <w:jc w:val="right"/>
            </w:pPr>
            <w:r>
              <w:rPr>
                <w:sz w:val="16"/>
              </w:rPr>
              <w:t>$1,000</w:t>
            </w:r>
          </w:p>
        </w:tc>
        <w:tc>
          <w:tcPr>
            <w:tcW w:type="dxa" w:w="1151"/>
          </w:tcPr>
          <w:p>
            <w:pPr>
              <w:spacing w:after="0"/>
              <w:jc w:val="right"/>
            </w:pPr>
          </w:p>
        </w:tc>
        <w:tc>
          <w:tcPr>
            <w:tcW w:type="dxa" w:w="1296"/>
          </w:tcPr>
          <w:p>
            <w:pPr>
              <w:spacing w:after="0"/>
              <w:jc w:val="right"/>
            </w:pPr>
            <w:r>
              <w:rPr>
                <w:sz w:val="16"/>
              </w:rPr>
              <w:t>none found (1 declaration)</w:t>
            </w:r>
          </w:p>
        </w:tc>
        <w:tc>
          <w:tcPr>
            <w:tcW w:type="dxa" w:w="132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$212,033,050</w:t>
            </w:r>
          </w:p>
        </w:tc>
        <w:tc>
          <w:tcPr>
            <w:tcW w:type="dxa" w:w="1143"/>
          </w:tcPr>
          <w:p>
            <w:pPr>
              <w:spacing w:after="0"/>
              <w:jc w:val="right"/>
            </w:pPr>
          </w:p>
        </w:tc>
        <w:tc>
          <w:tcPr>
            <w:tcW w:type="dxa" w:w="1050"/>
          </w:tcPr>
          <w:p>
            <w:pPr>
              <w:spacing w:after="0"/>
              <w:jc w:val="right"/>
            </w:pPr>
            <w:r>
              <w:rPr>
                <w:sz w:val="16"/>
              </w:rPr>
              <w:t>1,643</w:t>
            </w:r>
          </w:p>
        </w:tc>
        <w:tc>
          <w:tcPr>
            <w:tcW w:type="dxa" w:w="1037"/>
          </w:tcPr>
          <w:p>
            <w:pPr>
              <w:spacing w:after="0"/>
              <w:jc w:val="right"/>
            </w:pPr>
            <w:r>
              <w:rPr>
                <w:sz w:val="16"/>
              </w:rPr>
              <w:t>$403,750</w:t>
            </w:r>
          </w:p>
        </w:tc>
        <w:tc>
          <w:tcPr>
            <w:tcW w:type="dxa" w:w="1126"/>
          </w:tcPr>
          <w:p>
            <w:pPr>
              <w:spacing w:after="0"/>
              <w:jc w:val="right"/>
            </w:pPr>
          </w:p>
        </w:tc>
        <w:tc>
          <w:tcPr>
            <w:tcW w:type="dxa" w:w="1203"/>
          </w:tcPr>
          <w:p>
            <w:pPr>
              <w:spacing w:after="0"/>
              <w:jc w:val="right"/>
            </w:pPr>
            <w:r>
              <w:rPr>
                <w:sz w:val="16"/>
              </w:rPr>
              <w:t>$1,318</w:t>
            </w:r>
          </w:p>
        </w:tc>
        <w:tc>
          <w:tcPr>
            <w:tcW w:type="dxa" w:w="1063"/>
          </w:tcPr>
          <w:p>
            <w:pPr>
              <w:spacing w:after="0"/>
              <w:jc w:val="right"/>
            </w:pPr>
            <w:r>
              <w:rPr>
                <w:sz w:val="16"/>
              </w:rPr>
              <w:t>0.19%</w:t>
            </w:r>
          </w:p>
        </w:tc>
        <w:tc>
          <w:tcPr>
            <w:tcW w:type="dxa" w:w="1289"/>
          </w:tcPr>
          <w:p>
            <w:pPr>
              <w:spacing w:after="0"/>
              <w:jc w:val="right"/>
            </w:pPr>
          </w:p>
        </w:tc>
        <w:tc>
          <w:tcPr>
            <w:tcW w:type="dxa" w:w="1151"/>
          </w:tcPr>
          <w:p>
            <w:pPr>
              <w:spacing w:after="0"/>
              <w:jc w:val="right"/>
            </w:pPr>
          </w:p>
        </w:tc>
        <w:tc>
          <w:tcPr>
            <w:tcW w:type="dxa" w:w="1296"/>
          </w:tcPr>
          <w:p>
            <w:pPr>
              <w:spacing w:after="0"/>
              <w:jc w:val="right"/>
            </w:pPr>
            <w:r>
              <w:rPr>
                <w:sz w:val="16"/>
              </w:rPr>
              <w:t>none found (1 declaration)</w:t>
            </w:r>
          </w:p>
        </w:tc>
        <w:tc>
          <w:tcPr>
            <w:tcW w:type="dxa" w:w="132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$1,489,081,821</w:t>
            </w:r>
          </w:p>
        </w:tc>
        <w:tc>
          <w:tcPr>
            <w:tcW w:type="dxa" w:w="1143"/>
          </w:tcPr>
          <w:p>
            <w:pPr>
              <w:spacing w:after="0"/>
              <w:jc w:val="right"/>
            </w:pPr>
          </w:p>
        </w:tc>
        <w:tc>
          <w:tcPr>
            <w:tcW w:type="dxa" w:w="1050"/>
          </w:tcPr>
          <w:p>
            <w:pPr>
              <w:spacing w:after="0"/>
              <w:jc w:val="right"/>
            </w:pPr>
            <w:r>
              <w:rPr>
                <w:sz w:val="16"/>
              </w:rPr>
              <w:t>11,692</w:t>
            </w:r>
          </w:p>
        </w:tc>
        <w:tc>
          <w:tcPr>
            <w:tcW w:type="dxa" w:w="1037"/>
          </w:tcPr>
          <w:p>
            <w:pPr>
              <w:spacing w:after="0"/>
              <w:jc w:val="right"/>
            </w:pPr>
            <w:r>
              <w:rPr>
                <w:sz w:val="16"/>
              </w:rPr>
              <w:t>$3,015</w:t>
            </w:r>
          </w:p>
        </w:tc>
        <w:tc>
          <w:tcPr>
            <w:tcW w:type="dxa" w:w="1126"/>
          </w:tcPr>
          <w:p>
            <w:pPr>
              <w:spacing w:after="0"/>
              <w:jc w:val="right"/>
            </w:pPr>
          </w:p>
        </w:tc>
        <w:tc>
          <w:tcPr>
            <w:tcW w:type="dxa" w:w="1203"/>
          </w:tcPr>
          <w:p>
            <w:pPr>
              <w:spacing w:after="0"/>
              <w:jc w:val="right"/>
            </w:pPr>
            <w:r>
              <w:rPr>
                <w:sz w:val="16"/>
              </w:rPr>
              <w:t>$151,746</w:t>
            </w:r>
          </w:p>
        </w:tc>
        <w:tc>
          <w:tcPr>
            <w:tcW w:type="dxa" w:w="1063"/>
          </w:tcPr>
          <w:p>
            <w:pPr>
              <w:spacing w:after="0"/>
              <w:jc w:val="right"/>
            </w:pPr>
            <w:r>
              <w:rPr>
                <w:sz w:val="16"/>
              </w:rPr>
              <w:t>0.000202%</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$1,489,081,821</w:t>
            </w:r>
          </w:p>
        </w:tc>
        <w:tc>
          <w:tcPr>
            <w:tcW w:type="dxa" w:w="1143"/>
          </w:tcPr>
          <w:p>
            <w:pPr>
              <w:spacing w:after="0"/>
              <w:jc w:val="right"/>
            </w:pPr>
            <w:r>
              <w:rPr>
                <w:sz w:val="16"/>
              </w:rPr>
              <w:t>$0</w:t>
            </w:r>
          </w:p>
        </w:tc>
        <w:tc>
          <w:tcPr>
            <w:tcW w:type="dxa" w:w="1050"/>
          </w:tcPr>
          <w:p>
            <w:pPr>
              <w:spacing w:after="0"/>
              <w:jc w:val="right"/>
            </w:pPr>
            <w:r>
              <w:rPr>
                <w:sz w:val="16"/>
              </w:rPr>
              <w:t>11,692</w:t>
            </w:r>
          </w:p>
        </w:tc>
        <w:tc>
          <w:tcPr>
            <w:tcW w:type="dxa" w:w="1037"/>
          </w:tcPr>
          <w:p>
            <w:pPr>
              <w:spacing w:after="0"/>
              <w:jc w:val="right"/>
            </w:pPr>
            <w:r>
              <w:rPr>
                <w:sz w:val="16"/>
              </w:rPr>
              <w:t>$139</w:t>
            </w:r>
          </w:p>
        </w:tc>
        <w:tc>
          <w:tcPr>
            <w:tcW w:type="dxa" w:w="1126"/>
          </w:tcPr>
          <w:p>
            <w:pPr>
              <w:spacing w:after="0"/>
              <w:jc w:val="right"/>
            </w:pPr>
            <w:r>
              <w:rPr>
                <w:sz w:val="16"/>
              </w:rPr>
              <w:t>$0</w:t>
            </w:r>
          </w:p>
        </w:tc>
        <w:tc>
          <w:tcPr>
            <w:tcW w:type="dxa" w:w="1203"/>
          </w:tcPr>
          <w:p>
            <w:pPr>
              <w:spacing w:after="0"/>
              <w:jc w:val="right"/>
            </w:pPr>
            <w:r>
              <w:rPr>
                <w:sz w:val="16"/>
              </w:rPr>
              <w:t>$40</w:t>
            </w:r>
          </w:p>
        </w:tc>
        <w:tc>
          <w:tcPr>
            <w:tcW w:type="dxa" w:w="1063"/>
          </w:tcPr>
          <w:p>
            <w:pPr>
              <w:spacing w:after="0"/>
              <w:jc w:val="right"/>
            </w:pPr>
            <w:r>
              <w:rPr>
                <w:sz w:val="16"/>
              </w:rPr>
              <w:t>under 0.0001%</w:t>
            </w:r>
          </w:p>
        </w:tc>
        <w:tc>
          <w:tcPr>
            <w:tcW w:type="dxa" w:w="1289"/>
          </w:tcPr>
          <w:p>
            <w:pPr>
              <w:spacing w:after="0"/>
              <w:jc w:val="right"/>
            </w:pPr>
            <w:r>
              <w:rPr>
                <w:sz w:val="16"/>
              </w:rPr>
              <w:t>$3,000</w:t>
            </w: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$1,489,081,821</w:t>
            </w:r>
          </w:p>
        </w:tc>
        <w:tc>
          <w:tcPr>
            <w:tcW w:type="dxa" w:w="1143"/>
          </w:tcPr>
          <w:p>
            <w:pPr>
              <w:spacing w:after="0"/>
              <w:jc w:val="right"/>
            </w:pPr>
            <w:r>
              <w:rPr>
                <w:sz w:val="16"/>
              </w:rPr>
              <w:t>$0</w:t>
            </w:r>
          </w:p>
        </w:tc>
        <w:tc>
          <w:tcPr>
            <w:tcW w:type="dxa" w:w="1050"/>
          </w:tcPr>
          <w:p>
            <w:pPr>
              <w:spacing w:after="0"/>
              <w:jc w:val="right"/>
            </w:pPr>
            <w:r>
              <w:rPr>
                <w:sz w:val="16"/>
              </w:rPr>
              <w:t>11,692</w:t>
            </w:r>
          </w:p>
        </w:tc>
        <w:tc>
          <w:tcPr>
            <w:tcW w:type="dxa" w:w="1037"/>
          </w:tcPr>
          <w:p>
            <w:pPr>
              <w:spacing w:after="0"/>
              <w:jc w:val="right"/>
            </w:pPr>
            <w:r>
              <w:rPr>
                <w:sz w:val="16"/>
              </w:rPr>
              <w:t>$3,064</w:t>
            </w:r>
          </w:p>
        </w:tc>
        <w:tc>
          <w:tcPr>
            <w:tcW w:type="dxa" w:w="1126"/>
          </w:tcPr>
          <w:p>
            <w:pPr>
              <w:spacing w:after="0"/>
              <w:jc w:val="right"/>
            </w:pPr>
            <w:r>
              <w:rPr>
                <w:sz w:val="16"/>
              </w:rPr>
              <w:t>$0</w:t>
            </w:r>
          </w:p>
        </w:tc>
        <w:tc>
          <w:tcPr>
            <w:tcW w:type="dxa" w:w="1203"/>
          </w:tcPr>
          <w:p>
            <w:pPr>
              <w:spacing w:after="0"/>
              <w:jc w:val="right"/>
            </w:pPr>
            <w:r>
              <w:rPr>
                <w:sz w:val="16"/>
              </w:rPr>
              <w:t>$4,203</w:t>
            </w:r>
          </w:p>
        </w:tc>
        <w:tc>
          <w:tcPr>
            <w:tcW w:type="dxa" w:w="1063"/>
          </w:tcPr>
          <w:p>
            <w:pPr>
              <w:spacing w:after="0"/>
              <w:jc w:val="right"/>
            </w:pPr>
            <w:r>
              <w:rPr>
                <w:sz w:val="16"/>
              </w:rPr>
              <w:t>0.000206%</w:t>
            </w: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43"/>
          </w:tcPr>
          <w:p>
            <w:pPr>
              <w:spacing w:after="0"/>
              <w:jc w:val="right"/>
            </w:pPr>
          </w:p>
        </w:tc>
        <w:tc>
          <w:tcPr>
            <w:tcW w:type="dxa" w:w="1050"/>
          </w:tcPr>
          <w:p>
            <w:pPr>
              <w:spacing w:after="0"/>
              <w:jc w:val="right"/>
            </w:pPr>
          </w:p>
        </w:tc>
        <w:tc>
          <w:tcPr>
            <w:tcW w:type="dxa" w:w="1037"/>
          </w:tcPr>
          <w:p>
            <w:pPr>
              <w:spacing w:after="0"/>
              <w:jc w:val="right"/>
            </w:pPr>
          </w:p>
        </w:tc>
        <w:tc>
          <w:tcPr>
            <w:tcW w:type="dxa" w:w="1126"/>
          </w:tcPr>
          <w:p>
            <w:pPr>
              <w:spacing w:after="0"/>
              <w:jc w:val="right"/>
            </w:pPr>
          </w:p>
        </w:tc>
        <w:tc>
          <w:tcPr>
            <w:tcW w:type="dxa" w:w="1203"/>
          </w:tcPr>
          <w:p>
            <w:pPr>
              <w:spacing w:after="0"/>
              <w:jc w:val="right"/>
            </w:pP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43"/>
          </w:tcPr>
          <w:p>
            <w:pPr>
              <w:spacing w:after="0"/>
              <w:jc w:val="right"/>
            </w:pPr>
            <w:r>
              <w:rPr>
                <w:sz w:val="16"/>
              </w:rPr>
              <w:t>$0</w:t>
            </w:r>
          </w:p>
        </w:tc>
        <w:tc>
          <w:tcPr>
            <w:tcW w:type="dxa" w:w="1050"/>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203"/>
          </w:tcPr>
          <w:p>
            <w:pPr>
              <w:spacing w:after="0"/>
              <w:jc w:val="right"/>
            </w:pPr>
            <w:r>
              <w:rPr>
                <w:sz w:val="16"/>
              </w:rPr>
              <w:t>$0</w:t>
            </w:r>
          </w:p>
        </w:tc>
        <w:tc>
          <w:tcPr>
            <w:tcW w:type="dxa" w:w="1063"/>
          </w:tcPr>
          <w:p>
            <w:pPr>
              <w:spacing w:after="0"/>
              <w:jc w:val="right"/>
            </w:pPr>
          </w:p>
        </w:tc>
        <w:tc>
          <w:tcPr>
            <w:tcW w:type="dxa" w:w="1289"/>
          </w:tcPr>
          <w:p>
            <w:pPr>
              <w:spacing w:after="0"/>
              <w:jc w:val="right"/>
            </w:pPr>
          </w:p>
        </w:tc>
        <w:tc>
          <w:tcPr>
            <w:tcW w:type="dxa" w:w="1151"/>
          </w:tcPr>
          <w:p>
            <w:pPr>
              <w:spacing w:after="0"/>
              <w:jc w:val="right"/>
            </w:pPr>
          </w:p>
        </w:tc>
        <w:tc>
          <w:tcPr>
            <w:tcW w:type="dxa" w:w="1296"/>
          </w:tcPr>
          <w:p>
            <w:pPr>
              <w:spacing w:after="0"/>
              <w:jc w:val="right"/>
            </w:pPr>
          </w:p>
        </w:tc>
        <w:tc>
          <w:tcPr>
            <w:tcW w:type="dxa" w:w="1325"/>
          </w:tcPr>
          <w:p>
            <w:pPr>
              <w:spacing w:after="0"/>
              <w:jc w:val="left"/>
            </w:pPr>
            <w:r>
              <w:rPr>
                <w:sz w:val="16"/>
              </w:rPr>
              <w:t>building exposure is 0 in NRI</w:t>
            </w:r>
          </w:p>
        </w:tc>
      </w:tr>
    </w:tbl>
    <w:p>
      <w:pPr>
        <w:spacing w:after="40" w:before="60"/>
      </w:pPr>
      <w:r>
        <w:rPr>
          <w:sz w:val="15"/>
        </w:rPr>
        <w:t>Totals since 2021-04-29 (Storm Events through 2026-06-30): 2 county-coded records, 2 with a damage value recorded (including $0), $4,000; 39 zone-level records, 39 with a damage value recorded (including $0), $15,900 reported for the zone; Public Assistance on counted declarations $758,478.57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11,692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$1,489,081,821</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$6,709,145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$1,599,726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Member</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Florida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Florida Municipio, PR: risk-assessment baseline packet, release 2026-10 (data as of 2026-09-28; County area 72054).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hazard-plain_2026-10_PR_72054.docx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Florida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Municipio, PR: Risk-assessment baseline packet</dc:title>
  <dc:subject>Hazard Plain release 2026-10, as of 2026-09-28. Preview: automated baseline</dc:subject>
  <dc:creator>Hazard Plain</dc:creator>
  <cp:keywords>Hazard Plain; hazard mitigation; risk assessment; 72054</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