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Caguas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2026-02-10</w:t>
      </w:r>
    </w:p>
    <w:p>
      <w:pPr>
        <w:keepNext/>
        <w:spacing w:after="40" w:before="0"/>
      </w:pPr>
      <w:r>
        <w:rPr>
          <w:b/>
        </w:rPr>
        <w:t xml:space="preserve">Plan: </w:t>
      </w:r>
      <w:r>
        <w:rPr/>
        <w:t>Caguas (FEMA plan 107059)</w:t>
      </w:r>
    </w:p>
    <w:p>
      <w:pPr>
        <w:keepNext/>
        <w:spacing w:after="40" w:before="0"/>
      </w:pPr>
      <w:r>
        <w:rPr>
          <w:b/>
        </w:rPr>
        <w:t xml:space="preserve">Approved: </w:t>
      </w:r>
      <w:r>
        <w:rPr/>
        <w:t>2021-02-11</w:t>
      </w:r>
    </w:p>
    <w:p>
      <w:pPr>
        <w:keepNext/>
        <w:spacing w:after="40" w:before="0"/>
      </w:pPr>
      <w:r>
        <w:rPr>
          <w:b/>
        </w:rPr>
        <w:t xml:space="preserve">Expires: </w:t>
      </w:r>
      <w:r>
        <w:rPr/>
        <w:t>2026-02-10</w:t>
      </w:r>
    </w:p>
    <w:p>
      <w:pPr>
        <w:keepNext/>
        <w:spacing w:after="40" w:before="0"/>
      </w:pPr>
      <w:r>
        <w:rPr>
          <w:b/>
        </w:rPr>
        <w:t xml:space="preserve">As of: </w:t>
      </w:r>
      <w:r>
        <w:rPr/>
        <w:t>2026-09-28</w:t>
      </w:r>
    </w:p>
    <w:p>
      <w:pPr>
        <w:keepNext/>
        <w:spacing w:after="40" w:before="0"/>
      </w:pPr>
      <w:r>
        <w:rPr>
          <w:b/>
        </w:rPr>
        <w:t xml:space="preserve">Days: </w:t>
      </w:r>
      <w:r>
        <w:rPr/>
        <w:t>230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9"/>
        <w:gridCol w:w="700"/>
        <w:gridCol w:w="2078"/>
        <w:gridCol w:w="2446"/>
        <w:gridCol w:w="1067"/>
        <w:gridCol w:w="1067"/>
        <w:gridCol w:w="920"/>
        <w:gridCol w:w="3548"/>
        <w:gridCol w:w="667"/>
      </w:tblGrid>
      <w:tr>
        <w:trPr>
          <w:cantSplit/>
          <w:tblHeader/>
        </w:trPr>
        <w:tc>
          <w:tcPr>
            <w:tcW w:type="dxa" w:w="1619"/>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Status</w:t>
            </w:r>
          </w:p>
        </w:tc>
        <w:tc>
          <w:tcPr>
            <w:tcW w:type="dxa" w:w="2446"/>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48"/>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619"/>
          </w:tcPr>
          <w:p>
            <w:pPr>
              <w:spacing w:after="0"/>
              <w:jc w:val="left"/>
            </w:pPr>
            <w:r>
              <w:rPr>
                <w:sz w:val="16"/>
              </w:rPr>
              <w:t>Caguas Municipio</w:t>
            </w:r>
          </w:p>
        </w:tc>
        <w:tc>
          <w:tcPr>
            <w:tcW w:type="dxa" w:w="700"/>
          </w:tcPr>
          <w:p>
            <w:pPr>
              <w:spacing w:after="0"/>
              <w:jc w:val="left"/>
            </w:pPr>
            <w:r>
              <w:rPr>
                <w:sz w:val="16"/>
              </w:rPr>
              <w:t>County</w:t>
            </w:r>
          </w:p>
        </w:tc>
        <w:tc>
          <w:tcPr>
            <w:tcW w:type="dxa" w:w="2078"/>
          </w:tcPr>
          <w:p>
            <w:pPr>
              <w:spacing w:after="0"/>
              <w:jc w:val="left"/>
            </w:pPr>
            <w:r>
              <w:rPr>
                <w:sz w:val="16"/>
              </w:rPr>
              <w:t>Expired on 2026-02-10</w:t>
            </w:r>
          </w:p>
        </w:tc>
        <w:tc>
          <w:tcPr>
            <w:tcW w:type="dxa" w:w="2446"/>
          </w:tcPr>
          <w:p>
            <w:pPr>
              <w:spacing w:after="0"/>
              <w:jc w:val="left"/>
            </w:pPr>
            <w:r>
              <w:rPr>
                <w:sz w:val="16"/>
              </w:rPr>
              <w:t>Caguas (FEMA plan 107059)</w:t>
            </w:r>
          </w:p>
        </w:tc>
        <w:tc>
          <w:tcPr>
            <w:tcW w:type="dxa" w:w="1067"/>
          </w:tcPr>
          <w:p>
            <w:pPr>
              <w:spacing w:after="0"/>
              <w:jc w:val="left"/>
            </w:pPr>
            <w:r>
              <w:rPr>
                <w:sz w:val="16"/>
              </w:rPr>
              <w:t>2021-02-11</w:t>
            </w:r>
          </w:p>
        </w:tc>
        <w:tc>
          <w:tcPr>
            <w:tcW w:type="dxa" w:w="1067"/>
          </w:tcPr>
          <w:p>
            <w:pPr>
              <w:spacing w:after="0"/>
              <w:jc w:val="left"/>
            </w:pPr>
            <w:r>
              <w:rPr>
                <w:sz w:val="16"/>
              </w:rPr>
              <w:t>2026-02-10</w:t>
            </w:r>
          </w:p>
        </w:tc>
        <w:tc>
          <w:tcPr>
            <w:tcW w:type="dxa" w:w="920"/>
          </w:tcPr>
          <w:p>
            <w:pPr>
              <w:spacing w:after="0"/>
              <w:jc w:val="right"/>
            </w:pPr>
            <w:r>
              <w:rPr>
                <w:sz w:val="16"/>
              </w:rPr>
              <w:t>-230</w:t>
            </w:r>
          </w:p>
        </w:tc>
        <w:tc>
          <w:tcPr>
            <w:tcW w:type="dxa" w:w="3548"/>
          </w:tcPr>
          <w:p>
            <w:pPr>
              <w:spacing w:after="0"/>
              <w:jc w:val="left"/>
            </w:pPr>
            <w:r>
              <w:rPr>
                <w:sz w:val="16"/>
              </w:rPr>
              <w:t>FEMA tracker shows a plan in progress</w:t>
            </w: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339"/>
        <w:gridCol w:w="1389"/>
        <w:gridCol w:w="1126"/>
        <w:gridCol w:w="1126"/>
        <w:gridCol w:w="1240"/>
        <w:gridCol w:w="1151"/>
        <w:gridCol w:w="1056"/>
        <w:gridCol w:w="1755"/>
        <w:gridCol w:w="2222"/>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9"/>
            <w:shd w:val="clear" w:color="auto" w:fill="E8E8E8"/>
          </w:tcPr>
          <w:p>
            <w:pPr>
              <w:spacing w:after="0"/>
              <w:jc w:val="left"/>
            </w:pPr>
            <w:r>
              <w:rPr>
                <w:b/>
                <w:sz w:val="16"/>
              </w:rPr>
              <w:t>NRI risk rating</w:t>
            </w:r>
          </w:p>
        </w:tc>
        <w:tc>
          <w:tcPr>
            <w:tcW w:type="dxa" w:w="138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4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5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5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22"/>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Hurricane</w:t>
            </w:r>
          </w:p>
        </w:tc>
        <w:tc>
          <w:tcPr>
            <w:tcW w:type="dxa" w:w="1339"/>
          </w:tcPr>
          <w:p>
            <w:pPr>
              <w:spacing w:after="0"/>
              <w:jc w:val="left"/>
            </w:pPr>
            <w:r>
              <w:rPr>
                <w:sz w:val="16"/>
              </w:rPr>
              <w:t>Insufficient Data</w:t>
            </w:r>
          </w:p>
        </w:tc>
        <w:tc>
          <w:tcPr>
            <w:tcW w:type="dxa" w:w="1389"/>
          </w:tcPr>
          <w:p>
            <w:pPr>
              <w:spacing w:after="0"/>
              <w:jc w:val="left"/>
            </w:pPr>
            <w:r>
              <w:rPr>
                <w:sz w:val="16"/>
              </w:rPr>
              <w:t>Very High</w:t>
            </w:r>
          </w:p>
        </w:tc>
        <w:tc>
          <w:tcPr>
            <w:tcW w:type="dxa" w:w="1126"/>
          </w:tcPr>
          <w:p>
            <w:pPr>
              <w:spacing w:after="0"/>
              <w:jc w:val="right"/>
            </w:pPr>
            <w:r>
              <w:rPr>
                <w:sz w:val="16"/>
              </w:rPr>
              <w:t>$55,145,137</w:t>
            </w:r>
          </w:p>
        </w:tc>
        <w:tc>
          <w:tcPr>
            <w:tcW w:type="dxa" w:w="1126"/>
          </w:tcPr>
          <w:p>
            <w:pPr>
              <w:spacing w:after="0"/>
              <w:jc w:val="right"/>
            </w:pPr>
            <w:r>
              <w:rPr>
                <w:sz w:val="16"/>
              </w:rPr>
              <w:t>$521,734</w:t>
            </w:r>
          </w:p>
        </w:tc>
        <w:tc>
          <w:tcPr>
            <w:tcW w:type="dxa" w:w="1240"/>
          </w:tcPr>
          <w:p>
            <w:pPr>
              <w:spacing w:after="0"/>
              <w:jc w:val="right"/>
            </w:pPr>
            <w:r>
              <w:rPr>
                <w:sz w:val="16"/>
              </w:rPr>
              <w:t>$3,274,825</w:t>
            </w:r>
          </w:p>
        </w:tc>
        <w:tc>
          <w:tcPr>
            <w:tcW w:type="dxa" w:w="1151"/>
          </w:tcPr>
          <w:p>
            <w:pPr>
              <w:spacing w:after="0"/>
              <w:jc w:val="right"/>
            </w:pPr>
            <w:r>
              <w:rPr>
                <w:sz w:val="16"/>
              </w:rPr>
              <w:t>$58,941,696</w:t>
            </w:r>
          </w:p>
        </w:tc>
        <w:tc>
          <w:tcPr>
            <w:tcW w:type="dxa" w:w="1056"/>
          </w:tcPr>
          <w:p>
            <w:pPr>
              <w:spacing w:after="0"/>
              <w:jc w:val="right"/>
            </w:pPr>
            <w:r>
              <w:rPr>
                <w:sz w:val="16"/>
              </w:rPr>
              <w:t>10</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Earthquake</w:t>
            </w:r>
          </w:p>
        </w:tc>
        <w:tc>
          <w:tcPr>
            <w:tcW w:type="dxa" w:w="1339"/>
          </w:tcPr>
          <w:p>
            <w:pPr>
              <w:spacing w:after="0"/>
              <w:jc w:val="left"/>
            </w:pPr>
            <w:r>
              <w:rPr>
                <w:sz w:val="16"/>
              </w:rPr>
              <w:t>Insufficient Data</w:t>
            </w:r>
          </w:p>
        </w:tc>
        <w:tc>
          <w:tcPr>
            <w:tcW w:type="dxa" w:w="1389"/>
          </w:tcPr>
          <w:p>
            <w:pPr>
              <w:spacing w:after="0"/>
              <w:jc w:val="left"/>
            </w:pPr>
            <w:r>
              <w:rPr>
                <w:sz w:val="16"/>
              </w:rPr>
              <w:t>Relatively Moderate</w:t>
            </w:r>
          </w:p>
        </w:tc>
        <w:tc>
          <w:tcPr>
            <w:tcW w:type="dxa" w:w="1126"/>
          </w:tcPr>
          <w:p>
            <w:pPr>
              <w:spacing w:after="0"/>
              <w:jc w:val="right"/>
            </w:pPr>
            <w:r>
              <w:rPr>
                <w:sz w:val="16"/>
              </w:rPr>
              <w:t>$15,141,352</w:t>
            </w:r>
          </w:p>
        </w:tc>
        <w:tc>
          <w:tcPr>
            <w:tcW w:type="dxa" w:w="1126"/>
          </w:tcPr>
          <w:p>
            <w:pPr>
              <w:spacing w:after="0"/>
              <w:jc w:val="right"/>
            </w:pPr>
          </w:p>
        </w:tc>
        <w:tc>
          <w:tcPr>
            <w:tcW w:type="dxa" w:w="1240"/>
          </w:tcPr>
          <w:p>
            <w:pPr>
              <w:spacing w:after="0"/>
              <w:jc w:val="right"/>
            </w:pPr>
            <w:r>
              <w:rPr>
                <w:sz w:val="16"/>
              </w:rPr>
              <w:t>$12,033,588</w:t>
            </w:r>
          </w:p>
        </w:tc>
        <w:tc>
          <w:tcPr>
            <w:tcW w:type="dxa" w:w="1151"/>
          </w:tcPr>
          <w:p>
            <w:pPr>
              <w:spacing w:after="0"/>
              <w:jc w:val="right"/>
            </w:pPr>
            <w:r>
              <w:rPr>
                <w:sz w:val="16"/>
              </w:rPr>
              <w:t>$27,174,940</w:t>
            </w:r>
          </w:p>
        </w:tc>
        <w:tc>
          <w:tcPr>
            <w:tcW w:type="dxa" w:w="1056"/>
          </w:tcPr>
          <w:p>
            <w:pPr>
              <w:spacing w:after="0"/>
              <w:jc w:val="right"/>
            </w:pPr>
          </w:p>
        </w:tc>
        <w:tc>
          <w:tcPr>
            <w:tcW w:type="dxa" w:w="1755"/>
          </w:tcPr>
          <w:p>
            <w:pPr>
              <w:spacing w:after="0"/>
              <w:jc w:val="left"/>
            </w:pPr>
          </w:p>
        </w:tc>
        <w:tc>
          <w:tcPr>
            <w:tcW w:type="dxa" w:w="2222"/>
          </w:tcPr>
          <w:p>
            <w:pPr>
              <w:spacing w:after="0"/>
              <w:jc w:val="left"/>
            </w:pPr>
            <w:r>
              <w:rPr>
                <w:sz w:val="16"/>
              </w:rPr>
              <w:t>Not in Storm Events. Storm Events coverage of this hazard is limited; absence is not evidence of low risk.</w:t>
            </w:r>
          </w:p>
        </w:tc>
      </w:tr>
      <w:tr>
        <w:trPr>
          <w:cantSplit/>
        </w:trPr>
        <w:tc>
          <w:tcPr>
            <w:tcW w:type="dxa" w:w="672"/>
          </w:tcPr>
          <w:p>
            <w:pPr>
              <w:spacing w:after="0"/>
              <w:jc w:val="right"/>
            </w:pPr>
            <w:r>
              <w:rPr>
                <w:sz w:val="16"/>
              </w:rPr>
              <w:t>3</w:t>
            </w:r>
          </w:p>
        </w:tc>
        <w:tc>
          <w:tcPr>
            <w:tcW w:type="dxa" w:w="1037"/>
          </w:tcPr>
          <w:p>
            <w:pPr>
              <w:spacing w:after="0"/>
              <w:jc w:val="left"/>
            </w:pPr>
            <w:r>
              <w:rPr>
                <w:sz w:val="16"/>
              </w:rPr>
              <w:t>Inland Flooding</w:t>
            </w:r>
          </w:p>
        </w:tc>
        <w:tc>
          <w:tcPr>
            <w:tcW w:type="dxa" w:w="1339"/>
          </w:tcPr>
          <w:p>
            <w:pPr>
              <w:spacing w:after="0"/>
              <w:jc w:val="left"/>
            </w:pPr>
            <w:r>
              <w:rPr>
                <w:sz w:val="16"/>
              </w:rPr>
              <w:t>Insufficient Data</w:t>
            </w:r>
          </w:p>
        </w:tc>
        <w:tc>
          <w:tcPr>
            <w:tcW w:type="dxa" w:w="1389"/>
          </w:tcPr>
          <w:p>
            <w:pPr>
              <w:spacing w:after="0"/>
              <w:jc w:val="left"/>
            </w:pPr>
            <w:r>
              <w:rPr>
                <w:sz w:val="16"/>
              </w:rPr>
              <w:t>Relatively Moderate</w:t>
            </w:r>
          </w:p>
        </w:tc>
        <w:tc>
          <w:tcPr>
            <w:tcW w:type="dxa" w:w="1126"/>
          </w:tcPr>
          <w:p>
            <w:pPr>
              <w:spacing w:after="0"/>
              <w:jc w:val="right"/>
            </w:pPr>
            <w:r>
              <w:rPr>
                <w:sz w:val="16"/>
              </w:rPr>
              <w:t>$18,324,172</w:t>
            </w:r>
          </w:p>
        </w:tc>
        <w:tc>
          <w:tcPr>
            <w:tcW w:type="dxa" w:w="1126"/>
          </w:tcPr>
          <w:p>
            <w:pPr>
              <w:spacing w:after="0"/>
              <w:jc w:val="right"/>
            </w:pPr>
            <w:r>
              <w:rPr>
                <w:sz w:val="16"/>
              </w:rPr>
              <w:t>$20,849</w:t>
            </w:r>
          </w:p>
        </w:tc>
        <w:tc>
          <w:tcPr>
            <w:tcW w:type="dxa" w:w="1240"/>
          </w:tcPr>
          <w:p>
            <w:pPr>
              <w:spacing w:after="0"/>
              <w:jc w:val="right"/>
            </w:pPr>
            <w:r>
              <w:rPr>
                <w:sz w:val="16"/>
              </w:rPr>
              <w:t>$97,184</w:t>
            </w:r>
          </w:p>
        </w:tc>
        <w:tc>
          <w:tcPr>
            <w:tcW w:type="dxa" w:w="1151"/>
          </w:tcPr>
          <w:p>
            <w:pPr>
              <w:spacing w:after="0"/>
              <w:jc w:val="right"/>
            </w:pPr>
            <w:r>
              <w:rPr>
                <w:sz w:val="16"/>
              </w:rPr>
              <w:t>$18,442,205</w:t>
            </w:r>
          </w:p>
        </w:tc>
        <w:tc>
          <w:tcPr>
            <w:tcW w:type="dxa" w:w="1056"/>
          </w:tcPr>
          <w:p>
            <w:pPr>
              <w:spacing w:after="0"/>
              <w:jc w:val="right"/>
            </w:pPr>
            <w:r>
              <w:rPr>
                <w:sz w:val="16"/>
              </w:rPr>
              <w:t>140</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4</w:t>
            </w:r>
          </w:p>
        </w:tc>
        <w:tc>
          <w:tcPr>
            <w:tcW w:type="dxa" w:w="1037"/>
          </w:tcPr>
          <w:p>
            <w:pPr>
              <w:spacing w:after="0"/>
              <w:jc w:val="left"/>
            </w:pPr>
            <w:r>
              <w:rPr>
                <w:sz w:val="16"/>
              </w:rPr>
              <w:t>Landslide</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$6,615,498</w:t>
            </w:r>
          </w:p>
        </w:tc>
        <w:tc>
          <w:tcPr>
            <w:tcW w:type="dxa" w:w="1126"/>
          </w:tcPr>
          <w:p>
            <w:pPr>
              <w:spacing w:after="0"/>
              <w:jc w:val="right"/>
            </w:pPr>
          </w:p>
        </w:tc>
        <w:tc>
          <w:tcPr>
            <w:tcW w:type="dxa" w:w="1240"/>
          </w:tcPr>
          <w:p>
            <w:pPr>
              <w:spacing w:after="0"/>
              <w:jc w:val="right"/>
            </w:pPr>
            <w:r>
              <w:rPr>
                <w:sz w:val="16"/>
              </w:rPr>
              <w:t>$167,561</w:t>
            </w:r>
          </w:p>
        </w:tc>
        <w:tc>
          <w:tcPr>
            <w:tcW w:type="dxa" w:w="1151"/>
          </w:tcPr>
          <w:p>
            <w:pPr>
              <w:spacing w:after="0"/>
              <w:jc w:val="right"/>
            </w:pPr>
            <w:r>
              <w:rPr>
                <w:sz w:val="16"/>
              </w:rPr>
              <w:t>$6,783,059</w:t>
            </w:r>
          </w:p>
        </w:tc>
        <w:tc>
          <w:tcPr>
            <w:tcW w:type="dxa" w:w="1056"/>
          </w:tcPr>
          <w:p>
            <w:pPr>
              <w:spacing w:after="0"/>
              <w:jc w:val="right"/>
            </w:pPr>
            <w:r>
              <w:rPr>
                <w:sz w:val="16"/>
              </w:rPr>
              <w:t>53</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Lightning</w:t>
            </w:r>
          </w:p>
        </w:tc>
        <w:tc>
          <w:tcPr>
            <w:tcW w:type="dxa" w:w="1339"/>
          </w:tcPr>
          <w:p>
            <w:pPr>
              <w:spacing w:after="0"/>
              <w:jc w:val="left"/>
            </w:pPr>
            <w:r>
              <w:rPr>
                <w:sz w:val="16"/>
              </w:rPr>
              <w:t>Insufficient Data</w:t>
            </w:r>
          </w:p>
        </w:tc>
        <w:tc>
          <w:tcPr>
            <w:tcW w:type="dxa" w:w="1389"/>
          </w:tcPr>
          <w:p>
            <w:pPr>
              <w:spacing w:after="0"/>
              <w:jc w:val="left"/>
            </w:pPr>
            <w:r>
              <w:rPr>
                <w:sz w:val="16"/>
              </w:rPr>
              <w:t>Relatively High</w:t>
            </w:r>
          </w:p>
        </w:tc>
        <w:tc>
          <w:tcPr>
            <w:tcW w:type="dxa" w:w="1126"/>
          </w:tcPr>
          <w:p>
            <w:pPr>
              <w:spacing w:after="0"/>
              <w:jc w:val="right"/>
            </w:pPr>
            <w:r>
              <w:rPr>
                <w:sz w:val="16"/>
              </w:rPr>
              <w:t>$42,965</w:t>
            </w:r>
          </w:p>
        </w:tc>
        <w:tc>
          <w:tcPr>
            <w:tcW w:type="dxa" w:w="1126"/>
          </w:tcPr>
          <w:p>
            <w:pPr>
              <w:spacing w:after="0"/>
              <w:jc w:val="right"/>
            </w:pPr>
          </w:p>
        </w:tc>
        <w:tc>
          <w:tcPr>
            <w:tcW w:type="dxa" w:w="1240"/>
          </w:tcPr>
          <w:p>
            <w:pPr>
              <w:spacing w:after="0"/>
              <w:jc w:val="right"/>
            </w:pPr>
            <w:r>
              <w:rPr>
                <w:sz w:val="16"/>
              </w:rPr>
              <w:t>$1,542,515</w:t>
            </w:r>
          </w:p>
        </w:tc>
        <w:tc>
          <w:tcPr>
            <w:tcW w:type="dxa" w:w="1151"/>
          </w:tcPr>
          <w:p>
            <w:pPr>
              <w:spacing w:after="0"/>
              <w:jc w:val="right"/>
            </w:pPr>
            <w:r>
              <w:rPr>
                <w:sz w:val="16"/>
              </w:rPr>
              <w:t>$1,585,480</w:t>
            </w:r>
          </w:p>
        </w:tc>
        <w:tc>
          <w:tcPr>
            <w:tcW w:type="dxa" w:w="1056"/>
          </w:tcPr>
          <w:p>
            <w:pPr>
              <w:spacing w:after="0"/>
              <w:jc w:val="right"/>
            </w:pPr>
            <w:r>
              <w:rPr>
                <w:sz w:val="16"/>
              </w:rPr>
              <w:t>1</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Tornado</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$45,784</w:t>
            </w:r>
          </w:p>
        </w:tc>
        <w:tc>
          <w:tcPr>
            <w:tcW w:type="dxa" w:w="1126"/>
          </w:tcPr>
          <w:p>
            <w:pPr>
              <w:spacing w:after="0"/>
              <w:jc w:val="right"/>
            </w:pPr>
            <w:r>
              <w:rPr>
                <w:sz w:val="16"/>
              </w:rPr>
              <w:t>$42</w:t>
            </w:r>
          </w:p>
        </w:tc>
        <w:tc>
          <w:tcPr>
            <w:tcW w:type="dxa" w:w="1240"/>
          </w:tcPr>
          <w:p>
            <w:pPr>
              <w:spacing w:after="0"/>
              <w:jc w:val="right"/>
            </w:pPr>
            <w:r>
              <w:rPr>
                <w:sz w:val="16"/>
              </w:rPr>
              <w:t>$45,668</w:t>
            </w:r>
          </w:p>
        </w:tc>
        <w:tc>
          <w:tcPr>
            <w:tcW w:type="dxa" w:w="1151"/>
          </w:tcPr>
          <w:p>
            <w:pPr>
              <w:spacing w:after="0"/>
              <w:jc w:val="right"/>
            </w:pPr>
            <w:r>
              <w:rPr>
                <w:sz w:val="16"/>
              </w:rPr>
              <w:t>$91,494</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7</w:t>
            </w:r>
          </w:p>
        </w:tc>
        <w:tc>
          <w:tcPr>
            <w:tcW w:type="dxa" w:w="1037"/>
          </w:tcPr>
          <w:p>
            <w:pPr>
              <w:spacing w:after="0"/>
              <w:jc w:val="left"/>
            </w:pPr>
            <w:r>
              <w:rPr>
                <w:sz w:val="16"/>
              </w:rPr>
              <w:t>Drought</w:t>
            </w:r>
          </w:p>
        </w:tc>
        <w:tc>
          <w:tcPr>
            <w:tcW w:type="dxa" w:w="1339"/>
          </w:tcPr>
          <w:p>
            <w:pPr>
              <w:spacing w:after="0"/>
              <w:jc w:val="left"/>
            </w:pPr>
            <w:r>
              <w:rPr>
                <w:sz w:val="16"/>
              </w:rPr>
              <w:t>Insufficient Data</w:t>
            </w:r>
          </w:p>
        </w:tc>
        <w:tc>
          <w:tcPr>
            <w:tcW w:type="dxa" w:w="138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$29,344</w:t>
            </w:r>
          </w:p>
        </w:tc>
        <w:tc>
          <w:tcPr>
            <w:tcW w:type="dxa" w:w="1240"/>
          </w:tcPr>
          <w:p>
            <w:pPr>
              <w:spacing w:after="0"/>
              <w:jc w:val="right"/>
            </w:pPr>
          </w:p>
        </w:tc>
        <w:tc>
          <w:tcPr>
            <w:tcW w:type="dxa" w:w="1151"/>
          </w:tcPr>
          <w:p>
            <w:pPr>
              <w:spacing w:after="0"/>
              <w:jc w:val="right"/>
            </w:pPr>
            <w:r>
              <w:rPr>
                <w:sz w:val="16"/>
              </w:rPr>
              <w:t>$29,344</w:t>
            </w:r>
          </w:p>
        </w:tc>
        <w:tc>
          <w:tcPr>
            <w:tcW w:type="dxa" w:w="1056"/>
          </w:tcPr>
          <w:p>
            <w:pPr>
              <w:spacing w:after="0"/>
              <w:jc w:val="right"/>
            </w:pPr>
            <w:r>
              <w:rPr>
                <w:sz w:val="16"/>
              </w:rPr>
              <w:t>4</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8</w:t>
            </w:r>
          </w:p>
        </w:tc>
        <w:tc>
          <w:tcPr>
            <w:tcW w:type="dxa" w:w="1037"/>
          </w:tcPr>
          <w:p>
            <w:pPr>
              <w:spacing w:after="0"/>
              <w:jc w:val="left"/>
            </w:pPr>
            <w:r>
              <w:rPr>
                <w:sz w:val="16"/>
              </w:rPr>
              <w:t>Volcanic Activity</w:t>
            </w:r>
          </w:p>
        </w:tc>
        <w:tc>
          <w:tcPr>
            <w:tcW w:type="dxa" w:w="1339"/>
          </w:tcPr>
          <w:p>
            <w:pPr>
              <w:spacing w:after="0"/>
              <w:jc w:val="left"/>
            </w:pPr>
            <w:r>
              <w:rPr>
                <w:sz w:val="16"/>
              </w:rPr>
              <w:t>Insufficient Data</w:t>
            </w:r>
          </w:p>
        </w:tc>
        <w:tc>
          <w:tcPr>
            <w:tcW w:type="dxa" w:w="1389"/>
          </w:tcPr>
          <w:p>
            <w:pPr>
              <w:spacing w:after="0"/>
              <w:jc w:val="left"/>
            </w:pPr>
            <w:r>
              <w:rPr>
                <w:sz w:val="16"/>
              </w:rPr>
              <w:t>Relatively Low</w:t>
            </w:r>
          </w:p>
        </w:tc>
        <w:tc>
          <w:tcPr>
            <w:tcW w:type="dxa" w:w="1126"/>
          </w:tcPr>
          <w:p>
            <w:pPr>
              <w:spacing w:after="0"/>
              <w:jc w:val="right"/>
            </w:pPr>
            <w:r>
              <w:rPr>
                <w:sz w:val="16"/>
              </w:rPr>
              <w:t>$8</w:t>
            </w:r>
          </w:p>
        </w:tc>
        <w:tc>
          <w:tcPr>
            <w:tcW w:type="dxa" w:w="1126"/>
          </w:tcPr>
          <w:p>
            <w:pPr>
              <w:spacing w:after="0"/>
              <w:jc w:val="right"/>
            </w:pPr>
          </w:p>
        </w:tc>
        <w:tc>
          <w:tcPr>
            <w:tcW w:type="dxa" w:w="1240"/>
          </w:tcPr>
          <w:p>
            <w:pPr>
              <w:spacing w:after="0"/>
              <w:jc w:val="right"/>
            </w:pPr>
            <w:r>
              <w:rPr>
                <w:sz w:val="16"/>
              </w:rPr>
              <w:t>$3,043</w:t>
            </w:r>
          </w:p>
        </w:tc>
        <w:tc>
          <w:tcPr>
            <w:tcW w:type="dxa" w:w="1151"/>
          </w:tcPr>
          <w:p>
            <w:pPr>
              <w:spacing w:after="0"/>
              <w:jc w:val="right"/>
            </w:pPr>
            <w:r>
              <w:rPr>
                <w:sz w:val="16"/>
              </w:rPr>
              <w:t>$3,051</w:t>
            </w:r>
          </w:p>
        </w:tc>
        <w:tc>
          <w:tcPr>
            <w:tcW w:type="dxa" w:w="1056"/>
          </w:tcPr>
          <w:p>
            <w:pPr>
              <w:spacing w:after="0"/>
              <w:jc w:val="right"/>
            </w:pPr>
            <w:r>
              <w:rPr>
                <w:sz w:val="16"/>
              </w:rPr>
              <w:t>3</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Hail</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$269</w:t>
            </w:r>
          </w:p>
        </w:tc>
        <w:tc>
          <w:tcPr>
            <w:tcW w:type="dxa" w:w="1126"/>
          </w:tcPr>
          <w:p>
            <w:pPr>
              <w:spacing w:after="0"/>
              <w:jc w:val="right"/>
            </w:pPr>
            <w:r>
              <w:rPr>
                <w:sz w:val="16"/>
              </w:rPr>
              <w:t>$474</w:t>
            </w:r>
          </w:p>
        </w:tc>
        <w:tc>
          <w:tcPr>
            <w:tcW w:type="dxa" w:w="1240"/>
          </w:tcPr>
          <w:p>
            <w:pPr>
              <w:spacing w:after="0"/>
              <w:jc w:val="right"/>
            </w:pPr>
            <w:r>
              <w:rPr>
                <w:sz w:val="16"/>
              </w:rPr>
              <w:t>$1,786</w:t>
            </w:r>
          </w:p>
        </w:tc>
        <w:tc>
          <w:tcPr>
            <w:tcW w:type="dxa" w:w="1151"/>
          </w:tcPr>
          <w:p>
            <w:pPr>
              <w:spacing w:after="0"/>
              <w:jc w:val="right"/>
            </w:pPr>
            <w:r>
              <w:rPr>
                <w:sz w:val="16"/>
              </w:rPr>
              <w:t>$2,529</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10</w:t>
            </w:r>
          </w:p>
        </w:tc>
        <w:tc>
          <w:tcPr>
            <w:tcW w:type="dxa" w:w="1037"/>
          </w:tcPr>
          <w:p>
            <w:pPr>
              <w:spacing w:after="0"/>
              <w:jc w:val="left"/>
            </w:pPr>
            <w:r>
              <w:rPr>
                <w:sz w:val="16"/>
              </w:rPr>
              <w:t>Strong Wind</w:t>
            </w:r>
          </w:p>
        </w:tc>
        <w:tc>
          <w:tcPr>
            <w:tcW w:type="dxa" w:w="1339"/>
          </w:tcPr>
          <w:p>
            <w:pPr>
              <w:spacing w:after="0"/>
              <w:jc w:val="left"/>
            </w:pPr>
            <w:r>
              <w:rPr>
                <w:sz w:val="16"/>
              </w:rPr>
              <w:t>Insufficient Data</w:t>
            </w:r>
          </w:p>
        </w:tc>
        <w:tc>
          <w:tcPr>
            <w:tcW w:type="dxa" w:w="1389"/>
          </w:tcPr>
          <w:p>
            <w:pPr>
              <w:spacing w:after="0"/>
              <w:jc w:val="left"/>
            </w:pPr>
            <w:r>
              <w:rPr>
                <w:sz w:val="16"/>
              </w:rPr>
              <w:t>Very Low</w:t>
            </w:r>
          </w:p>
        </w:tc>
        <w:tc>
          <w:tcPr>
            <w:tcW w:type="dxa" w:w="1126"/>
          </w:tcPr>
          <w:p>
            <w:pPr>
              <w:spacing w:after="0"/>
              <w:jc w:val="right"/>
            </w:pPr>
            <w:r>
              <w:rPr>
                <w:sz w:val="16"/>
              </w:rPr>
              <w:t>$185</w:t>
            </w:r>
          </w:p>
        </w:tc>
        <w:tc>
          <w:tcPr>
            <w:tcW w:type="dxa" w:w="1126"/>
          </w:tcPr>
          <w:p>
            <w:pPr>
              <w:spacing w:after="0"/>
              <w:jc w:val="right"/>
            </w:pPr>
            <w:r>
              <w:rPr>
                <w:sz w:val="16"/>
              </w:rPr>
              <w:t>$40</w:t>
            </w:r>
          </w:p>
        </w:tc>
        <w:tc>
          <w:tcPr>
            <w:tcW w:type="dxa" w:w="1240"/>
          </w:tcPr>
          <w:p>
            <w:pPr>
              <w:spacing w:after="0"/>
              <w:jc w:val="right"/>
            </w:pPr>
            <w:r>
              <w:rPr>
                <w:sz w:val="16"/>
              </w:rPr>
              <w:t>$401</w:t>
            </w:r>
          </w:p>
        </w:tc>
        <w:tc>
          <w:tcPr>
            <w:tcW w:type="dxa" w:w="1151"/>
          </w:tcPr>
          <w:p>
            <w:pPr>
              <w:spacing w:after="0"/>
              <w:jc w:val="right"/>
            </w:pPr>
            <w:r>
              <w:rPr>
                <w:sz w:val="16"/>
              </w:rPr>
              <w:t>$626</w:t>
            </w:r>
          </w:p>
        </w:tc>
        <w:tc>
          <w:tcPr>
            <w:tcW w:type="dxa" w:w="1056"/>
          </w:tcPr>
          <w:p>
            <w:pPr>
              <w:spacing w:after="0"/>
              <w:jc w:val="right"/>
            </w:pPr>
            <w:r>
              <w:rPr>
                <w:sz w:val="16"/>
              </w:rPr>
              <w:t>12</w:t>
            </w:r>
          </w:p>
        </w:tc>
        <w:tc>
          <w:tcPr>
            <w:tcW w:type="dxa" w:w="1755"/>
          </w:tcPr>
          <w:p>
            <w:pPr>
              <w:spacing w:after="0"/>
              <w:jc w:val="left"/>
            </w:pPr>
          </w:p>
        </w:tc>
        <w:tc>
          <w:tcPr>
            <w:tcW w:type="dxa" w:w="2222"/>
          </w:tcPr>
          <w:p>
            <w:pPr>
              <w:spacing w:after="0"/>
              <w:jc w:val="left"/>
            </w:pPr>
            <w:r>
              <w:rPr>
                <w:sz w:val="16"/>
              </w:rPr>
              <w:t>Includes 2 Strong Wind records, event types the NRI definition of this hazard leaves out.</w:t>
            </w:r>
          </w:p>
        </w:tc>
      </w:tr>
      <w:tr>
        <w:trPr>
          <w:cantSplit/>
        </w:trPr>
        <w:tc>
          <w:tcPr>
            <w:tcW w:type="dxa" w:w="672"/>
          </w:tcPr>
          <w:p>
            <w:pPr>
              <w:spacing w:after="0"/>
              <w:jc w:val="right"/>
            </w:pPr>
            <w:r>
              <w:rPr>
                <w:sz w:val="16"/>
              </w:rPr>
              <w:t>11</w:t>
            </w:r>
          </w:p>
        </w:tc>
        <w:tc>
          <w:tcPr>
            <w:tcW w:type="dxa" w:w="1037"/>
          </w:tcPr>
          <w:p>
            <w:pPr>
              <w:spacing w:after="0"/>
              <w:jc w:val="left"/>
            </w:pPr>
            <w:r>
              <w:rPr>
                <w:sz w:val="16"/>
              </w:rPr>
              <w:t>Coastal Flooding</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1</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12</w:t>
            </w:r>
          </w:p>
        </w:tc>
        <w:tc>
          <w:tcPr>
            <w:tcW w:type="dxa" w:w="1037"/>
          </w:tcPr>
          <w:p>
            <w:pPr>
              <w:spacing w:after="0"/>
              <w:jc w:val="left"/>
            </w:pPr>
            <w:r>
              <w:rPr>
                <w:sz w:val="16"/>
              </w:rPr>
              <w:t>Cold Wave</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r>
              <w:rPr>
                <w:sz w:val="16"/>
              </w:rPr>
              <w:t>13</w:t>
            </w:r>
          </w:p>
        </w:tc>
        <w:tc>
          <w:tcPr>
            <w:tcW w:type="dxa" w:w="1037"/>
          </w:tcPr>
          <w:p>
            <w:pPr>
              <w:spacing w:after="0"/>
              <w:jc w:val="left"/>
            </w:pPr>
            <w:r>
              <w:rPr>
                <w:sz w:val="16"/>
              </w:rPr>
              <w:t>Heat Wave</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3</w:t>
            </w:r>
          </w:p>
        </w:tc>
        <w:tc>
          <w:tcPr>
            <w:tcW w:type="dxa" w:w="1755"/>
          </w:tcPr>
          <w:p>
            <w:pPr>
              <w:spacing w:after="0"/>
              <w:jc w:val="left"/>
            </w:pPr>
          </w:p>
        </w:tc>
        <w:tc>
          <w:tcPr>
            <w:tcW w:type="dxa" w:w="2222"/>
          </w:tcPr>
          <w:p>
            <w:pPr>
              <w:spacing w:after="0"/>
              <w:jc w:val="left"/>
            </w:pPr>
          </w:p>
        </w:tc>
      </w:tr>
      <w:tr>
        <w:trPr>
          <w:cantSplit/>
        </w:trPr>
        <w:tc>
          <w:tcPr>
            <w:tcW w:type="dxa" w:w="672"/>
          </w:tcPr>
          <w:p>
            <w:pPr>
              <w:spacing w:after="0"/>
              <w:jc w:val="right"/>
            </w:pPr>
            <w:r>
              <w:rPr>
                <w:sz w:val="16"/>
              </w:rPr>
              <w:t>14</w:t>
            </w:r>
          </w:p>
        </w:tc>
        <w:tc>
          <w:tcPr>
            <w:tcW w:type="dxa" w:w="1037"/>
          </w:tcPr>
          <w:p>
            <w:pPr>
              <w:spacing w:after="0"/>
              <w:jc w:val="left"/>
            </w:pPr>
            <w:r>
              <w:rPr>
                <w:sz w:val="16"/>
              </w:rPr>
              <w:t>Winter Weather</w:t>
            </w:r>
          </w:p>
        </w:tc>
        <w:tc>
          <w:tcPr>
            <w:tcW w:type="dxa" w:w="1339"/>
          </w:tcPr>
          <w:p>
            <w:pPr>
              <w:spacing w:after="0"/>
              <w:jc w:val="left"/>
            </w:pPr>
            <w:r>
              <w:rPr>
                <w:sz w:val="16"/>
              </w:rPr>
              <w:t>Insufficient Data</w:t>
            </w:r>
          </w:p>
        </w:tc>
        <w:tc>
          <w:tcPr>
            <w:tcW w:type="dxa" w:w="138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40"/>
          </w:tcPr>
          <w:p>
            <w:pPr>
              <w:spacing w:after="0"/>
              <w:jc w:val="right"/>
            </w:pPr>
            <w:r>
              <w:rPr>
                <w:sz w:val="16"/>
              </w:rPr>
              <w:t>$0</w:t>
            </w:r>
          </w:p>
        </w:tc>
        <w:tc>
          <w:tcPr>
            <w:tcW w:type="dxa" w:w="1151"/>
          </w:tcPr>
          <w:p>
            <w:pPr>
              <w:spacing w:after="0"/>
              <w:jc w:val="right"/>
            </w:pPr>
            <w:r>
              <w:rPr>
                <w:sz w:val="16"/>
              </w:rPr>
              <w:t>$0</w:t>
            </w: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Avalanche</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avalanche Not Applicable for this county, and no federal declaration for this county names it.</w:t>
            </w:r>
          </w:p>
        </w:tc>
        <w:tc>
          <w:tcPr>
            <w:tcW w:type="dxa" w:w="2222"/>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Ice Storm</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ice storm Not Applicable for this county, and no federal declaration for this county names it.</w:t>
            </w:r>
          </w:p>
        </w:tc>
        <w:tc>
          <w:tcPr>
            <w:tcW w:type="dxa" w:w="2222"/>
          </w:tcPr>
          <w:p>
            <w:pPr>
              <w:spacing w:after="0"/>
              <w:jc w:val="left"/>
            </w:pPr>
            <w:r>
              <w:rPr>
                <w:sz w:val="16"/>
              </w:rPr>
              <w:t>No recorded events in Storm Events since 1996 (data through 2026-06-30).</w:t>
            </w:r>
          </w:p>
        </w:tc>
      </w:tr>
      <w:tr>
        <w:trPr>
          <w:cantSplit/>
        </w:trPr>
        <w:tc>
          <w:tcPr>
            <w:tcW w:type="dxa" w:w="672"/>
          </w:tcPr>
          <w:p>
            <w:pPr>
              <w:spacing w:after="0"/>
              <w:jc w:val="right"/>
            </w:pPr>
          </w:p>
        </w:tc>
        <w:tc>
          <w:tcPr>
            <w:tcW w:type="dxa" w:w="1037"/>
          </w:tcPr>
          <w:p>
            <w:pPr>
              <w:spacing w:after="0"/>
              <w:jc w:val="left"/>
            </w:pPr>
            <w:r>
              <w:rPr>
                <w:sz w:val="16"/>
              </w:rPr>
              <w:t>Tsunami</w:t>
            </w:r>
          </w:p>
        </w:tc>
        <w:tc>
          <w:tcPr>
            <w:tcW w:type="dxa" w:w="1339"/>
          </w:tcPr>
          <w:p>
            <w:pPr>
              <w:spacing w:after="0"/>
              <w:jc w:val="left"/>
            </w:pPr>
            <w:r>
              <w:rPr>
                <w:sz w:val="16"/>
              </w:rPr>
              <w:t>Not Applicable</w:t>
            </w:r>
          </w:p>
        </w:tc>
        <w:tc>
          <w:tcPr>
            <w:tcW w:type="dxa" w:w="13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r>
              <w:rPr>
                <w:sz w:val="16"/>
              </w:rPr>
              <w:t>NRI rates tsunami Not Applicable for this county, and no federal declaration for this county names it.</w:t>
            </w: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2"/>
          </w:tcPr>
          <w:p>
            <w:pPr>
              <w:spacing w:after="0"/>
              <w:jc w:val="right"/>
            </w:pPr>
          </w:p>
        </w:tc>
        <w:tc>
          <w:tcPr>
            <w:tcW w:type="dxa" w:w="1037"/>
          </w:tcPr>
          <w:p>
            <w:pPr>
              <w:spacing w:after="0"/>
              <w:jc w:val="left"/>
            </w:pPr>
            <w:r>
              <w:rPr>
                <w:sz w:val="16"/>
              </w:rPr>
              <w:t>Wildfire</w:t>
            </w:r>
          </w:p>
        </w:tc>
        <w:tc>
          <w:tcPr>
            <w:tcW w:type="dxa" w:w="1339"/>
          </w:tcPr>
          <w:p>
            <w:pPr>
              <w:spacing w:after="0"/>
              <w:jc w:val="left"/>
            </w:pPr>
            <w:r>
              <w:rPr>
                <w:sz w:val="16"/>
              </w:rPr>
              <w:t>Insufficient Data</w:t>
            </w:r>
          </w:p>
        </w:tc>
        <w:tc>
          <w:tcPr>
            <w:tcW w:type="dxa" w:w="138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40"/>
          </w:tcPr>
          <w:p>
            <w:pPr>
              <w:spacing w:after="0"/>
              <w:jc w:val="right"/>
            </w:pPr>
          </w:p>
        </w:tc>
        <w:tc>
          <w:tcPr>
            <w:tcW w:type="dxa" w:w="1151"/>
          </w:tcPr>
          <w:p>
            <w:pPr>
              <w:spacing w:after="0"/>
              <w:jc w:val="right"/>
            </w:pPr>
          </w:p>
        </w:tc>
        <w:tc>
          <w:tcPr>
            <w:tcW w:type="dxa" w:w="1056"/>
          </w:tcPr>
          <w:p>
            <w:pPr>
              <w:spacing w:after="0"/>
              <w:jc w:val="right"/>
            </w:pPr>
            <w:r>
              <w:rPr>
                <w:sz w:val="16"/>
              </w:rPr>
              <w:t>0</w:t>
            </w:r>
          </w:p>
        </w:tc>
        <w:tc>
          <w:tcPr>
            <w:tcW w:type="dxa" w:w="1755"/>
          </w:tcPr>
          <w:p>
            <w:pPr>
              <w:spacing w:after="0"/>
              <w:jc w:val="left"/>
            </w:pPr>
          </w:p>
        </w:tc>
        <w:tc>
          <w:tcPr>
            <w:tcW w:type="dxa" w:w="22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34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34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764"/>
        <w:gridCol w:w="1595"/>
        <w:gridCol w:w="1378"/>
        <w:gridCol w:w="1882"/>
        <w:gridCol w:w="1740"/>
        <w:gridCol w:w="1669"/>
        <w:gridCol w:w="2302"/>
      </w:tblGrid>
      <w:tr>
        <w:trPr>
          <w:cantSplit/>
          <w:tblHeader/>
        </w:trPr>
        <w:tc>
          <w:tcPr>
            <w:tcW w:type="dxa" w:w="1783"/>
            <w:shd w:val="clear" w:color="auto" w:fill="E8E8E8"/>
          </w:tcPr>
          <w:p>
            <w:pPr>
              <w:spacing w:after="0"/>
              <w:jc w:val="left"/>
            </w:pPr>
            <w:r>
              <w:rPr>
                <w:b/>
                <w:sz w:val="16"/>
              </w:rPr>
              <w:t>Hazard</w:t>
            </w:r>
          </w:p>
        </w:tc>
        <w:tc>
          <w:tcPr>
            <w:tcW w:type="dxa" w:w="1764"/>
            <w:shd w:val="clear" w:color="auto" w:fill="E8E8E8"/>
          </w:tcPr>
          <w:p>
            <w:pPr>
              <w:spacing w:after="0"/>
              <w:jc w:val="left"/>
            </w:pPr>
            <w:r>
              <w:rPr>
                <w:b/>
                <w:sz w:val="16"/>
              </w:rPr>
              <w:t>Scale</w:t>
            </w:r>
          </w:p>
        </w:tc>
        <w:tc>
          <w:tcPr>
            <w:tcW w:type="dxa" w:w="1595"/>
            <w:shd w:val="clear" w:color="auto" w:fill="E8E8E8"/>
          </w:tcPr>
          <w:p>
            <w:pPr>
              <w:spacing w:after="0"/>
              <w:jc w:val="right"/>
            </w:pPr>
            <w:r>
              <w:rPr>
                <w:b/>
                <w:sz w:val="16"/>
              </w:rPr>
              <w:t>Records</w:t>
            </w:r>
          </w:p>
          <w:p>
            <w:pPr>
              <w:spacing w:after="0"/>
              <w:jc w:val="right"/>
            </w:pPr>
            <w:r>
              <w:rPr>
                <w:i/>
                <w:color w:val="555555"/>
                <w:sz w:val="14"/>
              </w:rPr>
              <w:t>count, years</w:t>
            </w:r>
          </w:p>
        </w:tc>
        <w:tc>
          <w:tcPr>
            <w:tcW w:type="dxa" w:w="1378"/>
            <w:shd w:val="clear" w:color="auto" w:fill="E8E8E8"/>
          </w:tcPr>
          <w:p>
            <w:pPr>
              <w:spacing w:after="0"/>
              <w:jc w:val="left"/>
            </w:pPr>
            <w:r>
              <w:rPr>
                <w:b/>
                <w:sz w:val="16"/>
              </w:rPr>
              <w:t>Observed range</w:t>
            </w:r>
          </w:p>
        </w:tc>
        <w:tc>
          <w:tcPr>
            <w:tcW w:type="dxa" w:w="1882"/>
            <w:shd w:val="clear" w:color="auto" w:fill="E8E8E8"/>
          </w:tcPr>
          <w:p>
            <w:pPr>
              <w:spacing w:after="0"/>
              <w:jc w:val="left"/>
            </w:pPr>
            <w:r>
              <w:rPr>
                <w:b/>
                <w:sz w:val="16"/>
              </w:rPr>
              <w:t>Worst recorded event</w:t>
            </w:r>
          </w:p>
        </w:tc>
        <w:tc>
          <w:tcPr>
            <w:tcW w:type="dxa" w:w="1740"/>
            <w:shd w:val="clear" w:color="auto" w:fill="E8E8E8"/>
          </w:tcPr>
          <w:p>
            <w:pPr>
              <w:spacing w:after="0"/>
              <w:jc w:val="left"/>
            </w:pPr>
            <w:r>
              <w:rPr>
                <w:b/>
                <w:sz w:val="16"/>
              </w:rPr>
              <w:t>Most damaging (when different)</w:t>
            </w:r>
          </w:p>
        </w:tc>
        <w:tc>
          <w:tcPr>
            <w:tcW w:type="dxa" w:w="1669"/>
            <w:shd w:val="clear" w:color="auto" w:fill="E8E8E8"/>
          </w:tcPr>
          <w:p>
            <w:pPr>
              <w:spacing w:after="0"/>
              <w:jc w:val="left"/>
            </w:pPr>
            <w:r>
              <w:rPr>
                <w:b/>
                <w:sz w:val="16"/>
              </w:rPr>
              <w:t>How it applies to members</w:t>
            </w:r>
          </w:p>
        </w:tc>
        <w:tc>
          <w:tcPr>
            <w:tcW w:type="dxa" w:w="230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Coastal Flood, Storm Surge/Tide</w:t>
            </w:r>
          </w:p>
        </w:tc>
        <w:tc>
          <w:tcPr>
            <w:tcW w:type="dxa" w:w="1764"/>
          </w:tcPr>
          <w:p>
            <w:pPr>
              <w:spacing w:after="0"/>
              <w:jc w:val="left"/>
            </w:pPr>
            <w:r>
              <w:rPr>
                <w:sz w:val="16"/>
              </w:rPr>
              <w:t>none in data (FIRM for depth)</w:t>
            </w:r>
          </w:p>
        </w:tc>
        <w:tc>
          <w:tcPr>
            <w:tcW w:type="dxa" w:w="1595"/>
          </w:tcPr>
          <w:p>
            <w:pPr>
              <w:spacing w:after="0"/>
              <w:jc w:val="right"/>
            </w:pPr>
            <w:r>
              <w:rPr>
                <w:sz w:val="16"/>
              </w:rPr>
              <w:t>1, 2017 to 2017 (1 zone-level)</w:t>
            </w:r>
          </w:p>
        </w:tc>
        <w:tc>
          <w:tcPr>
            <w:tcW w:type="dxa" w:w="1378"/>
          </w:tcPr>
          <w:p>
            <w:pPr>
              <w:spacing w:after="0"/>
              <w:jc w:val="left"/>
            </w:pPr>
          </w:p>
        </w:tc>
        <w:tc>
          <w:tcPr>
            <w:tcW w:type="dxa" w:w="1882"/>
          </w:tcPr>
          <w:p>
            <w:pPr>
              <w:spacing w:after="0"/>
              <w:jc w:val="left"/>
            </w:pPr>
            <w:r>
              <w:rPr>
                <w:sz w:val="16"/>
              </w:rPr>
              <w:t>No damage reported in 1 records.</w:t>
            </w:r>
          </w:p>
        </w:tc>
        <w:tc>
          <w:tcPr>
            <w:tcW w:type="dxa" w:w="1740"/>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Flood depth: see the FEMA Flood Insurance Rate Map.</w:t>
            </w:r>
          </w:p>
        </w:tc>
      </w:tr>
      <w:tr>
        <w:trPr>
          <w:cantSplit/>
        </w:trPr>
        <w:tc>
          <w:tcPr>
            <w:tcW w:type="dxa" w:w="1783"/>
          </w:tcPr>
          <w:p>
            <w:pPr>
              <w:spacing w:after="0"/>
              <w:jc w:val="left"/>
            </w:pPr>
            <w:r>
              <w:rPr>
                <w:sz w:val="16"/>
              </w:rPr>
              <w:t>Cold/Wind Chill, Extreme Cold/Wind Chill</w:t>
            </w:r>
          </w:p>
        </w:tc>
        <w:tc>
          <w:tcPr>
            <w:tcW w:type="dxa" w:w="1764"/>
          </w:tcPr>
          <w:p>
            <w:pPr>
              <w:spacing w:after="0"/>
              <w:jc w:val="left"/>
            </w:pPr>
            <w:r>
              <w:rPr>
                <w:sz w:val="16"/>
              </w:rPr>
              <w:t>wind chill</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Wind chill: in event narratives only; local data required.</w:t>
            </w:r>
          </w:p>
        </w:tc>
      </w:tr>
      <w:tr>
        <w:trPr>
          <w:cantSplit/>
        </w:trPr>
        <w:tc>
          <w:tcPr>
            <w:tcW w:type="dxa" w:w="1783"/>
          </w:tcPr>
          <w:p>
            <w:pPr>
              <w:spacing w:after="0"/>
              <w:jc w:val="left"/>
            </w:pPr>
            <w:r>
              <w:rPr>
                <w:sz w:val="16"/>
              </w:rPr>
              <w:t>Frost/Freeze (outside NRI Cold Wave definition)</w:t>
            </w:r>
          </w:p>
        </w:tc>
        <w:tc>
          <w:tcPr>
            <w:tcW w:type="dxa" w:w="1764"/>
          </w:tcPr>
          <w:p>
            <w:pPr>
              <w:spacing w:after="0"/>
              <w:jc w:val="left"/>
            </w:pPr>
            <w:r>
              <w:rPr>
                <w:sz w:val="16"/>
              </w:rPr>
              <w:t>crop damage</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Temperature: in event narratives only; local data required.</w:t>
            </w:r>
          </w:p>
        </w:tc>
      </w:tr>
      <w:tr>
        <w:trPr>
          <w:cantSplit/>
        </w:trPr>
        <w:tc>
          <w:tcPr>
            <w:tcW w:type="dxa" w:w="1783"/>
          </w:tcPr>
          <w:p>
            <w:pPr>
              <w:spacing w:after="0"/>
              <w:jc w:val="left"/>
            </w:pPr>
            <w:r>
              <w:rPr>
                <w:sz w:val="16"/>
              </w:rPr>
              <w:t>Drought</w:t>
            </w:r>
          </w:p>
        </w:tc>
        <w:tc>
          <w:tcPr>
            <w:tcW w:type="dxa" w:w="1764"/>
          </w:tcPr>
          <w:p>
            <w:pPr>
              <w:spacing w:after="0"/>
              <w:jc w:val="left"/>
            </w:pPr>
            <w:r>
              <w:rPr>
                <w:sz w:val="16"/>
              </w:rPr>
              <w:t>US Drought Monitor D-scale</w:t>
            </w:r>
          </w:p>
        </w:tc>
        <w:tc>
          <w:tcPr>
            <w:tcW w:type="dxa" w:w="1595"/>
          </w:tcPr>
          <w:p>
            <w:pPr>
              <w:spacing w:after="0"/>
              <w:jc w:val="right"/>
            </w:pPr>
            <w:r>
              <w:rPr>
                <w:sz w:val="16"/>
              </w:rPr>
              <w:t>4, 2022 to 2022 (4 zone-level)</w:t>
            </w:r>
          </w:p>
        </w:tc>
        <w:tc>
          <w:tcPr>
            <w:tcW w:type="dxa" w:w="1378"/>
          </w:tcPr>
          <w:p>
            <w:pPr>
              <w:spacing w:after="0"/>
              <w:jc w:val="left"/>
            </w:pPr>
            <w:r>
              <w:rPr>
                <w:sz w:val="16"/>
              </w:rPr>
              <w:t>78 days; 1 with a recorded value</w:t>
            </w:r>
          </w:p>
        </w:tc>
        <w:tc>
          <w:tcPr>
            <w:tcW w:type="dxa" w:w="1882"/>
          </w:tcPr>
          <w:p>
            <w:pPr>
              <w:spacing w:after="0"/>
              <w:jc w:val="left"/>
            </w:pPr>
            <w:r>
              <w:rPr>
                <w:sz w:val="16"/>
              </w:rPr>
              <w:t>78 days (about 2.6 months), 2022-06-21 to 2022-09-06, a run of 4 consecutive Storm Events drought records, zone-level</w:t>
            </w:r>
          </w:p>
        </w:tc>
        <w:tc>
          <w:tcPr>
            <w:tcW w:type="dxa" w:w="1740"/>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764"/>
          </w:tcPr>
          <w:p>
            <w:pPr>
              <w:spacing w:after="0"/>
              <w:jc w:val="left"/>
            </w:pPr>
            <w:r>
              <w:rPr>
                <w:sz w:val="16"/>
              </w:rPr>
              <w:t>Modified Mercalli (local data)</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No Storm Events record; local data required (e.g., USGS).</w:t>
            </w:r>
          </w:p>
        </w:tc>
      </w:tr>
      <w:tr>
        <w:trPr>
          <w:cantSplit/>
        </w:trPr>
        <w:tc>
          <w:tcPr>
            <w:tcW w:type="dxa" w:w="1783"/>
          </w:tcPr>
          <w:p>
            <w:pPr>
              <w:spacing w:after="0"/>
              <w:jc w:val="left"/>
            </w:pPr>
            <w:r>
              <w:rPr>
                <w:sz w:val="16"/>
              </w:rPr>
              <w:t>Hail</w:t>
            </w:r>
          </w:p>
        </w:tc>
        <w:tc>
          <w:tcPr>
            <w:tcW w:type="dxa" w:w="1764"/>
          </w:tcPr>
          <w:p>
            <w:pPr>
              <w:spacing w:after="0"/>
              <w:jc w:val="left"/>
            </w:pPr>
            <w:r>
              <w:rPr>
                <w:sz w:val="16"/>
              </w:rPr>
              <w:t>hail size (inches)</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p>
        </w:tc>
      </w:tr>
      <w:tr>
        <w:trPr>
          <w:cantSplit/>
        </w:trPr>
        <w:tc>
          <w:tcPr>
            <w:tcW w:type="dxa" w:w="1783"/>
          </w:tcPr>
          <w:p>
            <w:pPr>
              <w:spacing w:after="0"/>
              <w:jc w:val="left"/>
            </w:pPr>
            <w:r>
              <w:rPr>
                <w:sz w:val="16"/>
              </w:rPr>
              <w:t>Excessive Heat, Heat</w:t>
            </w:r>
          </w:p>
        </w:tc>
        <w:tc>
          <w:tcPr>
            <w:tcW w:type="dxa" w:w="1764"/>
          </w:tcPr>
          <w:p>
            <w:pPr>
              <w:spacing w:after="0"/>
              <w:jc w:val="left"/>
            </w:pPr>
            <w:r>
              <w:rPr>
                <w:sz w:val="16"/>
              </w:rPr>
              <w:t>heat index (narratives)</w:t>
            </w:r>
          </w:p>
        </w:tc>
        <w:tc>
          <w:tcPr>
            <w:tcW w:type="dxa" w:w="1595"/>
          </w:tcPr>
          <w:p>
            <w:pPr>
              <w:spacing w:after="0"/>
              <w:jc w:val="right"/>
            </w:pPr>
            <w:r>
              <w:rPr>
                <w:sz w:val="16"/>
              </w:rPr>
              <w:t>3, 2023 to 2023 (3 zone-level)</w:t>
            </w:r>
          </w:p>
        </w:tc>
        <w:tc>
          <w:tcPr>
            <w:tcW w:type="dxa" w:w="1378"/>
          </w:tcPr>
          <w:p>
            <w:pPr>
              <w:spacing w:after="0"/>
              <w:jc w:val="left"/>
            </w:pPr>
            <w:r>
              <w:rPr>
                <w:sz w:val="16"/>
              </w:rPr>
              <w:t>3 days to 30 days (median 30 days); 3 with a recorded value</w:t>
            </w:r>
          </w:p>
        </w:tc>
        <w:tc>
          <w:tcPr>
            <w:tcW w:type="dxa" w:w="1882"/>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40"/>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Heat index: in event narratives only; local data required.</w:t>
            </w:r>
          </w:p>
        </w:tc>
      </w:tr>
      <w:tr>
        <w:trPr>
          <w:cantSplit/>
        </w:trPr>
        <w:tc>
          <w:tcPr>
            <w:tcW w:type="dxa" w:w="1783"/>
          </w:tcPr>
          <w:p>
            <w:pPr>
              <w:spacing w:after="0"/>
              <w:jc w:val="left"/>
            </w:pPr>
            <w:r>
              <w:rPr>
                <w:sz w:val="16"/>
              </w:rPr>
              <w:t>Hurricane, Tropical Storm, Tropical Depression</w:t>
            </w:r>
          </w:p>
        </w:tc>
        <w:tc>
          <w:tcPr>
            <w:tcW w:type="dxa" w:w="1764"/>
          </w:tcPr>
          <w:p>
            <w:pPr>
              <w:spacing w:after="0"/>
              <w:jc w:val="left"/>
            </w:pPr>
            <w:r>
              <w:rPr>
                <w:sz w:val="16"/>
              </w:rPr>
              <w:t>Saffir-Simpson</w:t>
            </w:r>
          </w:p>
        </w:tc>
        <w:tc>
          <w:tcPr>
            <w:tcW w:type="dxa" w:w="1595"/>
          </w:tcPr>
          <w:p>
            <w:pPr>
              <w:spacing w:after="0"/>
              <w:jc w:val="right"/>
            </w:pPr>
            <w:r>
              <w:rPr>
                <w:sz w:val="16"/>
              </w:rPr>
              <w:t>10, 2000 to 2024 (10 zone-level)</w:t>
            </w:r>
          </w:p>
        </w:tc>
        <w:tc>
          <w:tcPr>
            <w:tcW w:type="dxa" w:w="1378"/>
          </w:tcPr>
          <w:p>
            <w:pPr>
              <w:spacing w:after="0"/>
              <w:jc w:val="left"/>
            </w:pPr>
          </w:p>
        </w:tc>
        <w:tc>
          <w:tcPr>
            <w:tcW w:type="dxa" w:w="1882"/>
          </w:tcPr>
          <w:p>
            <w:pPr>
              <w:spacing w:after="0"/>
              <w:jc w:val="left"/>
            </w:pPr>
            <w:r>
              <w:rPr>
                <w:sz w:val="16"/>
              </w:rPr>
              <w:t>Strongest recorded (records with damage, a wind speed or direct casualties first, then storm type, category and wind): Hurricane (Typhoon) record, 2017-09-20, category 4, $500,000 property; $0 crops, reported for the zone (2017 dollars); NWS zone PRZ004 (EASTERN INTERIOR), zone-level: may include parts of neighboring counties</w:t>
            </w:r>
          </w:p>
        </w:tc>
        <w:tc>
          <w:tcPr>
            <w:tcW w:type="dxa" w:w="1740"/>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3"/>
          </w:tcPr>
          <w:p>
            <w:pPr>
              <w:spacing w:after="0"/>
              <w:jc w:val="left"/>
            </w:pPr>
            <w:r>
              <w:rPr>
                <w:sz w:val="16"/>
              </w:rPr>
              <w:t>Ice Storm</w:t>
            </w:r>
          </w:p>
        </w:tc>
        <w:tc>
          <w:tcPr>
            <w:tcW w:type="dxa" w:w="1764"/>
          </w:tcPr>
          <w:p>
            <w:pPr>
              <w:spacing w:after="0"/>
              <w:jc w:val="left"/>
            </w:pPr>
            <w:r>
              <w:rPr>
                <w:sz w:val="16"/>
              </w:rPr>
              <w:t>Sperry-Piltz (local data)</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Ice thickness: in event narratives only; local data required.</w:t>
            </w:r>
          </w:p>
        </w:tc>
      </w:tr>
      <w:tr>
        <w:trPr>
          <w:cantSplit/>
        </w:trPr>
        <w:tc>
          <w:tcPr>
            <w:tcW w:type="dxa" w:w="1783"/>
          </w:tcPr>
          <w:p>
            <w:pPr>
              <w:spacing w:after="0"/>
              <w:jc w:val="left"/>
            </w:pPr>
            <w:r>
              <w:rPr>
                <w:sz w:val="16"/>
              </w:rPr>
              <w:t>Flash Flood, Flood, Lakeshore Flood</w:t>
            </w:r>
          </w:p>
        </w:tc>
        <w:tc>
          <w:tcPr>
            <w:tcW w:type="dxa" w:w="1764"/>
          </w:tcPr>
          <w:p>
            <w:pPr>
              <w:spacing w:after="0"/>
              <w:jc w:val="left"/>
            </w:pPr>
            <w:r>
              <w:rPr>
                <w:sz w:val="16"/>
              </w:rPr>
              <w:t>damage and flood days (FIRM for depth)</w:t>
            </w:r>
          </w:p>
        </w:tc>
        <w:tc>
          <w:tcPr>
            <w:tcW w:type="dxa" w:w="1595"/>
          </w:tcPr>
          <w:p>
            <w:pPr>
              <w:spacing w:after="0"/>
              <w:jc w:val="right"/>
            </w:pPr>
            <w:r>
              <w:rPr>
                <w:sz w:val="16"/>
              </w:rPr>
              <w:t>140, 2000 to 2026 (57 zone-level)</w:t>
            </w:r>
          </w:p>
        </w:tc>
        <w:tc>
          <w:tcPr>
            <w:tcW w:type="dxa" w:w="1378"/>
          </w:tcPr>
          <w:p>
            <w:pPr>
              <w:spacing w:after="0"/>
              <w:jc w:val="left"/>
            </w:pPr>
          </w:p>
        </w:tc>
        <w:tc>
          <w:tcPr>
            <w:tcW w:type="dxa" w:w="1882"/>
          </w:tcPr>
          <w:p>
            <w:pPr>
              <w:spacing w:after="0"/>
              <w:jc w:val="left"/>
            </w:pPr>
            <w:r>
              <w:rPr>
                <w:sz w:val="16"/>
              </w:rPr>
              <w:t>Flash Flood, 2017-09-20, $750,000,000 property; $0 crops (2017 dollars)</w:t>
            </w:r>
          </w:p>
        </w:tc>
        <w:tc>
          <w:tcPr>
            <w:tcW w:type="dxa" w:w="1740"/>
          </w:tcPr>
          <w:p>
            <w:pPr>
              <w:spacing w:after="0"/>
              <w:jc w:val="left"/>
            </w:pPr>
          </w:p>
        </w:tc>
        <w:tc>
          <w:tcPr>
            <w:tcW w:type="dxa" w:w="1669"/>
          </w:tcPr>
          <w:p>
            <w:pPr>
              <w:spacing w:after="0"/>
              <w:jc w:val="left"/>
            </w:pPr>
            <w:r>
              <w:rPr>
                <w:sz w:val="16"/>
              </w:rPr>
              <w:t>No event record names a member place. Zone-level records (57) apply countywide.</w:t>
            </w:r>
          </w:p>
        </w:tc>
        <w:tc>
          <w:tcPr>
            <w:tcW w:type="dxa" w:w="230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3"/>
          </w:tcPr>
          <w:p>
            <w:pPr>
              <w:spacing w:after="0"/>
              <w:jc w:val="left"/>
            </w:pPr>
            <w:r>
              <w:rPr>
                <w:sz w:val="16"/>
              </w:rPr>
              <w:t>Debris Flow</w:t>
            </w:r>
          </w:p>
        </w:tc>
        <w:tc>
          <w:tcPr>
            <w:tcW w:type="dxa" w:w="1764"/>
          </w:tcPr>
          <w:p>
            <w:pPr>
              <w:spacing w:after="0"/>
              <w:jc w:val="left"/>
            </w:pPr>
            <w:r>
              <w:rPr>
                <w:sz w:val="16"/>
              </w:rPr>
              <w:t>none (count and damage)</w:t>
            </w:r>
          </w:p>
        </w:tc>
        <w:tc>
          <w:tcPr>
            <w:tcW w:type="dxa" w:w="1595"/>
          </w:tcPr>
          <w:p>
            <w:pPr>
              <w:spacing w:after="0"/>
              <w:jc w:val="right"/>
            </w:pPr>
            <w:r>
              <w:rPr>
                <w:sz w:val="16"/>
              </w:rPr>
              <w:t>53, 2003 to 2025 (44 zone-level)</w:t>
            </w:r>
          </w:p>
        </w:tc>
        <w:tc>
          <w:tcPr>
            <w:tcW w:type="dxa" w:w="1378"/>
          </w:tcPr>
          <w:p>
            <w:pPr>
              <w:spacing w:after="0"/>
              <w:jc w:val="left"/>
            </w:pPr>
          </w:p>
        </w:tc>
        <w:tc>
          <w:tcPr>
            <w:tcW w:type="dxa" w:w="1882"/>
          </w:tcPr>
          <w:p>
            <w:pPr>
              <w:spacing w:after="0"/>
              <w:jc w:val="left"/>
            </w:pPr>
            <w:r>
              <w:rPr>
                <w:sz w:val="16"/>
              </w:rPr>
              <w:t>Debris Flow, 2009-12-25, $4,800,000 property; $0 crops, reported for the zone (2009 dollars); NWS zone PRZ004 (EASTERN INTERIOR), zone-level: may include parts of neighboring counties</w:t>
            </w:r>
          </w:p>
        </w:tc>
        <w:tc>
          <w:tcPr>
            <w:tcW w:type="dxa" w:w="1740"/>
          </w:tcPr>
          <w:p>
            <w:pPr>
              <w:spacing w:after="0"/>
              <w:jc w:val="left"/>
            </w:pPr>
          </w:p>
        </w:tc>
        <w:tc>
          <w:tcPr>
            <w:tcW w:type="dxa" w:w="1669"/>
          </w:tcPr>
          <w:p>
            <w:pPr>
              <w:spacing w:after="0"/>
              <w:jc w:val="left"/>
            </w:pPr>
            <w:r>
              <w:rPr>
                <w:sz w:val="16"/>
              </w:rPr>
              <w:t>No event record names a member place. Zone-level records (44) apply countywide.</w:t>
            </w: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Lightning</w:t>
            </w:r>
          </w:p>
        </w:tc>
        <w:tc>
          <w:tcPr>
            <w:tcW w:type="dxa" w:w="1764"/>
          </w:tcPr>
          <w:p>
            <w:pPr>
              <w:spacing w:after="0"/>
              <w:jc w:val="left"/>
            </w:pPr>
            <w:r>
              <w:rPr>
                <w:sz w:val="16"/>
              </w:rPr>
              <w:t>annualized frequency (the measure FEMA's Local Mitigation Planning Handbook names)</w:t>
            </w:r>
          </w:p>
        </w:tc>
        <w:tc>
          <w:tcPr>
            <w:tcW w:type="dxa" w:w="1595"/>
          </w:tcPr>
          <w:p>
            <w:pPr>
              <w:spacing w:after="0"/>
              <w:jc w:val="right"/>
            </w:pPr>
            <w:r>
              <w:rPr>
                <w:sz w:val="16"/>
              </w:rPr>
              <w:t>1, 2025 to 2025</w:t>
            </w:r>
          </w:p>
        </w:tc>
        <w:tc>
          <w:tcPr>
            <w:tcW w:type="dxa" w:w="1378"/>
          </w:tcPr>
          <w:p>
            <w:pPr>
              <w:spacing w:after="0"/>
              <w:jc w:val="left"/>
            </w:pPr>
          </w:p>
        </w:tc>
        <w:tc>
          <w:tcPr>
            <w:tcW w:type="dxa" w:w="1882"/>
          </w:tcPr>
          <w:p>
            <w:pPr>
              <w:spacing w:after="0"/>
              <w:jc w:val="left"/>
            </w:pPr>
            <w:r>
              <w:rPr>
                <w:sz w:val="16"/>
              </w:rPr>
              <w:t>Lightning, 2025-05-04, $20,000 property; $0 crops (2025 dollars)</w:t>
            </w:r>
          </w:p>
        </w:tc>
        <w:tc>
          <w:tcPr>
            <w:tcW w:type="dxa" w:w="1740"/>
          </w:tcPr>
          <w:p>
            <w:pPr>
              <w:spacing w:after="0"/>
              <w:jc w:val="left"/>
            </w:pPr>
          </w:p>
        </w:tc>
        <w:tc>
          <w:tcPr>
            <w:tcW w:type="dxa" w:w="1669"/>
          </w:tcPr>
          <w:p>
            <w:pPr>
              <w:spacing w:after="0"/>
              <w:jc w:val="left"/>
            </w:pPr>
            <w:r>
              <w:rPr>
                <w:sz w:val="16"/>
              </w:rPr>
              <w:t>No event record names a member place.</w:t>
            </w:r>
          </w:p>
        </w:tc>
        <w:tc>
          <w:tcPr>
            <w:tcW w:type="dxa" w:w="2302"/>
          </w:tcPr>
          <w:p>
            <w:pPr>
              <w:spacing w:after="0"/>
              <w:jc w:val="left"/>
            </w:pPr>
            <w:r>
              <w:rPr>
                <w:sz w:val="16"/>
              </w:rPr>
              <w:t>Storm Events lists lightning with damage or casualties; physical measure in event narratives only; local data required.</w:t>
            </w:r>
          </w:p>
        </w:tc>
      </w:tr>
      <w:tr>
        <w:trPr>
          <w:cantSplit/>
        </w:trPr>
        <w:tc>
          <w:tcPr>
            <w:tcW w:type="dxa" w:w="1783"/>
          </w:tcPr>
          <w:p>
            <w:pPr>
              <w:spacing w:after="0"/>
              <w:jc w:val="left"/>
            </w:pPr>
            <w:r>
              <w:rPr>
                <w:sz w:val="16"/>
              </w:rPr>
              <w:t>High Wind and Strong Wind (outside NRI Strong Wind definition)</w:t>
            </w:r>
          </w:p>
        </w:tc>
        <w:tc>
          <w:tcPr>
            <w:tcW w:type="dxa" w:w="1764"/>
          </w:tcPr>
          <w:p>
            <w:pPr>
              <w:spacing w:after="0"/>
              <w:jc w:val="left"/>
            </w:pPr>
            <w:r>
              <w:rPr>
                <w:sz w:val="16"/>
              </w:rPr>
              <w:t>wind speed (kt and mph)</w:t>
            </w:r>
          </w:p>
        </w:tc>
        <w:tc>
          <w:tcPr>
            <w:tcW w:type="dxa" w:w="1595"/>
          </w:tcPr>
          <w:p>
            <w:pPr>
              <w:spacing w:after="0"/>
              <w:jc w:val="right"/>
            </w:pPr>
            <w:r>
              <w:rPr>
                <w:sz w:val="16"/>
              </w:rPr>
              <w:t>2, 2015 to 2025 (2 zone-level)</w:t>
            </w:r>
          </w:p>
        </w:tc>
        <w:tc>
          <w:tcPr>
            <w:tcW w:type="dxa" w:w="1378"/>
          </w:tcPr>
          <w:p>
            <w:pPr>
              <w:spacing w:after="0"/>
              <w:jc w:val="left"/>
            </w:pPr>
            <w:r>
              <w:rPr>
                <w:sz w:val="16"/>
              </w:rPr>
              <w:t>30 kt (35 mph) to 35 kt (40 mph) (median 32.5 kt (37 mph)); 2 with a recorded value</w:t>
            </w:r>
          </w:p>
        </w:tc>
        <w:tc>
          <w:tcPr>
            <w:tcW w:type="dxa" w:w="1882"/>
          </w:tcPr>
          <w:p>
            <w:pPr>
              <w:spacing w:after="0"/>
              <w:jc w:val="left"/>
            </w:pPr>
            <w:r>
              <w:rPr>
                <w:sz w:val="16"/>
              </w:rPr>
              <w:t>35 kt (40 mph) estimated gust, Strong Wind, 2015-06-22; NWS zone PRZ004 (EASTERN INTERIOR), zone-level: may include parts of neighboring counties</w:t>
            </w:r>
          </w:p>
        </w:tc>
        <w:tc>
          <w:tcPr>
            <w:tcW w:type="dxa" w:w="1740"/>
          </w:tcPr>
          <w:p>
            <w:pPr>
              <w:spacing w:after="0"/>
              <w:jc w:val="left"/>
            </w:pPr>
            <w:r>
              <w:rPr>
                <w:sz w:val="16"/>
              </w:rPr>
              <w:t>Strong Wind, 2025-04-02, $16,200 property; $0 crops, reported for the zone (2025 dollars)</w:t>
            </w: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p>
        </w:tc>
      </w:tr>
      <w:tr>
        <w:trPr>
          <w:cantSplit/>
        </w:trPr>
        <w:tc>
          <w:tcPr>
            <w:tcW w:type="dxa" w:w="1783"/>
          </w:tcPr>
          <w:p>
            <w:pPr>
              <w:spacing w:after="0"/>
              <w:jc w:val="left"/>
            </w:pPr>
            <w:r>
              <w:rPr>
                <w:sz w:val="16"/>
              </w:rPr>
              <w:t>Thunderstorm Wind</w:t>
            </w:r>
          </w:p>
        </w:tc>
        <w:tc>
          <w:tcPr>
            <w:tcW w:type="dxa" w:w="1764"/>
          </w:tcPr>
          <w:p>
            <w:pPr>
              <w:spacing w:after="0"/>
              <w:jc w:val="left"/>
            </w:pPr>
            <w:r>
              <w:rPr>
                <w:sz w:val="16"/>
              </w:rPr>
              <w:t>wind speed (kt and mph)</w:t>
            </w:r>
          </w:p>
        </w:tc>
        <w:tc>
          <w:tcPr>
            <w:tcW w:type="dxa" w:w="1595"/>
          </w:tcPr>
          <w:p>
            <w:pPr>
              <w:spacing w:after="0"/>
              <w:jc w:val="right"/>
            </w:pPr>
            <w:r>
              <w:rPr>
                <w:sz w:val="16"/>
              </w:rPr>
              <w:t>10, 2002 to 2025 (3 zone-level)</w:t>
            </w:r>
          </w:p>
        </w:tc>
        <w:tc>
          <w:tcPr>
            <w:tcW w:type="dxa" w:w="1378"/>
          </w:tcPr>
          <w:p>
            <w:pPr>
              <w:spacing w:after="0"/>
              <w:jc w:val="left"/>
            </w:pPr>
            <w:r>
              <w:rPr>
                <w:sz w:val="16"/>
              </w:rPr>
              <w:t>22 kt (25 mph) to 35 kt (40 mph) (median 30 kt (35 mph)); 7 with a recorded value</w:t>
            </w:r>
          </w:p>
        </w:tc>
        <w:tc>
          <w:tcPr>
            <w:tcW w:type="dxa" w:w="1882"/>
          </w:tcPr>
          <w:p>
            <w:pPr>
              <w:spacing w:after="0"/>
              <w:jc w:val="left"/>
            </w:pPr>
            <w:r>
              <w:rPr>
                <w:sz w:val="16"/>
              </w:rPr>
              <w:t>35 kt (40 mph) estimated gust, Thunderstorm Wind, 2024-02-06; same speed and measurement basis also recorded on 2023-08-21, 2024-02-06</w:t>
            </w:r>
          </w:p>
        </w:tc>
        <w:tc>
          <w:tcPr>
            <w:tcW w:type="dxa" w:w="1740"/>
          </w:tcPr>
          <w:p>
            <w:pPr>
              <w:spacing w:after="0"/>
              <w:jc w:val="left"/>
            </w:pPr>
            <w:r>
              <w:rPr>
                <w:sz w:val="16"/>
              </w:rPr>
              <w:t>Thunderstorm Wind, 2008-09-03, $25,000 property; $0 crops, reported for the zone (2008 dollars)</w:t>
            </w:r>
          </w:p>
        </w:tc>
        <w:tc>
          <w:tcPr>
            <w:tcW w:type="dxa" w:w="1669"/>
          </w:tcPr>
          <w:p>
            <w:pPr>
              <w:spacing w:after="0"/>
              <w:jc w:val="left"/>
            </w:pPr>
            <w:r>
              <w:rPr>
                <w:sz w:val="16"/>
              </w:rPr>
              <w:t>No event record names a member place. Zone-level records (3) apply countywide.</w:t>
            </w:r>
          </w:p>
        </w:tc>
        <w:tc>
          <w:tcPr>
            <w:tcW w:type="dxa" w:w="2302"/>
          </w:tcPr>
          <w:p>
            <w:pPr>
              <w:spacing w:after="0"/>
              <w:jc w:val="left"/>
            </w:pPr>
          </w:p>
        </w:tc>
      </w:tr>
      <w:tr>
        <w:trPr>
          <w:cantSplit/>
        </w:trPr>
        <w:tc>
          <w:tcPr>
            <w:tcW w:type="dxa" w:w="1783"/>
          </w:tcPr>
          <w:p>
            <w:pPr>
              <w:spacing w:after="0"/>
              <w:jc w:val="left"/>
            </w:pPr>
            <w:r>
              <w:rPr>
                <w:sz w:val="16"/>
              </w:rPr>
              <w:t>Tornado</w:t>
            </w:r>
          </w:p>
        </w:tc>
        <w:tc>
          <w:tcPr>
            <w:tcW w:type="dxa" w:w="1764"/>
          </w:tcPr>
          <w:p>
            <w:pPr>
              <w:spacing w:after="0"/>
              <w:jc w:val="left"/>
            </w:pPr>
            <w:r>
              <w:rPr>
                <w:sz w:val="16"/>
              </w:rPr>
              <w:t>Enhanced Fujita (F before Feb 2007)</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3"/>
          </w:tcPr>
          <w:p>
            <w:pPr>
              <w:spacing w:after="0"/>
              <w:jc w:val="left"/>
            </w:pPr>
            <w:r>
              <w:rPr>
                <w:sz w:val="16"/>
              </w:rPr>
              <w:t>Tsunami</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Volcanic Ash, Volcanic Ashfall</w:t>
            </w:r>
          </w:p>
        </w:tc>
        <w:tc>
          <w:tcPr>
            <w:tcW w:type="dxa" w:w="1764"/>
          </w:tcPr>
          <w:p>
            <w:pPr>
              <w:spacing w:after="0"/>
              <w:jc w:val="left"/>
            </w:pPr>
            <w:r>
              <w:rPr>
                <w:sz w:val="16"/>
              </w:rPr>
              <w:t>Volcanic Explosivity Index (local data)</w:t>
            </w:r>
          </w:p>
        </w:tc>
        <w:tc>
          <w:tcPr>
            <w:tcW w:type="dxa" w:w="1595"/>
          </w:tcPr>
          <w:p>
            <w:pPr>
              <w:spacing w:after="0"/>
              <w:jc w:val="right"/>
            </w:pPr>
            <w:r>
              <w:rPr>
                <w:sz w:val="16"/>
              </w:rPr>
              <w:t>3, 2001 to 2003 (3 zone-level)</w:t>
            </w:r>
          </w:p>
        </w:tc>
        <w:tc>
          <w:tcPr>
            <w:tcW w:type="dxa" w:w="1378"/>
          </w:tcPr>
          <w:p>
            <w:pPr>
              <w:spacing w:after="0"/>
              <w:jc w:val="left"/>
            </w:pPr>
          </w:p>
        </w:tc>
        <w:tc>
          <w:tcPr>
            <w:tcW w:type="dxa" w:w="1882"/>
          </w:tcPr>
          <w:p>
            <w:pPr>
              <w:spacing w:after="0"/>
              <w:jc w:val="left"/>
            </w:pPr>
            <w:r>
              <w:rPr>
                <w:sz w:val="16"/>
              </w:rPr>
              <w:t>No damage reported in 3 records.</w:t>
            </w:r>
          </w:p>
        </w:tc>
        <w:tc>
          <w:tcPr>
            <w:tcW w:type="dxa" w:w="1740"/>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Wildfire</w:t>
            </w:r>
          </w:p>
        </w:tc>
        <w:tc>
          <w:tcPr>
            <w:tcW w:type="dxa" w:w="1764"/>
          </w:tcPr>
          <w:p>
            <w:pPr>
              <w:spacing w:after="0"/>
              <w:jc w:val="left"/>
            </w:pPr>
            <w:r>
              <w:rPr>
                <w:sz w:val="16"/>
              </w:rPr>
              <w:t>acres burned (local data)</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Acres burned: in event narratives only; local data required.</w:t>
            </w:r>
          </w:p>
        </w:tc>
      </w:tr>
      <w:tr>
        <w:trPr>
          <w:cantSplit/>
        </w:trPr>
        <w:tc>
          <w:tcPr>
            <w:tcW w:type="dxa" w:w="1783"/>
          </w:tcPr>
          <w:p>
            <w:pPr>
              <w:spacing w:after="0"/>
              <w:jc w:val="left"/>
            </w:pPr>
            <w:r>
              <w:rPr>
                <w:sz w:val="16"/>
              </w:rPr>
              <w:t>Winter Storm, Heavy Snow, Blizzard, Lake-Effect Snow, Winter Weather, Sleet</w:t>
            </w:r>
          </w:p>
        </w:tc>
        <w:tc>
          <w:tcPr>
            <w:tcW w:type="dxa" w:w="1764"/>
          </w:tcPr>
          <w:p>
            <w:pPr>
              <w:spacing w:after="0"/>
              <w:jc w:val="left"/>
            </w:pPr>
            <w:r>
              <w:rPr>
                <w:sz w:val="16"/>
              </w:rPr>
              <w:t>none in data (snowfall local)</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1"/>
        <w:gridCol w:w="1131"/>
        <w:gridCol w:w="1131"/>
        <w:gridCol w:w="1520"/>
        <w:gridCol w:w="2299"/>
        <w:gridCol w:w="2105"/>
        <w:gridCol w:w="1618"/>
        <w:gridCol w:w="2202"/>
        <w:gridCol w:w="975"/>
      </w:tblGrid>
      <w:tr>
        <w:trPr>
          <w:cantSplit/>
          <w:tblHeader/>
        </w:trPr>
        <w:tc>
          <w:tcPr>
            <w:tcW w:type="dxa" w:w="1131"/>
            <w:shd w:val="clear" w:color="auto" w:fill="E8E8E8"/>
          </w:tcPr>
          <w:p>
            <w:pPr>
              <w:spacing w:after="0"/>
              <w:jc w:val="left"/>
            </w:pPr>
            <w:r>
              <w:rPr>
                <w:b/>
                <w:sz w:val="16"/>
              </w:rPr>
              <w:t>Declared</w:t>
            </w:r>
          </w:p>
        </w:tc>
        <w:tc>
          <w:tcPr>
            <w:tcW w:type="dxa" w:w="1131"/>
            <w:shd w:val="clear" w:color="auto" w:fill="E8E8E8"/>
          </w:tcPr>
          <w:p>
            <w:pPr>
              <w:spacing w:after="0"/>
              <w:jc w:val="left"/>
            </w:pPr>
            <w:r>
              <w:rPr>
                <w:b/>
                <w:sz w:val="16"/>
              </w:rPr>
              <w:t>Incident began</w:t>
            </w:r>
          </w:p>
        </w:tc>
        <w:tc>
          <w:tcPr>
            <w:tcW w:type="dxa" w:w="1131"/>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2299"/>
            <w:shd w:val="clear" w:color="auto" w:fill="E8E8E8"/>
          </w:tcPr>
          <w:p>
            <w:pPr>
              <w:spacing w:after="0"/>
              <w:jc w:val="left"/>
            </w:pPr>
            <w:r>
              <w:rPr>
                <w:b/>
                <w:sz w:val="16"/>
              </w:rPr>
              <w:t>Title</w:t>
            </w:r>
          </w:p>
        </w:tc>
        <w:tc>
          <w:tcPr>
            <w:tcW w:type="dxa" w:w="2105"/>
            <w:shd w:val="clear" w:color="auto" w:fill="E8E8E8"/>
          </w:tcPr>
          <w:p>
            <w:pPr>
              <w:spacing w:after="0"/>
              <w:jc w:val="left"/>
            </w:pPr>
            <w:r>
              <w:rPr>
                <w:b/>
                <w:sz w:val="16"/>
              </w:rPr>
              <w:t>Mapped hazard</w:t>
            </w:r>
          </w:p>
        </w:tc>
        <w:tc>
          <w:tcPr>
            <w:tcW w:type="dxa" w:w="16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02"/>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1"/>
          </w:tcPr>
          <w:p>
            <w:pPr>
              <w:spacing w:after="0"/>
              <w:jc w:val="left"/>
            </w:pPr>
            <w:r>
              <w:rPr>
                <w:sz w:val="16"/>
              </w:rPr>
              <w:t>2024-08-13</w:t>
            </w:r>
          </w:p>
        </w:tc>
        <w:tc>
          <w:tcPr>
            <w:tcW w:type="dxa" w:w="1131"/>
          </w:tcPr>
          <w:p>
            <w:pPr>
              <w:spacing w:after="0"/>
              <w:jc w:val="left"/>
            </w:pPr>
            <w:r>
              <w:rPr>
                <w:sz w:val="16"/>
              </w:rPr>
              <w:t>2024-08-13</w:t>
            </w:r>
          </w:p>
        </w:tc>
        <w:tc>
          <w:tcPr>
            <w:tcW w:type="dxa" w:w="1131"/>
          </w:tcPr>
          <w:p>
            <w:pPr>
              <w:spacing w:after="0"/>
              <w:jc w:val="left"/>
            </w:pPr>
            <w:r>
              <w:rPr>
                <w:sz w:val="16"/>
              </w:rPr>
              <w:t>EM-3610-PR</w:t>
            </w:r>
          </w:p>
        </w:tc>
        <w:tc>
          <w:tcPr>
            <w:tcW w:type="dxa" w:w="1520"/>
          </w:tcPr>
          <w:p>
            <w:pPr>
              <w:spacing w:after="0"/>
              <w:jc w:val="left"/>
            </w:pPr>
            <w:r>
              <w:rPr>
                <w:sz w:val="16"/>
              </w:rPr>
              <w:t>Emergency</w:t>
            </w:r>
          </w:p>
        </w:tc>
        <w:tc>
          <w:tcPr>
            <w:tcW w:type="dxa" w:w="2299"/>
          </w:tcPr>
          <w:p>
            <w:pPr>
              <w:spacing w:after="0"/>
              <w:jc w:val="left"/>
            </w:pPr>
            <w:r>
              <w:rPr>
                <w:sz w:val="16"/>
              </w:rPr>
              <w:t>TROPICAL STORM ERNESTO</w:t>
            </w:r>
          </w:p>
        </w:tc>
        <w:tc>
          <w:tcPr>
            <w:tcW w:type="dxa" w:w="2105"/>
          </w:tcPr>
          <w:p>
            <w:pPr>
              <w:spacing w:after="0"/>
              <w:jc w:val="left"/>
            </w:pPr>
            <w:r>
              <w:rPr>
                <w:sz w:val="16"/>
              </w:rPr>
              <w:t>Hurricane; Inland Flooding; Landslide</w:t>
            </w:r>
          </w:p>
        </w:tc>
        <w:tc>
          <w:tcPr>
            <w:tcW w:type="dxa" w:w="1618"/>
          </w:tcPr>
          <w:p>
            <w:pPr>
              <w:spacing w:after="0"/>
              <w:jc w:val="right"/>
            </w:pPr>
            <w:r>
              <w:rPr>
                <w:sz w:val="16"/>
              </w:rPr>
              <w:t>none found</w:t>
            </w:r>
          </w:p>
        </w:tc>
        <w:tc>
          <w:tcPr>
            <w:tcW w:type="dxa" w:w="2202"/>
          </w:tcPr>
          <w:p>
            <w:pPr>
              <w:spacing w:after="0"/>
              <w:jc w:val="left"/>
            </w:pPr>
            <w:r>
              <w:rPr>
                <w:sz w:val="16"/>
              </w:rPr>
              <w:t>new since last plan; within last 5 years</w:t>
            </w:r>
          </w:p>
        </w:tc>
        <w:tc>
          <w:tcPr>
            <w:tcW w:type="dxa" w:w="975"/>
          </w:tcPr>
          <w:p>
            <w:pPr>
              <w:spacing w:after="0"/>
              <w:jc w:val="left"/>
            </w:pPr>
          </w:p>
        </w:tc>
      </w:tr>
      <w:tr>
        <w:trPr>
          <w:cantSplit/>
        </w:trPr>
        <w:tc>
          <w:tcPr>
            <w:tcW w:type="dxa" w:w="1131"/>
          </w:tcPr>
          <w:p>
            <w:pPr>
              <w:spacing w:after="0"/>
              <w:jc w:val="left"/>
            </w:pPr>
            <w:r>
              <w:rPr>
                <w:sz w:val="16"/>
              </w:rPr>
              <w:t>2022-09-21</w:t>
            </w:r>
          </w:p>
        </w:tc>
        <w:tc>
          <w:tcPr>
            <w:tcW w:type="dxa" w:w="1131"/>
          </w:tcPr>
          <w:p>
            <w:pPr>
              <w:spacing w:after="0"/>
              <w:jc w:val="left"/>
            </w:pPr>
            <w:r>
              <w:rPr>
                <w:sz w:val="16"/>
              </w:rPr>
              <w:t>2022-09-17</w:t>
            </w:r>
          </w:p>
        </w:tc>
        <w:tc>
          <w:tcPr>
            <w:tcW w:type="dxa" w:w="1131"/>
          </w:tcPr>
          <w:p>
            <w:pPr>
              <w:spacing w:after="0"/>
              <w:jc w:val="left"/>
            </w:pPr>
            <w:r>
              <w:rPr>
                <w:sz w:val="16"/>
              </w:rPr>
              <w:t>DR-4671-PR</w:t>
            </w:r>
          </w:p>
        </w:tc>
        <w:tc>
          <w:tcPr>
            <w:tcW w:type="dxa" w:w="1520"/>
          </w:tcPr>
          <w:p>
            <w:pPr>
              <w:spacing w:after="0"/>
              <w:jc w:val="left"/>
            </w:pPr>
            <w:r>
              <w:rPr>
                <w:sz w:val="16"/>
              </w:rPr>
              <w:t>Major disaster</w:t>
            </w:r>
          </w:p>
        </w:tc>
        <w:tc>
          <w:tcPr>
            <w:tcW w:type="dxa" w:w="2299"/>
          </w:tcPr>
          <w:p>
            <w:pPr>
              <w:spacing w:after="0"/>
              <w:jc w:val="left"/>
            </w:pPr>
            <w:r>
              <w:rPr>
                <w:sz w:val="16"/>
              </w:rPr>
              <w:t>HURRICANE FIONA</w:t>
            </w:r>
          </w:p>
        </w:tc>
        <w:tc>
          <w:tcPr>
            <w:tcW w:type="dxa" w:w="2105"/>
          </w:tcPr>
          <w:p>
            <w:pPr>
              <w:spacing w:after="0"/>
              <w:jc w:val="left"/>
            </w:pPr>
            <w:r>
              <w:rPr>
                <w:sz w:val="16"/>
              </w:rPr>
              <w:t>Hurricane</w:t>
            </w:r>
          </w:p>
        </w:tc>
        <w:tc>
          <w:tcPr>
            <w:tcW w:type="dxa" w:w="1618"/>
          </w:tcPr>
          <w:p>
            <w:pPr>
              <w:spacing w:after="0"/>
              <w:jc w:val="right"/>
            </w:pPr>
            <w:r>
              <w:rPr>
                <w:sz w:val="16"/>
              </w:rPr>
              <w:t>$38,524,319.42</w:t>
            </w:r>
          </w:p>
        </w:tc>
        <w:tc>
          <w:tcPr>
            <w:tcW w:type="dxa" w:w="2202"/>
          </w:tcPr>
          <w:p>
            <w:pPr>
              <w:spacing w:after="0"/>
              <w:jc w:val="left"/>
            </w:pPr>
            <w:r>
              <w:rPr>
                <w:sz w:val="16"/>
              </w:rPr>
              <w:t>new since last plan; within last 5 years</w:t>
            </w:r>
          </w:p>
        </w:tc>
        <w:tc>
          <w:tcPr>
            <w:tcW w:type="dxa" w:w="975"/>
          </w:tcPr>
          <w:p>
            <w:pPr>
              <w:spacing w:after="0"/>
              <w:jc w:val="left"/>
            </w:pPr>
          </w:p>
        </w:tc>
      </w:tr>
      <w:tr>
        <w:trPr>
          <w:cantSplit/>
        </w:trPr>
        <w:tc>
          <w:tcPr>
            <w:tcW w:type="dxa" w:w="1131"/>
          </w:tcPr>
          <w:p>
            <w:pPr>
              <w:spacing w:after="0"/>
              <w:jc w:val="left"/>
            </w:pPr>
            <w:r>
              <w:rPr>
                <w:sz w:val="16"/>
              </w:rPr>
              <w:t>2022-09-18</w:t>
            </w:r>
          </w:p>
        </w:tc>
        <w:tc>
          <w:tcPr>
            <w:tcW w:type="dxa" w:w="1131"/>
          </w:tcPr>
          <w:p>
            <w:pPr>
              <w:spacing w:after="0"/>
              <w:jc w:val="left"/>
            </w:pPr>
            <w:r>
              <w:rPr>
                <w:sz w:val="16"/>
              </w:rPr>
              <w:t>2022-09-17</w:t>
            </w:r>
          </w:p>
        </w:tc>
        <w:tc>
          <w:tcPr>
            <w:tcW w:type="dxa" w:w="1131"/>
          </w:tcPr>
          <w:p>
            <w:pPr>
              <w:spacing w:after="0"/>
              <w:jc w:val="left"/>
            </w:pPr>
            <w:r>
              <w:rPr>
                <w:sz w:val="16"/>
              </w:rPr>
              <w:t>EM-3583-PR</w:t>
            </w:r>
          </w:p>
        </w:tc>
        <w:tc>
          <w:tcPr>
            <w:tcW w:type="dxa" w:w="1520"/>
          </w:tcPr>
          <w:p>
            <w:pPr>
              <w:spacing w:after="0"/>
              <w:jc w:val="left"/>
            </w:pPr>
            <w:r>
              <w:rPr>
                <w:sz w:val="16"/>
              </w:rPr>
              <w:t>Emergency</w:t>
            </w:r>
          </w:p>
        </w:tc>
        <w:tc>
          <w:tcPr>
            <w:tcW w:type="dxa" w:w="2299"/>
          </w:tcPr>
          <w:p>
            <w:pPr>
              <w:spacing w:after="0"/>
              <w:jc w:val="left"/>
            </w:pPr>
            <w:r>
              <w:rPr>
                <w:sz w:val="16"/>
              </w:rPr>
              <w:t>TROPICAL STORM FIONA</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r>
              <w:rPr>
                <w:sz w:val="16"/>
              </w:rPr>
              <w:t>new since last plan; within last 5 years</w:t>
            </w:r>
          </w:p>
        </w:tc>
        <w:tc>
          <w:tcPr>
            <w:tcW w:type="dxa" w:w="975"/>
          </w:tcPr>
          <w:p>
            <w:pPr>
              <w:spacing w:after="0"/>
              <w:jc w:val="left"/>
            </w:pPr>
            <w:r>
              <w:rPr>
                <w:sz w:val="16"/>
              </w:rPr>
              <w:t>same incident as DR-4671</w:t>
            </w:r>
          </w:p>
        </w:tc>
      </w:tr>
      <w:tr>
        <w:trPr>
          <w:cantSplit/>
        </w:trPr>
        <w:tc>
          <w:tcPr>
            <w:tcW w:type="dxa" w:w="1131"/>
          </w:tcPr>
          <w:p>
            <w:pPr>
              <w:spacing w:after="0"/>
              <w:jc w:val="left"/>
            </w:pPr>
            <w:r>
              <w:rPr>
                <w:sz w:val="16"/>
              </w:rPr>
              <w:t>2020-08-22</w:t>
            </w:r>
          </w:p>
        </w:tc>
        <w:tc>
          <w:tcPr>
            <w:tcW w:type="dxa" w:w="1131"/>
          </w:tcPr>
          <w:p>
            <w:pPr>
              <w:spacing w:after="0"/>
              <w:jc w:val="left"/>
            </w:pPr>
            <w:r>
              <w:rPr>
                <w:sz w:val="16"/>
              </w:rPr>
              <w:t>2020-08-21</w:t>
            </w:r>
          </w:p>
        </w:tc>
        <w:tc>
          <w:tcPr>
            <w:tcW w:type="dxa" w:w="1131"/>
          </w:tcPr>
          <w:p>
            <w:pPr>
              <w:spacing w:after="0"/>
              <w:jc w:val="left"/>
            </w:pPr>
            <w:r>
              <w:rPr>
                <w:sz w:val="16"/>
              </w:rPr>
              <w:t>EM-3537-PR</w:t>
            </w:r>
          </w:p>
        </w:tc>
        <w:tc>
          <w:tcPr>
            <w:tcW w:type="dxa" w:w="1520"/>
          </w:tcPr>
          <w:p>
            <w:pPr>
              <w:spacing w:after="0"/>
              <w:jc w:val="left"/>
            </w:pPr>
            <w:r>
              <w:rPr>
                <w:sz w:val="16"/>
              </w:rPr>
              <w:t>Emergency</w:t>
            </w:r>
          </w:p>
        </w:tc>
        <w:tc>
          <w:tcPr>
            <w:tcW w:type="dxa" w:w="2299"/>
          </w:tcPr>
          <w:p>
            <w:pPr>
              <w:spacing w:after="0"/>
              <w:jc w:val="left"/>
            </w:pPr>
            <w:r>
              <w:rPr>
                <w:sz w:val="16"/>
              </w:rPr>
              <w:t>TROPICAL STORM LAURA</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r>
              <w:rPr>
                <w:sz w:val="16"/>
              </w:rPr>
              <w:t>during plan review, check whether your last plan included it</w:t>
            </w:r>
          </w:p>
        </w:tc>
        <w:tc>
          <w:tcPr>
            <w:tcW w:type="dxa" w:w="975"/>
          </w:tcPr>
          <w:p>
            <w:pPr>
              <w:spacing w:after="0"/>
              <w:jc w:val="left"/>
            </w:pPr>
          </w:p>
        </w:tc>
      </w:tr>
      <w:tr>
        <w:trPr>
          <w:cantSplit/>
        </w:trPr>
        <w:tc>
          <w:tcPr>
            <w:tcW w:type="dxa" w:w="1131"/>
          </w:tcPr>
          <w:p>
            <w:pPr>
              <w:spacing w:after="0"/>
              <w:jc w:val="left"/>
            </w:pPr>
            <w:r>
              <w:rPr>
                <w:sz w:val="16"/>
              </w:rPr>
              <w:t>2020-07-29</w:t>
            </w:r>
          </w:p>
        </w:tc>
        <w:tc>
          <w:tcPr>
            <w:tcW w:type="dxa" w:w="1131"/>
          </w:tcPr>
          <w:p>
            <w:pPr>
              <w:spacing w:after="0"/>
              <w:jc w:val="left"/>
            </w:pPr>
            <w:r>
              <w:rPr>
                <w:sz w:val="16"/>
              </w:rPr>
              <w:t>2020-07-27</w:t>
            </w:r>
          </w:p>
        </w:tc>
        <w:tc>
          <w:tcPr>
            <w:tcW w:type="dxa" w:w="1131"/>
          </w:tcPr>
          <w:p>
            <w:pPr>
              <w:spacing w:after="0"/>
              <w:jc w:val="left"/>
            </w:pPr>
            <w:r>
              <w:rPr>
                <w:sz w:val="16"/>
              </w:rPr>
              <w:t>EM-3532-PR</w:t>
            </w:r>
          </w:p>
        </w:tc>
        <w:tc>
          <w:tcPr>
            <w:tcW w:type="dxa" w:w="1520"/>
          </w:tcPr>
          <w:p>
            <w:pPr>
              <w:spacing w:after="0"/>
              <w:jc w:val="left"/>
            </w:pPr>
            <w:r>
              <w:rPr>
                <w:sz w:val="16"/>
              </w:rPr>
              <w:t>Emergency</w:t>
            </w:r>
          </w:p>
        </w:tc>
        <w:tc>
          <w:tcPr>
            <w:tcW w:type="dxa" w:w="2299"/>
          </w:tcPr>
          <w:p>
            <w:pPr>
              <w:spacing w:after="0"/>
              <w:jc w:val="left"/>
            </w:pPr>
            <w:r>
              <w:rPr>
                <w:sz w:val="16"/>
              </w:rPr>
              <w:t>POTENTIAL TROPICAL CYCLONE NINE</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r>
              <w:rPr>
                <w:sz w:val="16"/>
              </w:rPr>
              <w:t>during plan review, check whether your last plan included it</w:t>
            </w:r>
          </w:p>
        </w:tc>
        <w:tc>
          <w:tcPr>
            <w:tcW w:type="dxa" w:w="975"/>
          </w:tcPr>
          <w:p>
            <w:pPr>
              <w:spacing w:after="0"/>
              <w:jc w:val="left"/>
            </w:pPr>
          </w:p>
        </w:tc>
      </w:tr>
      <w:tr>
        <w:trPr>
          <w:cantSplit/>
        </w:trPr>
        <w:tc>
          <w:tcPr>
            <w:tcW w:type="dxa" w:w="1131"/>
          </w:tcPr>
          <w:p>
            <w:pPr>
              <w:spacing w:after="0"/>
              <w:jc w:val="left"/>
            </w:pPr>
            <w:r>
              <w:rPr>
                <w:sz w:val="16"/>
              </w:rPr>
              <w:t>2020-03-27</w:t>
            </w:r>
          </w:p>
        </w:tc>
        <w:tc>
          <w:tcPr>
            <w:tcW w:type="dxa" w:w="1131"/>
          </w:tcPr>
          <w:p>
            <w:pPr>
              <w:spacing w:after="0"/>
              <w:jc w:val="left"/>
            </w:pPr>
            <w:r>
              <w:rPr>
                <w:sz w:val="16"/>
              </w:rPr>
              <w:t>2020-01-20</w:t>
            </w:r>
          </w:p>
        </w:tc>
        <w:tc>
          <w:tcPr>
            <w:tcW w:type="dxa" w:w="1131"/>
          </w:tcPr>
          <w:p>
            <w:pPr>
              <w:spacing w:after="0"/>
              <w:jc w:val="left"/>
            </w:pPr>
            <w:r>
              <w:rPr>
                <w:sz w:val="16"/>
              </w:rPr>
              <w:t>DR-4493-PR</w:t>
            </w:r>
          </w:p>
        </w:tc>
        <w:tc>
          <w:tcPr>
            <w:tcW w:type="dxa" w:w="1520"/>
          </w:tcPr>
          <w:p>
            <w:pPr>
              <w:spacing w:after="0"/>
              <w:jc w:val="left"/>
            </w:pPr>
            <w:r>
              <w:rPr>
                <w:sz w:val="16"/>
              </w:rPr>
              <w:t>Major disaster</w:t>
            </w:r>
          </w:p>
        </w:tc>
        <w:tc>
          <w:tcPr>
            <w:tcW w:type="dxa" w:w="2299"/>
          </w:tcPr>
          <w:p>
            <w:pPr>
              <w:spacing w:after="0"/>
              <w:jc w:val="left"/>
            </w:pPr>
            <w:r>
              <w:rPr>
                <w:sz w:val="16"/>
              </w:rPr>
              <w:t>COVID-19 PANDEMIC</w:t>
            </w:r>
          </w:p>
        </w:tc>
        <w:tc>
          <w:tcPr>
            <w:tcW w:type="dxa" w:w="2105"/>
          </w:tcPr>
          <w:p>
            <w:pPr>
              <w:spacing w:after="0"/>
              <w:jc w:val="left"/>
            </w:pPr>
            <w:r>
              <w:rPr>
                <w:sz w:val="16"/>
              </w:rPr>
              <w:t>Non-natural, not counted</w:t>
            </w:r>
          </w:p>
        </w:tc>
        <w:tc>
          <w:tcPr>
            <w:tcW w:type="dxa" w:w="1618"/>
          </w:tcPr>
          <w:p>
            <w:pPr>
              <w:spacing w:after="0"/>
              <w:jc w:val="right"/>
            </w:pPr>
            <w:r>
              <w:rPr>
                <w:sz w:val="16"/>
              </w:rPr>
              <w:t>$214,482.70</w:t>
            </w:r>
          </w:p>
        </w:tc>
        <w:tc>
          <w:tcPr>
            <w:tcW w:type="dxa" w:w="2202"/>
          </w:tcPr>
          <w:p>
            <w:pPr>
              <w:spacing w:after="0"/>
              <w:jc w:val="left"/>
            </w:pPr>
            <w:r>
              <w:rPr>
                <w:sz w:val="16"/>
              </w:rPr>
              <w:t>during plan review, check whether your last plan included it</w:t>
            </w:r>
          </w:p>
        </w:tc>
        <w:tc>
          <w:tcPr>
            <w:tcW w:type="dxa" w:w="975"/>
          </w:tcPr>
          <w:p>
            <w:pPr>
              <w:spacing w:after="0"/>
              <w:jc w:val="left"/>
            </w:pPr>
          </w:p>
        </w:tc>
      </w:tr>
      <w:tr>
        <w:trPr>
          <w:cantSplit/>
        </w:trPr>
        <w:tc>
          <w:tcPr>
            <w:tcW w:type="dxa" w:w="1131"/>
          </w:tcPr>
          <w:p>
            <w:pPr>
              <w:spacing w:after="0"/>
              <w:jc w:val="left"/>
            </w:pPr>
            <w:r>
              <w:rPr>
                <w:sz w:val="16"/>
              </w:rPr>
              <w:t>2020-03-13</w:t>
            </w:r>
          </w:p>
        </w:tc>
        <w:tc>
          <w:tcPr>
            <w:tcW w:type="dxa" w:w="1131"/>
          </w:tcPr>
          <w:p>
            <w:pPr>
              <w:spacing w:after="0"/>
              <w:jc w:val="left"/>
            </w:pPr>
            <w:r>
              <w:rPr>
                <w:sz w:val="16"/>
              </w:rPr>
              <w:t>2020-01-20</w:t>
            </w:r>
          </w:p>
        </w:tc>
        <w:tc>
          <w:tcPr>
            <w:tcW w:type="dxa" w:w="1131"/>
          </w:tcPr>
          <w:p>
            <w:pPr>
              <w:spacing w:after="0"/>
              <w:jc w:val="left"/>
            </w:pPr>
            <w:r>
              <w:rPr>
                <w:sz w:val="16"/>
              </w:rPr>
              <w:t>EM-3452-PR</w:t>
            </w:r>
          </w:p>
        </w:tc>
        <w:tc>
          <w:tcPr>
            <w:tcW w:type="dxa" w:w="1520"/>
          </w:tcPr>
          <w:p>
            <w:pPr>
              <w:spacing w:after="0"/>
              <w:jc w:val="left"/>
            </w:pPr>
            <w:r>
              <w:rPr>
                <w:sz w:val="16"/>
              </w:rPr>
              <w:t>Emergency</w:t>
            </w:r>
          </w:p>
        </w:tc>
        <w:tc>
          <w:tcPr>
            <w:tcW w:type="dxa" w:w="2299"/>
          </w:tcPr>
          <w:p>
            <w:pPr>
              <w:spacing w:after="0"/>
              <w:jc w:val="left"/>
            </w:pPr>
            <w:r>
              <w:rPr>
                <w:sz w:val="16"/>
              </w:rPr>
              <w:t>COVID-19</w:t>
            </w:r>
          </w:p>
        </w:tc>
        <w:tc>
          <w:tcPr>
            <w:tcW w:type="dxa" w:w="2105"/>
          </w:tcPr>
          <w:p>
            <w:pPr>
              <w:spacing w:after="0"/>
              <w:jc w:val="left"/>
            </w:pPr>
            <w:r>
              <w:rPr>
                <w:sz w:val="16"/>
              </w:rPr>
              <w:t>Non-natural, not counted</w:t>
            </w:r>
          </w:p>
        </w:tc>
        <w:tc>
          <w:tcPr>
            <w:tcW w:type="dxa" w:w="1618"/>
          </w:tcPr>
          <w:p>
            <w:pPr>
              <w:spacing w:after="0"/>
              <w:jc w:val="right"/>
            </w:pPr>
            <w:r>
              <w:rPr>
                <w:sz w:val="16"/>
              </w:rPr>
              <w:t>none found</w:t>
            </w:r>
          </w:p>
        </w:tc>
        <w:tc>
          <w:tcPr>
            <w:tcW w:type="dxa" w:w="2202"/>
          </w:tcPr>
          <w:p>
            <w:pPr>
              <w:spacing w:after="0"/>
              <w:jc w:val="left"/>
            </w:pPr>
            <w:r>
              <w:rPr>
                <w:sz w:val="16"/>
              </w:rPr>
              <w:t>during plan review, check whether your last plan included it</w:t>
            </w:r>
          </w:p>
        </w:tc>
        <w:tc>
          <w:tcPr>
            <w:tcW w:type="dxa" w:w="975"/>
          </w:tcPr>
          <w:p>
            <w:pPr>
              <w:spacing w:after="0"/>
              <w:jc w:val="left"/>
            </w:pPr>
            <w:r>
              <w:rPr>
                <w:sz w:val="16"/>
              </w:rPr>
              <w:t>same incident as DR-4493</w:t>
            </w:r>
          </w:p>
        </w:tc>
      </w:tr>
      <w:tr>
        <w:trPr>
          <w:cantSplit/>
        </w:trPr>
        <w:tc>
          <w:tcPr>
            <w:tcW w:type="dxa" w:w="1131"/>
          </w:tcPr>
          <w:p>
            <w:pPr>
              <w:spacing w:after="0"/>
              <w:jc w:val="left"/>
            </w:pPr>
            <w:r>
              <w:rPr>
                <w:sz w:val="16"/>
              </w:rPr>
              <w:t>2020-01-07</w:t>
            </w:r>
          </w:p>
        </w:tc>
        <w:tc>
          <w:tcPr>
            <w:tcW w:type="dxa" w:w="1131"/>
          </w:tcPr>
          <w:p>
            <w:pPr>
              <w:spacing w:after="0"/>
              <w:jc w:val="left"/>
            </w:pPr>
            <w:r>
              <w:rPr>
                <w:sz w:val="16"/>
              </w:rPr>
              <w:t>2019-12-28</w:t>
            </w:r>
          </w:p>
        </w:tc>
        <w:tc>
          <w:tcPr>
            <w:tcW w:type="dxa" w:w="1131"/>
          </w:tcPr>
          <w:p>
            <w:pPr>
              <w:spacing w:after="0"/>
              <w:jc w:val="left"/>
            </w:pPr>
            <w:r>
              <w:rPr>
                <w:sz w:val="16"/>
              </w:rPr>
              <w:t>EM-3426-PR</w:t>
            </w:r>
          </w:p>
        </w:tc>
        <w:tc>
          <w:tcPr>
            <w:tcW w:type="dxa" w:w="1520"/>
          </w:tcPr>
          <w:p>
            <w:pPr>
              <w:spacing w:after="0"/>
              <w:jc w:val="left"/>
            </w:pPr>
            <w:r>
              <w:rPr>
                <w:sz w:val="16"/>
              </w:rPr>
              <w:t>Emergency</w:t>
            </w:r>
          </w:p>
        </w:tc>
        <w:tc>
          <w:tcPr>
            <w:tcW w:type="dxa" w:w="2299"/>
          </w:tcPr>
          <w:p>
            <w:pPr>
              <w:spacing w:after="0"/>
              <w:jc w:val="left"/>
            </w:pPr>
            <w:r>
              <w:rPr>
                <w:sz w:val="16"/>
              </w:rPr>
              <w:t>EARTHQUAKES</w:t>
            </w:r>
          </w:p>
        </w:tc>
        <w:tc>
          <w:tcPr>
            <w:tcW w:type="dxa" w:w="2105"/>
          </w:tcPr>
          <w:p>
            <w:pPr>
              <w:spacing w:after="0"/>
              <w:jc w:val="left"/>
            </w:pPr>
            <w:r>
              <w:rPr>
                <w:sz w:val="16"/>
              </w:rPr>
              <w:t>Earthquake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2019-08-27</w:t>
            </w:r>
          </w:p>
        </w:tc>
        <w:tc>
          <w:tcPr>
            <w:tcW w:type="dxa" w:w="1131"/>
          </w:tcPr>
          <w:p>
            <w:pPr>
              <w:spacing w:after="0"/>
              <w:jc w:val="left"/>
            </w:pPr>
            <w:r>
              <w:rPr>
                <w:sz w:val="16"/>
              </w:rPr>
              <w:t>2019-08-26</w:t>
            </w:r>
          </w:p>
        </w:tc>
        <w:tc>
          <w:tcPr>
            <w:tcW w:type="dxa" w:w="1131"/>
          </w:tcPr>
          <w:p>
            <w:pPr>
              <w:spacing w:after="0"/>
              <w:jc w:val="left"/>
            </w:pPr>
            <w:r>
              <w:rPr>
                <w:sz w:val="16"/>
              </w:rPr>
              <w:t>EM-3417-PR</w:t>
            </w:r>
          </w:p>
        </w:tc>
        <w:tc>
          <w:tcPr>
            <w:tcW w:type="dxa" w:w="1520"/>
          </w:tcPr>
          <w:p>
            <w:pPr>
              <w:spacing w:after="0"/>
              <w:jc w:val="left"/>
            </w:pPr>
            <w:r>
              <w:rPr>
                <w:sz w:val="16"/>
              </w:rPr>
              <w:t>Emergency</w:t>
            </w:r>
          </w:p>
        </w:tc>
        <w:tc>
          <w:tcPr>
            <w:tcW w:type="dxa" w:w="2299"/>
          </w:tcPr>
          <w:p>
            <w:pPr>
              <w:spacing w:after="0"/>
              <w:jc w:val="left"/>
            </w:pPr>
            <w:r>
              <w:rPr>
                <w:sz w:val="16"/>
              </w:rPr>
              <w:t>TROPICAL STORM DORIAN</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2017-09-20</w:t>
            </w:r>
          </w:p>
        </w:tc>
        <w:tc>
          <w:tcPr>
            <w:tcW w:type="dxa" w:w="1131"/>
          </w:tcPr>
          <w:p>
            <w:pPr>
              <w:spacing w:after="0"/>
              <w:jc w:val="left"/>
            </w:pPr>
            <w:r>
              <w:rPr>
                <w:sz w:val="16"/>
              </w:rPr>
              <w:t>2017-09-17</w:t>
            </w:r>
          </w:p>
        </w:tc>
        <w:tc>
          <w:tcPr>
            <w:tcW w:type="dxa" w:w="1131"/>
          </w:tcPr>
          <w:p>
            <w:pPr>
              <w:spacing w:after="0"/>
              <w:jc w:val="left"/>
            </w:pPr>
            <w:r>
              <w:rPr>
                <w:sz w:val="16"/>
              </w:rPr>
              <w:t>DR-4339-PR</w:t>
            </w:r>
          </w:p>
        </w:tc>
        <w:tc>
          <w:tcPr>
            <w:tcW w:type="dxa" w:w="1520"/>
          </w:tcPr>
          <w:p>
            <w:pPr>
              <w:spacing w:after="0"/>
              <w:jc w:val="left"/>
            </w:pPr>
            <w:r>
              <w:rPr>
                <w:sz w:val="16"/>
              </w:rPr>
              <w:t>Major disaster</w:t>
            </w:r>
          </w:p>
        </w:tc>
        <w:tc>
          <w:tcPr>
            <w:tcW w:type="dxa" w:w="2299"/>
          </w:tcPr>
          <w:p>
            <w:pPr>
              <w:spacing w:after="0"/>
              <w:jc w:val="left"/>
            </w:pPr>
            <w:r>
              <w:rPr>
                <w:sz w:val="16"/>
              </w:rPr>
              <w:t>HURRICANE MARIA</w:t>
            </w:r>
          </w:p>
        </w:tc>
        <w:tc>
          <w:tcPr>
            <w:tcW w:type="dxa" w:w="2105"/>
          </w:tcPr>
          <w:p>
            <w:pPr>
              <w:spacing w:after="0"/>
              <w:jc w:val="left"/>
            </w:pPr>
            <w:r>
              <w:rPr>
                <w:sz w:val="16"/>
              </w:rPr>
              <w:t>Hurricane</w:t>
            </w:r>
          </w:p>
        </w:tc>
        <w:tc>
          <w:tcPr>
            <w:tcW w:type="dxa" w:w="1618"/>
          </w:tcPr>
          <w:p>
            <w:pPr>
              <w:spacing w:after="0"/>
              <w:jc w:val="right"/>
            </w:pPr>
            <w:r>
              <w:rPr>
                <w:sz w:val="16"/>
              </w:rPr>
              <w:t>$227,045,228.91</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2017-09-18</w:t>
            </w:r>
          </w:p>
        </w:tc>
        <w:tc>
          <w:tcPr>
            <w:tcW w:type="dxa" w:w="1131"/>
          </w:tcPr>
          <w:p>
            <w:pPr>
              <w:spacing w:after="0"/>
              <w:jc w:val="left"/>
            </w:pPr>
            <w:r>
              <w:rPr>
                <w:sz w:val="16"/>
              </w:rPr>
              <w:t>2017-09-17</w:t>
            </w:r>
          </w:p>
        </w:tc>
        <w:tc>
          <w:tcPr>
            <w:tcW w:type="dxa" w:w="1131"/>
          </w:tcPr>
          <w:p>
            <w:pPr>
              <w:spacing w:after="0"/>
              <w:jc w:val="left"/>
            </w:pPr>
            <w:r>
              <w:rPr>
                <w:sz w:val="16"/>
              </w:rPr>
              <w:t>EM-3391-PR</w:t>
            </w:r>
          </w:p>
        </w:tc>
        <w:tc>
          <w:tcPr>
            <w:tcW w:type="dxa" w:w="1520"/>
          </w:tcPr>
          <w:p>
            <w:pPr>
              <w:spacing w:after="0"/>
              <w:jc w:val="left"/>
            </w:pPr>
            <w:r>
              <w:rPr>
                <w:sz w:val="16"/>
              </w:rPr>
              <w:t>Emergency</w:t>
            </w:r>
          </w:p>
        </w:tc>
        <w:tc>
          <w:tcPr>
            <w:tcW w:type="dxa" w:w="2299"/>
          </w:tcPr>
          <w:p>
            <w:pPr>
              <w:spacing w:after="0"/>
              <w:jc w:val="left"/>
            </w:pPr>
            <w:r>
              <w:rPr>
                <w:sz w:val="16"/>
              </w:rPr>
              <w:t>HURRICANE MARIA</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r>
              <w:rPr>
                <w:sz w:val="16"/>
              </w:rPr>
              <w:t>same incident as DR-4339</w:t>
            </w:r>
          </w:p>
        </w:tc>
      </w:tr>
      <w:tr>
        <w:trPr>
          <w:cantSplit/>
        </w:trPr>
        <w:tc>
          <w:tcPr>
            <w:tcW w:type="dxa" w:w="1131"/>
          </w:tcPr>
          <w:p>
            <w:pPr>
              <w:spacing w:after="0"/>
              <w:jc w:val="left"/>
            </w:pPr>
            <w:r>
              <w:rPr>
                <w:sz w:val="16"/>
              </w:rPr>
              <w:t>2011-08-27</w:t>
            </w:r>
          </w:p>
        </w:tc>
        <w:tc>
          <w:tcPr>
            <w:tcW w:type="dxa" w:w="1131"/>
          </w:tcPr>
          <w:p>
            <w:pPr>
              <w:spacing w:after="0"/>
              <w:jc w:val="left"/>
            </w:pPr>
            <w:r>
              <w:rPr>
                <w:sz w:val="16"/>
              </w:rPr>
              <w:t>2011-08-21</w:t>
            </w:r>
          </w:p>
        </w:tc>
        <w:tc>
          <w:tcPr>
            <w:tcW w:type="dxa" w:w="1131"/>
          </w:tcPr>
          <w:p>
            <w:pPr>
              <w:spacing w:after="0"/>
              <w:jc w:val="left"/>
            </w:pPr>
            <w:r>
              <w:rPr>
                <w:sz w:val="16"/>
              </w:rPr>
              <w:t>DR-4017-PR</w:t>
            </w:r>
          </w:p>
        </w:tc>
        <w:tc>
          <w:tcPr>
            <w:tcW w:type="dxa" w:w="1520"/>
          </w:tcPr>
          <w:p>
            <w:pPr>
              <w:spacing w:after="0"/>
              <w:jc w:val="left"/>
            </w:pPr>
            <w:r>
              <w:rPr>
                <w:sz w:val="16"/>
              </w:rPr>
              <w:t>Major disaster</w:t>
            </w:r>
          </w:p>
        </w:tc>
        <w:tc>
          <w:tcPr>
            <w:tcW w:type="dxa" w:w="2299"/>
          </w:tcPr>
          <w:p>
            <w:pPr>
              <w:spacing w:after="0"/>
              <w:jc w:val="left"/>
            </w:pPr>
            <w:r>
              <w:rPr>
                <w:sz w:val="16"/>
              </w:rPr>
              <w:t>HURRICANE IRENE</w:t>
            </w:r>
          </w:p>
        </w:tc>
        <w:tc>
          <w:tcPr>
            <w:tcW w:type="dxa" w:w="2105"/>
          </w:tcPr>
          <w:p>
            <w:pPr>
              <w:spacing w:after="0"/>
              <w:jc w:val="left"/>
            </w:pPr>
            <w:r>
              <w:rPr>
                <w:sz w:val="16"/>
              </w:rPr>
              <w:t>Hurricane</w:t>
            </w:r>
          </w:p>
        </w:tc>
        <w:tc>
          <w:tcPr>
            <w:tcW w:type="dxa" w:w="1618"/>
          </w:tcPr>
          <w:p>
            <w:pPr>
              <w:spacing w:after="0"/>
              <w:jc w:val="right"/>
            </w:pPr>
            <w:r>
              <w:rPr>
                <w:sz w:val="16"/>
              </w:rPr>
              <w:t>$1,261,129</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2011-08-22</w:t>
            </w:r>
          </w:p>
        </w:tc>
        <w:tc>
          <w:tcPr>
            <w:tcW w:type="dxa" w:w="1131"/>
          </w:tcPr>
          <w:p>
            <w:pPr>
              <w:spacing w:after="0"/>
              <w:jc w:val="left"/>
            </w:pPr>
            <w:r>
              <w:rPr>
                <w:sz w:val="16"/>
              </w:rPr>
              <w:t>2011-08-21</w:t>
            </w:r>
          </w:p>
        </w:tc>
        <w:tc>
          <w:tcPr>
            <w:tcW w:type="dxa" w:w="1131"/>
          </w:tcPr>
          <w:p>
            <w:pPr>
              <w:spacing w:after="0"/>
              <w:jc w:val="left"/>
            </w:pPr>
            <w:r>
              <w:rPr>
                <w:sz w:val="16"/>
              </w:rPr>
              <w:t>EM-3326-PR</w:t>
            </w:r>
          </w:p>
        </w:tc>
        <w:tc>
          <w:tcPr>
            <w:tcW w:type="dxa" w:w="1520"/>
          </w:tcPr>
          <w:p>
            <w:pPr>
              <w:spacing w:after="0"/>
              <w:jc w:val="left"/>
            </w:pPr>
            <w:r>
              <w:rPr>
                <w:sz w:val="16"/>
              </w:rPr>
              <w:t>Emergency</w:t>
            </w:r>
          </w:p>
        </w:tc>
        <w:tc>
          <w:tcPr>
            <w:tcW w:type="dxa" w:w="2299"/>
          </w:tcPr>
          <w:p>
            <w:pPr>
              <w:spacing w:after="0"/>
              <w:jc w:val="left"/>
            </w:pPr>
            <w:r>
              <w:rPr>
                <w:sz w:val="16"/>
              </w:rPr>
              <w:t>HURRICANE IRENE</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r>
              <w:rPr>
                <w:sz w:val="16"/>
              </w:rPr>
              <w:t>same incident as DR-4017</w:t>
            </w:r>
          </w:p>
        </w:tc>
      </w:tr>
      <w:tr>
        <w:trPr>
          <w:cantSplit/>
        </w:trPr>
        <w:tc>
          <w:tcPr>
            <w:tcW w:type="dxa" w:w="1131"/>
          </w:tcPr>
          <w:p>
            <w:pPr>
              <w:spacing w:after="0"/>
              <w:jc w:val="left"/>
            </w:pPr>
            <w:r>
              <w:rPr>
                <w:sz w:val="16"/>
              </w:rPr>
              <w:t>2011-07-14</w:t>
            </w:r>
          </w:p>
        </w:tc>
        <w:tc>
          <w:tcPr>
            <w:tcW w:type="dxa" w:w="1131"/>
          </w:tcPr>
          <w:p>
            <w:pPr>
              <w:spacing w:after="0"/>
              <w:jc w:val="left"/>
            </w:pPr>
            <w:r>
              <w:rPr>
                <w:sz w:val="16"/>
              </w:rPr>
              <w:t>2011-05-20</w:t>
            </w:r>
          </w:p>
        </w:tc>
        <w:tc>
          <w:tcPr>
            <w:tcW w:type="dxa" w:w="1131"/>
          </w:tcPr>
          <w:p>
            <w:pPr>
              <w:spacing w:after="0"/>
              <w:jc w:val="left"/>
            </w:pPr>
            <w:r>
              <w:rPr>
                <w:sz w:val="16"/>
              </w:rPr>
              <w:t>DR-4004-PR</w:t>
            </w:r>
          </w:p>
        </w:tc>
        <w:tc>
          <w:tcPr>
            <w:tcW w:type="dxa" w:w="1520"/>
          </w:tcPr>
          <w:p>
            <w:pPr>
              <w:spacing w:after="0"/>
              <w:jc w:val="left"/>
            </w:pPr>
            <w:r>
              <w:rPr>
                <w:sz w:val="16"/>
              </w:rPr>
              <w:t>Major disaster</w:t>
            </w:r>
          </w:p>
        </w:tc>
        <w:tc>
          <w:tcPr>
            <w:tcW w:type="dxa" w:w="2299"/>
          </w:tcPr>
          <w:p>
            <w:pPr>
              <w:spacing w:after="0"/>
              <w:jc w:val="left"/>
            </w:pPr>
            <w:r>
              <w:rPr>
                <w:sz w:val="16"/>
              </w:rPr>
              <w:t>SEVERE STORMS, FLOODING, MUDSLIDES, AND LANDSLIDES</w:t>
            </w:r>
          </w:p>
        </w:tc>
        <w:tc>
          <w:tcPr>
            <w:tcW w:type="dxa" w:w="2105"/>
          </w:tcPr>
          <w:p>
            <w:pPr>
              <w:spacing w:after="0"/>
              <w:jc w:val="left"/>
            </w:pPr>
            <w:r>
              <w:rPr>
                <w:sz w:val="16"/>
              </w:rPr>
              <w:t>Inland Flooding; Landslide</w:t>
            </w:r>
          </w:p>
        </w:tc>
        <w:tc>
          <w:tcPr>
            <w:tcW w:type="dxa" w:w="1618"/>
          </w:tcPr>
          <w:p>
            <w:pPr>
              <w:spacing w:after="0"/>
              <w:jc w:val="right"/>
            </w:pPr>
            <w:r>
              <w:rPr>
                <w:sz w:val="16"/>
              </w:rPr>
              <w:t>$1,077,552.75</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2004-09-17</w:t>
            </w:r>
          </w:p>
        </w:tc>
        <w:tc>
          <w:tcPr>
            <w:tcW w:type="dxa" w:w="1131"/>
          </w:tcPr>
          <w:p>
            <w:pPr>
              <w:spacing w:after="0"/>
              <w:jc w:val="left"/>
            </w:pPr>
            <w:r>
              <w:rPr>
                <w:sz w:val="16"/>
              </w:rPr>
              <w:t>2004-09-14</w:t>
            </w:r>
          </w:p>
        </w:tc>
        <w:tc>
          <w:tcPr>
            <w:tcW w:type="dxa" w:w="1131"/>
          </w:tcPr>
          <w:p>
            <w:pPr>
              <w:spacing w:after="0"/>
              <w:jc w:val="left"/>
            </w:pPr>
            <w:r>
              <w:rPr>
                <w:sz w:val="16"/>
              </w:rPr>
              <w:t>DR-1552-PR</w:t>
            </w:r>
          </w:p>
        </w:tc>
        <w:tc>
          <w:tcPr>
            <w:tcW w:type="dxa" w:w="1520"/>
          </w:tcPr>
          <w:p>
            <w:pPr>
              <w:spacing w:after="0"/>
              <w:jc w:val="left"/>
            </w:pPr>
            <w:r>
              <w:rPr>
                <w:sz w:val="16"/>
              </w:rPr>
              <w:t>Major disaster</w:t>
            </w:r>
          </w:p>
        </w:tc>
        <w:tc>
          <w:tcPr>
            <w:tcW w:type="dxa" w:w="2299"/>
          </w:tcPr>
          <w:p>
            <w:pPr>
              <w:spacing w:after="0"/>
              <w:jc w:val="left"/>
            </w:pPr>
            <w:r>
              <w:rPr>
                <w:sz w:val="16"/>
              </w:rPr>
              <w:t>TROPICAL STORM JEANNE AND RESULTING LANDSLIDES AND MUDSLIDES</w:t>
            </w:r>
          </w:p>
        </w:tc>
        <w:tc>
          <w:tcPr>
            <w:tcW w:type="dxa" w:w="2105"/>
          </w:tcPr>
          <w:p>
            <w:pPr>
              <w:spacing w:after="0"/>
              <w:jc w:val="left"/>
            </w:pPr>
            <w:r>
              <w:rPr>
                <w:sz w:val="16"/>
              </w:rPr>
              <w:t>Hurricane; Landslide</w:t>
            </w:r>
          </w:p>
        </w:tc>
        <w:tc>
          <w:tcPr>
            <w:tcW w:type="dxa" w:w="1618"/>
          </w:tcPr>
          <w:p>
            <w:pPr>
              <w:spacing w:after="0"/>
              <w:jc w:val="right"/>
            </w:pPr>
            <w:r>
              <w:rPr>
                <w:sz w:val="16"/>
              </w:rPr>
              <w:t>$893,488.07</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1999-11-17</w:t>
            </w:r>
          </w:p>
        </w:tc>
        <w:tc>
          <w:tcPr>
            <w:tcW w:type="dxa" w:w="1131"/>
          </w:tcPr>
          <w:p>
            <w:pPr>
              <w:spacing w:after="0"/>
              <w:jc w:val="left"/>
            </w:pPr>
            <w:r>
              <w:rPr>
                <w:sz w:val="16"/>
              </w:rPr>
              <w:t>1999-11-17</w:t>
            </w:r>
          </w:p>
        </w:tc>
        <w:tc>
          <w:tcPr>
            <w:tcW w:type="dxa" w:w="1131"/>
          </w:tcPr>
          <w:p>
            <w:pPr>
              <w:spacing w:after="0"/>
              <w:jc w:val="left"/>
            </w:pPr>
            <w:r>
              <w:rPr>
                <w:sz w:val="16"/>
              </w:rPr>
              <w:t>EM-3151-PR</w:t>
            </w:r>
          </w:p>
        </w:tc>
        <w:tc>
          <w:tcPr>
            <w:tcW w:type="dxa" w:w="1520"/>
          </w:tcPr>
          <w:p>
            <w:pPr>
              <w:spacing w:after="0"/>
              <w:jc w:val="left"/>
            </w:pPr>
            <w:r>
              <w:rPr>
                <w:sz w:val="16"/>
              </w:rPr>
              <w:t>Emergency</w:t>
            </w:r>
          </w:p>
        </w:tc>
        <w:tc>
          <w:tcPr>
            <w:tcW w:type="dxa" w:w="2299"/>
          </w:tcPr>
          <w:p>
            <w:pPr>
              <w:spacing w:after="0"/>
              <w:jc w:val="left"/>
            </w:pPr>
            <w:r>
              <w:rPr>
                <w:sz w:val="16"/>
              </w:rPr>
              <w:t>HURRICANE LENNY</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1998-09-24</w:t>
            </w:r>
          </w:p>
        </w:tc>
        <w:tc>
          <w:tcPr>
            <w:tcW w:type="dxa" w:w="1131"/>
          </w:tcPr>
          <w:p>
            <w:pPr>
              <w:spacing w:after="0"/>
              <w:jc w:val="left"/>
            </w:pPr>
            <w:r>
              <w:rPr>
                <w:sz w:val="16"/>
              </w:rPr>
              <w:t>1998-09-20</w:t>
            </w:r>
          </w:p>
        </w:tc>
        <w:tc>
          <w:tcPr>
            <w:tcW w:type="dxa" w:w="1131"/>
          </w:tcPr>
          <w:p>
            <w:pPr>
              <w:spacing w:after="0"/>
              <w:jc w:val="left"/>
            </w:pPr>
            <w:r>
              <w:rPr>
                <w:sz w:val="16"/>
              </w:rPr>
              <w:t>DR-1247-PR</w:t>
            </w:r>
          </w:p>
        </w:tc>
        <w:tc>
          <w:tcPr>
            <w:tcW w:type="dxa" w:w="1520"/>
          </w:tcPr>
          <w:p>
            <w:pPr>
              <w:spacing w:after="0"/>
              <w:jc w:val="left"/>
            </w:pPr>
            <w:r>
              <w:rPr>
                <w:sz w:val="16"/>
              </w:rPr>
              <w:t>Major disaster</w:t>
            </w:r>
          </w:p>
        </w:tc>
        <w:tc>
          <w:tcPr>
            <w:tcW w:type="dxa" w:w="2299"/>
          </w:tcPr>
          <w:p>
            <w:pPr>
              <w:spacing w:after="0"/>
              <w:jc w:val="left"/>
            </w:pPr>
            <w:r>
              <w:rPr>
                <w:sz w:val="16"/>
              </w:rPr>
              <w:t>HURRICANE GEORGES - 18 SEP 98</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1996-09-11</w:t>
            </w:r>
          </w:p>
        </w:tc>
        <w:tc>
          <w:tcPr>
            <w:tcW w:type="dxa" w:w="1131"/>
          </w:tcPr>
          <w:p>
            <w:pPr>
              <w:spacing w:after="0"/>
              <w:jc w:val="left"/>
            </w:pPr>
            <w:r>
              <w:rPr>
                <w:sz w:val="16"/>
              </w:rPr>
              <w:t>1996-09-09</w:t>
            </w:r>
          </w:p>
        </w:tc>
        <w:tc>
          <w:tcPr>
            <w:tcW w:type="dxa" w:w="1131"/>
          </w:tcPr>
          <w:p>
            <w:pPr>
              <w:spacing w:after="0"/>
              <w:jc w:val="left"/>
            </w:pPr>
            <w:r>
              <w:rPr>
                <w:sz w:val="16"/>
              </w:rPr>
              <w:t>DR-1136-PR</w:t>
            </w:r>
          </w:p>
        </w:tc>
        <w:tc>
          <w:tcPr>
            <w:tcW w:type="dxa" w:w="1520"/>
          </w:tcPr>
          <w:p>
            <w:pPr>
              <w:spacing w:after="0"/>
              <w:jc w:val="left"/>
            </w:pPr>
            <w:r>
              <w:rPr>
                <w:sz w:val="16"/>
              </w:rPr>
              <w:t>Major disaster</w:t>
            </w:r>
          </w:p>
        </w:tc>
        <w:tc>
          <w:tcPr>
            <w:tcW w:type="dxa" w:w="2299"/>
          </w:tcPr>
          <w:p>
            <w:pPr>
              <w:spacing w:after="0"/>
              <w:jc w:val="left"/>
            </w:pPr>
            <w:r>
              <w:rPr>
                <w:sz w:val="16"/>
              </w:rPr>
              <w:t>HURRICANE HORTENSE</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1992-01-22</w:t>
            </w:r>
          </w:p>
        </w:tc>
        <w:tc>
          <w:tcPr>
            <w:tcW w:type="dxa" w:w="1131"/>
          </w:tcPr>
          <w:p>
            <w:pPr>
              <w:spacing w:after="0"/>
              <w:jc w:val="left"/>
            </w:pPr>
            <w:r>
              <w:rPr>
                <w:sz w:val="16"/>
              </w:rPr>
              <w:t>1992-01-05</w:t>
            </w:r>
          </w:p>
        </w:tc>
        <w:tc>
          <w:tcPr>
            <w:tcW w:type="dxa" w:w="1131"/>
          </w:tcPr>
          <w:p>
            <w:pPr>
              <w:spacing w:after="0"/>
              <w:jc w:val="left"/>
            </w:pPr>
            <w:r>
              <w:rPr>
                <w:sz w:val="16"/>
              </w:rPr>
              <w:t>DR-931-PR</w:t>
            </w:r>
          </w:p>
        </w:tc>
        <w:tc>
          <w:tcPr>
            <w:tcW w:type="dxa" w:w="1520"/>
          </w:tcPr>
          <w:p>
            <w:pPr>
              <w:spacing w:after="0"/>
              <w:jc w:val="left"/>
            </w:pPr>
            <w:r>
              <w:rPr>
                <w:sz w:val="16"/>
              </w:rPr>
              <w:t>Major disaster</w:t>
            </w:r>
          </w:p>
        </w:tc>
        <w:tc>
          <w:tcPr>
            <w:tcW w:type="dxa" w:w="2299"/>
          </w:tcPr>
          <w:p>
            <w:pPr>
              <w:spacing w:after="0"/>
              <w:jc w:val="left"/>
            </w:pPr>
            <w:r>
              <w:rPr>
                <w:sz w:val="16"/>
              </w:rPr>
              <w:t>SEVERE STORMS &amp; FLOODING</w:t>
            </w:r>
          </w:p>
        </w:tc>
        <w:tc>
          <w:tcPr>
            <w:tcW w:type="dxa" w:w="2105"/>
          </w:tcPr>
          <w:p>
            <w:pPr>
              <w:spacing w:after="0"/>
              <w:jc w:val="left"/>
            </w:pPr>
            <w:r>
              <w:rPr>
                <w:sz w:val="16"/>
              </w:rPr>
              <w:t>Inland Flooding</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1989-09-21</w:t>
            </w:r>
          </w:p>
        </w:tc>
        <w:tc>
          <w:tcPr>
            <w:tcW w:type="dxa" w:w="1131"/>
          </w:tcPr>
          <w:p>
            <w:pPr>
              <w:spacing w:after="0"/>
              <w:jc w:val="left"/>
            </w:pPr>
            <w:r>
              <w:rPr>
                <w:sz w:val="16"/>
              </w:rPr>
              <w:t>1989-09-17</w:t>
            </w:r>
          </w:p>
        </w:tc>
        <w:tc>
          <w:tcPr>
            <w:tcW w:type="dxa" w:w="1131"/>
          </w:tcPr>
          <w:p>
            <w:pPr>
              <w:spacing w:after="0"/>
              <w:jc w:val="left"/>
            </w:pPr>
            <w:r>
              <w:rPr>
                <w:sz w:val="16"/>
              </w:rPr>
              <w:t>DR-842-PR</w:t>
            </w:r>
          </w:p>
        </w:tc>
        <w:tc>
          <w:tcPr>
            <w:tcW w:type="dxa" w:w="1520"/>
          </w:tcPr>
          <w:p>
            <w:pPr>
              <w:spacing w:after="0"/>
              <w:jc w:val="left"/>
            </w:pPr>
            <w:r>
              <w:rPr>
                <w:sz w:val="16"/>
              </w:rPr>
              <w:t>Major disaster</w:t>
            </w:r>
          </w:p>
        </w:tc>
        <w:tc>
          <w:tcPr>
            <w:tcW w:type="dxa" w:w="2299"/>
          </w:tcPr>
          <w:p>
            <w:pPr>
              <w:spacing w:after="0"/>
              <w:jc w:val="left"/>
            </w:pPr>
            <w:r>
              <w:rPr>
                <w:sz w:val="16"/>
              </w:rPr>
              <w:t>HURRICANE HUGO</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1986-07-10</w:t>
            </w:r>
          </w:p>
        </w:tc>
        <w:tc>
          <w:tcPr>
            <w:tcW w:type="dxa" w:w="1131"/>
          </w:tcPr>
          <w:p>
            <w:pPr>
              <w:spacing w:after="0"/>
              <w:jc w:val="left"/>
            </w:pPr>
            <w:r>
              <w:rPr>
                <w:sz w:val="16"/>
              </w:rPr>
              <w:t>1986-04-25</w:t>
            </w:r>
          </w:p>
        </w:tc>
        <w:tc>
          <w:tcPr>
            <w:tcW w:type="dxa" w:w="1131"/>
          </w:tcPr>
          <w:p>
            <w:pPr>
              <w:spacing w:after="0"/>
              <w:jc w:val="left"/>
            </w:pPr>
            <w:r>
              <w:rPr>
                <w:sz w:val="16"/>
              </w:rPr>
              <w:t>DR-768-PR</w:t>
            </w:r>
          </w:p>
        </w:tc>
        <w:tc>
          <w:tcPr>
            <w:tcW w:type="dxa" w:w="1520"/>
          </w:tcPr>
          <w:p>
            <w:pPr>
              <w:spacing w:after="0"/>
              <w:jc w:val="left"/>
            </w:pPr>
            <w:r>
              <w:rPr>
                <w:sz w:val="16"/>
              </w:rPr>
              <w:t>Major disaster</w:t>
            </w:r>
          </w:p>
        </w:tc>
        <w:tc>
          <w:tcPr>
            <w:tcW w:type="dxa" w:w="2299"/>
          </w:tcPr>
          <w:p>
            <w:pPr>
              <w:spacing w:after="0"/>
              <w:jc w:val="left"/>
            </w:pPr>
            <w:r>
              <w:rPr>
                <w:sz w:val="16"/>
              </w:rPr>
              <w:t>HEAVY RAINS, FLOODING &amp; MUDSLIDES</w:t>
            </w:r>
          </w:p>
        </w:tc>
        <w:tc>
          <w:tcPr>
            <w:tcW w:type="dxa" w:w="2105"/>
          </w:tcPr>
          <w:p>
            <w:pPr>
              <w:spacing w:after="0"/>
              <w:jc w:val="left"/>
            </w:pPr>
            <w:r>
              <w:rPr>
                <w:sz w:val="16"/>
              </w:rPr>
              <w:t>Inland Flooding (primary); also designated: Landslide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1985-05-31</w:t>
            </w:r>
          </w:p>
        </w:tc>
        <w:tc>
          <w:tcPr>
            <w:tcW w:type="dxa" w:w="1131"/>
          </w:tcPr>
          <w:p>
            <w:pPr>
              <w:spacing w:after="0"/>
              <w:jc w:val="left"/>
            </w:pPr>
            <w:r>
              <w:rPr>
                <w:sz w:val="16"/>
              </w:rPr>
              <w:t>1985-05-16</w:t>
            </w:r>
          </w:p>
        </w:tc>
        <w:tc>
          <w:tcPr>
            <w:tcW w:type="dxa" w:w="1131"/>
          </w:tcPr>
          <w:p>
            <w:pPr>
              <w:spacing w:after="0"/>
              <w:jc w:val="left"/>
            </w:pPr>
            <w:r>
              <w:rPr>
                <w:sz w:val="16"/>
              </w:rPr>
              <w:t>DR-736-PR</w:t>
            </w:r>
          </w:p>
        </w:tc>
        <w:tc>
          <w:tcPr>
            <w:tcW w:type="dxa" w:w="1520"/>
          </w:tcPr>
          <w:p>
            <w:pPr>
              <w:spacing w:after="0"/>
              <w:jc w:val="left"/>
            </w:pPr>
            <w:r>
              <w:rPr>
                <w:sz w:val="16"/>
              </w:rPr>
              <w:t>Major disaster</w:t>
            </w:r>
          </w:p>
        </w:tc>
        <w:tc>
          <w:tcPr>
            <w:tcW w:type="dxa" w:w="2299"/>
          </w:tcPr>
          <w:p>
            <w:pPr>
              <w:spacing w:after="0"/>
              <w:jc w:val="left"/>
            </w:pPr>
            <w:r>
              <w:rPr>
                <w:sz w:val="16"/>
              </w:rPr>
              <w:t>STORMS, MUD/LAND SLIDES, FLOODING</w:t>
            </w:r>
          </w:p>
        </w:tc>
        <w:tc>
          <w:tcPr>
            <w:tcW w:type="dxa" w:w="2105"/>
          </w:tcPr>
          <w:p>
            <w:pPr>
              <w:spacing w:after="0"/>
              <w:jc w:val="left"/>
            </w:pPr>
            <w:r>
              <w:rPr>
                <w:sz w:val="16"/>
              </w:rPr>
              <w:t>Inland Flooding (primary); also designated: Landslide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1979-09-02</w:t>
            </w:r>
          </w:p>
        </w:tc>
        <w:tc>
          <w:tcPr>
            <w:tcW w:type="dxa" w:w="1131"/>
          </w:tcPr>
          <w:p>
            <w:pPr>
              <w:spacing w:after="0"/>
              <w:jc w:val="left"/>
            </w:pPr>
            <w:r>
              <w:rPr>
                <w:sz w:val="16"/>
              </w:rPr>
              <w:t>1979-09-02</w:t>
            </w:r>
          </w:p>
        </w:tc>
        <w:tc>
          <w:tcPr>
            <w:tcW w:type="dxa" w:w="1131"/>
          </w:tcPr>
          <w:p>
            <w:pPr>
              <w:spacing w:after="0"/>
              <w:jc w:val="left"/>
            </w:pPr>
            <w:r>
              <w:rPr>
                <w:sz w:val="16"/>
              </w:rPr>
              <w:t>DR-597-PR</w:t>
            </w:r>
          </w:p>
        </w:tc>
        <w:tc>
          <w:tcPr>
            <w:tcW w:type="dxa" w:w="1520"/>
          </w:tcPr>
          <w:p>
            <w:pPr>
              <w:spacing w:after="0"/>
              <w:jc w:val="left"/>
            </w:pPr>
            <w:r>
              <w:rPr>
                <w:sz w:val="16"/>
              </w:rPr>
              <w:t>Major disaster</w:t>
            </w:r>
          </w:p>
        </w:tc>
        <w:tc>
          <w:tcPr>
            <w:tcW w:type="dxa" w:w="2299"/>
          </w:tcPr>
          <w:p>
            <w:pPr>
              <w:spacing w:after="0"/>
              <w:jc w:val="left"/>
            </w:pPr>
            <w:r>
              <w:rPr>
                <w:sz w:val="16"/>
              </w:rPr>
              <w:t>HURRICANE DAVID</w:t>
            </w:r>
          </w:p>
        </w:tc>
        <w:tc>
          <w:tcPr>
            <w:tcW w:type="dxa" w:w="2105"/>
          </w:tcPr>
          <w:p>
            <w:pPr>
              <w:spacing w:after="0"/>
              <w:jc w:val="left"/>
            </w:pPr>
            <w:r>
              <w:rPr>
                <w:sz w:val="16"/>
              </w:rPr>
              <w:t>Hurricane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1975-09-19</w:t>
            </w:r>
          </w:p>
        </w:tc>
        <w:tc>
          <w:tcPr>
            <w:tcW w:type="dxa" w:w="1131"/>
          </w:tcPr>
          <w:p>
            <w:pPr>
              <w:spacing w:after="0"/>
              <w:jc w:val="left"/>
            </w:pPr>
            <w:r>
              <w:rPr>
                <w:sz w:val="16"/>
              </w:rPr>
              <w:t>1975-09-19</w:t>
            </w:r>
          </w:p>
        </w:tc>
        <w:tc>
          <w:tcPr>
            <w:tcW w:type="dxa" w:w="1131"/>
          </w:tcPr>
          <w:p>
            <w:pPr>
              <w:spacing w:after="0"/>
              <w:jc w:val="left"/>
            </w:pPr>
            <w:r>
              <w:rPr>
                <w:sz w:val="16"/>
              </w:rPr>
              <w:t>DR-483-PR</w:t>
            </w:r>
          </w:p>
        </w:tc>
        <w:tc>
          <w:tcPr>
            <w:tcW w:type="dxa" w:w="1520"/>
          </w:tcPr>
          <w:p>
            <w:pPr>
              <w:spacing w:after="0"/>
              <w:jc w:val="left"/>
            </w:pPr>
            <w:r>
              <w:rPr>
                <w:sz w:val="16"/>
              </w:rPr>
              <w:t>Major disaster</w:t>
            </w:r>
          </w:p>
        </w:tc>
        <w:tc>
          <w:tcPr>
            <w:tcW w:type="dxa" w:w="2299"/>
          </w:tcPr>
          <w:p>
            <w:pPr>
              <w:spacing w:after="0"/>
              <w:jc w:val="left"/>
            </w:pPr>
            <w:r>
              <w:rPr>
                <w:sz w:val="16"/>
              </w:rPr>
              <w:t>TROPICAL STORM ELIOISE</w:t>
            </w:r>
          </w:p>
        </w:tc>
        <w:tc>
          <w:tcPr>
            <w:tcW w:type="dxa" w:w="2105"/>
          </w:tcPr>
          <w:p>
            <w:pPr>
              <w:spacing w:after="0"/>
              <w:jc w:val="left"/>
            </w:pPr>
            <w:r>
              <w:rPr>
                <w:sz w:val="16"/>
              </w:rPr>
              <w:t>Inland Flooding (primary); also designated: Hurricane</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1974-11-30</w:t>
            </w:r>
          </w:p>
        </w:tc>
        <w:tc>
          <w:tcPr>
            <w:tcW w:type="dxa" w:w="1131"/>
          </w:tcPr>
          <w:p>
            <w:pPr>
              <w:spacing w:after="0"/>
              <w:jc w:val="left"/>
            </w:pPr>
            <w:r>
              <w:rPr>
                <w:sz w:val="16"/>
              </w:rPr>
              <w:t>1974-11-30</w:t>
            </w:r>
          </w:p>
        </w:tc>
        <w:tc>
          <w:tcPr>
            <w:tcW w:type="dxa" w:w="1131"/>
          </w:tcPr>
          <w:p>
            <w:pPr>
              <w:spacing w:after="0"/>
              <w:jc w:val="left"/>
            </w:pPr>
            <w:r>
              <w:rPr>
                <w:sz w:val="16"/>
              </w:rPr>
              <w:t>DR-455-PR</w:t>
            </w:r>
          </w:p>
        </w:tc>
        <w:tc>
          <w:tcPr>
            <w:tcW w:type="dxa" w:w="1520"/>
          </w:tcPr>
          <w:p>
            <w:pPr>
              <w:spacing w:after="0"/>
              <w:jc w:val="left"/>
            </w:pPr>
            <w:r>
              <w:rPr>
                <w:sz w:val="16"/>
              </w:rPr>
              <w:t>Major disaster</w:t>
            </w:r>
          </w:p>
        </w:tc>
        <w:tc>
          <w:tcPr>
            <w:tcW w:type="dxa" w:w="2299"/>
          </w:tcPr>
          <w:p>
            <w:pPr>
              <w:spacing w:after="0"/>
              <w:jc w:val="left"/>
            </w:pPr>
            <w:r>
              <w:rPr>
                <w:sz w:val="16"/>
              </w:rPr>
              <w:t>FLOODING</w:t>
            </w:r>
          </w:p>
        </w:tc>
        <w:tc>
          <w:tcPr>
            <w:tcW w:type="dxa" w:w="2105"/>
          </w:tcPr>
          <w:p>
            <w:pPr>
              <w:spacing w:after="0"/>
              <w:jc w:val="left"/>
            </w:pPr>
            <w:r>
              <w:rPr>
                <w:sz w:val="16"/>
              </w:rPr>
              <w:t>Inland Flooding</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1970-10-12</w:t>
            </w:r>
          </w:p>
        </w:tc>
        <w:tc>
          <w:tcPr>
            <w:tcW w:type="dxa" w:w="1131"/>
          </w:tcPr>
          <w:p>
            <w:pPr>
              <w:spacing w:after="0"/>
              <w:jc w:val="left"/>
            </w:pPr>
            <w:r>
              <w:rPr>
                <w:sz w:val="16"/>
              </w:rPr>
              <w:t>1970-10-12</w:t>
            </w:r>
          </w:p>
        </w:tc>
        <w:tc>
          <w:tcPr>
            <w:tcW w:type="dxa" w:w="1131"/>
          </w:tcPr>
          <w:p>
            <w:pPr>
              <w:spacing w:after="0"/>
              <w:jc w:val="left"/>
            </w:pPr>
            <w:r>
              <w:rPr>
                <w:sz w:val="16"/>
              </w:rPr>
              <w:t>DR-296-PR</w:t>
            </w:r>
          </w:p>
        </w:tc>
        <w:tc>
          <w:tcPr>
            <w:tcW w:type="dxa" w:w="1520"/>
          </w:tcPr>
          <w:p>
            <w:pPr>
              <w:spacing w:after="0"/>
              <w:jc w:val="left"/>
            </w:pPr>
            <w:r>
              <w:rPr>
                <w:sz w:val="16"/>
              </w:rPr>
              <w:t>Major disaster</w:t>
            </w:r>
          </w:p>
        </w:tc>
        <w:tc>
          <w:tcPr>
            <w:tcW w:type="dxa" w:w="2299"/>
          </w:tcPr>
          <w:p>
            <w:pPr>
              <w:spacing w:after="0"/>
              <w:jc w:val="left"/>
            </w:pPr>
            <w:r>
              <w:rPr>
                <w:sz w:val="16"/>
              </w:rPr>
              <w:t>HEAVY RAINS &amp; FLOODING</w:t>
            </w:r>
          </w:p>
        </w:tc>
        <w:tc>
          <w:tcPr>
            <w:tcW w:type="dxa" w:w="2105"/>
          </w:tcPr>
          <w:p>
            <w:pPr>
              <w:spacing w:after="0"/>
              <w:jc w:val="left"/>
            </w:pPr>
            <w:r>
              <w:rPr>
                <w:sz w:val="16"/>
              </w:rPr>
              <w:t>Inland Flooding</w:t>
            </w:r>
          </w:p>
        </w:tc>
        <w:tc>
          <w:tcPr>
            <w:tcW w:type="dxa" w:w="1618"/>
          </w:tcPr>
          <w:p>
            <w:pPr>
              <w:spacing w:after="0"/>
              <w:jc w:val="right"/>
            </w:pPr>
            <w:r>
              <w:rPr>
                <w:sz w:val="16"/>
              </w:rPr>
              <w:t>none found</w:t>
            </w:r>
          </w:p>
        </w:tc>
        <w:tc>
          <w:tcPr>
            <w:tcW w:type="dxa" w:w="2202"/>
          </w:tcPr>
          <w:p>
            <w:pPr>
              <w:spacing w:after="0"/>
              <w:jc w:val="left"/>
            </w:pPr>
          </w:p>
        </w:tc>
        <w:tc>
          <w:tcPr>
            <w:tcW w:type="dxa" w:w="9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$1,804,281.83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804,281.83"/>
        <w:tblDescription w:val="Hazard Plain table b1d_pa_other"/>
      </w:tblPr>
      <w:tblGrid>
        <w:gridCol w:w="2339"/>
        <w:gridCol w:w="2339"/>
        <w:gridCol w:w="2540"/>
        <w:gridCol w:w="3950"/>
        <w:gridCol w:w="2943"/>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2540"/>
            <w:shd w:val="clear" w:color="auto" w:fill="E8E8E8"/>
          </w:tcPr>
          <w:p>
            <w:pPr>
              <w:spacing w:after="0"/>
              <w:jc w:val="left"/>
            </w:pPr>
            <w:r>
              <w:rPr>
                <w:b/>
                <w:sz w:val="16"/>
              </w:rPr>
              <w:t>Title</w:t>
            </w:r>
          </w:p>
        </w:tc>
        <w:tc>
          <w:tcPr>
            <w:tcW w:type="dxa" w:w="3950"/>
            <w:shd w:val="clear" w:color="auto" w:fill="E8E8E8"/>
          </w:tcPr>
          <w:p>
            <w:pPr>
              <w:spacing w:after="0"/>
              <w:jc w:val="left"/>
            </w:pPr>
            <w:r>
              <w:rPr>
                <w:b/>
                <w:sz w:val="16"/>
              </w:rPr>
              <w:t>Applicant</w:t>
            </w:r>
          </w:p>
        </w:tc>
        <w:tc>
          <w:tcPr>
            <w:tcW w:type="dxa" w:w="29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DR-4473-PR</w:t>
            </w:r>
          </w:p>
        </w:tc>
        <w:tc>
          <w:tcPr>
            <w:tcW w:type="dxa" w:w="2339"/>
          </w:tcPr>
          <w:p>
            <w:pPr>
              <w:spacing w:after="0"/>
              <w:jc w:val="left"/>
            </w:pPr>
            <w:r>
              <w:rPr>
                <w:sz w:val="16"/>
              </w:rPr>
              <w:t>2020-01-16</w:t>
            </w:r>
          </w:p>
        </w:tc>
        <w:tc>
          <w:tcPr>
            <w:tcW w:type="dxa" w:w="2540"/>
          </w:tcPr>
          <w:p>
            <w:pPr>
              <w:spacing w:after="0"/>
              <w:jc w:val="left"/>
            </w:pPr>
            <w:r>
              <w:rPr>
                <w:sz w:val="16"/>
              </w:rPr>
              <w:t>EARTHQUAKES</w:t>
            </w:r>
          </w:p>
        </w:tc>
        <w:tc>
          <w:tcPr>
            <w:tcW w:type="dxa" w:w="3950"/>
          </w:tcPr>
          <w:p>
            <w:pPr>
              <w:spacing w:after="0"/>
              <w:jc w:val="left"/>
            </w:pPr>
            <w:r>
              <w:rPr>
                <w:sz w:val="16"/>
              </w:rPr>
              <w:t>Colegio Catolico Notre Dame, Corp.</w:t>
            </w:r>
          </w:p>
        </w:tc>
        <w:tc>
          <w:tcPr>
            <w:tcW w:type="dxa" w:w="2943"/>
          </w:tcPr>
          <w:p>
            <w:pPr>
              <w:spacing w:after="0"/>
              <w:jc w:val="right"/>
            </w:pPr>
            <w:r>
              <w:rPr>
                <w:sz w:val="16"/>
              </w:rPr>
              <w:t>$1,560,161.29</w:t>
            </w:r>
          </w:p>
        </w:tc>
      </w:tr>
      <w:tr>
        <w:trPr>
          <w:cantSplit/>
        </w:trPr>
        <w:tc>
          <w:tcPr>
            <w:tcW w:type="dxa" w:w="2339"/>
          </w:tcPr>
          <w:p>
            <w:pPr>
              <w:spacing w:after="0"/>
              <w:jc w:val="left"/>
            </w:pPr>
            <w:r>
              <w:rPr>
                <w:sz w:val="16"/>
              </w:rPr>
              <w:t>EM-3384-PR</w:t>
            </w:r>
          </w:p>
        </w:tc>
        <w:tc>
          <w:tcPr>
            <w:tcW w:type="dxa" w:w="2339"/>
          </w:tcPr>
          <w:p>
            <w:pPr>
              <w:spacing w:after="0"/>
              <w:jc w:val="left"/>
            </w:pPr>
            <w:r>
              <w:rPr>
                <w:sz w:val="16"/>
              </w:rPr>
              <w:t>2017-09-05</w:t>
            </w:r>
          </w:p>
        </w:tc>
        <w:tc>
          <w:tcPr>
            <w:tcW w:type="dxa" w:w="2540"/>
          </w:tcPr>
          <w:p>
            <w:pPr>
              <w:spacing w:after="0"/>
              <w:jc w:val="left"/>
            </w:pPr>
            <w:r>
              <w:rPr>
                <w:sz w:val="16"/>
              </w:rPr>
              <w:t>HURRICANE IRMA</w:t>
            </w:r>
          </w:p>
        </w:tc>
        <w:tc>
          <w:tcPr>
            <w:tcW w:type="dxa" w:w="3950"/>
          </w:tcPr>
          <w:p>
            <w:pPr>
              <w:spacing w:after="0"/>
              <w:jc w:val="left"/>
            </w:pPr>
            <w:r>
              <w:rPr>
                <w:sz w:val="16"/>
              </w:rPr>
              <w:t>Caguas (Municipio)</w:t>
            </w:r>
          </w:p>
        </w:tc>
        <w:tc>
          <w:tcPr>
            <w:tcW w:type="dxa" w:w="2943"/>
          </w:tcPr>
          <w:p>
            <w:pPr>
              <w:spacing w:after="0"/>
              <w:jc w:val="right"/>
            </w:pPr>
            <w:r>
              <w:rPr>
                <w:sz w:val="16"/>
              </w:rPr>
              <w:t>$244,120.54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140</w:t>
            </w:r>
          </w:p>
        </w:tc>
        <w:tc>
          <w:tcPr>
            <w:tcW w:type="dxa" w:w="1422"/>
          </w:tcPr>
          <w:p>
            <w:pPr>
              <w:spacing w:after="0"/>
              <w:jc w:val="right"/>
            </w:pPr>
            <w:r>
              <w:rPr>
                <w:sz w:val="16"/>
              </w:rPr>
              <w:t>35</w:t>
            </w:r>
          </w:p>
        </w:tc>
        <w:tc>
          <w:tcPr>
            <w:tcW w:type="dxa" w:w="1356"/>
          </w:tcPr>
          <w:p>
            <w:pPr>
              <w:spacing w:after="0"/>
              <w:jc w:val="right"/>
            </w:pPr>
            <w:r>
              <w:rPr>
                <w:sz w:val="16"/>
              </w:rPr>
              <w:t>3</w:t>
            </w:r>
          </w:p>
        </w:tc>
        <w:tc>
          <w:tcPr>
            <w:tcW w:type="dxa" w:w="963"/>
          </w:tcPr>
          <w:p>
            <w:pPr>
              <w:spacing w:after="0"/>
              <w:jc w:val="right"/>
            </w:pPr>
            <w:r>
              <w:rPr>
                <w:sz w:val="16"/>
              </w:rPr>
              <w:t>34</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53</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69"/>
        <w:gridCol w:w="1706"/>
        <w:gridCol w:w="1153"/>
        <w:gridCol w:w="2074"/>
        <w:gridCol w:w="2407"/>
        <w:gridCol w:w="34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69"/>
            <w:shd w:val="clear" w:color="auto" w:fill="E8E8E8"/>
          </w:tcPr>
          <w:p>
            <w:pPr>
              <w:spacing w:after="0"/>
              <w:jc w:val="left"/>
            </w:pPr>
            <w:r>
              <w:rPr>
                <w:b/>
                <w:sz w:val="16"/>
              </w:rPr>
              <w:t>Magnitude or extent</w:t>
            </w:r>
          </w:p>
        </w:tc>
        <w:tc>
          <w:tcPr>
            <w:tcW w:type="dxa" w:w="17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4"/>
            <w:shd w:val="clear" w:color="auto" w:fill="E8E8E8"/>
          </w:tcPr>
          <w:p>
            <w:pPr>
              <w:spacing w:after="0"/>
              <w:jc w:val="left"/>
            </w:pPr>
            <w:r>
              <w:rPr>
                <w:b/>
                <w:sz w:val="16"/>
              </w:rPr>
              <w:t>Location</w:t>
            </w:r>
          </w:p>
        </w:tc>
        <w:tc>
          <w:tcPr>
            <w:tcW w:type="dxa" w:w="2407"/>
            <w:shd w:val="clear" w:color="auto" w:fill="E8E8E8"/>
          </w:tcPr>
          <w:p>
            <w:pPr>
              <w:spacing w:after="0"/>
              <w:jc w:val="left"/>
            </w:pPr>
            <w:r>
              <w:rPr>
                <w:b/>
                <w:sz w:val="16"/>
              </w:rPr>
              <w:t>Flags</w:t>
            </w:r>
          </w:p>
        </w:tc>
        <w:tc>
          <w:tcPr>
            <w:tcW w:type="dxa" w:w="34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2025-05-04</w:t>
            </w:r>
          </w:p>
        </w:tc>
        <w:tc>
          <w:tcPr>
            <w:tcW w:type="dxa" w:w="1215"/>
          </w:tcPr>
          <w:p>
            <w:pPr>
              <w:spacing w:after="0"/>
              <w:jc w:val="left"/>
            </w:pPr>
            <w:r>
              <w:rPr>
                <w:sz w:val="16"/>
              </w:rPr>
              <w:t>Lightning</w:t>
            </w:r>
          </w:p>
        </w:tc>
        <w:tc>
          <w:tcPr>
            <w:tcW w:type="dxa" w:w="1069"/>
          </w:tcPr>
          <w:p>
            <w:pPr>
              <w:spacing w:after="0"/>
              <w:jc w:val="left"/>
            </w:pPr>
          </w:p>
        </w:tc>
        <w:tc>
          <w:tcPr>
            <w:tcW w:type="dxa" w:w="1706"/>
          </w:tcPr>
          <w:p>
            <w:pPr>
              <w:spacing w:after="0"/>
              <w:jc w:val="left"/>
            </w:pPr>
            <w:r>
              <w:rPr>
                <w:sz w:val="16"/>
              </w:rPr>
              <w:t>$20,000 property; $0 crops (2025 dollars)</w:t>
            </w:r>
          </w:p>
        </w:tc>
        <w:tc>
          <w:tcPr>
            <w:tcW w:type="dxa" w:w="1153"/>
          </w:tcPr>
          <w:p>
            <w:pPr>
              <w:spacing w:after="0"/>
              <w:jc w:val="right"/>
            </w:pPr>
            <w:r>
              <w:rPr>
                <w:sz w:val="16"/>
              </w:rPr>
              <w:t>0, 0</w:t>
            </w:r>
          </w:p>
        </w:tc>
        <w:tc>
          <w:tcPr>
            <w:tcW w:type="dxa" w:w="2074"/>
          </w:tcPr>
          <w:p>
            <w:pPr>
              <w:spacing w:after="0"/>
              <w:jc w:val="left"/>
            </w:pPr>
            <w:r>
              <w:rPr>
                <w:sz w:val="16"/>
              </w:rPr>
              <w:t>CAGUAS</w:t>
            </w:r>
          </w:p>
        </w:tc>
        <w:tc>
          <w:tcPr>
            <w:tcW w:type="dxa" w:w="2407"/>
          </w:tcPr>
          <w:p>
            <w:pPr>
              <w:spacing w:after="0"/>
              <w:jc w:val="left"/>
            </w:pPr>
            <w:r>
              <w:rPr>
                <w:sz w:val="16"/>
              </w:rPr>
              <w:t>new since last plan; within last 5 years</w:t>
            </w:r>
          </w:p>
        </w:tc>
        <w:tc>
          <w:tcPr>
            <w:tcW w:type="dxa" w:w="3450"/>
          </w:tcPr>
          <w:p>
            <w:pPr>
              <w:spacing w:after="0"/>
              <w:jc w:val="left"/>
            </w:pPr>
            <w:r>
              <w:rPr>
                <w:sz w:val="16"/>
              </w:rPr>
              <w:t>B1-c worst recorded: Lightning</w:t>
            </w:r>
          </w:p>
        </w:tc>
      </w:tr>
      <w:tr>
        <w:trPr>
          <w:cantSplit/>
        </w:trPr>
        <w:tc>
          <w:tcPr>
            <w:tcW w:type="dxa" w:w="1037"/>
          </w:tcPr>
          <w:p>
            <w:pPr>
              <w:spacing w:after="0"/>
              <w:jc w:val="left"/>
            </w:pPr>
            <w:r>
              <w:rPr>
                <w:sz w:val="16"/>
              </w:rPr>
              <w:t>2025-04-02</w:t>
            </w:r>
          </w:p>
        </w:tc>
        <w:tc>
          <w:tcPr>
            <w:tcW w:type="dxa" w:w="1215"/>
          </w:tcPr>
          <w:p>
            <w:pPr>
              <w:spacing w:after="0"/>
              <w:jc w:val="left"/>
            </w:pPr>
            <w:r>
              <w:rPr>
                <w:sz w:val="16"/>
              </w:rPr>
              <w:t>Strong Wind</w:t>
            </w:r>
          </w:p>
        </w:tc>
        <w:tc>
          <w:tcPr>
            <w:tcW w:type="dxa" w:w="1069"/>
          </w:tcPr>
          <w:p>
            <w:pPr>
              <w:spacing w:after="0"/>
              <w:jc w:val="left"/>
            </w:pPr>
            <w:r>
              <w:rPr>
                <w:sz w:val="16"/>
              </w:rPr>
              <w:t>30 kt (35 mph) estimated gust</w:t>
            </w:r>
          </w:p>
        </w:tc>
        <w:tc>
          <w:tcPr>
            <w:tcW w:type="dxa" w:w="1706"/>
          </w:tcPr>
          <w:p>
            <w:pPr>
              <w:spacing w:after="0"/>
              <w:jc w:val="left"/>
            </w:pPr>
            <w:r>
              <w:rPr>
                <w:sz w:val="16"/>
              </w:rPr>
              <w:t>$16,200 property; $0 crops, reported for the zone (2025 dollars)</w:t>
            </w:r>
          </w:p>
        </w:tc>
        <w:tc>
          <w:tcPr>
            <w:tcW w:type="dxa" w:w="1153"/>
          </w:tcPr>
          <w:p>
            <w:pPr>
              <w:spacing w:after="0"/>
              <w:jc w:val="right"/>
            </w:pPr>
            <w:r>
              <w:rPr>
                <w:sz w:val="16"/>
              </w:rPr>
              <w:t>0, 0</w:t>
            </w:r>
          </w:p>
        </w:tc>
        <w:tc>
          <w:tcPr>
            <w:tcW w:type="dxa" w:w="2074"/>
          </w:tcPr>
          <w:p>
            <w:pPr>
              <w:spacing w:after="0"/>
              <w:jc w:val="left"/>
            </w:pPr>
            <w:r>
              <w:rPr>
                <w:sz w:val="16"/>
              </w:rPr>
              <w:t>NWS zone PRZ004 (EASTERN INTERIOR), zone-level: may include parts of neighboring counties</w:t>
            </w:r>
          </w:p>
        </w:tc>
        <w:tc>
          <w:tcPr>
            <w:tcW w:type="dxa" w:w="2407"/>
          </w:tcPr>
          <w:p>
            <w:pPr>
              <w:spacing w:after="0"/>
              <w:jc w:val="left"/>
            </w:pPr>
            <w:r>
              <w:rPr>
                <w:sz w:val="16"/>
              </w:rPr>
              <w:t>new since last plan; within last 5 years</w:t>
            </w:r>
          </w:p>
        </w:tc>
        <w:tc>
          <w:tcPr>
            <w:tcW w:type="dxa" w:w="345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2024-02-06</w:t>
            </w:r>
          </w:p>
        </w:tc>
        <w:tc>
          <w:tcPr>
            <w:tcW w:type="dxa" w:w="1215"/>
          </w:tcPr>
          <w:p>
            <w:pPr>
              <w:spacing w:after="0"/>
              <w:jc w:val="left"/>
            </w:pPr>
            <w:r>
              <w:rPr>
                <w:sz w:val="16"/>
              </w:rPr>
              <w:t>Thunderstorm Wind</w:t>
            </w:r>
          </w:p>
        </w:tc>
        <w:tc>
          <w:tcPr>
            <w:tcW w:type="dxa" w:w="1069"/>
          </w:tcPr>
          <w:p>
            <w:pPr>
              <w:spacing w:after="0"/>
              <w:jc w:val="left"/>
            </w:pPr>
            <w:r>
              <w:rPr>
                <w:sz w:val="16"/>
              </w:rPr>
              <w:t>35 kt (40 mph) estimated gust</w:t>
            </w:r>
          </w:p>
        </w:tc>
        <w:tc>
          <w:tcPr>
            <w:tcW w:type="dxa" w:w="1706"/>
          </w:tcPr>
          <w:p>
            <w:pPr>
              <w:spacing w:after="0"/>
              <w:jc w:val="left"/>
            </w:pPr>
            <w:r>
              <w:rPr>
                <w:sz w:val="16"/>
              </w:rPr>
              <w:t>$1,000 property; $0 crops (2024 dollars)</w:t>
            </w:r>
          </w:p>
        </w:tc>
        <w:tc>
          <w:tcPr>
            <w:tcW w:type="dxa" w:w="1153"/>
          </w:tcPr>
          <w:p>
            <w:pPr>
              <w:spacing w:after="0"/>
              <w:jc w:val="right"/>
            </w:pPr>
            <w:r>
              <w:rPr>
                <w:sz w:val="16"/>
              </w:rPr>
              <w:t>0, 0</w:t>
            </w:r>
          </w:p>
        </w:tc>
        <w:tc>
          <w:tcPr>
            <w:tcW w:type="dxa" w:w="2074"/>
          </w:tcPr>
          <w:p>
            <w:pPr>
              <w:spacing w:after="0"/>
              <w:jc w:val="left"/>
            </w:pPr>
            <w:r>
              <w:rPr>
                <w:sz w:val="16"/>
              </w:rPr>
              <w:t>ADJUNTAS</w:t>
            </w:r>
          </w:p>
        </w:tc>
        <w:tc>
          <w:tcPr>
            <w:tcW w:type="dxa" w:w="2407"/>
          </w:tcPr>
          <w:p>
            <w:pPr>
              <w:spacing w:after="0"/>
              <w:jc w:val="left"/>
            </w:pPr>
            <w:r>
              <w:rPr>
                <w:sz w:val="16"/>
              </w:rPr>
              <w:t>new since last plan; within last 5 years</w:t>
            </w:r>
          </w:p>
        </w:tc>
        <w:tc>
          <w:tcPr>
            <w:tcW w:type="dxa" w:w="3450"/>
          </w:tcPr>
          <w:p>
            <w:pPr>
              <w:spacing w:after="0"/>
              <w:jc w:val="left"/>
            </w:pPr>
            <w:r>
              <w:rPr>
                <w:sz w:val="16"/>
              </w:rPr>
              <w:t>B1-c worst recorded: Thunderstorm Wind</w:t>
            </w:r>
          </w:p>
        </w:tc>
      </w:tr>
      <w:tr>
        <w:trPr>
          <w:cantSplit/>
        </w:trPr>
        <w:tc>
          <w:tcPr>
            <w:tcW w:type="dxa" w:w="1037"/>
          </w:tcPr>
          <w:p>
            <w:pPr>
              <w:spacing w:after="0"/>
              <w:jc w:val="left"/>
            </w:pPr>
            <w:r>
              <w:rPr>
                <w:sz w:val="16"/>
              </w:rPr>
              <w:t>2023-09-01</w:t>
            </w:r>
          </w:p>
        </w:tc>
        <w:tc>
          <w:tcPr>
            <w:tcW w:type="dxa" w:w="1215"/>
          </w:tcPr>
          <w:p>
            <w:pPr>
              <w:spacing w:after="0"/>
              <w:jc w:val="left"/>
            </w:pPr>
            <w:r>
              <w:rPr>
                <w:sz w:val="16"/>
              </w:rPr>
              <w:t>Excessive Heat</w:t>
            </w:r>
          </w:p>
        </w:tc>
        <w:tc>
          <w:tcPr>
            <w:tcW w:type="dxa" w:w="1069"/>
          </w:tcPr>
          <w:p>
            <w:pPr>
              <w:spacing w:after="0"/>
              <w:jc w:val="left"/>
            </w:pPr>
          </w:p>
        </w:tc>
        <w:tc>
          <w:tcPr>
            <w:tcW w:type="dxa" w:w="1706"/>
          </w:tcPr>
          <w:p>
            <w:pPr>
              <w:spacing w:after="0"/>
              <w:jc w:val="left"/>
            </w:pPr>
            <w:r>
              <w:rPr>
                <w:sz w:val="16"/>
              </w:rPr>
              <w:t>$0 property; $0 crops, reported for the zone (2023 dollars)</w:t>
            </w:r>
          </w:p>
        </w:tc>
        <w:tc>
          <w:tcPr>
            <w:tcW w:type="dxa" w:w="1153"/>
          </w:tcPr>
          <w:p>
            <w:pPr>
              <w:spacing w:after="0"/>
              <w:jc w:val="right"/>
            </w:pPr>
            <w:r>
              <w:rPr>
                <w:sz w:val="16"/>
              </w:rPr>
              <w:t>0, 0</w:t>
            </w:r>
          </w:p>
        </w:tc>
        <w:tc>
          <w:tcPr>
            <w:tcW w:type="dxa" w:w="2074"/>
          </w:tcPr>
          <w:p>
            <w:pPr>
              <w:spacing w:after="0"/>
              <w:jc w:val="left"/>
            </w:pPr>
            <w:r>
              <w:rPr>
                <w:sz w:val="16"/>
              </w:rPr>
              <w:t>NWS zone PRZ004 (EASTERN INTERIOR), zone-level: may include parts of neighboring counties</w:t>
            </w:r>
          </w:p>
        </w:tc>
        <w:tc>
          <w:tcPr>
            <w:tcW w:type="dxa" w:w="2407"/>
          </w:tcPr>
          <w:p>
            <w:pPr>
              <w:spacing w:after="0"/>
              <w:jc w:val="left"/>
            </w:pPr>
            <w:r>
              <w:rPr>
                <w:sz w:val="16"/>
              </w:rPr>
              <w:t>new since last plan; within last 5 years</w:t>
            </w:r>
          </w:p>
        </w:tc>
        <w:tc>
          <w:tcPr>
            <w:tcW w:type="dxa" w:w="3450"/>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215"/>
          </w:tcPr>
          <w:p>
            <w:pPr>
              <w:spacing w:after="0"/>
              <w:jc w:val="left"/>
            </w:pPr>
            <w:r>
              <w:rPr>
                <w:sz w:val="16"/>
              </w:rPr>
              <w:t>Drought</w:t>
            </w:r>
          </w:p>
        </w:tc>
        <w:tc>
          <w:tcPr>
            <w:tcW w:type="dxa" w:w="1069"/>
          </w:tcPr>
          <w:p>
            <w:pPr>
              <w:spacing w:after="0"/>
              <w:jc w:val="left"/>
            </w:pPr>
          </w:p>
        </w:tc>
        <w:tc>
          <w:tcPr>
            <w:tcW w:type="dxa" w:w="1706"/>
          </w:tcPr>
          <w:p>
            <w:pPr>
              <w:spacing w:after="0"/>
              <w:jc w:val="left"/>
            </w:pPr>
            <w:r>
              <w:rPr>
                <w:sz w:val="16"/>
              </w:rPr>
              <w:t>$0 property; $0 crops, reported for the zone (2022 dollars)</w:t>
            </w:r>
          </w:p>
        </w:tc>
        <w:tc>
          <w:tcPr>
            <w:tcW w:type="dxa" w:w="1153"/>
          </w:tcPr>
          <w:p>
            <w:pPr>
              <w:spacing w:after="0"/>
              <w:jc w:val="right"/>
            </w:pPr>
            <w:r>
              <w:rPr>
                <w:sz w:val="16"/>
              </w:rPr>
              <w:t>0, 0</w:t>
            </w:r>
          </w:p>
        </w:tc>
        <w:tc>
          <w:tcPr>
            <w:tcW w:type="dxa" w:w="2074"/>
          </w:tcPr>
          <w:p>
            <w:pPr>
              <w:spacing w:after="0"/>
              <w:jc w:val="left"/>
            </w:pPr>
            <w:r>
              <w:rPr>
                <w:sz w:val="16"/>
              </w:rPr>
              <w:t>NWS zone PRZ004 (EASTERN INTERIOR), zone-level: may include parts of neighboring counties</w:t>
            </w:r>
          </w:p>
        </w:tc>
        <w:tc>
          <w:tcPr>
            <w:tcW w:type="dxa" w:w="2407"/>
          </w:tcPr>
          <w:p>
            <w:pPr>
              <w:spacing w:after="0"/>
              <w:jc w:val="left"/>
            </w:pPr>
            <w:r>
              <w:rPr>
                <w:sz w:val="16"/>
              </w:rPr>
              <w:t>new since last plan; within last 5 years</w:t>
            </w:r>
          </w:p>
        </w:tc>
        <w:tc>
          <w:tcPr>
            <w:tcW w:type="dxa" w:w="3450"/>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215"/>
          </w:tcPr>
          <w:p>
            <w:pPr>
              <w:spacing w:after="0"/>
              <w:jc w:val="left"/>
            </w:pPr>
            <w:r>
              <w:rPr>
                <w:sz w:val="16"/>
              </w:rPr>
              <w:t>Flash Flood</w:t>
            </w:r>
          </w:p>
        </w:tc>
        <w:tc>
          <w:tcPr>
            <w:tcW w:type="dxa" w:w="1069"/>
          </w:tcPr>
          <w:p>
            <w:pPr>
              <w:spacing w:after="0"/>
              <w:jc w:val="left"/>
            </w:pPr>
          </w:p>
        </w:tc>
        <w:tc>
          <w:tcPr>
            <w:tcW w:type="dxa" w:w="1706"/>
          </w:tcPr>
          <w:p>
            <w:pPr>
              <w:spacing w:after="0"/>
              <w:jc w:val="left"/>
            </w:pPr>
            <w:r>
              <w:rPr>
                <w:sz w:val="16"/>
              </w:rPr>
              <w:t>$750,000,000 property; $0 crops (2017 dollars)</w:t>
            </w:r>
          </w:p>
        </w:tc>
        <w:tc>
          <w:tcPr>
            <w:tcW w:type="dxa" w:w="1153"/>
          </w:tcPr>
          <w:p>
            <w:pPr>
              <w:spacing w:after="0"/>
              <w:jc w:val="right"/>
            </w:pPr>
            <w:r>
              <w:rPr>
                <w:sz w:val="16"/>
              </w:rPr>
              <w:t>0, 0</w:t>
            </w:r>
          </w:p>
        </w:tc>
        <w:tc>
          <w:tcPr>
            <w:tcW w:type="dxa" w:w="2074"/>
          </w:tcPr>
          <w:p>
            <w:pPr>
              <w:spacing w:after="0"/>
              <w:jc w:val="left"/>
            </w:pPr>
            <w:r>
              <w:rPr>
                <w:sz w:val="16"/>
              </w:rPr>
              <w:t>CAGUAS</w:t>
            </w:r>
          </w:p>
        </w:tc>
        <w:tc>
          <w:tcPr>
            <w:tcW w:type="dxa" w:w="2407"/>
          </w:tcPr>
          <w:p>
            <w:pPr>
              <w:spacing w:after="0"/>
              <w:jc w:val="left"/>
            </w:pPr>
          </w:p>
        </w:tc>
        <w:tc>
          <w:tcPr>
            <w:tcW w:type="dxa" w:w="34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2017-09-20</w:t>
            </w:r>
          </w:p>
        </w:tc>
        <w:tc>
          <w:tcPr>
            <w:tcW w:type="dxa" w:w="1215"/>
          </w:tcPr>
          <w:p>
            <w:pPr>
              <w:spacing w:after="0"/>
              <w:jc w:val="left"/>
            </w:pPr>
            <w:r>
              <w:rPr>
                <w:sz w:val="16"/>
              </w:rPr>
              <w:t>Hurricane (Typhoon)</w:t>
            </w:r>
          </w:p>
        </w:tc>
        <w:tc>
          <w:tcPr>
            <w:tcW w:type="dxa" w:w="1069"/>
          </w:tcPr>
          <w:p>
            <w:pPr>
              <w:spacing w:after="0"/>
              <w:jc w:val="left"/>
            </w:pPr>
            <w:r>
              <w:rPr>
                <w:sz w:val="16"/>
              </w:rPr>
              <w:t>category 4</w:t>
            </w:r>
          </w:p>
        </w:tc>
        <w:tc>
          <w:tcPr>
            <w:tcW w:type="dxa" w:w="1706"/>
          </w:tcPr>
          <w:p>
            <w:pPr>
              <w:spacing w:after="0"/>
              <w:jc w:val="left"/>
            </w:pPr>
            <w:r>
              <w:rPr>
                <w:sz w:val="16"/>
              </w:rPr>
              <w:t>$500,000 property; $0 crops, reported for the zone (2017 dollars)</w:t>
            </w:r>
          </w:p>
        </w:tc>
        <w:tc>
          <w:tcPr>
            <w:tcW w:type="dxa" w:w="1153"/>
          </w:tcPr>
          <w:p>
            <w:pPr>
              <w:spacing w:after="0"/>
              <w:jc w:val="right"/>
            </w:pPr>
            <w:r>
              <w:rPr>
                <w:sz w:val="16"/>
              </w:rPr>
              <w:t>0, 0</w:t>
            </w:r>
          </w:p>
        </w:tc>
        <w:tc>
          <w:tcPr>
            <w:tcW w:type="dxa" w:w="2074"/>
          </w:tcPr>
          <w:p>
            <w:pPr>
              <w:spacing w:after="0"/>
              <w:jc w:val="left"/>
            </w:pPr>
            <w:r>
              <w:rPr>
                <w:sz w:val="16"/>
              </w:rPr>
              <w:t>NWS zone PRZ004 (EASTERN INTERIOR), zone-level: may include parts of neighboring counties</w:t>
            </w:r>
          </w:p>
        </w:tc>
        <w:tc>
          <w:tcPr>
            <w:tcW w:type="dxa" w:w="2407"/>
          </w:tcPr>
          <w:p>
            <w:pPr>
              <w:spacing w:after="0"/>
              <w:jc w:val="left"/>
            </w:pPr>
          </w:p>
        </w:tc>
        <w:tc>
          <w:tcPr>
            <w:tcW w:type="dxa" w:w="345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2015-06-22</w:t>
            </w:r>
          </w:p>
        </w:tc>
        <w:tc>
          <w:tcPr>
            <w:tcW w:type="dxa" w:w="1215"/>
          </w:tcPr>
          <w:p>
            <w:pPr>
              <w:spacing w:after="0"/>
              <w:jc w:val="left"/>
            </w:pPr>
            <w:r>
              <w:rPr>
                <w:sz w:val="16"/>
              </w:rPr>
              <w:t>Strong Wind</w:t>
            </w:r>
          </w:p>
        </w:tc>
        <w:tc>
          <w:tcPr>
            <w:tcW w:type="dxa" w:w="1069"/>
          </w:tcPr>
          <w:p>
            <w:pPr>
              <w:spacing w:after="0"/>
              <w:jc w:val="left"/>
            </w:pPr>
            <w:r>
              <w:rPr>
                <w:sz w:val="16"/>
              </w:rPr>
              <w:t>35 kt (40 mph) estimated gust</w:t>
            </w:r>
          </w:p>
        </w:tc>
        <w:tc>
          <w:tcPr>
            <w:tcW w:type="dxa" w:w="1706"/>
          </w:tcPr>
          <w:p>
            <w:pPr>
              <w:spacing w:after="0"/>
              <w:jc w:val="left"/>
            </w:pPr>
            <w:r>
              <w:rPr>
                <w:sz w:val="16"/>
              </w:rPr>
              <w:t>$500 property; $0 crops, reported for the zone (2015 dollars)</w:t>
            </w:r>
          </w:p>
        </w:tc>
        <w:tc>
          <w:tcPr>
            <w:tcW w:type="dxa" w:w="1153"/>
          </w:tcPr>
          <w:p>
            <w:pPr>
              <w:spacing w:after="0"/>
              <w:jc w:val="right"/>
            </w:pPr>
            <w:r>
              <w:rPr>
                <w:sz w:val="16"/>
              </w:rPr>
              <w:t>0, 0</w:t>
            </w:r>
          </w:p>
        </w:tc>
        <w:tc>
          <w:tcPr>
            <w:tcW w:type="dxa" w:w="2074"/>
          </w:tcPr>
          <w:p>
            <w:pPr>
              <w:spacing w:after="0"/>
              <w:jc w:val="left"/>
            </w:pPr>
            <w:r>
              <w:rPr>
                <w:sz w:val="16"/>
              </w:rPr>
              <w:t>NWS zone PRZ004 (EASTERN INTERIOR), zone-level: may include parts of neighboring counties</w:t>
            </w:r>
          </w:p>
        </w:tc>
        <w:tc>
          <w:tcPr>
            <w:tcW w:type="dxa" w:w="2407"/>
          </w:tcPr>
          <w:p>
            <w:pPr>
              <w:spacing w:after="0"/>
              <w:jc w:val="left"/>
            </w:pPr>
          </w:p>
        </w:tc>
        <w:tc>
          <w:tcPr>
            <w:tcW w:type="dxa" w:w="34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2009-12-25</w:t>
            </w:r>
          </w:p>
        </w:tc>
        <w:tc>
          <w:tcPr>
            <w:tcW w:type="dxa" w:w="1215"/>
          </w:tcPr>
          <w:p>
            <w:pPr>
              <w:spacing w:after="0"/>
              <w:jc w:val="left"/>
            </w:pPr>
            <w:r>
              <w:rPr>
                <w:sz w:val="16"/>
              </w:rPr>
              <w:t>Debris Flow</w:t>
            </w:r>
          </w:p>
        </w:tc>
        <w:tc>
          <w:tcPr>
            <w:tcW w:type="dxa" w:w="1069"/>
          </w:tcPr>
          <w:p>
            <w:pPr>
              <w:spacing w:after="0"/>
              <w:jc w:val="left"/>
            </w:pPr>
          </w:p>
        </w:tc>
        <w:tc>
          <w:tcPr>
            <w:tcW w:type="dxa" w:w="1706"/>
          </w:tcPr>
          <w:p>
            <w:pPr>
              <w:spacing w:after="0"/>
              <w:jc w:val="left"/>
            </w:pPr>
            <w:r>
              <w:rPr>
                <w:sz w:val="16"/>
              </w:rPr>
              <w:t>$4,800,000 property; $0 crops, reported for the zone (2009 dollars)</w:t>
            </w:r>
          </w:p>
        </w:tc>
        <w:tc>
          <w:tcPr>
            <w:tcW w:type="dxa" w:w="1153"/>
          </w:tcPr>
          <w:p>
            <w:pPr>
              <w:spacing w:after="0"/>
              <w:jc w:val="right"/>
            </w:pPr>
            <w:r>
              <w:rPr>
                <w:sz w:val="16"/>
              </w:rPr>
              <w:t>0, 0</w:t>
            </w:r>
          </w:p>
        </w:tc>
        <w:tc>
          <w:tcPr>
            <w:tcW w:type="dxa" w:w="2074"/>
          </w:tcPr>
          <w:p>
            <w:pPr>
              <w:spacing w:after="0"/>
              <w:jc w:val="left"/>
            </w:pPr>
            <w:r>
              <w:rPr>
                <w:sz w:val="16"/>
              </w:rPr>
              <w:t>NWS zone PRZ004 (EASTERN INTERIOR), zone-level: may include parts of neighboring counties</w:t>
            </w:r>
          </w:p>
        </w:tc>
        <w:tc>
          <w:tcPr>
            <w:tcW w:type="dxa" w:w="2407"/>
          </w:tcPr>
          <w:p>
            <w:pPr>
              <w:spacing w:after="0"/>
              <w:jc w:val="left"/>
            </w:pPr>
          </w:p>
        </w:tc>
        <w:tc>
          <w:tcPr>
            <w:tcW w:type="dxa" w:w="3450"/>
          </w:tcPr>
          <w:p>
            <w:pPr>
              <w:spacing w:after="0"/>
              <w:jc w:val="left"/>
            </w:pPr>
            <w:r>
              <w:rPr>
                <w:sz w:val="16"/>
              </w:rPr>
              <w:t>B1-c worst recorded: Debris Flow</w:t>
            </w:r>
          </w:p>
        </w:tc>
      </w:tr>
      <w:tr>
        <w:trPr>
          <w:cantSplit/>
        </w:trPr>
        <w:tc>
          <w:tcPr>
            <w:tcW w:type="dxa" w:w="1037"/>
          </w:tcPr>
          <w:p>
            <w:pPr>
              <w:spacing w:after="0"/>
              <w:jc w:val="left"/>
            </w:pPr>
            <w:r>
              <w:rPr>
                <w:sz w:val="16"/>
              </w:rPr>
              <w:t>2008-09-21</w:t>
            </w:r>
          </w:p>
        </w:tc>
        <w:tc>
          <w:tcPr>
            <w:tcW w:type="dxa" w:w="1215"/>
          </w:tcPr>
          <w:p>
            <w:pPr>
              <w:spacing w:after="0"/>
              <w:jc w:val="left"/>
            </w:pPr>
            <w:r>
              <w:rPr>
                <w:sz w:val="16"/>
              </w:rPr>
              <w:t>Flash Flood</w:t>
            </w:r>
          </w:p>
        </w:tc>
        <w:tc>
          <w:tcPr>
            <w:tcW w:type="dxa" w:w="1069"/>
          </w:tcPr>
          <w:p>
            <w:pPr>
              <w:spacing w:after="0"/>
              <w:jc w:val="left"/>
            </w:pPr>
          </w:p>
        </w:tc>
        <w:tc>
          <w:tcPr>
            <w:tcW w:type="dxa" w:w="1706"/>
          </w:tcPr>
          <w:p>
            <w:pPr>
              <w:spacing w:after="0"/>
              <w:jc w:val="left"/>
            </w:pPr>
            <w:r>
              <w:rPr>
                <w:sz w:val="16"/>
              </w:rPr>
              <w:t>$10,000 property; $0 crops, reported for the zone (2008 dollars)</w:t>
            </w:r>
          </w:p>
        </w:tc>
        <w:tc>
          <w:tcPr>
            <w:tcW w:type="dxa" w:w="1153"/>
          </w:tcPr>
          <w:p>
            <w:pPr>
              <w:spacing w:after="0"/>
              <w:jc w:val="right"/>
            </w:pPr>
            <w:r>
              <w:rPr>
                <w:sz w:val="16"/>
              </w:rPr>
              <w:t>1, 0</w:t>
            </w:r>
          </w:p>
        </w:tc>
        <w:tc>
          <w:tcPr>
            <w:tcW w:type="dxa" w:w="2074"/>
          </w:tcPr>
          <w:p>
            <w:pPr>
              <w:spacing w:after="0"/>
              <w:jc w:val="left"/>
            </w:pPr>
            <w:r>
              <w:rPr>
                <w:sz w:val="16"/>
              </w:rPr>
              <w:t>NWS zone PRZ004 (EASTERN INTERIOR), zone-level: may include parts of neighboring counties</w:t>
            </w:r>
          </w:p>
        </w:tc>
        <w:tc>
          <w:tcPr>
            <w:tcW w:type="dxa" w:w="2407"/>
          </w:tcPr>
          <w:p>
            <w:pPr>
              <w:spacing w:after="0"/>
              <w:jc w:val="left"/>
            </w:pPr>
          </w:p>
        </w:tc>
        <w:tc>
          <w:tcPr>
            <w:tcW w:type="dxa" w:w="3450"/>
          </w:tcPr>
          <w:p>
            <w:pPr>
              <w:spacing w:after="0"/>
              <w:jc w:val="left"/>
            </w:pPr>
            <w:r>
              <w:rPr>
                <w:sz w:val="16"/>
              </w:rPr>
              <w:t>deaths or injuries recorded</w:t>
            </w:r>
          </w:p>
        </w:tc>
      </w:tr>
      <w:tr>
        <w:trPr>
          <w:cantSplit/>
        </w:trPr>
        <w:tc>
          <w:tcPr>
            <w:tcW w:type="dxa" w:w="1037"/>
          </w:tcPr>
          <w:p>
            <w:pPr>
              <w:spacing w:after="0"/>
              <w:jc w:val="left"/>
            </w:pPr>
            <w:r>
              <w:rPr>
                <w:sz w:val="16"/>
              </w:rPr>
              <w:t>2004-11-12</w:t>
            </w:r>
          </w:p>
        </w:tc>
        <w:tc>
          <w:tcPr>
            <w:tcW w:type="dxa" w:w="1215"/>
          </w:tcPr>
          <w:p>
            <w:pPr>
              <w:spacing w:after="0"/>
              <w:jc w:val="left"/>
            </w:pPr>
            <w:r>
              <w:rPr>
                <w:sz w:val="16"/>
              </w:rPr>
              <w:t>Flood</w:t>
            </w:r>
          </w:p>
        </w:tc>
        <w:tc>
          <w:tcPr>
            <w:tcW w:type="dxa" w:w="1069"/>
          </w:tcPr>
          <w:p>
            <w:pPr>
              <w:spacing w:after="0"/>
              <w:jc w:val="left"/>
            </w:pPr>
          </w:p>
        </w:tc>
        <w:tc>
          <w:tcPr>
            <w:tcW w:type="dxa" w:w="1706"/>
          </w:tcPr>
          <w:p>
            <w:pPr>
              <w:spacing w:after="0"/>
              <w:jc w:val="left"/>
            </w:pPr>
            <w:r>
              <w:rPr>
                <w:sz w:val="16"/>
              </w:rPr>
              <w:t>$1,500,000 property; crops not reported, reported for the zone (2004 dollars)</w:t>
            </w:r>
          </w:p>
        </w:tc>
        <w:tc>
          <w:tcPr>
            <w:tcW w:type="dxa" w:w="1153"/>
          </w:tcPr>
          <w:p>
            <w:pPr>
              <w:spacing w:after="0"/>
              <w:jc w:val="right"/>
            </w:pPr>
            <w:r>
              <w:rPr>
                <w:sz w:val="16"/>
              </w:rPr>
              <w:t>2, 2</w:t>
            </w:r>
          </w:p>
        </w:tc>
        <w:tc>
          <w:tcPr>
            <w:tcW w:type="dxa" w:w="2074"/>
          </w:tcPr>
          <w:p>
            <w:pPr>
              <w:spacing w:after="0"/>
              <w:jc w:val="left"/>
            </w:pPr>
            <w:r>
              <w:rPr>
                <w:sz w:val="16"/>
              </w:rPr>
              <w:t>NWS zone PRZ004 (EASTERN INTERIOR), zone-level: may include parts of neighboring counties</w:t>
            </w:r>
          </w:p>
        </w:tc>
        <w:tc>
          <w:tcPr>
            <w:tcW w:type="dxa" w:w="2407"/>
          </w:tcPr>
          <w:p>
            <w:pPr>
              <w:spacing w:after="0"/>
              <w:jc w:val="left"/>
            </w:pPr>
          </w:p>
        </w:tc>
        <w:tc>
          <w:tcPr>
            <w:tcW w:type="dxa" w:w="3450"/>
          </w:tcPr>
          <w:p>
            <w:pPr>
              <w:spacing w:after="0"/>
              <w:jc w:val="left"/>
            </w:pPr>
            <w:r>
              <w:rPr>
                <w:sz w:val="16"/>
              </w:rPr>
              <w:t>deaths or injuries recorded</w:t>
            </w:r>
          </w:p>
        </w:tc>
      </w:tr>
      <w:tr>
        <w:trPr>
          <w:cantSplit/>
        </w:trPr>
        <w:tc>
          <w:tcPr>
            <w:tcW w:type="dxa" w:w="1037"/>
          </w:tcPr>
          <w:p>
            <w:pPr>
              <w:spacing w:after="0"/>
              <w:jc w:val="left"/>
            </w:pPr>
            <w:r>
              <w:rPr>
                <w:sz w:val="16"/>
              </w:rPr>
              <w:t>2003-11-10</w:t>
            </w:r>
          </w:p>
        </w:tc>
        <w:tc>
          <w:tcPr>
            <w:tcW w:type="dxa" w:w="1215"/>
          </w:tcPr>
          <w:p>
            <w:pPr>
              <w:spacing w:after="0"/>
              <w:jc w:val="left"/>
            </w:pPr>
            <w:r>
              <w:rPr>
                <w:sz w:val="16"/>
              </w:rPr>
              <w:t>Flood</w:t>
            </w:r>
          </w:p>
        </w:tc>
        <w:tc>
          <w:tcPr>
            <w:tcW w:type="dxa" w:w="1069"/>
          </w:tcPr>
          <w:p>
            <w:pPr>
              <w:spacing w:after="0"/>
              <w:jc w:val="left"/>
            </w:pPr>
          </w:p>
        </w:tc>
        <w:tc>
          <w:tcPr>
            <w:tcW w:type="dxa" w:w="1706"/>
          </w:tcPr>
          <w:p>
            <w:pPr>
              <w:spacing w:after="0"/>
              <w:jc w:val="left"/>
            </w:pPr>
            <w:r>
              <w:rPr>
                <w:sz w:val="16"/>
              </w:rPr>
              <w:t>$1,000,000 property; $1,000,000 crops, reported for the zone (2003 dollars)</w:t>
            </w:r>
          </w:p>
        </w:tc>
        <w:tc>
          <w:tcPr>
            <w:tcW w:type="dxa" w:w="1153"/>
          </w:tcPr>
          <w:p>
            <w:pPr>
              <w:spacing w:after="0"/>
              <w:jc w:val="right"/>
            </w:pPr>
            <w:r>
              <w:rPr>
                <w:sz w:val="16"/>
              </w:rPr>
              <w:t>1, 0</w:t>
            </w:r>
          </w:p>
        </w:tc>
        <w:tc>
          <w:tcPr>
            <w:tcW w:type="dxa" w:w="2074"/>
          </w:tcPr>
          <w:p>
            <w:pPr>
              <w:spacing w:after="0"/>
              <w:jc w:val="left"/>
            </w:pPr>
            <w:r>
              <w:rPr>
                <w:sz w:val="16"/>
              </w:rPr>
              <w:t>NWS zone PRZ004 (EASTERN INTERIOR), zone-level: may include parts of neighboring counties</w:t>
            </w:r>
          </w:p>
        </w:tc>
        <w:tc>
          <w:tcPr>
            <w:tcW w:type="dxa" w:w="2407"/>
          </w:tcPr>
          <w:p>
            <w:pPr>
              <w:spacing w:after="0"/>
              <w:jc w:val="left"/>
            </w:pPr>
          </w:p>
        </w:tc>
        <w:tc>
          <w:tcPr>
            <w:tcW w:type="dxa" w:w="345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5"/>
        <w:gridCol w:w="1571"/>
        <w:gridCol w:w="1037"/>
        <w:gridCol w:w="1719"/>
        <w:gridCol w:w="1523"/>
        <w:gridCol w:w="1510"/>
        <w:gridCol w:w="1037"/>
        <w:gridCol w:w="1979"/>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5"/>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5"/>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p>
        </w:tc>
        <w:tc>
          <w:tcPr>
            <w:tcW w:type="dxa" w:w="1510"/>
          </w:tcPr>
          <w:p>
            <w:pPr>
              <w:spacing w:after="0"/>
              <w:jc w:val="left"/>
            </w:pPr>
            <w:r>
              <w:rPr>
                <w:sz w:val="16"/>
              </w:rPr>
              <w:t>1994 to 2023 (30 years)</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r>
              <w:rPr>
                <w:sz w:val="16"/>
              </w:rPr>
              <w:t>0</w:t>
            </w:r>
          </w:p>
        </w:tc>
        <w:tc>
          <w:tcPr>
            <w:tcW w:type="dxa" w:w="1455"/>
          </w:tcPr>
          <w:p>
            <w:pPr>
              <w:spacing w:after="0"/>
              <w:jc w:val="left"/>
            </w:pPr>
            <w:r>
              <w:rPr>
                <w:sz w:val="16"/>
              </w:rPr>
              <w:t>events per year at a location (modeled)</w:t>
            </w:r>
          </w:p>
        </w:tc>
        <w:tc>
          <w:tcPr>
            <w:tcW w:type="dxa" w:w="1571"/>
          </w:tcPr>
          <w:p>
            <w:pPr>
              <w:spacing w:after="0"/>
              <w:jc w:val="left"/>
            </w:pPr>
            <w:r>
              <w:rPr>
                <w:sz w:val="16"/>
              </w:rPr>
              <w:t>none modeled</w:t>
            </w:r>
          </w:p>
        </w:tc>
        <w:tc>
          <w:tcPr>
            <w:tcW w:type="dxa" w:w="1037"/>
          </w:tcPr>
          <w:p>
            <w:pPr>
              <w:spacing w:after="0"/>
              <w:jc w:val="left"/>
            </w:pPr>
            <w:r>
              <w:rPr>
                <w:sz w:val="16"/>
              </w:rPr>
              <w:t>Possible</w:t>
            </w:r>
          </w:p>
        </w:tc>
        <w:tc>
          <w:tcPr>
            <w:tcW w:type="dxa" w:w="1719"/>
          </w:tcPr>
          <w:p>
            <w:pPr>
              <w:spacing w:after="0"/>
              <w:jc w:val="left"/>
            </w:pPr>
            <w:r>
              <w:rPr>
                <w:sz w:val="16"/>
              </w:rPr>
              <w:t>Storm Events records in 1 of 30 years, 1996 to 2025 (3.33%)</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w:t>
            </w:r>
          </w:p>
        </w:tc>
        <w:tc>
          <w:tcPr>
            <w:tcW w:type="dxa" w:w="1455"/>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23"/>
          </w:tcPr>
          <w:p>
            <w:pPr>
              <w:spacing w:after="0"/>
              <w:jc w:val="right"/>
            </w:pPr>
            <w:r>
              <w:rPr>
                <w:sz w:val="16"/>
              </w:rPr>
              <w:t>0</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3.75</w:t>
            </w:r>
          </w:p>
        </w:tc>
        <w:tc>
          <w:tcPr>
            <w:tcW w:type="dxa" w:w="1455"/>
          </w:tcPr>
          <w:p>
            <w:pPr>
              <w:spacing w:after="0"/>
              <w:jc w:val="left"/>
            </w:pPr>
            <w:r>
              <w:rPr>
                <w:sz w:val="16"/>
              </w:rPr>
              <w:t>event-days per year</w:t>
            </w:r>
          </w:p>
        </w:tc>
        <w:tc>
          <w:tcPr>
            <w:tcW w:type="dxa" w:w="1571"/>
          </w:tcPr>
          <w:p>
            <w:pPr>
              <w:spacing w:after="0"/>
              <w:jc w:val="left"/>
            </w:pPr>
            <w:r>
              <w:rPr>
                <w:sz w:val="16"/>
              </w:rPr>
              <w:t>about 3.75 days per year</w:t>
            </w:r>
          </w:p>
        </w:tc>
        <w:tc>
          <w:tcPr>
            <w:tcW w:type="dxa" w:w="1037"/>
          </w:tcPr>
          <w:p>
            <w:pPr>
              <w:spacing w:after="0"/>
              <w:jc w:val="left"/>
            </w:pPr>
            <w:r>
              <w:rPr>
                <w:sz w:val="16"/>
              </w:rPr>
              <w:t>Possible</w:t>
            </w:r>
          </w:p>
        </w:tc>
        <w:tc>
          <w:tcPr>
            <w:tcW w:type="dxa" w:w="1719"/>
          </w:tcPr>
          <w:p>
            <w:pPr>
              <w:spacing w:after="0"/>
              <w:jc w:val="left"/>
            </w:pPr>
            <w:r>
              <w:rPr>
                <w:sz w:val="16"/>
              </w:rPr>
              <w:t>event-days in 1 of 30 years, 1996 to 2025 (3.33%)</w:t>
            </w:r>
          </w:p>
        </w:tc>
        <w:tc>
          <w:tcPr>
            <w:tcW w:type="dxa" w:w="1523"/>
          </w:tcPr>
          <w:p>
            <w:pPr>
              <w:spacing w:after="0"/>
              <w:jc w:val="right"/>
            </w:pPr>
            <w:r>
              <w:rPr>
                <w:sz w:val="16"/>
              </w:rPr>
              <w:t>112</w:t>
            </w:r>
          </w:p>
        </w:tc>
        <w:tc>
          <w:tcPr>
            <w:tcW w:type="dxa" w:w="15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9"/>
          </w:tcPr>
          <w:p>
            <w:pPr>
              <w:spacing w:after="0"/>
              <w:jc w:val="left"/>
            </w:pPr>
            <w:r>
              <w:rPr>
                <w:sz w:val="16"/>
              </w:rPr>
              <w:t>NRI gives about 3.75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0.0398</w:t>
            </w:r>
          </w:p>
        </w:tc>
        <w:tc>
          <w:tcPr>
            <w:tcW w:type="dxa" w:w="1455"/>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3.98%</w:t>
            </w: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0.0266</w:t>
            </w:r>
          </w:p>
        </w:tc>
        <w:tc>
          <w:tcPr>
            <w:tcW w:type="dxa" w:w="1455"/>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23"/>
          </w:tcPr>
          <w:p>
            <w:pPr>
              <w:spacing w:after="0"/>
              <w:jc w:val="right"/>
            </w:pPr>
            <w:r>
              <w:rPr>
                <w:sz w:val="16"/>
              </w:rPr>
              <w:t>1.0 (modeled)</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0.000519</w:t>
            </w:r>
          </w:p>
        </w:tc>
        <w:tc>
          <w:tcPr>
            <w:tcW w:type="dxa" w:w="1455"/>
          </w:tcPr>
          <w:p>
            <w:pPr>
              <w:spacing w:after="0"/>
              <w:jc w:val="left"/>
            </w:pPr>
            <w:r>
              <w:rPr>
                <w:sz w:val="16"/>
              </w:rPr>
              <w:t>event-days per year</w:t>
            </w:r>
          </w:p>
        </w:tc>
        <w:tc>
          <w:tcPr>
            <w:tcW w:type="dxa" w:w="1571"/>
          </w:tcPr>
          <w:p>
            <w:pPr>
              <w:spacing w:after="0"/>
              <w:jc w:val="left"/>
            </w:pPr>
            <w:r>
              <w:rPr>
                <w:sz w:val="16"/>
              </w:rPr>
              <w:t>about 0.000519 days per year</w:t>
            </w:r>
          </w:p>
        </w:tc>
        <w:tc>
          <w:tcPr>
            <w:tcW w:type="dxa" w:w="1037"/>
          </w:tcPr>
          <w:p>
            <w:pPr>
              <w:spacing w:after="0"/>
              <w:jc w:val="left"/>
            </w:pPr>
            <w:r>
              <w:rPr>
                <w:sz w:val="16"/>
              </w:rPr>
              <w:t>Possible</w:t>
            </w:r>
          </w:p>
        </w:tc>
        <w:tc>
          <w:tcPr>
            <w:tcW w:type="dxa" w:w="1719"/>
          </w:tcPr>
          <w:p>
            <w:pPr>
              <w:spacing w:after="0"/>
              <w:jc w:val="left"/>
            </w:pPr>
            <w:r>
              <w:rPr>
                <w:sz w:val="16"/>
              </w:rPr>
              <w:t>event-days in 1 of 30 years, 1996 to 2025 (3.33%)</w:t>
            </w:r>
          </w:p>
        </w:tc>
        <w:tc>
          <w:tcPr>
            <w:tcW w:type="dxa" w:w="1523"/>
          </w:tcPr>
          <w:p>
            <w:pPr>
              <w:spacing w:after="0"/>
              <w:jc w:val="right"/>
            </w:pPr>
            <w:r>
              <w:rPr>
                <w:sz w:val="16"/>
              </w:rPr>
              <w:t>0.00978</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r>
              <w:rPr>
                <w:sz w:val="16"/>
              </w:rPr>
              <w:t>0.173</w:t>
            </w:r>
          </w:p>
        </w:tc>
        <w:tc>
          <w:tcPr>
            <w:tcW w:type="dxa" w:w="1455"/>
          </w:tcPr>
          <w:p>
            <w:pPr>
              <w:spacing w:after="0"/>
              <w:jc w:val="left"/>
            </w:pPr>
            <w:r>
              <w:rPr>
                <w:sz w:val="16"/>
              </w:rPr>
              <w:t>events per year</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19"/>
          </w:tcPr>
          <w:p>
            <w:pPr>
              <w:spacing w:after="0"/>
              <w:jc w:val="left"/>
            </w:pPr>
            <w:r>
              <w:rPr>
                <w:sz w:val="16"/>
              </w:rPr>
              <w:t>FEMA annualized frequency (modeled)</w:t>
            </w:r>
          </w:p>
        </w:tc>
        <w:tc>
          <w:tcPr>
            <w:tcW w:type="dxa" w:w="1523"/>
          </w:tcPr>
          <w:p>
            <w:pPr>
              <w:spacing w:after="0"/>
              <w:jc w:val="right"/>
            </w:pPr>
            <w:r>
              <w:rPr>
                <w:sz w:val="16"/>
              </w:rPr>
              <w:t>44</w:t>
            </w:r>
          </w:p>
        </w:tc>
        <w:tc>
          <w:tcPr>
            <w:tcW w:type="dxa" w:w="1510"/>
          </w:tcPr>
          <w:p>
            <w:pPr>
              <w:spacing w:after="0"/>
              <w:jc w:val="left"/>
            </w:pPr>
            <w:r>
              <w:rPr>
                <w:sz w:val="16"/>
              </w:rPr>
              <w:t>1851 to 2024 (Atlantic)</w:t>
            </w:r>
          </w:p>
        </w:tc>
        <w:tc>
          <w:tcPr>
            <w:tcW w:type="dxa" w:w="1037"/>
          </w:tcPr>
          <w:p>
            <w:pPr>
              <w:spacing w:after="0"/>
              <w:jc w:val="left"/>
            </w:pPr>
            <w:r>
              <w:rPr>
                <w:sz w:val="16"/>
              </w:rPr>
              <w:t>see B1-f</w:t>
            </w:r>
          </w:p>
        </w:tc>
        <w:tc>
          <w:tcPr>
            <w:tcW w:type="dxa" w:w="197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p>
        </w:tc>
        <w:tc>
          <w:tcPr>
            <w:tcW w:type="dxa" w:w="1455"/>
          </w:tcPr>
          <w:p>
            <w:pPr>
              <w:spacing w:after="0"/>
              <w:jc w:val="left"/>
            </w:pPr>
            <w:r>
              <w:rPr>
                <w:sz w:val="16"/>
              </w:rPr>
              <w:t>event-days per year</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p>
        </w:tc>
        <w:tc>
          <w:tcPr>
            <w:tcW w:type="dxa" w:w="1510"/>
          </w:tcPr>
          <w:p>
            <w:pPr>
              <w:spacing w:after="0"/>
              <w:jc w:val="left"/>
            </w:pPr>
            <w:r>
              <w:rPr>
                <w:sz w:val="16"/>
              </w:rPr>
              <w:t>1946-12-31 to 2014-02-12 (67 years)</w:t>
            </w:r>
          </w:p>
        </w:tc>
        <w:tc>
          <w:tcPr>
            <w:tcW w:type="dxa" w:w="1037"/>
          </w:tcPr>
          <w:p>
            <w:pPr>
              <w:spacing w:after="0"/>
              <w:jc w:val="left"/>
            </w:pPr>
            <w:r>
              <w:rPr>
                <w:sz w:val="16"/>
              </w:rPr>
              <w:t>countywide</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1.29</w:t>
            </w:r>
          </w:p>
        </w:tc>
        <w:tc>
          <w:tcPr>
            <w:tcW w:type="dxa" w:w="1455"/>
          </w:tcPr>
          <w:p>
            <w:pPr>
              <w:spacing w:after="0"/>
              <w:jc w:val="left"/>
            </w:pPr>
            <w:r>
              <w:rPr>
                <w:sz w:val="16"/>
              </w:rPr>
              <w:t>event-days per year</w:t>
            </w:r>
          </w:p>
        </w:tc>
        <w:tc>
          <w:tcPr>
            <w:tcW w:type="dxa" w:w="1571"/>
          </w:tcPr>
          <w:p>
            <w:pPr>
              <w:spacing w:after="0"/>
              <w:jc w:val="left"/>
            </w:pPr>
            <w:r>
              <w:rPr>
                <w:sz w:val="16"/>
              </w:rPr>
              <w:t>about 1.29 days per year</w:t>
            </w:r>
          </w:p>
        </w:tc>
        <w:tc>
          <w:tcPr>
            <w:tcW w:type="dxa" w:w="1037"/>
          </w:tcPr>
          <w:p>
            <w:pPr>
              <w:spacing w:after="0"/>
              <w:jc w:val="left"/>
            </w:pPr>
            <w:r>
              <w:rPr>
                <w:sz w:val="16"/>
              </w:rPr>
              <w:t>Likely</w:t>
            </w:r>
          </w:p>
        </w:tc>
        <w:tc>
          <w:tcPr>
            <w:tcW w:type="dxa" w:w="1719"/>
          </w:tcPr>
          <w:p>
            <w:pPr>
              <w:spacing w:after="0"/>
              <w:jc w:val="left"/>
            </w:pPr>
            <w:r>
              <w:rPr>
                <w:sz w:val="16"/>
              </w:rPr>
              <w:t>event-days in 24 of 30 years, 1996 to 2025 (80%)</w:t>
            </w:r>
          </w:p>
        </w:tc>
        <w:tc>
          <w:tcPr>
            <w:tcW w:type="dxa" w:w="1523"/>
          </w:tcPr>
          <w:p>
            <w:pPr>
              <w:spacing w:after="0"/>
              <w:jc w:val="right"/>
            </w:pPr>
            <w:r>
              <w:rPr>
                <w:sz w:val="16"/>
              </w:rPr>
              <w:t>36</w:t>
            </w:r>
          </w:p>
        </w:tc>
        <w:tc>
          <w:tcPr>
            <w:tcW w:type="dxa" w:w="1510"/>
          </w:tcPr>
          <w:p>
            <w:pPr>
              <w:spacing w:after="0"/>
              <w:jc w:val="left"/>
            </w:pPr>
            <w:r>
              <w:rPr>
                <w:sz w:val="16"/>
              </w:rPr>
              <w:t>1996 to 2023 (28 years)</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14.3</w:t>
            </w:r>
          </w:p>
        </w:tc>
        <w:tc>
          <w:tcPr>
            <w:tcW w:type="dxa" w:w="1455"/>
          </w:tcPr>
          <w:p>
            <w:pPr>
              <w:spacing w:after="0"/>
              <w:jc w:val="left"/>
            </w:pPr>
            <w:r>
              <w:rPr>
                <w:sz w:val="16"/>
              </w:rPr>
              <w:t>events per year (modeled)</w:t>
            </w:r>
          </w:p>
        </w:tc>
        <w:tc>
          <w:tcPr>
            <w:tcW w:type="dxa" w:w="1571"/>
          </w:tcPr>
          <w:p>
            <w:pPr>
              <w:spacing w:after="0"/>
              <w:jc w:val="left"/>
            </w:pPr>
            <w:r>
              <w:rPr>
                <w:sz w:val="16"/>
              </w:rPr>
              <w:t>about 14.3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64.6</w:t>
            </w:r>
          </w:p>
        </w:tc>
        <w:tc>
          <w:tcPr>
            <w:tcW w:type="dxa" w:w="1455"/>
          </w:tcPr>
          <w:p>
            <w:pPr>
              <w:spacing w:after="0"/>
              <w:jc w:val="left"/>
            </w:pPr>
            <w:r>
              <w:rPr>
                <w:sz w:val="16"/>
              </w:rPr>
              <w:t>days per year with a strike</w:t>
            </w:r>
          </w:p>
        </w:tc>
        <w:tc>
          <w:tcPr>
            <w:tcW w:type="dxa" w:w="1571"/>
          </w:tcPr>
          <w:p>
            <w:pPr>
              <w:spacing w:after="0"/>
              <w:jc w:val="left"/>
            </w:pPr>
            <w:r>
              <w:rPr>
                <w:sz w:val="16"/>
              </w:rPr>
              <w:t>about 64.6 days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1995 to 2023 (29 years; CONUS)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0.00498</w:t>
            </w:r>
          </w:p>
        </w:tc>
        <w:tc>
          <w:tcPr>
            <w:tcW w:type="dxa" w:w="1455"/>
          </w:tcPr>
          <w:p>
            <w:pPr>
              <w:spacing w:after="0"/>
              <w:jc w:val="left"/>
            </w:pPr>
            <w:r>
              <w:rPr>
                <w:sz w:val="16"/>
              </w:rPr>
              <w:t>events per year</w:t>
            </w:r>
          </w:p>
        </w:tc>
        <w:tc>
          <w:tcPr>
            <w:tcW w:type="dxa" w:w="1571"/>
          </w:tcPr>
          <w:p>
            <w:pPr>
              <w:spacing w:after="0"/>
              <w:jc w:val="left"/>
            </w:pPr>
            <w:r>
              <w:rPr>
                <w:sz w:val="16"/>
              </w:rPr>
              <w:t>about 1 in 201 years</w:t>
            </w:r>
          </w:p>
        </w:tc>
        <w:tc>
          <w:tcPr>
            <w:tcW w:type="dxa" w:w="1037"/>
          </w:tcPr>
          <w:p>
            <w:pPr>
              <w:spacing w:after="0"/>
              <w:jc w:val="left"/>
            </w:pPr>
            <w:r>
              <w:rPr>
                <w:sz w:val="16"/>
              </w:rPr>
              <w:t>Unlikely</w:t>
            </w:r>
          </w:p>
        </w:tc>
        <w:tc>
          <w:tcPr>
            <w:tcW w:type="dxa" w:w="1719"/>
          </w:tcPr>
          <w:p>
            <w:pPr>
              <w:spacing w:after="0"/>
              <w:jc w:val="left"/>
            </w:pPr>
            <w:r>
              <w:rPr>
                <w:sz w:val="16"/>
              </w:rPr>
              <w:t>FEMA annualized frequency (modeled)</w:t>
            </w:r>
          </w:p>
        </w:tc>
        <w:tc>
          <w:tcPr>
            <w:tcW w:type="dxa" w:w="1523"/>
          </w:tcPr>
          <w:p>
            <w:pPr>
              <w:spacing w:after="0"/>
              <w:jc w:val="right"/>
            </w:pPr>
            <w:r>
              <w:rPr>
                <w:sz w:val="16"/>
              </w:rPr>
              <w:t>1</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0.00249</w:t>
            </w:r>
          </w:p>
        </w:tc>
        <w:tc>
          <w:tcPr>
            <w:tcW w:type="dxa" w:w="1455"/>
          </w:tcPr>
          <w:p>
            <w:pPr>
              <w:spacing w:after="0"/>
              <w:jc w:val="left"/>
            </w:pPr>
            <w:r>
              <w:rPr>
                <w:sz w:val="16"/>
              </w:rPr>
              <w:t>events per year</w:t>
            </w:r>
          </w:p>
        </w:tc>
        <w:tc>
          <w:tcPr>
            <w:tcW w:type="dxa" w:w="1571"/>
          </w:tcPr>
          <w:p>
            <w:pPr>
              <w:spacing w:after="0"/>
              <w:jc w:val="left"/>
            </w:pPr>
            <w:r>
              <w:rPr>
                <w:sz w:val="16"/>
              </w:rPr>
              <w:t>about 1 in 402 years</w:t>
            </w:r>
          </w:p>
        </w:tc>
        <w:tc>
          <w:tcPr>
            <w:tcW w:type="dxa" w:w="1037"/>
          </w:tcPr>
          <w:p>
            <w:pPr>
              <w:spacing w:after="0"/>
              <w:jc w:val="left"/>
            </w:pPr>
            <w:r>
              <w:rPr>
                <w:sz w:val="16"/>
              </w:rPr>
              <w:t>Unlikely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1950 to 2023 (EF2+); 1986 to 2023 (EF0-1)</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5"/>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r>
              <w:rPr>
                <w:sz w:val="16"/>
              </w:rPr>
              <w:t>0.0101</w:t>
            </w:r>
          </w:p>
        </w:tc>
        <w:tc>
          <w:tcPr>
            <w:tcW w:type="dxa" w:w="1455"/>
          </w:tcPr>
          <w:p>
            <w:pPr>
              <w:spacing w:after="0"/>
              <w:jc w:val="left"/>
            </w:pPr>
            <w:r>
              <w:rPr>
                <w:sz w:val="16"/>
              </w:rPr>
              <w:t>annual probability</w:t>
            </w:r>
          </w:p>
        </w:tc>
        <w:tc>
          <w:tcPr>
            <w:tcW w:type="dxa" w:w="1571"/>
          </w:tcPr>
          <w:p>
            <w:pPr>
              <w:spacing w:after="0"/>
              <w:jc w:val="left"/>
            </w:pPr>
            <w:r>
              <w:rPr>
                <w:sz w:val="16"/>
              </w:rPr>
              <w:t>about 1 in 99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p>
        </w:tc>
        <w:tc>
          <w:tcPr>
            <w:tcW w:type="dxa" w:w="1455"/>
          </w:tcPr>
          <w:p>
            <w:pPr>
              <w:spacing w:after="0"/>
              <w:jc w:val="left"/>
            </w:pPr>
            <w:r>
              <w:rPr>
                <w:sz w:val="16"/>
              </w:rPr>
              <w:t>annual probability at a location</w:t>
            </w:r>
          </w:p>
        </w:tc>
        <w:tc>
          <w:tcPr>
            <w:tcW w:type="dxa" w:w="1571"/>
          </w:tcPr>
          <w:p>
            <w:pPr>
              <w:spacing w:after="0"/>
              <w:jc w:val="left"/>
            </w:pPr>
          </w:p>
        </w:tc>
        <w:tc>
          <w:tcPr>
            <w:tcW w:type="dxa" w:w="1037"/>
          </w:tcPr>
          <w:p>
            <w:pPr>
              <w:spacing w:after="0"/>
              <w:jc w:val="left"/>
            </w:pPr>
          </w:p>
        </w:tc>
        <w:tc>
          <w:tcPr>
            <w:tcW w:type="dxa" w:w="171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0</w:t>
            </w:r>
          </w:p>
        </w:tc>
        <w:tc>
          <w:tcPr>
            <w:tcW w:type="dxa" w:w="1455"/>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23"/>
          </w:tcPr>
          <w:p>
            <w:pPr>
              <w:spacing w:after="0"/>
              <w:jc w:val="right"/>
            </w:pPr>
            <w:r>
              <w:rPr>
                <w:sz w:val="16"/>
              </w:rPr>
              <w:t>0</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34</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34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34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34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34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0"/>
        <w:gridCol w:w="709"/>
        <w:gridCol w:w="2106"/>
        <w:gridCol w:w="2199"/>
        <w:gridCol w:w="1547"/>
        <w:gridCol w:w="1882"/>
        <w:gridCol w:w="4030"/>
      </w:tblGrid>
      <w:tr>
        <w:trPr>
          <w:cantSplit/>
          <w:tblHeader/>
        </w:trPr>
        <w:tc>
          <w:tcPr>
            <w:tcW w:type="dxa" w:w="1640"/>
            <w:shd w:val="clear" w:color="auto" w:fill="E8E8E8"/>
          </w:tcPr>
          <w:p>
            <w:pPr>
              <w:spacing w:after="0"/>
              <w:jc w:val="left"/>
            </w:pPr>
            <w:r>
              <w:rPr>
                <w:b/>
                <w:sz w:val="16"/>
              </w:rPr>
              <w:t>Member</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Plan status</w:t>
            </w:r>
          </w:p>
        </w:tc>
        <w:tc>
          <w:tcPr>
            <w:tcW w:type="dxa" w:w="21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30"/>
            <w:shd w:val="clear" w:color="auto" w:fill="E8E8E8"/>
          </w:tcPr>
          <w:p>
            <w:pPr>
              <w:spacing w:after="0"/>
              <w:jc w:val="left"/>
            </w:pPr>
            <w:r>
              <w:rPr>
                <w:b/>
                <w:sz w:val="16"/>
              </w:rPr>
              <w:t>Notes</w:t>
            </w:r>
          </w:p>
        </w:tc>
      </w:tr>
      <w:tr>
        <w:trPr>
          <w:cantSplit/>
        </w:trPr>
        <w:tc>
          <w:tcPr>
            <w:tcW w:type="dxa" w:w="1640"/>
          </w:tcPr>
          <w:p>
            <w:pPr>
              <w:spacing w:after="0"/>
              <w:jc w:val="left"/>
            </w:pPr>
            <w:r>
              <w:rPr>
                <w:sz w:val="16"/>
              </w:rPr>
              <w:t>Caguas Municipio</w:t>
            </w:r>
          </w:p>
        </w:tc>
        <w:tc>
          <w:tcPr>
            <w:tcW w:type="dxa" w:w="709"/>
          </w:tcPr>
          <w:p>
            <w:pPr>
              <w:spacing w:after="0"/>
              <w:jc w:val="left"/>
            </w:pPr>
            <w:r>
              <w:rPr>
                <w:sz w:val="16"/>
              </w:rPr>
              <w:t>County</w:t>
            </w:r>
          </w:p>
        </w:tc>
        <w:tc>
          <w:tcPr>
            <w:tcW w:type="dxa" w:w="2106"/>
          </w:tcPr>
          <w:p>
            <w:pPr>
              <w:spacing w:after="0"/>
              <w:jc w:val="left"/>
            </w:pPr>
            <w:r>
              <w:rPr>
                <w:sz w:val="16"/>
              </w:rPr>
              <w:t>Expired on 2026-02-10</w:t>
            </w:r>
          </w:p>
        </w:tc>
        <w:tc>
          <w:tcPr>
            <w:tcW w:type="dxa" w:w="2199"/>
          </w:tcPr>
          <w:p>
            <w:pPr>
              <w:spacing w:after="0"/>
              <w:jc w:val="right"/>
            </w:pPr>
            <w:r>
              <w:rPr>
                <w:sz w:val="16"/>
              </w:rPr>
              <w:t>FMA RL 0, SRL 0; any 0</w:t>
            </w:r>
          </w:p>
        </w:tc>
        <w:tc>
          <w:tcPr>
            <w:tcW w:type="dxa" w:w="1547"/>
          </w:tcPr>
          <w:p>
            <w:pPr>
              <w:spacing w:after="0"/>
              <w:jc w:val="right"/>
            </w:pPr>
            <w:r>
              <w:rPr>
                <w:sz w:val="16"/>
              </w:rPr>
              <w:t>$216,259,004.51</w:t>
            </w:r>
          </w:p>
        </w:tc>
        <w:tc>
          <w:tcPr>
            <w:tcW w:type="dxa" w:w="1882"/>
          </w:tcPr>
          <w:p>
            <w:pPr>
              <w:spacing w:after="0"/>
              <w:jc w:val="right"/>
            </w:pPr>
            <w:r>
              <w:rPr>
                <w:sz w:val="16"/>
              </w:rPr>
              <w:t>0; 0</w:t>
            </w:r>
          </w:p>
        </w:tc>
        <w:tc>
          <w:tcPr>
            <w:tcW w:type="dxa" w:w="403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36"/>
        <w:gridCol w:w="1305"/>
        <w:gridCol w:w="1131"/>
        <w:gridCol w:w="1051"/>
        <w:gridCol w:w="1400"/>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2021-02-11</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128"/>
          </w:tcPr>
          <w:p>
            <w:pPr>
              <w:spacing w:after="0"/>
              <w:jc w:val="right"/>
            </w:pPr>
          </w:p>
        </w:tc>
        <w:tc>
          <w:tcPr>
            <w:tcW w:type="dxa" w:w="103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136"/>
          </w:tcPr>
          <w:p>
            <w:pPr>
              <w:spacing w:after="0"/>
              <w:jc w:val="right"/>
            </w:pPr>
            <w:r>
              <w:rPr>
                <w:sz w:val="16"/>
              </w:rPr>
              <w:t>$0</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28"/>
          </w:tcPr>
          <w:p>
            <w:pPr>
              <w:spacing w:after="0"/>
              <w:jc w:val="right"/>
            </w:pPr>
            <w:r>
              <w:rPr>
                <w:sz w:val="16"/>
              </w:rPr>
              <w:t>$0</w:t>
            </w:r>
          </w:p>
        </w:tc>
        <w:tc>
          <w:tcPr>
            <w:tcW w:type="dxa" w:w="103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36"/>
          </w:tcPr>
          <w:p>
            <w:pPr>
              <w:spacing w:after="0"/>
              <w:jc w:val="right"/>
            </w:pPr>
            <w:r>
              <w:rPr>
                <w:sz w:val="16"/>
              </w:rPr>
              <w:t>$0</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28"/>
          </w:tcPr>
          <w:p>
            <w:pPr>
              <w:spacing w:after="0"/>
              <w:jc w:val="right"/>
            </w:pPr>
            <w:r>
              <w:rPr>
                <w:sz w:val="16"/>
              </w:rPr>
              <w:t>$25,966,149</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$29,344</w:t>
            </w:r>
          </w:p>
        </w:tc>
        <w:tc>
          <w:tcPr>
            <w:tcW w:type="dxa" w:w="1136"/>
          </w:tcPr>
          <w:p>
            <w:pPr>
              <w:spacing w:after="0"/>
              <w:jc w:val="right"/>
            </w:pPr>
          </w:p>
        </w:tc>
        <w:tc>
          <w:tcPr>
            <w:tcW w:type="dxa" w:w="1305"/>
          </w:tcPr>
          <w:p>
            <w:pPr>
              <w:spacing w:after="0"/>
              <w:jc w:val="right"/>
            </w:pPr>
            <w:r>
              <w:rPr>
                <w:sz w:val="16"/>
              </w:rPr>
              <w:t>0.113% (agriculture)</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$36,121,148,735</w:t>
            </w:r>
          </w:p>
        </w:tc>
        <w:tc>
          <w:tcPr>
            <w:tcW w:type="dxa" w:w="1128"/>
          </w:tcPr>
          <w:p>
            <w:pPr>
              <w:spacing w:after="0"/>
              <w:jc w:val="right"/>
            </w:pPr>
          </w:p>
        </w:tc>
        <w:tc>
          <w:tcPr>
            <w:tcW w:type="dxa" w:w="1038"/>
          </w:tcPr>
          <w:p>
            <w:pPr>
              <w:spacing w:after="0"/>
              <w:jc w:val="right"/>
            </w:pPr>
            <w:r>
              <w:rPr>
                <w:sz w:val="16"/>
              </w:rPr>
              <w:t>127,244</w:t>
            </w:r>
          </w:p>
        </w:tc>
        <w:tc>
          <w:tcPr>
            <w:tcW w:type="dxa" w:w="1126"/>
          </w:tcPr>
          <w:p>
            <w:pPr>
              <w:spacing w:after="0"/>
              <w:jc w:val="right"/>
            </w:pPr>
            <w:r>
              <w:rPr>
                <w:sz w:val="16"/>
              </w:rPr>
              <w:t>$15,141,352</w:t>
            </w:r>
          </w:p>
        </w:tc>
        <w:tc>
          <w:tcPr>
            <w:tcW w:type="dxa" w:w="1126"/>
          </w:tcPr>
          <w:p>
            <w:pPr>
              <w:spacing w:after="0"/>
              <w:jc w:val="right"/>
            </w:pPr>
          </w:p>
        </w:tc>
        <w:tc>
          <w:tcPr>
            <w:tcW w:type="dxa" w:w="1136"/>
          </w:tcPr>
          <w:p>
            <w:pPr>
              <w:spacing w:after="0"/>
              <w:jc w:val="right"/>
            </w:pPr>
            <w:r>
              <w:rPr>
                <w:sz w:val="16"/>
              </w:rPr>
              <w:t>$12,033,588</w:t>
            </w:r>
          </w:p>
        </w:tc>
        <w:tc>
          <w:tcPr>
            <w:tcW w:type="dxa" w:w="1305"/>
          </w:tcPr>
          <w:p>
            <w:pPr>
              <w:spacing w:after="0"/>
              <w:jc w:val="right"/>
            </w:pPr>
            <w:r>
              <w:rPr>
                <w:sz w:val="16"/>
              </w:rPr>
              <w:t>0.0419%</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$22,255,942,116</w:t>
            </w:r>
          </w:p>
        </w:tc>
        <w:tc>
          <w:tcPr>
            <w:tcW w:type="dxa" w:w="1128"/>
          </w:tcPr>
          <w:p>
            <w:pPr>
              <w:spacing w:after="0"/>
              <w:jc w:val="right"/>
            </w:pPr>
            <w:r>
              <w:rPr>
                <w:sz w:val="16"/>
              </w:rPr>
              <w:t>$67,052,362</w:t>
            </w:r>
          </w:p>
        </w:tc>
        <w:tc>
          <w:tcPr>
            <w:tcW w:type="dxa" w:w="1038"/>
          </w:tcPr>
          <w:p>
            <w:pPr>
              <w:spacing w:after="0"/>
              <w:jc w:val="right"/>
            </w:pPr>
            <w:r>
              <w:rPr>
                <w:sz w:val="16"/>
              </w:rPr>
              <w:t>127,110</w:t>
            </w:r>
          </w:p>
        </w:tc>
        <w:tc>
          <w:tcPr>
            <w:tcW w:type="dxa" w:w="1126"/>
          </w:tcPr>
          <w:p>
            <w:pPr>
              <w:spacing w:after="0"/>
              <w:jc w:val="right"/>
            </w:pPr>
            <w:r>
              <w:rPr>
                <w:sz w:val="16"/>
              </w:rPr>
              <w:t>$269</w:t>
            </w:r>
          </w:p>
        </w:tc>
        <w:tc>
          <w:tcPr>
            <w:tcW w:type="dxa" w:w="1126"/>
          </w:tcPr>
          <w:p>
            <w:pPr>
              <w:spacing w:after="0"/>
              <w:jc w:val="right"/>
            </w:pPr>
            <w:r>
              <w:rPr>
                <w:sz w:val="16"/>
              </w:rPr>
              <w:t>$474</w:t>
            </w:r>
          </w:p>
        </w:tc>
        <w:tc>
          <w:tcPr>
            <w:tcW w:type="dxa" w:w="1136"/>
          </w:tcPr>
          <w:p>
            <w:pPr>
              <w:spacing w:after="0"/>
              <w:jc w:val="right"/>
            </w:pPr>
            <w:r>
              <w:rPr>
                <w:sz w:val="16"/>
              </w:rPr>
              <w:t>$1,786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$495,298,045</w:t>
            </w:r>
          </w:p>
        </w:tc>
        <w:tc>
          <w:tcPr>
            <w:tcW w:type="dxa" w:w="1128"/>
          </w:tcPr>
          <w:p>
            <w:pPr>
              <w:spacing w:after="0"/>
              <w:jc w:val="right"/>
            </w:pPr>
            <w:r>
              <w:rPr>
                <w:sz w:val="16"/>
              </w:rPr>
              <w:t>$0</w:t>
            </w:r>
          </w:p>
        </w:tc>
        <w:tc>
          <w:tcPr>
            <w:tcW w:type="dxa" w:w="1038"/>
          </w:tcPr>
          <w:p>
            <w:pPr>
              <w:spacing w:after="0"/>
              <w:jc w:val="right"/>
            </w:pPr>
            <w:r>
              <w:rPr>
                <w:sz w:val="16"/>
              </w:rPr>
              <w:t>843</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36"/>
          </w:tcPr>
          <w:p>
            <w:pPr>
              <w:spacing w:after="0"/>
              <w:jc w:val="right"/>
            </w:pPr>
            <w:r>
              <w:rPr>
                <w:sz w:val="16"/>
              </w:rPr>
              <w:t>$0</w:t>
            </w:r>
          </w:p>
        </w:tc>
        <w:tc>
          <w:tcPr>
            <w:tcW w:type="dxa" w:w="1305"/>
          </w:tcPr>
          <w:p>
            <w:pPr>
              <w:spacing w:after="0"/>
              <w:jc w:val="right"/>
            </w:pPr>
            <w:r>
              <w:rPr>
                <w:sz w:val="16"/>
              </w:rPr>
              <w:t>0%</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$22,248,088,097</w:t>
            </w:r>
          </w:p>
        </w:tc>
        <w:tc>
          <w:tcPr>
            <w:tcW w:type="dxa" w:w="1128"/>
          </w:tcPr>
          <w:p>
            <w:pPr>
              <w:spacing w:after="0"/>
              <w:jc w:val="right"/>
            </w:pPr>
            <w:r>
              <w:rPr>
                <w:sz w:val="16"/>
              </w:rPr>
              <w:t>$67,052,362</w:t>
            </w:r>
          </w:p>
        </w:tc>
        <w:tc>
          <w:tcPr>
            <w:tcW w:type="dxa" w:w="1038"/>
          </w:tcPr>
          <w:p>
            <w:pPr>
              <w:spacing w:after="0"/>
              <w:jc w:val="right"/>
            </w:pPr>
            <w:r>
              <w:rPr>
                <w:sz w:val="16"/>
              </w:rPr>
              <w:t>127,061</w:t>
            </w:r>
          </w:p>
        </w:tc>
        <w:tc>
          <w:tcPr>
            <w:tcW w:type="dxa" w:w="1126"/>
          </w:tcPr>
          <w:p>
            <w:pPr>
              <w:spacing w:after="0"/>
              <w:jc w:val="right"/>
            </w:pPr>
            <w:r>
              <w:rPr>
                <w:sz w:val="16"/>
              </w:rPr>
              <w:t>$55,145,137</w:t>
            </w:r>
          </w:p>
        </w:tc>
        <w:tc>
          <w:tcPr>
            <w:tcW w:type="dxa" w:w="1126"/>
          </w:tcPr>
          <w:p>
            <w:pPr>
              <w:spacing w:after="0"/>
              <w:jc w:val="right"/>
            </w:pPr>
            <w:r>
              <w:rPr>
                <w:sz w:val="16"/>
              </w:rPr>
              <w:t>$521,734</w:t>
            </w:r>
          </w:p>
        </w:tc>
        <w:tc>
          <w:tcPr>
            <w:tcW w:type="dxa" w:w="1136"/>
          </w:tcPr>
          <w:p>
            <w:pPr>
              <w:spacing w:after="0"/>
              <w:jc w:val="right"/>
            </w:pPr>
            <w:r>
              <w:rPr>
                <w:sz w:val="16"/>
              </w:rPr>
              <w:t>$3,274,825</w:t>
            </w:r>
          </w:p>
        </w:tc>
        <w:tc>
          <w:tcPr>
            <w:tcW w:type="dxa" w:w="1305"/>
          </w:tcPr>
          <w:p>
            <w:pPr>
              <w:spacing w:after="0"/>
              <w:jc w:val="right"/>
            </w:pPr>
            <w:r>
              <w:rPr>
                <w:sz w:val="16"/>
              </w:rPr>
              <w:t>0.248%</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r>
              <w:rPr>
                <w:sz w:val="16"/>
              </w:rPr>
              <w:t>$38,524,319.42</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$22,215,184,369</w:t>
            </w:r>
          </w:p>
        </w:tc>
        <w:tc>
          <w:tcPr>
            <w:tcW w:type="dxa" w:w="1128"/>
          </w:tcPr>
          <w:p>
            <w:pPr>
              <w:spacing w:after="0"/>
              <w:jc w:val="right"/>
            </w:pPr>
            <w:r>
              <w:rPr>
                <w:sz w:val="16"/>
              </w:rPr>
              <w:t>$3,659,151</w:t>
            </w:r>
          </w:p>
        </w:tc>
        <w:tc>
          <w:tcPr>
            <w:tcW w:type="dxa" w:w="1038"/>
          </w:tcPr>
          <w:p>
            <w:pPr>
              <w:spacing w:after="0"/>
              <w:jc w:val="right"/>
            </w:pPr>
            <w:r>
              <w:rPr>
                <w:sz w:val="16"/>
              </w:rPr>
              <w:t>10,813</w:t>
            </w:r>
          </w:p>
        </w:tc>
        <w:tc>
          <w:tcPr>
            <w:tcW w:type="dxa" w:w="1126"/>
          </w:tcPr>
          <w:p>
            <w:pPr>
              <w:spacing w:after="0"/>
              <w:jc w:val="right"/>
            </w:pPr>
            <w:r>
              <w:rPr>
                <w:sz w:val="16"/>
              </w:rPr>
              <w:t>$18,324,172</w:t>
            </w:r>
          </w:p>
        </w:tc>
        <w:tc>
          <w:tcPr>
            <w:tcW w:type="dxa" w:w="1126"/>
          </w:tcPr>
          <w:p>
            <w:pPr>
              <w:spacing w:after="0"/>
              <w:jc w:val="right"/>
            </w:pPr>
            <w:r>
              <w:rPr>
                <w:sz w:val="16"/>
              </w:rPr>
              <w:t>$20,849</w:t>
            </w:r>
          </w:p>
        </w:tc>
        <w:tc>
          <w:tcPr>
            <w:tcW w:type="dxa" w:w="1136"/>
          </w:tcPr>
          <w:p>
            <w:pPr>
              <w:spacing w:after="0"/>
              <w:jc w:val="right"/>
            </w:pPr>
            <w:r>
              <w:rPr>
                <w:sz w:val="16"/>
              </w:rPr>
              <w:t>$97,184</w:t>
            </w:r>
          </w:p>
        </w:tc>
        <w:tc>
          <w:tcPr>
            <w:tcW w:type="dxa" w:w="1305"/>
          </w:tcPr>
          <w:p>
            <w:pPr>
              <w:spacing w:after="0"/>
              <w:jc w:val="right"/>
            </w:pPr>
            <w:r>
              <w:rPr>
                <w:sz w:val="16"/>
              </w:rPr>
              <w:t>n/a (see note)</w:t>
            </w:r>
          </w:p>
        </w:tc>
        <w:tc>
          <w:tcPr>
            <w:tcW w:type="dxa" w:w="1131"/>
          </w:tcPr>
          <w:p>
            <w:pPr>
              <w:spacing w:after="0"/>
              <w:jc w:val="right"/>
            </w:pPr>
            <w:r>
              <w:rPr>
                <w:sz w:val="16"/>
              </w:rPr>
              <w:t>$191,200</w:t>
            </w:r>
          </w:p>
        </w:tc>
        <w:tc>
          <w:tcPr>
            <w:tcW w:type="dxa" w:w="1051"/>
          </w:tcPr>
          <w:p>
            <w:pPr>
              <w:spacing w:after="0"/>
              <w:jc w:val="right"/>
            </w:pPr>
          </w:p>
        </w:tc>
        <w:tc>
          <w:tcPr>
            <w:tcW w:type="dxa" w:w="1400"/>
          </w:tcPr>
          <w:p>
            <w:pPr>
              <w:spacing w:after="0"/>
              <w:jc w:val="right"/>
            </w:pPr>
            <w:r>
              <w:rPr>
                <w:sz w:val="16"/>
              </w:rPr>
              <w:t>none found (1 declaration)</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$2,960,313,039</w:t>
            </w:r>
          </w:p>
        </w:tc>
        <w:tc>
          <w:tcPr>
            <w:tcW w:type="dxa" w:w="1128"/>
          </w:tcPr>
          <w:p>
            <w:pPr>
              <w:spacing w:after="0"/>
              <w:jc w:val="right"/>
            </w:pPr>
          </w:p>
        </w:tc>
        <w:tc>
          <w:tcPr>
            <w:tcW w:type="dxa" w:w="1038"/>
          </w:tcPr>
          <w:p>
            <w:pPr>
              <w:spacing w:after="0"/>
              <w:jc w:val="right"/>
            </w:pPr>
            <w:r>
              <w:rPr>
                <w:sz w:val="16"/>
              </w:rPr>
              <w:t>21,336</w:t>
            </w:r>
          </w:p>
        </w:tc>
        <w:tc>
          <w:tcPr>
            <w:tcW w:type="dxa" w:w="1126"/>
          </w:tcPr>
          <w:p>
            <w:pPr>
              <w:spacing w:after="0"/>
              <w:jc w:val="right"/>
            </w:pPr>
            <w:r>
              <w:rPr>
                <w:sz w:val="16"/>
              </w:rPr>
              <w:t>$6,615,498</w:t>
            </w:r>
          </w:p>
        </w:tc>
        <w:tc>
          <w:tcPr>
            <w:tcW w:type="dxa" w:w="1126"/>
          </w:tcPr>
          <w:p>
            <w:pPr>
              <w:spacing w:after="0"/>
              <w:jc w:val="right"/>
            </w:pPr>
          </w:p>
        </w:tc>
        <w:tc>
          <w:tcPr>
            <w:tcW w:type="dxa" w:w="1136"/>
          </w:tcPr>
          <w:p>
            <w:pPr>
              <w:spacing w:after="0"/>
              <w:jc w:val="right"/>
            </w:pPr>
            <w:r>
              <w:rPr>
                <w:sz w:val="16"/>
              </w:rPr>
              <w:t>$167,561</w:t>
            </w:r>
          </w:p>
        </w:tc>
        <w:tc>
          <w:tcPr>
            <w:tcW w:type="dxa" w:w="1305"/>
          </w:tcPr>
          <w:p>
            <w:pPr>
              <w:spacing w:after="0"/>
              <w:jc w:val="right"/>
            </w:pPr>
            <w:r>
              <w:rPr>
                <w:sz w:val="16"/>
              </w:rPr>
              <w:t>0.223%</w:t>
            </w:r>
          </w:p>
        </w:tc>
        <w:tc>
          <w:tcPr>
            <w:tcW w:type="dxa" w:w="1131"/>
          </w:tcPr>
          <w:p>
            <w:pPr>
              <w:spacing w:after="0"/>
              <w:jc w:val="right"/>
            </w:pPr>
            <w:r>
              <w:rPr>
                <w:sz w:val="16"/>
              </w:rPr>
              <w:t>$7,300</w:t>
            </w:r>
          </w:p>
        </w:tc>
        <w:tc>
          <w:tcPr>
            <w:tcW w:type="dxa" w:w="1051"/>
          </w:tcPr>
          <w:p>
            <w:pPr>
              <w:spacing w:after="0"/>
              <w:jc w:val="right"/>
            </w:pPr>
          </w:p>
        </w:tc>
        <w:tc>
          <w:tcPr>
            <w:tcW w:type="dxa" w:w="1400"/>
          </w:tcPr>
          <w:p>
            <w:pPr>
              <w:spacing w:after="0"/>
              <w:jc w:val="right"/>
            </w:pPr>
            <w:r>
              <w:rPr>
                <w:sz w:val="16"/>
              </w:rPr>
              <w:t>none found (1 declaration)</w:t>
            </w: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$22,255,942,116</w:t>
            </w:r>
          </w:p>
        </w:tc>
        <w:tc>
          <w:tcPr>
            <w:tcW w:type="dxa" w:w="1128"/>
          </w:tcPr>
          <w:p>
            <w:pPr>
              <w:spacing w:after="0"/>
              <w:jc w:val="right"/>
            </w:pPr>
          </w:p>
        </w:tc>
        <w:tc>
          <w:tcPr>
            <w:tcW w:type="dxa" w:w="1038"/>
          </w:tcPr>
          <w:p>
            <w:pPr>
              <w:spacing w:after="0"/>
              <w:jc w:val="right"/>
            </w:pPr>
            <w:r>
              <w:rPr>
                <w:sz w:val="16"/>
              </w:rPr>
              <w:t>127,110</w:t>
            </w:r>
          </w:p>
        </w:tc>
        <w:tc>
          <w:tcPr>
            <w:tcW w:type="dxa" w:w="1126"/>
          </w:tcPr>
          <w:p>
            <w:pPr>
              <w:spacing w:after="0"/>
              <w:jc w:val="right"/>
            </w:pPr>
            <w:r>
              <w:rPr>
                <w:sz w:val="16"/>
              </w:rPr>
              <w:t>$42,965</w:t>
            </w:r>
          </w:p>
        </w:tc>
        <w:tc>
          <w:tcPr>
            <w:tcW w:type="dxa" w:w="1126"/>
          </w:tcPr>
          <w:p>
            <w:pPr>
              <w:spacing w:after="0"/>
              <w:jc w:val="right"/>
            </w:pPr>
          </w:p>
        </w:tc>
        <w:tc>
          <w:tcPr>
            <w:tcW w:type="dxa" w:w="1136"/>
          </w:tcPr>
          <w:p>
            <w:pPr>
              <w:spacing w:after="0"/>
              <w:jc w:val="right"/>
            </w:pPr>
            <w:r>
              <w:rPr>
                <w:sz w:val="16"/>
              </w:rPr>
              <w:t>$1,542,515</w:t>
            </w:r>
          </w:p>
        </w:tc>
        <w:tc>
          <w:tcPr>
            <w:tcW w:type="dxa" w:w="1305"/>
          </w:tcPr>
          <w:p>
            <w:pPr>
              <w:spacing w:after="0"/>
              <w:jc w:val="right"/>
            </w:pPr>
            <w:r>
              <w:rPr>
                <w:sz w:val="16"/>
              </w:rPr>
              <w:t>0.000193%</w:t>
            </w:r>
          </w:p>
        </w:tc>
        <w:tc>
          <w:tcPr>
            <w:tcW w:type="dxa" w:w="1131"/>
          </w:tcPr>
          <w:p>
            <w:pPr>
              <w:spacing w:after="0"/>
              <w:jc w:val="right"/>
            </w:pPr>
            <w:r>
              <w:rPr>
                <w:sz w:val="16"/>
              </w:rPr>
              <w:t>$20,000</w:t>
            </w: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$22,255,942,116</w:t>
            </w:r>
          </w:p>
        </w:tc>
        <w:tc>
          <w:tcPr>
            <w:tcW w:type="dxa" w:w="1128"/>
          </w:tcPr>
          <w:p>
            <w:pPr>
              <w:spacing w:after="0"/>
              <w:jc w:val="right"/>
            </w:pPr>
            <w:r>
              <w:rPr>
                <w:sz w:val="16"/>
              </w:rPr>
              <w:t>$67,052,362</w:t>
            </w:r>
          </w:p>
        </w:tc>
        <w:tc>
          <w:tcPr>
            <w:tcW w:type="dxa" w:w="1038"/>
          </w:tcPr>
          <w:p>
            <w:pPr>
              <w:spacing w:after="0"/>
              <w:jc w:val="right"/>
            </w:pPr>
            <w:r>
              <w:rPr>
                <w:sz w:val="16"/>
              </w:rPr>
              <w:t>127,110</w:t>
            </w:r>
          </w:p>
        </w:tc>
        <w:tc>
          <w:tcPr>
            <w:tcW w:type="dxa" w:w="1126"/>
          </w:tcPr>
          <w:p>
            <w:pPr>
              <w:spacing w:after="0"/>
              <w:jc w:val="right"/>
            </w:pPr>
            <w:r>
              <w:rPr>
                <w:sz w:val="16"/>
              </w:rPr>
              <w:t>$185</w:t>
            </w:r>
          </w:p>
        </w:tc>
        <w:tc>
          <w:tcPr>
            <w:tcW w:type="dxa" w:w="1126"/>
          </w:tcPr>
          <w:p>
            <w:pPr>
              <w:spacing w:after="0"/>
              <w:jc w:val="right"/>
            </w:pPr>
            <w:r>
              <w:rPr>
                <w:sz w:val="16"/>
              </w:rPr>
              <w:t>$40</w:t>
            </w:r>
          </w:p>
        </w:tc>
        <w:tc>
          <w:tcPr>
            <w:tcW w:type="dxa" w:w="1136"/>
          </w:tcPr>
          <w:p>
            <w:pPr>
              <w:spacing w:after="0"/>
              <w:jc w:val="right"/>
            </w:pPr>
            <w:r>
              <w:rPr>
                <w:sz w:val="16"/>
              </w:rPr>
              <w:t>$401</w:t>
            </w:r>
          </w:p>
        </w:tc>
        <w:tc>
          <w:tcPr>
            <w:tcW w:type="dxa" w:w="1305"/>
          </w:tcPr>
          <w:p>
            <w:pPr>
              <w:spacing w:after="0"/>
              <w:jc w:val="right"/>
            </w:pPr>
            <w:r>
              <w:rPr>
                <w:sz w:val="16"/>
              </w:rPr>
              <w:t>under 0.0001%</w:t>
            </w:r>
          </w:p>
        </w:tc>
        <w:tc>
          <w:tcPr>
            <w:tcW w:type="dxa" w:w="1131"/>
          </w:tcPr>
          <w:p>
            <w:pPr>
              <w:spacing w:after="0"/>
              <w:jc w:val="right"/>
            </w:pPr>
            <w:r>
              <w:rPr>
                <w:sz w:val="16"/>
              </w:rPr>
              <w:t>$17,500</w:t>
            </w:r>
          </w:p>
        </w:tc>
        <w:tc>
          <w:tcPr>
            <w:tcW w:type="dxa" w:w="1051"/>
          </w:tcPr>
          <w:p>
            <w:pPr>
              <w:spacing w:after="0"/>
              <w:jc w:val="right"/>
            </w:pPr>
            <w:r>
              <w:rPr>
                <w:sz w:val="16"/>
              </w:rPr>
              <w:t>$16,200</w:t>
            </w:r>
          </w:p>
        </w:tc>
        <w:tc>
          <w:tcPr>
            <w:tcW w:type="dxa" w:w="1400"/>
          </w:tcPr>
          <w:p>
            <w:pPr>
              <w:spacing w:after="0"/>
              <w:jc w:val="right"/>
            </w:pPr>
          </w:p>
        </w:tc>
        <w:tc>
          <w:tcPr>
            <w:tcW w:type="dxa" w:w="1151"/>
          </w:tcPr>
          <w:p>
            <w:pPr>
              <w:spacing w:after="0"/>
              <w:jc w:val="left"/>
            </w:pPr>
            <w:r>
              <w:rPr>
                <w:sz w:val="16"/>
              </w:rPr>
              <w:t>Storm Events damage since the plan includes 1 zone-level Strong Wind record ($16,200),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$22,255,942,116</w:t>
            </w:r>
          </w:p>
        </w:tc>
        <w:tc>
          <w:tcPr>
            <w:tcW w:type="dxa" w:w="1128"/>
          </w:tcPr>
          <w:p>
            <w:pPr>
              <w:spacing w:after="0"/>
              <w:jc w:val="right"/>
            </w:pPr>
            <w:r>
              <w:rPr>
                <w:sz w:val="16"/>
              </w:rPr>
              <w:t>$67,052,362</w:t>
            </w:r>
          </w:p>
        </w:tc>
        <w:tc>
          <w:tcPr>
            <w:tcW w:type="dxa" w:w="1038"/>
          </w:tcPr>
          <w:p>
            <w:pPr>
              <w:spacing w:after="0"/>
              <w:jc w:val="right"/>
            </w:pPr>
            <w:r>
              <w:rPr>
                <w:sz w:val="16"/>
              </w:rPr>
              <w:t>127,110</w:t>
            </w:r>
          </w:p>
        </w:tc>
        <w:tc>
          <w:tcPr>
            <w:tcW w:type="dxa" w:w="1126"/>
          </w:tcPr>
          <w:p>
            <w:pPr>
              <w:spacing w:after="0"/>
              <w:jc w:val="right"/>
            </w:pPr>
            <w:r>
              <w:rPr>
                <w:sz w:val="16"/>
              </w:rPr>
              <w:t>$45,784</w:t>
            </w:r>
          </w:p>
        </w:tc>
        <w:tc>
          <w:tcPr>
            <w:tcW w:type="dxa" w:w="1126"/>
          </w:tcPr>
          <w:p>
            <w:pPr>
              <w:spacing w:after="0"/>
              <w:jc w:val="right"/>
            </w:pPr>
            <w:r>
              <w:rPr>
                <w:sz w:val="16"/>
              </w:rPr>
              <w:t>$42</w:t>
            </w:r>
          </w:p>
        </w:tc>
        <w:tc>
          <w:tcPr>
            <w:tcW w:type="dxa" w:w="1136"/>
          </w:tcPr>
          <w:p>
            <w:pPr>
              <w:spacing w:after="0"/>
              <w:jc w:val="right"/>
            </w:pPr>
            <w:r>
              <w:rPr>
                <w:sz w:val="16"/>
              </w:rPr>
              <w:t>$45,668</w:t>
            </w:r>
          </w:p>
        </w:tc>
        <w:tc>
          <w:tcPr>
            <w:tcW w:type="dxa" w:w="1305"/>
          </w:tcPr>
          <w:p>
            <w:pPr>
              <w:spacing w:after="0"/>
              <w:jc w:val="right"/>
            </w:pPr>
            <w:r>
              <w:rPr>
                <w:sz w:val="16"/>
              </w:rPr>
              <w:t>0.000206%</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$22,255,942,116</w:t>
            </w:r>
          </w:p>
        </w:tc>
        <w:tc>
          <w:tcPr>
            <w:tcW w:type="dxa" w:w="1128"/>
          </w:tcPr>
          <w:p>
            <w:pPr>
              <w:spacing w:after="0"/>
              <w:jc w:val="right"/>
            </w:pPr>
          </w:p>
        </w:tc>
        <w:tc>
          <w:tcPr>
            <w:tcW w:type="dxa" w:w="1038"/>
          </w:tcPr>
          <w:p>
            <w:pPr>
              <w:spacing w:after="0"/>
              <w:jc w:val="right"/>
            </w:pPr>
            <w:r>
              <w:rPr>
                <w:sz w:val="16"/>
              </w:rPr>
              <w:t>127,110</w:t>
            </w:r>
          </w:p>
        </w:tc>
        <w:tc>
          <w:tcPr>
            <w:tcW w:type="dxa" w:w="1126"/>
          </w:tcPr>
          <w:p>
            <w:pPr>
              <w:spacing w:after="0"/>
              <w:jc w:val="right"/>
            </w:pPr>
            <w:r>
              <w:rPr>
                <w:sz w:val="16"/>
              </w:rPr>
              <w:t>$8</w:t>
            </w:r>
          </w:p>
        </w:tc>
        <w:tc>
          <w:tcPr>
            <w:tcW w:type="dxa" w:w="1126"/>
          </w:tcPr>
          <w:p>
            <w:pPr>
              <w:spacing w:after="0"/>
              <w:jc w:val="right"/>
            </w:pPr>
          </w:p>
        </w:tc>
        <w:tc>
          <w:tcPr>
            <w:tcW w:type="dxa" w:w="1136"/>
          </w:tcPr>
          <w:p>
            <w:pPr>
              <w:spacing w:after="0"/>
              <w:jc w:val="right"/>
            </w:pPr>
            <w:r>
              <w:rPr>
                <w:sz w:val="16"/>
              </w:rPr>
              <w:t>$3,043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28"/>
          </w:tcPr>
          <w:p>
            <w:pPr>
              <w:spacing w:after="0"/>
              <w:jc w:val="right"/>
            </w:pPr>
            <w:r>
              <w:rPr>
                <w:sz w:val="16"/>
              </w:rPr>
              <w:t>$0</w:t>
            </w:r>
          </w:p>
        </w:tc>
        <w:tc>
          <w:tcPr>
            <w:tcW w:type="dxa" w:w="103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36"/>
          </w:tcPr>
          <w:p>
            <w:pPr>
              <w:spacing w:after="0"/>
              <w:jc w:val="right"/>
            </w:pPr>
            <w:r>
              <w:rPr>
                <w:sz w:val="16"/>
              </w:rPr>
              <w:t>$0</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building exposure is 0 in NRI</w:t>
            </w:r>
          </w:p>
        </w:tc>
      </w:tr>
    </w:tbl>
    <w:p>
      <w:pPr>
        <w:spacing w:after="40" w:before="60"/>
      </w:pPr>
      <w:r>
        <w:rPr>
          <w:sz w:val="15"/>
        </w:rPr>
        <w:t>Totals since 2021-02-11 (Storm Events through 2026-06-30): 47 county-coded records, 47 with a damage value recorded (including $0), $236,000; 9 zone-level records, 9 with a damage value recorded (including $0), $16,200 reported for the zone; Public Assistance on counted declarations $38,524,319.42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127,110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$22,255,942,116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$67,052,362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$95,887,854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$17,166,571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Member</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Caguas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Caguas Municipio, PR: risk-assessment baseline packet, release 2026-10 (data as of 2026-09-28; County area 72025).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Caguas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Caguas Municipio, PR: Risk-assessment baseline packet</dc:title>
  <dc:subject>Hazard Plain release 2026-10, as of 2026-09-28. Preview: automated baseline</dc:subject>
  <dc:creator>Hazard Plain</dc:creator>
  <cp:keywords>Hazard Plain; hazard mitigation; risk assessment; 72025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