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Arecibo Municipio, PR</w:t>
      </w:r>
    </w:p>
    <w:p>
      <w:pPr>
        <w:spacing w:after="120" w:before="0"/>
      </w:pPr>
      <w:r>
        <w:rPr>
          <w:color w:val="555555"/>
          <w:sz w:val="24"/>
        </w:rPr>
        <w:t>Risk-assessment baseline packet</w:t>
      </w:r>
    </w:p>
    <w:p>
      <w:pPr>
        <w:spacing w:after="120" w:before="0"/>
      </w:pPr>
      <w:r>
        <w:rPr>
          <w:b/>
          <w:sz w:val="18"/>
        </w:rPr>
        <w:t xml:space="preserve">County FIPS: </w:t>
      </w:r>
      <w:r>
        <w:rPr>
          <w:sz w:val="18"/>
        </w:rPr>
        <w:t>72013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2025-04-23. Plan: Arecibo (FEMA plan 105873), approved 2020-04-24.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2020-04-24: 6 new hazard declarations (5 incidents) and 80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($37,960,261 a year), Tsunami ($30,785,325) and Earthquake ($24,584,880).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72013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2025-04-23</w:t>
      </w:r>
    </w:p>
    <w:p>
      <w:pPr>
        <w:keepNext/>
        <w:spacing w:after="40" w:before="0"/>
      </w:pPr>
      <w:r>
        <w:rPr>
          <w:b/>
        </w:rPr>
        <w:t xml:space="preserve">Plan: </w:t>
      </w:r>
      <w:r>
        <w:rPr/>
        <w:t>Arecibo (FEMA plan 105873)</w:t>
      </w:r>
    </w:p>
    <w:p>
      <w:pPr>
        <w:keepNext/>
        <w:spacing w:after="40" w:before="0"/>
      </w:pPr>
      <w:r>
        <w:rPr>
          <w:b/>
        </w:rPr>
        <w:t xml:space="preserve">Approved: </w:t>
      </w:r>
      <w:r>
        <w:rPr/>
        <w:t>2020-04-24</w:t>
      </w:r>
    </w:p>
    <w:p>
      <w:pPr>
        <w:keepNext/>
        <w:spacing w:after="40" w:before="0"/>
      </w:pPr>
      <w:r>
        <w:rPr>
          <w:b/>
        </w:rPr>
        <w:t xml:space="preserve">Days since expiry: </w:t>
      </w:r>
      <w:r>
        <w:rPr/>
        <w:t>525</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2020-04-24)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EM-3532-PR (Potential Tropical Cyclone Nine), EM-3537-PR (Tropical Storm Laura), DR-4571-PR (Severe Storm and Flooding), EM-3583-PR (Tropical Storm Fiona), DR-4671-PR (Hurricane Fiona), EM-3610-PR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13 (44 CFR 77.2); any definition: 87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71"/>
        <w:gridCol w:w="724"/>
        <w:gridCol w:w="2152"/>
        <w:gridCol w:w="2628"/>
        <w:gridCol w:w="1105"/>
        <w:gridCol w:w="1105"/>
        <w:gridCol w:w="953"/>
        <w:gridCol w:w="3674"/>
      </w:tblGrid>
      <w:tr>
        <w:trPr>
          <w:cantSplit/>
          <w:tblHeader/>
        </w:trPr>
        <w:tc>
          <w:tcPr>
            <w:tcW w:type="dxa" w:w="1771"/>
            <w:shd w:val="clear" w:color="auto" w:fill="E8E8E8"/>
          </w:tcPr>
          <w:p>
            <w:pPr>
              <w:spacing w:after="0"/>
              <w:jc w:val="left"/>
            </w:pPr>
            <w:r>
              <w:rPr>
                <w:b/>
                <w:sz w:val="16"/>
              </w:rPr>
              <w:t>Jurisdiction</w:t>
            </w:r>
          </w:p>
        </w:tc>
        <w:tc>
          <w:tcPr>
            <w:tcW w:type="dxa" w:w="724"/>
            <w:shd w:val="clear" w:color="auto" w:fill="E8E8E8"/>
          </w:tcPr>
          <w:p>
            <w:pPr>
              <w:spacing w:after="0"/>
              <w:jc w:val="left"/>
            </w:pPr>
            <w:r>
              <w:rPr>
                <w:b/>
                <w:sz w:val="16"/>
              </w:rPr>
              <w:t>Type</w:t>
            </w:r>
          </w:p>
        </w:tc>
        <w:tc>
          <w:tcPr>
            <w:tcW w:type="dxa" w:w="2152"/>
            <w:shd w:val="clear" w:color="auto" w:fill="E8E8E8"/>
          </w:tcPr>
          <w:p>
            <w:pPr>
              <w:spacing w:after="0"/>
              <w:jc w:val="left"/>
            </w:pPr>
            <w:r>
              <w:rPr>
                <w:b/>
                <w:sz w:val="16"/>
              </w:rPr>
              <w:t>Status</w:t>
            </w:r>
          </w:p>
        </w:tc>
        <w:tc>
          <w:tcPr>
            <w:tcW w:type="dxa" w:w="2628"/>
            <w:shd w:val="clear" w:color="auto" w:fill="E8E8E8"/>
          </w:tcPr>
          <w:p>
            <w:pPr>
              <w:spacing w:after="0"/>
              <w:jc w:val="left"/>
            </w:pPr>
            <w:r>
              <w:rPr>
                <w:b/>
                <w:sz w:val="16"/>
              </w:rPr>
              <w:t>Plan</w:t>
            </w:r>
          </w:p>
        </w:tc>
        <w:tc>
          <w:tcPr>
            <w:tcW w:type="dxa" w:w="1105"/>
            <w:shd w:val="clear" w:color="auto" w:fill="E8E8E8"/>
          </w:tcPr>
          <w:p>
            <w:pPr>
              <w:spacing w:after="0"/>
              <w:jc w:val="left"/>
            </w:pPr>
            <w:r>
              <w:rPr>
                <w:b/>
                <w:sz w:val="16"/>
              </w:rPr>
              <w:t>Approved</w:t>
            </w:r>
          </w:p>
        </w:tc>
        <w:tc>
          <w:tcPr>
            <w:tcW w:type="dxa" w:w="1105"/>
            <w:shd w:val="clear" w:color="auto" w:fill="E8E8E8"/>
          </w:tcPr>
          <w:p>
            <w:pPr>
              <w:spacing w:after="0"/>
              <w:jc w:val="left"/>
            </w:pPr>
            <w:r>
              <w:rPr>
                <w:b/>
                <w:sz w:val="16"/>
              </w:rPr>
              <w:t>Expires</w:t>
            </w:r>
          </w:p>
        </w:tc>
        <w:tc>
          <w:tcPr>
            <w:tcW w:type="dxa" w:w="9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74"/>
            <w:shd w:val="clear" w:color="auto" w:fill="E8E8E8"/>
          </w:tcPr>
          <w:p>
            <w:pPr>
              <w:spacing w:after="0"/>
              <w:jc w:val="left"/>
            </w:pPr>
            <w:r>
              <w:rPr>
                <w:b/>
                <w:sz w:val="16"/>
              </w:rPr>
              <w:t>Update underway</w:t>
            </w:r>
          </w:p>
        </w:tc>
      </w:tr>
      <w:tr>
        <w:trPr>
          <w:cantSplit/>
        </w:trPr>
        <w:tc>
          <w:tcPr>
            <w:tcW w:type="dxa" w:w="1771"/>
          </w:tcPr>
          <w:p>
            <w:pPr>
              <w:spacing w:after="0"/>
              <w:jc w:val="left"/>
            </w:pPr>
            <w:r>
              <w:rPr>
                <w:sz w:val="16"/>
              </w:rPr>
              <w:t>Arecibo Municipio</w:t>
            </w:r>
          </w:p>
        </w:tc>
        <w:tc>
          <w:tcPr>
            <w:tcW w:type="dxa" w:w="724"/>
          </w:tcPr>
          <w:p>
            <w:pPr>
              <w:spacing w:after="0"/>
              <w:jc w:val="left"/>
            </w:pPr>
            <w:r>
              <w:rPr>
                <w:sz w:val="16"/>
              </w:rPr>
              <w:t>County</w:t>
            </w:r>
          </w:p>
        </w:tc>
        <w:tc>
          <w:tcPr>
            <w:tcW w:type="dxa" w:w="2152"/>
          </w:tcPr>
          <w:p>
            <w:pPr>
              <w:spacing w:after="0"/>
              <w:jc w:val="left"/>
            </w:pPr>
            <w:r>
              <w:rPr>
                <w:sz w:val="16"/>
              </w:rPr>
              <w:t>Expired on 2025-04-23</w:t>
            </w:r>
          </w:p>
        </w:tc>
        <w:tc>
          <w:tcPr>
            <w:tcW w:type="dxa" w:w="2628"/>
          </w:tcPr>
          <w:p>
            <w:pPr>
              <w:spacing w:after="0"/>
              <w:jc w:val="left"/>
            </w:pPr>
            <w:r>
              <w:rPr>
                <w:sz w:val="16"/>
              </w:rPr>
              <w:t>Arecibo (FEMA plan 105873)</w:t>
            </w:r>
          </w:p>
        </w:tc>
        <w:tc>
          <w:tcPr>
            <w:tcW w:type="dxa" w:w="1105"/>
          </w:tcPr>
          <w:p>
            <w:pPr>
              <w:spacing w:after="0"/>
              <w:jc w:val="left"/>
            </w:pPr>
            <w:r>
              <w:rPr>
                <w:sz w:val="16"/>
              </w:rPr>
              <w:t>2020-04-24</w:t>
            </w:r>
          </w:p>
        </w:tc>
        <w:tc>
          <w:tcPr>
            <w:tcW w:type="dxa" w:w="1105"/>
          </w:tcPr>
          <w:p>
            <w:pPr>
              <w:spacing w:after="0"/>
              <w:jc w:val="left"/>
            </w:pPr>
            <w:r>
              <w:rPr>
                <w:sz w:val="16"/>
              </w:rPr>
              <w:t>2025-04-23</w:t>
            </w:r>
          </w:p>
        </w:tc>
        <w:tc>
          <w:tcPr>
            <w:tcW w:type="dxa" w:w="953"/>
          </w:tcPr>
          <w:p>
            <w:pPr>
              <w:spacing w:after="0"/>
              <w:jc w:val="right"/>
            </w:pPr>
            <w:r>
              <w:rPr>
                <w:sz w:val="16"/>
              </w:rPr>
              <w:t>-525</w:t>
            </w:r>
          </w:p>
        </w:tc>
        <w:tc>
          <w:tcPr>
            <w:tcW w:type="dxa" w:w="3674"/>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66"/>
        <w:gridCol w:w="1056"/>
        <w:gridCol w:w="1309"/>
        <w:gridCol w:w="1347"/>
        <w:gridCol w:w="1126"/>
        <w:gridCol w:w="1126"/>
        <w:gridCol w:w="1325"/>
        <w:gridCol w:w="1145"/>
        <w:gridCol w:w="1299"/>
        <w:gridCol w:w="1655"/>
        <w:gridCol w:w="2060"/>
      </w:tblGrid>
      <w:tr>
        <w:trPr>
          <w:cantSplit/>
          <w:tblHeader/>
        </w:trPr>
        <w:tc>
          <w:tcPr>
            <w:tcW w:type="dxa" w:w="666"/>
            <w:shd w:val="clear" w:color="auto" w:fill="E8E8E8"/>
          </w:tcPr>
          <w:p>
            <w:pPr>
              <w:spacing w:after="0"/>
              <w:jc w:val="right"/>
            </w:pPr>
            <w:r>
              <w:rPr>
                <w:b/>
                <w:sz w:val="16"/>
              </w:rPr>
              <w:t>Rank by EAL</w:t>
            </w:r>
          </w:p>
        </w:tc>
        <w:tc>
          <w:tcPr>
            <w:tcW w:type="dxa" w:w="1056"/>
            <w:shd w:val="clear" w:color="auto" w:fill="E8E8E8"/>
          </w:tcPr>
          <w:p>
            <w:pPr>
              <w:spacing w:after="0"/>
              <w:jc w:val="left"/>
            </w:pPr>
            <w:r>
              <w:rPr>
                <w:b/>
                <w:sz w:val="16"/>
              </w:rPr>
              <w:t>Hazard</w:t>
            </w:r>
          </w:p>
        </w:tc>
        <w:tc>
          <w:tcPr>
            <w:tcW w:type="dxa" w:w="1309"/>
            <w:shd w:val="clear" w:color="auto" w:fill="E8E8E8"/>
          </w:tcPr>
          <w:p>
            <w:pPr>
              <w:spacing w:after="0"/>
              <w:jc w:val="left"/>
            </w:pPr>
            <w:r>
              <w:rPr>
                <w:b/>
                <w:sz w:val="16"/>
              </w:rPr>
              <w:t>NRI risk rating</w:t>
            </w:r>
          </w:p>
        </w:tc>
        <w:tc>
          <w:tcPr>
            <w:tcW w:type="dxa" w:w="134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9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55"/>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060"/>
            <w:shd w:val="clear" w:color="auto" w:fill="E8E8E8"/>
          </w:tcPr>
          <w:p>
            <w:pPr>
              <w:spacing w:after="0"/>
              <w:jc w:val="left"/>
            </w:pPr>
            <w:r>
              <w:rPr>
                <w:b/>
                <w:sz w:val="16"/>
              </w:rPr>
              <w:t>Storm Events coverage note</w:t>
            </w:r>
          </w:p>
        </w:tc>
      </w:tr>
      <w:tr>
        <w:trPr>
          <w:cantSplit/>
        </w:trPr>
        <w:tc>
          <w:tcPr>
            <w:tcW w:type="dxa" w:w="666"/>
          </w:tcPr>
          <w:p>
            <w:pPr>
              <w:spacing w:after="0"/>
              <w:jc w:val="right"/>
            </w:pPr>
            <w:r>
              <w:rPr>
                <w:sz w:val="16"/>
              </w:rPr>
              <w:t>1</w:t>
            </w:r>
          </w:p>
        </w:tc>
        <w:tc>
          <w:tcPr>
            <w:tcW w:type="dxa" w:w="1056"/>
          </w:tcPr>
          <w:p>
            <w:pPr>
              <w:spacing w:after="0"/>
              <w:jc w:val="left"/>
            </w:pPr>
            <w:r>
              <w:rPr>
                <w:sz w:val="16"/>
              </w:rPr>
              <w:t>Hurricane</w:t>
            </w:r>
          </w:p>
        </w:tc>
        <w:tc>
          <w:tcPr>
            <w:tcW w:type="dxa" w:w="1309"/>
          </w:tcPr>
          <w:p>
            <w:pPr>
              <w:spacing w:after="0"/>
              <w:jc w:val="left"/>
            </w:pPr>
            <w:r>
              <w:rPr>
                <w:sz w:val="16"/>
              </w:rPr>
              <w:t>Insufficient Data</w:t>
            </w:r>
          </w:p>
        </w:tc>
        <w:tc>
          <w:tcPr>
            <w:tcW w:type="dxa" w:w="1347"/>
          </w:tcPr>
          <w:p>
            <w:pPr>
              <w:spacing w:after="0"/>
              <w:jc w:val="left"/>
            </w:pPr>
            <w:r>
              <w:rPr>
                <w:sz w:val="16"/>
              </w:rPr>
              <w:t>Relatively High</w:t>
            </w:r>
          </w:p>
        </w:tc>
        <w:tc>
          <w:tcPr>
            <w:tcW w:type="dxa" w:w="1126"/>
          </w:tcPr>
          <w:p>
            <w:pPr>
              <w:spacing w:after="0"/>
              <w:jc w:val="right"/>
            </w:pPr>
            <w:r>
              <w:rPr>
                <w:sz w:val="16"/>
              </w:rPr>
              <w:t>$34,225,452</w:t>
            </w:r>
          </w:p>
        </w:tc>
        <w:tc>
          <w:tcPr>
            <w:tcW w:type="dxa" w:w="1126"/>
          </w:tcPr>
          <w:p>
            <w:pPr>
              <w:spacing w:after="0"/>
              <w:jc w:val="right"/>
            </w:pPr>
            <w:r>
              <w:rPr>
                <w:sz w:val="16"/>
              </w:rPr>
              <w:t>$1,403,181</w:t>
            </w:r>
          </w:p>
        </w:tc>
        <w:tc>
          <w:tcPr>
            <w:tcW w:type="dxa" w:w="1325"/>
          </w:tcPr>
          <w:p>
            <w:pPr>
              <w:spacing w:after="0"/>
              <w:jc w:val="right"/>
            </w:pPr>
            <w:r>
              <w:rPr>
                <w:sz w:val="16"/>
              </w:rPr>
              <w:t>$2,331,627</w:t>
            </w:r>
          </w:p>
        </w:tc>
        <w:tc>
          <w:tcPr>
            <w:tcW w:type="dxa" w:w="1145"/>
          </w:tcPr>
          <w:p>
            <w:pPr>
              <w:spacing w:after="0"/>
              <w:jc w:val="right"/>
            </w:pPr>
            <w:r>
              <w:rPr>
                <w:sz w:val="16"/>
              </w:rPr>
              <w:t>$37,960,261</w:t>
            </w:r>
          </w:p>
        </w:tc>
        <w:tc>
          <w:tcPr>
            <w:tcW w:type="dxa" w:w="1299"/>
          </w:tcPr>
          <w:p>
            <w:pPr>
              <w:spacing w:after="0"/>
              <w:jc w:val="right"/>
            </w:pPr>
            <w:r>
              <w:rPr>
                <w:sz w:val="16"/>
              </w:rPr>
              <w:t>9</w:t>
            </w:r>
          </w:p>
        </w:tc>
        <w:tc>
          <w:tcPr>
            <w:tcW w:type="dxa" w:w="1655"/>
          </w:tcPr>
          <w:p>
            <w:pPr>
              <w:spacing w:after="0"/>
              <w:jc w:val="left"/>
            </w:pPr>
          </w:p>
        </w:tc>
        <w:tc>
          <w:tcPr>
            <w:tcW w:type="dxa" w:w="2060"/>
          </w:tcPr>
          <w:p>
            <w:pPr>
              <w:spacing w:after="0"/>
              <w:jc w:val="left"/>
            </w:pPr>
          </w:p>
        </w:tc>
      </w:tr>
      <w:tr>
        <w:trPr>
          <w:cantSplit/>
        </w:trPr>
        <w:tc>
          <w:tcPr>
            <w:tcW w:type="dxa" w:w="666"/>
          </w:tcPr>
          <w:p>
            <w:pPr>
              <w:spacing w:after="0"/>
              <w:jc w:val="right"/>
            </w:pPr>
            <w:r>
              <w:rPr>
                <w:sz w:val="16"/>
              </w:rPr>
              <w:t>2</w:t>
            </w:r>
          </w:p>
        </w:tc>
        <w:tc>
          <w:tcPr>
            <w:tcW w:type="dxa" w:w="1056"/>
          </w:tcPr>
          <w:p>
            <w:pPr>
              <w:spacing w:after="0"/>
              <w:jc w:val="left"/>
            </w:pPr>
            <w:r>
              <w:rPr>
                <w:sz w:val="16"/>
              </w:rPr>
              <w:t>Tsunami</w:t>
            </w:r>
          </w:p>
        </w:tc>
        <w:tc>
          <w:tcPr>
            <w:tcW w:type="dxa" w:w="1309"/>
          </w:tcPr>
          <w:p>
            <w:pPr>
              <w:spacing w:after="0"/>
              <w:jc w:val="left"/>
            </w:pPr>
            <w:r>
              <w:rPr>
                <w:sz w:val="16"/>
              </w:rPr>
              <w:t>Insufficient Data</w:t>
            </w:r>
          </w:p>
        </w:tc>
        <w:tc>
          <w:tcPr>
            <w:tcW w:type="dxa" w:w="1347"/>
          </w:tcPr>
          <w:p>
            <w:pPr>
              <w:spacing w:after="0"/>
              <w:jc w:val="left"/>
            </w:pPr>
            <w:r>
              <w:rPr>
                <w:sz w:val="16"/>
              </w:rPr>
              <w:t>Relatively High</w:t>
            </w:r>
          </w:p>
        </w:tc>
        <w:tc>
          <w:tcPr>
            <w:tcW w:type="dxa" w:w="1126"/>
          </w:tcPr>
          <w:p>
            <w:pPr>
              <w:spacing w:after="0"/>
              <w:jc w:val="right"/>
            </w:pPr>
            <w:r>
              <w:rPr>
                <w:sz w:val="16"/>
              </w:rPr>
              <w:t>$501,909</w:t>
            </w:r>
          </w:p>
        </w:tc>
        <w:tc>
          <w:tcPr>
            <w:tcW w:type="dxa" w:w="1126"/>
          </w:tcPr>
          <w:p>
            <w:pPr>
              <w:spacing w:after="0"/>
              <w:jc w:val="right"/>
            </w:pPr>
            <w:r>
              <w:rPr>
                <w:sz w:val="16"/>
              </w:rPr>
              <w:t>n/a</w:t>
            </w:r>
          </w:p>
        </w:tc>
        <w:tc>
          <w:tcPr>
            <w:tcW w:type="dxa" w:w="1325"/>
          </w:tcPr>
          <w:p>
            <w:pPr>
              <w:spacing w:after="0"/>
              <w:jc w:val="right"/>
            </w:pPr>
            <w:r>
              <w:rPr>
                <w:sz w:val="16"/>
              </w:rPr>
              <w:t>$30,283,416</w:t>
            </w:r>
          </w:p>
        </w:tc>
        <w:tc>
          <w:tcPr>
            <w:tcW w:type="dxa" w:w="1145"/>
          </w:tcPr>
          <w:p>
            <w:pPr>
              <w:spacing w:after="0"/>
              <w:jc w:val="right"/>
            </w:pPr>
            <w:r>
              <w:rPr>
                <w:sz w:val="16"/>
              </w:rPr>
              <w:t>$30,785,325</w:t>
            </w:r>
          </w:p>
        </w:tc>
        <w:tc>
          <w:tcPr>
            <w:tcW w:type="dxa" w:w="1299"/>
          </w:tcPr>
          <w:p>
            <w:pPr>
              <w:spacing w:after="0"/>
              <w:jc w:val="right"/>
            </w:pPr>
            <w:r>
              <w:rPr>
                <w:sz w:val="16"/>
              </w:rPr>
              <w:t>0</w:t>
            </w:r>
          </w:p>
        </w:tc>
        <w:tc>
          <w:tcPr>
            <w:tcW w:type="dxa" w:w="1655"/>
          </w:tcPr>
          <w:p>
            <w:pPr>
              <w:spacing w:after="0"/>
              <w:jc w:val="left"/>
            </w:pPr>
          </w:p>
        </w:tc>
        <w:tc>
          <w:tcPr>
            <w:tcW w:type="dxa" w:w="2060"/>
          </w:tcPr>
          <w:p>
            <w:pPr>
              <w:spacing w:after="0"/>
              <w:jc w:val="left"/>
            </w:pPr>
            <w:r>
              <w:rPr>
                <w:sz w:val="16"/>
              </w:rPr>
              <w:t>No recorded events in Storm Events since 1996 (data through 2026-06-30).</w:t>
            </w:r>
          </w:p>
        </w:tc>
      </w:tr>
      <w:tr>
        <w:trPr>
          <w:cantSplit/>
        </w:trPr>
        <w:tc>
          <w:tcPr>
            <w:tcW w:type="dxa" w:w="666"/>
          </w:tcPr>
          <w:p>
            <w:pPr>
              <w:spacing w:after="0"/>
              <w:jc w:val="right"/>
            </w:pPr>
            <w:r>
              <w:rPr>
                <w:sz w:val="16"/>
              </w:rPr>
              <w:t>3</w:t>
            </w:r>
          </w:p>
        </w:tc>
        <w:tc>
          <w:tcPr>
            <w:tcW w:type="dxa" w:w="1056"/>
          </w:tcPr>
          <w:p>
            <w:pPr>
              <w:spacing w:after="0"/>
              <w:jc w:val="left"/>
            </w:pPr>
            <w:r>
              <w:rPr>
                <w:sz w:val="16"/>
              </w:rPr>
              <w:t>Earthquake</w:t>
            </w:r>
          </w:p>
        </w:tc>
        <w:tc>
          <w:tcPr>
            <w:tcW w:type="dxa" w:w="1309"/>
          </w:tcPr>
          <w:p>
            <w:pPr>
              <w:spacing w:after="0"/>
              <w:jc w:val="left"/>
            </w:pPr>
            <w:r>
              <w:rPr>
                <w:sz w:val="16"/>
              </w:rPr>
              <w:t>Insufficient Data</w:t>
            </w:r>
          </w:p>
        </w:tc>
        <w:tc>
          <w:tcPr>
            <w:tcW w:type="dxa" w:w="1347"/>
          </w:tcPr>
          <w:p>
            <w:pPr>
              <w:spacing w:after="0"/>
              <w:jc w:val="left"/>
            </w:pPr>
            <w:r>
              <w:rPr>
                <w:sz w:val="16"/>
              </w:rPr>
              <w:t>Relatively Moderate</w:t>
            </w:r>
          </w:p>
        </w:tc>
        <w:tc>
          <w:tcPr>
            <w:tcW w:type="dxa" w:w="1126"/>
          </w:tcPr>
          <w:p>
            <w:pPr>
              <w:spacing w:after="0"/>
              <w:jc w:val="right"/>
            </w:pPr>
            <w:r>
              <w:rPr>
                <w:sz w:val="16"/>
              </w:rPr>
              <w:t>$12,060,205</w:t>
            </w:r>
          </w:p>
        </w:tc>
        <w:tc>
          <w:tcPr>
            <w:tcW w:type="dxa" w:w="1126"/>
          </w:tcPr>
          <w:p>
            <w:pPr>
              <w:spacing w:after="0"/>
              <w:jc w:val="right"/>
            </w:pPr>
            <w:r>
              <w:rPr>
                <w:sz w:val="16"/>
              </w:rPr>
              <w:t>n/a</w:t>
            </w:r>
          </w:p>
        </w:tc>
        <w:tc>
          <w:tcPr>
            <w:tcW w:type="dxa" w:w="1325"/>
          </w:tcPr>
          <w:p>
            <w:pPr>
              <w:spacing w:after="0"/>
              <w:jc w:val="right"/>
            </w:pPr>
            <w:r>
              <w:rPr>
                <w:sz w:val="16"/>
              </w:rPr>
              <w:t>$12,524,676</w:t>
            </w:r>
          </w:p>
        </w:tc>
        <w:tc>
          <w:tcPr>
            <w:tcW w:type="dxa" w:w="1145"/>
          </w:tcPr>
          <w:p>
            <w:pPr>
              <w:spacing w:after="0"/>
              <w:jc w:val="right"/>
            </w:pPr>
            <w:r>
              <w:rPr>
                <w:sz w:val="16"/>
              </w:rPr>
              <w:t>$24,584,880</w:t>
            </w:r>
          </w:p>
        </w:tc>
        <w:tc>
          <w:tcPr>
            <w:tcW w:type="dxa" w:w="1299"/>
          </w:tcPr>
          <w:p>
            <w:pPr>
              <w:spacing w:after="0"/>
              <w:jc w:val="right"/>
            </w:pPr>
          </w:p>
        </w:tc>
        <w:tc>
          <w:tcPr>
            <w:tcW w:type="dxa" w:w="1655"/>
          </w:tcPr>
          <w:p>
            <w:pPr>
              <w:spacing w:after="0"/>
              <w:jc w:val="left"/>
            </w:pPr>
          </w:p>
        </w:tc>
        <w:tc>
          <w:tcPr>
            <w:tcW w:type="dxa" w:w="2060"/>
          </w:tcPr>
          <w:p>
            <w:pPr>
              <w:spacing w:after="0"/>
              <w:jc w:val="left"/>
            </w:pPr>
            <w:r>
              <w:rPr>
                <w:sz w:val="16"/>
              </w:rPr>
              <w:t>Storm Events does not record earthquakes.</w:t>
            </w:r>
          </w:p>
        </w:tc>
      </w:tr>
      <w:tr>
        <w:trPr>
          <w:cantSplit/>
        </w:trPr>
        <w:tc>
          <w:tcPr>
            <w:tcW w:type="dxa" w:w="666"/>
          </w:tcPr>
          <w:p>
            <w:pPr>
              <w:spacing w:after="0"/>
              <w:jc w:val="right"/>
            </w:pPr>
            <w:r>
              <w:rPr>
                <w:sz w:val="16"/>
              </w:rPr>
              <w:t>4</w:t>
            </w:r>
          </w:p>
        </w:tc>
        <w:tc>
          <w:tcPr>
            <w:tcW w:type="dxa" w:w="1056"/>
          </w:tcPr>
          <w:p>
            <w:pPr>
              <w:spacing w:after="0"/>
              <w:jc w:val="left"/>
            </w:pPr>
            <w:r>
              <w:rPr>
                <w:sz w:val="16"/>
              </w:rPr>
              <w:t>Inland Flooding</w:t>
            </w:r>
          </w:p>
        </w:tc>
        <w:tc>
          <w:tcPr>
            <w:tcW w:type="dxa" w:w="1309"/>
          </w:tcPr>
          <w:p>
            <w:pPr>
              <w:spacing w:after="0"/>
              <w:jc w:val="left"/>
            </w:pPr>
            <w:r>
              <w:rPr>
                <w:sz w:val="16"/>
              </w:rPr>
              <w:t>Insufficient Data</w:t>
            </w:r>
          </w:p>
        </w:tc>
        <w:tc>
          <w:tcPr>
            <w:tcW w:type="dxa" w:w="1347"/>
          </w:tcPr>
          <w:p>
            <w:pPr>
              <w:spacing w:after="0"/>
              <w:jc w:val="left"/>
            </w:pPr>
            <w:r>
              <w:rPr>
                <w:sz w:val="16"/>
              </w:rPr>
              <w:t>Relatively Low</w:t>
            </w:r>
          </w:p>
        </w:tc>
        <w:tc>
          <w:tcPr>
            <w:tcW w:type="dxa" w:w="1126"/>
          </w:tcPr>
          <w:p>
            <w:pPr>
              <w:spacing w:after="0"/>
              <w:jc w:val="right"/>
            </w:pPr>
            <w:r>
              <w:rPr>
                <w:sz w:val="16"/>
              </w:rPr>
              <w:t>$8,464,438</w:t>
            </w:r>
          </w:p>
        </w:tc>
        <w:tc>
          <w:tcPr>
            <w:tcW w:type="dxa" w:w="1126"/>
          </w:tcPr>
          <w:p>
            <w:pPr>
              <w:spacing w:after="0"/>
              <w:jc w:val="right"/>
            </w:pPr>
            <w:r>
              <w:rPr>
                <w:sz w:val="16"/>
              </w:rPr>
              <w:t>$174,244</w:t>
            </w:r>
          </w:p>
        </w:tc>
        <w:tc>
          <w:tcPr>
            <w:tcW w:type="dxa" w:w="1325"/>
          </w:tcPr>
          <w:p>
            <w:pPr>
              <w:spacing w:after="0"/>
              <w:jc w:val="right"/>
            </w:pPr>
            <w:r>
              <w:rPr>
                <w:sz w:val="16"/>
              </w:rPr>
              <w:t>$616,776</w:t>
            </w:r>
          </w:p>
        </w:tc>
        <w:tc>
          <w:tcPr>
            <w:tcW w:type="dxa" w:w="1145"/>
          </w:tcPr>
          <w:p>
            <w:pPr>
              <w:spacing w:after="0"/>
              <w:jc w:val="right"/>
            </w:pPr>
            <w:r>
              <w:rPr>
                <w:sz w:val="16"/>
              </w:rPr>
              <w:t>$9,255,458</w:t>
            </w:r>
          </w:p>
        </w:tc>
        <w:tc>
          <w:tcPr>
            <w:tcW w:type="dxa" w:w="1299"/>
          </w:tcPr>
          <w:p>
            <w:pPr>
              <w:spacing w:after="0"/>
              <w:jc w:val="right"/>
            </w:pPr>
            <w:r>
              <w:rPr>
                <w:sz w:val="16"/>
              </w:rPr>
              <w:t>186</w:t>
            </w:r>
          </w:p>
        </w:tc>
        <w:tc>
          <w:tcPr>
            <w:tcW w:type="dxa" w:w="1655"/>
          </w:tcPr>
          <w:p>
            <w:pPr>
              <w:spacing w:after="0"/>
              <w:jc w:val="left"/>
            </w:pPr>
          </w:p>
        </w:tc>
        <w:tc>
          <w:tcPr>
            <w:tcW w:type="dxa" w:w="2060"/>
          </w:tcPr>
          <w:p>
            <w:pPr>
              <w:spacing w:after="0"/>
              <w:jc w:val="left"/>
            </w:pPr>
          </w:p>
        </w:tc>
      </w:tr>
      <w:tr>
        <w:trPr>
          <w:cantSplit/>
        </w:trPr>
        <w:tc>
          <w:tcPr>
            <w:tcW w:type="dxa" w:w="666"/>
          </w:tcPr>
          <w:p>
            <w:pPr>
              <w:spacing w:after="0"/>
              <w:jc w:val="right"/>
            </w:pPr>
            <w:r>
              <w:rPr>
                <w:sz w:val="16"/>
              </w:rPr>
              <w:t>5</w:t>
            </w:r>
          </w:p>
        </w:tc>
        <w:tc>
          <w:tcPr>
            <w:tcW w:type="dxa" w:w="1056"/>
          </w:tcPr>
          <w:p>
            <w:pPr>
              <w:spacing w:after="0"/>
              <w:jc w:val="left"/>
            </w:pPr>
            <w:r>
              <w:rPr>
                <w:sz w:val="16"/>
              </w:rPr>
              <w:t>Landslide</w:t>
            </w:r>
          </w:p>
        </w:tc>
        <w:tc>
          <w:tcPr>
            <w:tcW w:type="dxa" w:w="1309"/>
          </w:tcPr>
          <w:p>
            <w:pPr>
              <w:spacing w:after="0"/>
              <w:jc w:val="left"/>
            </w:pPr>
            <w:r>
              <w:rPr>
                <w:sz w:val="16"/>
              </w:rPr>
              <w:t>Insufficient Data</w:t>
            </w:r>
          </w:p>
        </w:tc>
        <w:tc>
          <w:tcPr>
            <w:tcW w:type="dxa" w:w="1347"/>
          </w:tcPr>
          <w:p>
            <w:pPr>
              <w:spacing w:after="0"/>
              <w:jc w:val="left"/>
            </w:pPr>
            <w:r>
              <w:rPr>
                <w:sz w:val="16"/>
              </w:rPr>
              <w:t>Relatively High</w:t>
            </w:r>
          </w:p>
        </w:tc>
        <w:tc>
          <w:tcPr>
            <w:tcW w:type="dxa" w:w="1126"/>
          </w:tcPr>
          <w:p>
            <w:pPr>
              <w:spacing w:after="0"/>
              <w:jc w:val="right"/>
            </w:pPr>
            <w:r>
              <w:rPr>
                <w:sz w:val="16"/>
              </w:rPr>
              <w:t>$2,127,770</w:t>
            </w:r>
          </w:p>
        </w:tc>
        <w:tc>
          <w:tcPr>
            <w:tcW w:type="dxa" w:w="1126"/>
          </w:tcPr>
          <w:p>
            <w:pPr>
              <w:spacing w:after="0"/>
              <w:jc w:val="right"/>
            </w:pPr>
            <w:r>
              <w:rPr>
                <w:sz w:val="16"/>
              </w:rPr>
              <w:t>n/a</w:t>
            </w:r>
          </w:p>
        </w:tc>
        <w:tc>
          <w:tcPr>
            <w:tcW w:type="dxa" w:w="1325"/>
          </w:tcPr>
          <w:p>
            <w:pPr>
              <w:spacing w:after="0"/>
              <w:jc w:val="right"/>
            </w:pPr>
            <w:r>
              <w:rPr>
                <w:sz w:val="16"/>
              </w:rPr>
              <w:t>$9,647</w:t>
            </w:r>
          </w:p>
        </w:tc>
        <w:tc>
          <w:tcPr>
            <w:tcW w:type="dxa" w:w="1145"/>
          </w:tcPr>
          <w:p>
            <w:pPr>
              <w:spacing w:after="0"/>
              <w:jc w:val="right"/>
            </w:pPr>
            <w:r>
              <w:rPr>
                <w:sz w:val="16"/>
              </w:rPr>
              <w:t>$2,137,417</w:t>
            </w:r>
          </w:p>
        </w:tc>
        <w:tc>
          <w:tcPr>
            <w:tcW w:type="dxa" w:w="1299"/>
          </w:tcPr>
          <w:p>
            <w:pPr>
              <w:spacing w:after="0"/>
              <w:jc w:val="right"/>
            </w:pPr>
            <w:r>
              <w:rPr>
                <w:sz w:val="16"/>
              </w:rPr>
              <w:t>26</w:t>
            </w:r>
          </w:p>
        </w:tc>
        <w:tc>
          <w:tcPr>
            <w:tcW w:type="dxa" w:w="1655"/>
          </w:tcPr>
          <w:p>
            <w:pPr>
              <w:spacing w:after="0"/>
              <w:jc w:val="left"/>
            </w:pPr>
          </w:p>
        </w:tc>
        <w:tc>
          <w:tcPr>
            <w:tcW w:type="dxa" w:w="2060"/>
          </w:tcPr>
          <w:p>
            <w:pPr>
              <w:spacing w:after="0"/>
              <w:jc w:val="left"/>
            </w:pPr>
          </w:p>
        </w:tc>
      </w:tr>
      <w:tr>
        <w:trPr>
          <w:cantSplit/>
        </w:trPr>
        <w:tc>
          <w:tcPr>
            <w:tcW w:type="dxa" w:w="666"/>
          </w:tcPr>
          <w:p>
            <w:pPr>
              <w:spacing w:after="0"/>
              <w:jc w:val="right"/>
            </w:pPr>
            <w:r>
              <w:rPr>
                <w:sz w:val="16"/>
              </w:rPr>
              <w:t>6</w:t>
            </w:r>
          </w:p>
        </w:tc>
        <w:tc>
          <w:tcPr>
            <w:tcW w:type="dxa" w:w="1056"/>
          </w:tcPr>
          <w:p>
            <w:pPr>
              <w:spacing w:after="0"/>
              <w:jc w:val="left"/>
            </w:pPr>
            <w:r>
              <w:rPr>
                <w:sz w:val="16"/>
              </w:rPr>
              <w:t>Lightning</w:t>
            </w:r>
          </w:p>
        </w:tc>
        <w:tc>
          <w:tcPr>
            <w:tcW w:type="dxa" w:w="1309"/>
          </w:tcPr>
          <w:p>
            <w:pPr>
              <w:spacing w:after="0"/>
              <w:jc w:val="left"/>
            </w:pPr>
            <w:r>
              <w:rPr>
                <w:sz w:val="16"/>
              </w:rPr>
              <w:t>Insufficient Data</w:t>
            </w:r>
          </w:p>
        </w:tc>
        <w:tc>
          <w:tcPr>
            <w:tcW w:type="dxa" w:w="1347"/>
          </w:tcPr>
          <w:p>
            <w:pPr>
              <w:spacing w:after="0"/>
              <w:jc w:val="left"/>
            </w:pPr>
            <w:r>
              <w:rPr>
                <w:sz w:val="16"/>
              </w:rPr>
              <w:t>Relatively High</w:t>
            </w:r>
          </w:p>
        </w:tc>
        <w:tc>
          <w:tcPr>
            <w:tcW w:type="dxa" w:w="1126"/>
          </w:tcPr>
          <w:p>
            <w:pPr>
              <w:spacing w:after="0"/>
              <w:jc w:val="right"/>
            </w:pPr>
            <w:r>
              <w:rPr>
                <w:sz w:val="16"/>
              </w:rPr>
              <w:t>$27,644</w:t>
            </w:r>
          </w:p>
        </w:tc>
        <w:tc>
          <w:tcPr>
            <w:tcW w:type="dxa" w:w="1126"/>
          </w:tcPr>
          <w:p>
            <w:pPr>
              <w:spacing w:after="0"/>
              <w:jc w:val="right"/>
            </w:pPr>
            <w:r>
              <w:rPr>
                <w:sz w:val="16"/>
              </w:rPr>
              <w:t>n/a</w:t>
            </w:r>
          </w:p>
        </w:tc>
        <w:tc>
          <w:tcPr>
            <w:tcW w:type="dxa" w:w="1325"/>
          </w:tcPr>
          <w:p>
            <w:pPr>
              <w:spacing w:after="0"/>
              <w:jc w:val="right"/>
            </w:pPr>
            <w:r>
              <w:rPr>
                <w:sz w:val="16"/>
              </w:rPr>
              <w:t>$1,077,158</w:t>
            </w:r>
          </w:p>
        </w:tc>
        <w:tc>
          <w:tcPr>
            <w:tcW w:type="dxa" w:w="1145"/>
          </w:tcPr>
          <w:p>
            <w:pPr>
              <w:spacing w:after="0"/>
              <w:jc w:val="right"/>
            </w:pPr>
            <w:r>
              <w:rPr>
                <w:sz w:val="16"/>
              </w:rPr>
              <w:t>$1,104,802</w:t>
            </w:r>
          </w:p>
        </w:tc>
        <w:tc>
          <w:tcPr>
            <w:tcW w:type="dxa" w:w="1299"/>
          </w:tcPr>
          <w:p>
            <w:pPr>
              <w:spacing w:after="0"/>
              <w:jc w:val="right"/>
            </w:pPr>
            <w:r>
              <w:rPr>
                <w:sz w:val="16"/>
              </w:rPr>
              <w:t>4</w:t>
            </w:r>
          </w:p>
        </w:tc>
        <w:tc>
          <w:tcPr>
            <w:tcW w:type="dxa" w:w="1655"/>
          </w:tcPr>
          <w:p>
            <w:pPr>
              <w:spacing w:after="0"/>
              <w:jc w:val="left"/>
            </w:pPr>
          </w:p>
        </w:tc>
        <w:tc>
          <w:tcPr>
            <w:tcW w:type="dxa" w:w="2060"/>
          </w:tcPr>
          <w:p>
            <w:pPr>
              <w:spacing w:after="0"/>
              <w:jc w:val="left"/>
            </w:pPr>
          </w:p>
        </w:tc>
      </w:tr>
      <w:tr>
        <w:trPr>
          <w:cantSplit/>
        </w:trPr>
        <w:tc>
          <w:tcPr>
            <w:tcW w:type="dxa" w:w="666"/>
          </w:tcPr>
          <w:p>
            <w:pPr>
              <w:spacing w:after="0"/>
              <w:jc w:val="right"/>
            </w:pPr>
            <w:r>
              <w:rPr>
                <w:sz w:val="16"/>
              </w:rPr>
              <w:t>7</w:t>
            </w:r>
          </w:p>
        </w:tc>
        <w:tc>
          <w:tcPr>
            <w:tcW w:type="dxa" w:w="1056"/>
          </w:tcPr>
          <w:p>
            <w:pPr>
              <w:spacing w:after="0"/>
              <w:jc w:val="left"/>
            </w:pPr>
            <w:r>
              <w:rPr>
                <w:sz w:val="16"/>
              </w:rPr>
              <w:t>Tornado</w:t>
            </w:r>
          </w:p>
        </w:tc>
        <w:tc>
          <w:tcPr>
            <w:tcW w:type="dxa" w:w="1309"/>
          </w:tcPr>
          <w:p>
            <w:pPr>
              <w:spacing w:after="0"/>
              <w:jc w:val="left"/>
            </w:pPr>
            <w:r>
              <w:rPr>
                <w:sz w:val="16"/>
              </w:rPr>
              <w:t>Insufficient Data</w:t>
            </w:r>
          </w:p>
        </w:tc>
        <w:tc>
          <w:tcPr>
            <w:tcW w:type="dxa" w:w="1347"/>
          </w:tcPr>
          <w:p>
            <w:pPr>
              <w:spacing w:after="0"/>
              <w:jc w:val="left"/>
            </w:pPr>
            <w:r>
              <w:rPr>
                <w:sz w:val="16"/>
              </w:rPr>
              <w:t>Very Low</w:t>
            </w:r>
          </w:p>
        </w:tc>
        <w:tc>
          <w:tcPr>
            <w:tcW w:type="dxa" w:w="1126"/>
          </w:tcPr>
          <w:p>
            <w:pPr>
              <w:spacing w:after="0"/>
              <w:jc w:val="right"/>
            </w:pPr>
            <w:r>
              <w:rPr>
                <w:sz w:val="16"/>
              </w:rPr>
              <w:t>$27,513</w:t>
            </w:r>
          </w:p>
        </w:tc>
        <w:tc>
          <w:tcPr>
            <w:tcW w:type="dxa" w:w="1126"/>
          </w:tcPr>
          <w:p>
            <w:pPr>
              <w:spacing w:after="0"/>
              <w:jc w:val="right"/>
            </w:pPr>
            <w:r>
              <w:rPr>
                <w:sz w:val="16"/>
              </w:rPr>
              <w:t>$193</w:t>
            </w:r>
          </w:p>
        </w:tc>
        <w:tc>
          <w:tcPr>
            <w:tcW w:type="dxa" w:w="1325"/>
          </w:tcPr>
          <w:p>
            <w:pPr>
              <w:spacing w:after="0"/>
              <w:jc w:val="right"/>
            </w:pPr>
            <w:r>
              <w:rPr>
                <w:sz w:val="16"/>
              </w:rPr>
              <w:t>$31,497</w:t>
            </w:r>
          </w:p>
        </w:tc>
        <w:tc>
          <w:tcPr>
            <w:tcW w:type="dxa" w:w="1145"/>
          </w:tcPr>
          <w:p>
            <w:pPr>
              <w:spacing w:after="0"/>
              <w:jc w:val="right"/>
            </w:pPr>
            <w:r>
              <w:rPr>
                <w:sz w:val="16"/>
              </w:rPr>
              <w:t>$59,203</w:t>
            </w:r>
          </w:p>
        </w:tc>
        <w:tc>
          <w:tcPr>
            <w:tcW w:type="dxa" w:w="1299"/>
          </w:tcPr>
          <w:p>
            <w:pPr>
              <w:spacing w:after="0"/>
              <w:jc w:val="right"/>
            </w:pPr>
            <w:r>
              <w:rPr>
                <w:sz w:val="16"/>
              </w:rPr>
              <w:t>2</w:t>
            </w:r>
          </w:p>
        </w:tc>
        <w:tc>
          <w:tcPr>
            <w:tcW w:type="dxa" w:w="1655"/>
          </w:tcPr>
          <w:p>
            <w:pPr>
              <w:spacing w:after="0"/>
              <w:jc w:val="left"/>
            </w:pPr>
          </w:p>
        </w:tc>
        <w:tc>
          <w:tcPr>
            <w:tcW w:type="dxa" w:w="2060"/>
          </w:tcPr>
          <w:p>
            <w:pPr>
              <w:spacing w:after="0"/>
              <w:jc w:val="left"/>
            </w:pPr>
          </w:p>
        </w:tc>
      </w:tr>
      <w:tr>
        <w:trPr>
          <w:cantSplit/>
        </w:trPr>
        <w:tc>
          <w:tcPr>
            <w:tcW w:type="dxa" w:w="666"/>
          </w:tcPr>
          <w:p>
            <w:pPr>
              <w:spacing w:after="0"/>
              <w:jc w:val="right"/>
            </w:pPr>
            <w:r>
              <w:rPr>
                <w:sz w:val="16"/>
              </w:rPr>
              <w:t>8</w:t>
            </w:r>
          </w:p>
        </w:tc>
        <w:tc>
          <w:tcPr>
            <w:tcW w:type="dxa" w:w="1056"/>
          </w:tcPr>
          <w:p>
            <w:pPr>
              <w:spacing w:after="0"/>
              <w:jc w:val="left"/>
            </w:pPr>
            <w:r>
              <w:rPr>
                <w:sz w:val="16"/>
              </w:rPr>
              <w:t>Coastal Flooding</w:t>
            </w:r>
          </w:p>
        </w:tc>
        <w:tc>
          <w:tcPr>
            <w:tcW w:type="dxa" w:w="1309"/>
          </w:tcPr>
          <w:p>
            <w:pPr>
              <w:spacing w:after="0"/>
              <w:jc w:val="left"/>
            </w:pPr>
            <w:r>
              <w:rPr>
                <w:sz w:val="16"/>
              </w:rPr>
              <w:t>Insufficient Data</w:t>
            </w:r>
          </w:p>
        </w:tc>
        <w:tc>
          <w:tcPr>
            <w:tcW w:type="dxa" w:w="1347"/>
          </w:tcPr>
          <w:p>
            <w:pPr>
              <w:spacing w:after="0"/>
              <w:jc w:val="left"/>
            </w:pPr>
            <w:r>
              <w:rPr>
                <w:sz w:val="16"/>
              </w:rPr>
              <w:t>Very Low</w:t>
            </w:r>
          </w:p>
        </w:tc>
        <w:tc>
          <w:tcPr>
            <w:tcW w:type="dxa" w:w="1126"/>
          </w:tcPr>
          <w:p>
            <w:pPr>
              <w:spacing w:after="0"/>
              <w:jc w:val="right"/>
            </w:pPr>
            <w:r>
              <w:rPr>
                <w:sz w:val="16"/>
              </w:rPr>
              <w:t>$16,801</w:t>
            </w:r>
          </w:p>
        </w:tc>
        <w:tc>
          <w:tcPr>
            <w:tcW w:type="dxa" w:w="1126"/>
          </w:tcPr>
          <w:p>
            <w:pPr>
              <w:spacing w:after="0"/>
              <w:jc w:val="right"/>
            </w:pPr>
            <w:r>
              <w:rPr>
                <w:sz w:val="16"/>
              </w:rPr>
              <w:t>n/a</w:t>
            </w:r>
          </w:p>
        </w:tc>
        <w:tc>
          <w:tcPr>
            <w:tcW w:type="dxa" w:w="1325"/>
          </w:tcPr>
          <w:p>
            <w:pPr>
              <w:spacing w:after="0"/>
              <w:jc w:val="right"/>
            </w:pPr>
            <w:r>
              <w:rPr>
                <w:sz w:val="16"/>
              </w:rPr>
              <w:t>$4,481</w:t>
            </w:r>
          </w:p>
        </w:tc>
        <w:tc>
          <w:tcPr>
            <w:tcW w:type="dxa" w:w="1145"/>
          </w:tcPr>
          <w:p>
            <w:pPr>
              <w:spacing w:after="0"/>
              <w:jc w:val="right"/>
            </w:pPr>
            <w:r>
              <w:rPr>
                <w:sz w:val="16"/>
              </w:rPr>
              <w:t>$21,282</w:t>
            </w:r>
          </w:p>
        </w:tc>
        <w:tc>
          <w:tcPr>
            <w:tcW w:type="dxa" w:w="1299"/>
          </w:tcPr>
          <w:p>
            <w:pPr>
              <w:spacing w:after="0"/>
              <w:jc w:val="right"/>
            </w:pPr>
            <w:r>
              <w:rPr>
                <w:sz w:val="16"/>
              </w:rPr>
              <w:t>13</w:t>
            </w:r>
          </w:p>
        </w:tc>
        <w:tc>
          <w:tcPr>
            <w:tcW w:type="dxa" w:w="1655"/>
          </w:tcPr>
          <w:p>
            <w:pPr>
              <w:spacing w:after="0"/>
              <w:jc w:val="left"/>
            </w:pPr>
          </w:p>
        </w:tc>
        <w:tc>
          <w:tcPr>
            <w:tcW w:type="dxa" w:w="2060"/>
          </w:tcPr>
          <w:p>
            <w:pPr>
              <w:spacing w:after="0"/>
              <w:jc w:val="left"/>
            </w:pPr>
          </w:p>
        </w:tc>
      </w:tr>
      <w:tr>
        <w:trPr>
          <w:cantSplit/>
        </w:trPr>
        <w:tc>
          <w:tcPr>
            <w:tcW w:type="dxa" w:w="666"/>
          </w:tcPr>
          <w:p>
            <w:pPr>
              <w:spacing w:after="0"/>
              <w:jc w:val="right"/>
            </w:pPr>
            <w:r>
              <w:rPr>
                <w:sz w:val="16"/>
              </w:rPr>
              <w:t>9</w:t>
            </w:r>
          </w:p>
        </w:tc>
        <w:tc>
          <w:tcPr>
            <w:tcW w:type="dxa" w:w="1056"/>
          </w:tcPr>
          <w:p>
            <w:pPr>
              <w:spacing w:after="0"/>
              <w:jc w:val="left"/>
            </w:pPr>
            <w:r>
              <w:rPr>
                <w:sz w:val="16"/>
              </w:rPr>
              <w:t>Hail</w:t>
            </w:r>
          </w:p>
        </w:tc>
        <w:tc>
          <w:tcPr>
            <w:tcW w:type="dxa" w:w="1309"/>
          </w:tcPr>
          <w:p>
            <w:pPr>
              <w:spacing w:after="0"/>
              <w:jc w:val="left"/>
            </w:pPr>
            <w:r>
              <w:rPr>
                <w:sz w:val="16"/>
              </w:rPr>
              <w:t>Insufficient Data</w:t>
            </w:r>
          </w:p>
        </w:tc>
        <w:tc>
          <w:tcPr>
            <w:tcW w:type="dxa" w:w="1347"/>
          </w:tcPr>
          <w:p>
            <w:pPr>
              <w:spacing w:after="0"/>
              <w:jc w:val="left"/>
            </w:pPr>
            <w:r>
              <w:rPr>
                <w:sz w:val="16"/>
              </w:rPr>
              <w:t>Very Low</w:t>
            </w:r>
          </w:p>
        </w:tc>
        <w:tc>
          <w:tcPr>
            <w:tcW w:type="dxa" w:w="1126"/>
          </w:tcPr>
          <w:p>
            <w:pPr>
              <w:spacing w:after="0"/>
              <w:jc w:val="right"/>
            </w:pPr>
            <w:r>
              <w:rPr>
                <w:sz w:val="16"/>
              </w:rPr>
              <w:t>$6,274</w:t>
            </w:r>
          </w:p>
        </w:tc>
        <w:tc>
          <w:tcPr>
            <w:tcW w:type="dxa" w:w="1126"/>
          </w:tcPr>
          <w:p>
            <w:pPr>
              <w:spacing w:after="0"/>
              <w:jc w:val="right"/>
            </w:pPr>
            <w:r>
              <w:rPr>
                <w:sz w:val="16"/>
              </w:rPr>
              <w:t>$1,236</w:t>
            </w:r>
          </w:p>
        </w:tc>
        <w:tc>
          <w:tcPr>
            <w:tcW w:type="dxa" w:w="1325"/>
          </w:tcPr>
          <w:p>
            <w:pPr>
              <w:spacing w:after="0"/>
              <w:jc w:val="right"/>
            </w:pPr>
            <w:r>
              <w:rPr>
                <w:sz w:val="16"/>
              </w:rPr>
              <w:t>$1,230</w:t>
            </w:r>
          </w:p>
        </w:tc>
        <w:tc>
          <w:tcPr>
            <w:tcW w:type="dxa" w:w="1145"/>
          </w:tcPr>
          <w:p>
            <w:pPr>
              <w:spacing w:after="0"/>
              <w:jc w:val="right"/>
            </w:pPr>
            <w:r>
              <w:rPr>
                <w:sz w:val="16"/>
              </w:rPr>
              <w:t>$8,740</w:t>
            </w:r>
          </w:p>
        </w:tc>
        <w:tc>
          <w:tcPr>
            <w:tcW w:type="dxa" w:w="1299"/>
          </w:tcPr>
          <w:p>
            <w:pPr>
              <w:spacing w:after="0"/>
              <w:jc w:val="right"/>
            </w:pPr>
            <w:r>
              <w:rPr>
                <w:sz w:val="16"/>
              </w:rPr>
              <w:t>4</w:t>
            </w:r>
          </w:p>
        </w:tc>
        <w:tc>
          <w:tcPr>
            <w:tcW w:type="dxa" w:w="1655"/>
          </w:tcPr>
          <w:p>
            <w:pPr>
              <w:spacing w:after="0"/>
              <w:jc w:val="left"/>
            </w:pPr>
          </w:p>
        </w:tc>
        <w:tc>
          <w:tcPr>
            <w:tcW w:type="dxa" w:w="2060"/>
          </w:tcPr>
          <w:p>
            <w:pPr>
              <w:spacing w:after="0"/>
              <w:jc w:val="left"/>
            </w:pPr>
          </w:p>
        </w:tc>
      </w:tr>
      <w:tr>
        <w:trPr>
          <w:cantSplit/>
        </w:trPr>
        <w:tc>
          <w:tcPr>
            <w:tcW w:type="dxa" w:w="666"/>
          </w:tcPr>
          <w:p>
            <w:pPr>
              <w:spacing w:after="0"/>
              <w:jc w:val="right"/>
            </w:pPr>
            <w:r>
              <w:rPr>
                <w:sz w:val="16"/>
              </w:rPr>
              <w:t>10</w:t>
            </w:r>
          </w:p>
        </w:tc>
        <w:tc>
          <w:tcPr>
            <w:tcW w:type="dxa" w:w="1056"/>
          </w:tcPr>
          <w:p>
            <w:pPr>
              <w:spacing w:after="0"/>
              <w:jc w:val="left"/>
            </w:pPr>
            <w:r>
              <w:rPr>
                <w:sz w:val="16"/>
              </w:rPr>
              <w:t>Strong Wind</w:t>
            </w:r>
          </w:p>
        </w:tc>
        <w:tc>
          <w:tcPr>
            <w:tcW w:type="dxa" w:w="1309"/>
          </w:tcPr>
          <w:p>
            <w:pPr>
              <w:spacing w:after="0"/>
              <w:jc w:val="left"/>
            </w:pPr>
            <w:r>
              <w:rPr>
                <w:sz w:val="16"/>
              </w:rPr>
              <w:t>Insufficient Data</w:t>
            </w:r>
          </w:p>
        </w:tc>
        <w:tc>
          <w:tcPr>
            <w:tcW w:type="dxa" w:w="1347"/>
          </w:tcPr>
          <w:p>
            <w:pPr>
              <w:spacing w:after="0"/>
              <w:jc w:val="left"/>
            </w:pPr>
            <w:r>
              <w:rPr>
                <w:sz w:val="16"/>
              </w:rPr>
              <w:t>Very Low</w:t>
            </w:r>
          </w:p>
        </w:tc>
        <w:tc>
          <w:tcPr>
            <w:tcW w:type="dxa" w:w="1126"/>
          </w:tcPr>
          <w:p>
            <w:pPr>
              <w:spacing w:after="0"/>
              <w:jc w:val="right"/>
            </w:pPr>
            <w:r>
              <w:rPr>
                <w:sz w:val="16"/>
              </w:rPr>
              <w:t>$92</w:t>
            </w:r>
          </w:p>
        </w:tc>
        <w:tc>
          <w:tcPr>
            <w:tcW w:type="dxa" w:w="1126"/>
          </w:tcPr>
          <w:p>
            <w:pPr>
              <w:spacing w:after="0"/>
              <w:jc w:val="right"/>
            </w:pPr>
            <w:r>
              <w:rPr>
                <w:sz w:val="16"/>
              </w:rPr>
              <w:t>under $1</w:t>
            </w:r>
          </w:p>
        </w:tc>
        <w:tc>
          <w:tcPr>
            <w:tcW w:type="dxa" w:w="1325"/>
          </w:tcPr>
          <w:p>
            <w:pPr>
              <w:spacing w:after="0"/>
              <w:jc w:val="right"/>
            </w:pPr>
            <w:r>
              <w:rPr>
                <w:sz w:val="16"/>
              </w:rPr>
              <w:t>$297</w:t>
            </w:r>
          </w:p>
        </w:tc>
        <w:tc>
          <w:tcPr>
            <w:tcW w:type="dxa" w:w="1145"/>
          </w:tcPr>
          <w:p>
            <w:pPr>
              <w:spacing w:after="0"/>
              <w:jc w:val="right"/>
            </w:pPr>
            <w:r>
              <w:rPr>
                <w:sz w:val="16"/>
              </w:rPr>
              <w:t>$389</w:t>
            </w:r>
          </w:p>
        </w:tc>
        <w:tc>
          <w:tcPr>
            <w:tcW w:type="dxa" w:w="1299"/>
          </w:tcPr>
          <w:p>
            <w:pPr>
              <w:spacing w:after="0"/>
              <w:jc w:val="right"/>
            </w:pPr>
            <w:r>
              <w:rPr>
                <w:sz w:val="16"/>
              </w:rPr>
              <w:t>21</w:t>
            </w:r>
          </w:p>
        </w:tc>
        <w:tc>
          <w:tcPr>
            <w:tcW w:type="dxa" w:w="1655"/>
          </w:tcPr>
          <w:p>
            <w:pPr>
              <w:spacing w:after="0"/>
              <w:jc w:val="left"/>
            </w:pPr>
          </w:p>
        </w:tc>
        <w:tc>
          <w:tcPr>
            <w:tcW w:type="dxa" w:w="2060"/>
          </w:tcPr>
          <w:p>
            <w:pPr>
              <w:spacing w:after="0"/>
              <w:jc w:val="left"/>
            </w:pPr>
            <w:r>
              <w:rPr>
                <w:sz w:val="16"/>
              </w:rPr>
              <w:t>Includes 1 High Wind and 4 Strong Wind records (NOAA non-thunderstorm wind types, outside NRI's Strong Wind definition).</w:t>
            </w:r>
          </w:p>
        </w:tc>
      </w:tr>
      <w:tr>
        <w:trPr>
          <w:cantSplit/>
        </w:trPr>
        <w:tc>
          <w:tcPr>
            <w:tcW w:type="dxa" w:w="666"/>
          </w:tcPr>
          <w:p>
            <w:pPr>
              <w:spacing w:after="0"/>
              <w:jc w:val="right"/>
            </w:pPr>
            <w:r>
              <w:rPr>
                <w:sz w:val="16"/>
              </w:rPr>
              <w:t>11</w:t>
            </w:r>
          </w:p>
        </w:tc>
        <w:tc>
          <w:tcPr>
            <w:tcW w:type="dxa" w:w="1056"/>
          </w:tcPr>
          <w:p>
            <w:pPr>
              <w:spacing w:after="0"/>
              <w:jc w:val="left"/>
            </w:pPr>
            <w:r>
              <w:rPr>
                <w:sz w:val="16"/>
              </w:rPr>
              <w:t>Cold Wave</w:t>
            </w:r>
          </w:p>
        </w:tc>
        <w:tc>
          <w:tcPr>
            <w:tcW w:type="dxa" w:w="1309"/>
          </w:tcPr>
          <w:p>
            <w:pPr>
              <w:spacing w:after="0"/>
              <w:jc w:val="left"/>
            </w:pPr>
            <w:r>
              <w:rPr>
                <w:sz w:val="16"/>
              </w:rPr>
              <w:t>Insufficient Data</w:t>
            </w:r>
          </w:p>
        </w:tc>
        <w:tc>
          <w:tcPr>
            <w:tcW w:type="dxa" w:w="134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25"/>
          </w:tcPr>
          <w:p>
            <w:pPr>
              <w:spacing w:after="0"/>
              <w:jc w:val="right"/>
            </w:pPr>
            <w:r>
              <w:rPr>
                <w:sz w:val="16"/>
              </w:rPr>
              <w:t>$0</w:t>
            </w:r>
          </w:p>
        </w:tc>
        <w:tc>
          <w:tcPr>
            <w:tcW w:type="dxa" w:w="1145"/>
          </w:tcPr>
          <w:p>
            <w:pPr>
              <w:spacing w:after="0"/>
              <w:jc w:val="right"/>
            </w:pPr>
            <w:r>
              <w:rPr>
                <w:sz w:val="16"/>
              </w:rPr>
              <w:t>$0</w:t>
            </w:r>
          </w:p>
        </w:tc>
        <w:tc>
          <w:tcPr>
            <w:tcW w:type="dxa" w:w="1299"/>
          </w:tcPr>
          <w:p>
            <w:pPr>
              <w:spacing w:after="0"/>
              <w:jc w:val="right"/>
            </w:pPr>
            <w:r>
              <w:rPr>
                <w:sz w:val="16"/>
              </w:rPr>
              <w:t>1</w:t>
            </w:r>
          </w:p>
        </w:tc>
        <w:tc>
          <w:tcPr>
            <w:tcW w:type="dxa" w:w="1655"/>
          </w:tcPr>
          <w:p>
            <w:pPr>
              <w:spacing w:after="0"/>
              <w:jc w:val="left"/>
            </w:pPr>
          </w:p>
        </w:tc>
        <w:tc>
          <w:tcPr>
            <w:tcW w:type="dxa" w:w="2060"/>
          </w:tcPr>
          <w:p>
            <w:pPr>
              <w:spacing w:after="0"/>
              <w:jc w:val="left"/>
            </w:pPr>
          </w:p>
        </w:tc>
      </w:tr>
      <w:tr>
        <w:trPr>
          <w:cantSplit/>
        </w:trPr>
        <w:tc>
          <w:tcPr>
            <w:tcW w:type="dxa" w:w="666"/>
          </w:tcPr>
          <w:p>
            <w:pPr>
              <w:spacing w:after="0"/>
              <w:jc w:val="right"/>
            </w:pPr>
            <w:r>
              <w:rPr>
                <w:sz w:val="16"/>
              </w:rPr>
              <w:t>12</w:t>
            </w:r>
          </w:p>
        </w:tc>
        <w:tc>
          <w:tcPr>
            <w:tcW w:type="dxa" w:w="1056"/>
          </w:tcPr>
          <w:p>
            <w:pPr>
              <w:spacing w:after="0"/>
              <w:jc w:val="left"/>
            </w:pPr>
            <w:r>
              <w:rPr>
                <w:sz w:val="16"/>
              </w:rPr>
              <w:t>Drought</w:t>
            </w:r>
          </w:p>
        </w:tc>
        <w:tc>
          <w:tcPr>
            <w:tcW w:type="dxa" w:w="1309"/>
          </w:tcPr>
          <w:p>
            <w:pPr>
              <w:spacing w:after="0"/>
              <w:jc w:val="left"/>
            </w:pPr>
            <w:r>
              <w:rPr>
                <w:sz w:val="16"/>
              </w:rPr>
              <w:t>Insufficient Data</w:t>
            </w:r>
          </w:p>
        </w:tc>
        <w:tc>
          <w:tcPr>
            <w:tcW w:type="dxa" w:w="1347"/>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325"/>
          </w:tcPr>
          <w:p>
            <w:pPr>
              <w:spacing w:after="0"/>
              <w:jc w:val="right"/>
            </w:pPr>
            <w:r>
              <w:rPr>
                <w:sz w:val="16"/>
              </w:rPr>
              <w:t>n/a</w:t>
            </w:r>
          </w:p>
        </w:tc>
        <w:tc>
          <w:tcPr>
            <w:tcW w:type="dxa" w:w="1145"/>
          </w:tcPr>
          <w:p>
            <w:pPr>
              <w:spacing w:after="0"/>
              <w:jc w:val="right"/>
            </w:pPr>
            <w:r>
              <w:rPr>
                <w:sz w:val="16"/>
              </w:rPr>
              <w:t>$0</w:t>
            </w:r>
          </w:p>
        </w:tc>
        <w:tc>
          <w:tcPr>
            <w:tcW w:type="dxa" w:w="1299"/>
          </w:tcPr>
          <w:p>
            <w:pPr>
              <w:spacing w:after="0"/>
              <w:jc w:val="right"/>
            </w:pPr>
            <w:r>
              <w:rPr>
                <w:sz w:val="16"/>
              </w:rPr>
              <w:t>4</w:t>
            </w:r>
          </w:p>
        </w:tc>
        <w:tc>
          <w:tcPr>
            <w:tcW w:type="dxa" w:w="1655"/>
          </w:tcPr>
          <w:p>
            <w:pPr>
              <w:spacing w:after="0"/>
              <w:jc w:val="left"/>
            </w:pPr>
          </w:p>
        </w:tc>
        <w:tc>
          <w:tcPr>
            <w:tcW w:type="dxa" w:w="2060"/>
          </w:tcPr>
          <w:p>
            <w:pPr>
              <w:spacing w:after="0"/>
              <w:jc w:val="left"/>
            </w:pPr>
          </w:p>
        </w:tc>
      </w:tr>
      <w:tr>
        <w:trPr>
          <w:cantSplit/>
        </w:trPr>
        <w:tc>
          <w:tcPr>
            <w:tcW w:type="dxa" w:w="666"/>
          </w:tcPr>
          <w:p>
            <w:pPr>
              <w:spacing w:after="0"/>
              <w:jc w:val="right"/>
            </w:pPr>
            <w:r>
              <w:rPr>
                <w:sz w:val="16"/>
              </w:rPr>
              <w:t>13</w:t>
            </w:r>
          </w:p>
        </w:tc>
        <w:tc>
          <w:tcPr>
            <w:tcW w:type="dxa" w:w="1056"/>
          </w:tcPr>
          <w:p>
            <w:pPr>
              <w:spacing w:after="0"/>
              <w:jc w:val="left"/>
            </w:pPr>
            <w:r>
              <w:rPr>
                <w:sz w:val="16"/>
              </w:rPr>
              <w:t>Heat Wave</w:t>
            </w:r>
          </w:p>
        </w:tc>
        <w:tc>
          <w:tcPr>
            <w:tcW w:type="dxa" w:w="1309"/>
          </w:tcPr>
          <w:p>
            <w:pPr>
              <w:spacing w:after="0"/>
              <w:jc w:val="left"/>
            </w:pPr>
            <w:r>
              <w:rPr>
                <w:sz w:val="16"/>
              </w:rPr>
              <w:t>Insufficient Data</w:t>
            </w:r>
          </w:p>
        </w:tc>
        <w:tc>
          <w:tcPr>
            <w:tcW w:type="dxa" w:w="134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25"/>
          </w:tcPr>
          <w:p>
            <w:pPr>
              <w:spacing w:after="0"/>
              <w:jc w:val="right"/>
            </w:pPr>
            <w:r>
              <w:rPr>
                <w:sz w:val="16"/>
              </w:rPr>
              <w:t>$0</w:t>
            </w:r>
          </w:p>
        </w:tc>
        <w:tc>
          <w:tcPr>
            <w:tcW w:type="dxa" w:w="1145"/>
          </w:tcPr>
          <w:p>
            <w:pPr>
              <w:spacing w:after="0"/>
              <w:jc w:val="right"/>
            </w:pPr>
            <w:r>
              <w:rPr>
                <w:sz w:val="16"/>
              </w:rPr>
              <w:t>$0</w:t>
            </w:r>
          </w:p>
        </w:tc>
        <w:tc>
          <w:tcPr>
            <w:tcW w:type="dxa" w:w="1299"/>
          </w:tcPr>
          <w:p>
            <w:pPr>
              <w:spacing w:after="0"/>
              <w:jc w:val="right"/>
            </w:pPr>
            <w:r>
              <w:rPr>
                <w:sz w:val="16"/>
              </w:rPr>
              <w:t>31</w:t>
            </w:r>
          </w:p>
        </w:tc>
        <w:tc>
          <w:tcPr>
            <w:tcW w:type="dxa" w:w="1655"/>
          </w:tcPr>
          <w:p>
            <w:pPr>
              <w:spacing w:after="0"/>
              <w:jc w:val="left"/>
            </w:pPr>
          </w:p>
        </w:tc>
        <w:tc>
          <w:tcPr>
            <w:tcW w:type="dxa" w:w="2060"/>
          </w:tcPr>
          <w:p>
            <w:pPr>
              <w:spacing w:after="0"/>
              <w:jc w:val="left"/>
            </w:pPr>
          </w:p>
        </w:tc>
      </w:tr>
      <w:tr>
        <w:trPr>
          <w:cantSplit/>
        </w:trPr>
        <w:tc>
          <w:tcPr>
            <w:tcW w:type="dxa" w:w="666"/>
          </w:tcPr>
          <w:p>
            <w:pPr>
              <w:spacing w:after="0"/>
              <w:jc w:val="right"/>
            </w:pPr>
            <w:r>
              <w:rPr>
                <w:sz w:val="16"/>
              </w:rPr>
              <w:t>14</w:t>
            </w:r>
          </w:p>
        </w:tc>
        <w:tc>
          <w:tcPr>
            <w:tcW w:type="dxa" w:w="1056"/>
          </w:tcPr>
          <w:p>
            <w:pPr>
              <w:spacing w:after="0"/>
              <w:jc w:val="left"/>
            </w:pPr>
            <w:r>
              <w:rPr>
                <w:sz w:val="16"/>
              </w:rPr>
              <w:t>Winter Weather</w:t>
            </w:r>
          </w:p>
        </w:tc>
        <w:tc>
          <w:tcPr>
            <w:tcW w:type="dxa" w:w="1309"/>
          </w:tcPr>
          <w:p>
            <w:pPr>
              <w:spacing w:after="0"/>
              <w:jc w:val="left"/>
            </w:pPr>
            <w:r>
              <w:rPr>
                <w:sz w:val="16"/>
              </w:rPr>
              <w:t>Insufficient Data</w:t>
            </w:r>
          </w:p>
        </w:tc>
        <w:tc>
          <w:tcPr>
            <w:tcW w:type="dxa" w:w="134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25"/>
          </w:tcPr>
          <w:p>
            <w:pPr>
              <w:spacing w:after="0"/>
              <w:jc w:val="right"/>
            </w:pPr>
            <w:r>
              <w:rPr>
                <w:sz w:val="16"/>
              </w:rPr>
              <w:t>$0</w:t>
            </w:r>
          </w:p>
        </w:tc>
        <w:tc>
          <w:tcPr>
            <w:tcW w:type="dxa" w:w="1145"/>
          </w:tcPr>
          <w:p>
            <w:pPr>
              <w:spacing w:after="0"/>
              <w:jc w:val="right"/>
            </w:pPr>
            <w:r>
              <w:rPr>
                <w:sz w:val="16"/>
              </w:rPr>
              <w:t>$0</w:t>
            </w:r>
          </w:p>
        </w:tc>
        <w:tc>
          <w:tcPr>
            <w:tcW w:type="dxa" w:w="1299"/>
          </w:tcPr>
          <w:p>
            <w:pPr>
              <w:spacing w:after="0"/>
              <w:jc w:val="right"/>
            </w:pPr>
            <w:r>
              <w:rPr>
                <w:sz w:val="16"/>
              </w:rPr>
              <w:t>0</w:t>
            </w:r>
          </w:p>
        </w:tc>
        <w:tc>
          <w:tcPr>
            <w:tcW w:type="dxa" w:w="1655"/>
          </w:tcPr>
          <w:p>
            <w:pPr>
              <w:spacing w:after="0"/>
              <w:jc w:val="left"/>
            </w:pPr>
          </w:p>
        </w:tc>
        <w:tc>
          <w:tcPr>
            <w:tcW w:type="dxa" w:w="2060"/>
          </w:tcPr>
          <w:p>
            <w:pPr>
              <w:spacing w:after="0"/>
              <w:jc w:val="left"/>
            </w:pPr>
            <w:r>
              <w:rPr>
                <w:sz w:val="16"/>
              </w:rPr>
              <w:t>No recorded events in Storm Events since 1996 (data through 2026-06-30).</w:t>
            </w:r>
          </w:p>
        </w:tc>
      </w:tr>
      <w:tr>
        <w:trPr>
          <w:cantSplit/>
        </w:trPr>
        <w:tc>
          <w:tcPr>
            <w:tcW w:type="dxa" w:w="666"/>
          </w:tcPr>
          <w:p>
            <w:pPr>
              <w:spacing w:after="0"/>
              <w:jc w:val="right"/>
            </w:pPr>
          </w:p>
        </w:tc>
        <w:tc>
          <w:tcPr>
            <w:tcW w:type="dxa" w:w="1056"/>
          </w:tcPr>
          <w:p>
            <w:pPr>
              <w:spacing w:after="0"/>
              <w:jc w:val="left"/>
            </w:pPr>
            <w:r>
              <w:rPr>
                <w:sz w:val="16"/>
              </w:rPr>
              <w:t>Volcanic Activity</w:t>
            </w:r>
          </w:p>
        </w:tc>
        <w:tc>
          <w:tcPr>
            <w:tcW w:type="dxa" w:w="1309"/>
          </w:tcPr>
          <w:p>
            <w:pPr>
              <w:spacing w:after="0"/>
              <w:jc w:val="left"/>
            </w:pPr>
            <w:r>
              <w:rPr>
                <w:sz w:val="16"/>
              </w:rPr>
              <w:t>Not Applicable</w:t>
            </w:r>
          </w:p>
        </w:tc>
        <w:tc>
          <w:tcPr>
            <w:tcW w:type="dxa" w:w="134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5"/>
          </w:tcPr>
          <w:p>
            <w:pPr>
              <w:spacing w:after="0"/>
              <w:jc w:val="right"/>
            </w:pPr>
          </w:p>
        </w:tc>
        <w:tc>
          <w:tcPr>
            <w:tcW w:type="dxa" w:w="1145"/>
          </w:tcPr>
          <w:p>
            <w:pPr>
              <w:spacing w:after="0"/>
              <w:jc w:val="right"/>
            </w:pPr>
          </w:p>
        </w:tc>
        <w:tc>
          <w:tcPr>
            <w:tcW w:type="dxa" w:w="1299"/>
          </w:tcPr>
          <w:p>
            <w:pPr>
              <w:spacing w:after="0"/>
              <w:jc w:val="right"/>
            </w:pPr>
            <w:r>
              <w:rPr>
                <w:sz w:val="16"/>
              </w:rPr>
              <w:t>3</w:t>
            </w:r>
          </w:p>
        </w:tc>
        <w:tc>
          <w:tcPr>
            <w:tcW w:type="dxa" w:w="1655"/>
          </w:tcPr>
          <w:p>
            <w:pPr>
              <w:spacing w:after="0"/>
              <w:jc w:val="left"/>
            </w:pPr>
            <w:r>
              <w:rPr>
                <w:sz w:val="16"/>
              </w:rPr>
              <w:t>NRI rates this Not Applicable, but 3 Storm Events records of this type exist since 1996; review before omitting.</w:t>
            </w:r>
          </w:p>
        </w:tc>
        <w:tc>
          <w:tcPr>
            <w:tcW w:type="dxa" w:w="2060"/>
          </w:tcPr>
          <w:p>
            <w:pPr>
              <w:spacing w:after="0"/>
              <w:jc w:val="left"/>
            </w:pPr>
          </w:p>
        </w:tc>
      </w:tr>
      <w:tr>
        <w:trPr>
          <w:cantSplit/>
        </w:trPr>
        <w:tc>
          <w:tcPr>
            <w:tcW w:type="dxa" w:w="666"/>
          </w:tcPr>
          <w:p>
            <w:pPr>
              <w:spacing w:after="0"/>
              <w:jc w:val="right"/>
            </w:pPr>
          </w:p>
        </w:tc>
        <w:tc>
          <w:tcPr>
            <w:tcW w:type="dxa" w:w="1056"/>
          </w:tcPr>
          <w:p>
            <w:pPr>
              <w:spacing w:after="0"/>
              <w:jc w:val="left"/>
            </w:pPr>
            <w:r>
              <w:rPr>
                <w:sz w:val="16"/>
              </w:rPr>
              <w:t>Wildfire</w:t>
            </w:r>
          </w:p>
        </w:tc>
        <w:tc>
          <w:tcPr>
            <w:tcW w:type="dxa" w:w="1309"/>
          </w:tcPr>
          <w:p>
            <w:pPr>
              <w:spacing w:after="0"/>
              <w:jc w:val="left"/>
            </w:pPr>
            <w:r>
              <w:rPr>
                <w:sz w:val="16"/>
              </w:rPr>
              <w:t>Insufficient Data</w:t>
            </w:r>
          </w:p>
        </w:tc>
        <w:tc>
          <w:tcPr>
            <w:tcW w:type="dxa" w:w="1347"/>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325"/>
          </w:tcPr>
          <w:p>
            <w:pPr>
              <w:spacing w:after="0"/>
              <w:jc w:val="right"/>
            </w:pPr>
            <w:r>
              <w:rPr>
                <w:sz w:val="16"/>
              </w:rPr>
              <w:t>n/a</w:t>
            </w:r>
          </w:p>
        </w:tc>
        <w:tc>
          <w:tcPr>
            <w:tcW w:type="dxa" w:w="1145"/>
          </w:tcPr>
          <w:p>
            <w:pPr>
              <w:spacing w:after="0"/>
              <w:jc w:val="right"/>
            </w:pPr>
            <w:r>
              <w:rPr>
                <w:sz w:val="16"/>
              </w:rPr>
              <w:t>n/a</w:t>
            </w:r>
          </w:p>
        </w:tc>
        <w:tc>
          <w:tcPr>
            <w:tcW w:type="dxa" w:w="1299"/>
          </w:tcPr>
          <w:p>
            <w:pPr>
              <w:spacing w:after="0"/>
              <w:jc w:val="right"/>
            </w:pPr>
            <w:r>
              <w:rPr>
                <w:sz w:val="16"/>
              </w:rPr>
              <w:t>0</w:t>
            </w:r>
          </w:p>
        </w:tc>
        <w:tc>
          <w:tcPr>
            <w:tcW w:type="dxa" w:w="1655"/>
          </w:tcPr>
          <w:p>
            <w:pPr>
              <w:spacing w:after="0"/>
              <w:jc w:val="left"/>
            </w:pPr>
          </w:p>
        </w:tc>
        <w:tc>
          <w:tcPr>
            <w:tcW w:type="dxa" w:w="206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winter weather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ice storm.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Tsunami</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2"/>
        <w:gridCol w:w="1911"/>
        <w:gridCol w:w="1791"/>
        <w:gridCol w:w="1622"/>
        <w:gridCol w:w="1634"/>
        <w:gridCol w:w="1652"/>
        <w:gridCol w:w="2191"/>
        <w:gridCol w:w="1529"/>
      </w:tblGrid>
      <w:tr>
        <w:trPr>
          <w:cantSplit/>
          <w:tblHeader/>
        </w:trPr>
        <w:tc>
          <w:tcPr>
            <w:tcW w:type="dxa" w:w="1782"/>
            <w:shd w:val="clear" w:color="auto" w:fill="E8E8E8"/>
          </w:tcPr>
          <w:p>
            <w:pPr>
              <w:spacing w:after="0"/>
              <w:jc w:val="left"/>
            </w:pPr>
            <w:r>
              <w:rPr>
                <w:b/>
                <w:sz w:val="16"/>
              </w:rPr>
              <w:t>Hazard</w:t>
            </w:r>
          </w:p>
        </w:tc>
        <w:tc>
          <w:tcPr>
            <w:tcW w:type="dxa" w:w="1911"/>
            <w:shd w:val="clear" w:color="auto" w:fill="E8E8E8"/>
          </w:tcPr>
          <w:p>
            <w:pPr>
              <w:spacing w:after="0"/>
              <w:jc w:val="left"/>
            </w:pPr>
            <w:r>
              <w:rPr>
                <w:b/>
                <w:sz w:val="16"/>
              </w:rPr>
              <w:t>Scale</w:t>
            </w:r>
          </w:p>
        </w:tc>
        <w:tc>
          <w:tcPr>
            <w:tcW w:type="dxa" w:w="179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22"/>
            <w:shd w:val="clear" w:color="auto" w:fill="E8E8E8"/>
          </w:tcPr>
          <w:p>
            <w:pPr>
              <w:spacing w:after="0"/>
              <w:jc w:val="left"/>
            </w:pPr>
            <w:r>
              <w:rPr>
                <w:b/>
                <w:sz w:val="16"/>
              </w:rPr>
              <w:t>Observed range</w:t>
            </w:r>
          </w:p>
        </w:tc>
        <w:tc>
          <w:tcPr>
            <w:tcW w:type="dxa" w:w="1634"/>
            <w:shd w:val="clear" w:color="auto" w:fill="E8E8E8"/>
          </w:tcPr>
          <w:p>
            <w:pPr>
              <w:spacing w:after="0"/>
              <w:jc w:val="left"/>
            </w:pPr>
            <w:r>
              <w:rPr>
                <w:b/>
                <w:sz w:val="16"/>
              </w:rPr>
              <w:t>Worst recorded event</w:t>
            </w:r>
          </w:p>
        </w:tc>
        <w:tc>
          <w:tcPr>
            <w:tcW w:type="dxa" w:w="1652"/>
            <w:shd w:val="clear" w:color="auto" w:fill="E8E8E8"/>
          </w:tcPr>
          <w:p>
            <w:pPr>
              <w:spacing w:after="0"/>
              <w:jc w:val="left"/>
            </w:pPr>
            <w:r>
              <w:rPr>
                <w:b/>
                <w:sz w:val="16"/>
              </w:rPr>
              <w:t>Most damaging (when different)</w:t>
            </w:r>
          </w:p>
        </w:tc>
        <w:tc>
          <w:tcPr>
            <w:tcW w:type="dxa" w:w="2191"/>
            <w:shd w:val="clear" w:color="auto" w:fill="E8E8E8"/>
          </w:tcPr>
          <w:p>
            <w:pPr>
              <w:spacing w:after="0"/>
              <w:jc w:val="left"/>
            </w:pPr>
            <w:r>
              <w:rPr>
                <w:b/>
                <w:sz w:val="16"/>
              </w:rPr>
              <w:t>How it applies to jurisdictions</w:t>
            </w:r>
          </w:p>
        </w:tc>
        <w:tc>
          <w:tcPr>
            <w:tcW w:type="dxa" w:w="1529"/>
            <w:shd w:val="clear" w:color="auto" w:fill="E8E8E8"/>
          </w:tcPr>
          <w:p>
            <w:pPr>
              <w:spacing w:after="0"/>
              <w:jc w:val="left"/>
            </w:pPr>
            <w:r>
              <w:rPr>
                <w:b/>
                <w:sz w:val="16"/>
              </w:rPr>
              <w:t>Note</w:t>
            </w:r>
          </w:p>
        </w:tc>
      </w:tr>
      <w:tr>
        <w:trPr>
          <w:cantSplit/>
        </w:trPr>
        <w:tc>
          <w:tcPr>
            <w:tcW w:type="dxa" w:w="1782"/>
          </w:tcPr>
          <w:p>
            <w:pPr>
              <w:spacing w:after="0"/>
              <w:jc w:val="left"/>
            </w:pPr>
            <w:r>
              <w:rPr>
                <w:sz w:val="16"/>
              </w:rPr>
              <w:t>Coastal Flood, Storm Surge/Tide</w:t>
            </w:r>
          </w:p>
        </w:tc>
        <w:tc>
          <w:tcPr>
            <w:tcW w:type="dxa" w:w="1911"/>
          </w:tcPr>
          <w:p>
            <w:pPr>
              <w:spacing w:after="0"/>
              <w:jc w:val="left"/>
            </w:pPr>
            <w:r>
              <w:rPr>
                <w:sz w:val="16"/>
              </w:rPr>
              <w:t>none in data (flood depth: FIRM)</w:t>
            </w:r>
          </w:p>
        </w:tc>
        <w:tc>
          <w:tcPr>
            <w:tcW w:type="dxa" w:w="1791"/>
          </w:tcPr>
          <w:p>
            <w:pPr>
              <w:spacing w:after="0"/>
              <w:jc w:val="right"/>
            </w:pPr>
            <w:r>
              <w:rPr>
                <w:sz w:val="16"/>
              </w:rPr>
              <w:t>13 records, 1999 to 2026 (13 zone-level)</w:t>
            </w:r>
          </w:p>
        </w:tc>
        <w:tc>
          <w:tcPr>
            <w:tcW w:type="dxa" w:w="1622"/>
          </w:tcPr>
          <w:p>
            <w:pPr>
              <w:spacing w:after="0"/>
              <w:jc w:val="left"/>
            </w:pPr>
          </w:p>
        </w:tc>
        <w:tc>
          <w:tcPr>
            <w:tcW w:type="dxa" w:w="1634"/>
          </w:tcPr>
          <w:p>
            <w:pPr>
              <w:spacing w:after="0"/>
              <w:jc w:val="left"/>
            </w:pPr>
            <w:r>
              <w:rPr>
                <w:sz w:val="16"/>
              </w:rPr>
              <w:t>Coastal Flood, 2009-12-29, $15,000 property; $0 crops (2009 dollars); NWS zone PRZ005</w:t>
            </w:r>
          </w:p>
        </w:tc>
        <w:tc>
          <w:tcPr>
            <w:tcW w:type="dxa" w:w="1652"/>
          </w:tcPr>
          <w:p>
            <w:pPr>
              <w:spacing w:after="0"/>
              <w:jc w:val="left"/>
            </w:pPr>
          </w:p>
        </w:tc>
        <w:tc>
          <w:tcPr>
            <w:tcW w:type="dxa" w:w="2191"/>
          </w:tcPr>
          <w:p>
            <w:pPr>
              <w:spacing w:after="0"/>
              <w:jc w:val="left"/>
            </w:pPr>
            <w:r>
              <w:rPr>
                <w:sz w:val="16"/>
              </w:rPr>
              <w:t>Countywide (zone-level records).</w:t>
            </w:r>
          </w:p>
        </w:tc>
        <w:tc>
          <w:tcPr>
            <w:tcW w:type="dxa" w:w="1529"/>
          </w:tcPr>
          <w:p>
            <w:pPr>
              <w:spacing w:after="0"/>
              <w:jc w:val="left"/>
            </w:pPr>
            <w:r>
              <w:rPr>
                <w:sz w:val="16"/>
              </w:rPr>
              <w:t>Flood depth: see the FEMA Flood Insurance Rate Map.</w:t>
            </w:r>
          </w:p>
        </w:tc>
      </w:tr>
      <w:tr>
        <w:trPr>
          <w:cantSplit/>
        </w:trPr>
        <w:tc>
          <w:tcPr>
            <w:tcW w:type="dxa" w:w="1782"/>
          </w:tcPr>
          <w:p>
            <w:pPr>
              <w:spacing w:after="0"/>
              <w:jc w:val="left"/>
            </w:pPr>
            <w:r>
              <w:rPr>
                <w:sz w:val="16"/>
              </w:rPr>
              <w:t>Cold/Wind Chill, Extreme Cold/Wind Chill</w:t>
            </w:r>
          </w:p>
        </w:tc>
        <w:tc>
          <w:tcPr>
            <w:tcW w:type="dxa" w:w="1911"/>
          </w:tcPr>
          <w:p>
            <w:pPr>
              <w:spacing w:after="0"/>
              <w:jc w:val="left"/>
            </w:pPr>
            <w:r>
              <w:rPr>
                <w:sz w:val="16"/>
              </w:rPr>
              <w:t>wind chill</w:t>
            </w:r>
          </w:p>
        </w:tc>
        <w:tc>
          <w:tcPr>
            <w:tcW w:type="dxa" w:w="1791"/>
          </w:tcPr>
          <w:p>
            <w:pPr>
              <w:spacing w:after="0"/>
              <w:jc w:val="right"/>
            </w:pPr>
            <w:r>
              <w:rPr>
                <w:sz w:val="16"/>
              </w:rPr>
              <w:t>1 record, 2000 (1 zone-level)</w:t>
            </w:r>
          </w:p>
        </w:tc>
        <w:tc>
          <w:tcPr>
            <w:tcW w:type="dxa" w:w="1622"/>
          </w:tcPr>
          <w:p>
            <w:pPr>
              <w:spacing w:after="0"/>
              <w:jc w:val="left"/>
            </w:pPr>
            <w:r>
              <w:rPr>
                <w:sz w:val="16"/>
              </w:rPr>
              <w:t>5 days; 1 with a recorded value</w:t>
            </w:r>
          </w:p>
        </w:tc>
        <w:tc>
          <w:tcPr>
            <w:tcW w:type="dxa" w:w="1634"/>
          </w:tcPr>
          <w:p>
            <w:pPr>
              <w:spacing w:after="0"/>
              <w:jc w:val="left"/>
            </w:pPr>
            <w:r>
              <w:rPr>
                <w:sz w:val="16"/>
              </w:rPr>
              <w:t>5 consecutive days, 2000-01-16 to 2000-01-20, zone-level</w:t>
            </w:r>
          </w:p>
        </w:tc>
        <w:tc>
          <w:tcPr>
            <w:tcW w:type="dxa" w:w="1652"/>
          </w:tcPr>
          <w:p>
            <w:pPr>
              <w:spacing w:after="0"/>
              <w:jc w:val="left"/>
            </w:pPr>
          </w:p>
        </w:tc>
        <w:tc>
          <w:tcPr>
            <w:tcW w:type="dxa" w:w="2191"/>
          </w:tcPr>
          <w:p>
            <w:pPr>
              <w:spacing w:after="0"/>
              <w:jc w:val="left"/>
            </w:pPr>
            <w:r>
              <w:rPr>
                <w:sz w:val="16"/>
              </w:rPr>
              <w:t>Countywide (zone-level records).</w:t>
            </w:r>
          </w:p>
        </w:tc>
        <w:tc>
          <w:tcPr>
            <w:tcW w:type="dxa" w:w="1529"/>
          </w:tcPr>
          <w:p>
            <w:pPr>
              <w:spacing w:after="0"/>
              <w:jc w:val="left"/>
            </w:pPr>
          </w:p>
        </w:tc>
      </w:tr>
      <w:tr>
        <w:trPr>
          <w:cantSplit/>
        </w:trPr>
        <w:tc>
          <w:tcPr>
            <w:tcW w:type="dxa" w:w="1782"/>
          </w:tcPr>
          <w:p>
            <w:pPr>
              <w:spacing w:after="0"/>
              <w:jc w:val="left"/>
            </w:pPr>
            <w:r>
              <w:rPr>
                <w:sz w:val="16"/>
              </w:rPr>
              <w:t>Frost/Freeze (outside NRI's Cold Wave definition)</w:t>
            </w:r>
          </w:p>
        </w:tc>
        <w:tc>
          <w:tcPr>
            <w:tcW w:type="dxa" w:w="1911"/>
          </w:tcPr>
          <w:p>
            <w:pPr>
              <w:spacing w:after="0"/>
              <w:jc w:val="left"/>
            </w:pPr>
            <w:r>
              <w:rPr>
                <w:sz w:val="16"/>
              </w:rPr>
              <w:t>crop damage</w:t>
            </w:r>
          </w:p>
        </w:tc>
        <w:tc>
          <w:tcPr>
            <w:tcW w:type="dxa" w:w="1791"/>
          </w:tcPr>
          <w:p>
            <w:pPr>
              <w:spacing w:after="0"/>
              <w:jc w:val="right"/>
            </w:pPr>
            <w:r>
              <w:rPr>
                <w:sz w:val="16"/>
              </w:rPr>
              <w:t>0</w:t>
            </w:r>
          </w:p>
        </w:tc>
        <w:tc>
          <w:tcPr>
            <w:tcW w:type="dxa" w:w="1622"/>
          </w:tcPr>
          <w:p>
            <w:pPr>
              <w:spacing w:after="0"/>
              <w:jc w:val="left"/>
            </w:pPr>
          </w:p>
        </w:tc>
        <w:tc>
          <w:tcPr>
            <w:tcW w:type="dxa" w:w="1634"/>
          </w:tcPr>
          <w:p>
            <w:pPr>
              <w:spacing w:after="0"/>
              <w:jc w:val="left"/>
            </w:pPr>
          </w:p>
        </w:tc>
        <w:tc>
          <w:tcPr>
            <w:tcW w:type="dxa" w:w="1652"/>
          </w:tcPr>
          <w:p>
            <w:pPr>
              <w:spacing w:after="0"/>
              <w:jc w:val="left"/>
            </w:pPr>
          </w:p>
        </w:tc>
        <w:tc>
          <w:tcPr>
            <w:tcW w:type="dxa" w:w="2191"/>
          </w:tcPr>
          <w:p>
            <w:pPr>
              <w:spacing w:after="0"/>
              <w:jc w:val="left"/>
            </w:pPr>
          </w:p>
        </w:tc>
        <w:tc>
          <w:tcPr>
            <w:tcW w:type="dxa" w:w="1529"/>
          </w:tcPr>
          <w:p>
            <w:pPr>
              <w:spacing w:after="0"/>
              <w:jc w:val="left"/>
            </w:pPr>
          </w:p>
        </w:tc>
      </w:tr>
      <w:tr>
        <w:trPr>
          <w:cantSplit/>
        </w:trPr>
        <w:tc>
          <w:tcPr>
            <w:tcW w:type="dxa" w:w="1782"/>
          </w:tcPr>
          <w:p>
            <w:pPr>
              <w:spacing w:after="0"/>
              <w:jc w:val="left"/>
            </w:pPr>
            <w:r>
              <w:rPr>
                <w:sz w:val="16"/>
              </w:rPr>
              <w:t>Drought</w:t>
            </w:r>
          </w:p>
        </w:tc>
        <w:tc>
          <w:tcPr>
            <w:tcW w:type="dxa" w:w="1911"/>
          </w:tcPr>
          <w:p>
            <w:pPr>
              <w:spacing w:after="0"/>
              <w:jc w:val="left"/>
            </w:pPr>
            <w:r>
              <w:rPr>
                <w:sz w:val="16"/>
              </w:rPr>
              <w:t>U.S. Drought Monitor scale (D0 to D4)</w:t>
            </w:r>
          </w:p>
        </w:tc>
        <w:tc>
          <w:tcPr>
            <w:tcW w:type="dxa" w:w="1791"/>
          </w:tcPr>
          <w:p>
            <w:pPr>
              <w:spacing w:after="0"/>
              <w:jc w:val="right"/>
            </w:pPr>
            <w:r>
              <w:rPr>
                <w:sz w:val="16"/>
              </w:rPr>
              <w:t>4 records, 2000 to 2023 (4 zone-level)</w:t>
            </w:r>
          </w:p>
        </w:tc>
        <w:tc>
          <w:tcPr>
            <w:tcW w:type="dxa" w:w="1622"/>
          </w:tcPr>
          <w:p>
            <w:pPr>
              <w:spacing w:after="0"/>
              <w:jc w:val="left"/>
            </w:pPr>
            <w:r>
              <w:rPr>
                <w:sz w:val="16"/>
              </w:rPr>
              <w:t>7 days to 31 days (median 15 days); 3 with a recorded value</w:t>
            </w:r>
          </w:p>
        </w:tc>
        <w:tc>
          <w:tcPr>
            <w:tcW w:type="dxa" w:w="1634"/>
          </w:tcPr>
          <w:p>
            <w:pPr>
              <w:spacing w:after="0"/>
              <w:jc w:val="left"/>
            </w:pPr>
            <w:r>
              <w:rPr>
                <w:sz w:val="16"/>
              </w:rPr>
              <w:t>31 days (1 month), 2000-03-01 to 2000-03-31, zone-level</w:t>
            </w:r>
          </w:p>
        </w:tc>
        <w:tc>
          <w:tcPr>
            <w:tcW w:type="dxa" w:w="1652"/>
          </w:tcPr>
          <w:p>
            <w:pPr>
              <w:spacing w:after="0"/>
              <w:jc w:val="left"/>
            </w:pPr>
          </w:p>
        </w:tc>
        <w:tc>
          <w:tcPr>
            <w:tcW w:type="dxa" w:w="2191"/>
          </w:tcPr>
          <w:p>
            <w:pPr>
              <w:spacing w:after="0"/>
              <w:jc w:val="left"/>
            </w:pPr>
            <w:r>
              <w:rPr>
                <w:sz w:val="16"/>
              </w:rPr>
              <w:t>Countywide (zone-level records).</w:t>
            </w:r>
          </w:p>
        </w:tc>
        <w:tc>
          <w:tcPr>
            <w:tcW w:type="dxa" w:w="15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2"/>
          </w:tcPr>
          <w:p>
            <w:pPr>
              <w:spacing w:after="0"/>
              <w:jc w:val="left"/>
            </w:pPr>
            <w:r>
              <w:rPr>
                <w:sz w:val="16"/>
              </w:rPr>
              <w:t>Earthquake</w:t>
            </w:r>
          </w:p>
        </w:tc>
        <w:tc>
          <w:tcPr>
            <w:tcW w:type="dxa" w:w="1911"/>
          </w:tcPr>
          <w:p>
            <w:pPr>
              <w:spacing w:after="0"/>
              <w:jc w:val="left"/>
            </w:pPr>
            <w:r>
              <w:rPr>
                <w:sz w:val="16"/>
              </w:rPr>
              <w:t>Modified Mercalli (local data)</w:t>
            </w:r>
          </w:p>
        </w:tc>
        <w:tc>
          <w:tcPr>
            <w:tcW w:type="dxa" w:w="1791"/>
          </w:tcPr>
          <w:p>
            <w:pPr>
              <w:spacing w:after="0"/>
              <w:jc w:val="right"/>
            </w:pPr>
            <w:r>
              <w:rPr>
                <w:sz w:val="16"/>
              </w:rPr>
              <w:t>0</w:t>
            </w:r>
          </w:p>
        </w:tc>
        <w:tc>
          <w:tcPr>
            <w:tcW w:type="dxa" w:w="1622"/>
          </w:tcPr>
          <w:p>
            <w:pPr>
              <w:spacing w:after="0"/>
              <w:jc w:val="left"/>
            </w:pPr>
          </w:p>
        </w:tc>
        <w:tc>
          <w:tcPr>
            <w:tcW w:type="dxa" w:w="1634"/>
          </w:tcPr>
          <w:p>
            <w:pPr>
              <w:spacing w:after="0"/>
              <w:jc w:val="left"/>
            </w:pPr>
          </w:p>
        </w:tc>
        <w:tc>
          <w:tcPr>
            <w:tcW w:type="dxa" w:w="1652"/>
          </w:tcPr>
          <w:p>
            <w:pPr>
              <w:spacing w:after="0"/>
              <w:jc w:val="left"/>
            </w:pPr>
          </w:p>
        </w:tc>
        <w:tc>
          <w:tcPr>
            <w:tcW w:type="dxa" w:w="2191"/>
          </w:tcPr>
          <w:p>
            <w:pPr>
              <w:spacing w:after="0"/>
              <w:jc w:val="left"/>
            </w:pPr>
          </w:p>
        </w:tc>
        <w:tc>
          <w:tcPr>
            <w:tcW w:type="dxa" w:w="1529"/>
          </w:tcPr>
          <w:p>
            <w:pPr>
              <w:spacing w:after="0"/>
              <w:jc w:val="left"/>
            </w:pPr>
            <w:r>
              <w:rPr>
                <w:sz w:val="16"/>
              </w:rPr>
              <w:t>Storm Events does not record earthquakes; the USGS earthquake catalog is the source.</w:t>
            </w:r>
          </w:p>
        </w:tc>
      </w:tr>
      <w:tr>
        <w:trPr>
          <w:cantSplit/>
        </w:trPr>
        <w:tc>
          <w:tcPr>
            <w:tcW w:type="dxa" w:w="1782"/>
          </w:tcPr>
          <w:p>
            <w:pPr>
              <w:spacing w:after="0"/>
              <w:jc w:val="left"/>
            </w:pPr>
            <w:r>
              <w:rPr>
                <w:sz w:val="16"/>
              </w:rPr>
              <w:t>Hail</w:t>
            </w:r>
          </w:p>
        </w:tc>
        <w:tc>
          <w:tcPr>
            <w:tcW w:type="dxa" w:w="1911"/>
          </w:tcPr>
          <w:p>
            <w:pPr>
              <w:spacing w:after="0"/>
              <w:jc w:val="left"/>
            </w:pPr>
            <w:r>
              <w:rPr>
                <w:sz w:val="16"/>
              </w:rPr>
              <w:t>hail size (inches)</w:t>
            </w:r>
          </w:p>
        </w:tc>
        <w:tc>
          <w:tcPr>
            <w:tcW w:type="dxa" w:w="1791"/>
          </w:tcPr>
          <w:p>
            <w:pPr>
              <w:spacing w:after="0"/>
              <w:jc w:val="right"/>
            </w:pPr>
            <w:r>
              <w:rPr>
                <w:sz w:val="16"/>
              </w:rPr>
              <w:t>4 records, 2000 to 2026 (1 zone-level)</w:t>
            </w:r>
          </w:p>
        </w:tc>
        <w:tc>
          <w:tcPr>
            <w:tcW w:type="dxa" w:w="1622"/>
          </w:tcPr>
          <w:p>
            <w:pPr>
              <w:spacing w:after="0"/>
              <w:jc w:val="left"/>
            </w:pPr>
            <w:r>
              <w:rPr>
                <w:sz w:val="16"/>
              </w:rPr>
              <w:t>0.25 in to 1.75 in (median 1.75 in); 3 with a recorded value</w:t>
            </w:r>
          </w:p>
        </w:tc>
        <w:tc>
          <w:tcPr>
            <w:tcW w:type="dxa" w:w="1634"/>
          </w:tcPr>
          <w:p>
            <w:pPr>
              <w:spacing w:after="0"/>
              <w:jc w:val="left"/>
            </w:pPr>
            <w:r>
              <w:rPr>
                <w:sz w:val="16"/>
              </w:rPr>
              <w:t>1.75 in hail, 2010-07-02; same size also recorded on 2010-07-02</w:t>
            </w:r>
          </w:p>
        </w:tc>
        <w:tc>
          <w:tcPr>
            <w:tcW w:type="dxa" w:w="1652"/>
          </w:tcPr>
          <w:p>
            <w:pPr>
              <w:spacing w:after="0"/>
              <w:jc w:val="left"/>
            </w:pPr>
          </w:p>
        </w:tc>
        <w:tc>
          <w:tcPr>
            <w:tcW w:type="dxa" w:w="2191"/>
          </w:tcPr>
          <w:p>
            <w:pPr>
              <w:spacing w:after="0"/>
              <w:jc w:val="left"/>
            </w:pPr>
            <w:r>
              <w:rPr>
                <w:sz w:val="16"/>
              </w:rPr>
              <w:t>No event record names a jurisdiction in the plan. Zone-level records (1) apply countywide.</w:t>
            </w:r>
          </w:p>
        </w:tc>
        <w:tc>
          <w:tcPr>
            <w:tcW w:type="dxa" w:w="1529"/>
          </w:tcPr>
          <w:p>
            <w:pPr>
              <w:spacing w:after="0"/>
              <w:jc w:val="left"/>
            </w:pPr>
          </w:p>
        </w:tc>
      </w:tr>
      <w:tr>
        <w:trPr>
          <w:cantSplit/>
        </w:trPr>
        <w:tc>
          <w:tcPr>
            <w:tcW w:type="dxa" w:w="1782"/>
          </w:tcPr>
          <w:p>
            <w:pPr>
              <w:spacing w:after="0"/>
              <w:jc w:val="left"/>
            </w:pPr>
            <w:r>
              <w:rPr>
                <w:sz w:val="16"/>
              </w:rPr>
              <w:t>Excessive Heat, Heat</w:t>
            </w:r>
          </w:p>
        </w:tc>
        <w:tc>
          <w:tcPr>
            <w:tcW w:type="dxa" w:w="1911"/>
          </w:tcPr>
          <w:p>
            <w:pPr>
              <w:spacing w:after="0"/>
              <w:jc w:val="left"/>
            </w:pPr>
            <w:r>
              <w:rPr>
                <w:sz w:val="16"/>
              </w:rPr>
              <w:t>heat index (in event narratives)</w:t>
            </w:r>
          </w:p>
        </w:tc>
        <w:tc>
          <w:tcPr>
            <w:tcW w:type="dxa" w:w="1791"/>
          </w:tcPr>
          <w:p>
            <w:pPr>
              <w:spacing w:after="0"/>
              <w:jc w:val="right"/>
            </w:pPr>
            <w:r>
              <w:rPr>
                <w:sz w:val="16"/>
              </w:rPr>
              <w:t>31 records, 2023 to 2024 (31 zone-level)</w:t>
            </w:r>
          </w:p>
        </w:tc>
        <w:tc>
          <w:tcPr>
            <w:tcW w:type="dxa" w:w="1622"/>
          </w:tcPr>
          <w:p>
            <w:pPr>
              <w:spacing w:after="0"/>
              <w:jc w:val="left"/>
            </w:pPr>
            <w:r>
              <w:rPr>
                <w:sz w:val="16"/>
              </w:rPr>
              <w:t>1 day to 30 days (median 2 days); 18 with a recorded value</w:t>
            </w:r>
          </w:p>
        </w:tc>
        <w:tc>
          <w:tcPr>
            <w:tcW w:type="dxa" w:w="1634"/>
          </w:tcPr>
          <w:p>
            <w:pPr>
              <w:spacing w:after="0"/>
              <w:jc w:val="left"/>
            </w:pPr>
            <w:r>
              <w:rPr>
                <w:sz w:val="16"/>
              </w:rPr>
              <w:t>September 2023 (1 monthly summary record), zone-level</w:t>
            </w:r>
          </w:p>
        </w:tc>
        <w:tc>
          <w:tcPr>
            <w:tcW w:type="dxa" w:w="1652"/>
          </w:tcPr>
          <w:p>
            <w:pPr>
              <w:spacing w:after="0"/>
              <w:jc w:val="left"/>
            </w:pPr>
          </w:p>
        </w:tc>
        <w:tc>
          <w:tcPr>
            <w:tcW w:type="dxa" w:w="2191"/>
          </w:tcPr>
          <w:p>
            <w:pPr>
              <w:spacing w:after="0"/>
              <w:jc w:val="left"/>
            </w:pPr>
            <w:r>
              <w:rPr>
                <w:sz w:val="16"/>
              </w:rPr>
              <w:t>Countywide (zone-level records).</w:t>
            </w:r>
          </w:p>
        </w:tc>
        <w:tc>
          <w:tcPr>
            <w:tcW w:type="dxa" w:w="1529"/>
          </w:tcPr>
          <w:p>
            <w:pPr>
              <w:spacing w:after="0"/>
              <w:jc w:val="left"/>
            </w:pPr>
          </w:p>
        </w:tc>
      </w:tr>
      <w:tr>
        <w:trPr>
          <w:cantSplit/>
        </w:trPr>
        <w:tc>
          <w:tcPr>
            <w:tcW w:type="dxa" w:w="1782"/>
          </w:tcPr>
          <w:p>
            <w:pPr>
              <w:spacing w:after="0"/>
              <w:jc w:val="left"/>
            </w:pPr>
            <w:r>
              <w:rPr>
                <w:sz w:val="16"/>
              </w:rPr>
              <w:t>Hurricane, Tropical Storm, Tropical Depression</w:t>
            </w:r>
          </w:p>
        </w:tc>
        <w:tc>
          <w:tcPr>
            <w:tcW w:type="dxa" w:w="1911"/>
          </w:tcPr>
          <w:p>
            <w:pPr>
              <w:spacing w:after="0"/>
              <w:jc w:val="left"/>
            </w:pPr>
            <w:r>
              <w:rPr>
                <w:sz w:val="16"/>
              </w:rPr>
              <w:t>Saffir-Simpson</w:t>
            </w:r>
          </w:p>
        </w:tc>
        <w:tc>
          <w:tcPr>
            <w:tcW w:type="dxa" w:w="1791"/>
          </w:tcPr>
          <w:p>
            <w:pPr>
              <w:spacing w:after="0"/>
              <w:jc w:val="right"/>
            </w:pPr>
            <w:r>
              <w:rPr>
                <w:sz w:val="16"/>
              </w:rPr>
              <w:t>9 records, 1998 to 2024 (9 zone-level)</w:t>
            </w:r>
          </w:p>
        </w:tc>
        <w:tc>
          <w:tcPr>
            <w:tcW w:type="dxa" w:w="1622"/>
          </w:tcPr>
          <w:p>
            <w:pPr>
              <w:spacing w:after="0"/>
              <w:jc w:val="left"/>
            </w:pPr>
          </w:p>
        </w:tc>
        <w:tc>
          <w:tcPr>
            <w:tcW w:type="dxa" w:w="1634"/>
          </w:tcPr>
          <w:p>
            <w:pPr>
              <w:spacing w:after="0"/>
              <w:jc w:val="left"/>
            </w:pPr>
            <w:r>
              <w:rPr>
                <w:sz w:val="16"/>
              </w:rPr>
              <w:t>Strongest recorded: Hurricane record (NOAA event type 'Hurricane (Typhoon)'), 1998-09-21 to 1998-09-22, $243,000,000 property; $43,000,000 crops (1998 dollars); Storm Events area ARECIBO (legacy zone code PRZ013)</w:t>
            </w:r>
          </w:p>
        </w:tc>
        <w:tc>
          <w:tcPr>
            <w:tcW w:type="dxa" w:w="1652"/>
          </w:tcPr>
          <w:p>
            <w:pPr>
              <w:spacing w:after="0"/>
              <w:jc w:val="left"/>
            </w:pPr>
          </w:p>
        </w:tc>
        <w:tc>
          <w:tcPr>
            <w:tcW w:type="dxa" w:w="2191"/>
          </w:tcPr>
          <w:p>
            <w:pPr>
              <w:spacing w:after="0"/>
              <w:jc w:val="left"/>
            </w:pPr>
            <w:r>
              <w:rPr>
                <w:sz w:val="16"/>
              </w:rPr>
              <w:t>Countywide (zone-level records).</w:t>
            </w:r>
          </w:p>
        </w:tc>
        <w:tc>
          <w:tcPr>
            <w:tcW w:type="dxa" w:w="152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2"/>
          </w:tcPr>
          <w:p>
            <w:pPr>
              <w:spacing w:after="0"/>
              <w:jc w:val="left"/>
            </w:pPr>
            <w:r>
              <w:rPr>
                <w:sz w:val="16"/>
              </w:rPr>
              <w:t>Flash Flood, Flood, Lakeshore Flood</w:t>
            </w:r>
          </w:p>
        </w:tc>
        <w:tc>
          <w:tcPr>
            <w:tcW w:type="dxa" w:w="1911"/>
          </w:tcPr>
          <w:p>
            <w:pPr>
              <w:spacing w:after="0"/>
              <w:jc w:val="left"/>
            </w:pPr>
            <w:r>
              <w:rPr>
                <w:sz w:val="16"/>
              </w:rPr>
              <w:t>damage and flood days (flood depth: FIRM)</w:t>
            </w:r>
          </w:p>
        </w:tc>
        <w:tc>
          <w:tcPr>
            <w:tcW w:type="dxa" w:w="1791"/>
          </w:tcPr>
          <w:p>
            <w:pPr>
              <w:spacing w:after="0"/>
              <w:jc w:val="right"/>
            </w:pPr>
            <w:r>
              <w:rPr>
                <w:sz w:val="16"/>
              </w:rPr>
              <w:t>186 records, 1998 to 2025 (129 zone-level)</w:t>
            </w:r>
          </w:p>
        </w:tc>
        <w:tc>
          <w:tcPr>
            <w:tcW w:type="dxa" w:w="1622"/>
          </w:tcPr>
          <w:p>
            <w:pPr>
              <w:spacing w:after="0"/>
              <w:jc w:val="left"/>
            </w:pPr>
          </w:p>
        </w:tc>
        <w:tc>
          <w:tcPr>
            <w:tcW w:type="dxa" w:w="1634"/>
          </w:tcPr>
          <w:p>
            <w:pPr>
              <w:spacing w:after="0"/>
              <w:jc w:val="left"/>
            </w:pPr>
            <w:r>
              <w:rPr>
                <w:sz w:val="16"/>
              </w:rPr>
              <w:t>Flash Flood, 2017-09-20, $750,000,000 property; $0 crops (2017 dollars), 1 direct death</w:t>
            </w:r>
          </w:p>
        </w:tc>
        <w:tc>
          <w:tcPr>
            <w:tcW w:type="dxa" w:w="1652"/>
          </w:tcPr>
          <w:p>
            <w:pPr>
              <w:spacing w:after="0"/>
              <w:jc w:val="left"/>
            </w:pPr>
          </w:p>
        </w:tc>
        <w:tc>
          <w:tcPr>
            <w:tcW w:type="dxa" w:w="2191"/>
          </w:tcPr>
          <w:p>
            <w:pPr>
              <w:spacing w:after="0"/>
              <w:jc w:val="left"/>
            </w:pPr>
            <w:r>
              <w:rPr>
                <w:sz w:val="16"/>
              </w:rPr>
              <w:t>No event record names a jurisdiction in the plan. Zone-level records (129) apply countywide.</w:t>
            </w:r>
          </w:p>
        </w:tc>
        <w:tc>
          <w:tcPr>
            <w:tcW w:type="dxa" w:w="152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2"/>
          </w:tcPr>
          <w:p>
            <w:pPr>
              <w:spacing w:after="0"/>
              <w:jc w:val="left"/>
            </w:pPr>
            <w:r>
              <w:rPr>
                <w:sz w:val="16"/>
              </w:rPr>
              <w:t>Debris Flow</w:t>
            </w:r>
          </w:p>
        </w:tc>
        <w:tc>
          <w:tcPr>
            <w:tcW w:type="dxa" w:w="1911"/>
          </w:tcPr>
          <w:p>
            <w:pPr>
              <w:spacing w:after="0"/>
              <w:jc w:val="left"/>
            </w:pPr>
            <w:r>
              <w:rPr>
                <w:sz w:val="16"/>
              </w:rPr>
              <w:t>none (count and damage only)</w:t>
            </w:r>
          </w:p>
        </w:tc>
        <w:tc>
          <w:tcPr>
            <w:tcW w:type="dxa" w:w="1791"/>
          </w:tcPr>
          <w:p>
            <w:pPr>
              <w:spacing w:after="0"/>
              <w:jc w:val="right"/>
            </w:pPr>
            <w:r>
              <w:rPr>
                <w:sz w:val="16"/>
              </w:rPr>
              <w:t>26 records, 2003 to 2025 (18 zone-level)</w:t>
            </w:r>
          </w:p>
        </w:tc>
        <w:tc>
          <w:tcPr>
            <w:tcW w:type="dxa" w:w="1622"/>
          </w:tcPr>
          <w:p>
            <w:pPr>
              <w:spacing w:after="0"/>
              <w:jc w:val="left"/>
            </w:pPr>
          </w:p>
        </w:tc>
        <w:tc>
          <w:tcPr>
            <w:tcW w:type="dxa" w:w="1634"/>
          </w:tcPr>
          <w:p>
            <w:pPr>
              <w:spacing w:after="0"/>
              <w:jc w:val="left"/>
            </w:pPr>
            <w:r>
              <w:rPr>
                <w:sz w:val="16"/>
              </w:rPr>
              <w:t>Debris Flow, 2003-11-02, $120,000 property; crops not reported (2003 dollars); NWS zone PRZ005</w:t>
            </w:r>
          </w:p>
        </w:tc>
        <w:tc>
          <w:tcPr>
            <w:tcW w:type="dxa" w:w="1652"/>
          </w:tcPr>
          <w:p>
            <w:pPr>
              <w:spacing w:after="0"/>
              <w:jc w:val="left"/>
            </w:pPr>
          </w:p>
        </w:tc>
        <w:tc>
          <w:tcPr>
            <w:tcW w:type="dxa" w:w="2191"/>
          </w:tcPr>
          <w:p>
            <w:pPr>
              <w:spacing w:after="0"/>
              <w:jc w:val="left"/>
            </w:pPr>
            <w:r>
              <w:rPr>
                <w:sz w:val="16"/>
              </w:rPr>
              <w:t>No event record names a jurisdiction in the plan. Zone-level records (18) apply countywide.</w:t>
            </w:r>
          </w:p>
        </w:tc>
        <w:tc>
          <w:tcPr>
            <w:tcW w:type="dxa" w:w="1529"/>
          </w:tcPr>
          <w:p>
            <w:pPr>
              <w:spacing w:after="0"/>
              <w:jc w:val="left"/>
            </w:pPr>
          </w:p>
        </w:tc>
      </w:tr>
      <w:tr>
        <w:trPr>
          <w:cantSplit/>
        </w:trPr>
        <w:tc>
          <w:tcPr>
            <w:tcW w:type="dxa" w:w="1782"/>
          </w:tcPr>
          <w:p>
            <w:pPr>
              <w:spacing w:after="0"/>
              <w:jc w:val="left"/>
            </w:pPr>
            <w:r>
              <w:rPr>
                <w:sz w:val="16"/>
              </w:rPr>
              <w:t>Lightning</w:t>
            </w:r>
          </w:p>
        </w:tc>
        <w:tc>
          <w:tcPr>
            <w:tcW w:type="dxa" w:w="1911"/>
          </w:tcPr>
          <w:p>
            <w:pPr>
              <w:spacing w:after="0"/>
              <w:jc w:val="left"/>
            </w:pPr>
            <w:r>
              <w:rPr>
                <w:sz w:val="16"/>
              </w:rPr>
              <w:t>annualized frequency (the measure FEMA's Local Mitigation Planning Handbook names)</w:t>
            </w:r>
          </w:p>
        </w:tc>
        <w:tc>
          <w:tcPr>
            <w:tcW w:type="dxa" w:w="1791"/>
          </w:tcPr>
          <w:p>
            <w:pPr>
              <w:spacing w:after="0"/>
              <w:jc w:val="right"/>
            </w:pPr>
            <w:r>
              <w:rPr>
                <w:sz w:val="16"/>
              </w:rPr>
              <w:t>4 records, 2000 to 2024 (3 zone-level)</w:t>
            </w:r>
          </w:p>
        </w:tc>
        <w:tc>
          <w:tcPr>
            <w:tcW w:type="dxa" w:w="1622"/>
          </w:tcPr>
          <w:p>
            <w:pPr>
              <w:spacing w:after="0"/>
              <w:jc w:val="left"/>
            </w:pPr>
          </w:p>
        </w:tc>
        <w:tc>
          <w:tcPr>
            <w:tcW w:type="dxa" w:w="1634"/>
          </w:tcPr>
          <w:p>
            <w:pPr>
              <w:spacing w:after="0"/>
              <w:jc w:val="left"/>
            </w:pPr>
            <w:r>
              <w:rPr>
                <w:sz w:val="16"/>
              </w:rPr>
              <w:t>Lightning, 2006-05-11, damage not reported, 1 direct death (reported for the zone); NWS zone PRZ005</w:t>
            </w:r>
          </w:p>
        </w:tc>
        <w:tc>
          <w:tcPr>
            <w:tcW w:type="dxa" w:w="1652"/>
          </w:tcPr>
          <w:p>
            <w:pPr>
              <w:spacing w:after="0"/>
              <w:jc w:val="left"/>
            </w:pPr>
            <w:r>
              <w:rPr>
                <w:sz w:val="16"/>
              </w:rPr>
              <w:t>Lightning, 2003-10-28, $3,000 property; crops not reported (zone total, 2003 dollars)</w:t>
            </w:r>
          </w:p>
        </w:tc>
        <w:tc>
          <w:tcPr>
            <w:tcW w:type="dxa" w:w="2191"/>
          </w:tcPr>
          <w:p>
            <w:pPr>
              <w:spacing w:after="0"/>
              <w:jc w:val="left"/>
            </w:pPr>
            <w:r>
              <w:rPr>
                <w:sz w:val="16"/>
              </w:rPr>
              <w:t>No event record names a jurisdiction in the plan. Zone-level records (3) apply countywide.</w:t>
            </w:r>
          </w:p>
        </w:tc>
        <w:tc>
          <w:tcPr>
            <w:tcW w:type="dxa" w:w="1529"/>
          </w:tcPr>
          <w:p>
            <w:pPr>
              <w:spacing w:after="0"/>
              <w:jc w:val="left"/>
            </w:pPr>
            <w:r>
              <w:rPr>
                <w:sz w:val="16"/>
              </w:rPr>
              <w:t>Storm Events lists lightning with damage or casualties.</w:t>
            </w:r>
          </w:p>
        </w:tc>
      </w:tr>
      <w:tr>
        <w:trPr>
          <w:cantSplit/>
        </w:trPr>
        <w:tc>
          <w:tcPr>
            <w:tcW w:type="dxa" w:w="1782"/>
          </w:tcPr>
          <w:p>
            <w:pPr>
              <w:spacing w:after="0"/>
              <w:jc w:val="left"/>
            </w:pPr>
            <w:r>
              <w:rPr>
                <w:sz w:val="16"/>
              </w:rPr>
              <w:t>High Wind and Strong Wind (outside NRI's Strong Wind definition)</w:t>
            </w:r>
          </w:p>
        </w:tc>
        <w:tc>
          <w:tcPr>
            <w:tcW w:type="dxa" w:w="1911"/>
          </w:tcPr>
          <w:p>
            <w:pPr>
              <w:spacing w:after="0"/>
              <w:jc w:val="left"/>
            </w:pPr>
            <w:r>
              <w:rPr>
                <w:sz w:val="16"/>
              </w:rPr>
              <w:t>wind speed (kt and mph)</w:t>
            </w:r>
          </w:p>
        </w:tc>
        <w:tc>
          <w:tcPr>
            <w:tcW w:type="dxa" w:w="1791"/>
          </w:tcPr>
          <w:p>
            <w:pPr>
              <w:spacing w:after="0"/>
              <w:jc w:val="right"/>
            </w:pPr>
            <w:r>
              <w:rPr>
                <w:sz w:val="16"/>
              </w:rPr>
              <w:t>5 records, 1998 to 2005 (5 zone-level)</w:t>
            </w:r>
          </w:p>
        </w:tc>
        <w:tc>
          <w:tcPr>
            <w:tcW w:type="dxa" w:w="1622"/>
          </w:tcPr>
          <w:p>
            <w:pPr>
              <w:spacing w:after="0"/>
              <w:jc w:val="left"/>
            </w:pPr>
            <w:r>
              <w:rPr>
                <w:sz w:val="16"/>
              </w:rPr>
              <w:t>50 kt (58 mph); 3 with a recorded value</w:t>
            </w:r>
          </w:p>
        </w:tc>
        <w:tc>
          <w:tcPr>
            <w:tcW w:type="dxa" w:w="1634"/>
          </w:tcPr>
          <w:p>
            <w:pPr>
              <w:spacing w:after="0"/>
              <w:jc w:val="left"/>
            </w:pPr>
            <w:r>
              <w:rPr>
                <w:sz w:val="16"/>
              </w:rPr>
              <w:t>50 kt (58 mph) estimated gust, Strong Wind, 2005-04-22; same speed and measurement basis also recorded on 2004-10-09, 2005-04-22; NWS zone PRZ005</w:t>
            </w:r>
          </w:p>
        </w:tc>
        <w:tc>
          <w:tcPr>
            <w:tcW w:type="dxa" w:w="1652"/>
          </w:tcPr>
          <w:p>
            <w:pPr>
              <w:spacing w:after="0"/>
              <w:jc w:val="left"/>
            </w:pPr>
            <w:r>
              <w:rPr>
                <w:sz w:val="16"/>
              </w:rPr>
              <w:t>High Wind, 1998-02-04, $8,000 property; crops not reported (zone total, 1998 dollars)</w:t>
            </w:r>
          </w:p>
        </w:tc>
        <w:tc>
          <w:tcPr>
            <w:tcW w:type="dxa" w:w="2191"/>
          </w:tcPr>
          <w:p>
            <w:pPr>
              <w:spacing w:after="0"/>
              <w:jc w:val="left"/>
            </w:pPr>
            <w:r>
              <w:rPr>
                <w:sz w:val="16"/>
              </w:rPr>
              <w:t>Countywide (zone-level records).</w:t>
            </w:r>
          </w:p>
        </w:tc>
        <w:tc>
          <w:tcPr>
            <w:tcW w:type="dxa" w:w="1529"/>
          </w:tcPr>
          <w:p>
            <w:pPr>
              <w:spacing w:after="0"/>
              <w:jc w:val="left"/>
            </w:pPr>
          </w:p>
        </w:tc>
      </w:tr>
      <w:tr>
        <w:trPr>
          <w:cantSplit/>
        </w:trPr>
        <w:tc>
          <w:tcPr>
            <w:tcW w:type="dxa" w:w="1782"/>
          </w:tcPr>
          <w:p>
            <w:pPr>
              <w:spacing w:after="0"/>
              <w:jc w:val="left"/>
            </w:pPr>
            <w:r>
              <w:rPr>
                <w:sz w:val="16"/>
              </w:rPr>
              <w:t>Thunderstorm Wind</w:t>
            </w:r>
          </w:p>
        </w:tc>
        <w:tc>
          <w:tcPr>
            <w:tcW w:type="dxa" w:w="1911"/>
          </w:tcPr>
          <w:p>
            <w:pPr>
              <w:spacing w:after="0"/>
              <w:jc w:val="left"/>
            </w:pPr>
            <w:r>
              <w:rPr>
                <w:sz w:val="16"/>
              </w:rPr>
              <w:t>wind speed (kt and mph)</w:t>
            </w:r>
          </w:p>
        </w:tc>
        <w:tc>
          <w:tcPr>
            <w:tcW w:type="dxa" w:w="1791"/>
          </w:tcPr>
          <w:p>
            <w:pPr>
              <w:spacing w:after="0"/>
              <w:jc w:val="right"/>
            </w:pPr>
            <w:r>
              <w:rPr>
                <w:sz w:val="16"/>
              </w:rPr>
              <w:t>17 records, 1994 to 2025 (9 zone-level)</w:t>
            </w:r>
          </w:p>
        </w:tc>
        <w:tc>
          <w:tcPr>
            <w:tcW w:type="dxa" w:w="1622"/>
          </w:tcPr>
          <w:p>
            <w:pPr>
              <w:spacing w:after="0"/>
              <w:jc w:val="left"/>
            </w:pPr>
            <w:r>
              <w:rPr>
                <w:sz w:val="16"/>
              </w:rPr>
              <w:t>22 kt (25 mph) to 39 kt (45 mph) (median 32.5 kt (37 mph)); 6 with a recorded value</w:t>
            </w:r>
          </w:p>
        </w:tc>
        <w:tc>
          <w:tcPr>
            <w:tcW w:type="dxa" w:w="1634"/>
          </w:tcPr>
          <w:p>
            <w:pPr>
              <w:spacing w:after="0"/>
              <w:jc w:val="left"/>
            </w:pPr>
            <w:r>
              <w:rPr>
                <w:sz w:val="16"/>
              </w:rPr>
              <w:t>39 kt (45 mph) estimated gust, Thunderstorm Wind, 2010-07-06; same speed and measurement basis also recorded on 2010-07-06</w:t>
            </w:r>
          </w:p>
        </w:tc>
        <w:tc>
          <w:tcPr>
            <w:tcW w:type="dxa" w:w="1652"/>
          </w:tcPr>
          <w:p>
            <w:pPr>
              <w:spacing w:after="0"/>
              <w:jc w:val="left"/>
            </w:pPr>
            <w:r>
              <w:rPr>
                <w:sz w:val="16"/>
              </w:rPr>
              <w:t>Thunderstorm Wind, 2010-07-06, $10,000 property; $0 crops (2010 dollars)</w:t>
            </w:r>
          </w:p>
        </w:tc>
        <w:tc>
          <w:tcPr>
            <w:tcW w:type="dxa" w:w="2191"/>
          </w:tcPr>
          <w:p>
            <w:pPr>
              <w:spacing w:after="0"/>
              <w:jc w:val="left"/>
            </w:pPr>
            <w:r>
              <w:rPr>
                <w:sz w:val="16"/>
              </w:rPr>
              <w:t>No event record names a jurisdiction in the plan. Zone-level records (9) apply countywide.</w:t>
            </w:r>
          </w:p>
        </w:tc>
        <w:tc>
          <w:tcPr>
            <w:tcW w:type="dxa" w:w="1529"/>
          </w:tcPr>
          <w:p>
            <w:pPr>
              <w:spacing w:after="0"/>
              <w:jc w:val="left"/>
            </w:pPr>
          </w:p>
        </w:tc>
      </w:tr>
      <w:tr>
        <w:trPr>
          <w:cantSplit/>
        </w:trPr>
        <w:tc>
          <w:tcPr>
            <w:tcW w:type="dxa" w:w="1782"/>
          </w:tcPr>
          <w:p>
            <w:pPr>
              <w:spacing w:after="0"/>
              <w:jc w:val="left"/>
            </w:pPr>
            <w:r>
              <w:rPr>
                <w:sz w:val="16"/>
              </w:rPr>
              <w:t>Tornado</w:t>
            </w:r>
          </w:p>
        </w:tc>
        <w:tc>
          <w:tcPr>
            <w:tcW w:type="dxa" w:w="1911"/>
          </w:tcPr>
          <w:p>
            <w:pPr>
              <w:spacing w:after="0"/>
              <w:jc w:val="left"/>
            </w:pPr>
            <w:r>
              <w:rPr>
                <w:sz w:val="16"/>
              </w:rPr>
              <w:t>Enhanced Fujita (Fujita before Feb 2007)</w:t>
            </w:r>
          </w:p>
        </w:tc>
        <w:tc>
          <w:tcPr>
            <w:tcW w:type="dxa" w:w="1791"/>
          </w:tcPr>
          <w:p>
            <w:pPr>
              <w:spacing w:after="0"/>
              <w:jc w:val="right"/>
            </w:pPr>
            <w:r>
              <w:rPr>
                <w:sz w:val="16"/>
              </w:rPr>
              <w:t>2 records, 2022 to 2024</w:t>
            </w:r>
          </w:p>
        </w:tc>
        <w:tc>
          <w:tcPr>
            <w:tcW w:type="dxa" w:w="1622"/>
          </w:tcPr>
          <w:p>
            <w:pPr>
              <w:spacing w:after="0"/>
              <w:jc w:val="left"/>
            </w:pPr>
            <w:r>
              <w:rPr>
                <w:sz w:val="16"/>
              </w:rPr>
              <w:t>F/EF0 to F/EF1 (median between F/EF0 and F/EF1); 2 with a recorded value</w:t>
            </w:r>
          </w:p>
        </w:tc>
        <w:tc>
          <w:tcPr>
            <w:tcW w:type="dxa" w:w="1634"/>
          </w:tcPr>
          <w:p>
            <w:pPr>
              <w:spacing w:after="0"/>
              <w:jc w:val="left"/>
            </w:pPr>
            <w:r>
              <w:rPr>
                <w:sz w:val="16"/>
              </w:rPr>
              <w:t>EF1 tornado, 2022-05-01, 0.35 mi within this county, 176 yd wide, damage not reported</w:t>
            </w:r>
          </w:p>
        </w:tc>
        <w:tc>
          <w:tcPr>
            <w:tcW w:type="dxa" w:w="1652"/>
          </w:tcPr>
          <w:p>
            <w:pPr>
              <w:spacing w:after="0"/>
              <w:jc w:val="left"/>
            </w:pPr>
            <w:r>
              <w:rPr>
                <w:sz w:val="16"/>
              </w:rPr>
              <w:t>Tornado, 2024-05-02, $7,500 property; $0 crops (2024 dollars)</w:t>
            </w:r>
          </w:p>
        </w:tc>
        <w:tc>
          <w:tcPr>
            <w:tcW w:type="dxa" w:w="2191"/>
          </w:tcPr>
          <w:p>
            <w:pPr>
              <w:spacing w:after="0"/>
              <w:jc w:val="left"/>
            </w:pPr>
            <w:r>
              <w:rPr>
                <w:sz w:val="16"/>
              </w:rPr>
              <w:t>No event record names a jurisdiction in the plan.</w:t>
            </w:r>
          </w:p>
        </w:tc>
        <w:tc>
          <w:tcPr>
            <w:tcW w:type="dxa" w:w="152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2"/>
          </w:tcPr>
          <w:p>
            <w:pPr>
              <w:spacing w:after="0"/>
              <w:jc w:val="left"/>
            </w:pPr>
            <w:r>
              <w:rPr>
                <w:sz w:val="16"/>
              </w:rPr>
              <w:t>Tsunami</w:t>
            </w:r>
          </w:p>
        </w:tc>
        <w:tc>
          <w:tcPr>
            <w:tcW w:type="dxa" w:w="1911"/>
          </w:tcPr>
          <w:p>
            <w:pPr>
              <w:spacing w:after="0"/>
              <w:jc w:val="left"/>
            </w:pPr>
            <w:r>
              <w:rPr>
                <w:sz w:val="16"/>
              </w:rPr>
              <w:t>none (count and damage only)</w:t>
            </w:r>
          </w:p>
        </w:tc>
        <w:tc>
          <w:tcPr>
            <w:tcW w:type="dxa" w:w="1791"/>
          </w:tcPr>
          <w:p>
            <w:pPr>
              <w:spacing w:after="0"/>
              <w:jc w:val="right"/>
            </w:pPr>
            <w:r>
              <w:rPr>
                <w:sz w:val="16"/>
              </w:rPr>
              <w:t>0</w:t>
            </w:r>
          </w:p>
        </w:tc>
        <w:tc>
          <w:tcPr>
            <w:tcW w:type="dxa" w:w="1622"/>
          </w:tcPr>
          <w:p>
            <w:pPr>
              <w:spacing w:after="0"/>
              <w:jc w:val="left"/>
            </w:pPr>
          </w:p>
        </w:tc>
        <w:tc>
          <w:tcPr>
            <w:tcW w:type="dxa" w:w="1634"/>
          </w:tcPr>
          <w:p>
            <w:pPr>
              <w:spacing w:after="0"/>
              <w:jc w:val="left"/>
            </w:pPr>
          </w:p>
        </w:tc>
        <w:tc>
          <w:tcPr>
            <w:tcW w:type="dxa" w:w="1652"/>
          </w:tcPr>
          <w:p>
            <w:pPr>
              <w:spacing w:after="0"/>
              <w:jc w:val="left"/>
            </w:pPr>
          </w:p>
        </w:tc>
        <w:tc>
          <w:tcPr>
            <w:tcW w:type="dxa" w:w="2191"/>
          </w:tcPr>
          <w:p>
            <w:pPr>
              <w:spacing w:after="0"/>
              <w:jc w:val="left"/>
            </w:pPr>
          </w:p>
        </w:tc>
        <w:tc>
          <w:tcPr>
            <w:tcW w:type="dxa" w:w="1529"/>
          </w:tcPr>
          <w:p>
            <w:pPr>
              <w:spacing w:after="0"/>
              <w:jc w:val="left"/>
            </w:pPr>
          </w:p>
        </w:tc>
      </w:tr>
      <w:tr>
        <w:trPr>
          <w:cantSplit/>
        </w:trPr>
        <w:tc>
          <w:tcPr>
            <w:tcW w:type="dxa" w:w="1782"/>
          </w:tcPr>
          <w:p>
            <w:pPr>
              <w:spacing w:after="0"/>
              <w:jc w:val="left"/>
            </w:pPr>
            <w:r>
              <w:rPr>
                <w:sz w:val="16"/>
              </w:rPr>
              <w:t>Volcanic Ash, Volcanic Ashfall</w:t>
            </w:r>
          </w:p>
        </w:tc>
        <w:tc>
          <w:tcPr>
            <w:tcW w:type="dxa" w:w="1911"/>
          </w:tcPr>
          <w:p>
            <w:pPr>
              <w:spacing w:after="0"/>
              <w:jc w:val="left"/>
            </w:pPr>
            <w:r>
              <w:rPr>
                <w:sz w:val="16"/>
              </w:rPr>
              <w:t>Volcanic Explosivity Index (local data)</w:t>
            </w:r>
          </w:p>
        </w:tc>
        <w:tc>
          <w:tcPr>
            <w:tcW w:type="dxa" w:w="1791"/>
          </w:tcPr>
          <w:p>
            <w:pPr>
              <w:spacing w:after="0"/>
              <w:jc w:val="right"/>
            </w:pPr>
            <w:r>
              <w:rPr>
                <w:sz w:val="16"/>
              </w:rPr>
              <w:t>3 records, 2001 to 2003 (3 zone-level)</w:t>
            </w:r>
          </w:p>
        </w:tc>
        <w:tc>
          <w:tcPr>
            <w:tcW w:type="dxa" w:w="1622"/>
          </w:tcPr>
          <w:p>
            <w:pPr>
              <w:spacing w:after="0"/>
              <w:jc w:val="left"/>
            </w:pPr>
          </w:p>
        </w:tc>
        <w:tc>
          <w:tcPr>
            <w:tcW w:type="dxa" w:w="1634"/>
          </w:tcPr>
          <w:p>
            <w:pPr>
              <w:spacing w:after="0"/>
              <w:jc w:val="left"/>
            </w:pPr>
            <w:r>
              <w:rPr>
                <w:sz w:val="16"/>
              </w:rPr>
              <w:t>No damage reported in 3 records.</w:t>
            </w:r>
          </w:p>
        </w:tc>
        <w:tc>
          <w:tcPr>
            <w:tcW w:type="dxa" w:w="1652"/>
          </w:tcPr>
          <w:p>
            <w:pPr>
              <w:spacing w:after="0"/>
              <w:jc w:val="left"/>
            </w:pPr>
          </w:p>
        </w:tc>
        <w:tc>
          <w:tcPr>
            <w:tcW w:type="dxa" w:w="2191"/>
          </w:tcPr>
          <w:p>
            <w:pPr>
              <w:spacing w:after="0"/>
              <w:jc w:val="left"/>
            </w:pPr>
            <w:r>
              <w:rPr>
                <w:sz w:val="16"/>
              </w:rPr>
              <w:t>Countywide (zone-level records).</w:t>
            </w:r>
          </w:p>
        </w:tc>
        <w:tc>
          <w:tcPr>
            <w:tcW w:type="dxa" w:w="1529"/>
          </w:tcPr>
          <w:p>
            <w:pPr>
              <w:spacing w:after="0"/>
              <w:jc w:val="left"/>
            </w:pPr>
          </w:p>
        </w:tc>
      </w:tr>
      <w:tr>
        <w:trPr>
          <w:cantSplit/>
        </w:trPr>
        <w:tc>
          <w:tcPr>
            <w:tcW w:type="dxa" w:w="1782"/>
          </w:tcPr>
          <w:p>
            <w:pPr>
              <w:spacing w:after="0"/>
              <w:jc w:val="left"/>
            </w:pPr>
            <w:r>
              <w:rPr>
                <w:sz w:val="16"/>
              </w:rPr>
              <w:t>Wildfire</w:t>
            </w:r>
          </w:p>
        </w:tc>
        <w:tc>
          <w:tcPr>
            <w:tcW w:type="dxa" w:w="1911"/>
          </w:tcPr>
          <w:p>
            <w:pPr>
              <w:spacing w:after="0"/>
              <w:jc w:val="left"/>
            </w:pPr>
            <w:r>
              <w:rPr>
                <w:sz w:val="16"/>
              </w:rPr>
              <w:t>acres burned (local data)</w:t>
            </w:r>
          </w:p>
        </w:tc>
        <w:tc>
          <w:tcPr>
            <w:tcW w:type="dxa" w:w="1791"/>
          </w:tcPr>
          <w:p>
            <w:pPr>
              <w:spacing w:after="0"/>
              <w:jc w:val="right"/>
            </w:pPr>
            <w:r>
              <w:rPr>
                <w:sz w:val="16"/>
              </w:rPr>
              <w:t>0</w:t>
            </w:r>
          </w:p>
        </w:tc>
        <w:tc>
          <w:tcPr>
            <w:tcW w:type="dxa" w:w="1622"/>
          </w:tcPr>
          <w:p>
            <w:pPr>
              <w:spacing w:after="0"/>
              <w:jc w:val="left"/>
            </w:pPr>
          </w:p>
        </w:tc>
        <w:tc>
          <w:tcPr>
            <w:tcW w:type="dxa" w:w="1634"/>
          </w:tcPr>
          <w:p>
            <w:pPr>
              <w:spacing w:after="0"/>
              <w:jc w:val="left"/>
            </w:pPr>
          </w:p>
        </w:tc>
        <w:tc>
          <w:tcPr>
            <w:tcW w:type="dxa" w:w="1652"/>
          </w:tcPr>
          <w:p>
            <w:pPr>
              <w:spacing w:after="0"/>
              <w:jc w:val="left"/>
            </w:pPr>
          </w:p>
        </w:tc>
        <w:tc>
          <w:tcPr>
            <w:tcW w:type="dxa" w:w="2191"/>
          </w:tcPr>
          <w:p>
            <w:pPr>
              <w:spacing w:after="0"/>
              <w:jc w:val="left"/>
            </w:pPr>
          </w:p>
        </w:tc>
        <w:tc>
          <w:tcPr>
            <w:tcW w:type="dxa" w:w="1529"/>
          </w:tcPr>
          <w:p>
            <w:pPr>
              <w:spacing w:after="0"/>
              <w:jc w:val="left"/>
            </w:pPr>
          </w:p>
        </w:tc>
      </w:tr>
      <w:tr>
        <w:trPr>
          <w:cantSplit/>
        </w:trPr>
        <w:tc>
          <w:tcPr>
            <w:tcW w:type="dxa" w:w="1782"/>
          </w:tcPr>
          <w:p>
            <w:pPr>
              <w:spacing w:after="0"/>
              <w:jc w:val="left"/>
            </w:pPr>
            <w:r>
              <w:rPr>
                <w:sz w:val="16"/>
              </w:rPr>
              <w:t>Winter Storm, Heavy Snow, Blizzard, Lake-Effect Snow, Winter Weather, Sleet</w:t>
            </w:r>
          </w:p>
        </w:tc>
        <w:tc>
          <w:tcPr>
            <w:tcW w:type="dxa" w:w="1911"/>
          </w:tcPr>
          <w:p>
            <w:pPr>
              <w:spacing w:after="0"/>
              <w:jc w:val="left"/>
            </w:pPr>
            <w:r>
              <w:rPr>
                <w:sz w:val="16"/>
              </w:rPr>
              <w:t>none in data (snowfall: local data)</w:t>
            </w:r>
          </w:p>
        </w:tc>
        <w:tc>
          <w:tcPr>
            <w:tcW w:type="dxa" w:w="1791"/>
          </w:tcPr>
          <w:p>
            <w:pPr>
              <w:spacing w:after="0"/>
              <w:jc w:val="right"/>
            </w:pPr>
            <w:r>
              <w:rPr>
                <w:sz w:val="16"/>
              </w:rPr>
              <w:t>0</w:t>
            </w:r>
          </w:p>
        </w:tc>
        <w:tc>
          <w:tcPr>
            <w:tcW w:type="dxa" w:w="1622"/>
          </w:tcPr>
          <w:p>
            <w:pPr>
              <w:spacing w:after="0"/>
              <w:jc w:val="left"/>
            </w:pPr>
          </w:p>
        </w:tc>
        <w:tc>
          <w:tcPr>
            <w:tcW w:type="dxa" w:w="1634"/>
          </w:tcPr>
          <w:p>
            <w:pPr>
              <w:spacing w:after="0"/>
              <w:jc w:val="left"/>
            </w:pPr>
          </w:p>
        </w:tc>
        <w:tc>
          <w:tcPr>
            <w:tcW w:type="dxa" w:w="1652"/>
          </w:tcPr>
          <w:p>
            <w:pPr>
              <w:spacing w:after="0"/>
              <w:jc w:val="left"/>
            </w:pPr>
          </w:p>
        </w:tc>
        <w:tc>
          <w:tcPr>
            <w:tcW w:type="dxa" w:w="2191"/>
          </w:tcPr>
          <w:p>
            <w:pPr>
              <w:spacing w:after="0"/>
              <w:jc w:val="left"/>
            </w:pPr>
          </w:p>
        </w:tc>
        <w:tc>
          <w:tcPr>
            <w:tcW w:type="dxa" w:w="152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8"/>
        <w:gridCol w:w="2024"/>
        <w:gridCol w:w="1728"/>
        <w:gridCol w:w="2381"/>
        <w:gridCol w:w="2717"/>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8"/>
            <w:shd w:val="clear" w:color="auto" w:fill="E8E8E8"/>
          </w:tcPr>
          <w:p>
            <w:pPr>
              <w:spacing w:after="0"/>
              <w:jc w:val="left"/>
            </w:pPr>
            <w:r>
              <w:rPr>
                <w:b/>
                <w:sz w:val="16"/>
              </w:rPr>
              <w:t>Type</w:t>
            </w:r>
          </w:p>
        </w:tc>
        <w:tc>
          <w:tcPr>
            <w:tcW w:type="dxa" w:w="2024"/>
            <w:shd w:val="clear" w:color="auto" w:fill="E8E8E8"/>
          </w:tcPr>
          <w:p>
            <w:pPr>
              <w:spacing w:after="0"/>
              <w:jc w:val="left"/>
            </w:pPr>
            <w:r>
              <w:rPr>
                <w:b/>
                <w:sz w:val="16"/>
              </w:rPr>
              <w:t>Title</w:t>
            </w:r>
          </w:p>
        </w:tc>
        <w:tc>
          <w:tcPr>
            <w:tcW w:type="dxa" w:w="1728"/>
            <w:shd w:val="clear" w:color="auto" w:fill="E8E8E8"/>
          </w:tcPr>
          <w:p>
            <w:pPr>
              <w:spacing w:after="0"/>
              <w:jc w:val="left"/>
            </w:pPr>
            <w:r>
              <w:rPr>
                <w:b/>
                <w:sz w:val="16"/>
              </w:rPr>
              <w:t>Mapped hazard</w:t>
            </w:r>
          </w:p>
        </w:tc>
        <w:tc>
          <w:tcPr>
            <w:tcW w:type="dxa" w:w="23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17"/>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268"/>
          </w:tcPr>
          <w:p>
            <w:pPr>
              <w:spacing w:after="0"/>
              <w:jc w:val="left"/>
            </w:pPr>
            <w:r>
              <w:rPr>
                <w:sz w:val="16"/>
              </w:rPr>
              <w:t>Emergency</w:t>
            </w:r>
          </w:p>
        </w:tc>
        <w:tc>
          <w:tcPr>
            <w:tcW w:type="dxa" w:w="2024"/>
          </w:tcPr>
          <w:p>
            <w:pPr>
              <w:spacing w:after="0"/>
              <w:jc w:val="left"/>
            </w:pPr>
            <w:r>
              <w:rPr>
                <w:sz w:val="16"/>
              </w:rPr>
              <w:t>Tropical Storm Ernesto</w:t>
            </w:r>
          </w:p>
        </w:tc>
        <w:tc>
          <w:tcPr>
            <w:tcW w:type="dxa" w:w="1728"/>
          </w:tcPr>
          <w:p>
            <w:pPr>
              <w:spacing w:after="0"/>
              <w:jc w:val="left"/>
            </w:pPr>
            <w:r>
              <w:rPr>
                <w:sz w:val="16"/>
              </w:rPr>
              <w:t>Hurricane; Inland Flooding; Landslide</w:t>
            </w:r>
          </w:p>
        </w:tc>
        <w:tc>
          <w:tcPr>
            <w:tcW w:type="dxa" w:w="2381"/>
          </w:tcPr>
          <w:p>
            <w:pPr>
              <w:spacing w:after="0"/>
              <w:jc w:val="right"/>
            </w:pPr>
            <w:r>
              <w:rPr>
                <w:sz w:val="16"/>
              </w:rPr>
              <w:t>no Public Assistance recorded</w:t>
            </w:r>
          </w:p>
        </w:tc>
        <w:tc>
          <w:tcPr>
            <w:tcW w:type="dxa" w:w="2717"/>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268"/>
          </w:tcPr>
          <w:p>
            <w:pPr>
              <w:spacing w:after="0"/>
              <w:jc w:val="left"/>
            </w:pPr>
            <w:r>
              <w:rPr>
                <w:sz w:val="16"/>
              </w:rPr>
              <w:t>Major disaster</w:t>
            </w:r>
          </w:p>
        </w:tc>
        <w:tc>
          <w:tcPr>
            <w:tcW w:type="dxa" w:w="2024"/>
          </w:tcPr>
          <w:p>
            <w:pPr>
              <w:spacing w:after="0"/>
              <w:jc w:val="left"/>
            </w:pPr>
            <w:r>
              <w:rPr>
                <w:sz w:val="16"/>
              </w:rPr>
              <w:t>Hurricane Fiona</w:t>
            </w:r>
          </w:p>
        </w:tc>
        <w:tc>
          <w:tcPr>
            <w:tcW w:type="dxa" w:w="1728"/>
          </w:tcPr>
          <w:p>
            <w:pPr>
              <w:spacing w:after="0"/>
              <w:jc w:val="left"/>
            </w:pPr>
            <w:r>
              <w:rPr>
                <w:sz w:val="16"/>
              </w:rPr>
              <w:t>Hurricane</w:t>
            </w:r>
          </w:p>
        </w:tc>
        <w:tc>
          <w:tcPr>
            <w:tcW w:type="dxa" w:w="2381"/>
          </w:tcPr>
          <w:p>
            <w:pPr>
              <w:spacing w:after="0"/>
              <w:jc w:val="right"/>
            </w:pPr>
            <w:r>
              <w:rPr>
                <w:sz w:val="16"/>
              </w:rPr>
              <w:t>$1,136,982.67</w:t>
            </w:r>
          </w:p>
        </w:tc>
        <w:tc>
          <w:tcPr>
            <w:tcW w:type="dxa" w:w="2717"/>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268"/>
          </w:tcPr>
          <w:p>
            <w:pPr>
              <w:spacing w:after="0"/>
              <w:jc w:val="left"/>
            </w:pPr>
            <w:r>
              <w:rPr>
                <w:sz w:val="16"/>
              </w:rPr>
              <w:t>Emergency</w:t>
            </w:r>
          </w:p>
        </w:tc>
        <w:tc>
          <w:tcPr>
            <w:tcW w:type="dxa" w:w="2024"/>
          </w:tcPr>
          <w:p>
            <w:pPr>
              <w:spacing w:after="0"/>
              <w:jc w:val="left"/>
            </w:pPr>
            <w:r>
              <w:rPr>
                <w:sz w:val="16"/>
              </w:rPr>
              <w:t>Tropical Storm Fiona</w:t>
            </w:r>
          </w:p>
        </w:tc>
        <w:tc>
          <w:tcPr>
            <w:tcW w:type="dxa" w:w="1728"/>
          </w:tcPr>
          <w:p>
            <w:pPr>
              <w:spacing w:after="0"/>
              <w:jc w:val="left"/>
            </w:pPr>
            <w:r>
              <w:rPr>
                <w:sz w:val="16"/>
              </w:rPr>
              <w:t>Hurricane</w:t>
            </w:r>
          </w:p>
        </w:tc>
        <w:tc>
          <w:tcPr>
            <w:tcW w:type="dxa" w:w="2381"/>
          </w:tcPr>
          <w:p>
            <w:pPr>
              <w:spacing w:after="0"/>
              <w:jc w:val="right"/>
            </w:pPr>
            <w:r>
              <w:rPr>
                <w:sz w:val="16"/>
              </w:rPr>
              <w:t>no Public Assistance recorded</w:t>
            </w:r>
          </w:p>
        </w:tc>
        <w:tc>
          <w:tcPr>
            <w:tcW w:type="dxa" w:w="2717"/>
          </w:tcPr>
          <w:p>
            <w:pPr>
              <w:spacing w:after="0"/>
              <w:jc w:val="left"/>
            </w:pPr>
            <w:r>
              <w:rPr>
                <w:sz w:val="16"/>
              </w:rPr>
              <w:t>new since last plan; within last 5 years</w:t>
            </w:r>
          </w:p>
        </w:tc>
        <w:tc>
          <w:tcPr>
            <w:tcW w:type="dxa" w:w="884"/>
          </w:tcPr>
          <w:p>
            <w:pPr>
              <w:spacing w:after="0"/>
              <w:jc w:val="left"/>
            </w:pPr>
            <w:r>
              <w:rPr>
                <w:sz w:val="16"/>
              </w:rPr>
              <w:t>same incident as DR-4671</w:t>
            </w:r>
          </w:p>
        </w:tc>
      </w:tr>
      <w:tr>
        <w:trPr>
          <w:cantSplit/>
        </w:trPr>
        <w:tc>
          <w:tcPr>
            <w:tcW w:type="dxa" w:w="1037"/>
          </w:tcPr>
          <w:p>
            <w:pPr>
              <w:spacing w:after="0"/>
              <w:jc w:val="left"/>
            </w:pPr>
            <w:r>
              <w:rPr>
                <w:sz w:val="16"/>
              </w:rPr>
              <w:t>2020-11-05</w:t>
            </w:r>
          </w:p>
        </w:tc>
        <w:tc>
          <w:tcPr>
            <w:tcW w:type="dxa" w:w="1037"/>
          </w:tcPr>
          <w:p>
            <w:pPr>
              <w:spacing w:after="0"/>
              <w:jc w:val="left"/>
            </w:pPr>
            <w:r>
              <w:rPr>
                <w:sz w:val="16"/>
              </w:rPr>
              <w:t>2020-09-13</w:t>
            </w:r>
          </w:p>
        </w:tc>
        <w:tc>
          <w:tcPr>
            <w:tcW w:type="dxa" w:w="1037"/>
          </w:tcPr>
          <w:p>
            <w:pPr>
              <w:spacing w:after="0"/>
              <w:jc w:val="left"/>
            </w:pPr>
            <w:r>
              <w:rPr>
                <w:sz w:val="16"/>
              </w:rPr>
              <w:t>DR-4571-PR</w:t>
            </w:r>
          </w:p>
        </w:tc>
        <w:tc>
          <w:tcPr>
            <w:tcW w:type="dxa" w:w="1268"/>
          </w:tcPr>
          <w:p>
            <w:pPr>
              <w:spacing w:after="0"/>
              <w:jc w:val="left"/>
            </w:pPr>
            <w:r>
              <w:rPr>
                <w:sz w:val="16"/>
              </w:rPr>
              <w:t>Major disaster</w:t>
            </w:r>
          </w:p>
        </w:tc>
        <w:tc>
          <w:tcPr>
            <w:tcW w:type="dxa" w:w="2024"/>
          </w:tcPr>
          <w:p>
            <w:pPr>
              <w:spacing w:after="0"/>
              <w:jc w:val="left"/>
            </w:pPr>
            <w:r>
              <w:rPr>
                <w:sz w:val="16"/>
              </w:rPr>
              <w:t>Severe Storm and Flooding</w:t>
            </w:r>
          </w:p>
        </w:tc>
        <w:tc>
          <w:tcPr>
            <w:tcW w:type="dxa" w:w="1728"/>
          </w:tcPr>
          <w:p>
            <w:pPr>
              <w:spacing w:after="0"/>
              <w:jc w:val="left"/>
            </w:pPr>
            <w:r>
              <w:rPr>
                <w:sz w:val="16"/>
              </w:rPr>
              <w:t>Inland Flooding</w:t>
            </w:r>
          </w:p>
        </w:tc>
        <w:tc>
          <w:tcPr>
            <w:tcW w:type="dxa" w:w="2381"/>
          </w:tcPr>
          <w:p>
            <w:pPr>
              <w:spacing w:after="0"/>
              <w:jc w:val="right"/>
            </w:pPr>
            <w:r>
              <w:rPr>
                <w:sz w:val="16"/>
              </w:rPr>
              <w:t>PA not declared for this county</w:t>
            </w:r>
          </w:p>
        </w:tc>
        <w:tc>
          <w:tcPr>
            <w:tcW w:type="dxa" w:w="2717"/>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268"/>
          </w:tcPr>
          <w:p>
            <w:pPr>
              <w:spacing w:after="0"/>
              <w:jc w:val="left"/>
            </w:pPr>
            <w:r>
              <w:rPr>
                <w:sz w:val="16"/>
              </w:rPr>
              <w:t>Emergency</w:t>
            </w:r>
          </w:p>
        </w:tc>
        <w:tc>
          <w:tcPr>
            <w:tcW w:type="dxa" w:w="2024"/>
          </w:tcPr>
          <w:p>
            <w:pPr>
              <w:spacing w:after="0"/>
              <w:jc w:val="left"/>
            </w:pPr>
            <w:r>
              <w:rPr>
                <w:sz w:val="16"/>
              </w:rPr>
              <w:t>Tropical Storm Laura</w:t>
            </w:r>
          </w:p>
        </w:tc>
        <w:tc>
          <w:tcPr>
            <w:tcW w:type="dxa" w:w="1728"/>
          </w:tcPr>
          <w:p>
            <w:pPr>
              <w:spacing w:after="0"/>
              <w:jc w:val="left"/>
            </w:pPr>
            <w:r>
              <w:rPr>
                <w:sz w:val="16"/>
              </w:rPr>
              <w:t>Hurricane</w:t>
            </w:r>
          </w:p>
        </w:tc>
        <w:tc>
          <w:tcPr>
            <w:tcW w:type="dxa" w:w="2381"/>
          </w:tcPr>
          <w:p>
            <w:pPr>
              <w:spacing w:after="0"/>
              <w:jc w:val="right"/>
            </w:pPr>
            <w:r>
              <w:rPr>
                <w:sz w:val="16"/>
              </w:rPr>
              <w:t>no Public Assistance recorded</w:t>
            </w:r>
          </w:p>
        </w:tc>
        <w:tc>
          <w:tcPr>
            <w:tcW w:type="dxa" w:w="2717"/>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268"/>
          </w:tcPr>
          <w:p>
            <w:pPr>
              <w:spacing w:after="0"/>
              <w:jc w:val="left"/>
            </w:pPr>
            <w:r>
              <w:rPr>
                <w:sz w:val="16"/>
              </w:rPr>
              <w:t>Emergency</w:t>
            </w:r>
          </w:p>
        </w:tc>
        <w:tc>
          <w:tcPr>
            <w:tcW w:type="dxa" w:w="2024"/>
          </w:tcPr>
          <w:p>
            <w:pPr>
              <w:spacing w:after="0"/>
              <w:jc w:val="left"/>
            </w:pPr>
            <w:r>
              <w:rPr>
                <w:sz w:val="16"/>
              </w:rPr>
              <w:t>Potential Tropical Cyclone Nine</w:t>
            </w:r>
          </w:p>
        </w:tc>
        <w:tc>
          <w:tcPr>
            <w:tcW w:type="dxa" w:w="1728"/>
          </w:tcPr>
          <w:p>
            <w:pPr>
              <w:spacing w:after="0"/>
              <w:jc w:val="left"/>
            </w:pPr>
            <w:r>
              <w:rPr>
                <w:sz w:val="16"/>
              </w:rPr>
              <w:t>Hurricane</w:t>
            </w:r>
          </w:p>
        </w:tc>
        <w:tc>
          <w:tcPr>
            <w:tcW w:type="dxa" w:w="2381"/>
          </w:tcPr>
          <w:p>
            <w:pPr>
              <w:spacing w:after="0"/>
              <w:jc w:val="right"/>
            </w:pPr>
            <w:r>
              <w:rPr>
                <w:sz w:val="16"/>
              </w:rPr>
              <w:t>no Public Assistance recorded</w:t>
            </w:r>
          </w:p>
        </w:tc>
        <w:tc>
          <w:tcPr>
            <w:tcW w:type="dxa" w:w="2717"/>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268"/>
          </w:tcPr>
          <w:p>
            <w:pPr>
              <w:spacing w:after="0"/>
              <w:jc w:val="left"/>
            </w:pPr>
            <w:r>
              <w:rPr>
                <w:sz w:val="16"/>
              </w:rPr>
              <w:t>Major disaster</w:t>
            </w:r>
          </w:p>
        </w:tc>
        <w:tc>
          <w:tcPr>
            <w:tcW w:type="dxa" w:w="2024"/>
          </w:tcPr>
          <w:p>
            <w:pPr>
              <w:spacing w:after="0"/>
              <w:jc w:val="left"/>
            </w:pPr>
            <w:r>
              <w:rPr>
                <w:sz w:val="16"/>
              </w:rPr>
              <w:t>COVID-19 Pandemic</w:t>
            </w:r>
          </w:p>
        </w:tc>
        <w:tc>
          <w:tcPr>
            <w:tcW w:type="dxa" w:w="1728"/>
          </w:tcPr>
          <w:p>
            <w:pPr>
              <w:spacing w:after="0"/>
              <w:jc w:val="left"/>
            </w:pPr>
            <w:r>
              <w:rPr>
                <w:sz w:val="16"/>
              </w:rPr>
              <w:t>Non-natural, not counted</w:t>
            </w:r>
          </w:p>
        </w:tc>
        <w:tc>
          <w:tcPr>
            <w:tcW w:type="dxa" w:w="2381"/>
          </w:tcPr>
          <w:p>
            <w:pPr>
              <w:spacing w:after="0"/>
              <w:jc w:val="right"/>
            </w:pPr>
            <w:r>
              <w:rPr>
                <w:sz w:val="16"/>
              </w:rPr>
              <w:t>$156,936</w:t>
            </w:r>
          </w:p>
        </w:tc>
        <w:tc>
          <w:tcPr>
            <w:tcW w:type="dxa" w:w="2717"/>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268"/>
          </w:tcPr>
          <w:p>
            <w:pPr>
              <w:spacing w:after="0"/>
              <w:jc w:val="left"/>
            </w:pPr>
            <w:r>
              <w:rPr>
                <w:sz w:val="16"/>
              </w:rPr>
              <w:t>Emergency</w:t>
            </w:r>
          </w:p>
        </w:tc>
        <w:tc>
          <w:tcPr>
            <w:tcW w:type="dxa" w:w="2024"/>
          </w:tcPr>
          <w:p>
            <w:pPr>
              <w:spacing w:after="0"/>
              <w:jc w:val="left"/>
            </w:pPr>
            <w:r>
              <w:rPr>
                <w:sz w:val="16"/>
              </w:rPr>
              <w:t>COVID-19</w:t>
            </w:r>
          </w:p>
        </w:tc>
        <w:tc>
          <w:tcPr>
            <w:tcW w:type="dxa" w:w="1728"/>
          </w:tcPr>
          <w:p>
            <w:pPr>
              <w:spacing w:after="0"/>
              <w:jc w:val="left"/>
            </w:pPr>
            <w:r>
              <w:rPr>
                <w:sz w:val="16"/>
              </w:rPr>
              <w:t>Non-natural, not counted</w:t>
            </w:r>
          </w:p>
        </w:tc>
        <w:tc>
          <w:tcPr>
            <w:tcW w:type="dxa" w:w="2381"/>
          </w:tcPr>
          <w:p>
            <w:pPr>
              <w:spacing w:after="0"/>
              <w:jc w:val="right"/>
            </w:pPr>
            <w:r>
              <w:rPr>
                <w:sz w:val="16"/>
              </w:rPr>
              <w:t>no Public Assistance recorded</w:t>
            </w:r>
          </w:p>
        </w:tc>
        <w:tc>
          <w:tcPr>
            <w:tcW w:type="dxa" w:w="2717"/>
          </w:tcPr>
          <w:p>
            <w:pPr>
              <w:spacing w:after="0"/>
              <w:jc w:val="left"/>
            </w:pPr>
            <w:r>
              <w:rPr>
                <w:sz w:val="16"/>
              </w:rPr>
              <w:t>in the 12 months before plan approval</w:t>
            </w:r>
          </w:p>
        </w:tc>
        <w:tc>
          <w:tcPr>
            <w:tcW w:type="dxa" w:w="884"/>
          </w:tcPr>
          <w:p>
            <w:pPr>
              <w:spacing w:after="0"/>
              <w:jc w:val="left"/>
            </w:pPr>
            <w:r>
              <w:rPr>
                <w:sz w:val="16"/>
              </w:rPr>
              <w:t>same incident as DR-4493</w:t>
            </w:r>
          </w:p>
        </w:tc>
      </w:tr>
      <w:tr>
        <w:trPr>
          <w:cantSplit/>
        </w:trPr>
        <w:tc>
          <w:tcPr>
            <w:tcW w:type="dxa" w:w="1037"/>
          </w:tcPr>
          <w:p>
            <w:pPr>
              <w:spacing w:after="0"/>
              <w:jc w:val="left"/>
            </w:pPr>
            <w:r>
              <w:rPr>
                <w:sz w:val="16"/>
              </w:rPr>
              <w:t>2020-01-16</w:t>
            </w:r>
          </w:p>
        </w:tc>
        <w:tc>
          <w:tcPr>
            <w:tcW w:type="dxa" w:w="1037"/>
          </w:tcPr>
          <w:p>
            <w:pPr>
              <w:spacing w:after="0"/>
              <w:jc w:val="left"/>
            </w:pPr>
            <w:r>
              <w:rPr>
                <w:sz w:val="16"/>
              </w:rPr>
              <w:t>2019-12-28</w:t>
            </w:r>
          </w:p>
        </w:tc>
        <w:tc>
          <w:tcPr>
            <w:tcW w:type="dxa" w:w="1037"/>
          </w:tcPr>
          <w:p>
            <w:pPr>
              <w:spacing w:after="0"/>
              <w:jc w:val="left"/>
            </w:pPr>
            <w:r>
              <w:rPr>
                <w:sz w:val="16"/>
              </w:rPr>
              <w:t>DR-4473-PR</w:t>
            </w:r>
          </w:p>
        </w:tc>
        <w:tc>
          <w:tcPr>
            <w:tcW w:type="dxa" w:w="1268"/>
          </w:tcPr>
          <w:p>
            <w:pPr>
              <w:spacing w:after="0"/>
              <w:jc w:val="left"/>
            </w:pPr>
            <w:r>
              <w:rPr>
                <w:sz w:val="16"/>
              </w:rPr>
              <w:t>Major disaster</w:t>
            </w:r>
          </w:p>
        </w:tc>
        <w:tc>
          <w:tcPr>
            <w:tcW w:type="dxa" w:w="2024"/>
          </w:tcPr>
          <w:p>
            <w:pPr>
              <w:spacing w:after="0"/>
              <w:jc w:val="left"/>
            </w:pPr>
            <w:r>
              <w:rPr>
                <w:sz w:val="16"/>
              </w:rPr>
              <w:t>Earthquakes</w:t>
            </w:r>
          </w:p>
        </w:tc>
        <w:tc>
          <w:tcPr>
            <w:tcW w:type="dxa" w:w="1728"/>
          </w:tcPr>
          <w:p>
            <w:pPr>
              <w:spacing w:after="0"/>
              <w:jc w:val="left"/>
            </w:pPr>
            <w:r>
              <w:rPr>
                <w:sz w:val="16"/>
              </w:rPr>
              <w:t>Earthquake</w:t>
            </w:r>
          </w:p>
        </w:tc>
        <w:tc>
          <w:tcPr>
            <w:tcW w:type="dxa" w:w="2381"/>
          </w:tcPr>
          <w:p>
            <w:pPr>
              <w:spacing w:after="0"/>
              <w:jc w:val="right"/>
            </w:pPr>
            <w:r>
              <w:rPr>
                <w:sz w:val="16"/>
              </w:rPr>
              <w:t>PA not declared for this county</w:t>
            </w:r>
          </w:p>
        </w:tc>
        <w:tc>
          <w:tcPr>
            <w:tcW w:type="dxa" w:w="2717"/>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268"/>
          </w:tcPr>
          <w:p>
            <w:pPr>
              <w:spacing w:after="0"/>
              <w:jc w:val="left"/>
            </w:pPr>
            <w:r>
              <w:rPr>
                <w:sz w:val="16"/>
              </w:rPr>
              <w:t>Emergency</w:t>
            </w:r>
          </w:p>
        </w:tc>
        <w:tc>
          <w:tcPr>
            <w:tcW w:type="dxa" w:w="2024"/>
          </w:tcPr>
          <w:p>
            <w:pPr>
              <w:spacing w:after="0"/>
              <w:jc w:val="left"/>
            </w:pPr>
            <w:r>
              <w:rPr>
                <w:sz w:val="16"/>
              </w:rPr>
              <w:t>Earthquakes</w:t>
            </w:r>
          </w:p>
        </w:tc>
        <w:tc>
          <w:tcPr>
            <w:tcW w:type="dxa" w:w="1728"/>
          </w:tcPr>
          <w:p>
            <w:pPr>
              <w:spacing w:after="0"/>
              <w:jc w:val="left"/>
            </w:pPr>
            <w:r>
              <w:rPr>
                <w:sz w:val="16"/>
              </w:rPr>
              <w:t>Earthquake</w:t>
            </w:r>
          </w:p>
        </w:tc>
        <w:tc>
          <w:tcPr>
            <w:tcW w:type="dxa" w:w="2381"/>
          </w:tcPr>
          <w:p>
            <w:pPr>
              <w:spacing w:after="0"/>
              <w:jc w:val="right"/>
            </w:pPr>
            <w:r>
              <w:rPr>
                <w:sz w:val="16"/>
              </w:rPr>
              <w:t>no Public Assistance recorded</w:t>
            </w:r>
          </w:p>
        </w:tc>
        <w:tc>
          <w:tcPr>
            <w:tcW w:type="dxa" w:w="2717"/>
          </w:tcPr>
          <w:p>
            <w:pPr>
              <w:spacing w:after="0"/>
              <w:jc w:val="left"/>
            </w:pPr>
            <w:r>
              <w:rPr>
                <w:sz w:val="16"/>
              </w:rPr>
              <w:t>in the 12 months before plan approval</w:t>
            </w:r>
          </w:p>
        </w:tc>
        <w:tc>
          <w:tcPr>
            <w:tcW w:type="dxa" w:w="884"/>
          </w:tcPr>
          <w:p>
            <w:pPr>
              <w:spacing w:after="0"/>
              <w:jc w:val="left"/>
            </w:pPr>
            <w:r>
              <w:rPr>
                <w:sz w:val="16"/>
              </w:rPr>
              <w:t>same incident as DR-4473</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268"/>
          </w:tcPr>
          <w:p>
            <w:pPr>
              <w:spacing w:after="0"/>
              <w:jc w:val="left"/>
            </w:pPr>
            <w:r>
              <w:rPr>
                <w:sz w:val="16"/>
              </w:rPr>
              <w:t>Emergency</w:t>
            </w:r>
          </w:p>
        </w:tc>
        <w:tc>
          <w:tcPr>
            <w:tcW w:type="dxa" w:w="2024"/>
          </w:tcPr>
          <w:p>
            <w:pPr>
              <w:spacing w:after="0"/>
              <w:jc w:val="left"/>
            </w:pPr>
            <w:r>
              <w:rPr>
                <w:sz w:val="16"/>
              </w:rPr>
              <w:t>Tropical Storm Dorian</w:t>
            </w:r>
          </w:p>
        </w:tc>
        <w:tc>
          <w:tcPr>
            <w:tcW w:type="dxa" w:w="1728"/>
          </w:tcPr>
          <w:p>
            <w:pPr>
              <w:spacing w:after="0"/>
              <w:jc w:val="left"/>
            </w:pPr>
            <w:r>
              <w:rPr>
                <w:sz w:val="16"/>
              </w:rPr>
              <w:t>Hurricane</w:t>
            </w:r>
          </w:p>
        </w:tc>
        <w:tc>
          <w:tcPr>
            <w:tcW w:type="dxa" w:w="2381"/>
          </w:tcPr>
          <w:p>
            <w:pPr>
              <w:spacing w:after="0"/>
              <w:jc w:val="right"/>
            </w:pPr>
            <w:r>
              <w:rPr>
                <w:sz w:val="16"/>
              </w:rPr>
              <w:t>no Public Assistance recorded</w:t>
            </w:r>
          </w:p>
        </w:tc>
        <w:tc>
          <w:tcPr>
            <w:tcW w:type="dxa" w:w="2717"/>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268"/>
          </w:tcPr>
          <w:p>
            <w:pPr>
              <w:spacing w:after="0"/>
              <w:jc w:val="left"/>
            </w:pPr>
            <w:r>
              <w:rPr>
                <w:sz w:val="16"/>
              </w:rPr>
              <w:t>Major disaster</w:t>
            </w:r>
          </w:p>
        </w:tc>
        <w:tc>
          <w:tcPr>
            <w:tcW w:type="dxa" w:w="2024"/>
          </w:tcPr>
          <w:p>
            <w:pPr>
              <w:spacing w:after="0"/>
              <w:jc w:val="left"/>
            </w:pPr>
            <w:r>
              <w:rPr>
                <w:sz w:val="16"/>
              </w:rPr>
              <w:t>Hurricane Maria</w:t>
            </w:r>
          </w:p>
        </w:tc>
        <w:tc>
          <w:tcPr>
            <w:tcW w:type="dxa" w:w="1728"/>
          </w:tcPr>
          <w:p>
            <w:pPr>
              <w:spacing w:after="0"/>
              <w:jc w:val="left"/>
            </w:pPr>
            <w:r>
              <w:rPr>
                <w:sz w:val="16"/>
              </w:rPr>
              <w:t>Hurricane</w:t>
            </w:r>
          </w:p>
        </w:tc>
        <w:tc>
          <w:tcPr>
            <w:tcW w:type="dxa" w:w="2381"/>
          </w:tcPr>
          <w:p>
            <w:pPr>
              <w:spacing w:after="0"/>
              <w:jc w:val="right"/>
            </w:pPr>
            <w:r>
              <w:rPr>
                <w:sz w:val="16"/>
              </w:rPr>
              <w:t>$144,926,426.18</w:t>
            </w:r>
          </w:p>
        </w:tc>
        <w:tc>
          <w:tcPr>
            <w:tcW w:type="dxa" w:w="27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268"/>
          </w:tcPr>
          <w:p>
            <w:pPr>
              <w:spacing w:after="0"/>
              <w:jc w:val="left"/>
            </w:pPr>
            <w:r>
              <w:rPr>
                <w:sz w:val="16"/>
              </w:rPr>
              <w:t>Emergency</w:t>
            </w:r>
          </w:p>
        </w:tc>
        <w:tc>
          <w:tcPr>
            <w:tcW w:type="dxa" w:w="2024"/>
          </w:tcPr>
          <w:p>
            <w:pPr>
              <w:spacing w:after="0"/>
              <w:jc w:val="left"/>
            </w:pPr>
            <w:r>
              <w:rPr>
                <w:sz w:val="16"/>
              </w:rPr>
              <w:t>Hurricane Maria</w:t>
            </w:r>
          </w:p>
        </w:tc>
        <w:tc>
          <w:tcPr>
            <w:tcW w:type="dxa" w:w="1728"/>
          </w:tcPr>
          <w:p>
            <w:pPr>
              <w:spacing w:after="0"/>
              <w:jc w:val="left"/>
            </w:pPr>
            <w:r>
              <w:rPr>
                <w:sz w:val="16"/>
              </w:rPr>
              <w:t>Hurricane</w:t>
            </w:r>
          </w:p>
        </w:tc>
        <w:tc>
          <w:tcPr>
            <w:tcW w:type="dxa" w:w="2381"/>
          </w:tcPr>
          <w:p>
            <w:pPr>
              <w:spacing w:after="0"/>
              <w:jc w:val="right"/>
            </w:pPr>
            <w:r>
              <w:rPr>
                <w:sz w:val="16"/>
              </w:rPr>
              <w:t>no Public Assistance recorded</w:t>
            </w:r>
          </w:p>
        </w:tc>
        <w:tc>
          <w:tcPr>
            <w:tcW w:type="dxa" w:w="2717"/>
          </w:tcPr>
          <w:p>
            <w:pPr>
              <w:spacing w:after="0"/>
              <w:jc w:val="left"/>
            </w:pPr>
          </w:p>
        </w:tc>
        <w:tc>
          <w:tcPr>
            <w:tcW w:type="dxa" w:w="884"/>
          </w:tcPr>
          <w:p>
            <w:pPr>
              <w:spacing w:after="0"/>
              <w:jc w:val="left"/>
            </w:pPr>
            <w:r>
              <w:rPr>
                <w:sz w:val="16"/>
              </w:rPr>
              <w:t>same incident as DR-4339</w:t>
            </w: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268"/>
          </w:tcPr>
          <w:p>
            <w:pPr>
              <w:spacing w:after="0"/>
              <w:jc w:val="left"/>
            </w:pPr>
            <w:r>
              <w:rPr>
                <w:sz w:val="16"/>
              </w:rPr>
              <w:t>Major disaster</w:t>
            </w:r>
          </w:p>
        </w:tc>
        <w:tc>
          <w:tcPr>
            <w:tcW w:type="dxa" w:w="2024"/>
          </w:tcPr>
          <w:p>
            <w:pPr>
              <w:spacing w:after="0"/>
              <w:jc w:val="left"/>
            </w:pPr>
            <w:r>
              <w:rPr>
                <w:sz w:val="16"/>
              </w:rPr>
              <w:t>Hurricane Irene</w:t>
            </w:r>
          </w:p>
        </w:tc>
        <w:tc>
          <w:tcPr>
            <w:tcW w:type="dxa" w:w="1728"/>
          </w:tcPr>
          <w:p>
            <w:pPr>
              <w:spacing w:after="0"/>
              <w:jc w:val="left"/>
            </w:pPr>
            <w:r>
              <w:rPr>
                <w:sz w:val="16"/>
              </w:rPr>
              <w:t>Hurricane</w:t>
            </w:r>
          </w:p>
        </w:tc>
        <w:tc>
          <w:tcPr>
            <w:tcW w:type="dxa" w:w="2381"/>
          </w:tcPr>
          <w:p>
            <w:pPr>
              <w:spacing w:after="0"/>
              <w:jc w:val="right"/>
            </w:pPr>
            <w:r>
              <w:rPr>
                <w:sz w:val="16"/>
              </w:rPr>
              <w:t>no Public Assistance recorded</w:t>
            </w:r>
          </w:p>
        </w:tc>
        <w:tc>
          <w:tcPr>
            <w:tcW w:type="dxa" w:w="27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268"/>
          </w:tcPr>
          <w:p>
            <w:pPr>
              <w:spacing w:after="0"/>
              <w:jc w:val="left"/>
            </w:pPr>
            <w:r>
              <w:rPr>
                <w:sz w:val="16"/>
              </w:rPr>
              <w:t>Emergency</w:t>
            </w:r>
          </w:p>
        </w:tc>
        <w:tc>
          <w:tcPr>
            <w:tcW w:type="dxa" w:w="2024"/>
          </w:tcPr>
          <w:p>
            <w:pPr>
              <w:spacing w:after="0"/>
              <w:jc w:val="left"/>
            </w:pPr>
            <w:r>
              <w:rPr>
                <w:sz w:val="16"/>
              </w:rPr>
              <w:t>Hurricane Irene</w:t>
            </w:r>
          </w:p>
        </w:tc>
        <w:tc>
          <w:tcPr>
            <w:tcW w:type="dxa" w:w="1728"/>
          </w:tcPr>
          <w:p>
            <w:pPr>
              <w:spacing w:after="0"/>
              <w:jc w:val="left"/>
            </w:pPr>
            <w:r>
              <w:rPr>
                <w:sz w:val="16"/>
              </w:rPr>
              <w:t>Hurricane</w:t>
            </w:r>
          </w:p>
        </w:tc>
        <w:tc>
          <w:tcPr>
            <w:tcW w:type="dxa" w:w="2381"/>
          </w:tcPr>
          <w:p>
            <w:pPr>
              <w:spacing w:after="0"/>
              <w:jc w:val="right"/>
            </w:pPr>
            <w:r>
              <w:rPr>
                <w:sz w:val="16"/>
              </w:rPr>
              <w:t>no Public Assistance recorded</w:t>
            </w:r>
          </w:p>
        </w:tc>
        <w:tc>
          <w:tcPr>
            <w:tcW w:type="dxa" w:w="2717"/>
          </w:tcPr>
          <w:p>
            <w:pPr>
              <w:spacing w:after="0"/>
              <w:jc w:val="left"/>
            </w:pPr>
          </w:p>
        </w:tc>
        <w:tc>
          <w:tcPr>
            <w:tcW w:type="dxa" w:w="884"/>
          </w:tcPr>
          <w:p>
            <w:pPr>
              <w:spacing w:after="0"/>
              <w:jc w:val="left"/>
            </w:pPr>
            <w:r>
              <w:rPr>
                <w:sz w:val="16"/>
              </w:rPr>
              <w:t>same incident as DR-4017</w:t>
            </w:r>
          </w:p>
        </w:tc>
      </w:tr>
      <w:tr>
        <w:trPr>
          <w:cantSplit/>
        </w:trPr>
        <w:tc>
          <w:tcPr>
            <w:tcW w:type="dxa" w:w="1037"/>
          </w:tcPr>
          <w:p>
            <w:pPr>
              <w:spacing w:after="0"/>
              <w:jc w:val="left"/>
            </w:pPr>
            <w:r>
              <w:rPr>
                <w:sz w:val="16"/>
              </w:rPr>
              <w:t>2010-06-24</w:t>
            </w:r>
          </w:p>
        </w:tc>
        <w:tc>
          <w:tcPr>
            <w:tcW w:type="dxa" w:w="1037"/>
          </w:tcPr>
          <w:p>
            <w:pPr>
              <w:spacing w:after="0"/>
              <w:jc w:val="left"/>
            </w:pPr>
            <w:r>
              <w:rPr>
                <w:sz w:val="16"/>
              </w:rPr>
              <w:t>2010-05-26</w:t>
            </w:r>
          </w:p>
        </w:tc>
        <w:tc>
          <w:tcPr>
            <w:tcW w:type="dxa" w:w="1037"/>
          </w:tcPr>
          <w:p>
            <w:pPr>
              <w:spacing w:after="0"/>
              <w:jc w:val="left"/>
            </w:pPr>
            <w:r>
              <w:rPr>
                <w:sz w:val="16"/>
              </w:rPr>
              <w:t>DR-1919-PR</w:t>
            </w:r>
          </w:p>
        </w:tc>
        <w:tc>
          <w:tcPr>
            <w:tcW w:type="dxa" w:w="1268"/>
          </w:tcPr>
          <w:p>
            <w:pPr>
              <w:spacing w:after="0"/>
              <w:jc w:val="left"/>
            </w:pPr>
            <w:r>
              <w:rPr>
                <w:sz w:val="16"/>
              </w:rPr>
              <w:t>Major disaster</w:t>
            </w:r>
          </w:p>
        </w:tc>
        <w:tc>
          <w:tcPr>
            <w:tcW w:type="dxa" w:w="2024"/>
          </w:tcPr>
          <w:p>
            <w:pPr>
              <w:spacing w:after="0"/>
              <w:jc w:val="left"/>
            </w:pPr>
            <w:r>
              <w:rPr>
                <w:sz w:val="16"/>
              </w:rPr>
              <w:t>Severe Storms and Flooding</w:t>
            </w:r>
          </w:p>
        </w:tc>
        <w:tc>
          <w:tcPr>
            <w:tcW w:type="dxa" w:w="1728"/>
          </w:tcPr>
          <w:p>
            <w:pPr>
              <w:spacing w:after="0"/>
              <w:jc w:val="left"/>
            </w:pPr>
            <w:r>
              <w:rPr>
                <w:sz w:val="16"/>
              </w:rPr>
              <w:t>Inland Flooding</w:t>
            </w:r>
          </w:p>
        </w:tc>
        <w:tc>
          <w:tcPr>
            <w:tcW w:type="dxa" w:w="2381"/>
          </w:tcPr>
          <w:p>
            <w:pPr>
              <w:spacing w:after="0"/>
              <w:jc w:val="right"/>
            </w:pPr>
            <w:r>
              <w:rPr>
                <w:sz w:val="16"/>
              </w:rPr>
              <w:t>$39,460.23</w:t>
            </w:r>
          </w:p>
        </w:tc>
        <w:tc>
          <w:tcPr>
            <w:tcW w:type="dxa" w:w="27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268"/>
          </w:tcPr>
          <w:p>
            <w:pPr>
              <w:spacing w:after="0"/>
              <w:jc w:val="left"/>
            </w:pPr>
            <w:r>
              <w:rPr>
                <w:sz w:val="16"/>
              </w:rPr>
              <w:t>Major disaster</w:t>
            </w:r>
          </w:p>
        </w:tc>
        <w:tc>
          <w:tcPr>
            <w:tcW w:type="dxa" w:w="2024"/>
          </w:tcPr>
          <w:p>
            <w:pPr>
              <w:spacing w:after="0"/>
              <w:jc w:val="left"/>
            </w:pPr>
            <w:r>
              <w:rPr>
                <w:sz w:val="16"/>
              </w:rPr>
              <w:t>Tropical Storm Jeanne and Resulting Landslides and Mudslides</w:t>
            </w:r>
          </w:p>
        </w:tc>
        <w:tc>
          <w:tcPr>
            <w:tcW w:type="dxa" w:w="1728"/>
          </w:tcPr>
          <w:p>
            <w:pPr>
              <w:spacing w:after="0"/>
              <w:jc w:val="left"/>
            </w:pPr>
            <w:r>
              <w:rPr>
                <w:sz w:val="16"/>
              </w:rPr>
              <w:t>Hurricane; Landslide</w:t>
            </w:r>
          </w:p>
        </w:tc>
        <w:tc>
          <w:tcPr>
            <w:tcW w:type="dxa" w:w="2381"/>
          </w:tcPr>
          <w:p>
            <w:pPr>
              <w:spacing w:after="0"/>
              <w:jc w:val="right"/>
            </w:pPr>
            <w:r>
              <w:rPr>
                <w:sz w:val="16"/>
              </w:rPr>
              <w:t>$43,439.90</w:t>
            </w:r>
          </w:p>
        </w:tc>
        <w:tc>
          <w:tcPr>
            <w:tcW w:type="dxa" w:w="27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268"/>
          </w:tcPr>
          <w:p>
            <w:pPr>
              <w:spacing w:after="0"/>
              <w:jc w:val="left"/>
            </w:pPr>
            <w:r>
              <w:rPr>
                <w:sz w:val="16"/>
              </w:rPr>
              <w:t>Emergency</w:t>
            </w:r>
          </w:p>
        </w:tc>
        <w:tc>
          <w:tcPr>
            <w:tcW w:type="dxa" w:w="2024"/>
          </w:tcPr>
          <w:p>
            <w:pPr>
              <w:spacing w:after="0"/>
              <w:jc w:val="left"/>
            </w:pPr>
            <w:r>
              <w:rPr>
                <w:sz w:val="16"/>
              </w:rPr>
              <w:t>Hurricane Lenny</w:t>
            </w:r>
          </w:p>
        </w:tc>
        <w:tc>
          <w:tcPr>
            <w:tcW w:type="dxa" w:w="1728"/>
          </w:tcPr>
          <w:p>
            <w:pPr>
              <w:spacing w:after="0"/>
              <w:jc w:val="left"/>
            </w:pPr>
            <w:r>
              <w:rPr>
                <w:sz w:val="16"/>
              </w:rPr>
              <w:t>Hurricane</w:t>
            </w:r>
          </w:p>
        </w:tc>
        <w:tc>
          <w:tcPr>
            <w:tcW w:type="dxa" w:w="2381"/>
          </w:tcPr>
          <w:p>
            <w:pPr>
              <w:spacing w:after="0"/>
              <w:jc w:val="right"/>
            </w:pPr>
            <w:r>
              <w:rPr>
                <w:sz w:val="16"/>
              </w:rPr>
              <w:t>no Public Assistance recorded</w:t>
            </w:r>
          </w:p>
        </w:tc>
        <w:tc>
          <w:tcPr>
            <w:tcW w:type="dxa" w:w="27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268"/>
          </w:tcPr>
          <w:p>
            <w:pPr>
              <w:spacing w:after="0"/>
              <w:jc w:val="left"/>
            </w:pPr>
            <w:r>
              <w:rPr>
                <w:sz w:val="16"/>
              </w:rPr>
              <w:t>Major disaster</w:t>
            </w:r>
          </w:p>
        </w:tc>
        <w:tc>
          <w:tcPr>
            <w:tcW w:type="dxa" w:w="2024"/>
          </w:tcPr>
          <w:p>
            <w:pPr>
              <w:spacing w:after="0"/>
              <w:jc w:val="left"/>
            </w:pPr>
            <w:r>
              <w:rPr>
                <w:sz w:val="16"/>
              </w:rPr>
              <w:t>Hurricane Georges - 18 Sep 98</w:t>
            </w:r>
          </w:p>
        </w:tc>
        <w:tc>
          <w:tcPr>
            <w:tcW w:type="dxa" w:w="1728"/>
          </w:tcPr>
          <w:p>
            <w:pPr>
              <w:spacing w:after="0"/>
              <w:jc w:val="left"/>
            </w:pPr>
            <w:r>
              <w:rPr>
                <w:sz w:val="16"/>
              </w:rPr>
              <w:t>Hurricane</w:t>
            </w:r>
          </w:p>
        </w:tc>
        <w:tc>
          <w:tcPr>
            <w:tcW w:type="dxa" w:w="2381"/>
          </w:tcPr>
          <w:p>
            <w:pPr>
              <w:spacing w:after="0"/>
              <w:jc w:val="right"/>
            </w:pPr>
            <w:r>
              <w:rPr>
                <w:sz w:val="16"/>
              </w:rPr>
              <w:t>no Public Assistance recorded</w:t>
            </w:r>
          </w:p>
        </w:tc>
        <w:tc>
          <w:tcPr>
            <w:tcW w:type="dxa" w:w="27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268"/>
          </w:tcPr>
          <w:p>
            <w:pPr>
              <w:spacing w:after="0"/>
              <w:jc w:val="left"/>
            </w:pPr>
            <w:r>
              <w:rPr>
                <w:sz w:val="16"/>
              </w:rPr>
              <w:t>Major disaster</w:t>
            </w:r>
          </w:p>
        </w:tc>
        <w:tc>
          <w:tcPr>
            <w:tcW w:type="dxa" w:w="2024"/>
          </w:tcPr>
          <w:p>
            <w:pPr>
              <w:spacing w:after="0"/>
              <w:jc w:val="left"/>
            </w:pPr>
            <w:r>
              <w:rPr>
                <w:sz w:val="16"/>
              </w:rPr>
              <w:t>Hurricane Hortense</w:t>
            </w:r>
          </w:p>
        </w:tc>
        <w:tc>
          <w:tcPr>
            <w:tcW w:type="dxa" w:w="1728"/>
          </w:tcPr>
          <w:p>
            <w:pPr>
              <w:spacing w:after="0"/>
              <w:jc w:val="left"/>
            </w:pPr>
            <w:r>
              <w:rPr>
                <w:sz w:val="16"/>
              </w:rPr>
              <w:t>Hurricane</w:t>
            </w:r>
          </w:p>
        </w:tc>
        <w:tc>
          <w:tcPr>
            <w:tcW w:type="dxa" w:w="2381"/>
          </w:tcPr>
          <w:p>
            <w:pPr>
              <w:spacing w:after="0"/>
              <w:jc w:val="right"/>
            </w:pPr>
            <w:r>
              <w:rPr>
                <w:sz w:val="16"/>
              </w:rPr>
              <w:t>no Public Assistance recorded</w:t>
            </w:r>
          </w:p>
        </w:tc>
        <w:tc>
          <w:tcPr>
            <w:tcW w:type="dxa" w:w="27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268"/>
          </w:tcPr>
          <w:p>
            <w:pPr>
              <w:spacing w:after="0"/>
              <w:jc w:val="left"/>
            </w:pPr>
            <w:r>
              <w:rPr>
                <w:sz w:val="16"/>
              </w:rPr>
              <w:t>Major disaster</w:t>
            </w:r>
          </w:p>
        </w:tc>
        <w:tc>
          <w:tcPr>
            <w:tcW w:type="dxa" w:w="2024"/>
          </w:tcPr>
          <w:p>
            <w:pPr>
              <w:spacing w:after="0"/>
              <w:jc w:val="left"/>
            </w:pPr>
            <w:r>
              <w:rPr>
                <w:sz w:val="16"/>
              </w:rPr>
              <w:t>Hurricane Hugo</w:t>
            </w:r>
          </w:p>
        </w:tc>
        <w:tc>
          <w:tcPr>
            <w:tcW w:type="dxa" w:w="1728"/>
          </w:tcPr>
          <w:p>
            <w:pPr>
              <w:spacing w:after="0"/>
              <w:jc w:val="left"/>
            </w:pPr>
            <w:r>
              <w:rPr>
                <w:sz w:val="16"/>
              </w:rPr>
              <w:t>Hurricane</w:t>
            </w:r>
          </w:p>
        </w:tc>
        <w:tc>
          <w:tcPr>
            <w:tcW w:type="dxa" w:w="2381"/>
          </w:tcPr>
          <w:p>
            <w:pPr>
              <w:spacing w:after="0"/>
              <w:jc w:val="right"/>
            </w:pPr>
            <w:r>
              <w:rPr>
                <w:sz w:val="16"/>
              </w:rPr>
              <w:t>no Public Assistance recorded</w:t>
            </w:r>
          </w:p>
        </w:tc>
        <w:tc>
          <w:tcPr>
            <w:tcW w:type="dxa" w:w="27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1986-07-10</w:t>
            </w:r>
          </w:p>
        </w:tc>
        <w:tc>
          <w:tcPr>
            <w:tcW w:type="dxa" w:w="1037"/>
          </w:tcPr>
          <w:p>
            <w:pPr>
              <w:spacing w:after="0"/>
              <w:jc w:val="left"/>
            </w:pPr>
            <w:r>
              <w:rPr>
                <w:sz w:val="16"/>
              </w:rPr>
              <w:t>1986-04-25</w:t>
            </w:r>
          </w:p>
        </w:tc>
        <w:tc>
          <w:tcPr>
            <w:tcW w:type="dxa" w:w="1037"/>
          </w:tcPr>
          <w:p>
            <w:pPr>
              <w:spacing w:after="0"/>
              <w:jc w:val="left"/>
            </w:pPr>
            <w:r>
              <w:rPr>
                <w:sz w:val="16"/>
              </w:rPr>
              <w:t>DR-768-PR</w:t>
            </w:r>
          </w:p>
        </w:tc>
        <w:tc>
          <w:tcPr>
            <w:tcW w:type="dxa" w:w="1268"/>
          </w:tcPr>
          <w:p>
            <w:pPr>
              <w:spacing w:after="0"/>
              <w:jc w:val="left"/>
            </w:pPr>
            <w:r>
              <w:rPr>
                <w:sz w:val="16"/>
              </w:rPr>
              <w:t>Major disaster</w:t>
            </w:r>
          </w:p>
        </w:tc>
        <w:tc>
          <w:tcPr>
            <w:tcW w:type="dxa" w:w="2024"/>
          </w:tcPr>
          <w:p>
            <w:pPr>
              <w:spacing w:after="0"/>
              <w:jc w:val="left"/>
            </w:pPr>
            <w:r>
              <w:rPr>
                <w:sz w:val="16"/>
              </w:rPr>
              <w:t>Heavy Rains, Flooding &amp; Mudslides</w:t>
            </w:r>
          </w:p>
        </w:tc>
        <w:tc>
          <w:tcPr>
            <w:tcW w:type="dxa" w:w="1728"/>
          </w:tcPr>
          <w:p>
            <w:pPr>
              <w:spacing w:after="0"/>
              <w:jc w:val="left"/>
            </w:pPr>
            <w:r>
              <w:rPr>
                <w:sz w:val="16"/>
              </w:rPr>
              <w:t>Inland Flooding (primary); also designated: Landslide</w:t>
            </w:r>
          </w:p>
        </w:tc>
        <w:tc>
          <w:tcPr>
            <w:tcW w:type="dxa" w:w="2381"/>
          </w:tcPr>
          <w:p>
            <w:pPr>
              <w:spacing w:after="0"/>
              <w:jc w:val="right"/>
            </w:pPr>
            <w:r>
              <w:rPr>
                <w:sz w:val="16"/>
              </w:rPr>
              <w:t>no Public Assistance recorded</w:t>
            </w:r>
          </w:p>
        </w:tc>
        <w:tc>
          <w:tcPr>
            <w:tcW w:type="dxa" w:w="27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1985-10-10</w:t>
            </w:r>
          </w:p>
        </w:tc>
        <w:tc>
          <w:tcPr>
            <w:tcW w:type="dxa" w:w="1037"/>
          </w:tcPr>
          <w:p>
            <w:pPr>
              <w:spacing w:after="0"/>
              <w:jc w:val="left"/>
            </w:pPr>
            <w:r>
              <w:rPr>
                <w:sz w:val="16"/>
              </w:rPr>
              <w:t>1985-10-04</w:t>
            </w:r>
          </w:p>
        </w:tc>
        <w:tc>
          <w:tcPr>
            <w:tcW w:type="dxa" w:w="1037"/>
          </w:tcPr>
          <w:p>
            <w:pPr>
              <w:spacing w:after="0"/>
              <w:jc w:val="left"/>
            </w:pPr>
            <w:r>
              <w:rPr>
                <w:sz w:val="16"/>
              </w:rPr>
              <w:t>DR-746-PR</w:t>
            </w:r>
          </w:p>
        </w:tc>
        <w:tc>
          <w:tcPr>
            <w:tcW w:type="dxa" w:w="1268"/>
          </w:tcPr>
          <w:p>
            <w:pPr>
              <w:spacing w:after="0"/>
              <w:jc w:val="left"/>
            </w:pPr>
            <w:r>
              <w:rPr>
                <w:sz w:val="16"/>
              </w:rPr>
              <w:t>Major disaster</w:t>
            </w:r>
          </w:p>
        </w:tc>
        <w:tc>
          <w:tcPr>
            <w:tcW w:type="dxa" w:w="2024"/>
          </w:tcPr>
          <w:p>
            <w:pPr>
              <w:spacing w:after="0"/>
              <w:jc w:val="left"/>
            </w:pPr>
            <w:r>
              <w:rPr>
                <w:sz w:val="16"/>
              </w:rPr>
              <w:t>Severe Storms, Flooding &amp; Mudslides</w:t>
            </w:r>
          </w:p>
        </w:tc>
        <w:tc>
          <w:tcPr>
            <w:tcW w:type="dxa" w:w="1728"/>
          </w:tcPr>
          <w:p>
            <w:pPr>
              <w:spacing w:after="0"/>
              <w:jc w:val="left"/>
            </w:pPr>
            <w:r>
              <w:rPr>
                <w:sz w:val="16"/>
              </w:rPr>
              <w:t>Inland Flooding (primary); also designated: Landslide</w:t>
            </w:r>
          </w:p>
        </w:tc>
        <w:tc>
          <w:tcPr>
            <w:tcW w:type="dxa" w:w="2381"/>
          </w:tcPr>
          <w:p>
            <w:pPr>
              <w:spacing w:after="0"/>
              <w:jc w:val="right"/>
            </w:pPr>
            <w:r>
              <w:rPr>
                <w:sz w:val="16"/>
              </w:rPr>
              <w:t>PA not declared for this county</w:t>
            </w:r>
          </w:p>
        </w:tc>
        <w:tc>
          <w:tcPr>
            <w:tcW w:type="dxa" w:w="27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1985-05-31</w:t>
            </w:r>
          </w:p>
        </w:tc>
        <w:tc>
          <w:tcPr>
            <w:tcW w:type="dxa" w:w="1037"/>
          </w:tcPr>
          <w:p>
            <w:pPr>
              <w:spacing w:after="0"/>
              <w:jc w:val="left"/>
            </w:pPr>
            <w:r>
              <w:rPr>
                <w:sz w:val="16"/>
              </w:rPr>
              <w:t>1985-05-16</w:t>
            </w:r>
          </w:p>
        </w:tc>
        <w:tc>
          <w:tcPr>
            <w:tcW w:type="dxa" w:w="1037"/>
          </w:tcPr>
          <w:p>
            <w:pPr>
              <w:spacing w:after="0"/>
              <w:jc w:val="left"/>
            </w:pPr>
            <w:r>
              <w:rPr>
                <w:sz w:val="16"/>
              </w:rPr>
              <w:t>DR-736-PR</w:t>
            </w:r>
          </w:p>
        </w:tc>
        <w:tc>
          <w:tcPr>
            <w:tcW w:type="dxa" w:w="1268"/>
          </w:tcPr>
          <w:p>
            <w:pPr>
              <w:spacing w:after="0"/>
              <w:jc w:val="left"/>
            </w:pPr>
            <w:r>
              <w:rPr>
                <w:sz w:val="16"/>
              </w:rPr>
              <w:t>Major disaster</w:t>
            </w:r>
          </w:p>
        </w:tc>
        <w:tc>
          <w:tcPr>
            <w:tcW w:type="dxa" w:w="2024"/>
          </w:tcPr>
          <w:p>
            <w:pPr>
              <w:spacing w:after="0"/>
              <w:jc w:val="left"/>
            </w:pPr>
            <w:r>
              <w:rPr>
                <w:sz w:val="16"/>
              </w:rPr>
              <w:t>Storms, Mud/Land Slides, Flooding</w:t>
            </w:r>
          </w:p>
        </w:tc>
        <w:tc>
          <w:tcPr>
            <w:tcW w:type="dxa" w:w="1728"/>
          </w:tcPr>
          <w:p>
            <w:pPr>
              <w:spacing w:after="0"/>
              <w:jc w:val="left"/>
            </w:pPr>
            <w:r>
              <w:rPr>
                <w:sz w:val="16"/>
              </w:rPr>
              <w:t>Inland Flooding (primary); also designated: Landslide</w:t>
            </w:r>
          </w:p>
        </w:tc>
        <w:tc>
          <w:tcPr>
            <w:tcW w:type="dxa" w:w="2381"/>
          </w:tcPr>
          <w:p>
            <w:pPr>
              <w:spacing w:after="0"/>
              <w:jc w:val="right"/>
            </w:pPr>
            <w:r>
              <w:rPr>
                <w:sz w:val="16"/>
              </w:rPr>
              <w:t>no Public Assistance recorded</w:t>
            </w:r>
          </w:p>
        </w:tc>
        <w:tc>
          <w:tcPr>
            <w:tcW w:type="dxa" w:w="27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268"/>
          </w:tcPr>
          <w:p>
            <w:pPr>
              <w:spacing w:after="0"/>
              <w:jc w:val="left"/>
            </w:pPr>
            <w:r>
              <w:rPr>
                <w:sz w:val="16"/>
              </w:rPr>
              <w:t>Major disaster</w:t>
            </w:r>
          </w:p>
        </w:tc>
        <w:tc>
          <w:tcPr>
            <w:tcW w:type="dxa" w:w="2024"/>
          </w:tcPr>
          <w:p>
            <w:pPr>
              <w:spacing w:after="0"/>
              <w:jc w:val="left"/>
            </w:pPr>
            <w:r>
              <w:rPr>
                <w:sz w:val="16"/>
              </w:rPr>
              <w:t>Hurricane David</w:t>
            </w:r>
          </w:p>
        </w:tc>
        <w:tc>
          <w:tcPr>
            <w:tcW w:type="dxa" w:w="1728"/>
          </w:tcPr>
          <w:p>
            <w:pPr>
              <w:spacing w:after="0"/>
              <w:jc w:val="left"/>
            </w:pPr>
            <w:r>
              <w:rPr>
                <w:sz w:val="16"/>
              </w:rPr>
              <w:t>Hurricane</w:t>
            </w:r>
          </w:p>
        </w:tc>
        <w:tc>
          <w:tcPr>
            <w:tcW w:type="dxa" w:w="2381"/>
          </w:tcPr>
          <w:p>
            <w:pPr>
              <w:spacing w:after="0"/>
              <w:jc w:val="right"/>
            </w:pPr>
            <w:r>
              <w:rPr>
                <w:sz w:val="16"/>
              </w:rPr>
              <w:t>no Public Assistance recorded</w:t>
            </w:r>
          </w:p>
        </w:tc>
        <w:tc>
          <w:tcPr>
            <w:tcW w:type="dxa" w:w="27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268"/>
          </w:tcPr>
          <w:p>
            <w:pPr>
              <w:spacing w:after="0"/>
              <w:jc w:val="left"/>
            </w:pPr>
            <w:r>
              <w:rPr>
                <w:sz w:val="16"/>
              </w:rPr>
              <w:t>Major disaster</w:t>
            </w:r>
          </w:p>
        </w:tc>
        <w:tc>
          <w:tcPr>
            <w:tcW w:type="dxa" w:w="2024"/>
          </w:tcPr>
          <w:p>
            <w:pPr>
              <w:spacing w:after="0"/>
              <w:jc w:val="left"/>
            </w:pPr>
            <w:r>
              <w:rPr>
                <w:sz w:val="16"/>
              </w:rPr>
              <w:t>Tropical Storm Elioise</w:t>
            </w:r>
          </w:p>
        </w:tc>
        <w:tc>
          <w:tcPr>
            <w:tcW w:type="dxa" w:w="1728"/>
          </w:tcPr>
          <w:p>
            <w:pPr>
              <w:spacing w:after="0"/>
              <w:jc w:val="left"/>
            </w:pPr>
            <w:r>
              <w:rPr>
                <w:sz w:val="16"/>
              </w:rPr>
              <w:t>Inland Flooding (primary); also designated: Hurricane</w:t>
            </w:r>
          </w:p>
        </w:tc>
        <w:tc>
          <w:tcPr>
            <w:tcW w:type="dxa" w:w="2381"/>
          </w:tcPr>
          <w:p>
            <w:pPr>
              <w:spacing w:after="0"/>
              <w:jc w:val="right"/>
            </w:pPr>
            <w:r>
              <w:rPr>
                <w:sz w:val="16"/>
              </w:rPr>
              <w:t>no Public Assistance recorded</w:t>
            </w:r>
          </w:p>
        </w:tc>
        <w:tc>
          <w:tcPr>
            <w:tcW w:type="dxa" w:w="27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268"/>
          </w:tcPr>
          <w:p>
            <w:pPr>
              <w:spacing w:after="0"/>
              <w:jc w:val="left"/>
            </w:pPr>
            <w:r>
              <w:rPr>
                <w:sz w:val="16"/>
              </w:rPr>
              <w:t>Major disaster</w:t>
            </w:r>
          </w:p>
        </w:tc>
        <w:tc>
          <w:tcPr>
            <w:tcW w:type="dxa" w:w="2024"/>
          </w:tcPr>
          <w:p>
            <w:pPr>
              <w:spacing w:after="0"/>
              <w:jc w:val="left"/>
            </w:pPr>
            <w:r>
              <w:rPr>
                <w:sz w:val="16"/>
              </w:rPr>
              <w:t>Flooding</w:t>
            </w:r>
          </w:p>
        </w:tc>
        <w:tc>
          <w:tcPr>
            <w:tcW w:type="dxa" w:w="1728"/>
          </w:tcPr>
          <w:p>
            <w:pPr>
              <w:spacing w:after="0"/>
              <w:jc w:val="left"/>
            </w:pPr>
            <w:r>
              <w:rPr>
                <w:sz w:val="16"/>
              </w:rPr>
              <w:t>Inland Flooding</w:t>
            </w:r>
          </w:p>
        </w:tc>
        <w:tc>
          <w:tcPr>
            <w:tcW w:type="dxa" w:w="2381"/>
          </w:tcPr>
          <w:p>
            <w:pPr>
              <w:spacing w:after="0"/>
              <w:jc w:val="right"/>
            </w:pPr>
            <w:r>
              <w:rPr>
                <w:sz w:val="16"/>
              </w:rPr>
              <w:t>no Public Assistance recorded</w:t>
            </w:r>
          </w:p>
        </w:tc>
        <w:tc>
          <w:tcPr>
            <w:tcW w:type="dxa" w:w="27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268"/>
          </w:tcPr>
          <w:p>
            <w:pPr>
              <w:spacing w:after="0"/>
              <w:jc w:val="left"/>
            </w:pPr>
            <w:r>
              <w:rPr>
                <w:sz w:val="16"/>
              </w:rPr>
              <w:t>Major disaster</w:t>
            </w:r>
          </w:p>
        </w:tc>
        <w:tc>
          <w:tcPr>
            <w:tcW w:type="dxa" w:w="2024"/>
          </w:tcPr>
          <w:p>
            <w:pPr>
              <w:spacing w:after="0"/>
              <w:jc w:val="left"/>
            </w:pPr>
            <w:r>
              <w:rPr>
                <w:sz w:val="16"/>
              </w:rPr>
              <w:t>Heavy Rains &amp; Flooding</w:t>
            </w:r>
          </w:p>
        </w:tc>
        <w:tc>
          <w:tcPr>
            <w:tcW w:type="dxa" w:w="1728"/>
          </w:tcPr>
          <w:p>
            <w:pPr>
              <w:spacing w:after="0"/>
              <w:jc w:val="left"/>
            </w:pPr>
            <w:r>
              <w:rPr>
                <w:sz w:val="16"/>
              </w:rPr>
              <w:t>Inland Flooding</w:t>
            </w:r>
          </w:p>
        </w:tc>
        <w:tc>
          <w:tcPr>
            <w:tcW w:type="dxa" w:w="2381"/>
          </w:tcPr>
          <w:p>
            <w:pPr>
              <w:spacing w:after="0"/>
              <w:jc w:val="right"/>
            </w:pPr>
            <w:r>
              <w:rPr>
                <w:sz w:val="16"/>
              </w:rPr>
              <w:t>no Public Assistance recorded</w:t>
            </w:r>
          </w:p>
        </w:tc>
        <w:tc>
          <w:tcPr>
            <w:tcW w:type="dxa" w:w="2717"/>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99"/>
        <w:gridCol w:w="1812"/>
        <w:gridCol w:w="1069"/>
        <w:gridCol w:w="1738"/>
        <w:gridCol w:w="762"/>
        <w:gridCol w:w="1495"/>
        <w:gridCol w:w="1220"/>
        <w:gridCol w:w="1532"/>
        <w:gridCol w:w="3384"/>
      </w:tblGrid>
      <w:tr>
        <w:trPr>
          <w:cantSplit/>
          <w:tblHeader/>
        </w:trPr>
        <w:tc>
          <w:tcPr>
            <w:tcW w:type="dxa" w:w="1099"/>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384"/>
            <w:shd w:val="clear" w:color="auto" w:fill="E8E8E8"/>
          </w:tcPr>
          <w:p>
            <w:pPr>
              <w:spacing w:after="0"/>
              <w:jc w:val="left"/>
            </w:pPr>
            <w:r>
              <w:rPr>
                <w:b/>
                <w:sz w:val="16"/>
              </w:rPr>
              <w:t>Statement</w:t>
            </w:r>
          </w:p>
        </w:tc>
      </w:tr>
      <w:tr>
        <w:trPr>
          <w:cantSplit/>
        </w:trPr>
        <w:tc>
          <w:tcPr>
            <w:tcW w:type="dxa" w:w="1099"/>
          </w:tcPr>
          <w:p>
            <w:pPr>
              <w:spacing w:after="0"/>
              <w:jc w:val="left"/>
            </w:pPr>
            <w:r>
              <w:rPr>
                <w:sz w:val="16"/>
              </w:rPr>
              <w:t>Coastal Flooding</w:t>
            </w:r>
          </w:p>
        </w:tc>
        <w:tc>
          <w:tcPr>
            <w:tcW w:type="dxa" w:w="1812"/>
          </w:tcPr>
          <w:p>
            <w:pPr>
              <w:spacing w:after="0"/>
              <w:jc w:val="right"/>
            </w:pPr>
            <w:r>
              <w:rPr>
                <w:sz w:val="16"/>
              </w:rPr>
              <w:t>13</w:t>
            </w:r>
          </w:p>
        </w:tc>
        <w:tc>
          <w:tcPr>
            <w:tcW w:type="dxa" w:w="1069"/>
          </w:tcPr>
          <w:p>
            <w:pPr>
              <w:spacing w:after="0"/>
              <w:jc w:val="right"/>
            </w:pPr>
            <w:r>
              <w:rPr>
                <w:sz w:val="16"/>
              </w:rPr>
              <w:t>5</w:t>
            </w:r>
          </w:p>
        </w:tc>
        <w:tc>
          <w:tcPr>
            <w:tcW w:type="dxa" w:w="1738"/>
          </w:tcPr>
          <w:p>
            <w:pPr>
              <w:spacing w:after="0"/>
              <w:jc w:val="right"/>
            </w:pPr>
            <w:r>
              <w:rPr>
                <w:sz w:val="16"/>
              </w:rPr>
              <w:t>1</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384"/>
          </w:tcPr>
          <w:p>
            <w:pPr>
              <w:spacing w:after="0"/>
              <w:jc w:val="left"/>
            </w:pPr>
          </w:p>
        </w:tc>
      </w:tr>
      <w:tr>
        <w:trPr>
          <w:cantSplit/>
        </w:trPr>
        <w:tc>
          <w:tcPr>
            <w:tcW w:type="dxa" w:w="1099"/>
          </w:tcPr>
          <w:p>
            <w:pPr>
              <w:spacing w:after="0"/>
              <w:jc w:val="left"/>
            </w:pPr>
            <w:r>
              <w:rPr>
                <w:sz w:val="16"/>
              </w:rPr>
              <w:t>Cold Wave</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384"/>
          </w:tcPr>
          <w:p>
            <w:pPr>
              <w:spacing w:after="0"/>
              <w:jc w:val="left"/>
            </w:pPr>
          </w:p>
        </w:tc>
      </w:tr>
      <w:tr>
        <w:trPr>
          <w:cantSplit/>
        </w:trPr>
        <w:tc>
          <w:tcPr>
            <w:tcW w:type="dxa" w:w="1099"/>
          </w:tcPr>
          <w:p>
            <w:pPr>
              <w:spacing w:after="0"/>
              <w:jc w:val="left"/>
            </w:pPr>
            <w:r>
              <w:rPr>
                <w:sz w:val="16"/>
              </w:rPr>
              <w:t>Drought</w:t>
            </w:r>
          </w:p>
        </w:tc>
        <w:tc>
          <w:tcPr>
            <w:tcW w:type="dxa" w:w="1812"/>
          </w:tcPr>
          <w:p>
            <w:pPr>
              <w:spacing w:after="0"/>
              <w:jc w:val="right"/>
            </w:pPr>
            <w:r>
              <w:rPr>
                <w:sz w:val="16"/>
              </w:rPr>
              <w:t>4</w:t>
            </w:r>
          </w:p>
        </w:tc>
        <w:tc>
          <w:tcPr>
            <w:tcW w:type="dxa" w:w="1069"/>
          </w:tcPr>
          <w:p>
            <w:pPr>
              <w:spacing w:after="0"/>
              <w:jc w:val="right"/>
            </w:pPr>
            <w:r>
              <w:rPr>
                <w:sz w:val="16"/>
              </w:rPr>
              <w:t>3</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384"/>
          </w:tcPr>
          <w:p>
            <w:pPr>
              <w:spacing w:after="0"/>
              <w:jc w:val="left"/>
            </w:pPr>
          </w:p>
        </w:tc>
      </w:tr>
      <w:tr>
        <w:trPr>
          <w:cantSplit/>
        </w:trPr>
        <w:tc>
          <w:tcPr>
            <w:tcW w:type="dxa" w:w="1099"/>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p>
        </w:tc>
        <w:tc>
          <w:tcPr>
            <w:tcW w:type="dxa" w:w="3384"/>
          </w:tcPr>
          <w:p>
            <w:pPr>
              <w:spacing w:after="0"/>
              <w:jc w:val="left"/>
            </w:pPr>
            <w:r>
              <w:rPr>
                <w:sz w:val="16"/>
              </w:rPr>
              <w:t>Storm Events does not record earthquakes; the USGS earthquake catalog is the source.</w:t>
            </w:r>
          </w:p>
        </w:tc>
      </w:tr>
      <w:tr>
        <w:trPr>
          <w:cantSplit/>
        </w:trPr>
        <w:tc>
          <w:tcPr>
            <w:tcW w:type="dxa" w:w="1099"/>
          </w:tcPr>
          <w:p>
            <w:pPr>
              <w:spacing w:after="0"/>
              <w:jc w:val="left"/>
            </w:pPr>
            <w:r>
              <w:rPr>
                <w:sz w:val="16"/>
              </w:rPr>
              <w:t>Hail</w:t>
            </w:r>
          </w:p>
        </w:tc>
        <w:tc>
          <w:tcPr>
            <w:tcW w:type="dxa" w:w="1812"/>
          </w:tcPr>
          <w:p>
            <w:pPr>
              <w:spacing w:after="0"/>
              <w:jc w:val="right"/>
            </w:pPr>
            <w:r>
              <w:rPr>
                <w:sz w:val="16"/>
              </w:rPr>
              <w:t>4</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384"/>
          </w:tcPr>
          <w:p>
            <w:pPr>
              <w:spacing w:after="0"/>
              <w:jc w:val="left"/>
            </w:pPr>
          </w:p>
        </w:tc>
      </w:tr>
      <w:tr>
        <w:trPr>
          <w:cantSplit/>
        </w:trPr>
        <w:tc>
          <w:tcPr>
            <w:tcW w:type="dxa" w:w="1099"/>
          </w:tcPr>
          <w:p>
            <w:pPr>
              <w:spacing w:after="0"/>
              <w:jc w:val="left"/>
            </w:pPr>
            <w:r>
              <w:rPr>
                <w:sz w:val="16"/>
              </w:rPr>
              <w:t>Heat Wave</w:t>
            </w:r>
          </w:p>
        </w:tc>
        <w:tc>
          <w:tcPr>
            <w:tcW w:type="dxa" w:w="1812"/>
          </w:tcPr>
          <w:p>
            <w:pPr>
              <w:spacing w:after="0"/>
              <w:jc w:val="right"/>
            </w:pPr>
            <w:r>
              <w:rPr>
                <w:sz w:val="16"/>
              </w:rPr>
              <w:t>31</w:t>
            </w:r>
          </w:p>
        </w:tc>
        <w:tc>
          <w:tcPr>
            <w:tcW w:type="dxa" w:w="1069"/>
          </w:tcPr>
          <w:p>
            <w:pPr>
              <w:spacing w:after="0"/>
              <w:jc w:val="right"/>
            </w:pPr>
            <w:r>
              <w:rPr>
                <w:sz w:val="16"/>
              </w:rPr>
              <w:t>31</w:t>
            </w:r>
          </w:p>
        </w:tc>
        <w:tc>
          <w:tcPr>
            <w:tcW w:type="dxa" w:w="1738"/>
          </w:tcPr>
          <w:p>
            <w:pPr>
              <w:spacing w:after="0"/>
              <w:jc w:val="right"/>
            </w:pPr>
            <w:r>
              <w:rPr>
                <w:sz w:val="16"/>
              </w:rPr>
              <w:t>0</w:t>
            </w:r>
          </w:p>
        </w:tc>
        <w:tc>
          <w:tcPr>
            <w:tcW w:type="dxa" w:w="762"/>
          </w:tcPr>
          <w:p>
            <w:pPr>
              <w:spacing w:after="0"/>
              <w:jc w:val="right"/>
            </w:pPr>
            <w:r>
              <w:rPr>
                <w:sz w:val="16"/>
              </w:rPr>
              <w:t>31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384"/>
          </w:tcPr>
          <w:p>
            <w:pPr>
              <w:spacing w:after="0"/>
              <w:jc w:val="left"/>
            </w:pPr>
          </w:p>
        </w:tc>
      </w:tr>
      <w:tr>
        <w:trPr>
          <w:cantSplit/>
        </w:trPr>
        <w:tc>
          <w:tcPr>
            <w:tcW w:type="dxa" w:w="1099"/>
          </w:tcPr>
          <w:p>
            <w:pPr>
              <w:spacing w:after="0"/>
              <w:jc w:val="left"/>
            </w:pPr>
            <w:r>
              <w:rPr>
                <w:sz w:val="16"/>
              </w:rPr>
              <w:t>Hurricane</w:t>
            </w:r>
          </w:p>
        </w:tc>
        <w:tc>
          <w:tcPr>
            <w:tcW w:type="dxa" w:w="1812"/>
          </w:tcPr>
          <w:p>
            <w:pPr>
              <w:spacing w:after="0"/>
              <w:jc w:val="right"/>
            </w:pPr>
            <w:r>
              <w:rPr>
                <w:sz w:val="16"/>
              </w:rPr>
              <w:t>9</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14</w:t>
            </w:r>
          </w:p>
        </w:tc>
        <w:tc>
          <w:tcPr>
            <w:tcW w:type="dxa" w:w="1220"/>
          </w:tcPr>
          <w:p>
            <w:pPr>
              <w:spacing w:after="0"/>
              <w:jc w:val="right"/>
            </w:pPr>
            <w:r>
              <w:rPr>
                <w:sz w:val="16"/>
              </w:rPr>
              <w:t>4</w:t>
            </w:r>
          </w:p>
        </w:tc>
        <w:tc>
          <w:tcPr>
            <w:tcW w:type="dxa" w:w="1532"/>
          </w:tcPr>
          <w:p>
            <w:pPr>
              <w:spacing w:after="0"/>
              <w:jc w:val="left"/>
            </w:pPr>
            <w:r>
              <w:rPr>
                <w:sz w:val="16"/>
              </w:rPr>
              <w:t>1996 to 2026-06-30</w:t>
            </w:r>
          </w:p>
        </w:tc>
        <w:tc>
          <w:tcPr>
            <w:tcW w:type="dxa" w:w="3384"/>
          </w:tcPr>
          <w:p>
            <w:pPr>
              <w:spacing w:after="0"/>
              <w:jc w:val="left"/>
            </w:pPr>
          </w:p>
        </w:tc>
      </w:tr>
      <w:tr>
        <w:trPr>
          <w:cantSplit/>
        </w:trPr>
        <w:tc>
          <w:tcPr>
            <w:tcW w:type="dxa" w:w="1099"/>
          </w:tcPr>
          <w:p>
            <w:pPr>
              <w:spacing w:after="0"/>
              <w:jc w:val="left"/>
            </w:pPr>
            <w:r>
              <w:rPr>
                <w:sz w:val="16"/>
              </w:rPr>
              <w:t>Inland Flooding</w:t>
            </w:r>
          </w:p>
        </w:tc>
        <w:tc>
          <w:tcPr>
            <w:tcW w:type="dxa" w:w="1812"/>
          </w:tcPr>
          <w:p>
            <w:pPr>
              <w:spacing w:after="0"/>
              <w:jc w:val="right"/>
            </w:pPr>
            <w:r>
              <w:rPr>
                <w:sz w:val="16"/>
              </w:rPr>
              <w:t>186</w:t>
            </w:r>
          </w:p>
        </w:tc>
        <w:tc>
          <w:tcPr>
            <w:tcW w:type="dxa" w:w="1069"/>
          </w:tcPr>
          <w:p>
            <w:pPr>
              <w:spacing w:after="0"/>
              <w:jc w:val="right"/>
            </w:pPr>
            <w:r>
              <w:rPr>
                <w:sz w:val="16"/>
              </w:rPr>
              <w:t>26</w:t>
            </w:r>
          </w:p>
        </w:tc>
        <w:tc>
          <w:tcPr>
            <w:tcW w:type="dxa" w:w="1738"/>
          </w:tcPr>
          <w:p>
            <w:pPr>
              <w:spacing w:after="0"/>
              <w:jc w:val="right"/>
            </w:pPr>
            <w:r>
              <w:rPr>
                <w:sz w:val="16"/>
              </w:rPr>
              <w:t>0</w:t>
            </w:r>
          </w:p>
        </w:tc>
        <w:tc>
          <w:tcPr>
            <w:tcW w:type="dxa" w:w="762"/>
          </w:tcPr>
          <w:p>
            <w:pPr>
              <w:spacing w:after="0"/>
              <w:jc w:val="right"/>
            </w:pPr>
            <w:r>
              <w:rPr>
                <w:sz w:val="16"/>
              </w:rPr>
              <w:t>13</w:t>
            </w:r>
          </w:p>
        </w:tc>
        <w:tc>
          <w:tcPr>
            <w:tcW w:type="dxa" w:w="1495"/>
          </w:tcPr>
          <w:p>
            <w:pPr>
              <w:spacing w:after="0"/>
              <w:jc w:val="right"/>
            </w:pPr>
            <w:r>
              <w:rPr>
                <w:sz w:val="16"/>
              </w:rPr>
              <w:t>9</w:t>
            </w:r>
          </w:p>
        </w:tc>
        <w:tc>
          <w:tcPr>
            <w:tcW w:type="dxa" w:w="1220"/>
          </w:tcPr>
          <w:p>
            <w:pPr>
              <w:spacing w:after="0"/>
              <w:jc w:val="right"/>
            </w:pPr>
            <w:r>
              <w:rPr>
                <w:sz w:val="16"/>
              </w:rPr>
              <w:t>2</w:t>
            </w:r>
          </w:p>
        </w:tc>
        <w:tc>
          <w:tcPr>
            <w:tcW w:type="dxa" w:w="1532"/>
          </w:tcPr>
          <w:p>
            <w:pPr>
              <w:spacing w:after="0"/>
              <w:jc w:val="left"/>
            </w:pPr>
            <w:r>
              <w:rPr>
                <w:sz w:val="16"/>
              </w:rPr>
              <w:t>1996 to 2026-06-30</w:t>
            </w:r>
          </w:p>
        </w:tc>
        <w:tc>
          <w:tcPr>
            <w:tcW w:type="dxa" w:w="3384"/>
          </w:tcPr>
          <w:p>
            <w:pPr>
              <w:spacing w:after="0"/>
              <w:jc w:val="left"/>
            </w:pPr>
          </w:p>
        </w:tc>
      </w:tr>
      <w:tr>
        <w:trPr>
          <w:cantSplit/>
        </w:trPr>
        <w:tc>
          <w:tcPr>
            <w:tcW w:type="dxa" w:w="1099"/>
          </w:tcPr>
          <w:p>
            <w:pPr>
              <w:spacing w:after="0"/>
              <w:jc w:val="left"/>
            </w:pPr>
            <w:r>
              <w:rPr>
                <w:sz w:val="16"/>
              </w:rPr>
              <w:t>Landslide</w:t>
            </w:r>
          </w:p>
        </w:tc>
        <w:tc>
          <w:tcPr>
            <w:tcW w:type="dxa" w:w="1812"/>
          </w:tcPr>
          <w:p>
            <w:pPr>
              <w:spacing w:after="0"/>
              <w:jc w:val="right"/>
            </w:pPr>
            <w:r>
              <w:rPr>
                <w:sz w:val="16"/>
              </w:rPr>
              <w:t>26</w:t>
            </w:r>
          </w:p>
        </w:tc>
        <w:tc>
          <w:tcPr>
            <w:tcW w:type="dxa" w:w="1069"/>
          </w:tcPr>
          <w:p>
            <w:pPr>
              <w:spacing w:after="0"/>
              <w:jc w:val="right"/>
            </w:pPr>
            <w:r>
              <w:rPr>
                <w:sz w:val="16"/>
              </w:rPr>
              <w:t>8</w:t>
            </w:r>
          </w:p>
        </w:tc>
        <w:tc>
          <w:tcPr>
            <w:tcW w:type="dxa" w:w="1738"/>
          </w:tcPr>
          <w:p>
            <w:pPr>
              <w:spacing w:after="0"/>
              <w:jc w:val="right"/>
            </w:pPr>
            <w:r>
              <w:rPr>
                <w:sz w:val="16"/>
              </w:rPr>
              <w:t>0</w:t>
            </w:r>
          </w:p>
        </w:tc>
        <w:tc>
          <w:tcPr>
            <w:tcW w:type="dxa" w:w="762"/>
          </w:tcPr>
          <w:p>
            <w:pPr>
              <w:spacing w:after="0"/>
              <w:jc w:val="right"/>
            </w:pPr>
            <w:r>
              <w:rPr>
                <w:sz w:val="16"/>
              </w:rPr>
              <w:t>8</w:t>
            </w:r>
          </w:p>
        </w:tc>
        <w:tc>
          <w:tcPr>
            <w:tcW w:type="dxa" w:w="1495"/>
          </w:tcPr>
          <w:p>
            <w:pPr>
              <w:spacing w:after="0"/>
              <w:jc w:val="right"/>
            </w:pPr>
            <w:r>
              <w:rPr>
                <w:sz w:val="16"/>
              </w:rPr>
              <w:t>5</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384"/>
          </w:tcPr>
          <w:p>
            <w:pPr>
              <w:spacing w:after="0"/>
              <w:jc w:val="left"/>
            </w:pPr>
          </w:p>
        </w:tc>
      </w:tr>
      <w:tr>
        <w:trPr>
          <w:cantSplit/>
        </w:trPr>
        <w:tc>
          <w:tcPr>
            <w:tcW w:type="dxa" w:w="1099"/>
          </w:tcPr>
          <w:p>
            <w:pPr>
              <w:spacing w:after="0"/>
              <w:jc w:val="left"/>
            </w:pPr>
            <w:r>
              <w:rPr>
                <w:sz w:val="16"/>
              </w:rPr>
              <w:t>Lightning</w:t>
            </w:r>
          </w:p>
        </w:tc>
        <w:tc>
          <w:tcPr>
            <w:tcW w:type="dxa" w:w="1812"/>
          </w:tcPr>
          <w:p>
            <w:pPr>
              <w:spacing w:after="0"/>
              <w:jc w:val="right"/>
            </w:pPr>
            <w:r>
              <w:rPr>
                <w:sz w:val="16"/>
              </w:rPr>
              <w:t>4</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384"/>
          </w:tcPr>
          <w:p>
            <w:pPr>
              <w:spacing w:after="0"/>
              <w:jc w:val="left"/>
            </w:pPr>
          </w:p>
        </w:tc>
      </w:tr>
      <w:tr>
        <w:trPr>
          <w:cantSplit/>
        </w:trPr>
        <w:tc>
          <w:tcPr>
            <w:tcW w:type="dxa" w:w="1099"/>
          </w:tcPr>
          <w:p>
            <w:pPr>
              <w:spacing w:after="0"/>
              <w:jc w:val="left"/>
            </w:pPr>
            <w:r>
              <w:rPr>
                <w:sz w:val="16"/>
              </w:rPr>
              <w:t>Strong Wind</w:t>
            </w:r>
          </w:p>
        </w:tc>
        <w:tc>
          <w:tcPr>
            <w:tcW w:type="dxa" w:w="1812"/>
          </w:tcPr>
          <w:p>
            <w:pPr>
              <w:spacing w:after="0"/>
              <w:jc w:val="right"/>
            </w:pPr>
            <w:r>
              <w:rPr>
                <w:sz w:val="16"/>
              </w:rPr>
              <w:t>22</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384"/>
          </w:tcPr>
          <w:p>
            <w:pPr>
              <w:spacing w:after="0"/>
              <w:jc w:val="left"/>
            </w:pPr>
            <w:r>
              <w:rPr>
                <w:sz w:val="16"/>
              </w:rPr>
              <w:t>Includes 1 High Wind and 4 Strong Wind records.</w:t>
            </w:r>
          </w:p>
        </w:tc>
      </w:tr>
      <w:tr>
        <w:trPr>
          <w:cantSplit/>
        </w:trPr>
        <w:tc>
          <w:tcPr>
            <w:tcW w:type="dxa" w:w="1099"/>
          </w:tcPr>
          <w:p>
            <w:pPr>
              <w:spacing w:after="0"/>
              <w:jc w:val="left"/>
            </w:pPr>
            <w:r>
              <w:rPr>
                <w:sz w:val="16"/>
              </w:rPr>
              <w:t>Tornado</w:t>
            </w:r>
          </w:p>
        </w:tc>
        <w:tc>
          <w:tcPr>
            <w:tcW w:type="dxa" w:w="1812"/>
          </w:tcPr>
          <w:p>
            <w:pPr>
              <w:spacing w:after="0"/>
              <w:jc w:val="right"/>
            </w:pPr>
            <w:r>
              <w:rPr>
                <w:sz w:val="16"/>
              </w:rPr>
              <w:t>2</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384"/>
          </w:tcPr>
          <w:p>
            <w:pPr>
              <w:spacing w:after="0"/>
              <w:jc w:val="left"/>
            </w:pPr>
          </w:p>
        </w:tc>
      </w:tr>
      <w:tr>
        <w:trPr>
          <w:cantSplit/>
        </w:trPr>
        <w:tc>
          <w:tcPr>
            <w:tcW w:type="dxa" w:w="1099"/>
          </w:tcPr>
          <w:p>
            <w:pPr>
              <w:spacing w:after="0"/>
              <w:jc w:val="left"/>
            </w:pPr>
            <w:r>
              <w:rPr>
                <w:sz w:val="16"/>
              </w:rPr>
              <w:t>Tsunami</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384"/>
          </w:tcPr>
          <w:p>
            <w:pPr>
              <w:spacing w:after="0"/>
              <w:jc w:val="left"/>
            </w:pPr>
            <w:r>
              <w:rPr>
                <w:sz w:val="16"/>
              </w:rPr>
              <w:t>No recorded events, 1996 to 2026-06-30, NOAA NCEI Storm Events</w:t>
            </w:r>
          </w:p>
        </w:tc>
      </w:tr>
      <w:tr>
        <w:trPr>
          <w:cantSplit/>
        </w:trPr>
        <w:tc>
          <w:tcPr>
            <w:tcW w:type="dxa" w:w="1099"/>
          </w:tcPr>
          <w:p>
            <w:pPr>
              <w:spacing w:after="0"/>
              <w:jc w:val="left"/>
            </w:pPr>
            <w:r>
              <w:rPr>
                <w:sz w:val="16"/>
              </w:rPr>
              <w:t>Volcanic Activity</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384"/>
          </w:tcPr>
          <w:p>
            <w:pPr>
              <w:spacing w:after="0"/>
              <w:jc w:val="left"/>
            </w:pPr>
          </w:p>
        </w:tc>
      </w:tr>
      <w:tr>
        <w:trPr>
          <w:cantSplit/>
        </w:trPr>
        <w:tc>
          <w:tcPr>
            <w:tcW w:type="dxa" w:w="1099"/>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384"/>
          </w:tcPr>
          <w:p>
            <w:pPr>
              <w:spacing w:after="0"/>
              <w:jc w:val="left"/>
            </w:pPr>
            <w:r>
              <w:rPr>
                <w:sz w:val="16"/>
              </w:rPr>
              <w:t>No recorded events, 1996 to 2026-06-30, NOAA NCEI Storm Events</w:t>
            </w:r>
          </w:p>
        </w:tc>
      </w:tr>
      <w:tr>
        <w:trPr>
          <w:cantSplit/>
        </w:trPr>
        <w:tc>
          <w:tcPr>
            <w:tcW w:type="dxa" w:w="1099"/>
          </w:tcPr>
          <w:p>
            <w:pPr>
              <w:spacing w:after="0"/>
              <w:jc w:val="left"/>
            </w:pPr>
            <w:r>
              <w:rPr>
                <w:sz w:val="16"/>
              </w:rPr>
              <w:t>Winter Weather</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384"/>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1"/>
        <w:gridCol w:w="1240"/>
        <w:gridCol w:w="3091"/>
        <w:gridCol w:w="931"/>
        <w:gridCol w:w="2546"/>
        <w:gridCol w:w="1046"/>
        <w:gridCol w:w="2770"/>
      </w:tblGrid>
      <w:tr>
        <w:trPr>
          <w:cantSplit/>
          <w:tblHeader/>
        </w:trPr>
        <w:tc>
          <w:tcPr>
            <w:tcW w:type="dxa" w:w="1037"/>
            <w:shd w:val="clear" w:color="auto" w:fill="E8E8E8"/>
          </w:tcPr>
          <w:p>
            <w:pPr>
              <w:spacing w:after="0"/>
              <w:jc w:val="left"/>
            </w:pPr>
            <w:r>
              <w:rPr>
                <w:b/>
                <w:sz w:val="16"/>
              </w:rPr>
              <w:t>Date</w:t>
            </w:r>
          </w:p>
        </w:tc>
        <w:tc>
          <w:tcPr>
            <w:tcW w:type="dxa" w:w="1451"/>
            <w:shd w:val="clear" w:color="auto" w:fill="E8E8E8"/>
          </w:tcPr>
          <w:p>
            <w:pPr>
              <w:spacing w:after="0"/>
              <w:jc w:val="left"/>
            </w:pPr>
            <w:r>
              <w:rPr>
                <w:b/>
                <w:sz w:val="16"/>
              </w:rPr>
              <w:t>Event type</w:t>
            </w:r>
          </w:p>
        </w:tc>
        <w:tc>
          <w:tcPr>
            <w:tcW w:type="dxa" w:w="1240"/>
            <w:shd w:val="clear" w:color="auto" w:fill="E8E8E8"/>
          </w:tcPr>
          <w:p>
            <w:pPr>
              <w:spacing w:after="0"/>
              <w:jc w:val="left"/>
            </w:pPr>
            <w:r>
              <w:rPr>
                <w:b/>
                <w:sz w:val="16"/>
              </w:rPr>
              <w:t>Magnitude or extent</w:t>
            </w:r>
          </w:p>
        </w:tc>
        <w:tc>
          <w:tcPr>
            <w:tcW w:type="dxa" w:w="3091"/>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46"/>
            <w:shd w:val="clear" w:color="auto" w:fill="E8E8E8"/>
          </w:tcPr>
          <w:p>
            <w:pPr>
              <w:spacing w:after="0"/>
              <w:jc w:val="left"/>
            </w:pPr>
            <w:r>
              <w:rPr>
                <w:b/>
                <w:sz w:val="16"/>
              </w:rPr>
              <w:t>Location</w:t>
            </w:r>
          </w:p>
        </w:tc>
        <w:tc>
          <w:tcPr>
            <w:tcW w:type="dxa" w:w="1046"/>
            <w:shd w:val="clear" w:color="auto" w:fill="E8E8E8"/>
          </w:tcPr>
          <w:p>
            <w:pPr>
              <w:spacing w:after="0"/>
              <w:jc w:val="left"/>
            </w:pPr>
            <w:r>
              <w:rPr>
                <w:b/>
                <w:sz w:val="16"/>
              </w:rPr>
              <w:t>Flags</w:t>
            </w:r>
          </w:p>
        </w:tc>
        <w:tc>
          <w:tcPr>
            <w:tcW w:type="dxa" w:w="27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2022-05-01</w:t>
            </w:r>
          </w:p>
        </w:tc>
        <w:tc>
          <w:tcPr>
            <w:tcW w:type="dxa" w:w="1451"/>
          </w:tcPr>
          <w:p>
            <w:pPr>
              <w:spacing w:after="0"/>
              <w:jc w:val="left"/>
            </w:pPr>
            <w:r>
              <w:rPr>
                <w:sz w:val="16"/>
              </w:rPr>
              <w:t>Tornado</w:t>
            </w:r>
          </w:p>
        </w:tc>
        <w:tc>
          <w:tcPr>
            <w:tcW w:type="dxa" w:w="1240"/>
          </w:tcPr>
          <w:p>
            <w:pPr>
              <w:spacing w:after="0"/>
              <w:jc w:val="left"/>
            </w:pPr>
            <w:r>
              <w:rPr>
                <w:sz w:val="16"/>
              </w:rPr>
              <w:t>EF1, 0.35 mi within this county, 176 yd wide</w:t>
            </w:r>
          </w:p>
        </w:tc>
        <w:tc>
          <w:tcPr>
            <w:tcW w:type="dxa" w:w="3091"/>
          </w:tcPr>
          <w:p>
            <w:pPr>
              <w:spacing w:after="0"/>
              <w:jc w:val="left"/>
            </w:pPr>
            <w:r>
              <w:rPr>
                <w:sz w:val="16"/>
              </w:rPr>
              <w:t>damage not reported</w:t>
            </w:r>
          </w:p>
        </w:tc>
        <w:tc>
          <w:tcPr>
            <w:tcW w:type="dxa" w:w="931"/>
          </w:tcPr>
          <w:p>
            <w:pPr>
              <w:spacing w:after="0"/>
              <w:jc w:val="right"/>
            </w:pPr>
            <w:r>
              <w:rPr>
                <w:sz w:val="16"/>
              </w:rPr>
              <w:t>0, 0</w:t>
            </w:r>
          </w:p>
        </w:tc>
        <w:tc>
          <w:tcPr>
            <w:tcW w:type="dxa" w:w="2546"/>
          </w:tcPr>
          <w:p>
            <w:pPr>
              <w:spacing w:after="0"/>
              <w:jc w:val="left"/>
            </w:pPr>
            <w:r>
              <w:rPr>
                <w:sz w:val="16"/>
              </w:rPr>
              <w:t>ARECIBO</w:t>
            </w:r>
          </w:p>
        </w:tc>
        <w:tc>
          <w:tcPr>
            <w:tcW w:type="dxa" w:w="1046"/>
          </w:tcPr>
          <w:p>
            <w:pPr>
              <w:spacing w:after="0"/>
              <w:jc w:val="left"/>
            </w:pPr>
            <w:r>
              <w:rPr>
                <w:sz w:val="16"/>
              </w:rPr>
              <w:t>new since last plan; within last 5 years</w:t>
            </w:r>
          </w:p>
        </w:tc>
        <w:tc>
          <w:tcPr>
            <w:tcW w:type="dxa" w:w="2770"/>
          </w:tcPr>
          <w:p>
            <w:pPr>
              <w:spacing w:after="0"/>
              <w:jc w:val="left"/>
            </w:pPr>
            <w:r>
              <w:rPr>
                <w:sz w:val="16"/>
              </w:rPr>
              <w:t>B1-c worst recorded: Tornado</w:t>
            </w:r>
          </w:p>
        </w:tc>
      </w:tr>
      <w:tr>
        <w:trPr>
          <w:cantSplit/>
        </w:trPr>
        <w:tc>
          <w:tcPr>
            <w:tcW w:type="dxa" w:w="1037"/>
          </w:tcPr>
          <w:p>
            <w:pPr>
              <w:spacing w:after="0"/>
              <w:jc w:val="left"/>
            </w:pPr>
            <w:r>
              <w:rPr>
                <w:sz w:val="16"/>
              </w:rPr>
              <w:t>2020-09-13</w:t>
            </w:r>
          </w:p>
        </w:tc>
        <w:tc>
          <w:tcPr>
            <w:tcW w:type="dxa" w:w="1451"/>
          </w:tcPr>
          <w:p>
            <w:pPr>
              <w:spacing w:after="0"/>
              <w:jc w:val="left"/>
            </w:pPr>
            <w:r>
              <w:rPr>
                <w:sz w:val="16"/>
              </w:rPr>
              <w:t>Flash Flood</w:t>
            </w:r>
          </w:p>
        </w:tc>
        <w:tc>
          <w:tcPr>
            <w:tcW w:type="dxa" w:w="1240"/>
          </w:tcPr>
          <w:p>
            <w:pPr>
              <w:spacing w:after="0"/>
              <w:jc w:val="left"/>
            </w:pPr>
          </w:p>
        </w:tc>
        <w:tc>
          <w:tcPr>
            <w:tcW w:type="dxa" w:w="3091"/>
          </w:tcPr>
          <w:p>
            <w:pPr>
              <w:spacing w:after="0"/>
              <w:jc w:val="left"/>
            </w:pPr>
            <w:r>
              <w:rPr>
                <w:sz w:val="16"/>
              </w:rPr>
              <w:t>$0 property; $0 crops (2020 dollars)</w:t>
            </w:r>
          </w:p>
        </w:tc>
        <w:tc>
          <w:tcPr>
            <w:tcW w:type="dxa" w:w="931"/>
          </w:tcPr>
          <w:p>
            <w:pPr>
              <w:spacing w:after="0"/>
              <w:jc w:val="right"/>
            </w:pPr>
            <w:r>
              <w:rPr>
                <w:sz w:val="16"/>
              </w:rPr>
              <w:t>1, 1</w:t>
            </w:r>
          </w:p>
        </w:tc>
        <w:tc>
          <w:tcPr>
            <w:tcW w:type="dxa" w:w="2546"/>
          </w:tcPr>
          <w:p>
            <w:pPr>
              <w:spacing w:after="0"/>
              <w:jc w:val="left"/>
            </w:pPr>
            <w:r>
              <w:rPr>
                <w:sz w:val="16"/>
              </w:rPr>
              <w:t>ARECIBO</w:t>
            </w:r>
          </w:p>
        </w:tc>
        <w:tc>
          <w:tcPr>
            <w:tcW w:type="dxa" w:w="1046"/>
          </w:tcPr>
          <w:p>
            <w:pPr>
              <w:spacing w:after="0"/>
              <w:jc w:val="left"/>
            </w:pPr>
            <w:r>
              <w:rPr>
                <w:sz w:val="16"/>
              </w:rPr>
              <w:t>new since last plan</w:t>
            </w:r>
          </w:p>
        </w:tc>
        <w:tc>
          <w:tcPr>
            <w:tcW w:type="dxa" w:w="2770"/>
          </w:tcPr>
          <w:p>
            <w:pPr>
              <w:spacing w:after="0"/>
              <w:jc w:val="left"/>
            </w:pPr>
            <w:r>
              <w:rPr>
                <w:sz w:val="16"/>
              </w:rPr>
              <w:t>deaths or injuries recorded</w:t>
            </w:r>
          </w:p>
        </w:tc>
      </w:tr>
      <w:tr>
        <w:trPr>
          <w:cantSplit/>
        </w:trPr>
        <w:tc>
          <w:tcPr>
            <w:tcW w:type="dxa" w:w="1037"/>
          </w:tcPr>
          <w:p>
            <w:pPr>
              <w:spacing w:after="0"/>
              <w:jc w:val="left"/>
            </w:pPr>
            <w:r>
              <w:rPr>
                <w:sz w:val="16"/>
              </w:rPr>
              <w:t>2017-09-20</w:t>
            </w:r>
          </w:p>
        </w:tc>
        <w:tc>
          <w:tcPr>
            <w:tcW w:type="dxa" w:w="1451"/>
          </w:tcPr>
          <w:p>
            <w:pPr>
              <w:spacing w:after="0"/>
              <w:jc w:val="left"/>
            </w:pPr>
            <w:r>
              <w:rPr>
                <w:sz w:val="16"/>
              </w:rPr>
              <w:t>Flash Flood</w:t>
            </w:r>
          </w:p>
        </w:tc>
        <w:tc>
          <w:tcPr>
            <w:tcW w:type="dxa" w:w="1240"/>
          </w:tcPr>
          <w:p>
            <w:pPr>
              <w:spacing w:after="0"/>
              <w:jc w:val="left"/>
            </w:pPr>
          </w:p>
        </w:tc>
        <w:tc>
          <w:tcPr>
            <w:tcW w:type="dxa" w:w="3091"/>
          </w:tcPr>
          <w:p>
            <w:pPr>
              <w:spacing w:after="0"/>
              <w:jc w:val="left"/>
            </w:pPr>
            <w:r>
              <w:rPr>
                <w:sz w:val="16"/>
              </w:rPr>
              <w:t>$750,000,000 property; $0 crops (2017 dollars)</w:t>
            </w:r>
          </w:p>
        </w:tc>
        <w:tc>
          <w:tcPr>
            <w:tcW w:type="dxa" w:w="931"/>
          </w:tcPr>
          <w:p>
            <w:pPr>
              <w:spacing w:after="0"/>
              <w:jc w:val="right"/>
            </w:pPr>
            <w:r>
              <w:rPr>
                <w:sz w:val="16"/>
              </w:rPr>
              <w:t>1, 0</w:t>
            </w:r>
          </w:p>
        </w:tc>
        <w:tc>
          <w:tcPr>
            <w:tcW w:type="dxa" w:w="2546"/>
          </w:tcPr>
          <w:p>
            <w:pPr>
              <w:spacing w:after="0"/>
              <w:jc w:val="left"/>
            </w:pPr>
            <w:r>
              <w:rPr>
                <w:sz w:val="16"/>
              </w:rPr>
              <w:t>ARECIBO</w:t>
            </w:r>
          </w:p>
        </w:tc>
        <w:tc>
          <w:tcPr>
            <w:tcW w:type="dxa" w:w="1046"/>
          </w:tcPr>
          <w:p>
            <w:pPr>
              <w:spacing w:after="0"/>
              <w:jc w:val="left"/>
            </w:pPr>
          </w:p>
        </w:tc>
        <w:tc>
          <w:tcPr>
            <w:tcW w:type="dxa" w:w="2770"/>
          </w:tcPr>
          <w:p>
            <w:pPr>
              <w:spacing w:after="0"/>
              <w:jc w:val="left"/>
            </w:pPr>
            <w:r>
              <w:rPr>
                <w:sz w:val="16"/>
              </w:rPr>
              <w:t>deaths or injuries recorded</w:t>
            </w:r>
          </w:p>
        </w:tc>
      </w:tr>
      <w:tr>
        <w:trPr>
          <w:cantSplit/>
        </w:trPr>
        <w:tc>
          <w:tcPr>
            <w:tcW w:type="dxa" w:w="1037"/>
          </w:tcPr>
          <w:p>
            <w:pPr>
              <w:spacing w:after="0"/>
              <w:jc w:val="left"/>
            </w:pPr>
            <w:r>
              <w:rPr>
                <w:sz w:val="16"/>
              </w:rPr>
              <w:t>2011-11-07</w:t>
            </w:r>
          </w:p>
        </w:tc>
        <w:tc>
          <w:tcPr>
            <w:tcW w:type="dxa" w:w="1451"/>
          </w:tcPr>
          <w:p>
            <w:pPr>
              <w:spacing w:after="0"/>
              <w:jc w:val="left"/>
            </w:pPr>
            <w:r>
              <w:rPr>
                <w:sz w:val="16"/>
              </w:rPr>
              <w:t>Flash Flood</w:t>
            </w:r>
          </w:p>
        </w:tc>
        <w:tc>
          <w:tcPr>
            <w:tcW w:type="dxa" w:w="1240"/>
          </w:tcPr>
          <w:p>
            <w:pPr>
              <w:spacing w:after="0"/>
              <w:jc w:val="left"/>
            </w:pPr>
          </w:p>
        </w:tc>
        <w:tc>
          <w:tcPr>
            <w:tcW w:type="dxa" w:w="3091"/>
          </w:tcPr>
          <w:p>
            <w:pPr>
              <w:spacing w:after="0"/>
              <w:jc w:val="left"/>
            </w:pPr>
            <w:r>
              <w:rPr>
                <w:sz w:val="16"/>
              </w:rPr>
              <w:t>$25,000 property; $0 crops (2011 dollars)</w:t>
            </w:r>
          </w:p>
        </w:tc>
        <w:tc>
          <w:tcPr>
            <w:tcW w:type="dxa" w:w="931"/>
          </w:tcPr>
          <w:p>
            <w:pPr>
              <w:spacing w:after="0"/>
              <w:jc w:val="right"/>
            </w:pPr>
            <w:r>
              <w:rPr>
                <w:sz w:val="16"/>
              </w:rPr>
              <w:t>8, 0</w:t>
            </w:r>
          </w:p>
        </w:tc>
        <w:tc>
          <w:tcPr>
            <w:tcW w:type="dxa" w:w="2546"/>
          </w:tcPr>
          <w:p>
            <w:pPr>
              <w:spacing w:after="0"/>
              <w:jc w:val="left"/>
            </w:pPr>
            <w:r>
              <w:rPr>
                <w:sz w:val="16"/>
              </w:rPr>
              <w:t>ARECIBO</w:t>
            </w:r>
          </w:p>
        </w:tc>
        <w:tc>
          <w:tcPr>
            <w:tcW w:type="dxa" w:w="1046"/>
          </w:tcPr>
          <w:p>
            <w:pPr>
              <w:spacing w:after="0"/>
              <w:jc w:val="left"/>
            </w:pPr>
          </w:p>
        </w:tc>
        <w:tc>
          <w:tcPr>
            <w:tcW w:type="dxa" w:w="2770"/>
          </w:tcPr>
          <w:p>
            <w:pPr>
              <w:spacing w:after="0"/>
              <w:jc w:val="left"/>
            </w:pPr>
            <w:r>
              <w:rPr>
                <w:sz w:val="16"/>
              </w:rPr>
              <w:t>deaths or injuries recorded</w:t>
            </w:r>
          </w:p>
        </w:tc>
      </w:tr>
      <w:tr>
        <w:trPr>
          <w:cantSplit/>
        </w:trPr>
        <w:tc>
          <w:tcPr>
            <w:tcW w:type="dxa" w:w="1037"/>
          </w:tcPr>
          <w:p>
            <w:pPr>
              <w:spacing w:after="0"/>
              <w:jc w:val="left"/>
            </w:pPr>
            <w:r>
              <w:rPr>
                <w:sz w:val="16"/>
              </w:rPr>
              <w:t>2010-07-06</w:t>
            </w:r>
          </w:p>
        </w:tc>
        <w:tc>
          <w:tcPr>
            <w:tcW w:type="dxa" w:w="1451"/>
          </w:tcPr>
          <w:p>
            <w:pPr>
              <w:spacing w:after="0"/>
              <w:jc w:val="left"/>
            </w:pPr>
            <w:r>
              <w:rPr>
                <w:sz w:val="16"/>
              </w:rPr>
              <w:t>Thunderstorm Wind</w:t>
            </w:r>
          </w:p>
        </w:tc>
        <w:tc>
          <w:tcPr>
            <w:tcW w:type="dxa" w:w="1240"/>
          </w:tcPr>
          <w:p>
            <w:pPr>
              <w:spacing w:after="0"/>
              <w:jc w:val="left"/>
            </w:pPr>
            <w:r>
              <w:rPr>
                <w:sz w:val="16"/>
              </w:rPr>
              <w:t>39 kt (45 mph) estimated gust</w:t>
            </w:r>
          </w:p>
        </w:tc>
        <w:tc>
          <w:tcPr>
            <w:tcW w:type="dxa" w:w="3091"/>
          </w:tcPr>
          <w:p>
            <w:pPr>
              <w:spacing w:after="0"/>
              <w:jc w:val="left"/>
            </w:pPr>
            <w:r>
              <w:rPr>
                <w:sz w:val="16"/>
              </w:rPr>
              <w:t>$3,000 property; $0 crops (2010 dollars)</w:t>
            </w:r>
          </w:p>
        </w:tc>
        <w:tc>
          <w:tcPr>
            <w:tcW w:type="dxa" w:w="931"/>
          </w:tcPr>
          <w:p>
            <w:pPr>
              <w:spacing w:after="0"/>
              <w:jc w:val="right"/>
            </w:pPr>
            <w:r>
              <w:rPr>
                <w:sz w:val="16"/>
              </w:rPr>
              <w:t>0, 0</w:t>
            </w:r>
          </w:p>
        </w:tc>
        <w:tc>
          <w:tcPr>
            <w:tcW w:type="dxa" w:w="2546"/>
          </w:tcPr>
          <w:p>
            <w:pPr>
              <w:spacing w:after="0"/>
              <w:jc w:val="left"/>
            </w:pPr>
            <w:r>
              <w:rPr>
                <w:sz w:val="16"/>
              </w:rPr>
              <w:t>ARECIBO</w:t>
            </w:r>
          </w:p>
        </w:tc>
        <w:tc>
          <w:tcPr>
            <w:tcW w:type="dxa" w:w="1046"/>
          </w:tcPr>
          <w:p>
            <w:pPr>
              <w:spacing w:after="0"/>
              <w:jc w:val="left"/>
            </w:pPr>
          </w:p>
        </w:tc>
        <w:tc>
          <w:tcPr>
            <w:tcW w:type="dxa" w:w="2770"/>
          </w:tcPr>
          <w:p>
            <w:pPr>
              <w:spacing w:after="0"/>
              <w:jc w:val="left"/>
            </w:pPr>
            <w:r>
              <w:rPr>
                <w:sz w:val="16"/>
              </w:rPr>
              <w:t>B1-c worst recorded: Thunderstorm Wind</w:t>
            </w:r>
          </w:p>
        </w:tc>
      </w:tr>
      <w:tr>
        <w:trPr>
          <w:cantSplit/>
        </w:trPr>
        <w:tc>
          <w:tcPr>
            <w:tcW w:type="dxa" w:w="1037"/>
          </w:tcPr>
          <w:p>
            <w:pPr>
              <w:spacing w:after="0"/>
              <w:jc w:val="left"/>
            </w:pPr>
            <w:r>
              <w:rPr>
                <w:sz w:val="16"/>
              </w:rPr>
              <w:t>2010-07-02</w:t>
            </w:r>
          </w:p>
        </w:tc>
        <w:tc>
          <w:tcPr>
            <w:tcW w:type="dxa" w:w="1451"/>
          </w:tcPr>
          <w:p>
            <w:pPr>
              <w:spacing w:after="0"/>
              <w:jc w:val="left"/>
            </w:pPr>
            <w:r>
              <w:rPr>
                <w:sz w:val="16"/>
              </w:rPr>
              <w:t>Hail</w:t>
            </w:r>
          </w:p>
        </w:tc>
        <w:tc>
          <w:tcPr>
            <w:tcW w:type="dxa" w:w="1240"/>
          </w:tcPr>
          <w:p>
            <w:pPr>
              <w:spacing w:after="0"/>
              <w:jc w:val="left"/>
            </w:pPr>
            <w:r>
              <w:rPr>
                <w:sz w:val="16"/>
              </w:rPr>
              <w:t>1.75 in</w:t>
            </w:r>
          </w:p>
        </w:tc>
        <w:tc>
          <w:tcPr>
            <w:tcW w:type="dxa" w:w="3091"/>
          </w:tcPr>
          <w:p>
            <w:pPr>
              <w:spacing w:after="0"/>
              <w:jc w:val="left"/>
            </w:pPr>
            <w:r>
              <w:rPr>
                <w:sz w:val="16"/>
              </w:rPr>
              <w:t>$500 property; $0 crops (2010 dollars)</w:t>
            </w:r>
          </w:p>
        </w:tc>
        <w:tc>
          <w:tcPr>
            <w:tcW w:type="dxa" w:w="931"/>
          </w:tcPr>
          <w:p>
            <w:pPr>
              <w:spacing w:after="0"/>
              <w:jc w:val="right"/>
            </w:pPr>
            <w:r>
              <w:rPr>
                <w:sz w:val="16"/>
              </w:rPr>
              <w:t>0, 0</w:t>
            </w:r>
          </w:p>
        </w:tc>
        <w:tc>
          <w:tcPr>
            <w:tcW w:type="dxa" w:w="2546"/>
          </w:tcPr>
          <w:p>
            <w:pPr>
              <w:spacing w:after="0"/>
              <w:jc w:val="left"/>
            </w:pPr>
            <w:r>
              <w:rPr>
                <w:sz w:val="16"/>
              </w:rPr>
              <w:t>ARECIBO</w:t>
            </w:r>
          </w:p>
        </w:tc>
        <w:tc>
          <w:tcPr>
            <w:tcW w:type="dxa" w:w="1046"/>
          </w:tcPr>
          <w:p>
            <w:pPr>
              <w:spacing w:after="0"/>
              <w:jc w:val="left"/>
            </w:pPr>
          </w:p>
        </w:tc>
        <w:tc>
          <w:tcPr>
            <w:tcW w:type="dxa" w:w="2770"/>
          </w:tcPr>
          <w:p>
            <w:pPr>
              <w:spacing w:after="0"/>
              <w:jc w:val="left"/>
            </w:pPr>
            <w:r>
              <w:rPr>
                <w:sz w:val="16"/>
              </w:rPr>
              <w:t>B1-c worst recorded: Hail</w:t>
            </w:r>
          </w:p>
        </w:tc>
      </w:tr>
      <w:tr>
        <w:trPr>
          <w:cantSplit/>
        </w:trPr>
        <w:tc>
          <w:tcPr>
            <w:tcW w:type="dxa" w:w="1037"/>
          </w:tcPr>
          <w:p>
            <w:pPr>
              <w:spacing w:after="0"/>
              <w:jc w:val="left"/>
            </w:pPr>
            <w:r>
              <w:rPr>
                <w:sz w:val="16"/>
              </w:rPr>
              <w:t>2009-12-29</w:t>
            </w:r>
          </w:p>
        </w:tc>
        <w:tc>
          <w:tcPr>
            <w:tcW w:type="dxa" w:w="1451"/>
          </w:tcPr>
          <w:p>
            <w:pPr>
              <w:spacing w:after="0"/>
              <w:jc w:val="left"/>
            </w:pPr>
            <w:r>
              <w:rPr>
                <w:sz w:val="16"/>
              </w:rPr>
              <w:t>Coastal Flood</w:t>
            </w:r>
          </w:p>
        </w:tc>
        <w:tc>
          <w:tcPr>
            <w:tcW w:type="dxa" w:w="1240"/>
          </w:tcPr>
          <w:p>
            <w:pPr>
              <w:spacing w:after="0"/>
              <w:jc w:val="left"/>
            </w:pPr>
          </w:p>
        </w:tc>
        <w:tc>
          <w:tcPr>
            <w:tcW w:type="dxa" w:w="3091"/>
          </w:tcPr>
          <w:p>
            <w:pPr>
              <w:spacing w:after="0"/>
              <w:jc w:val="left"/>
            </w:pPr>
            <w:r>
              <w:rPr>
                <w:sz w:val="16"/>
              </w:rPr>
              <w:t>$15,000 property; $0 crops (zone total, 2009 dollars)</w:t>
            </w:r>
          </w:p>
        </w:tc>
        <w:tc>
          <w:tcPr>
            <w:tcW w:type="dxa" w:w="931"/>
          </w:tcPr>
          <w:p>
            <w:pPr>
              <w:spacing w:after="0"/>
              <w:jc w:val="right"/>
            </w:pPr>
            <w:r>
              <w:rPr>
                <w:sz w:val="16"/>
              </w:rPr>
              <w:t>0, 0</w:t>
            </w:r>
          </w:p>
        </w:tc>
        <w:tc>
          <w:tcPr>
            <w:tcW w:type="dxa" w:w="2546"/>
          </w:tcPr>
          <w:p>
            <w:pPr>
              <w:spacing w:after="0"/>
              <w:jc w:val="left"/>
            </w:pPr>
            <w:r>
              <w:rPr>
                <w:sz w:val="16"/>
              </w:rPr>
              <w:t>NWS zone PRZ005 (NORTH CENTRAL), zone-level</w:t>
            </w:r>
          </w:p>
        </w:tc>
        <w:tc>
          <w:tcPr>
            <w:tcW w:type="dxa" w:w="1046"/>
          </w:tcPr>
          <w:p>
            <w:pPr>
              <w:spacing w:after="0"/>
              <w:jc w:val="left"/>
            </w:pPr>
          </w:p>
        </w:tc>
        <w:tc>
          <w:tcPr>
            <w:tcW w:type="dxa" w:w="2770"/>
          </w:tcPr>
          <w:p>
            <w:pPr>
              <w:spacing w:after="0"/>
              <w:jc w:val="left"/>
            </w:pPr>
            <w:r>
              <w:rPr>
                <w:sz w:val="16"/>
              </w:rPr>
              <w:t>B1-c worst recorded: Coastal Flood, Storm Surge/Tide</w:t>
            </w:r>
          </w:p>
        </w:tc>
      </w:tr>
      <w:tr>
        <w:trPr>
          <w:cantSplit/>
        </w:trPr>
        <w:tc>
          <w:tcPr>
            <w:tcW w:type="dxa" w:w="1037"/>
          </w:tcPr>
          <w:p>
            <w:pPr>
              <w:spacing w:after="0"/>
              <w:jc w:val="left"/>
            </w:pPr>
            <w:r>
              <w:rPr>
                <w:sz w:val="16"/>
              </w:rPr>
              <w:t>2006-05-11</w:t>
            </w:r>
          </w:p>
        </w:tc>
        <w:tc>
          <w:tcPr>
            <w:tcW w:type="dxa" w:w="1451"/>
          </w:tcPr>
          <w:p>
            <w:pPr>
              <w:spacing w:after="0"/>
              <w:jc w:val="left"/>
            </w:pPr>
            <w:r>
              <w:rPr>
                <w:sz w:val="16"/>
              </w:rPr>
              <w:t>Lightning</w:t>
            </w:r>
          </w:p>
        </w:tc>
        <w:tc>
          <w:tcPr>
            <w:tcW w:type="dxa" w:w="1240"/>
          </w:tcPr>
          <w:p>
            <w:pPr>
              <w:spacing w:after="0"/>
              <w:jc w:val="left"/>
            </w:pPr>
          </w:p>
        </w:tc>
        <w:tc>
          <w:tcPr>
            <w:tcW w:type="dxa" w:w="3091"/>
          </w:tcPr>
          <w:p>
            <w:pPr>
              <w:spacing w:after="0"/>
              <w:jc w:val="left"/>
            </w:pPr>
            <w:r>
              <w:rPr>
                <w:sz w:val="16"/>
              </w:rPr>
              <w:t>damage not reported</w:t>
            </w:r>
          </w:p>
        </w:tc>
        <w:tc>
          <w:tcPr>
            <w:tcW w:type="dxa" w:w="931"/>
          </w:tcPr>
          <w:p>
            <w:pPr>
              <w:spacing w:after="0"/>
              <w:jc w:val="right"/>
            </w:pPr>
            <w:r>
              <w:rPr>
                <w:sz w:val="16"/>
              </w:rPr>
              <w:t>1, 0</w:t>
            </w:r>
          </w:p>
        </w:tc>
        <w:tc>
          <w:tcPr>
            <w:tcW w:type="dxa" w:w="2546"/>
          </w:tcPr>
          <w:p>
            <w:pPr>
              <w:spacing w:after="0"/>
              <w:jc w:val="left"/>
            </w:pPr>
            <w:r>
              <w:rPr>
                <w:sz w:val="16"/>
              </w:rPr>
              <w:t>NWS zone PRZ005 (NORTH CENTRAL), zone-level</w:t>
            </w:r>
          </w:p>
        </w:tc>
        <w:tc>
          <w:tcPr>
            <w:tcW w:type="dxa" w:w="1046"/>
          </w:tcPr>
          <w:p>
            <w:pPr>
              <w:spacing w:after="0"/>
              <w:jc w:val="left"/>
            </w:pPr>
          </w:p>
        </w:tc>
        <w:tc>
          <w:tcPr>
            <w:tcW w:type="dxa" w:w="2770"/>
          </w:tcPr>
          <w:p>
            <w:pPr>
              <w:spacing w:after="0"/>
              <w:jc w:val="left"/>
            </w:pPr>
            <w:r>
              <w:rPr>
                <w:sz w:val="16"/>
              </w:rPr>
              <w:t>B1-c worst recorded: Lightning</w:t>
            </w:r>
          </w:p>
        </w:tc>
      </w:tr>
      <w:tr>
        <w:trPr>
          <w:cantSplit/>
        </w:trPr>
        <w:tc>
          <w:tcPr>
            <w:tcW w:type="dxa" w:w="1037"/>
          </w:tcPr>
          <w:p>
            <w:pPr>
              <w:spacing w:after="0"/>
              <w:jc w:val="left"/>
            </w:pPr>
            <w:r>
              <w:rPr>
                <w:sz w:val="16"/>
              </w:rPr>
              <w:t>2005-04-22</w:t>
            </w:r>
          </w:p>
        </w:tc>
        <w:tc>
          <w:tcPr>
            <w:tcW w:type="dxa" w:w="1451"/>
          </w:tcPr>
          <w:p>
            <w:pPr>
              <w:spacing w:after="0"/>
              <w:jc w:val="left"/>
            </w:pPr>
            <w:r>
              <w:rPr>
                <w:sz w:val="16"/>
              </w:rPr>
              <w:t>Strong Wind</w:t>
            </w:r>
          </w:p>
        </w:tc>
        <w:tc>
          <w:tcPr>
            <w:tcW w:type="dxa" w:w="1240"/>
          </w:tcPr>
          <w:p>
            <w:pPr>
              <w:spacing w:after="0"/>
              <w:jc w:val="left"/>
            </w:pPr>
            <w:r>
              <w:rPr>
                <w:sz w:val="16"/>
              </w:rPr>
              <w:t>50 kt (58 mph) estimated gust</w:t>
            </w:r>
          </w:p>
        </w:tc>
        <w:tc>
          <w:tcPr>
            <w:tcW w:type="dxa" w:w="3091"/>
          </w:tcPr>
          <w:p>
            <w:pPr>
              <w:spacing w:after="0"/>
              <w:jc w:val="left"/>
            </w:pPr>
            <w:r>
              <w:rPr>
                <w:sz w:val="16"/>
              </w:rPr>
              <w:t>$3,000 property; crops not reported (zone total, 2005 dollars)</w:t>
            </w:r>
          </w:p>
        </w:tc>
        <w:tc>
          <w:tcPr>
            <w:tcW w:type="dxa" w:w="931"/>
          </w:tcPr>
          <w:p>
            <w:pPr>
              <w:spacing w:after="0"/>
              <w:jc w:val="right"/>
            </w:pPr>
            <w:r>
              <w:rPr>
                <w:sz w:val="16"/>
              </w:rPr>
              <w:t>0, 0</w:t>
            </w:r>
          </w:p>
        </w:tc>
        <w:tc>
          <w:tcPr>
            <w:tcW w:type="dxa" w:w="2546"/>
          </w:tcPr>
          <w:p>
            <w:pPr>
              <w:spacing w:after="0"/>
              <w:jc w:val="left"/>
            </w:pPr>
            <w:r>
              <w:rPr>
                <w:sz w:val="16"/>
              </w:rPr>
              <w:t>NWS zone PRZ005 (NORTH CENTRAL), zone-level</w:t>
            </w:r>
          </w:p>
        </w:tc>
        <w:tc>
          <w:tcPr>
            <w:tcW w:type="dxa" w:w="1046"/>
          </w:tcPr>
          <w:p>
            <w:pPr>
              <w:spacing w:after="0"/>
              <w:jc w:val="left"/>
            </w:pPr>
          </w:p>
        </w:tc>
        <w:tc>
          <w:tcPr>
            <w:tcW w:type="dxa" w:w="2770"/>
          </w:tcPr>
          <w:p>
            <w:pPr>
              <w:spacing w:after="0"/>
              <w:jc w:val="left"/>
            </w:pPr>
            <w:r>
              <w:rPr>
                <w:sz w:val="16"/>
              </w:rPr>
              <w:t>B1-c worst recorded: High Wind and Strong Wind</w:t>
            </w:r>
          </w:p>
        </w:tc>
      </w:tr>
      <w:tr>
        <w:trPr>
          <w:cantSplit/>
        </w:trPr>
        <w:tc>
          <w:tcPr>
            <w:tcW w:type="dxa" w:w="1037"/>
          </w:tcPr>
          <w:p>
            <w:pPr>
              <w:spacing w:after="0"/>
              <w:jc w:val="left"/>
            </w:pPr>
            <w:r>
              <w:rPr>
                <w:sz w:val="16"/>
              </w:rPr>
              <w:t>2003-11-02</w:t>
            </w:r>
          </w:p>
        </w:tc>
        <w:tc>
          <w:tcPr>
            <w:tcW w:type="dxa" w:w="1451"/>
          </w:tcPr>
          <w:p>
            <w:pPr>
              <w:spacing w:after="0"/>
              <w:jc w:val="left"/>
            </w:pPr>
            <w:r>
              <w:rPr>
                <w:sz w:val="16"/>
              </w:rPr>
              <w:t>Debris Flow</w:t>
            </w:r>
          </w:p>
        </w:tc>
        <w:tc>
          <w:tcPr>
            <w:tcW w:type="dxa" w:w="1240"/>
          </w:tcPr>
          <w:p>
            <w:pPr>
              <w:spacing w:after="0"/>
              <w:jc w:val="left"/>
            </w:pPr>
          </w:p>
        </w:tc>
        <w:tc>
          <w:tcPr>
            <w:tcW w:type="dxa" w:w="3091"/>
          </w:tcPr>
          <w:p>
            <w:pPr>
              <w:spacing w:after="0"/>
              <w:jc w:val="left"/>
            </w:pPr>
            <w:r>
              <w:rPr>
                <w:sz w:val="16"/>
              </w:rPr>
              <w:t>$120,000 property; crops not reported (zone total, 2003 dollars)</w:t>
            </w:r>
          </w:p>
        </w:tc>
        <w:tc>
          <w:tcPr>
            <w:tcW w:type="dxa" w:w="931"/>
          </w:tcPr>
          <w:p>
            <w:pPr>
              <w:spacing w:after="0"/>
              <w:jc w:val="right"/>
            </w:pPr>
            <w:r>
              <w:rPr>
                <w:sz w:val="16"/>
              </w:rPr>
              <w:t>0, 0</w:t>
            </w:r>
          </w:p>
        </w:tc>
        <w:tc>
          <w:tcPr>
            <w:tcW w:type="dxa" w:w="2546"/>
          </w:tcPr>
          <w:p>
            <w:pPr>
              <w:spacing w:after="0"/>
              <w:jc w:val="left"/>
            </w:pPr>
            <w:r>
              <w:rPr>
                <w:sz w:val="16"/>
              </w:rPr>
              <w:t>NWS zone PRZ005 (NORTH CENTRAL), zone-level</w:t>
            </w:r>
          </w:p>
        </w:tc>
        <w:tc>
          <w:tcPr>
            <w:tcW w:type="dxa" w:w="1046"/>
          </w:tcPr>
          <w:p>
            <w:pPr>
              <w:spacing w:after="0"/>
              <w:jc w:val="left"/>
            </w:pPr>
          </w:p>
        </w:tc>
        <w:tc>
          <w:tcPr>
            <w:tcW w:type="dxa" w:w="2770"/>
          </w:tcPr>
          <w:p>
            <w:pPr>
              <w:spacing w:after="0"/>
              <w:jc w:val="left"/>
            </w:pPr>
            <w:r>
              <w:rPr>
                <w:sz w:val="16"/>
              </w:rPr>
              <w:t>B1-c worst recorded: Debris Flow</w:t>
            </w:r>
          </w:p>
        </w:tc>
      </w:tr>
      <w:tr>
        <w:trPr>
          <w:cantSplit/>
        </w:trPr>
        <w:tc>
          <w:tcPr>
            <w:tcW w:type="dxa" w:w="1037"/>
          </w:tcPr>
          <w:p>
            <w:pPr>
              <w:spacing w:after="0"/>
              <w:jc w:val="left"/>
            </w:pPr>
            <w:r>
              <w:rPr>
                <w:sz w:val="16"/>
              </w:rPr>
              <w:t>2000-01-16</w:t>
            </w:r>
          </w:p>
        </w:tc>
        <w:tc>
          <w:tcPr>
            <w:tcW w:type="dxa" w:w="1451"/>
          </w:tcPr>
          <w:p>
            <w:pPr>
              <w:spacing w:after="0"/>
              <w:jc w:val="left"/>
            </w:pPr>
            <w:r>
              <w:rPr>
                <w:sz w:val="16"/>
              </w:rPr>
              <w:t>Extreme Cold/Wind Chill</w:t>
            </w:r>
          </w:p>
        </w:tc>
        <w:tc>
          <w:tcPr>
            <w:tcW w:type="dxa" w:w="1240"/>
          </w:tcPr>
          <w:p>
            <w:pPr>
              <w:spacing w:after="0"/>
              <w:jc w:val="left"/>
            </w:pPr>
          </w:p>
        </w:tc>
        <w:tc>
          <w:tcPr>
            <w:tcW w:type="dxa" w:w="3091"/>
          </w:tcPr>
          <w:p>
            <w:pPr>
              <w:spacing w:after="0"/>
              <w:jc w:val="left"/>
            </w:pPr>
            <w:r>
              <w:rPr>
                <w:sz w:val="16"/>
              </w:rPr>
              <w:t>damage not reported</w:t>
            </w:r>
          </w:p>
        </w:tc>
        <w:tc>
          <w:tcPr>
            <w:tcW w:type="dxa" w:w="931"/>
          </w:tcPr>
          <w:p>
            <w:pPr>
              <w:spacing w:after="0"/>
              <w:jc w:val="right"/>
            </w:pPr>
            <w:r>
              <w:rPr>
                <w:sz w:val="16"/>
              </w:rPr>
              <w:t>0, 0</w:t>
            </w:r>
          </w:p>
        </w:tc>
        <w:tc>
          <w:tcPr>
            <w:tcW w:type="dxa" w:w="2546"/>
          </w:tcPr>
          <w:p>
            <w:pPr>
              <w:spacing w:after="0"/>
              <w:jc w:val="left"/>
            </w:pPr>
            <w:r>
              <w:rPr>
                <w:sz w:val="16"/>
              </w:rPr>
              <w:t>Storm Events area ARECIBO (legacy zone code PRZ013), zone-level</w:t>
            </w:r>
          </w:p>
        </w:tc>
        <w:tc>
          <w:tcPr>
            <w:tcW w:type="dxa" w:w="1046"/>
          </w:tcPr>
          <w:p>
            <w:pPr>
              <w:spacing w:after="0"/>
              <w:jc w:val="left"/>
            </w:pPr>
          </w:p>
        </w:tc>
        <w:tc>
          <w:tcPr>
            <w:tcW w:type="dxa" w:w="27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1998-09-21</w:t>
            </w:r>
          </w:p>
        </w:tc>
        <w:tc>
          <w:tcPr>
            <w:tcW w:type="dxa" w:w="1451"/>
          </w:tcPr>
          <w:p>
            <w:pPr>
              <w:spacing w:after="0"/>
              <w:jc w:val="left"/>
            </w:pPr>
            <w:r>
              <w:rPr>
                <w:sz w:val="16"/>
              </w:rPr>
              <w:t>Hurricane (NOAA event type 'Hurricane (Typhoon)')</w:t>
            </w:r>
          </w:p>
        </w:tc>
        <w:tc>
          <w:tcPr>
            <w:tcW w:type="dxa" w:w="1240"/>
          </w:tcPr>
          <w:p>
            <w:pPr>
              <w:spacing w:after="0"/>
              <w:jc w:val="left"/>
            </w:pPr>
          </w:p>
        </w:tc>
        <w:tc>
          <w:tcPr>
            <w:tcW w:type="dxa" w:w="3091"/>
          </w:tcPr>
          <w:p>
            <w:pPr>
              <w:spacing w:after="0"/>
              <w:jc w:val="left"/>
            </w:pPr>
            <w:r>
              <w:rPr>
                <w:sz w:val="16"/>
              </w:rPr>
              <w:t>$243,000,000 property; $43,000,000 crops (zone total, 1998 dollars)</w:t>
            </w:r>
          </w:p>
        </w:tc>
        <w:tc>
          <w:tcPr>
            <w:tcW w:type="dxa" w:w="931"/>
          </w:tcPr>
          <w:p>
            <w:pPr>
              <w:spacing w:after="0"/>
              <w:jc w:val="right"/>
            </w:pPr>
            <w:r>
              <w:rPr>
                <w:sz w:val="16"/>
              </w:rPr>
              <w:t>0, 0</w:t>
            </w:r>
          </w:p>
        </w:tc>
        <w:tc>
          <w:tcPr>
            <w:tcW w:type="dxa" w:w="2546"/>
          </w:tcPr>
          <w:p>
            <w:pPr>
              <w:spacing w:after="0"/>
              <w:jc w:val="left"/>
            </w:pPr>
            <w:r>
              <w:rPr>
                <w:sz w:val="16"/>
              </w:rPr>
              <w:t>Storm Events area ARECIBO (legacy zone code PRZ013), zone-level</w:t>
            </w:r>
          </w:p>
        </w:tc>
        <w:tc>
          <w:tcPr>
            <w:tcW w:type="dxa" w:w="1046"/>
          </w:tcPr>
          <w:p>
            <w:pPr>
              <w:spacing w:after="0"/>
              <w:jc w:val="left"/>
            </w:pPr>
          </w:p>
        </w:tc>
        <w:tc>
          <w:tcPr>
            <w:tcW w:type="dxa" w:w="2770"/>
          </w:tcPr>
          <w:p>
            <w:pPr>
              <w:spacing w:after="0"/>
              <w:jc w:val="left"/>
            </w:pPr>
            <w:r>
              <w:rPr>
                <w:sz w:val="16"/>
              </w:rPr>
              <w:t>B1-c worst recorded: Hurricane, Tropical Storm, Tropical Depression</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(305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260"/>
        <w:gridCol w:w="1479"/>
        <w:gridCol w:w="1591"/>
        <w:gridCol w:w="1037"/>
        <w:gridCol w:w="2033"/>
        <w:gridCol w:w="1532"/>
        <w:gridCol w:w="1545"/>
        <w:gridCol w:w="1037"/>
        <w:gridCol w:w="1541"/>
      </w:tblGrid>
      <w:tr>
        <w:trPr>
          <w:cantSplit/>
          <w:tblHeader/>
        </w:trPr>
        <w:tc>
          <w:tcPr>
            <w:tcW w:type="dxa" w:w="105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59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33"/>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57"/>
          </w:tcPr>
          <w:p>
            <w:pPr>
              <w:spacing w:after="0"/>
              <w:jc w:val="left"/>
            </w:pPr>
            <w:r>
              <w:rPr>
                <w:sz w:val="16"/>
              </w:rPr>
              <w:t>Coastal Flooding</w:t>
            </w:r>
          </w:p>
        </w:tc>
        <w:tc>
          <w:tcPr>
            <w:tcW w:type="dxa" w:w="1260"/>
          </w:tcPr>
          <w:p>
            <w:pPr>
              <w:spacing w:after="0"/>
              <w:jc w:val="right"/>
            </w:pPr>
            <w:r>
              <w:rPr>
                <w:sz w:val="16"/>
              </w:rPr>
              <w:t>0.212</w:t>
            </w:r>
          </w:p>
        </w:tc>
        <w:tc>
          <w:tcPr>
            <w:tcW w:type="dxa" w:w="1479"/>
          </w:tcPr>
          <w:p>
            <w:pPr>
              <w:spacing w:after="0"/>
              <w:jc w:val="left"/>
            </w:pPr>
            <w:r>
              <w:rPr>
                <w:sz w:val="16"/>
              </w:rPr>
              <w:t>events per year at a location (modeled)</w:t>
            </w:r>
          </w:p>
        </w:tc>
        <w:tc>
          <w:tcPr>
            <w:tcW w:type="dxa" w:w="1591"/>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2033"/>
          </w:tcPr>
          <w:p>
            <w:pPr>
              <w:spacing w:after="0"/>
              <w:jc w:val="left"/>
            </w:pPr>
            <w:r>
              <w:rPr>
                <w:sz w:val="16"/>
              </w:rPr>
              <w:t>Storm Events records in 9 of 30 years, 1996 to 2025 (30%)</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57"/>
          </w:tcPr>
          <w:p>
            <w:pPr>
              <w:spacing w:after="0"/>
              <w:jc w:val="left"/>
            </w:pPr>
            <w:r>
              <w:rPr>
                <w:sz w:val="16"/>
              </w:rPr>
              <w:t>Cold Wave</w:t>
            </w:r>
          </w:p>
        </w:tc>
        <w:tc>
          <w:tcPr>
            <w:tcW w:type="dxa" w:w="1260"/>
          </w:tcPr>
          <w:p>
            <w:pPr>
              <w:spacing w:after="0"/>
              <w:jc w:val="right"/>
            </w:pPr>
            <w:r>
              <w:rPr>
                <w:sz w:val="16"/>
              </w:rPr>
              <w:t>0</w:t>
            </w:r>
          </w:p>
        </w:tc>
        <w:tc>
          <w:tcPr>
            <w:tcW w:type="dxa" w:w="1479"/>
          </w:tcPr>
          <w:p>
            <w:pPr>
              <w:spacing w:after="0"/>
              <w:jc w:val="left"/>
            </w:pPr>
            <w:r>
              <w:rPr>
                <w:sz w:val="16"/>
              </w:rPr>
              <w:t>event-days per year</w:t>
            </w:r>
          </w:p>
        </w:tc>
        <w:tc>
          <w:tcPr>
            <w:tcW w:type="dxa" w:w="1591"/>
          </w:tcPr>
          <w:p>
            <w:pPr>
              <w:spacing w:after="0"/>
              <w:jc w:val="left"/>
            </w:pPr>
            <w:r>
              <w:rPr>
                <w:sz w:val="16"/>
              </w:rPr>
              <w:t>none modeled</w:t>
            </w:r>
          </w:p>
        </w:tc>
        <w:tc>
          <w:tcPr>
            <w:tcW w:type="dxa" w:w="1037"/>
          </w:tcPr>
          <w:p>
            <w:pPr>
              <w:spacing w:after="0"/>
              <w:jc w:val="left"/>
            </w:pPr>
            <w:r>
              <w:rPr>
                <w:sz w:val="16"/>
              </w:rPr>
              <w:t>Possible</w:t>
            </w:r>
          </w:p>
        </w:tc>
        <w:tc>
          <w:tcPr>
            <w:tcW w:type="dxa" w:w="2033"/>
          </w:tcPr>
          <w:p>
            <w:pPr>
              <w:spacing w:after="0"/>
              <w:jc w:val="left"/>
            </w:pPr>
            <w:r>
              <w:rPr>
                <w:sz w:val="16"/>
              </w:rPr>
              <w:t>Storm Events event-days in 1 of 30 years, 1996 to 2025 (3.33%)</w:t>
            </w:r>
          </w:p>
        </w:tc>
        <w:tc>
          <w:tcPr>
            <w:tcW w:type="dxa" w:w="1532"/>
          </w:tcPr>
          <w:p>
            <w:pPr>
              <w:spacing w:after="0"/>
              <w:jc w:val="right"/>
            </w:pPr>
            <w:r>
              <w:rPr>
                <w:sz w:val="16"/>
              </w:rPr>
              <w:t>0</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r>
              <w:rPr>
                <w:sz w:val="16"/>
              </w:rPr>
              <w:t>NRI models no cold wave event-days here (2005-11-12 to 2024-11-12, 19 years); Storm Events has a record in 1 of 30 years. The descriptor comes from Storm Events, which records events NRI's definition leaves out.</w:t>
            </w:r>
          </w:p>
        </w:tc>
      </w:tr>
      <w:tr>
        <w:trPr>
          <w:cantSplit/>
        </w:trPr>
        <w:tc>
          <w:tcPr>
            <w:tcW w:type="dxa" w:w="1057"/>
          </w:tcPr>
          <w:p>
            <w:pPr>
              <w:spacing w:after="0"/>
              <w:jc w:val="left"/>
            </w:pPr>
            <w:r>
              <w:rPr>
                <w:sz w:val="16"/>
              </w:rPr>
              <w:t>Drought</w:t>
            </w:r>
          </w:p>
        </w:tc>
        <w:tc>
          <w:tcPr>
            <w:tcW w:type="dxa" w:w="1260"/>
          </w:tcPr>
          <w:p>
            <w:pPr>
              <w:spacing w:after="0"/>
              <w:jc w:val="right"/>
            </w:pPr>
            <w:r>
              <w:rPr>
                <w:sz w:val="16"/>
              </w:rPr>
              <w:t>0</w:t>
            </w:r>
          </w:p>
        </w:tc>
        <w:tc>
          <w:tcPr>
            <w:tcW w:type="dxa" w:w="1479"/>
          </w:tcPr>
          <w:p>
            <w:pPr>
              <w:spacing w:after="0"/>
              <w:jc w:val="left"/>
            </w:pPr>
            <w:r>
              <w:rPr>
                <w:sz w:val="16"/>
              </w:rPr>
              <w:t>event-days per year</w:t>
            </w:r>
          </w:p>
        </w:tc>
        <w:tc>
          <w:tcPr>
            <w:tcW w:type="dxa" w:w="1591"/>
          </w:tcPr>
          <w:p>
            <w:pPr>
              <w:spacing w:after="0"/>
              <w:jc w:val="left"/>
            </w:pPr>
            <w:r>
              <w:rPr>
                <w:sz w:val="16"/>
              </w:rPr>
              <w:t>none modeled</w:t>
            </w:r>
          </w:p>
        </w:tc>
        <w:tc>
          <w:tcPr>
            <w:tcW w:type="dxa" w:w="1037"/>
          </w:tcPr>
          <w:p>
            <w:pPr>
              <w:spacing w:after="0"/>
              <w:jc w:val="left"/>
            </w:pPr>
            <w:r>
              <w:rPr>
                <w:sz w:val="16"/>
              </w:rPr>
              <w:t>Possible</w:t>
            </w:r>
          </w:p>
        </w:tc>
        <w:tc>
          <w:tcPr>
            <w:tcW w:type="dxa" w:w="2033"/>
          </w:tcPr>
          <w:p>
            <w:pPr>
              <w:spacing w:after="0"/>
              <w:jc w:val="left"/>
            </w:pPr>
            <w:r>
              <w:rPr>
                <w:sz w:val="16"/>
              </w:rPr>
              <w:t>Storm Events event-days in 2 of 30 years, 1996 to 2025 (6.67%)</w:t>
            </w:r>
          </w:p>
        </w:tc>
        <w:tc>
          <w:tcPr>
            <w:tcW w:type="dxa" w:w="1532"/>
          </w:tcPr>
          <w:p>
            <w:pPr>
              <w:spacing w:after="0"/>
              <w:jc w:val="right"/>
            </w:pPr>
            <w:r>
              <w:rPr>
                <w:sz w:val="16"/>
              </w:rPr>
              <w:t>0</w:t>
            </w:r>
          </w:p>
        </w:tc>
        <w:tc>
          <w:tcPr>
            <w:tcW w:type="dxa" w:w="15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57"/>
          </w:tcPr>
          <w:p>
            <w:pPr>
              <w:spacing w:after="0"/>
              <w:jc w:val="left"/>
            </w:pPr>
            <w:r>
              <w:rPr>
                <w:sz w:val="16"/>
              </w:rPr>
              <w:t>Earthquake</w:t>
            </w:r>
          </w:p>
        </w:tc>
        <w:tc>
          <w:tcPr>
            <w:tcW w:type="dxa" w:w="1260"/>
          </w:tcPr>
          <w:p>
            <w:pPr>
              <w:spacing w:after="0"/>
              <w:jc w:val="right"/>
            </w:pPr>
            <w:r>
              <w:rPr>
                <w:sz w:val="16"/>
              </w:rPr>
              <w:t>0.049</w:t>
            </w:r>
          </w:p>
        </w:tc>
        <w:tc>
          <w:tcPr>
            <w:tcW w:type="dxa" w:w="1479"/>
          </w:tcPr>
          <w:p>
            <w:pPr>
              <w:spacing w:after="0"/>
              <w:jc w:val="left"/>
            </w:pPr>
            <w:r>
              <w:rPr>
                <w:sz w:val="16"/>
              </w:rPr>
              <w:t>annual probability at a location</w:t>
            </w:r>
          </w:p>
        </w:tc>
        <w:tc>
          <w:tcPr>
            <w:tcW w:type="dxa" w:w="1591"/>
          </w:tcPr>
          <w:p>
            <w:pPr>
              <w:spacing w:after="0"/>
              <w:jc w:val="left"/>
            </w:pPr>
            <w:r>
              <w:rPr>
                <w:sz w:val="16"/>
              </w:rPr>
              <w:t>chance a given location in the county has at least minor-damage shaking in a year: 4.9%</w:t>
            </w:r>
          </w:p>
        </w:tc>
        <w:tc>
          <w:tcPr>
            <w:tcW w:type="dxa" w:w="1037"/>
          </w:tcPr>
          <w:p>
            <w:pPr>
              <w:spacing w:after="0"/>
              <w:jc w:val="left"/>
            </w:pPr>
          </w:p>
        </w:tc>
        <w:tc>
          <w:tcPr>
            <w:tcW w:type="dxa" w:w="2033"/>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260"/>
          </w:tcPr>
          <w:p>
            <w:pPr>
              <w:spacing w:after="0"/>
              <w:jc w:val="right"/>
            </w:pPr>
            <w:r>
              <w:rPr>
                <w:sz w:val="16"/>
              </w:rPr>
              <w:t>0.0266</w:t>
            </w:r>
          </w:p>
        </w:tc>
        <w:tc>
          <w:tcPr>
            <w:tcW w:type="dxa" w:w="1479"/>
          </w:tcPr>
          <w:p>
            <w:pPr>
              <w:spacing w:after="0"/>
              <w:jc w:val="left"/>
            </w:pPr>
            <w:r>
              <w:rPr>
                <w:sz w:val="16"/>
              </w:rPr>
              <w:t>events per year</w:t>
            </w:r>
          </w:p>
        </w:tc>
        <w:tc>
          <w:tcPr>
            <w:tcW w:type="dxa" w:w="1591"/>
          </w:tcPr>
          <w:p>
            <w:pPr>
              <w:spacing w:after="0"/>
              <w:jc w:val="left"/>
            </w:pPr>
            <w:r>
              <w:rPr>
                <w:sz w:val="16"/>
              </w:rPr>
              <w:t>about 1 in 38 years</w:t>
            </w:r>
          </w:p>
        </w:tc>
        <w:tc>
          <w:tcPr>
            <w:tcW w:type="dxa" w:w="1037"/>
          </w:tcPr>
          <w:p>
            <w:pPr>
              <w:spacing w:after="0"/>
              <w:jc w:val="left"/>
            </w:pPr>
            <w:r>
              <w:rPr>
                <w:sz w:val="16"/>
              </w:rPr>
              <w:t>Possible</w:t>
            </w:r>
          </w:p>
        </w:tc>
        <w:tc>
          <w:tcPr>
            <w:tcW w:type="dxa" w:w="2033"/>
          </w:tcPr>
          <w:p>
            <w:pPr>
              <w:spacing w:after="0"/>
              <w:jc w:val="left"/>
            </w:pPr>
            <w:r>
              <w:rPr>
                <w:sz w:val="16"/>
              </w:rPr>
              <w:t>FEMA annualized frequency (modeled)</w:t>
            </w:r>
          </w:p>
        </w:tc>
        <w:tc>
          <w:tcPr>
            <w:tcW w:type="dxa" w:w="1532"/>
          </w:tcPr>
          <w:p>
            <w:pPr>
              <w:spacing w:after="0"/>
              <w:jc w:val="right"/>
            </w:pPr>
            <w:r>
              <w:rPr>
                <w:sz w:val="16"/>
              </w:rPr>
              <w:t>1.0 (modeled)</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57"/>
          </w:tcPr>
          <w:p>
            <w:pPr>
              <w:spacing w:after="0"/>
              <w:jc w:val="left"/>
            </w:pPr>
            <w:r>
              <w:rPr>
                <w:sz w:val="16"/>
              </w:rPr>
              <w:t>Heat Wave</w:t>
            </w:r>
          </w:p>
        </w:tc>
        <w:tc>
          <w:tcPr>
            <w:tcW w:type="dxa" w:w="1260"/>
          </w:tcPr>
          <w:p>
            <w:pPr>
              <w:spacing w:after="0"/>
              <w:jc w:val="right"/>
            </w:pPr>
            <w:r>
              <w:rPr>
                <w:sz w:val="16"/>
              </w:rPr>
              <w:t>0.103</w:t>
            </w:r>
          </w:p>
        </w:tc>
        <w:tc>
          <w:tcPr>
            <w:tcW w:type="dxa" w:w="1479"/>
          </w:tcPr>
          <w:p>
            <w:pPr>
              <w:spacing w:after="0"/>
              <w:jc w:val="left"/>
            </w:pPr>
            <w:r>
              <w:rPr>
                <w:sz w:val="16"/>
              </w:rPr>
              <w:t>event-days per year</w:t>
            </w:r>
          </w:p>
        </w:tc>
        <w:tc>
          <w:tcPr>
            <w:tcW w:type="dxa" w:w="1591"/>
          </w:tcPr>
          <w:p>
            <w:pPr>
              <w:spacing w:after="0"/>
              <w:jc w:val="left"/>
            </w:pPr>
            <w:r>
              <w:rPr>
                <w:sz w:val="16"/>
              </w:rPr>
              <w:t>about 0.103 days per year</w:t>
            </w:r>
          </w:p>
        </w:tc>
        <w:tc>
          <w:tcPr>
            <w:tcW w:type="dxa" w:w="1037"/>
          </w:tcPr>
          <w:p>
            <w:pPr>
              <w:spacing w:after="0"/>
              <w:jc w:val="left"/>
            </w:pPr>
            <w:r>
              <w:rPr>
                <w:sz w:val="16"/>
              </w:rPr>
              <w:t>Possible</w:t>
            </w:r>
          </w:p>
        </w:tc>
        <w:tc>
          <w:tcPr>
            <w:tcW w:type="dxa" w:w="2033"/>
          </w:tcPr>
          <w:p>
            <w:pPr>
              <w:spacing w:after="0"/>
              <w:jc w:val="left"/>
            </w:pPr>
            <w:r>
              <w:rPr>
                <w:sz w:val="16"/>
              </w:rPr>
              <w:t>Storm Events event-days in 2 of 30 years, 1996 to 2025 (6.67%)</w:t>
            </w:r>
          </w:p>
        </w:tc>
        <w:tc>
          <w:tcPr>
            <w:tcW w:type="dxa" w:w="1532"/>
          </w:tcPr>
          <w:p>
            <w:pPr>
              <w:spacing w:after="0"/>
              <w:jc w:val="right"/>
            </w:pPr>
            <w:r>
              <w:rPr>
                <w:sz w:val="16"/>
              </w:rPr>
              <w:t>1.46</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57"/>
          </w:tcPr>
          <w:p>
            <w:pPr>
              <w:spacing w:after="0"/>
              <w:jc w:val="left"/>
            </w:pPr>
            <w:r>
              <w:rPr>
                <w:sz w:val="16"/>
              </w:rPr>
              <w:t>Hurricane</w:t>
            </w:r>
          </w:p>
        </w:tc>
        <w:tc>
          <w:tcPr>
            <w:tcW w:type="dxa" w:w="1260"/>
          </w:tcPr>
          <w:p>
            <w:pPr>
              <w:spacing w:after="0"/>
              <w:jc w:val="right"/>
            </w:pPr>
            <w:r>
              <w:rPr>
                <w:sz w:val="16"/>
              </w:rPr>
              <w:t>0.178</w:t>
            </w:r>
          </w:p>
        </w:tc>
        <w:tc>
          <w:tcPr>
            <w:tcW w:type="dxa" w:w="1479"/>
          </w:tcPr>
          <w:p>
            <w:pPr>
              <w:spacing w:after="0"/>
              <w:jc w:val="left"/>
            </w:pPr>
            <w:r>
              <w:rPr>
                <w:sz w:val="16"/>
              </w:rPr>
              <w:t>events per year</w:t>
            </w:r>
          </w:p>
        </w:tc>
        <w:tc>
          <w:tcPr>
            <w:tcW w:type="dxa" w:w="1591"/>
          </w:tcPr>
          <w:p>
            <w:pPr>
              <w:spacing w:after="0"/>
              <w:jc w:val="left"/>
            </w:pPr>
            <w:r>
              <w:rPr>
                <w:sz w:val="16"/>
              </w:rPr>
              <w:t>about 1 in 6 years</w:t>
            </w:r>
          </w:p>
        </w:tc>
        <w:tc>
          <w:tcPr>
            <w:tcW w:type="dxa" w:w="1037"/>
          </w:tcPr>
          <w:p>
            <w:pPr>
              <w:spacing w:after="0"/>
              <w:jc w:val="left"/>
            </w:pPr>
            <w:r>
              <w:rPr>
                <w:sz w:val="16"/>
              </w:rPr>
              <w:t>Likely</w:t>
            </w:r>
          </w:p>
        </w:tc>
        <w:tc>
          <w:tcPr>
            <w:tcW w:type="dxa" w:w="2033"/>
          </w:tcPr>
          <w:p>
            <w:pPr>
              <w:spacing w:after="0"/>
              <w:jc w:val="left"/>
            </w:pPr>
            <w:r>
              <w:rPr>
                <w:sz w:val="16"/>
              </w:rPr>
              <w:t>FEMA annualized frequency (modeled)</w:t>
            </w:r>
          </w:p>
        </w:tc>
        <w:tc>
          <w:tcPr>
            <w:tcW w:type="dxa" w:w="1532"/>
          </w:tcPr>
          <w:p>
            <w:pPr>
              <w:spacing w:after="0"/>
              <w:jc w:val="right"/>
            </w:pPr>
            <w:r>
              <w:rPr>
                <w:sz w:val="16"/>
              </w:rPr>
              <w:t>48</w:t>
            </w:r>
          </w:p>
        </w:tc>
        <w:tc>
          <w:tcPr>
            <w:tcW w:type="dxa" w:w="1545"/>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57"/>
          </w:tcPr>
          <w:p>
            <w:pPr>
              <w:spacing w:after="0"/>
              <w:jc w:val="left"/>
            </w:pPr>
            <w:r>
              <w:rPr>
                <w:sz w:val="16"/>
              </w:rPr>
              <w:t>Inland Flooding</w:t>
            </w:r>
          </w:p>
        </w:tc>
        <w:tc>
          <w:tcPr>
            <w:tcW w:type="dxa" w:w="1260"/>
          </w:tcPr>
          <w:p>
            <w:pPr>
              <w:spacing w:after="0"/>
              <w:jc w:val="right"/>
            </w:pPr>
            <w:r>
              <w:rPr>
                <w:sz w:val="16"/>
              </w:rPr>
              <w:t>2.89</w:t>
            </w:r>
          </w:p>
        </w:tc>
        <w:tc>
          <w:tcPr>
            <w:tcW w:type="dxa" w:w="1479"/>
          </w:tcPr>
          <w:p>
            <w:pPr>
              <w:spacing w:after="0"/>
              <w:jc w:val="left"/>
            </w:pPr>
            <w:r>
              <w:rPr>
                <w:sz w:val="16"/>
              </w:rPr>
              <w:t>event-days per year</w:t>
            </w:r>
          </w:p>
        </w:tc>
        <w:tc>
          <w:tcPr>
            <w:tcW w:type="dxa" w:w="1591"/>
          </w:tcPr>
          <w:p>
            <w:pPr>
              <w:spacing w:after="0"/>
              <w:jc w:val="left"/>
            </w:pPr>
            <w:r>
              <w:rPr>
                <w:sz w:val="16"/>
              </w:rPr>
              <w:t>about 2.89 days per year</w:t>
            </w:r>
          </w:p>
        </w:tc>
        <w:tc>
          <w:tcPr>
            <w:tcW w:type="dxa" w:w="1037"/>
          </w:tcPr>
          <w:p>
            <w:pPr>
              <w:spacing w:after="0"/>
              <w:jc w:val="left"/>
            </w:pPr>
            <w:r>
              <w:rPr>
                <w:sz w:val="16"/>
              </w:rPr>
              <w:t>Likely</w:t>
            </w:r>
          </w:p>
        </w:tc>
        <w:tc>
          <w:tcPr>
            <w:tcW w:type="dxa" w:w="2033"/>
          </w:tcPr>
          <w:p>
            <w:pPr>
              <w:spacing w:after="0"/>
              <w:jc w:val="left"/>
            </w:pPr>
            <w:r>
              <w:rPr>
                <w:sz w:val="16"/>
              </w:rPr>
              <w:t>Storm Events event-days in 24 of 30 years, 1996 to 2025 (80%)</w:t>
            </w:r>
          </w:p>
        </w:tc>
        <w:tc>
          <w:tcPr>
            <w:tcW w:type="dxa" w:w="1532"/>
          </w:tcPr>
          <w:p>
            <w:pPr>
              <w:spacing w:after="0"/>
              <w:jc w:val="right"/>
            </w:pPr>
            <w:r>
              <w:rPr>
                <w:sz w:val="16"/>
              </w:rPr>
              <w:t>81</w:t>
            </w:r>
          </w:p>
        </w:tc>
        <w:tc>
          <w:tcPr>
            <w:tcW w:type="dxa" w:w="1545"/>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57"/>
          </w:tcPr>
          <w:p>
            <w:pPr>
              <w:spacing w:after="0"/>
              <w:jc w:val="left"/>
            </w:pPr>
            <w:r>
              <w:rPr>
                <w:sz w:val="16"/>
              </w:rPr>
              <w:t>Landslide</w:t>
            </w:r>
          </w:p>
        </w:tc>
        <w:tc>
          <w:tcPr>
            <w:tcW w:type="dxa" w:w="1260"/>
          </w:tcPr>
          <w:p>
            <w:pPr>
              <w:spacing w:after="0"/>
              <w:jc w:val="right"/>
            </w:pPr>
            <w:r>
              <w:rPr>
                <w:sz w:val="16"/>
              </w:rPr>
              <w:t>1.64</w:t>
            </w:r>
          </w:p>
        </w:tc>
        <w:tc>
          <w:tcPr>
            <w:tcW w:type="dxa" w:w="1479"/>
          </w:tcPr>
          <w:p>
            <w:pPr>
              <w:spacing w:after="0"/>
              <w:jc w:val="left"/>
            </w:pPr>
            <w:r>
              <w:rPr>
                <w:sz w:val="16"/>
              </w:rPr>
              <w:t>events per year (modeled)</w:t>
            </w:r>
          </w:p>
        </w:tc>
        <w:tc>
          <w:tcPr>
            <w:tcW w:type="dxa" w:w="1591"/>
          </w:tcPr>
          <w:p>
            <w:pPr>
              <w:spacing w:after="0"/>
              <w:jc w:val="left"/>
            </w:pPr>
            <w:r>
              <w:rPr>
                <w:sz w:val="16"/>
              </w:rPr>
              <w:t>about 1.64 per year</w:t>
            </w:r>
          </w:p>
        </w:tc>
        <w:tc>
          <w:tcPr>
            <w:tcW w:type="dxa" w:w="1037"/>
          </w:tcPr>
          <w:p>
            <w:pPr>
              <w:spacing w:after="0"/>
              <w:jc w:val="left"/>
            </w:pPr>
            <w:r>
              <w:rPr>
                <w:sz w:val="16"/>
              </w:rPr>
              <w:t>Highly likely</w:t>
            </w:r>
          </w:p>
        </w:tc>
        <w:tc>
          <w:tcPr>
            <w:tcW w:type="dxa" w:w="2033"/>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57"/>
          </w:tcPr>
          <w:p>
            <w:pPr>
              <w:spacing w:after="0"/>
              <w:jc w:val="left"/>
            </w:pPr>
            <w:r>
              <w:rPr>
                <w:sz w:val="16"/>
              </w:rPr>
              <w:t>Lightning</w:t>
            </w:r>
          </w:p>
        </w:tc>
        <w:tc>
          <w:tcPr>
            <w:tcW w:type="dxa" w:w="1260"/>
          </w:tcPr>
          <w:p>
            <w:pPr>
              <w:spacing w:after="0"/>
              <w:jc w:val="right"/>
            </w:pPr>
            <w:r>
              <w:rPr>
                <w:sz w:val="16"/>
              </w:rPr>
              <w:t>70.9</w:t>
            </w:r>
          </w:p>
        </w:tc>
        <w:tc>
          <w:tcPr>
            <w:tcW w:type="dxa" w:w="1479"/>
          </w:tcPr>
          <w:p>
            <w:pPr>
              <w:spacing w:after="0"/>
              <w:jc w:val="left"/>
            </w:pPr>
            <w:r>
              <w:rPr>
                <w:sz w:val="16"/>
              </w:rPr>
              <w:t>days per year with a strike</w:t>
            </w:r>
          </w:p>
        </w:tc>
        <w:tc>
          <w:tcPr>
            <w:tcW w:type="dxa" w:w="1591"/>
          </w:tcPr>
          <w:p>
            <w:pPr>
              <w:spacing w:after="0"/>
              <w:jc w:val="left"/>
            </w:pPr>
            <w:r>
              <w:rPr>
                <w:sz w:val="16"/>
              </w:rPr>
              <w:t>about 70.9 days per year</w:t>
            </w:r>
          </w:p>
        </w:tc>
        <w:tc>
          <w:tcPr>
            <w:tcW w:type="dxa" w:w="1037"/>
          </w:tcPr>
          <w:p>
            <w:pPr>
              <w:spacing w:after="0"/>
              <w:jc w:val="left"/>
            </w:pPr>
            <w:r>
              <w:rPr>
                <w:sz w:val="16"/>
              </w:rPr>
              <w:t>Highly likely</w:t>
            </w:r>
          </w:p>
        </w:tc>
        <w:tc>
          <w:tcPr>
            <w:tcW w:type="dxa" w:w="2033"/>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57"/>
          </w:tcPr>
          <w:p>
            <w:pPr>
              <w:spacing w:after="0"/>
              <w:jc w:val="left"/>
            </w:pPr>
            <w:r>
              <w:rPr>
                <w:sz w:val="16"/>
              </w:rPr>
              <w:t>Strong Wind</w:t>
            </w:r>
          </w:p>
        </w:tc>
        <w:tc>
          <w:tcPr>
            <w:tcW w:type="dxa" w:w="1260"/>
          </w:tcPr>
          <w:p>
            <w:pPr>
              <w:spacing w:after="0"/>
              <w:jc w:val="right"/>
            </w:pPr>
            <w:r>
              <w:rPr>
                <w:sz w:val="16"/>
              </w:rPr>
              <w:t>0.00498</w:t>
            </w:r>
          </w:p>
        </w:tc>
        <w:tc>
          <w:tcPr>
            <w:tcW w:type="dxa" w:w="1479"/>
          </w:tcPr>
          <w:p>
            <w:pPr>
              <w:spacing w:after="0"/>
              <w:jc w:val="left"/>
            </w:pPr>
            <w:r>
              <w:rPr>
                <w:sz w:val="16"/>
              </w:rPr>
              <w:t>events per year</w:t>
            </w:r>
          </w:p>
        </w:tc>
        <w:tc>
          <w:tcPr>
            <w:tcW w:type="dxa" w:w="1591"/>
          </w:tcPr>
          <w:p>
            <w:pPr>
              <w:spacing w:after="0"/>
              <w:jc w:val="left"/>
            </w:pPr>
            <w:r>
              <w:rPr>
                <w:sz w:val="16"/>
              </w:rPr>
              <w:t>about 1 in 201 years</w:t>
            </w:r>
          </w:p>
        </w:tc>
        <w:tc>
          <w:tcPr>
            <w:tcW w:type="dxa" w:w="1037"/>
          </w:tcPr>
          <w:p>
            <w:pPr>
              <w:spacing w:after="0"/>
              <w:jc w:val="left"/>
            </w:pPr>
            <w:r>
              <w:rPr>
                <w:sz w:val="16"/>
              </w:rPr>
              <w:t>Unlikely</w:t>
            </w:r>
          </w:p>
        </w:tc>
        <w:tc>
          <w:tcPr>
            <w:tcW w:type="dxa" w:w="2033"/>
          </w:tcPr>
          <w:p>
            <w:pPr>
              <w:spacing w:after="0"/>
              <w:jc w:val="left"/>
            </w:pPr>
            <w:r>
              <w:rPr>
                <w:sz w:val="16"/>
              </w:rPr>
              <w:t>FEMA annualized frequency (modeled)</w:t>
            </w:r>
          </w:p>
        </w:tc>
        <w:tc>
          <w:tcPr>
            <w:tcW w:type="dxa" w:w="1532"/>
          </w:tcPr>
          <w:p>
            <w:pPr>
              <w:spacing w:after="0"/>
              <w:jc w:val="right"/>
            </w:pPr>
            <w:r>
              <w:rPr>
                <w:sz w:val="16"/>
              </w:rPr>
              <w:t>1</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57"/>
          </w:tcPr>
          <w:p>
            <w:pPr>
              <w:spacing w:after="0"/>
              <w:jc w:val="left"/>
            </w:pPr>
            <w:r>
              <w:rPr>
                <w:sz w:val="16"/>
              </w:rPr>
              <w:t>Tornado</w:t>
            </w:r>
          </w:p>
        </w:tc>
        <w:tc>
          <w:tcPr>
            <w:tcW w:type="dxa" w:w="1260"/>
          </w:tcPr>
          <w:p>
            <w:pPr>
              <w:spacing w:after="0"/>
              <w:jc w:val="right"/>
            </w:pPr>
            <w:r>
              <w:rPr>
                <w:sz w:val="16"/>
              </w:rPr>
              <w:t>0.00722</w:t>
            </w:r>
          </w:p>
        </w:tc>
        <w:tc>
          <w:tcPr>
            <w:tcW w:type="dxa" w:w="1479"/>
          </w:tcPr>
          <w:p>
            <w:pPr>
              <w:spacing w:after="0"/>
              <w:jc w:val="left"/>
            </w:pPr>
            <w:r>
              <w:rPr>
                <w:sz w:val="16"/>
              </w:rPr>
              <w:t>events per year</w:t>
            </w:r>
          </w:p>
        </w:tc>
        <w:tc>
          <w:tcPr>
            <w:tcW w:type="dxa" w:w="1591"/>
          </w:tcPr>
          <w:p>
            <w:pPr>
              <w:spacing w:after="0"/>
              <w:jc w:val="left"/>
            </w:pPr>
            <w:r>
              <w:rPr>
                <w:sz w:val="16"/>
              </w:rPr>
              <w:t>about 1 in 138 years</w:t>
            </w:r>
          </w:p>
        </w:tc>
        <w:tc>
          <w:tcPr>
            <w:tcW w:type="dxa" w:w="1037"/>
          </w:tcPr>
          <w:p>
            <w:pPr>
              <w:spacing w:after="0"/>
              <w:jc w:val="left"/>
            </w:pPr>
            <w:r>
              <w:rPr>
                <w:sz w:val="16"/>
              </w:rPr>
              <w:t>Unlikely</w:t>
            </w:r>
          </w:p>
        </w:tc>
        <w:tc>
          <w:tcPr>
            <w:tcW w:type="dxa" w:w="2033"/>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57"/>
          </w:tcPr>
          <w:p>
            <w:pPr>
              <w:spacing w:after="0"/>
              <w:jc w:val="left"/>
            </w:pPr>
            <w:r>
              <w:rPr>
                <w:sz w:val="16"/>
              </w:rPr>
              <w:t>Tsunami</w:t>
            </w:r>
          </w:p>
        </w:tc>
        <w:tc>
          <w:tcPr>
            <w:tcW w:type="dxa" w:w="1260"/>
          </w:tcPr>
          <w:p>
            <w:pPr>
              <w:spacing w:after="0"/>
              <w:jc w:val="right"/>
            </w:pPr>
            <w:r>
              <w:rPr>
                <w:sz w:val="16"/>
              </w:rPr>
              <w:t>0.0557</w:t>
            </w:r>
          </w:p>
        </w:tc>
        <w:tc>
          <w:tcPr>
            <w:tcW w:type="dxa" w:w="1479"/>
          </w:tcPr>
          <w:p>
            <w:pPr>
              <w:spacing w:after="0"/>
              <w:jc w:val="left"/>
            </w:pPr>
            <w:r>
              <w:rPr>
                <w:sz w:val="16"/>
              </w:rPr>
              <w:t>annual probability at the most exposed location (used in place of a county value)</w:t>
            </w:r>
          </w:p>
        </w:tc>
        <w:tc>
          <w:tcPr>
            <w:tcW w:type="dxa" w:w="1591"/>
          </w:tcPr>
          <w:p>
            <w:pPr>
              <w:spacing w:after="0"/>
              <w:jc w:val="left"/>
            </w:pPr>
            <w:r>
              <w:rPr>
                <w:sz w:val="16"/>
              </w:rPr>
              <w:t>chance at the county's most exposed location in a year: 5.57%</w:t>
            </w:r>
          </w:p>
        </w:tc>
        <w:tc>
          <w:tcPr>
            <w:tcW w:type="dxa" w:w="1037"/>
          </w:tcPr>
          <w:p>
            <w:pPr>
              <w:spacing w:after="0"/>
              <w:jc w:val="left"/>
            </w:pPr>
          </w:p>
        </w:tc>
        <w:tc>
          <w:tcPr>
            <w:tcW w:type="dxa" w:w="2033"/>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57"/>
          </w:tcPr>
          <w:p>
            <w:pPr>
              <w:spacing w:after="0"/>
              <w:jc w:val="left"/>
            </w:pPr>
            <w:r>
              <w:rPr>
                <w:sz w:val="16"/>
              </w:rPr>
              <w:t>Volcanic Activity</w:t>
            </w:r>
          </w:p>
        </w:tc>
        <w:tc>
          <w:tcPr>
            <w:tcW w:type="dxa" w:w="1260"/>
          </w:tcPr>
          <w:p>
            <w:pPr>
              <w:spacing w:after="0"/>
              <w:jc w:val="right"/>
            </w:pPr>
          </w:p>
        </w:tc>
        <w:tc>
          <w:tcPr>
            <w:tcW w:type="dxa" w:w="1479"/>
          </w:tcPr>
          <w:p>
            <w:pPr>
              <w:spacing w:after="0"/>
              <w:jc w:val="left"/>
            </w:pPr>
            <w:r>
              <w:rPr>
                <w:sz w:val="16"/>
              </w:rPr>
              <w:t>annual probability</w:t>
            </w:r>
          </w:p>
        </w:tc>
        <w:tc>
          <w:tcPr>
            <w:tcW w:type="dxa" w:w="1591"/>
          </w:tcPr>
          <w:p>
            <w:pPr>
              <w:spacing w:after="0"/>
              <w:jc w:val="left"/>
            </w:pPr>
          </w:p>
        </w:tc>
        <w:tc>
          <w:tcPr>
            <w:tcW w:type="dxa" w:w="1037"/>
          </w:tcPr>
          <w:p>
            <w:pPr>
              <w:spacing w:after="0"/>
              <w:jc w:val="left"/>
            </w:pPr>
          </w:p>
        </w:tc>
        <w:tc>
          <w:tcPr>
            <w:tcW w:type="dxa" w:w="2033"/>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Not Applicable in NRI for this county; no descriptor.</w:t>
            </w:r>
          </w:p>
        </w:tc>
      </w:tr>
      <w:tr>
        <w:trPr>
          <w:cantSplit/>
        </w:trPr>
        <w:tc>
          <w:tcPr>
            <w:tcW w:type="dxa" w:w="1057"/>
          </w:tcPr>
          <w:p>
            <w:pPr>
              <w:spacing w:after="0"/>
              <w:jc w:val="left"/>
            </w:pPr>
            <w:r>
              <w:rPr>
                <w:sz w:val="16"/>
              </w:rPr>
              <w:t>Wildfire</w:t>
            </w:r>
          </w:p>
        </w:tc>
        <w:tc>
          <w:tcPr>
            <w:tcW w:type="dxa" w:w="1260"/>
          </w:tcPr>
          <w:p>
            <w:pPr>
              <w:spacing w:after="0"/>
              <w:jc w:val="right"/>
            </w:pPr>
          </w:p>
        </w:tc>
        <w:tc>
          <w:tcPr>
            <w:tcW w:type="dxa" w:w="1479"/>
          </w:tcPr>
          <w:p>
            <w:pPr>
              <w:spacing w:after="0"/>
              <w:jc w:val="left"/>
            </w:pPr>
            <w:r>
              <w:rPr>
                <w:sz w:val="16"/>
              </w:rPr>
              <w:t>annual probability at a location</w:t>
            </w:r>
          </w:p>
        </w:tc>
        <w:tc>
          <w:tcPr>
            <w:tcW w:type="dxa" w:w="1591"/>
          </w:tcPr>
          <w:p>
            <w:pPr>
              <w:spacing w:after="0"/>
              <w:jc w:val="left"/>
            </w:pPr>
          </w:p>
        </w:tc>
        <w:tc>
          <w:tcPr>
            <w:tcW w:type="dxa" w:w="1037"/>
          </w:tcPr>
          <w:p>
            <w:pPr>
              <w:spacing w:after="0"/>
              <w:jc w:val="left"/>
            </w:pPr>
          </w:p>
        </w:tc>
        <w:tc>
          <w:tcPr>
            <w:tcW w:type="dxa" w:w="2033"/>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57"/>
          </w:tcPr>
          <w:p>
            <w:pPr>
              <w:spacing w:after="0"/>
              <w:jc w:val="left"/>
            </w:pPr>
            <w:r>
              <w:rPr>
                <w:sz w:val="16"/>
              </w:rPr>
              <w:t>Winter Weather</w:t>
            </w:r>
          </w:p>
        </w:tc>
        <w:tc>
          <w:tcPr>
            <w:tcW w:type="dxa" w:w="1260"/>
          </w:tcPr>
          <w:p>
            <w:pPr>
              <w:spacing w:after="0"/>
              <w:jc w:val="right"/>
            </w:pPr>
            <w:r>
              <w:rPr>
                <w:sz w:val="16"/>
              </w:rPr>
              <w:t>0</w:t>
            </w:r>
          </w:p>
        </w:tc>
        <w:tc>
          <w:tcPr>
            <w:tcW w:type="dxa" w:w="1479"/>
          </w:tcPr>
          <w:p>
            <w:pPr>
              <w:spacing w:after="0"/>
              <w:jc w:val="left"/>
            </w:pPr>
            <w:r>
              <w:rPr>
                <w:sz w:val="16"/>
              </w:rPr>
              <w:t>event-days per year</w:t>
            </w:r>
          </w:p>
        </w:tc>
        <w:tc>
          <w:tcPr>
            <w:tcW w:type="dxa" w:w="1591"/>
          </w:tcPr>
          <w:p>
            <w:pPr>
              <w:spacing w:after="0"/>
              <w:jc w:val="left"/>
            </w:pPr>
            <w:r>
              <w:rPr>
                <w:sz w:val="16"/>
              </w:rPr>
              <w:t>none modeled</w:t>
            </w:r>
          </w:p>
        </w:tc>
        <w:tc>
          <w:tcPr>
            <w:tcW w:type="dxa" w:w="1037"/>
          </w:tcPr>
          <w:p>
            <w:pPr>
              <w:spacing w:after="0"/>
              <w:jc w:val="left"/>
            </w:pPr>
          </w:p>
        </w:tc>
        <w:tc>
          <w:tcPr>
            <w:tcW w:type="dxa" w:w="2033"/>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40"/>
        <w:gridCol w:w="1871"/>
        <w:gridCol w:w="1577"/>
        <w:gridCol w:w="1654"/>
        <w:gridCol w:w="1577"/>
        <w:gridCol w:w="4695"/>
      </w:tblGrid>
      <w:tr>
        <w:trPr>
          <w:cantSplit/>
          <w:tblHeader/>
        </w:trPr>
        <w:tc>
          <w:tcPr>
            <w:tcW w:type="dxa" w:w="2740"/>
            <w:vMerge w:val="restart"/>
            <w:shd w:val="clear" w:color="auto" w:fill="E8E8E8"/>
          </w:tcPr>
          <w:p>
            <w:pPr>
              <w:spacing w:after="0"/>
              <w:jc w:val="left"/>
            </w:pPr>
            <w:r>
              <w:rPr>
                <w:b/>
                <w:sz w:val="16"/>
              </w:rPr>
              <w:t>Hazard</w:t>
            </w:r>
          </w:p>
        </w:tc>
        <w:tc>
          <w:tcPr>
            <w:tcW w:type="dxa" w:w="18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77"/>
            <w:shd w:val="clear" w:color="auto" w:fill="E8E8E8"/>
          </w:tcPr>
          <w:p>
            <w:pPr>
              <w:spacing w:after="0"/>
              <w:jc w:val="right"/>
            </w:pPr>
            <w:r>
              <w:rPr>
                <w:b/>
                <w:sz w:val="16"/>
              </w:rPr>
              <w:t>Min</w:t>
            </w:r>
          </w:p>
        </w:tc>
        <w:tc>
          <w:tcPr>
            <w:tcW w:type="dxa" w:w="1654"/>
            <w:shd w:val="clear" w:color="auto" w:fill="E8E8E8"/>
          </w:tcPr>
          <w:p>
            <w:pPr>
              <w:spacing w:after="0"/>
              <w:jc w:val="right"/>
            </w:pPr>
            <w:r>
              <w:rPr>
                <w:b/>
                <w:sz w:val="16"/>
              </w:rPr>
              <w:t>Median</w:t>
            </w:r>
          </w:p>
        </w:tc>
        <w:tc>
          <w:tcPr>
            <w:tcW w:type="dxa" w:w="1577"/>
            <w:shd w:val="clear" w:color="auto" w:fill="E8E8E8"/>
          </w:tcPr>
          <w:p>
            <w:pPr>
              <w:spacing w:after="0"/>
              <w:jc w:val="right"/>
            </w:pPr>
            <w:r>
              <w:rPr>
                <w:b/>
                <w:sz w:val="16"/>
              </w:rPr>
              <w:t>Max</w:t>
            </w:r>
          </w:p>
        </w:tc>
        <w:tc>
          <w:tcPr>
            <w:tcW w:type="dxa" w:w="2352"/>
            <w:vMerge/>
          </w:tcPr>
          <w:p/>
        </w:tc>
      </w:tr>
      <w:tr>
        <w:trPr>
          <w:cantSplit/>
        </w:trPr>
        <w:tc>
          <w:tcPr>
            <w:tcW w:type="dxa" w:w="2740"/>
          </w:tcPr>
          <w:p>
            <w:pPr>
              <w:spacing w:after="0"/>
              <w:jc w:val="left"/>
            </w:pPr>
            <w:r>
              <w:rPr>
                <w:sz w:val="16"/>
              </w:rPr>
              <w:t>Coastal Flooding</w:t>
            </w:r>
          </w:p>
        </w:tc>
        <w:tc>
          <w:tcPr>
            <w:tcW w:type="dxa" w:w="1871"/>
          </w:tcPr>
          <w:p>
            <w:pPr>
              <w:spacing w:after="0"/>
              <w:jc w:val="right"/>
            </w:pPr>
            <w:r>
              <w:rPr>
                <w:sz w:val="16"/>
              </w:rPr>
              <w:t>0 of 24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24</w:t>
            </w:r>
          </w:p>
        </w:tc>
      </w:tr>
      <w:tr>
        <w:trPr>
          <w:cantSplit/>
        </w:trPr>
        <w:tc>
          <w:tcPr>
            <w:tcW w:type="dxa" w:w="2740"/>
          </w:tcPr>
          <w:p>
            <w:pPr>
              <w:spacing w:after="0"/>
              <w:jc w:val="left"/>
            </w:pPr>
            <w:r>
              <w:rPr>
                <w:sz w:val="16"/>
              </w:rPr>
              <w:t>Cold Wave</w:t>
            </w:r>
          </w:p>
        </w:tc>
        <w:tc>
          <w:tcPr>
            <w:tcW w:type="dxa" w:w="1871"/>
          </w:tcPr>
          <w:p>
            <w:pPr>
              <w:spacing w:after="0"/>
              <w:jc w:val="right"/>
            </w:pPr>
            <w:r>
              <w:rPr>
                <w:sz w:val="16"/>
              </w:rPr>
              <w:t>0 of 24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24</w:t>
            </w:r>
          </w:p>
        </w:tc>
      </w:tr>
      <w:tr>
        <w:trPr>
          <w:cantSplit/>
        </w:trPr>
        <w:tc>
          <w:tcPr>
            <w:tcW w:type="dxa" w:w="2740"/>
          </w:tcPr>
          <w:p>
            <w:pPr>
              <w:spacing w:after="0"/>
              <w:jc w:val="left"/>
            </w:pPr>
            <w:r>
              <w:rPr>
                <w:sz w:val="16"/>
              </w:rPr>
              <w:t>Drought</w:t>
            </w:r>
          </w:p>
        </w:tc>
        <w:tc>
          <w:tcPr>
            <w:tcW w:type="dxa" w:w="1871"/>
          </w:tcPr>
          <w:p>
            <w:pPr>
              <w:spacing w:after="0"/>
              <w:jc w:val="right"/>
            </w:pPr>
            <w:r>
              <w:rPr>
                <w:sz w:val="16"/>
              </w:rPr>
              <w:t>0 of 24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24</w:t>
            </w:r>
          </w:p>
        </w:tc>
      </w:tr>
      <w:tr>
        <w:trPr>
          <w:cantSplit/>
        </w:trPr>
        <w:tc>
          <w:tcPr>
            <w:tcW w:type="dxa" w:w="2740"/>
          </w:tcPr>
          <w:p>
            <w:pPr>
              <w:spacing w:after="0"/>
              <w:jc w:val="left"/>
            </w:pPr>
            <w:r>
              <w:rPr>
                <w:sz w:val="16"/>
              </w:rPr>
              <w:t>Earthquake</w:t>
            </w:r>
          </w:p>
        </w:tc>
        <w:tc>
          <w:tcPr>
            <w:tcW w:type="dxa" w:w="1871"/>
          </w:tcPr>
          <w:p>
            <w:pPr>
              <w:spacing w:after="0"/>
              <w:jc w:val="right"/>
            </w:pPr>
            <w:r>
              <w:rPr>
                <w:sz w:val="16"/>
              </w:rPr>
              <w:t>0 of 24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24</w:t>
            </w:r>
          </w:p>
        </w:tc>
      </w:tr>
      <w:tr>
        <w:trPr>
          <w:cantSplit/>
        </w:trPr>
        <w:tc>
          <w:tcPr>
            <w:tcW w:type="dxa" w:w="2740"/>
          </w:tcPr>
          <w:p>
            <w:pPr>
              <w:spacing w:after="0"/>
              <w:jc w:val="left"/>
            </w:pPr>
            <w:r>
              <w:rPr>
                <w:sz w:val="16"/>
              </w:rPr>
              <w:t>Hail</w:t>
            </w:r>
          </w:p>
        </w:tc>
        <w:tc>
          <w:tcPr>
            <w:tcW w:type="dxa" w:w="1871"/>
          </w:tcPr>
          <w:p>
            <w:pPr>
              <w:spacing w:after="0"/>
              <w:jc w:val="right"/>
            </w:pPr>
            <w:r>
              <w:rPr>
                <w:sz w:val="16"/>
              </w:rPr>
              <w:t>0 of 24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24</w:t>
            </w:r>
          </w:p>
        </w:tc>
      </w:tr>
      <w:tr>
        <w:trPr>
          <w:cantSplit/>
        </w:trPr>
        <w:tc>
          <w:tcPr>
            <w:tcW w:type="dxa" w:w="2740"/>
          </w:tcPr>
          <w:p>
            <w:pPr>
              <w:spacing w:after="0"/>
              <w:jc w:val="left"/>
            </w:pPr>
            <w:r>
              <w:rPr>
                <w:sz w:val="16"/>
              </w:rPr>
              <w:t>Heat Wave</w:t>
            </w:r>
          </w:p>
        </w:tc>
        <w:tc>
          <w:tcPr>
            <w:tcW w:type="dxa" w:w="1871"/>
          </w:tcPr>
          <w:p>
            <w:pPr>
              <w:spacing w:after="0"/>
              <w:jc w:val="right"/>
            </w:pPr>
            <w:r>
              <w:rPr>
                <w:sz w:val="16"/>
              </w:rPr>
              <w:t>0 of 24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24</w:t>
            </w:r>
          </w:p>
        </w:tc>
      </w:tr>
      <w:tr>
        <w:trPr>
          <w:cantSplit/>
        </w:trPr>
        <w:tc>
          <w:tcPr>
            <w:tcW w:type="dxa" w:w="2740"/>
          </w:tcPr>
          <w:p>
            <w:pPr>
              <w:spacing w:after="0"/>
              <w:jc w:val="left"/>
            </w:pPr>
            <w:r>
              <w:rPr>
                <w:sz w:val="16"/>
              </w:rPr>
              <w:t>Hurricane</w:t>
            </w:r>
          </w:p>
        </w:tc>
        <w:tc>
          <w:tcPr>
            <w:tcW w:type="dxa" w:w="1871"/>
          </w:tcPr>
          <w:p>
            <w:pPr>
              <w:spacing w:after="0"/>
              <w:jc w:val="right"/>
            </w:pPr>
            <w:r>
              <w:rPr>
                <w:sz w:val="16"/>
              </w:rPr>
              <w:t>0 of 24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24</w:t>
            </w:r>
          </w:p>
        </w:tc>
      </w:tr>
      <w:tr>
        <w:trPr>
          <w:cantSplit/>
        </w:trPr>
        <w:tc>
          <w:tcPr>
            <w:tcW w:type="dxa" w:w="2740"/>
          </w:tcPr>
          <w:p>
            <w:pPr>
              <w:spacing w:after="0"/>
              <w:jc w:val="left"/>
            </w:pPr>
            <w:r>
              <w:rPr>
                <w:sz w:val="16"/>
              </w:rPr>
              <w:t>Inland Flooding</w:t>
            </w:r>
          </w:p>
        </w:tc>
        <w:tc>
          <w:tcPr>
            <w:tcW w:type="dxa" w:w="1871"/>
          </w:tcPr>
          <w:p>
            <w:pPr>
              <w:spacing w:after="0"/>
              <w:jc w:val="right"/>
            </w:pPr>
            <w:r>
              <w:rPr>
                <w:sz w:val="16"/>
              </w:rPr>
              <w:t>0 of 24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24</w:t>
            </w:r>
          </w:p>
        </w:tc>
      </w:tr>
      <w:tr>
        <w:trPr>
          <w:cantSplit/>
        </w:trPr>
        <w:tc>
          <w:tcPr>
            <w:tcW w:type="dxa" w:w="2740"/>
          </w:tcPr>
          <w:p>
            <w:pPr>
              <w:spacing w:after="0"/>
              <w:jc w:val="left"/>
            </w:pPr>
            <w:r>
              <w:rPr>
                <w:sz w:val="16"/>
              </w:rPr>
              <w:t>Landslide</w:t>
            </w:r>
          </w:p>
        </w:tc>
        <w:tc>
          <w:tcPr>
            <w:tcW w:type="dxa" w:w="1871"/>
          </w:tcPr>
          <w:p>
            <w:pPr>
              <w:spacing w:after="0"/>
              <w:jc w:val="right"/>
            </w:pPr>
            <w:r>
              <w:rPr>
                <w:sz w:val="16"/>
              </w:rPr>
              <w:t>0 of 24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24</w:t>
            </w:r>
          </w:p>
        </w:tc>
      </w:tr>
      <w:tr>
        <w:trPr>
          <w:cantSplit/>
        </w:trPr>
        <w:tc>
          <w:tcPr>
            <w:tcW w:type="dxa" w:w="2740"/>
          </w:tcPr>
          <w:p>
            <w:pPr>
              <w:spacing w:after="0"/>
              <w:jc w:val="left"/>
            </w:pPr>
            <w:r>
              <w:rPr>
                <w:sz w:val="16"/>
              </w:rPr>
              <w:t>Lightning</w:t>
            </w:r>
          </w:p>
        </w:tc>
        <w:tc>
          <w:tcPr>
            <w:tcW w:type="dxa" w:w="1871"/>
          </w:tcPr>
          <w:p>
            <w:pPr>
              <w:spacing w:after="0"/>
              <w:jc w:val="right"/>
            </w:pPr>
            <w:r>
              <w:rPr>
                <w:sz w:val="16"/>
              </w:rPr>
              <w:t>0 of 24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24</w:t>
            </w:r>
          </w:p>
        </w:tc>
      </w:tr>
      <w:tr>
        <w:trPr>
          <w:cantSplit/>
        </w:trPr>
        <w:tc>
          <w:tcPr>
            <w:tcW w:type="dxa" w:w="2740"/>
          </w:tcPr>
          <w:p>
            <w:pPr>
              <w:spacing w:after="0"/>
              <w:jc w:val="left"/>
            </w:pPr>
            <w:r>
              <w:rPr>
                <w:sz w:val="16"/>
              </w:rPr>
              <w:t>Strong Wind</w:t>
            </w:r>
          </w:p>
        </w:tc>
        <w:tc>
          <w:tcPr>
            <w:tcW w:type="dxa" w:w="1871"/>
          </w:tcPr>
          <w:p>
            <w:pPr>
              <w:spacing w:after="0"/>
              <w:jc w:val="right"/>
            </w:pPr>
            <w:r>
              <w:rPr>
                <w:sz w:val="16"/>
              </w:rPr>
              <w:t>0 of 24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24</w:t>
            </w:r>
          </w:p>
        </w:tc>
      </w:tr>
      <w:tr>
        <w:trPr>
          <w:cantSplit/>
        </w:trPr>
        <w:tc>
          <w:tcPr>
            <w:tcW w:type="dxa" w:w="2740"/>
          </w:tcPr>
          <w:p>
            <w:pPr>
              <w:spacing w:after="0"/>
              <w:jc w:val="left"/>
            </w:pPr>
            <w:r>
              <w:rPr>
                <w:sz w:val="16"/>
              </w:rPr>
              <w:t>Tornado</w:t>
            </w:r>
          </w:p>
        </w:tc>
        <w:tc>
          <w:tcPr>
            <w:tcW w:type="dxa" w:w="1871"/>
          </w:tcPr>
          <w:p>
            <w:pPr>
              <w:spacing w:after="0"/>
              <w:jc w:val="right"/>
            </w:pPr>
            <w:r>
              <w:rPr>
                <w:sz w:val="16"/>
              </w:rPr>
              <w:t>0 of 24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24</w:t>
            </w:r>
          </w:p>
        </w:tc>
      </w:tr>
      <w:tr>
        <w:trPr>
          <w:cantSplit/>
        </w:trPr>
        <w:tc>
          <w:tcPr>
            <w:tcW w:type="dxa" w:w="2740"/>
          </w:tcPr>
          <w:p>
            <w:pPr>
              <w:spacing w:after="0"/>
              <w:jc w:val="left"/>
            </w:pPr>
            <w:r>
              <w:rPr>
                <w:sz w:val="16"/>
              </w:rPr>
              <w:t>Tsunami</w:t>
            </w:r>
          </w:p>
        </w:tc>
        <w:tc>
          <w:tcPr>
            <w:tcW w:type="dxa" w:w="1871"/>
          </w:tcPr>
          <w:p>
            <w:pPr>
              <w:spacing w:after="0"/>
              <w:jc w:val="right"/>
            </w:pPr>
            <w:r>
              <w:rPr>
                <w:sz w:val="16"/>
              </w:rPr>
              <w:t>0 of 24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Not Applicable 16, Insufficient Data 8</w:t>
            </w:r>
          </w:p>
        </w:tc>
      </w:tr>
      <w:tr>
        <w:trPr>
          <w:cantSplit/>
        </w:trPr>
        <w:tc>
          <w:tcPr>
            <w:tcW w:type="dxa" w:w="2740"/>
          </w:tcPr>
          <w:p>
            <w:pPr>
              <w:spacing w:after="0"/>
              <w:jc w:val="left"/>
            </w:pPr>
            <w:r>
              <w:rPr>
                <w:sz w:val="16"/>
              </w:rPr>
              <w:t>Volcanic Activity</w:t>
            </w:r>
          </w:p>
        </w:tc>
        <w:tc>
          <w:tcPr>
            <w:tcW w:type="dxa" w:w="1871"/>
          </w:tcPr>
          <w:p>
            <w:pPr>
              <w:spacing w:after="0"/>
              <w:jc w:val="right"/>
            </w:pPr>
            <w:r>
              <w:rPr>
                <w:sz w:val="16"/>
              </w:rPr>
              <w:t>0 of 24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Not Applicable 24</w:t>
            </w:r>
          </w:p>
        </w:tc>
      </w:tr>
      <w:tr>
        <w:trPr>
          <w:cantSplit/>
        </w:trPr>
        <w:tc>
          <w:tcPr>
            <w:tcW w:type="dxa" w:w="2740"/>
          </w:tcPr>
          <w:p>
            <w:pPr>
              <w:spacing w:after="0"/>
              <w:jc w:val="left"/>
            </w:pPr>
            <w:r>
              <w:rPr>
                <w:sz w:val="16"/>
              </w:rPr>
              <w:t>Wildfire</w:t>
            </w:r>
          </w:p>
        </w:tc>
        <w:tc>
          <w:tcPr>
            <w:tcW w:type="dxa" w:w="1871"/>
          </w:tcPr>
          <w:p>
            <w:pPr>
              <w:spacing w:after="0"/>
              <w:jc w:val="right"/>
            </w:pPr>
            <w:r>
              <w:rPr>
                <w:sz w:val="16"/>
              </w:rPr>
              <w:t>0 of 24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24</w:t>
            </w:r>
          </w:p>
        </w:tc>
      </w:tr>
      <w:tr>
        <w:trPr>
          <w:cantSplit/>
        </w:trPr>
        <w:tc>
          <w:tcPr>
            <w:tcW w:type="dxa" w:w="2740"/>
          </w:tcPr>
          <w:p>
            <w:pPr>
              <w:spacing w:after="0"/>
              <w:jc w:val="left"/>
            </w:pPr>
            <w:r>
              <w:rPr>
                <w:sz w:val="16"/>
              </w:rPr>
              <w:t>Winter Weather</w:t>
            </w:r>
          </w:p>
        </w:tc>
        <w:tc>
          <w:tcPr>
            <w:tcW w:type="dxa" w:w="1871"/>
          </w:tcPr>
          <w:p>
            <w:pPr>
              <w:spacing w:after="0"/>
              <w:jc w:val="right"/>
            </w:pPr>
            <w:r>
              <w:rPr>
                <w:sz w:val="16"/>
              </w:rPr>
              <w:t>0 of 24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08"/>
        <w:gridCol w:w="680"/>
        <w:gridCol w:w="1681"/>
        <w:gridCol w:w="1909"/>
        <w:gridCol w:w="1909"/>
        <w:gridCol w:w="1823"/>
        <w:gridCol w:w="4603"/>
      </w:tblGrid>
      <w:tr>
        <w:trPr>
          <w:cantSplit/>
          <w:tblHeader/>
        </w:trPr>
        <w:tc>
          <w:tcPr>
            <w:tcW w:type="dxa" w:w="150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681"/>
            <w:shd w:val="clear" w:color="auto" w:fill="E8E8E8"/>
          </w:tcPr>
          <w:p>
            <w:pPr>
              <w:spacing w:after="0"/>
              <w:jc w:val="left"/>
            </w:pPr>
            <w:r>
              <w:rPr>
                <w:b/>
                <w:sz w:val="16"/>
              </w:rPr>
              <w:t>Plan status</w:t>
            </w:r>
          </w:p>
        </w:tc>
        <w:tc>
          <w:tcPr>
            <w:tcW w:type="dxa" w:w="190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0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2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603"/>
            <w:shd w:val="clear" w:color="auto" w:fill="E8E8E8"/>
          </w:tcPr>
          <w:p>
            <w:pPr>
              <w:spacing w:after="0"/>
              <w:jc w:val="left"/>
            </w:pPr>
            <w:r>
              <w:rPr>
                <w:b/>
                <w:sz w:val="16"/>
              </w:rPr>
              <w:t>Notes</w:t>
            </w:r>
          </w:p>
        </w:tc>
      </w:tr>
      <w:tr>
        <w:trPr>
          <w:cantSplit/>
        </w:trPr>
        <w:tc>
          <w:tcPr>
            <w:tcW w:type="dxa" w:w="1508"/>
          </w:tcPr>
          <w:p>
            <w:pPr>
              <w:spacing w:after="0"/>
              <w:jc w:val="left"/>
            </w:pPr>
            <w:r>
              <w:rPr>
                <w:sz w:val="16"/>
              </w:rPr>
              <w:t>Arecibo Municipio</w:t>
            </w:r>
          </w:p>
        </w:tc>
        <w:tc>
          <w:tcPr>
            <w:tcW w:type="dxa" w:w="680"/>
          </w:tcPr>
          <w:p>
            <w:pPr>
              <w:spacing w:after="0"/>
              <w:jc w:val="left"/>
            </w:pPr>
            <w:r>
              <w:rPr>
                <w:sz w:val="16"/>
              </w:rPr>
              <w:t>County</w:t>
            </w:r>
          </w:p>
        </w:tc>
        <w:tc>
          <w:tcPr>
            <w:tcW w:type="dxa" w:w="1681"/>
          </w:tcPr>
          <w:p>
            <w:pPr>
              <w:spacing w:after="0"/>
              <w:jc w:val="left"/>
            </w:pPr>
            <w:r>
              <w:rPr>
                <w:sz w:val="16"/>
              </w:rPr>
              <w:t>Expired on 2025-04-23</w:t>
            </w:r>
          </w:p>
        </w:tc>
        <w:tc>
          <w:tcPr>
            <w:tcW w:type="dxa" w:w="1909"/>
          </w:tcPr>
          <w:p>
            <w:pPr>
              <w:spacing w:after="0"/>
              <w:jc w:val="right"/>
            </w:pPr>
            <w:r>
              <w:rPr>
                <w:sz w:val="16"/>
              </w:rPr>
              <w:t>FMA RL 3, SRL 13; any 87</w:t>
            </w:r>
          </w:p>
        </w:tc>
        <w:tc>
          <w:tcPr>
            <w:tcW w:type="dxa" w:w="1909"/>
          </w:tcPr>
          <w:p>
            <w:pPr>
              <w:spacing w:after="0"/>
              <w:jc w:val="right"/>
            </w:pPr>
            <w:r>
              <w:rPr>
                <w:sz w:val="16"/>
              </w:rPr>
              <w:t>$78,648,722.60</w:t>
            </w:r>
          </w:p>
        </w:tc>
        <w:tc>
          <w:tcPr>
            <w:tcW w:type="dxa" w:w="1823"/>
          </w:tcPr>
          <w:p>
            <w:pPr>
              <w:spacing w:after="0"/>
              <w:jc w:val="right"/>
            </w:pPr>
            <w:r>
              <w:rPr>
                <w:sz w:val="16"/>
              </w:rPr>
              <w:t>0 total; 0 since its plan</w:t>
            </w:r>
          </w:p>
        </w:tc>
        <w:tc>
          <w:tcPr>
            <w:tcW w:type="dxa" w:w="4603"/>
          </w:tcPr>
          <w:p>
            <w:pPr>
              <w:spacing w:after="0"/>
              <w:jc w:val="left"/>
            </w:pPr>
            <w:r>
              <w:rPr>
                <w:sz w:val="16"/>
              </w:rPr>
              <w:t>Puerto Rico commonwealth community (720000): this row counts only its properties in this municipio, as the county table does. Includes $59,794.21 for declarations not counted as hazard incidents (DR-4493-PR).</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1"/>
        <w:gridCol w:w="1483"/>
        <w:gridCol w:w="1215"/>
        <w:gridCol w:w="1040"/>
        <w:gridCol w:w="1126"/>
        <w:gridCol w:w="1126"/>
        <w:gridCol w:w="1171"/>
        <w:gridCol w:w="1037"/>
        <w:gridCol w:w="1154"/>
        <w:gridCol w:w="1066"/>
        <w:gridCol w:w="1321"/>
        <w:gridCol w:w="1331"/>
      </w:tblGrid>
      <w:tr>
        <w:trPr>
          <w:cantSplit/>
          <w:tblHeader/>
        </w:trPr>
        <w:tc>
          <w:tcPr>
            <w:tcW w:type="dxa" w:w="1041"/>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2020-04-24</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1"/>
            <w:shd w:val="clear" w:color="auto" w:fill="E8E8E8"/>
          </w:tcPr>
          <w:p>
            <w:pPr>
              <w:spacing w:after="0"/>
              <w:jc w:val="left"/>
            </w:pPr>
            <w:r>
              <w:rPr>
                <w:b/>
                <w:sz w:val="16"/>
              </w:rPr>
              <w:t>Note</w:t>
            </w:r>
          </w:p>
        </w:tc>
      </w:tr>
      <w:tr>
        <w:trPr>
          <w:cantSplit/>
        </w:trPr>
        <w:tc>
          <w:tcPr>
            <w:tcW w:type="dxa" w:w="1041"/>
          </w:tcPr>
          <w:p>
            <w:pPr>
              <w:spacing w:after="0"/>
              <w:jc w:val="left"/>
            </w:pPr>
            <w:r>
              <w:rPr>
                <w:sz w:val="16"/>
              </w:rPr>
              <w:t>Coastal Flooding</w:t>
            </w:r>
          </w:p>
        </w:tc>
        <w:tc>
          <w:tcPr>
            <w:tcW w:type="dxa" w:w="1483"/>
          </w:tcPr>
          <w:p>
            <w:pPr>
              <w:spacing w:after="0"/>
              <w:jc w:val="right"/>
            </w:pPr>
            <w:r>
              <w:rPr>
                <w:sz w:val="16"/>
              </w:rPr>
              <w:t>$1,223,561,871</w:t>
            </w:r>
          </w:p>
        </w:tc>
        <w:tc>
          <w:tcPr>
            <w:tcW w:type="dxa" w:w="1215"/>
          </w:tcPr>
          <w:p>
            <w:pPr>
              <w:spacing w:after="0"/>
              <w:jc w:val="right"/>
            </w:pPr>
            <w:r>
              <w:rPr>
                <w:sz w:val="16"/>
              </w:rPr>
              <w:t>n/a</w:t>
            </w:r>
          </w:p>
        </w:tc>
        <w:tc>
          <w:tcPr>
            <w:tcW w:type="dxa" w:w="1040"/>
          </w:tcPr>
          <w:p>
            <w:pPr>
              <w:spacing w:after="0"/>
              <w:jc w:val="right"/>
            </w:pPr>
            <w:r>
              <w:rPr>
                <w:sz w:val="16"/>
              </w:rPr>
              <w:t>4,769</w:t>
            </w:r>
          </w:p>
        </w:tc>
        <w:tc>
          <w:tcPr>
            <w:tcW w:type="dxa" w:w="1126"/>
          </w:tcPr>
          <w:p>
            <w:pPr>
              <w:spacing w:after="0"/>
              <w:jc w:val="right"/>
            </w:pPr>
            <w:r>
              <w:rPr>
                <w:sz w:val="16"/>
              </w:rPr>
              <w:t>$16,801</w:t>
            </w:r>
          </w:p>
        </w:tc>
        <w:tc>
          <w:tcPr>
            <w:tcW w:type="dxa" w:w="1126"/>
          </w:tcPr>
          <w:p>
            <w:pPr>
              <w:spacing w:after="0"/>
              <w:jc w:val="right"/>
            </w:pPr>
            <w:r>
              <w:rPr>
                <w:sz w:val="16"/>
              </w:rPr>
              <w:t>n/a</w:t>
            </w:r>
          </w:p>
        </w:tc>
        <w:tc>
          <w:tcPr>
            <w:tcW w:type="dxa" w:w="1171"/>
          </w:tcPr>
          <w:p>
            <w:pPr>
              <w:spacing w:after="0"/>
              <w:jc w:val="right"/>
            </w:pPr>
            <w:r>
              <w:rPr>
                <w:sz w:val="16"/>
              </w:rPr>
              <w:t>$4,481</w:t>
            </w:r>
          </w:p>
        </w:tc>
        <w:tc>
          <w:tcPr>
            <w:tcW w:type="dxa" w:w="1037"/>
          </w:tcPr>
          <w:p>
            <w:pPr>
              <w:spacing w:after="0"/>
              <w:jc w:val="right"/>
            </w:pPr>
            <w:r>
              <w:rPr>
                <w:sz w:val="16"/>
              </w:rPr>
              <w:t>0.00137%</w:t>
            </w:r>
          </w:p>
        </w:tc>
        <w:tc>
          <w:tcPr>
            <w:tcW w:type="dxa" w:w="1154"/>
          </w:tcPr>
          <w:p>
            <w:pPr>
              <w:spacing w:after="0"/>
              <w:jc w:val="right"/>
            </w:pPr>
          </w:p>
        </w:tc>
        <w:tc>
          <w:tcPr>
            <w:tcW w:type="dxa" w:w="1066"/>
          </w:tcPr>
          <w:p>
            <w:pPr>
              <w:spacing w:after="0"/>
              <w:jc w:val="right"/>
            </w:pPr>
            <w:r>
              <w:rPr>
                <w:sz w:val="16"/>
              </w:rPr>
              <w:t>$15,900</w:t>
            </w:r>
          </w:p>
        </w:tc>
        <w:tc>
          <w:tcPr>
            <w:tcW w:type="dxa" w:w="1321"/>
          </w:tcPr>
          <w:p>
            <w:pPr>
              <w:spacing w:after="0"/>
              <w:jc w:val="right"/>
            </w:pPr>
          </w:p>
        </w:tc>
        <w:tc>
          <w:tcPr>
            <w:tcW w:type="dxa" w:w="1331"/>
          </w:tcPr>
          <w:p>
            <w:pPr>
              <w:spacing w:after="0"/>
              <w:jc w:val="left"/>
            </w:pPr>
          </w:p>
        </w:tc>
      </w:tr>
      <w:tr>
        <w:trPr>
          <w:cantSplit/>
        </w:trPr>
        <w:tc>
          <w:tcPr>
            <w:tcW w:type="dxa" w:w="1041"/>
          </w:tcPr>
          <w:p>
            <w:pPr>
              <w:spacing w:after="0"/>
              <w:jc w:val="left"/>
            </w:pPr>
            <w:r>
              <w:rPr>
                <w:sz w:val="16"/>
              </w:rPr>
              <w:t>Cold Wave</w:t>
            </w:r>
          </w:p>
        </w:tc>
        <w:tc>
          <w:tcPr>
            <w:tcW w:type="dxa" w:w="1483"/>
          </w:tcPr>
          <w:p>
            <w:pPr>
              <w:spacing w:after="0"/>
              <w:jc w:val="right"/>
            </w:pPr>
            <w:r>
              <w:rPr>
                <w:sz w:val="16"/>
              </w:rPr>
              <w:t>$0</w:t>
            </w:r>
          </w:p>
        </w:tc>
        <w:tc>
          <w:tcPr>
            <w:tcW w:type="dxa" w:w="1215"/>
          </w:tcPr>
          <w:p>
            <w:pPr>
              <w:spacing w:after="0"/>
              <w:jc w:val="right"/>
            </w:pPr>
            <w:r>
              <w:rPr>
                <w:sz w:val="16"/>
              </w:rPr>
              <w:t>$0</w:t>
            </w:r>
          </w:p>
        </w:tc>
        <w:tc>
          <w:tcPr>
            <w:tcW w:type="dxa" w:w="1040"/>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1"/>
          </w:tcPr>
          <w:p>
            <w:pPr>
              <w:spacing w:after="0"/>
              <w:jc w:val="right"/>
            </w:pPr>
            <w:r>
              <w:rPr>
                <w:sz w:val="16"/>
              </w:rPr>
              <w:t>$0</w:t>
            </w:r>
          </w:p>
        </w:tc>
        <w:tc>
          <w:tcPr>
            <w:tcW w:type="dxa" w:w="1037"/>
          </w:tcPr>
          <w:p>
            <w:pPr>
              <w:spacing w:after="0"/>
              <w:jc w:val="right"/>
            </w:pP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r>
              <w:rPr>
                <w:sz w:val="16"/>
              </w:rPr>
              <w:t>building exposure is 0 in NRI</w:t>
            </w:r>
          </w:p>
        </w:tc>
      </w:tr>
      <w:tr>
        <w:trPr>
          <w:cantSplit/>
        </w:trPr>
        <w:tc>
          <w:tcPr>
            <w:tcW w:type="dxa" w:w="1041"/>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71"/>
          </w:tcPr>
          <w:p>
            <w:pPr>
              <w:spacing w:after="0"/>
              <w:jc w:val="right"/>
            </w:pPr>
            <w:r>
              <w:rPr>
                <w:sz w:val="16"/>
              </w:rPr>
              <w:t>n/a</w:t>
            </w:r>
          </w:p>
        </w:tc>
        <w:tc>
          <w:tcPr>
            <w:tcW w:type="dxa" w:w="1037"/>
          </w:tcPr>
          <w:p>
            <w:pPr>
              <w:spacing w:after="0"/>
              <w:jc w:val="right"/>
            </w:pP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331"/>
          </w:tcPr>
          <w:p>
            <w:pPr>
              <w:spacing w:after="0"/>
              <w:jc w:val="left"/>
            </w:pPr>
            <w:r>
              <w:rPr>
                <w:sz w:val="16"/>
              </w:rPr>
              <w:t>agriculture exposure is 0 in NRI</w:t>
            </w:r>
          </w:p>
        </w:tc>
      </w:tr>
      <w:tr>
        <w:trPr>
          <w:cantSplit/>
        </w:trPr>
        <w:tc>
          <w:tcPr>
            <w:tcW w:type="dxa" w:w="1041"/>
          </w:tcPr>
          <w:p>
            <w:pPr>
              <w:spacing w:after="0"/>
              <w:jc w:val="left"/>
            </w:pPr>
            <w:r>
              <w:rPr>
                <w:sz w:val="16"/>
              </w:rPr>
              <w:t>Earthquake</w:t>
            </w:r>
          </w:p>
        </w:tc>
        <w:tc>
          <w:tcPr>
            <w:tcW w:type="dxa" w:w="1483"/>
          </w:tcPr>
          <w:p>
            <w:pPr>
              <w:spacing w:after="0"/>
              <w:jc w:val="right"/>
            </w:pPr>
            <w:r>
              <w:rPr>
                <w:sz w:val="16"/>
              </w:rPr>
              <w:t>$21,730,359,772</w:t>
            </w:r>
          </w:p>
        </w:tc>
        <w:tc>
          <w:tcPr>
            <w:tcW w:type="dxa" w:w="1215"/>
          </w:tcPr>
          <w:p>
            <w:pPr>
              <w:spacing w:after="0"/>
              <w:jc w:val="right"/>
            </w:pPr>
            <w:r>
              <w:rPr>
                <w:sz w:val="16"/>
              </w:rPr>
              <w:t>n/a</w:t>
            </w:r>
          </w:p>
        </w:tc>
        <w:tc>
          <w:tcPr>
            <w:tcW w:type="dxa" w:w="1040"/>
          </w:tcPr>
          <w:p>
            <w:pPr>
              <w:spacing w:after="0"/>
              <w:jc w:val="right"/>
            </w:pPr>
            <w:r>
              <w:rPr>
                <w:sz w:val="16"/>
              </w:rPr>
              <w:t>87,754</w:t>
            </w:r>
          </w:p>
        </w:tc>
        <w:tc>
          <w:tcPr>
            <w:tcW w:type="dxa" w:w="1126"/>
          </w:tcPr>
          <w:p>
            <w:pPr>
              <w:spacing w:after="0"/>
              <w:jc w:val="right"/>
            </w:pPr>
            <w:r>
              <w:rPr>
                <w:sz w:val="16"/>
              </w:rPr>
              <w:t>$12,060,205</w:t>
            </w:r>
          </w:p>
        </w:tc>
        <w:tc>
          <w:tcPr>
            <w:tcW w:type="dxa" w:w="1126"/>
          </w:tcPr>
          <w:p>
            <w:pPr>
              <w:spacing w:after="0"/>
              <w:jc w:val="right"/>
            </w:pPr>
            <w:r>
              <w:rPr>
                <w:sz w:val="16"/>
              </w:rPr>
              <w:t>n/a</w:t>
            </w:r>
          </w:p>
        </w:tc>
        <w:tc>
          <w:tcPr>
            <w:tcW w:type="dxa" w:w="1171"/>
          </w:tcPr>
          <w:p>
            <w:pPr>
              <w:spacing w:after="0"/>
              <w:jc w:val="right"/>
            </w:pPr>
            <w:r>
              <w:rPr>
                <w:sz w:val="16"/>
              </w:rPr>
              <w:t>$12,524,676</w:t>
            </w:r>
          </w:p>
        </w:tc>
        <w:tc>
          <w:tcPr>
            <w:tcW w:type="dxa" w:w="1037"/>
          </w:tcPr>
          <w:p>
            <w:pPr>
              <w:spacing w:after="0"/>
              <w:jc w:val="right"/>
            </w:pPr>
            <w:r>
              <w:rPr>
                <w:sz w:val="16"/>
              </w:rPr>
              <w:t>0.0555%</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41"/>
          </w:tcPr>
          <w:p>
            <w:pPr>
              <w:spacing w:after="0"/>
              <w:jc w:val="left"/>
            </w:pPr>
            <w:r>
              <w:rPr>
                <w:sz w:val="16"/>
              </w:rPr>
              <w:t>Hail</w:t>
            </w:r>
          </w:p>
        </w:tc>
        <w:tc>
          <w:tcPr>
            <w:tcW w:type="dxa" w:w="1483"/>
          </w:tcPr>
          <w:p>
            <w:pPr>
              <w:spacing w:after="0"/>
              <w:jc w:val="right"/>
            </w:pPr>
            <w:r>
              <w:rPr>
                <w:sz w:val="16"/>
              </w:rPr>
              <w:t>$13,366,050,700</w:t>
            </w:r>
          </w:p>
        </w:tc>
        <w:tc>
          <w:tcPr>
            <w:tcW w:type="dxa" w:w="1215"/>
          </w:tcPr>
          <w:p>
            <w:pPr>
              <w:spacing w:after="0"/>
              <w:jc w:val="right"/>
            </w:pPr>
            <w:r>
              <w:rPr>
                <w:sz w:val="16"/>
              </w:rPr>
              <w:t>$174,788,277</w:t>
            </w:r>
          </w:p>
        </w:tc>
        <w:tc>
          <w:tcPr>
            <w:tcW w:type="dxa" w:w="1040"/>
          </w:tcPr>
          <w:p>
            <w:pPr>
              <w:spacing w:after="0"/>
              <w:jc w:val="right"/>
            </w:pPr>
            <w:r>
              <w:rPr>
                <w:sz w:val="16"/>
              </w:rPr>
              <w:t>87,581</w:t>
            </w:r>
          </w:p>
        </w:tc>
        <w:tc>
          <w:tcPr>
            <w:tcW w:type="dxa" w:w="1126"/>
          </w:tcPr>
          <w:p>
            <w:pPr>
              <w:spacing w:after="0"/>
              <w:jc w:val="right"/>
            </w:pPr>
            <w:r>
              <w:rPr>
                <w:sz w:val="16"/>
              </w:rPr>
              <w:t>$6,274</w:t>
            </w:r>
          </w:p>
        </w:tc>
        <w:tc>
          <w:tcPr>
            <w:tcW w:type="dxa" w:w="1126"/>
          </w:tcPr>
          <w:p>
            <w:pPr>
              <w:spacing w:after="0"/>
              <w:jc w:val="right"/>
            </w:pPr>
            <w:r>
              <w:rPr>
                <w:sz w:val="16"/>
              </w:rPr>
              <w:t>$1,236</w:t>
            </w:r>
          </w:p>
        </w:tc>
        <w:tc>
          <w:tcPr>
            <w:tcW w:type="dxa" w:w="1171"/>
          </w:tcPr>
          <w:p>
            <w:pPr>
              <w:spacing w:after="0"/>
              <w:jc w:val="right"/>
            </w:pPr>
            <w:r>
              <w:rPr>
                <w:sz w:val="16"/>
              </w:rPr>
              <w:t>$1,230</w:t>
            </w:r>
          </w:p>
        </w:tc>
        <w:tc>
          <w:tcPr>
            <w:tcW w:type="dxa" w:w="1037"/>
          </w:tcPr>
          <w:p>
            <w:pPr>
              <w:spacing w:after="0"/>
              <w:jc w:val="right"/>
            </w:pPr>
            <w:r>
              <w:rPr>
                <w:sz w:val="16"/>
              </w:rPr>
              <w:t>under 0.0001%</w:t>
            </w:r>
          </w:p>
        </w:tc>
        <w:tc>
          <w:tcPr>
            <w:tcW w:type="dxa" w:w="1154"/>
          </w:tcPr>
          <w:p>
            <w:pPr>
              <w:spacing w:after="0"/>
              <w:jc w:val="right"/>
            </w:pPr>
            <w:r>
              <w:rPr>
                <w:sz w:val="16"/>
              </w:rPr>
              <w:t>$10</w:t>
            </w: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41"/>
          </w:tcPr>
          <w:p>
            <w:pPr>
              <w:spacing w:after="0"/>
              <w:jc w:val="left"/>
            </w:pPr>
            <w:r>
              <w:rPr>
                <w:sz w:val="16"/>
              </w:rPr>
              <w:t>Heat Wave</w:t>
            </w:r>
          </w:p>
        </w:tc>
        <w:tc>
          <w:tcPr>
            <w:tcW w:type="dxa" w:w="1483"/>
          </w:tcPr>
          <w:p>
            <w:pPr>
              <w:spacing w:after="0"/>
              <w:jc w:val="right"/>
            </w:pPr>
            <w:r>
              <w:rPr>
                <w:sz w:val="16"/>
              </w:rPr>
              <w:t>$12,682,761,084</w:t>
            </w:r>
          </w:p>
        </w:tc>
        <w:tc>
          <w:tcPr>
            <w:tcW w:type="dxa" w:w="1215"/>
          </w:tcPr>
          <w:p>
            <w:pPr>
              <w:spacing w:after="0"/>
              <w:jc w:val="right"/>
            </w:pPr>
            <w:r>
              <w:rPr>
                <w:sz w:val="16"/>
              </w:rPr>
              <w:t>$174,788,277</w:t>
            </w:r>
          </w:p>
        </w:tc>
        <w:tc>
          <w:tcPr>
            <w:tcW w:type="dxa" w:w="1040"/>
          </w:tcPr>
          <w:p>
            <w:pPr>
              <w:spacing w:after="0"/>
              <w:jc w:val="right"/>
            </w:pPr>
            <w:r>
              <w:rPr>
                <w:sz w:val="16"/>
              </w:rPr>
              <w:t>85,731</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1"/>
          </w:tcPr>
          <w:p>
            <w:pPr>
              <w:spacing w:after="0"/>
              <w:jc w:val="right"/>
            </w:pPr>
            <w:r>
              <w:rPr>
                <w:sz w:val="16"/>
              </w:rPr>
              <w:t>$0</w:t>
            </w:r>
          </w:p>
        </w:tc>
        <w:tc>
          <w:tcPr>
            <w:tcW w:type="dxa" w:w="1037"/>
          </w:tcPr>
          <w:p>
            <w:pPr>
              <w:spacing w:after="0"/>
              <w:jc w:val="right"/>
            </w:pPr>
            <w:r>
              <w:rPr>
                <w:sz w:val="16"/>
              </w:rPr>
              <w:t>0%</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331"/>
          </w:tcPr>
          <w:p>
            <w:pPr>
              <w:spacing w:after="0"/>
              <w:jc w:val="left"/>
            </w:pPr>
          </w:p>
        </w:tc>
      </w:tr>
      <w:tr>
        <w:trPr>
          <w:cantSplit/>
        </w:trPr>
        <w:tc>
          <w:tcPr>
            <w:tcW w:type="dxa" w:w="1041"/>
          </w:tcPr>
          <w:p>
            <w:pPr>
              <w:spacing w:after="0"/>
              <w:jc w:val="left"/>
            </w:pPr>
            <w:r>
              <w:rPr>
                <w:sz w:val="16"/>
              </w:rPr>
              <w:t>Hurricane</w:t>
            </w:r>
          </w:p>
        </w:tc>
        <w:tc>
          <w:tcPr>
            <w:tcW w:type="dxa" w:w="1483"/>
          </w:tcPr>
          <w:p>
            <w:pPr>
              <w:spacing w:after="0"/>
              <w:jc w:val="right"/>
            </w:pPr>
            <w:r>
              <w:rPr>
                <w:sz w:val="16"/>
              </w:rPr>
              <w:t>$13,364,542,885</w:t>
            </w:r>
          </w:p>
        </w:tc>
        <w:tc>
          <w:tcPr>
            <w:tcW w:type="dxa" w:w="1215"/>
          </w:tcPr>
          <w:p>
            <w:pPr>
              <w:spacing w:after="0"/>
              <w:jc w:val="right"/>
            </w:pPr>
            <w:r>
              <w:rPr>
                <w:sz w:val="16"/>
              </w:rPr>
              <w:t>$174,788,277</w:t>
            </w:r>
          </w:p>
        </w:tc>
        <w:tc>
          <w:tcPr>
            <w:tcW w:type="dxa" w:w="1040"/>
          </w:tcPr>
          <w:p>
            <w:pPr>
              <w:spacing w:after="0"/>
              <w:jc w:val="right"/>
            </w:pPr>
            <w:r>
              <w:rPr>
                <w:sz w:val="16"/>
              </w:rPr>
              <w:t>87,569</w:t>
            </w:r>
          </w:p>
        </w:tc>
        <w:tc>
          <w:tcPr>
            <w:tcW w:type="dxa" w:w="1126"/>
          </w:tcPr>
          <w:p>
            <w:pPr>
              <w:spacing w:after="0"/>
              <w:jc w:val="right"/>
            </w:pPr>
            <w:r>
              <w:rPr>
                <w:sz w:val="16"/>
              </w:rPr>
              <w:t>$34,225,452</w:t>
            </w:r>
          </w:p>
        </w:tc>
        <w:tc>
          <w:tcPr>
            <w:tcW w:type="dxa" w:w="1126"/>
          </w:tcPr>
          <w:p>
            <w:pPr>
              <w:spacing w:after="0"/>
              <w:jc w:val="right"/>
            </w:pPr>
            <w:r>
              <w:rPr>
                <w:sz w:val="16"/>
              </w:rPr>
              <w:t>$1,403,181</w:t>
            </w:r>
          </w:p>
        </w:tc>
        <w:tc>
          <w:tcPr>
            <w:tcW w:type="dxa" w:w="1171"/>
          </w:tcPr>
          <w:p>
            <w:pPr>
              <w:spacing w:after="0"/>
              <w:jc w:val="right"/>
            </w:pPr>
            <w:r>
              <w:rPr>
                <w:sz w:val="16"/>
              </w:rPr>
              <w:t>$2,331,627</w:t>
            </w:r>
          </w:p>
        </w:tc>
        <w:tc>
          <w:tcPr>
            <w:tcW w:type="dxa" w:w="1037"/>
          </w:tcPr>
          <w:p>
            <w:pPr>
              <w:spacing w:after="0"/>
              <w:jc w:val="right"/>
            </w:pPr>
            <w:r>
              <w:rPr>
                <w:sz w:val="16"/>
              </w:rPr>
              <w:t>0.256%</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r>
              <w:rPr>
                <w:sz w:val="16"/>
              </w:rPr>
              <w:t>$1,136,982.67</w:t>
            </w:r>
          </w:p>
        </w:tc>
        <w:tc>
          <w:tcPr>
            <w:tcW w:type="dxa" w:w="1331"/>
          </w:tcPr>
          <w:p>
            <w:pPr>
              <w:spacing w:after="0"/>
              <w:jc w:val="left"/>
            </w:pPr>
          </w:p>
        </w:tc>
      </w:tr>
      <w:tr>
        <w:trPr>
          <w:cantSplit/>
        </w:trPr>
        <w:tc>
          <w:tcPr>
            <w:tcW w:type="dxa" w:w="1041"/>
          </w:tcPr>
          <w:p>
            <w:pPr>
              <w:spacing w:after="0"/>
              <w:jc w:val="left"/>
            </w:pPr>
            <w:r>
              <w:rPr>
                <w:sz w:val="16"/>
              </w:rPr>
              <w:t>Inland Flooding</w:t>
            </w:r>
          </w:p>
        </w:tc>
        <w:tc>
          <w:tcPr>
            <w:tcW w:type="dxa" w:w="1483"/>
          </w:tcPr>
          <w:p>
            <w:pPr>
              <w:spacing w:after="0"/>
              <w:jc w:val="right"/>
            </w:pPr>
            <w:r>
              <w:rPr>
                <w:sz w:val="16"/>
              </w:rPr>
              <w:t>$13,351,379,008</w:t>
            </w:r>
          </w:p>
        </w:tc>
        <w:tc>
          <w:tcPr>
            <w:tcW w:type="dxa" w:w="1215"/>
          </w:tcPr>
          <w:p>
            <w:pPr>
              <w:spacing w:after="0"/>
              <w:jc w:val="right"/>
            </w:pPr>
            <w:r>
              <w:rPr>
                <w:sz w:val="16"/>
              </w:rPr>
              <w:t>$59,637,422</w:t>
            </w:r>
          </w:p>
        </w:tc>
        <w:tc>
          <w:tcPr>
            <w:tcW w:type="dxa" w:w="1040"/>
          </w:tcPr>
          <w:p>
            <w:pPr>
              <w:spacing w:after="0"/>
              <w:jc w:val="right"/>
            </w:pPr>
            <w:r>
              <w:rPr>
                <w:sz w:val="16"/>
              </w:rPr>
              <w:t>4,243</w:t>
            </w:r>
          </w:p>
        </w:tc>
        <w:tc>
          <w:tcPr>
            <w:tcW w:type="dxa" w:w="1126"/>
          </w:tcPr>
          <w:p>
            <w:pPr>
              <w:spacing w:after="0"/>
              <w:jc w:val="right"/>
            </w:pPr>
            <w:r>
              <w:rPr>
                <w:sz w:val="16"/>
              </w:rPr>
              <w:t>$8,464,438</w:t>
            </w:r>
          </w:p>
        </w:tc>
        <w:tc>
          <w:tcPr>
            <w:tcW w:type="dxa" w:w="1126"/>
          </w:tcPr>
          <w:p>
            <w:pPr>
              <w:spacing w:after="0"/>
              <w:jc w:val="right"/>
            </w:pPr>
            <w:r>
              <w:rPr>
                <w:sz w:val="16"/>
              </w:rPr>
              <w:t>$174,244</w:t>
            </w:r>
          </w:p>
        </w:tc>
        <w:tc>
          <w:tcPr>
            <w:tcW w:type="dxa" w:w="1171"/>
          </w:tcPr>
          <w:p>
            <w:pPr>
              <w:spacing w:after="0"/>
              <w:jc w:val="right"/>
            </w:pPr>
            <w:r>
              <w:rPr>
                <w:sz w:val="16"/>
              </w:rPr>
              <w:t>$616,776</w:t>
            </w:r>
          </w:p>
        </w:tc>
        <w:tc>
          <w:tcPr>
            <w:tcW w:type="dxa" w:w="1037"/>
          </w:tcPr>
          <w:p>
            <w:pPr>
              <w:spacing w:after="0"/>
              <w:jc w:val="right"/>
            </w:pPr>
            <w:r>
              <w:rPr>
                <w:sz w:val="16"/>
              </w:rPr>
              <w:t>n/a (see note)</w:t>
            </w:r>
          </w:p>
        </w:tc>
        <w:tc>
          <w:tcPr>
            <w:tcW w:type="dxa" w:w="1154"/>
          </w:tcPr>
          <w:p>
            <w:pPr>
              <w:spacing w:after="0"/>
              <w:jc w:val="right"/>
            </w:pPr>
            <w:r>
              <w:rPr>
                <w:sz w:val="16"/>
              </w:rPr>
              <w:t>$61,400</w:t>
            </w:r>
          </w:p>
        </w:tc>
        <w:tc>
          <w:tcPr>
            <w:tcW w:type="dxa" w:w="1066"/>
          </w:tcPr>
          <w:p>
            <w:pPr>
              <w:spacing w:after="0"/>
              <w:jc w:val="right"/>
            </w:pPr>
          </w:p>
        </w:tc>
        <w:tc>
          <w:tcPr>
            <w:tcW w:type="dxa" w:w="1321"/>
          </w:tcPr>
          <w:p>
            <w:pPr>
              <w:spacing w:after="0"/>
              <w:jc w:val="right"/>
            </w:pPr>
            <w:r>
              <w:rPr>
                <w:sz w:val="16"/>
              </w:rPr>
              <w:t>no Public Assistance recorded (2 declarations)</w:t>
            </w:r>
          </w:p>
        </w:tc>
        <w:tc>
          <w:tcPr>
            <w:tcW w:type="dxa" w:w="13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1"/>
          </w:tcPr>
          <w:p>
            <w:pPr>
              <w:spacing w:after="0"/>
              <w:jc w:val="left"/>
            </w:pPr>
            <w:r>
              <w:rPr>
                <w:sz w:val="16"/>
              </w:rPr>
              <w:t>Landslide</w:t>
            </w:r>
          </w:p>
        </w:tc>
        <w:tc>
          <w:tcPr>
            <w:tcW w:type="dxa" w:w="1483"/>
          </w:tcPr>
          <w:p>
            <w:pPr>
              <w:spacing w:after="0"/>
              <w:jc w:val="right"/>
            </w:pPr>
            <w:r>
              <w:rPr>
                <w:sz w:val="16"/>
              </w:rPr>
              <w:t>$1,087,425,727</w:t>
            </w:r>
          </w:p>
        </w:tc>
        <w:tc>
          <w:tcPr>
            <w:tcW w:type="dxa" w:w="1215"/>
          </w:tcPr>
          <w:p>
            <w:pPr>
              <w:spacing w:after="0"/>
              <w:jc w:val="right"/>
            </w:pPr>
            <w:r>
              <w:rPr>
                <w:sz w:val="16"/>
              </w:rPr>
              <w:t>n/a</w:t>
            </w:r>
          </w:p>
        </w:tc>
        <w:tc>
          <w:tcPr>
            <w:tcW w:type="dxa" w:w="1040"/>
          </w:tcPr>
          <w:p>
            <w:pPr>
              <w:spacing w:after="0"/>
              <w:jc w:val="right"/>
            </w:pPr>
            <w:r>
              <w:rPr>
                <w:sz w:val="16"/>
              </w:rPr>
              <w:t>8,909</w:t>
            </w:r>
          </w:p>
        </w:tc>
        <w:tc>
          <w:tcPr>
            <w:tcW w:type="dxa" w:w="1126"/>
          </w:tcPr>
          <w:p>
            <w:pPr>
              <w:spacing w:after="0"/>
              <w:jc w:val="right"/>
            </w:pPr>
            <w:r>
              <w:rPr>
                <w:sz w:val="16"/>
              </w:rPr>
              <w:t>$2,127,770</w:t>
            </w:r>
          </w:p>
        </w:tc>
        <w:tc>
          <w:tcPr>
            <w:tcW w:type="dxa" w:w="1126"/>
          </w:tcPr>
          <w:p>
            <w:pPr>
              <w:spacing w:after="0"/>
              <w:jc w:val="right"/>
            </w:pPr>
            <w:r>
              <w:rPr>
                <w:sz w:val="16"/>
              </w:rPr>
              <w:t>n/a</w:t>
            </w:r>
          </w:p>
        </w:tc>
        <w:tc>
          <w:tcPr>
            <w:tcW w:type="dxa" w:w="1171"/>
          </w:tcPr>
          <w:p>
            <w:pPr>
              <w:spacing w:after="0"/>
              <w:jc w:val="right"/>
            </w:pPr>
            <w:r>
              <w:rPr>
                <w:sz w:val="16"/>
              </w:rPr>
              <w:t>$9,647</w:t>
            </w:r>
          </w:p>
        </w:tc>
        <w:tc>
          <w:tcPr>
            <w:tcW w:type="dxa" w:w="1037"/>
          </w:tcPr>
          <w:p>
            <w:pPr>
              <w:spacing w:after="0"/>
              <w:jc w:val="right"/>
            </w:pPr>
            <w:r>
              <w:rPr>
                <w:sz w:val="16"/>
              </w:rPr>
              <w:t>0.196%</w:t>
            </w:r>
          </w:p>
        </w:tc>
        <w:tc>
          <w:tcPr>
            <w:tcW w:type="dxa" w:w="1154"/>
          </w:tcPr>
          <w:p>
            <w:pPr>
              <w:spacing w:after="0"/>
              <w:jc w:val="right"/>
            </w:pPr>
            <w:r>
              <w:rPr>
                <w:sz w:val="16"/>
              </w:rPr>
              <w:t>$12,500</w:t>
            </w:r>
          </w:p>
        </w:tc>
        <w:tc>
          <w:tcPr>
            <w:tcW w:type="dxa" w:w="1066"/>
          </w:tcPr>
          <w:p>
            <w:pPr>
              <w:spacing w:after="0"/>
              <w:jc w:val="right"/>
            </w:pPr>
          </w:p>
        </w:tc>
        <w:tc>
          <w:tcPr>
            <w:tcW w:type="dxa" w:w="1321"/>
          </w:tcPr>
          <w:p>
            <w:pPr>
              <w:spacing w:after="0"/>
              <w:jc w:val="right"/>
            </w:pPr>
            <w:r>
              <w:rPr>
                <w:sz w:val="16"/>
              </w:rPr>
              <w:t>no Public Assistance recorded (1 declaration)</w:t>
            </w:r>
          </w:p>
        </w:tc>
        <w:tc>
          <w:tcPr>
            <w:tcW w:type="dxa" w:w="1331"/>
          </w:tcPr>
          <w:p>
            <w:pPr>
              <w:spacing w:after="0"/>
              <w:jc w:val="left"/>
            </w:pPr>
          </w:p>
        </w:tc>
      </w:tr>
      <w:tr>
        <w:trPr>
          <w:cantSplit/>
        </w:trPr>
        <w:tc>
          <w:tcPr>
            <w:tcW w:type="dxa" w:w="1041"/>
          </w:tcPr>
          <w:p>
            <w:pPr>
              <w:spacing w:after="0"/>
              <w:jc w:val="left"/>
            </w:pPr>
            <w:r>
              <w:rPr>
                <w:sz w:val="16"/>
              </w:rPr>
              <w:t>Lightning</w:t>
            </w:r>
          </w:p>
        </w:tc>
        <w:tc>
          <w:tcPr>
            <w:tcW w:type="dxa" w:w="1483"/>
          </w:tcPr>
          <w:p>
            <w:pPr>
              <w:spacing w:after="0"/>
              <w:jc w:val="right"/>
            </w:pPr>
            <w:r>
              <w:rPr>
                <w:sz w:val="16"/>
              </w:rPr>
              <w:t>$13,366,050,700</w:t>
            </w:r>
          </w:p>
        </w:tc>
        <w:tc>
          <w:tcPr>
            <w:tcW w:type="dxa" w:w="1215"/>
          </w:tcPr>
          <w:p>
            <w:pPr>
              <w:spacing w:after="0"/>
              <w:jc w:val="right"/>
            </w:pPr>
            <w:r>
              <w:rPr>
                <w:sz w:val="16"/>
              </w:rPr>
              <w:t>n/a</w:t>
            </w:r>
          </w:p>
        </w:tc>
        <w:tc>
          <w:tcPr>
            <w:tcW w:type="dxa" w:w="1040"/>
          </w:tcPr>
          <w:p>
            <w:pPr>
              <w:spacing w:after="0"/>
              <w:jc w:val="right"/>
            </w:pPr>
            <w:r>
              <w:rPr>
                <w:sz w:val="16"/>
              </w:rPr>
              <w:t>87,581</w:t>
            </w:r>
          </w:p>
        </w:tc>
        <w:tc>
          <w:tcPr>
            <w:tcW w:type="dxa" w:w="1126"/>
          </w:tcPr>
          <w:p>
            <w:pPr>
              <w:spacing w:after="0"/>
              <w:jc w:val="right"/>
            </w:pPr>
            <w:r>
              <w:rPr>
                <w:sz w:val="16"/>
              </w:rPr>
              <w:t>$27,644</w:t>
            </w:r>
          </w:p>
        </w:tc>
        <w:tc>
          <w:tcPr>
            <w:tcW w:type="dxa" w:w="1126"/>
          </w:tcPr>
          <w:p>
            <w:pPr>
              <w:spacing w:after="0"/>
              <w:jc w:val="right"/>
            </w:pPr>
            <w:r>
              <w:rPr>
                <w:sz w:val="16"/>
              </w:rPr>
              <w:t>n/a</w:t>
            </w:r>
          </w:p>
        </w:tc>
        <w:tc>
          <w:tcPr>
            <w:tcW w:type="dxa" w:w="1171"/>
          </w:tcPr>
          <w:p>
            <w:pPr>
              <w:spacing w:after="0"/>
              <w:jc w:val="right"/>
            </w:pPr>
            <w:r>
              <w:rPr>
                <w:sz w:val="16"/>
              </w:rPr>
              <w:t>$1,077,158</w:t>
            </w:r>
          </w:p>
        </w:tc>
        <w:tc>
          <w:tcPr>
            <w:tcW w:type="dxa" w:w="1037"/>
          </w:tcPr>
          <w:p>
            <w:pPr>
              <w:spacing w:after="0"/>
              <w:jc w:val="right"/>
            </w:pPr>
            <w:r>
              <w:rPr>
                <w:sz w:val="16"/>
              </w:rPr>
              <w:t>0.000207%</w:t>
            </w:r>
          </w:p>
        </w:tc>
        <w:tc>
          <w:tcPr>
            <w:tcW w:type="dxa" w:w="1154"/>
          </w:tcPr>
          <w:p>
            <w:pPr>
              <w:spacing w:after="0"/>
              <w:jc w:val="right"/>
            </w:pPr>
            <w:r>
              <w:rPr>
                <w:sz w:val="16"/>
              </w:rPr>
              <w:t>$1,000</w:t>
            </w: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41"/>
          </w:tcPr>
          <w:p>
            <w:pPr>
              <w:spacing w:after="0"/>
              <w:jc w:val="left"/>
            </w:pPr>
            <w:r>
              <w:rPr>
                <w:sz w:val="16"/>
              </w:rPr>
              <w:t>Strong Wind</w:t>
            </w:r>
          </w:p>
        </w:tc>
        <w:tc>
          <w:tcPr>
            <w:tcW w:type="dxa" w:w="1483"/>
          </w:tcPr>
          <w:p>
            <w:pPr>
              <w:spacing w:after="0"/>
              <w:jc w:val="right"/>
            </w:pPr>
            <w:r>
              <w:rPr>
                <w:sz w:val="16"/>
              </w:rPr>
              <w:t>$13,366,050,700</w:t>
            </w:r>
          </w:p>
        </w:tc>
        <w:tc>
          <w:tcPr>
            <w:tcW w:type="dxa" w:w="1215"/>
          </w:tcPr>
          <w:p>
            <w:pPr>
              <w:spacing w:after="0"/>
              <w:jc w:val="right"/>
            </w:pPr>
            <w:r>
              <w:rPr>
                <w:sz w:val="16"/>
              </w:rPr>
              <w:t>$174,788,277</w:t>
            </w:r>
          </w:p>
        </w:tc>
        <w:tc>
          <w:tcPr>
            <w:tcW w:type="dxa" w:w="1040"/>
          </w:tcPr>
          <w:p>
            <w:pPr>
              <w:spacing w:after="0"/>
              <w:jc w:val="right"/>
            </w:pPr>
            <w:r>
              <w:rPr>
                <w:sz w:val="16"/>
              </w:rPr>
              <w:t>87,581</w:t>
            </w:r>
          </w:p>
        </w:tc>
        <w:tc>
          <w:tcPr>
            <w:tcW w:type="dxa" w:w="1126"/>
          </w:tcPr>
          <w:p>
            <w:pPr>
              <w:spacing w:after="0"/>
              <w:jc w:val="right"/>
            </w:pPr>
            <w:r>
              <w:rPr>
                <w:sz w:val="16"/>
              </w:rPr>
              <w:t>$92</w:t>
            </w:r>
          </w:p>
        </w:tc>
        <w:tc>
          <w:tcPr>
            <w:tcW w:type="dxa" w:w="1126"/>
          </w:tcPr>
          <w:p>
            <w:pPr>
              <w:spacing w:after="0"/>
              <w:jc w:val="right"/>
            </w:pPr>
            <w:r>
              <w:rPr>
                <w:sz w:val="16"/>
              </w:rPr>
              <w:t>under $1</w:t>
            </w:r>
          </w:p>
        </w:tc>
        <w:tc>
          <w:tcPr>
            <w:tcW w:type="dxa" w:w="1171"/>
          </w:tcPr>
          <w:p>
            <w:pPr>
              <w:spacing w:after="0"/>
              <w:jc w:val="right"/>
            </w:pPr>
            <w:r>
              <w:rPr>
                <w:sz w:val="16"/>
              </w:rPr>
              <w:t>$297</w:t>
            </w:r>
          </w:p>
        </w:tc>
        <w:tc>
          <w:tcPr>
            <w:tcW w:type="dxa" w:w="1037"/>
          </w:tcPr>
          <w:p>
            <w:pPr>
              <w:spacing w:after="0"/>
              <w:jc w:val="right"/>
            </w:pPr>
            <w:r>
              <w:rPr>
                <w:sz w:val="16"/>
              </w:rPr>
              <w:t>under 0.0001%</w:t>
            </w:r>
          </w:p>
        </w:tc>
        <w:tc>
          <w:tcPr>
            <w:tcW w:type="dxa" w:w="1154"/>
          </w:tcPr>
          <w:p>
            <w:pPr>
              <w:spacing w:after="0"/>
              <w:jc w:val="right"/>
            </w:pPr>
            <w:r>
              <w:rPr>
                <w:sz w:val="16"/>
              </w:rPr>
              <w:t>$8,500</w:t>
            </w: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41"/>
          </w:tcPr>
          <w:p>
            <w:pPr>
              <w:spacing w:after="0"/>
              <w:jc w:val="left"/>
            </w:pPr>
            <w:r>
              <w:rPr>
                <w:sz w:val="16"/>
              </w:rPr>
              <w:t>Tornado</w:t>
            </w:r>
          </w:p>
        </w:tc>
        <w:tc>
          <w:tcPr>
            <w:tcW w:type="dxa" w:w="1483"/>
          </w:tcPr>
          <w:p>
            <w:pPr>
              <w:spacing w:after="0"/>
              <w:jc w:val="right"/>
            </w:pPr>
            <w:r>
              <w:rPr>
                <w:sz w:val="16"/>
              </w:rPr>
              <w:t>$13,366,050,700</w:t>
            </w:r>
          </w:p>
        </w:tc>
        <w:tc>
          <w:tcPr>
            <w:tcW w:type="dxa" w:w="1215"/>
          </w:tcPr>
          <w:p>
            <w:pPr>
              <w:spacing w:after="0"/>
              <w:jc w:val="right"/>
            </w:pPr>
            <w:r>
              <w:rPr>
                <w:sz w:val="16"/>
              </w:rPr>
              <w:t>$174,788,277</w:t>
            </w:r>
          </w:p>
        </w:tc>
        <w:tc>
          <w:tcPr>
            <w:tcW w:type="dxa" w:w="1040"/>
          </w:tcPr>
          <w:p>
            <w:pPr>
              <w:spacing w:after="0"/>
              <w:jc w:val="right"/>
            </w:pPr>
            <w:r>
              <w:rPr>
                <w:sz w:val="16"/>
              </w:rPr>
              <w:t>87,581</w:t>
            </w:r>
          </w:p>
        </w:tc>
        <w:tc>
          <w:tcPr>
            <w:tcW w:type="dxa" w:w="1126"/>
          </w:tcPr>
          <w:p>
            <w:pPr>
              <w:spacing w:after="0"/>
              <w:jc w:val="right"/>
            </w:pPr>
            <w:r>
              <w:rPr>
                <w:sz w:val="16"/>
              </w:rPr>
              <w:t>$27,513</w:t>
            </w:r>
          </w:p>
        </w:tc>
        <w:tc>
          <w:tcPr>
            <w:tcW w:type="dxa" w:w="1126"/>
          </w:tcPr>
          <w:p>
            <w:pPr>
              <w:spacing w:after="0"/>
              <w:jc w:val="right"/>
            </w:pPr>
            <w:r>
              <w:rPr>
                <w:sz w:val="16"/>
              </w:rPr>
              <w:t>$193</w:t>
            </w:r>
          </w:p>
        </w:tc>
        <w:tc>
          <w:tcPr>
            <w:tcW w:type="dxa" w:w="1171"/>
          </w:tcPr>
          <w:p>
            <w:pPr>
              <w:spacing w:after="0"/>
              <w:jc w:val="right"/>
            </w:pPr>
            <w:r>
              <w:rPr>
                <w:sz w:val="16"/>
              </w:rPr>
              <w:t>$31,497</w:t>
            </w:r>
          </w:p>
        </w:tc>
        <w:tc>
          <w:tcPr>
            <w:tcW w:type="dxa" w:w="1037"/>
          </w:tcPr>
          <w:p>
            <w:pPr>
              <w:spacing w:after="0"/>
              <w:jc w:val="right"/>
            </w:pPr>
            <w:r>
              <w:rPr>
                <w:sz w:val="16"/>
              </w:rPr>
              <w:t>0.000206%</w:t>
            </w:r>
          </w:p>
        </w:tc>
        <w:tc>
          <w:tcPr>
            <w:tcW w:type="dxa" w:w="1154"/>
          </w:tcPr>
          <w:p>
            <w:pPr>
              <w:spacing w:after="0"/>
              <w:jc w:val="right"/>
            </w:pPr>
            <w:r>
              <w:rPr>
                <w:sz w:val="16"/>
              </w:rPr>
              <w:t>$7,500</w:t>
            </w: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41"/>
          </w:tcPr>
          <w:p>
            <w:pPr>
              <w:spacing w:after="0"/>
              <w:jc w:val="left"/>
            </w:pPr>
            <w:r>
              <w:rPr>
                <w:sz w:val="16"/>
              </w:rPr>
              <w:t>Tsunami</w:t>
            </w:r>
          </w:p>
        </w:tc>
        <w:tc>
          <w:tcPr>
            <w:tcW w:type="dxa" w:w="1483"/>
          </w:tcPr>
          <w:p>
            <w:pPr>
              <w:spacing w:after="0"/>
              <w:jc w:val="right"/>
            </w:pPr>
            <w:r>
              <w:rPr>
                <w:sz w:val="16"/>
              </w:rPr>
              <w:t>$3,167,414,145</w:t>
            </w:r>
          </w:p>
        </w:tc>
        <w:tc>
          <w:tcPr>
            <w:tcW w:type="dxa" w:w="1215"/>
          </w:tcPr>
          <w:p>
            <w:pPr>
              <w:spacing w:after="0"/>
              <w:jc w:val="right"/>
            </w:pPr>
            <w:r>
              <w:rPr>
                <w:sz w:val="16"/>
              </w:rPr>
              <w:t>n/a</w:t>
            </w:r>
          </w:p>
        </w:tc>
        <w:tc>
          <w:tcPr>
            <w:tcW w:type="dxa" w:w="1040"/>
          </w:tcPr>
          <w:p>
            <w:pPr>
              <w:spacing w:after="0"/>
              <w:jc w:val="right"/>
            </w:pPr>
            <w:r>
              <w:rPr>
                <w:sz w:val="16"/>
              </w:rPr>
              <w:t>3,913</w:t>
            </w:r>
          </w:p>
        </w:tc>
        <w:tc>
          <w:tcPr>
            <w:tcW w:type="dxa" w:w="1126"/>
          </w:tcPr>
          <w:p>
            <w:pPr>
              <w:spacing w:after="0"/>
              <w:jc w:val="right"/>
            </w:pPr>
            <w:r>
              <w:rPr>
                <w:sz w:val="16"/>
              </w:rPr>
              <w:t>$501,909</w:t>
            </w:r>
          </w:p>
        </w:tc>
        <w:tc>
          <w:tcPr>
            <w:tcW w:type="dxa" w:w="1126"/>
          </w:tcPr>
          <w:p>
            <w:pPr>
              <w:spacing w:after="0"/>
              <w:jc w:val="right"/>
            </w:pPr>
            <w:r>
              <w:rPr>
                <w:sz w:val="16"/>
              </w:rPr>
              <w:t>n/a</w:t>
            </w:r>
          </w:p>
        </w:tc>
        <w:tc>
          <w:tcPr>
            <w:tcW w:type="dxa" w:w="1171"/>
          </w:tcPr>
          <w:p>
            <w:pPr>
              <w:spacing w:after="0"/>
              <w:jc w:val="right"/>
            </w:pPr>
            <w:r>
              <w:rPr>
                <w:sz w:val="16"/>
              </w:rPr>
              <w:t>$30,283,416</w:t>
            </w:r>
          </w:p>
        </w:tc>
        <w:tc>
          <w:tcPr>
            <w:tcW w:type="dxa" w:w="1037"/>
          </w:tcPr>
          <w:p>
            <w:pPr>
              <w:spacing w:after="0"/>
              <w:jc w:val="right"/>
            </w:pPr>
            <w:r>
              <w:rPr>
                <w:sz w:val="16"/>
              </w:rPr>
              <w:t>0.0158%</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41"/>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71"/>
          </w:tcPr>
          <w:p>
            <w:pPr>
              <w:spacing w:after="0"/>
              <w:jc w:val="right"/>
            </w:pPr>
          </w:p>
        </w:tc>
        <w:tc>
          <w:tcPr>
            <w:tcW w:type="dxa" w:w="1037"/>
          </w:tcPr>
          <w:p>
            <w:pPr>
              <w:spacing w:after="0"/>
              <w:jc w:val="right"/>
            </w:pP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r>
              <w:rPr>
                <w:sz w:val="16"/>
              </w:rPr>
              <w:t>Not Applicable in NRI for this county</w:t>
            </w:r>
          </w:p>
        </w:tc>
      </w:tr>
      <w:tr>
        <w:trPr>
          <w:cantSplit/>
        </w:trPr>
        <w:tc>
          <w:tcPr>
            <w:tcW w:type="dxa" w:w="1041"/>
          </w:tcPr>
          <w:p>
            <w:pPr>
              <w:spacing w:after="0"/>
              <w:jc w:val="left"/>
            </w:pPr>
            <w:r>
              <w:rPr>
                <w:sz w:val="16"/>
              </w:rPr>
              <w:t>Wildfire</w:t>
            </w:r>
          </w:p>
        </w:tc>
        <w:tc>
          <w:tcPr>
            <w:tcW w:type="dxa" w:w="1483"/>
          </w:tcPr>
          <w:p>
            <w:pPr>
              <w:spacing w:after="0"/>
              <w:jc w:val="right"/>
            </w:pPr>
            <w:r>
              <w:rPr>
                <w:sz w:val="16"/>
              </w:rPr>
              <w:t>n/a</w:t>
            </w:r>
          </w:p>
        </w:tc>
        <w:tc>
          <w:tcPr>
            <w:tcW w:type="dxa" w:w="1215"/>
          </w:tcPr>
          <w:p>
            <w:pPr>
              <w:spacing w:after="0"/>
              <w:jc w:val="right"/>
            </w:pPr>
            <w:r>
              <w:rPr>
                <w:sz w:val="16"/>
              </w:rPr>
              <w:t>n/a</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71"/>
          </w:tcPr>
          <w:p>
            <w:pPr>
              <w:spacing w:after="0"/>
              <w:jc w:val="right"/>
            </w:pPr>
            <w:r>
              <w:rPr>
                <w:sz w:val="16"/>
              </w:rPr>
              <w:t>n/a</w:t>
            </w:r>
          </w:p>
        </w:tc>
        <w:tc>
          <w:tcPr>
            <w:tcW w:type="dxa" w:w="1037"/>
          </w:tcPr>
          <w:p>
            <w:pPr>
              <w:spacing w:after="0"/>
              <w:jc w:val="right"/>
            </w:pP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r>
              <w:rPr>
                <w:sz w:val="16"/>
              </w:rPr>
              <w:t>NRI publishes no building exposure for this county</w:t>
            </w:r>
          </w:p>
        </w:tc>
      </w:tr>
      <w:tr>
        <w:trPr>
          <w:cantSplit/>
        </w:trPr>
        <w:tc>
          <w:tcPr>
            <w:tcW w:type="dxa" w:w="1041"/>
          </w:tcPr>
          <w:p>
            <w:pPr>
              <w:spacing w:after="0"/>
              <w:jc w:val="left"/>
            </w:pPr>
            <w:r>
              <w:rPr>
                <w:sz w:val="16"/>
              </w:rPr>
              <w:t>Winter Weather</w:t>
            </w:r>
          </w:p>
        </w:tc>
        <w:tc>
          <w:tcPr>
            <w:tcW w:type="dxa" w:w="1483"/>
          </w:tcPr>
          <w:p>
            <w:pPr>
              <w:spacing w:after="0"/>
              <w:jc w:val="right"/>
            </w:pPr>
            <w:r>
              <w:rPr>
                <w:sz w:val="16"/>
              </w:rPr>
              <w:t>$0</w:t>
            </w:r>
          </w:p>
        </w:tc>
        <w:tc>
          <w:tcPr>
            <w:tcW w:type="dxa" w:w="1215"/>
          </w:tcPr>
          <w:p>
            <w:pPr>
              <w:spacing w:after="0"/>
              <w:jc w:val="right"/>
            </w:pPr>
            <w:r>
              <w:rPr>
                <w:sz w:val="16"/>
              </w:rPr>
              <w:t>$0</w:t>
            </w:r>
          </w:p>
        </w:tc>
        <w:tc>
          <w:tcPr>
            <w:tcW w:type="dxa" w:w="1040"/>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1"/>
          </w:tcPr>
          <w:p>
            <w:pPr>
              <w:spacing w:after="0"/>
              <w:jc w:val="right"/>
            </w:pPr>
            <w:r>
              <w:rPr>
                <w:sz w:val="16"/>
              </w:rPr>
              <w:t>$0</w:t>
            </w:r>
          </w:p>
        </w:tc>
        <w:tc>
          <w:tcPr>
            <w:tcW w:type="dxa" w:w="1037"/>
          </w:tcPr>
          <w:p>
            <w:pPr>
              <w:spacing w:after="0"/>
              <w:jc w:val="right"/>
            </w:pP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2020-04-24 (Storm Events through 2026-06-30): 40 county-coded records, 39 with a damage value recorded (including $0), $90,910; 40 zone-level records, 40 with a damage value recorded (including $0), $15,900 reported for the zone; Public Assistance: $1,136,982.67 on 6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87,581</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$13,366,050,700</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$174,788,277</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$59,036,952</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$46,880,804</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w:t>
            </w:r>
          </w:p>
        </w:tc>
        <w:tc>
          <w:tcPr>
            <w:tcW w:type="dxa" w:w="1336"/>
          </w:tcPr>
          <w:p>
            <w:pPr>
              <w:spacing w:after="0"/>
              <w:jc w:val="right"/>
            </w:pPr>
            <w:r>
              <w:rPr>
                <w:sz w:val="16"/>
              </w:rPr>
              <w:t>13</w:t>
            </w:r>
          </w:p>
        </w:tc>
        <w:tc>
          <w:tcPr>
            <w:tcW w:type="dxa" w:w="1336"/>
          </w:tcPr>
          <w:p>
            <w:pPr>
              <w:spacing w:after="0"/>
              <w:jc w:val="right"/>
            </w:pPr>
            <w:r>
              <w:rPr>
                <w:sz w:val="16"/>
              </w:rPr>
              <w:t>85</w:t>
            </w:r>
          </w:p>
        </w:tc>
        <w:tc>
          <w:tcPr>
            <w:tcW w:type="dxa" w:w="1336"/>
          </w:tcPr>
          <w:p>
            <w:pPr>
              <w:spacing w:after="0"/>
              <w:jc w:val="right"/>
            </w:pPr>
            <w:r>
              <w:rPr>
                <w:sz w:val="16"/>
              </w:rPr>
              <w:t>10</w:t>
            </w:r>
          </w:p>
        </w:tc>
        <w:tc>
          <w:tcPr>
            <w:tcW w:type="dxa" w:w="1336"/>
          </w:tcPr>
          <w:p>
            <w:pPr>
              <w:spacing w:after="0"/>
              <w:jc w:val="right"/>
            </w:pPr>
            <w:r>
              <w:rPr>
                <w:sz w:val="16"/>
              </w:rPr>
              <w:t>87</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Commonwealth of Puerto Rico</w:t>
            </w:r>
          </w:p>
        </w:tc>
        <w:tc>
          <w:tcPr>
            <w:tcW w:type="dxa" w:w="1336"/>
          </w:tcPr>
          <w:p>
            <w:pPr>
              <w:spacing w:after="0"/>
              <w:jc w:val="right"/>
            </w:pPr>
            <w:r>
              <w:rPr>
                <w:sz w:val="16"/>
              </w:rPr>
              <w:t>3</w:t>
            </w:r>
          </w:p>
        </w:tc>
        <w:tc>
          <w:tcPr>
            <w:tcW w:type="dxa" w:w="1336"/>
          </w:tcPr>
          <w:p>
            <w:pPr>
              <w:spacing w:after="0"/>
              <w:jc w:val="right"/>
            </w:pPr>
            <w:r>
              <w:rPr>
                <w:sz w:val="16"/>
              </w:rPr>
              <w:t>13</w:t>
            </w:r>
          </w:p>
        </w:tc>
        <w:tc>
          <w:tcPr>
            <w:tcW w:type="dxa" w:w="1336"/>
          </w:tcPr>
          <w:p>
            <w:pPr>
              <w:spacing w:after="0"/>
              <w:jc w:val="right"/>
            </w:pPr>
            <w:r>
              <w:rPr>
                <w:sz w:val="16"/>
              </w:rPr>
              <w:t>85</w:t>
            </w:r>
          </w:p>
        </w:tc>
        <w:tc>
          <w:tcPr>
            <w:tcW w:type="dxa" w:w="1336"/>
          </w:tcPr>
          <w:p>
            <w:pPr>
              <w:spacing w:after="0"/>
              <w:jc w:val="right"/>
            </w:pPr>
            <w:r>
              <w:rPr>
                <w:sz w:val="16"/>
              </w:rPr>
              <w:t>10</w:t>
            </w:r>
          </w:p>
        </w:tc>
        <w:tc>
          <w:tcPr>
            <w:tcW w:type="dxa" w:w="1336"/>
          </w:tcPr>
          <w:p>
            <w:pPr>
              <w:spacing w:after="0"/>
              <w:jc w:val="right"/>
            </w:pPr>
            <w:r>
              <w:rPr>
                <w:sz w:val="16"/>
              </w:rPr>
              <w:t>87</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54</w:t>
            </w:r>
          </w:p>
        </w:tc>
        <w:tc>
          <w:tcPr>
            <w:tcW w:type="dxa" w:w="1336"/>
          </w:tcPr>
          <w:p>
            <w:pPr>
              <w:spacing w:after="0"/>
              <w:jc w:val="right"/>
            </w:pPr>
            <w:r>
              <w:rPr>
                <w:sz w:val="16"/>
              </w:rPr>
              <w:t>165</w:t>
            </w:r>
          </w:p>
        </w:tc>
        <w:tc>
          <w:tcPr>
            <w:tcW w:type="dxa" w:w="1336"/>
          </w:tcPr>
          <w:p>
            <w:pPr>
              <w:spacing w:after="0"/>
              <w:jc w:val="right"/>
            </w:pPr>
            <w:r>
              <w:rPr>
                <w:sz w:val="16"/>
              </w:rPr>
              <w:t>1,572</w:t>
            </w:r>
          </w:p>
        </w:tc>
        <w:tc>
          <w:tcPr>
            <w:tcW w:type="dxa" w:w="1336"/>
          </w:tcPr>
          <w:p>
            <w:pPr>
              <w:spacing w:after="0"/>
              <w:jc w:val="right"/>
            </w:pPr>
            <w:r>
              <w:rPr>
                <w:sz w:val="16"/>
              </w:rPr>
              <w:t>158</w:t>
            </w:r>
          </w:p>
        </w:tc>
        <w:tc>
          <w:tcPr>
            <w:tcW w:type="dxa" w:w="1336"/>
          </w:tcPr>
          <w:p>
            <w:pPr>
              <w:spacing w:after="0"/>
              <w:jc w:val="right"/>
            </w:pPr>
            <w:r>
              <w:rPr>
                <w:sz w:val="16"/>
              </w:rPr>
              <w:t>1,574</w:t>
            </w:r>
          </w:p>
        </w:tc>
        <w:tc>
          <w:tcPr>
            <w:tcW w:type="dxa" w:w="1336"/>
          </w:tcPr>
          <w:p>
            <w:pPr>
              <w:spacing w:after="0"/>
              <w:jc w:val="right"/>
            </w:pPr>
            <w:r>
              <w:rPr>
                <w:sz w:val="16"/>
              </w:rPr>
              <w:t>0</w:t>
            </w:r>
          </w:p>
        </w:tc>
        <w:tc>
          <w:tcPr>
            <w:tcW w:type="dxa" w:w="1487"/>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61"/>
        <w:gridCol w:w="1117"/>
        <w:gridCol w:w="1004"/>
        <w:gridCol w:w="1004"/>
        <w:gridCol w:w="1004"/>
        <w:gridCol w:w="1004"/>
        <w:gridCol w:w="1004"/>
        <w:gridCol w:w="1004"/>
        <w:gridCol w:w="1117"/>
        <w:gridCol w:w="4094"/>
      </w:tblGrid>
      <w:tr>
        <w:trPr>
          <w:cantSplit/>
          <w:tblHeader/>
        </w:trPr>
        <w:tc>
          <w:tcPr>
            <w:tcW w:type="dxa" w:w="1761"/>
            <w:shd w:val="clear" w:color="auto" w:fill="E8E8E8"/>
          </w:tcPr>
          <w:p>
            <w:pPr>
              <w:spacing w:after="0"/>
              <w:jc w:val="left"/>
            </w:pPr>
            <w:r>
              <w:rPr>
                <w:b/>
                <w:sz w:val="16"/>
              </w:rPr>
              <w:t>Jurisdiction</w:t>
            </w:r>
          </w:p>
        </w:tc>
        <w:tc>
          <w:tcPr>
            <w:tcW w:type="dxa" w:w="1117"/>
            <w:shd w:val="clear" w:color="auto" w:fill="E8E8E8"/>
          </w:tcPr>
          <w:p>
            <w:pPr>
              <w:spacing w:after="0"/>
              <w:jc w:val="left"/>
            </w:pPr>
            <w:r>
              <w:rPr>
                <w:b/>
                <w:sz w:val="16"/>
              </w:rPr>
              <w:t>NFIP community ID</w:t>
            </w:r>
          </w:p>
        </w:tc>
        <w:tc>
          <w:tcPr>
            <w:tcW w:type="dxa" w:w="1004"/>
            <w:shd w:val="clear" w:color="auto" w:fill="E8E8E8"/>
          </w:tcPr>
          <w:p>
            <w:pPr>
              <w:spacing w:after="0"/>
              <w:jc w:val="right"/>
            </w:pPr>
            <w:r>
              <w:rPr>
                <w:b/>
                <w:sz w:val="16"/>
              </w:rPr>
              <w:t>RL, FMA</w:t>
            </w:r>
          </w:p>
          <w:p>
            <w:pPr>
              <w:spacing w:after="0"/>
              <w:jc w:val="right"/>
            </w:pPr>
            <w:r>
              <w:rPr>
                <w:i/>
                <w:color w:val="555555"/>
                <w:sz w:val="14"/>
              </w:rPr>
              <w:t>properties</w:t>
            </w:r>
          </w:p>
        </w:tc>
        <w:tc>
          <w:tcPr>
            <w:tcW w:type="dxa" w:w="1004"/>
            <w:shd w:val="clear" w:color="auto" w:fill="E8E8E8"/>
          </w:tcPr>
          <w:p>
            <w:pPr>
              <w:spacing w:after="0"/>
              <w:jc w:val="right"/>
            </w:pPr>
            <w:r>
              <w:rPr>
                <w:b/>
                <w:sz w:val="16"/>
              </w:rPr>
              <w:t>SRL, FMA</w:t>
            </w:r>
          </w:p>
          <w:p>
            <w:pPr>
              <w:spacing w:after="0"/>
              <w:jc w:val="right"/>
            </w:pPr>
            <w:r>
              <w:rPr>
                <w:i/>
                <w:color w:val="555555"/>
                <w:sz w:val="14"/>
              </w:rPr>
              <w:t>properties</w:t>
            </w:r>
          </w:p>
        </w:tc>
        <w:tc>
          <w:tcPr>
            <w:tcW w:type="dxa" w:w="1004"/>
            <w:shd w:val="clear" w:color="auto" w:fill="E8E8E8"/>
          </w:tcPr>
          <w:p>
            <w:pPr>
              <w:spacing w:after="0"/>
              <w:jc w:val="right"/>
            </w:pPr>
            <w:r>
              <w:rPr>
                <w:b/>
                <w:sz w:val="16"/>
              </w:rPr>
              <w:t>RL, NFIP</w:t>
            </w:r>
          </w:p>
          <w:p>
            <w:pPr>
              <w:spacing w:after="0"/>
              <w:jc w:val="right"/>
            </w:pPr>
            <w:r>
              <w:rPr>
                <w:i/>
                <w:color w:val="555555"/>
                <w:sz w:val="14"/>
              </w:rPr>
              <w:t>properties</w:t>
            </w:r>
          </w:p>
        </w:tc>
        <w:tc>
          <w:tcPr>
            <w:tcW w:type="dxa" w:w="1004"/>
            <w:shd w:val="clear" w:color="auto" w:fill="E8E8E8"/>
          </w:tcPr>
          <w:p>
            <w:pPr>
              <w:spacing w:after="0"/>
              <w:jc w:val="right"/>
            </w:pPr>
            <w:r>
              <w:rPr>
                <w:b/>
                <w:sz w:val="16"/>
              </w:rPr>
              <w:t>SRL, NFIP</w:t>
            </w:r>
          </w:p>
          <w:p>
            <w:pPr>
              <w:spacing w:after="0"/>
              <w:jc w:val="right"/>
            </w:pPr>
            <w:r>
              <w:rPr>
                <w:i/>
                <w:color w:val="555555"/>
                <w:sz w:val="14"/>
              </w:rPr>
              <w:t>properties</w:t>
            </w:r>
          </w:p>
        </w:tc>
        <w:tc>
          <w:tcPr>
            <w:tcW w:type="dxa" w:w="100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04"/>
            <w:shd w:val="clear" w:color="auto" w:fill="E8E8E8"/>
          </w:tcPr>
          <w:p>
            <w:pPr>
              <w:spacing w:after="0"/>
              <w:jc w:val="right"/>
            </w:pPr>
            <w:r>
              <w:rPr>
                <w:b/>
                <w:sz w:val="16"/>
              </w:rPr>
              <w:t>Mitigated</w:t>
            </w:r>
          </w:p>
          <w:p>
            <w:pPr>
              <w:spacing w:after="0"/>
              <w:jc w:val="right"/>
            </w:pPr>
            <w:r>
              <w:rPr>
                <w:i/>
                <w:color w:val="555555"/>
                <w:sz w:val="14"/>
              </w:rPr>
              <w:t>properties</w:t>
            </w:r>
          </w:p>
        </w:tc>
        <w:tc>
          <w:tcPr>
            <w:tcW w:type="dxa" w:w="111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94"/>
            <w:shd w:val="clear" w:color="auto" w:fill="E8E8E8"/>
          </w:tcPr>
          <w:p>
            <w:pPr>
              <w:spacing w:after="0"/>
              <w:jc w:val="left"/>
            </w:pPr>
            <w:r>
              <w:rPr>
                <w:b/>
                <w:sz w:val="16"/>
              </w:rPr>
              <w:t>Note</w:t>
            </w:r>
          </w:p>
        </w:tc>
      </w:tr>
      <w:tr>
        <w:trPr>
          <w:cantSplit/>
        </w:trPr>
        <w:tc>
          <w:tcPr>
            <w:tcW w:type="dxa" w:w="1761"/>
          </w:tcPr>
          <w:p>
            <w:pPr>
              <w:spacing w:after="0"/>
              <w:jc w:val="left"/>
            </w:pPr>
            <w:r>
              <w:rPr>
                <w:sz w:val="16"/>
              </w:rPr>
              <w:t>Arecibo Municipio</w:t>
            </w:r>
          </w:p>
        </w:tc>
        <w:tc>
          <w:tcPr>
            <w:tcW w:type="dxa" w:w="1117"/>
          </w:tcPr>
          <w:p>
            <w:pPr>
              <w:spacing w:after="0"/>
              <w:jc w:val="left"/>
            </w:pPr>
            <w:r>
              <w:rPr>
                <w:sz w:val="16"/>
              </w:rPr>
              <w:t>720000</w:t>
            </w:r>
          </w:p>
        </w:tc>
        <w:tc>
          <w:tcPr>
            <w:tcW w:type="dxa" w:w="1004"/>
          </w:tcPr>
          <w:p>
            <w:pPr>
              <w:spacing w:after="0"/>
              <w:jc w:val="right"/>
            </w:pPr>
            <w:r>
              <w:rPr>
                <w:sz w:val="16"/>
              </w:rPr>
              <w:t>3</w:t>
            </w:r>
          </w:p>
        </w:tc>
        <w:tc>
          <w:tcPr>
            <w:tcW w:type="dxa" w:w="1004"/>
          </w:tcPr>
          <w:p>
            <w:pPr>
              <w:spacing w:after="0"/>
              <w:jc w:val="right"/>
            </w:pPr>
            <w:r>
              <w:rPr>
                <w:sz w:val="16"/>
              </w:rPr>
              <w:t>13</w:t>
            </w:r>
          </w:p>
        </w:tc>
        <w:tc>
          <w:tcPr>
            <w:tcW w:type="dxa" w:w="1004"/>
          </w:tcPr>
          <w:p>
            <w:pPr>
              <w:spacing w:after="0"/>
              <w:jc w:val="right"/>
            </w:pPr>
            <w:r>
              <w:rPr>
                <w:sz w:val="16"/>
              </w:rPr>
              <w:t>85</w:t>
            </w:r>
          </w:p>
        </w:tc>
        <w:tc>
          <w:tcPr>
            <w:tcW w:type="dxa" w:w="1004"/>
          </w:tcPr>
          <w:p>
            <w:pPr>
              <w:spacing w:after="0"/>
              <w:jc w:val="right"/>
            </w:pPr>
            <w:r>
              <w:rPr>
                <w:sz w:val="16"/>
              </w:rPr>
              <w:t>10</w:t>
            </w:r>
          </w:p>
        </w:tc>
        <w:tc>
          <w:tcPr>
            <w:tcW w:type="dxa" w:w="1004"/>
          </w:tcPr>
          <w:p>
            <w:pPr>
              <w:spacing w:after="0"/>
              <w:jc w:val="right"/>
            </w:pPr>
            <w:r>
              <w:rPr>
                <w:sz w:val="16"/>
              </w:rPr>
              <w:t>87</w:t>
            </w:r>
          </w:p>
        </w:tc>
        <w:tc>
          <w:tcPr>
            <w:tcW w:type="dxa" w:w="1004"/>
          </w:tcPr>
          <w:p>
            <w:pPr>
              <w:spacing w:after="0"/>
              <w:jc w:val="right"/>
            </w:pPr>
            <w:r>
              <w:rPr>
                <w:sz w:val="16"/>
              </w:rPr>
              <w:t>0</w:t>
            </w:r>
          </w:p>
        </w:tc>
        <w:tc>
          <w:tcPr>
            <w:tcW w:type="dxa" w:w="1117"/>
          </w:tcPr>
          <w:p>
            <w:pPr>
              <w:spacing w:after="0"/>
              <w:jc w:val="right"/>
            </w:pPr>
            <w:r>
              <w:rPr>
                <w:sz w:val="16"/>
              </w:rPr>
              <w:t>5</w:t>
            </w:r>
          </w:p>
        </w:tc>
        <w:tc>
          <w:tcPr>
            <w:tcW w:type="dxa" w:w="4094"/>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49</w:t>
            </w:r>
          </w:p>
        </w:tc>
        <w:tc>
          <w:tcPr>
            <w:tcW w:type="dxa" w:w="1496"/>
          </w:tcPr>
          <w:p>
            <w:pPr>
              <w:spacing w:after="0"/>
              <w:jc w:val="right"/>
            </w:pPr>
            <w:r>
              <w:rPr>
                <w:sz w:val="16"/>
              </w:rPr>
              <w:t>5</w:t>
            </w:r>
          </w:p>
        </w:tc>
        <w:tc>
          <w:tcPr>
            <w:tcW w:type="dxa" w:w="1496"/>
          </w:tcPr>
          <w:p>
            <w:pPr>
              <w:spacing w:after="0"/>
              <w:jc w:val="right"/>
            </w:pPr>
            <w:r>
              <w:rPr>
                <w:sz w:val="16"/>
              </w:rPr>
              <w:t>49</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34</w:t>
            </w:r>
          </w:p>
        </w:tc>
        <w:tc>
          <w:tcPr>
            <w:tcW w:type="dxa" w:w="1496"/>
          </w:tcPr>
          <w:p>
            <w:pPr>
              <w:spacing w:after="0"/>
              <w:jc w:val="right"/>
            </w:pPr>
            <w:r>
              <w:rPr>
                <w:sz w:val="16"/>
              </w:rPr>
              <w:t>4</w:t>
            </w:r>
          </w:p>
        </w:tc>
        <w:tc>
          <w:tcPr>
            <w:tcW w:type="dxa" w:w="1496"/>
          </w:tcPr>
          <w:p>
            <w:pPr>
              <w:spacing w:after="0"/>
              <w:jc w:val="right"/>
            </w:pPr>
            <w:r>
              <w:rPr>
                <w:sz w:val="16"/>
              </w:rPr>
              <w:t>36</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83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Arecibo Municipio, PR: risk-assessment baseline packet, release 2026-10 (data as of 2026-09-30; County FIPS 72013). Automated baseline. </w:t>
      </w:r>
      <w:hyperlink r:id="rId15">
        <w:r>
          <w:rPr>
            <w:color w:val="1F4E99"/>
            <w:sz w:val="17"/>
            <w:u w:val="single"/>
          </w:rPr>
          <w:t>https://hazardplain.org/pr/72013/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Arecibo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0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Arecibo Municipio, PR: Risk-assessment baseline packet</dc:title>
  <dc:subject>Hazard Plain release 2026-10, as of 2026-09-30. Automated baseline</dc:subject>
  <dc:creator>Hazard Plain</dc:creator>
  <cp:keywords>Hazard Plain; hazard mitigation; risk assessment; 72013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