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Aguas Buenas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2025-09-15</w:t>
      </w:r>
    </w:p>
    <w:p>
      <w:pPr>
        <w:keepNext/>
        <w:spacing w:after="40" w:before="0"/>
      </w:pPr>
      <w:r>
        <w:rPr>
          <w:b/>
        </w:rPr>
        <w:t xml:space="preserve">Plan: </w:t>
      </w:r>
      <w:r>
        <w:rPr/>
        <w:t>Aguas Buenas (FEMA plan 106416)</w:t>
      </w:r>
    </w:p>
    <w:p>
      <w:pPr>
        <w:keepNext/>
        <w:spacing w:after="40" w:before="0"/>
      </w:pPr>
      <w:r>
        <w:rPr>
          <w:b/>
        </w:rPr>
        <w:t xml:space="preserve">Approved: </w:t>
      </w:r>
      <w:r>
        <w:rPr/>
        <w:t>2020-09-16</w:t>
      </w:r>
    </w:p>
    <w:p>
      <w:pPr>
        <w:keepNext/>
        <w:spacing w:after="40" w:before="0"/>
      </w:pPr>
      <w:r>
        <w:rPr>
          <w:b/>
        </w:rPr>
        <w:t xml:space="preserve">Expires: </w:t>
      </w:r>
      <w:r>
        <w:rPr/>
        <w:t>2025-09-15</w:t>
      </w:r>
    </w:p>
    <w:p>
      <w:pPr>
        <w:keepNext/>
        <w:spacing w:after="40" w:before="0"/>
      </w:pPr>
      <w:r>
        <w:rPr>
          <w:b/>
        </w:rPr>
        <w:t xml:space="preserve">As of: </w:t>
      </w:r>
      <w:r>
        <w:rPr/>
        <w:t>2026-09-28</w:t>
      </w:r>
    </w:p>
    <w:p>
      <w:pPr>
        <w:keepNext/>
        <w:spacing w:after="40" w:before="0"/>
      </w:pPr>
      <w:r>
        <w:rPr>
          <w:b/>
        </w:rPr>
        <w:t xml:space="preserve">Days: </w:t>
      </w:r>
      <w:r>
        <w:rPr/>
        <w:t>378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DR-4850-PR (4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19"/>
        <w:gridCol w:w="680"/>
        <w:gridCol w:w="1921"/>
        <w:gridCol w:w="2698"/>
        <w:gridCol w:w="1037"/>
        <w:gridCol w:w="1037"/>
        <w:gridCol w:w="883"/>
        <w:gridCol w:w="3189"/>
        <w:gridCol w:w="648"/>
      </w:tblGrid>
      <w:tr>
        <w:trPr>
          <w:cantSplit/>
          <w:tblHeader/>
        </w:trPr>
        <w:tc>
          <w:tcPr>
            <w:tcW w:type="dxa" w:w="201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21"/>
            <w:shd w:val="clear" w:color="auto" w:fill="E8E8E8"/>
          </w:tcPr>
          <w:p>
            <w:pPr>
              <w:spacing w:after="0"/>
              <w:jc w:val="left"/>
            </w:pPr>
            <w:r>
              <w:rPr>
                <w:b/>
                <w:sz w:val="16"/>
              </w:rPr>
              <w:t>Status</w:t>
            </w:r>
          </w:p>
        </w:tc>
        <w:tc>
          <w:tcPr>
            <w:tcW w:type="dxa" w:w="269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89"/>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019"/>
          </w:tcPr>
          <w:p>
            <w:pPr>
              <w:spacing w:after="0"/>
              <w:jc w:val="left"/>
            </w:pPr>
            <w:r>
              <w:rPr>
                <w:sz w:val="16"/>
              </w:rPr>
              <w:t>Aguas Buenas Municipio</w:t>
            </w:r>
          </w:p>
        </w:tc>
        <w:tc>
          <w:tcPr>
            <w:tcW w:type="dxa" w:w="680"/>
          </w:tcPr>
          <w:p>
            <w:pPr>
              <w:spacing w:after="0"/>
              <w:jc w:val="left"/>
            </w:pPr>
            <w:r>
              <w:rPr>
                <w:sz w:val="16"/>
              </w:rPr>
              <w:t>County</w:t>
            </w:r>
          </w:p>
        </w:tc>
        <w:tc>
          <w:tcPr>
            <w:tcW w:type="dxa" w:w="1921"/>
          </w:tcPr>
          <w:p>
            <w:pPr>
              <w:spacing w:after="0"/>
              <w:jc w:val="left"/>
            </w:pPr>
            <w:r>
              <w:rPr>
                <w:sz w:val="16"/>
              </w:rPr>
              <w:t>Expired on 2025-09-15</w:t>
            </w:r>
          </w:p>
        </w:tc>
        <w:tc>
          <w:tcPr>
            <w:tcW w:type="dxa" w:w="2698"/>
          </w:tcPr>
          <w:p>
            <w:pPr>
              <w:spacing w:after="0"/>
              <w:jc w:val="left"/>
            </w:pPr>
            <w:r>
              <w:rPr>
                <w:sz w:val="16"/>
              </w:rPr>
              <w:t>Aguas Buenas (FEMA plan 106416)</w:t>
            </w:r>
          </w:p>
        </w:tc>
        <w:tc>
          <w:tcPr>
            <w:tcW w:type="dxa" w:w="1037"/>
          </w:tcPr>
          <w:p>
            <w:pPr>
              <w:spacing w:after="0"/>
              <w:jc w:val="left"/>
            </w:pPr>
            <w:r>
              <w:rPr>
                <w:sz w:val="16"/>
              </w:rPr>
              <w:t>2020-09-16</w:t>
            </w:r>
          </w:p>
        </w:tc>
        <w:tc>
          <w:tcPr>
            <w:tcW w:type="dxa" w:w="1037"/>
          </w:tcPr>
          <w:p>
            <w:pPr>
              <w:spacing w:after="0"/>
              <w:jc w:val="left"/>
            </w:pPr>
            <w:r>
              <w:rPr>
                <w:sz w:val="16"/>
              </w:rPr>
              <w:t>2025-09-15</w:t>
            </w:r>
          </w:p>
        </w:tc>
        <w:tc>
          <w:tcPr>
            <w:tcW w:type="dxa" w:w="883"/>
          </w:tcPr>
          <w:p>
            <w:pPr>
              <w:spacing w:after="0"/>
              <w:jc w:val="right"/>
            </w:pPr>
            <w:r>
              <w:rPr>
                <w:sz w:val="16"/>
              </w:rPr>
              <w:t>-378</w:t>
            </w:r>
          </w:p>
        </w:tc>
        <w:tc>
          <w:tcPr>
            <w:tcW w:type="dxa" w:w="3189"/>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37"/>
        <w:gridCol w:w="1347"/>
        <w:gridCol w:w="1400"/>
        <w:gridCol w:w="1037"/>
        <w:gridCol w:w="1126"/>
        <w:gridCol w:w="1247"/>
        <w:gridCol w:w="1089"/>
        <w:gridCol w:w="1074"/>
        <w:gridCol w:w="1795"/>
        <w:gridCol w:w="2286"/>
      </w:tblGrid>
      <w:tr>
        <w:trPr>
          <w:cantSplit/>
          <w:tblHeader/>
        </w:trPr>
        <w:tc>
          <w:tcPr>
            <w:tcW w:type="dxa" w:w="67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7"/>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4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86"/>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37"/>
          </w:tcPr>
          <w:p>
            <w:pPr>
              <w:spacing w:after="0"/>
              <w:jc w:val="left"/>
            </w:pPr>
            <w:r>
              <w:rPr>
                <w:sz w:val="16"/>
              </w:rPr>
              <w:t>Hurricane</w:t>
            </w:r>
          </w:p>
        </w:tc>
        <w:tc>
          <w:tcPr>
            <w:tcW w:type="dxa" w:w="1347"/>
          </w:tcPr>
          <w:p>
            <w:pPr>
              <w:spacing w:after="0"/>
              <w:jc w:val="left"/>
            </w:pPr>
            <w:r>
              <w:rPr>
                <w:sz w:val="16"/>
              </w:rPr>
              <w:t>Insufficient Data</w:t>
            </w:r>
          </w:p>
        </w:tc>
        <w:tc>
          <w:tcPr>
            <w:tcW w:type="dxa" w:w="1400"/>
          </w:tcPr>
          <w:p>
            <w:pPr>
              <w:spacing w:after="0"/>
              <w:jc w:val="left"/>
            </w:pPr>
            <w:r>
              <w:rPr>
                <w:sz w:val="16"/>
              </w:rPr>
              <w:t>Relatively Moderate</w:t>
            </w:r>
          </w:p>
        </w:tc>
        <w:tc>
          <w:tcPr>
            <w:tcW w:type="dxa" w:w="1037"/>
          </w:tcPr>
          <w:p>
            <w:pPr>
              <w:spacing w:after="0"/>
              <w:jc w:val="right"/>
            </w:pPr>
            <w:r>
              <w:rPr>
                <w:sz w:val="16"/>
              </w:rPr>
              <w:t>$7,976,352</w:t>
            </w:r>
          </w:p>
        </w:tc>
        <w:tc>
          <w:tcPr>
            <w:tcW w:type="dxa" w:w="1126"/>
          </w:tcPr>
          <w:p>
            <w:pPr>
              <w:spacing w:after="0"/>
              <w:jc w:val="right"/>
            </w:pPr>
            <w:r>
              <w:rPr>
                <w:sz w:val="16"/>
              </w:rPr>
              <w:t>$0</w:t>
            </w:r>
          </w:p>
        </w:tc>
        <w:tc>
          <w:tcPr>
            <w:tcW w:type="dxa" w:w="1247"/>
          </w:tcPr>
          <w:p>
            <w:pPr>
              <w:spacing w:after="0"/>
              <w:jc w:val="right"/>
            </w:pPr>
            <w:r>
              <w:rPr>
                <w:sz w:val="16"/>
              </w:rPr>
              <w:t>$623,283</w:t>
            </w:r>
          </w:p>
        </w:tc>
        <w:tc>
          <w:tcPr>
            <w:tcW w:type="dxa" w:w="1089"/>
          </w:tcPr>
          <w:p>
            <w:pPr>
              <w:spacing w:after="0"/>
              <w:jc w:val="right"/>
            </w:pPr>
            <w:r>
              <w:rPr>
                <w:sz w:val="16"/>
              </w:rPr>
              <w:t>$8,599,635</w:t>
            </w:r>
          </w:p>
        </w:tc>
        <w:tc>
          <w:tcPr>
            <w:tcW w:type="dxa" w:w="1074"/>
          </w:tcPr>
          <w:p>
            <w:pPr>
              <w:spacing w:after="0"/>
              <w:jc w:val="right"/>
            </w:pPr>
            <w:r>
              <w:rPr>
                <w:sz w:val="16"/>
              </w:rPr>
              <w:t>10</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r>
              <w:rPr>
                <w:sz w:val="16"/>
              </w:rPr>
              <w:t>2</w:t>
            </w:r>
          </w:p>
        </w:tc>
        <w:tc>
          <w:tcPr>
            <w:tcW w:type="dxa" w:w="1037"/>
          </w:tcPr>
          <w:p>
            <w:pPr>
              <w:spacing w:after="0"/>
              <w:jc w:val="left"/>
            </w:pPr>
            <w:r>
              <w:rPr>
                <w:sz w:val="16"/>
              </w:rPr>
              <w:t>Landslide</w:t>
            </w:r>
          </w:p>
        </w:tc>
        <w:tc>
          <w:tcPr>
            <w:tcW w:type="dxa" w:w="1347"/>
          </w:tcPr>
          <w:p>
            <w:pPr>
              <w:spacing w:after="0"/>
              <w:jc w:val="left"/>
            </w:pPr>
            <w:r>
              <w:rPr>
                <w:sz w:val="16"/>
              </w:rPr>
              <w:t>Insufficient Data</w:t>
            </w:r>
          </w:p>
        </w:tc>
        <w:tc>
          <w:tcPr>
            <w:tcW w:type="dxa" w:w="1400"/>
          </w:tcPr>
          <w:p>
            <w:pPr>
              <w:spacing w:after="0"/>
              <w:jc w:val="left"/>
            </w:pPr>
            <w:r>
              <w:rPr>
                <w:sz w:val="16"/>
              </w:rPr>
              <w:t>Relatively High</w:t>
            </w:r>
          </w:p>
        </w:tc>
        <w:tc>
          <w:tcPr>
            <w:tcW w:type="dxa" w:w="1037"/>
          </w:tcPr>
          <w:p>
            <w:pPr>
              <w:spacing w:after="0"/>
              <w:jc w:val="right"/>
            </w:pPr>
            <w:r>
              <w:rPr>
                <w:sz w:val="16"/>
              </w:rPr>
              <w:t>$4,916,088</w:t>
            </w:r>
          </w:p>
        </w:tc>
        <w:tc>
          <w:tcPr>
            <w:tcW w:type="dxa" w:w="1126"/>
          </w:tcPr>
          <w:p>
            <w:pPr>
              <w:spacing w:after="0"/>
              <w:jc w:val="right"/>
            </w:pPr>
          </w:p>
        </w:tc>
        <w:tc>
          <w:tcPr>
            <w:tcW w:type="dxa" w:w="1247"/>
          </w:tcPr>
          <w:p>
            <w:pPr>
              <w:spacing w:after="0"/>
              <w:jc w:val="right"/>
            </w:pPr>
            <w:r>
              <w:rPr>
                <w:sz w:val="16"/>
              </w:rPr>
              <w:t>$297,262</w:t>
            </w:r>
          </w:p>
        </w:tc>
        <w:tc>
          <w:tcPr>
            <w:tcW w:type="dxa" w:w="1089"/>
          </w:tcPr>
          <w:p>
            <w:pPr>
              <w:spacing w:after="0"/>
              <w:jc w:val="right"/>
            </w:pPr>
            <w:r>
              <w:rPr>
                <w:sz w:val="16"/>
              </w:rPr>
              <w:t>$5,213,350</w:t>
            </w:r>
          </w:p>
        </w:tc>
        <w:tc>
          <w:tcPr>
            <w:tcW w:type="dxa" w:w="1074"/>
          </w:tcPr>
          <w:p>
            <w:pPr>
              <w:spacing w:after="0"/>
              <w:jc w:val="right"/>
            </w:pPr>
            <w:r>
              <w:rPr>
                <w:sz w:val="16"/>
              </w:rPr>
              <w:t>50</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r>
              <w:rPr>
                <w:sz w:val="16"/>
              </w:rPr>
              <w:t>3</w:t>
            </w:r>
          </w:p>
        </w:tc>
        <w:tc>
          <w:tcPr>
            <w:tcW w:type="dxa" w:w="1037"/>
          </w:tcPr>
          <w:p>
            <w:pPr>
              <w:spacing w:after="0"/>
              <w:jc w:val="left"/>
            </w:pPr>
            <w:r>
              <w:rPr>
                <w:sz w:val="16"/>
              </w:rPr>
              <w:t>Earthquake</w:t>
            </w:r>
          </w:p>
        </w:tc>
        <w:tc>
          <w:tcPr>
            <w:tcW w:type="dxa" w:w="1347"/>
          </w:tcPr>
          <w:p>
            <w:pPr>
              <w:spacing w:after="0"/>
              <w:jc w:val="left"/>
            </w:pPr>
            <w:r>
              <w:rPr>
                <w:sz w:val="16"/>
              </w:rPr>
              <w:t>Insufficient Data</w:t>
            </w:r>
          </w:p>
        </w:tc>
        <w:tc>
          <w:tcPr>
            <w:tcW w:type="dxa" w:w="1400"/>
          </w:tcPr>
          <w:p>
            <w:pPr>
              <w:spacing w:after="0"/>
              <w:jc w:val="left"/>
            </w:pPr>
            <w:r>
              <w:rPr>
                <w:sz w:val="16"/>
              </w:rPr>
              <w:t>Relatively Moderate</w:t>
            </w:r>
          </w:p>
        </w:tc>
        <w:tc>
          <w:tcPr>
            <w:tcW w:type="dxa" w:w="1037"/>
          </w:tcPr>
          <w:p>
            <w:pPr>
              <w:spacing w:after="0"/>
              <w:jc w:val="right"/>
            </w:pPr>
            <w:r>
              <w:rPr>
                <w:sz w:val="16"/>
              </w:rPr>
              <w:t>$1,981,875</w:t>
            </w:r>
          </w:p>
        </w:tc>
        <w:tc>
          <w:tcPr>
            <w:tcW w:type="dxa" w:w="1126"/>
          </w:tcPr>
          <w:p>
            <w:pPr>
              <w:spacing w:after="0"/>
              <w:jc w:val="right"/>
            </w:pPr>
          </w:p>
        </w:tc>
        <w:tc>
          <w:tcPr>
            <w:tcW w:type="dxa" w:w="1247"/>
          </w:tcPr>
          <w:p>
            <w:pPr>
              <w:spacing w:after="0"/>
              <w:jc w:val="right"/>
            </w:pPr>
            <w:r>
              <w:rPr>
                <w:sz w:val="16"/>
              </w:rPr>
              <w:t>$1,970,840</w:t>
            </w:r>
          </w:p>
        </w:tc>
        <w:tc>
          <w:tcPr>
            <w:tcW w:type="dxa" w:w="1089"/>
          </w:tcPr>
          <w:p>
            <w:pPr>
              <w:spacing w:after="0"/>
              <w:jc w:val="right"/>
            </w:pPr>
            <w:r>
              <w:rPr>
                <w:sz w:val="16"/>
              </w:rPr>
              <w:t>$3,952,715</w:t>
            </w:r>
          </w:p>
        </w:tc>
        <w:tc>
          <w:tcPr>
            <w:tcW w:type="dxa" w:w="1074"/>
          </w:tcPr>
          <w:p>
            <w:pPr>
              <w:spacing w:after="0"/>
              <w:jc w:val="right"/>
            </w:pPr>
          </w:p>
        </w:tc>
        <w:tc>
          <w:tcPr>
            <w:tcW w:type="dxa" w:w="1795"/>
          </w:tcPr>
          <w:p>
            <w:pPr>
              <w:spacing w:after="0"/>
              <w:jc w:val="left"/>
            </w:pPr>
          </w:p>
        </w:tc>
        <w:tc>
          <w:tcPr>
            <w:tcW w:type="dxa" w:w="2286"/>
          </w:tcPr>
          <w:p>
            <w:pPr>
              <w:spacing w:after="0"/>
              <w:jc w:val="left"/>
            </w:pPr>
            <w:r>
              <w:rPr>
                <w:sz w:val="16"/>
              </w:rPr>
              <w:t>Not in Storm Events. Storm Events coverage of this hazard is limited; absence is not evidence of low risk.</w:t>
            </w:r>
          </w:p>
        </w:tc>
      </w:tr>
      <w:tr>
        <w:trPr>
          <w:cantSplit/>
        </w:trPr>
        <w:tc>
          <w:tcPr>
            <w:tcW w:type="dxa" w:w="673"/>
          </w:tcPr>
          <w:p>
            <w:pPr>
              <w:spacing w:after="0"/>
              <w:jc w:val="right"/>
            </w:pPr>
            <w:r>
              <w:rPr>
                <w:sz w:val="16"/>
              </w:rPr>
              <w:t>4</w:t>
            </w:r>
          </w:p>
        </w:tc>
        <w:tc>
          <w:tcPr>
            <w:tcW w:type="dxa" w:w="1037"/>
          </w:tcPr>
          <w:p>
            <w:pPr>
              <w:spacing w:after="0"/>
              <w:jc w:val="left"/>
            </w:pPr>
            <w:r>
              <w:rPr>
                <w:sz w:val="16"/>
              </w:rPr>
              <w:t>Inland Flooding</w:t>
            </w:r>
          </w:p>
        </w:tc>
        <w:tc>
          <w:tcPr>
            <w:tcW w:type="dxa" w:w="1347"/>
          </w:tcPr>
          <w:p>
            <w:pPr>
              <w:spacing w:after="0"/>
              <w:jc w:val="left"/>
            </w:pPr>
            <w:r>
              <w:rPr>
                <w:sz w:val="16"/>
              </w:rPr>
              <w:t>Insufficient Data</w:t>
            </w:r>
          </w:p>
        </w:tc>
        <w:tc>
          <w:tcPr>
            <w:tcW w:type="dxa" w:w="1400"/>
          </w:tcPr>
          <w:p>
            <w:pPr>
              <w:spacing w:after="0"/>
              <w:jc w:val="left"/>
            </w:pPr>
            <w:r>
              <w:rPr>
                <w:sz w:val="16"/>
              </w:rPr>
              <w:t>Very Low</w:t>
            </w:r>
          </w:p>
        </w:tc>
        <w:tc>
          <w:tcPr>
            <w:tcW w:type="dxa" w:w="1037"/>
          </w:tcPr>
          <w:p>
            <w:pPr>
              <w:spacing w:after="0"/>
              <w:jc w:val="right"/>
            </w:pPr>
            <w:r>
              <w:rPr>
                <w:sz w:val="16"/>
              </w:rPr>
              <w:t>$1,403,367</w:t>
            </w:r>
          </w:p>
        </w:tc>
        <w:tc>
          <w:tcPr>
            <w:tcW w:type="dxa" w:w="1126"/>
          </w:tcPr>
          <w:p>
            <w:pPr>
              <w:spacing w:after="0"/>
              <w:jc w:val="right"/>
            </w:pPr>
            <w:r>
              <w:rPr>
                <w:sz w:val="16"/>
              </w:rPr>
              <w:t>$0</w:t>
            </w:r>
          </w:p>
        </w:tc>
        <w:tc>
          <w:tcPr>
            <w:tcW w:type="dxa" w:w="1247"/>
          </w:tcPr>
          <w:p>
            <w:pPr>
              <w:spacing w:after="0"/>
              <w:jc w:val="right"/>
            </w:pPr>
            <w:r>
              <w:rPr>
                <w:sz w:val="16"/>
              </w:rPr>
              <w:t>$62,399</w:t>
            </w:r>
          </w:p>
        </w:tc>
        <w:tc>
          <w:tcPr>
            <w:tcW w:type="dxa" w:w="1089"/>
          </w:tcPr>
          <w:p>
            <w:pPr>
              <w:spacing w:after="0"/>
              <w:jc w:val="right"/>
            </w:pPr>
            <w:r>
              <w:rPr>
                <w:sz w:val="16"/>
              </w:rPr>
              <w:t>$1,465,766</w:t>
            </w:r>
          </w:p>
        </w:tc>
        <w:tc>
          <w:tcPr>
            <w:tcW w:type="dxa" w:w="1074"/>
          </w:tcPr>
          <w:p>
            <w:pPr>
              <w:spacing w:after="0"/>
              <w:jc w:val="right"/>
            </w:pPr>
            <w:r>
              <w:rPr>
                <w:sz w:val="16"/>
              </w:rPr>
              <w:t>68</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r>
              <w:rPr>
                <w:sz w:val="16"/>
              </w:rPr>
              <w:t>5</w:t>
            </w:r>
          </w:p>
        </w:tc>
        <w:tc>
          <w:tcPr>
            <w:tcW w:type="dxa" w:w="1037"/>
          </w:tcPr>
          <w:p>
            <w:pPr>
              <w:spacing w:after="0"/>
              <w:jc w:val="left"/>
            </w:pPr>
            <w:r>
              <w:rPr>
                <w:sz w:val="16"/>
              </w:rPr>
              <w:t>Lightning</w:t>
            </w:r>
          </w:p>
        </w:tc>
        <w:tc>
          <w:tcPr>
            <w:tcW w:type="dxa" w:w="1347"/>
          </w:tcPr>
          <w:p>
            <w:pPr>
              <w:spacing w:after="0"/>
              <w:jc w:val="left"/>
            </w:pPr>
            <w:r>
              <w:rPr>
                <w:sz w:val="16"/>
              </w:rPr>
              <w:t>Insufficient Data</w:t>
            </w:r>
          </w:p>
        </w:tc>
        <w:tc>
          <w:tcPr>
            <w:tcW w:type="dxa" w:w="1400"/>
          </w:tcPr>
          <w:p>
            <w:pPr>
              <w:spacing w:after="0"/>
              <w:jc w:val="left"/>
            </w:pPr>
            <w:r>
              <w:rPr>
                <w:sz w:val="16"/>
              </w:rPr>
              <w:t>Relatively Moderate</w:t>
            </w:r>
          </w:p>
        </w:tc>
        <w:tc>
          <w:tcPr>
            <w:tcW w:type="dxa" w:w="1037"/>
          </w:tcPr>
          <w:p>
            <w:pPr>
              <w:spacing w:after="0"/>
              <w:jc w:val="right"/>
            </w:pPr>
            <w:r>
              <w:rPr>
                <w:sz w:val="16"/>
              </w:rPr>
              <w:t>$6,307</w:t>
            </w:r>
          </w:p>
        </w:tc>
        <w:tc>
          <w:tcPr>
            <w:tcW w:type="dxa" w:w="1126"/>
          </w:tcPr>
          <w:p>
            <w:pPr>
              <w:spacing w:after="0"/>
              <w:jc w:val="right"/>
            </w:pPr>
          </w:p>
        </w:tc>
        <w:tc>
          <w:tcPr>
            <w:tcW w:type="dxa" w:w="1247"/>
          </w:tcPr>
          <w:p>
            <w:pPr>
              <w:spacing w:after="0"/>
              <w:jc w:val="right"/>
            </w:pPr>
            <w:r>
              <w:rPr>
                <w:sz w:val="16"/>
              </w:rPr>
              <w:t>$378,814</w:t>
            </w:r>
          </w:p>
        </w:tc>
        <w:tc>
          <w:tcPr>
            <w:tcW w:type="dxa" w:w="1089"/>
          </w:tcPr>
          <w:p>
            <w:pPr>
              <w:spacing w:after="0"/>
              <w:jc w:val="right"/>
            </w:pPr>
            <w:r>
              <w:rPr>
                <w:sz w:val="16"/>
              </w:rPr>
              <w:t>$385,121</w:t>
            </w: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r>
              <w:rPr>
                <w:sz w:val="16"/>
              </w:rPr>
              <w:t>6</w:t>
            </w:r>
          </w:p>
        </w:tc>
        <w:tc>
          <w:tcPr>
            <w:tcW w:type="dxa" w:w="1037"/>
          </w:tcPr>
          <w:p>
            <w:pPr>
              <w:spacing w:after="0"/>
              <w:jc w:val="left"/>
            </w:pPr>
            <w:r>
              <w:rPr>
                <w:sz w:val="16"/>
              </w:rPr>
              <w:t>Tornado</w:t>
            </w:r>
          </w:p>
        </w:tc>
        <w:tc>
          <w:tcPr>
            <w:tcW w:type="dxa" w:w="1347"/>
          </w:tcPr>
          <w:p>
            <w:pPr>
              <w:spacing w:after="0"/>
              <w:jc w:val="left"/>
            </w:pPr>
            <w:r>
              <w:rPr>
                <w:sz w:val="16"/>
              </w:rPr>
              <w:t>Insufficient Data</w:t>
            </w:r>
          </w:p>
        </w:tc>
        <w:tc>
          <w:tcPr>
            <w:tcW w:type="dxa" w:w="1400"/>
          </w:tcPr>
          <w:p>
            <w:pPr>
              <w:spacing w:after="0"/>
              <w:jc w:val="left"/>
            </w:pPr>
            <w:r>
              <w:rPr>
                <w:sz w:val="16"/>
              </w:rPr>
              <w:t>Very Low</w:t>
            </w:r>
          </w:p>
        </w:tc>
        <w:tc>
          <w:tcPr>
            <w:tcW w:type="dxa" w:w="1037"/>
          </w:tcPr>
          <w:p>
            <w:pPr>
              <w:spacing w:after="0"/>
              <w:jc w:val="right"/>
            </w:pPr>
            <w:r>
              <w:rPr>
                <w:sz w:val="16"/>
              </w:rPr>
              <w:t>$6,623</w:t>
            </w:r>
          </w:p>
        </w:tc>
        <w:tc>
          <w:tcPr>
            <w:tcW w:type="dxa" w:w="1126"/>
          </w:tcPr>
          <w:p>
            <w:pPr>
              <w:spacing w:after="0"/>
              <w:jc w:val="right"/>
            </w:pPr>
            <w:r>
              <w:rPr>
                <w:sz w:val="16"/>
              </w:rPr>
              <w:t>$0</w:t>
            </w:r>
          </w:p>
        </w:tc>
        <w:tc>
          <w:tcPr>
            <w:tcW w:type="dxa" w:w="1247"/>
          </w:tcPr>
          <w:p>
            <w:pPr>
              <w:spacing w:after="0"/>
              <w:jc w:val="right"/>
            </w:pPr>
            <w:r>
              <w:rPr>
                <w:sz w:val="16"/>
              </w:rPr>
              <w:t>$8,695</w:t>
            </w:r>
          </w:p>
        </w:tc>
        <w:tc>
          <w:tcPr>
            <w:tcW w:type="dxa" w:w="1089"/>
          </w:tcPr>
          <w:p>
            <w:pPr>
              <w:spacing w:after="0"/>
              <w:jc w:val="right"/>
            </w:pPr>
            <w:r>
              <w:rPr>
                <w:sz w:val="16"/>
              </w:rPr>
              <w:t>$15,317</w:t>
            </w: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r>
              <w:rPr>
                <w:sz w:val="16"/>
              </w:rPr>
              <w:t>7</w:t>
            </w:r>
          </w:p>
        </w:tc>
        <w:tc>
          <w:tcPr>
            <w:tcW w:type="dxa" w:w="1037"/>
          </w:tcPr>
          <w:p>
            <w:pPr>
              <w:spacing w:after="0"/>
              <w:jc w:val="left"/>
            </w:pPr>
            <w:r>
              <w:rPr>
                <w:sz w:val="16"/>
              </w:rPr>
              <w:t>Volcanic Activity</w:t>
            </w:r>
          </w:p>
        </w:tc>
        <w:tc>
          <w:tcPr>
            <w:tcW w:type="dxa" w:w="1347"/>
          </w:tcPr>
          <w:p>
            <w:pPr>
              <w:spacing w:after="0"/>
              <w:jc w:val="left"/>
            </w:pPr>
            <w:r>
              <w:rPr>
                <w:sz w:val="16"/>
              </w:rPr>
              <w:t>Insufficient Data</w:t>
            </w:r>
          </w:p>
        </w:tc>
        <w:tc>
          <w:tcPr>
            <w:tcW w:type="dxa" w:w="1400"/>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p>
        </w:tc>
        <w:tc>
          <w:tcPr>
            <w:tcW w:type="dxa" w:w="1247"/>
          </w:tcPr>
          <w:p>
            <w:pPr>
              <w:spacing w:after="0"/>
              <w:jc w:val="right"/>
            </w:pPr>
            <w:r>
              <w:rPr>
                <w:sz w:val="16"/>
              </w:rPr>
              <w:t>$579</w:t>
            </w:r>
          </w:p>
        </w:tc>
        <w:tc>
          <w:tcPr>
            <w:tcW w:type="dxa" w:w="1089"/>
          </w:tcPr>
          <w:p>
            <w:pPr>
              <w:spacing w:after="0"/>
              <w:jc w:val="right"/>
            </w:pPr>
            <w:r>
              <w:rPr>
                <w:sz w:val="16"/>
              </w:rPr>
              <w:t>$580</w:t>
            </w:r>
          </w:p>
        </w:tc>
        <w:tc>
          <w:tcPr>
            <w:tcW w:type="dxa" w:w="1074"/>
          </w:tcPr>
          <w:p>
            <w:pPr>
              <w:spacing w:after="0"/>
              <w:jc w:val="right"/>
            </w:pPr>
            <w:r>
              <w:rPr>
                <w:sz w:val="16"/>
              </w:rPr>
              <w:t>3</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r>
              <w:rPr>
                <w:sz w:val="16"/>
              </w:rPr>
              <w:t>8</w:t>
            </w:r>
          </w:p>
        </w:tc>
        <w:tc>
          <w:tcPr>
            <w:tcW w:type="dxa" w:w="1037"/>
          </w:tcPr>
          <w:p>
            <w:pPr>
              <w:spacing w:after="0"/>
              <w:jc w:val="left"/>
            </w:pPr>
            <w:r>
              <w:rPr>
                <w:sz w:val="16"/>
              </w:rPr>
              <w:t>Hail</w:t>
            </w:r>
          </w:p>
        </w:tc>
        <w:tc>
          <w:tcPr>
            <w:tcW w:type="dxa" w:w="1347"/>
          </w:tcPr>
          <w:p>
            <w:pPr>
              <w:spacing w:after="0"/>
              <w:jc w:val="left"/>
            </w:pPr>
            <w:r>
              <w:rPr>
                <w:sz w:val="16"/>
              </w:rPr>
              <w:t>Insufficient Data</w:t>
            </w:r>
          </w:p>
        </w:tc>
        <w:tc>
          <w:tcPr>
            <w:tcW w:type="dxa" w:w="1400"/>
          </w:tcPr>
          <w:p>
            <w:pPr>
              <w:spacing w:after="0"/>
              <w:jc w:val="left"/>
            </w:pPr>
            <w:r>
              <w:rPr>
                <w:sz w:val="16"/>
              </w:rPr>
              <w:t>Very Low</w:t>
            </w:r>
          </w:p>
        </w:tc>
        <w:tc>
          <w:tcPr>
            <w:tcW w:type="dxa" w:w="1037"/>
          </w:tcPr>
          <w:p>
            <w:pPr>
              <w:spacing w:after="0"/>
              <w:jc w:val="right"/>
            </w:pPr>
            <w:r>
              <w:rPr>
                <w:sz w:val="16"/>
              </w:rPr>
              <w:t>$39</w:t>
            </w:r>
          </w:p>
        </w:tc>
        <w:tc>
          <w:tcPr>
            <w:tcW w:type="dxa" w:w="1126"/>
          </w:tcPr>
          <w:p>
            <w:pPr>
              <w:spacing w:after="0"/>
              <w:jc w:val="right"/>
            </w:pPr>
            <w:r>
              <w:rPr>
                <w:sz w:val="16"/>
              </w:rPr>
              <w:t>$0</w:t>
            </w:r>
          </w:p>
        </w:tc>
        <w:tc>
          <w:tcPr>
            <w:tcW w:type="dxa" w:w="1247"/>
          </w:tcPr>
          <w:p>
            <w:pPr>
              <w:spacing w:after="0"/>
              <w:jc w:val="right"/>
            </w:pPr>
            <w:r>
              <w:rPr>
                <w:sz w:val="16"/>
              </w:rPr>
              <w:t>$340</w:t>
            </w:r>
          </w:p>
        </w:tc>
        <w:tc>
          <w:tcPr>
            <w:tcW w:type="dxa" w:w="1089"/>
          </w:tcPr>
          <w:p>
            <w:pPr>
              <w:spacing w:after="0"/>
              <w:jc w:val="right"/>
            </w:pPr>
            <w:r>
              <w:rPr>
                <w:sz w:val="16"/>
              </w:rPr>
              <w:t>$379</w:t>
            </w: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r>
              <w:rPr>
                <w:sz w:val="16"/>
              </w:rPr>
              <w:t>9</w:t>
            </w:r>
          </w:p>
        </w:tc>
        <w:tc>
          <w:tcPr>
            <w:tcW w:type="dxa" w:w="1037"/>
          </w:tcPr>
          <w:p>
            <w:pPr>
              <w:spacing w:after="0"/>
              <w:jc w:val="left"/>
            </w:pPr>
            <w:r>
              <w:rPr>
                <w:sz w:val="16"/>
              </w:rPr>
              <w:t>Strong Wind</w:t>
            </w:r>
          </w:p>
        </w:tc>
        <w:tc>
          <w:tcPr>
            <w:tcW w:type="dxa" w:w="1347"/>
          </w:tcPr>
          <w:p>
            <w:pPr>
              <w:spacing w:after="0"/>
              <w:jc w:val="left"/>
            </w:pPr>
            <w:r>
              <w:rPr>
                <w:sz w:val="16"/>
              </w:rPr>
              <w:t>Insufficient Data</w:t>
            </w:r>
          </w:p>
        </w:tc>
        <w:tc>
          <w:tcPr>
            <w:tcW w:type="dxa" w:w="1400"/>
          </w:tcPr>
          <w:p>
            <w:pPr>
              <w:spacing w:after="0"/>
              <w:jc w:val="left"/>
            </w:pPr>
            <w:r>
              <w:rPr>
                <w:sz w:val="16"/>
              </w:rPr>
              <w:t>Very Low</w:t>
            </w:r>
          </w:p>
        </w:tc>
        <w:tc>
          <w:tcPr>
            <w:tcW w:type="dxa" w:w="1037"/>
          </w:tcPr>
          <w:p>
            <w:pPr>
              <w:spacing w:after="0"/>
              <w:jc w:val="right"/>
            </w:pPr>
            <w:r>
              <w:rPr>
                <w:sz w:val="16"/>
              </w:rPr>
              <w:t>$185</w:t>
            </w:r>
          </w:p>
        </w:tc>
        <w:tc>
          <w:tcPr>
            <w:tcW w:type="dxa" w:w="1126"/>
          </w:tcPr>
          <w:p>
            <w:pPr>
              <w:spacing w:after="0"/>
              <w:jc w:val="right"/>
            </w:pPr>
            <w:r>
              <w:rPr>
                <w:sz w:val="16"/>
              </w:rPr>
              <w:t>$0</w:t>
            </w:r>
          </w:p>
        </w:tc>
        <w:tc>
          <w:tcPr>
            <w:tcW w:type="dxa" w:w="1247"/>
          </w:tcPr>
          <w:p>
            <w:pPr>
              <w:spacing w:after="0"/>
              <w:jc w:val="right"/>
            </w:pPr>
            <w:r>
              <w:rPr>
                <w:sz w:val="16"/>
              </w:rPr>
              <w:t>$76</w:t>
            </w:r>
          </w:p>
        </w:tc>
        <w:tc>
          <w:tcPr>
            <w:tcW w:type="dxa" w:w="1089"/>
          </w:tcPr>
          <w:p>
            <w:pPr>
              <w:spacing w:after="0"/>
              <w:jc w:val="right"/>
            </w:pPr>
            <w:r>
              <w:rPr>
                <w:sz w:val="16"/>
              </w:rPr>
              <w:t>$261</w:t>
            </w:r>
          </w:p>
        </w:tc>
        <w:tc>
          <w:tcPr>
            <w:tcW w:type="dxa" w:w="1074"/>
          </w:tcPr>
          <w:p>
            <w:pPr>
              <w:spacing w:after="0"/>
              <w:jc w:val="right"/>
            </w:pPr>
            <w:r>
              <w:rPr>
                <w:sz w:val="16"/>
              </w:rPr>
              <w:t>8</w:t>
            </w:r>
          </w:p>
        </w:tc>
        <w:tc>
          <w:tcPr>
            <w:tcW w:type="dxa" w:w="1795"/>
          </w:tcPr>
          <w:p>
            <w:pPr>
              <w:spacing w:after="0"/>
              <w:jc w:val="left"/>
            </w:pPr>
          </w:p>
        </w:tc>
        <w:tc>
          <w:tcPr>
            <w:tcW w:type="dxa" w:w="2286"/>
          </w:tcPr>
          <w:p>
            <w:pPr>
              <w:spacing w:after="0"/>
              <w:jc w:val="left"/>
            </w:pPr>
            <w:r>
              <w:rPr>
                <w:sz w:val="16"/>
              </w:rPr>
              <w:t>Includes 2 Strong Wind records, event types the NRI definition of this hazard leaves out.</w:t>
            </w:r>
          </w:p>
        </w:tc>
      </w:tr>
      <w:tr>
        <w:trPr>
          <w:cantSplit/>
        </w:trPr>
        <w:tc>
          <w:tcPr>
            <w:tcW w:type="dxa" w:w="673"/>
          </w:tcPr>
          <w:p>
            <w:pPr>
              <w:spacing w:after="0"/>
              <w:jc w:val="right"/>
            </w:pPr>
            <w:r>
              <w:rPr>
                <w:sz w:val="16"/>
              </w:rPr>
              <w:t>10</w:t>
            </w:r>
          </w:p>
        </w:tc>
        <w:tc>
          <w:tcPr>
            <w:tcW w:type="dxa" w:w="1037"/>
          </w:tcPr>
          <w:p>
            <w:pPr>
              <w:spacing w:after="0"/>
              <w:jc w:val="left"/>
            </w:pPr>
            <w:r>
              <w:rPr>
                <w:sz w:val="16"/>
              </w:rPr>
              <w:t>Coastal Flooding</w:t>
            </w:r>
          </w:p>
        </w:tc>
        <w:tc>
          <w:tcPr>
            <w:tcW w:type="dxa" w:w="1347"/>
          </w:tcPr>
          <w:p>
            <w:pPr>
              <w:spacing w:after="0"/>
              <w:jc w:val="left"/>
            </w:pPr>
            <w:r>
              <w:rPr>
                <w:sz w:val="16"/>
              </w:rPr>
              <w:t>Insufficient Data</w:t>
            </w:r>
          </w:p>
        </w:tc>
        <w:tc>
          <w:tcPr>
            <w:tcW w:type="dxa" w:w="140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247"/>
          </w:tcPr>
          <w:p>
            <w:pPr>
              <w:spacing w:after="0"/>
              <w:jc w:val="right"/>
            </w:pPr>
            <w:r>
              <w:rPr>
                <w:sz w:val="16"/>
              </w:rPr>
              <w:t>$0</w:t>
            </w:r>
          </w:p>
        </w:tc>
        <w:tc>
          <w:tcPr>
            <w:tcW w:type="dxa" w:w="1089"/>
          </w:tcPr>
          <w:p>
            <w:pPr>
              <w:spacing w:after="0"/>
              <w:jc w:val="right"/>
            </w:pPr>
            <w:r>
              <w:rPr>
                <w:sz w:val="16"/>
              </w:rPr>
              <w:t>$0</w:t>
            </w:r>
          </w:p>
        </w:tc>
        <w:tc>
          <w:tcPr>
            <w:tcW w:type="dxa" w:w="1074"/>
          </w:tcPr>
          <w:p>
            <w:pPr>
              <w:spacing w:after="0"/>
              <w:jc w:val="right"/>
            </w:pPr>
            <w:r>
              <w:rPr>
                <w:sz w:val="16"/>
              </w:rPr>
              <w:t>1</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r>
              <w:rPr>
                <w:sz w:val="16"/>
              </w:rPr>
              <w:t>11</w:t>
            </w:r>
          </w:p>
        </w:tc>
        <w:tc>
          <w:tcPr>
            <w:tcW w:type="dxa" w:w="1037"/>
          </w:tcPr>
          <w:p>
            <w:pPr>
              <w:spacing w:after="0"/>
              <w:jc w:val="left"/>
            </w:pPr>
            <w:r>
              <w:rPr>
                <w:sz w:val="16"/>
              </w:rPr>
              <w:t>Cold Wave</w:t>
            </w:r>
          </w:p>
        </w:tc>
        <w:tc>
          <w:tcPr>
            <w:tcW w:type="dxa" w:w="1347"/>
          </w:tcPr>
          <w:p>
            <w:pPr>
              <w:spacing w:after="0"/>
              <w:jc w:val="left"/>
            </w:pPr>
            <w:r>
              <w:rPr>
                <w:sz w:val="16"/>
              </w:rPr>
              <w:t>Insufficient Data</w:t>
            </w:r>
          </w:p>
        </w:tc>
        <w:tc>
          <w:tcPr>
            <w:tcW w:type="dxa" w:w="140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47"/>
          </w:tcPr>
          <w:p>
            <w:pPr>
              <w:spacing w:after="0"/>
              <w:jc w:val="right"/>
            </w:pPr>
            <w:r>
              <w:rPr>
                <w:sz w:val="16"/>
              </w:rPr>
              <w:t>$0</w:t>
            </w:r>
          </w:p>
        </w:tc>
        <w:tc>
          <w:tcPr>
            <w:tcW w:type="dxa" w:w="1089"/>
          </w:tcPr>
          <w:p>
            <w:pPr>
              <w:spacing w:after="0"/>
              <w:jc w:val="right"/>
            </w:pPr>
            <w:r>
              <w:rPr>
                <w:sz w:val="16"/>
              </w:rPr>
              <w:t>$0</w:t>
            </w: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r>
              <w:rPr>
                <w:sz w:val="16"/>
              </w:rPr>
              <w:t>12</w:t>
            </w:r>
          </w:p>
        </w:tc>
        <w:tc>
          <w:tcPr>
            <w:tcW w:type="dxa" w:w="1037"/>
          </w:tcPr>
          <w:p>
            <w:pPr>
              <w:spacing w:after="0"/>
              <w:jc w:val="left"/>
            </w:pPr>
            <w:r>
              <w:rPr>
                <w:sz w:val="16"/>
              </w:rPr>
              <w:t>Drought</w:t>
            </w:r>
          </w:p>
        </w:tc>
        <w:tc>
          <w:tcPr>
            <w:tcW w:type="dxa" w:w="1347"/>
          </w:tcPr>
          <w:p>
            <w:pPr>
              <w:spacing w:after="0"/>
              <w:jc w:val="left"/>
            </w:pPr>
            <w:r>
              <w:rPr>
                <w:sz w:val="16"/>
              </w:rPr>
              <w:t>Insufficient Data</w:t>
            </w:r>
          </w:p>
        </w:tc>
        <w:tc>
          <w:tcPr>
            <w:tcW w:type="dxa" w:w="1400"/>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47"/>
          </w:tcPr>
          <w:p>
            <w:pPr>
              <w:spacing w:after="0"/>
              <w:jc w:val="right"/>
            </w:pPr>
          </w:p>
        </w:tc>
        <w:tc>
          <w:tcPr>
            <w:tcW w:type="dxa" w:w="1089"/>
          </w:tcPr>
          <w:p>
            <w:pPr>
              <w:spacing w:after="0"/>
              <w:jc w:val="right"/>
            </w:pPr>
            <w:r>
              <w:rPr>
                <w:sz w:val="16"/>
              </w:rPr>
              <w:t>$0</w:t>
            </w:r>
          </w:p>
        </w:tc>
        <w:tc>
          <w:tcPr>
            <w:tcW w:type="dxa" w:w="1074"/>
          </w:tcPr>
          <w:p>
            <w:pPr>
              <w:spacing w:after="0"/>
              <w:jc w:val="right"/>
            </w:pPr>
            <w:r>
              <w:rPr>
                <w:sz w:val="16"/>
              </w:rPr>
              <w:t>4</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r>
              <w:rPr>
                <w:sz w:val="16"/>
              </w:rPr>
              <w:t>13</w:t>
            </w:r>
          </w:p>
        </w:tc>
        <w:tc>
          <w:tcPr>
            <w:tcW w:type="dxa" w:w="1037"/>
          </w:tcPr>
          <w:p>
            <w:pPr>
              <w:spacing w:after="0"/>
              <w:jc w:val="left"/>
            </w:pPr>
            <w:r>
              <w:rPr>
                <w:sz w:val="16"/>
              </w:rPr>
              <w:t>Heat Wave</w:t>
            </w:r>
          </w:p>
        </w:tc>
        <w:tc>
          <w:tcPr>
            <w:tcW w:type="dxa" w:w="1347"/>
          </w:tcPr>
          <w:p>
            <w:pPr>
              <w:spacing w:after="0"/>
              <w:jc w:val="left"/>
            </w:pPr>
            <w:r>
              <w:rPr>
                <w:sz w:val="16"/>
              </w:rPr>
              <w:t>Insufficient Data</w:t>
            </w:r>
          </w:p>
        </w:tc>
        <w:tc>
          <w:tcPr>
            <w:tcW w:type="dxa" w:w="140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47"/>
          </w:tcPr>
          <w:p>
            <w:pPr>
              <w:spacing w:after="0"/>
              <w:jc w:val="right"/>
            </w:pPr>
            <w:r>
              <w:rPr>
                <w:sz w:val="16"/>
              </w:rPr>
              <w:t>$0</w:t>
            </w:r>
          </w:p>
        </w:tc>
        <w:tc>
          <w:tcPr>
            <w:tcW w:type="dxa" w:w="1089"/>
          </w:tcPr>
          <w:p>
            <w:pPr>
              <w:spacing w:after="0"/>
              <w:jc w:val="right"/>
            </w:pPr>
            <w:r>
              <w:rPr>
                <w:sz w:val="16"/>
              </w:rPr>
              <w:t>$0</w:t>
            </w:r>
          </w:p>
        </w:tc>
        <w:tc>
          <w:tcPr>
            <w:tcW w:type="dxa" w:w="1074"/>
          </w:tcPr>
          <w:p>
            <w:pPr>
              <w:spacing w:after="0"/>
              <w:jc w:val="right"/>
            </w:pPr>
            <w:r>
              <w:rPr>
                <w:sz w:val="16"/>
              </w:rPr>
              <w:t>3</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r>
              <w:rPr>
                <w:sz w:val="16"/>
              </w:rPr>
              <w:t>14</w:t>
            </w:r>
          </w:p>
        </w:tc>
        <w:tc>
          <w:tcPr>
            <w:tcW w:type="dxa" w:w="1037"/>
          </w:tcPr>
          <w:p>
            <w:pPr>
              <w:spacing w:after="0"/>
              <w:jc w:val="left"/>
            </w:pPr>
            <w:r>
              <w:rPr>
                <w:sz w:val="16"/>
              </w:rPr>
              <w:t>Winter Weather</w:t>
            </w:r>
          </w:p>
        </w:tc>
        <w:tc>
          <w:tcPr>
            <w:tcW w:type="dxa" w:w="1347"/>
          </w:tcPr>
          <w:p>
            <w:pPr>
              <w:spacing w:after="0"/>
              <w:jc w:val="left"/>
            </w:pPr>
            <w:r>
              <w:rPr>
                <w:sz w:val="16"/>
              </w:rPr>
              <w:t>Insufficient Data</w:t>
            </w:r>
          </w:p>
        </w:tc>
        <w:tc>
          <w:tcPr>
            <w:tcW w:type="dxa" w:w="140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47"/>
          </w:tcPr>
          <w:p>
            <w:pPr>
              <w:spacing w:after="0"/>
              <w:jc w:val="right"/>
            </w:pPr>
            <w:r>
              <w:rPr>
                <w:sz w:val="16"/>
              </w:rPr>
              <w:t>$0</w:t>
            </w:r>
          </w:p>
        </w:tc>
        <w:tc>
          <w:tcPr>
            <w:tcW w:type="dxa" w:w="1089"/>
          </w:tcPr>
          <w:p>
            <w:pPr>
              <w:spacing w:after="0"/>
              <w:jc w:val="right"/>
            </w:pPr>
            <w:r>
              <w:rPr>
                <w:sz w:val="16"/>
              </w:rPr>
              <w:t>$0</w:t>
            </w: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p>
        </w:tc>
        <w:tc>
          <w:tcPr>
            <w:tcW w:type="dxa" w:w="1037"/>
          </w:tcPr>
          <w:p>
            <w:pPr>
              <w:spacing w:after="0"/>
              <w:jc w:val="left"/>
            </w:pPr>
            <w:r>
              <w:rPr>
                <w:sz w:val="16"/>
              </w:rPr>
              <w:t>Avalanche</w:t>
            </w:r>
          </w:p>
        </w:tc>
        <w:tc>
          <w:tcPr>
            <w:tcW w:type="dxa" w:w="1347"/>
          </w:tcPr>
          <w:p>
            <w:pPr>
              <w:spacing w:after="0"/>
              <w:jc w:val="left"/>
            </w:pPr>
            <w:r>
              <w:rPr>
                <w:sz w:val="16"/>
              </w:rPr>
              <w:t>Not Applicable</w:t>
            </w:r>
          </w:p>
        </w:tc>
        <w:tc>
          <w:tcPr>
            <w:tcW w:type="dxa" w:w="140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47"/>
          </w:tcPr>
          <w:p>
            <w:pPr>
              <w:spacing w:after="0"/>
              <w:jc w:val="right"/>
            </w:pPr>
          </w:p>
        </w:tc>
        <w:tc>
          <w:tcPr>
            <w:tcW w:type="dxa" w:w="1089"/>
          </w:tcPr>
          <w:p>
            <w:pPr>
              <w:spacing w:after="0"/>
              <w:jc w:val="right"/>
            </w:pPr>
          </w:p>
        </w:tc>
        <w:tc>
          <w:tcPr>
            <w:tcW w:type="dxa" w:w="1074"/>
          </w:tcPr>
          <w:p>
            <w:pPr>
              <w:spacing w:after="0"/>
              <w:jc w:val="right"/>
            </w:pPr>
            <w:r>
              <w:rPr>
                <w:sz w:val="16"/>
              </w:rPr>
              <w:t>0</w:t>
            </w:r>
          </w:p>
        </w:tc>
        <w:tc>
          <w:tcPr>
            <w:tcW w:type="dxa" w:w="1795"/>
          </w:tcPr>
          <w:p>
            <w:pPr>
              <w:spacing w:after="0"/>
              <w:jc w:val="left"/>
            </w:pPr>
            <w:r>
              <w:rPr>
                <w:sz w:val="16"/>
              </w:rPr>
              <w:t>NRI rates avalanche Not Applicable for this county, and no federal declaration for this county names it.</w:t>
            </w:r>
          </w:p>
        </w:tc>
        <w:tc>
          <w:tcPr>
            <w:tcW w:type="dxa" w:w="2286"/>
          </w:tcPr>
          <w:p>
            <w:pPr>
              <w:spacing w:after="0"/>
              <w:jc w:val="left"/>
            </w:pPr>
            <w:r>
              <w:rPr>
                <w:sz w:val="16"/>
              </w:rPr>
              <w:t>No recorded events in Storm Events since 1996 (data through 2026-06-30).</w:t>
            </w:r>
          </w:p>
        </w:tc>
      </w:tr>
      <w:tr>
        <w:trPr>
          <w:cantSplit/>
        </w:trPr>
        <w:tc>
          <w:tcPr>
            <w:tcW w:type="dxa" w:w="673"/>
          </w:tcPr>
          <w:p>
            <w:pPr>
              <w:spacing w:after="0"/>
              <w:jc w:val="right"/>
            </w:pPr>
          </w:p>
        </w:tc>
        <w:tc>
          <w:tcPr>
            <w:tcW w:type="dxa" w:w="1037"/>
          </w:tcPr>
          <w:p>
            <w:pPr>
              <w:spacing w:after="0"/>
              <w:jc w:val="left"/>
            </w:pPr>
            <w:r>
              <w:rPr>
                <w:sz w:val="16"/>
              </w:rPr>
              <w:t>Ice Storm</w:t>
            </w:r>
          </w:p>
        </w:tc>
        <w:tc>
          <w:tcPr>
            <w:tcW w:type="dxa" w:w="1347"/>
          </w:tcPr>
          <w:p>
            <w:pPr>
              <w:spacing w:after="0"/>
              <w:jc w:val="left"/>
            </w:pPr>
            <w:r>
              <w:rPr>
                <w:sz w:val="16"/>
              </w:rPr>
              <w:t>Not Applicable</w:t>
            </w:r>
          </w:p>
        </w:tc>
        <w:tc>
          <w:tcPr>
            <w:tcW w:type="dxa" w:w="140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47"/>
          </w:tcPr>
          <w:p>
            <w:pPr>
              <w:spacing w:after="0"/>
              <w:jc w:val="right"/>
            </w:pPr>
          </w:p>
        </w:tc>
        <w:tc>
          <w:tcPr>
            <w:tcW w:type="dxa" w:w="1089"/>
          </w:tcPr>
          <w:p>
            <w:pPr>
              <w:spacing w:after="0"/>
              <w:jc w:val="right"/>
            </w:pPr>
          </w:p>
        </w:tc>
        <w:tc>
          <w:tcPr>
            <w:tcW w:type="dxa" w:w="1074"/>
          </w:tcPr>
          <w:p>
            <w:pPr>
              <w:spacing w:after="0"/>
              <w:jc w:val="right"/>
            </w:pPr>
            <w:r>
              <w:rPr>
                <w:sz w:val="16"/>
              </w:rPr>
              <w:t>0</w:t>
            </w:r>
          </w:p>
        </w:tc>
        <w:tc>
          <w:tcPr>
            <w:tcW w:type="dxa" w:w="1795"/>
          </w:tcPr>
          <w:p>
            <w:pPr>
              <w:spacing w:after="0"/>
              <w:jc w:val="left"/>
            </w:pPr>
            <w:r>
              <w:rPr>
                <w:sz w:val="16"/>
              </w:rPr>
              <w:t>NRI rates ice storm Not Applicable for this county, and no federal declaration for this county names it.</w:t>
            </w:r>
          </w:p>
        </w:tc>
        <w:tc>
          <w:tcPr>
            <w:tcW w:type="dxa" w:w="2286"/>
          </w:tcPr>
          <w:p>
            <w:pPr>
              <w:spacing w:after="0"/>
              <w:jc w:val="left"/>
            </w:pPr>
            <w:r>
              <w:rPr>
                <w:sz w:val="16"/>
              </w:rPr>
              <w:t>No recorded events in Storm Events since 1996 (data through 2026-06-30).</w:t>
            </w:r>
          </w:p>
        </w:tc>
      </w:tr>
      <w:tr>
        <w:trPr>
          <w:cantSplit/>
        </w:trPr>
        <w:tc>
          <w:tcPr>
            <w:tcW w:type="dxa" w:w="673"/>
          </w:tcPr>
          <w:p>
            <w:pPr>
              <w:spacing w:after="0"/>
              <w:jc w:val="right"/>
            </w:pPr>
          </w:p>
        </w:tc>
        <w:tc>
          <w:tcPr>
            <w:tcW w:type="dxa" w:w="1037"/>
          </w:tcPr>
          <w:p>
            <w:pPr>
              <w:spacing w:after="0"/>
              <w:jc w:val="left"/>
            </w:pPr>
            <w:r>
              <w:rPr>
                <w:sz w:val="16"/>
              </w:rPr>
              <w:t>Tsunami</w:t>
            </w:r>
          </w:p>
        </w:tc>
        <w:tc>
          <w:tcPr>
            <w:tcW w:type="dxa" w:w="1347"/>
          </w:tcPr>
          <w:p>
            <w:pPr>
              <w:spacing w:after="0"/>
              <w:jc w:val="left"/>
            </w:pPr>
            <w:r>
              <w:rPr>
                <w:sz w:val="16"/>
              </w:rPr>
              <w:t>Not Applicable</w:t>
            </w:r>
          </w:p>
        </w:tc>
        <w:tc>
          <w:tcPr>
            <w:tcW w:type="dxa" w:w="140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47"/>
          </w:tcPr>
          <w:p>
            <w:pPr>
              <w:spacing w:after="0"/>
              <w:jc w:val="right"/>
            </w:pPr>
          </w:p>
        </w:tc>
        <w:tc>
          <w:tcPr>
            <w:tcW w:type="dxa" w:w="1089"/>
          </w:tcPr>
          <w:p>
            <w:pPr>
              <w:spacing w:after="0"/>
              <w:jc w:val="right"/>
            </w:pPr>
          </w:p>
        </w:tc>
        <w:tc>
          <w:tcPr>
            <w:tcW w:type="dxa" w:w="1074"/>
          </w:tcPr>
          <w:p>
            <w:pPr>
              <w:spacing w:after="0"/>
              <w:jc w:val="right"/>
            </w:pPr>
            <w:r>
              <w:rPr>
                <w:sz w:val="16"/>
              </w:rPr>
              <w:t>0</w:t>
            </w:r>
          </w:p>
        </w:tc>
        <w:tc>
          <w:tcPr>
            <w:tcW w:type="dxa" w:w="1795"/>
          </w:tcPr>
          <w:p>
            <w:pPr>
              <w:spacing w:after="0"/>
              <w:jc w:val="left"/>
            </w:pPr>
            <w:r>
              <w:rPr>
                <w:sz w:val="16"/>
              </w:rPr>
              <w:t>NRI rates tsunami Not Applicable for this county, and no federal declaration for this county names it.</w:t>
            </w: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p>
        </w:tc>
        <w:tc>
          <w:tcPr>
            <w:tcW w:type="dxa" w:w="1037"/>
          </w:tcPr>
          <w:p>
            <w:pPr>
              <w:spacing w:after="0"/>
              <w:jc w:val="left"/>
            </w:pPr>
            <w:r>
              <w:rPr>
                <w:sz w:val="16"/>
              </w:rPr>
              <w:t>Wildfire</w:t>
            </w:r>
          </w:p>
        </w:tc>
        <w:tc>
          <w:tcPr>
            <w:tcW w:type="dxa" w:w="1347"/>
          </w:tcPr>
          <w:p>
            <w:pPr>
              <w:spacing w:after="0"/>
              <w:jc w:val="left"/>
            </w:pPr>
            <w:r>
              <w:rPr>
                <w:sz w:val="16"/>
              </w:rPr>
              <w:t>Insufficient Data</w:t>
            </w:r>
          </w:p>
        </w:tc>
        <w:tc>
          <w:tcPr>
            <w:tcW w:type="dxa" w:w="1400"/>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47"/>
          </w:tcPr>
          <w:p>
            <w:pPr>
              <w:spacing w:after="0"/>
              <w:jc w:val="right"/>
            </w:pPr>
          </w:p>
        </w:tc>
        <w:tc>
          <w:tcPr>
            <w:tcW w:type="dxa" w:w="1089"/>
          </w:tcPr>
          <w:p>
            <w:pPr>
              <w:spacing w:after="0"/>
              <w:jc w:val="right"/>
            </w:pP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6"/>
        <w:gridCol w:w="1766"/>
        <w:gridCol w:w="1597"/>
        <w:gridCol w:w="1380"/>
        <w:gridCol w:w="1864"/>
        <w:gridCol w:w="1742"/>
        <w:gridCol w:w="1672"/>
        <w:gridCol w:w="2306"/>
      </w:tblGrid>
      <w:tr>
        <w:trPr>
          <w:cantSplit/>
          <w:tblHeader/>
        </w:trPr>
        <w:tc>
          <w:tcPr>
            <w:tcW w:type="dxa" w:w="1786"/>
            <w:shd w:val="clear" w:color="auto" w:fill="E8E8E8"/>
          </w:tcPr>
          <w:p>
            <w:pPr>
              <w:spacing w:after="0"/>
              <w:jc w:val="left"/>
            </w:pPr>
            <w:r>
              <w:rPr>
                <w:b/>
                <w:sz w:val="16"/>
              </w:rPr>
              <w:t>Hazard</w:t>
            </w:r>
          </w:p>
        </w:tc>
        <w:tc>
          <w:tcPr>
            <w:tcW w:type="dxa" w:w="1766"/>
            <w:shd w:val="clear" w:color="auto" w:fill="E8E8E8"/>
          </w:tcPr>
          <w:p>
            <w:pPr>
              <w:spacing w:after="0"/>
              <w:jc w:val="left"/>
            </w:pPr>
            <w:r>
              <w:rPr>
                <w:b/>
                <w:sz w:val="16"/>
              </w:rPr>
              <w:t>Scale</w:t>
            </w:r>
          </w:p>
        </w:tc>
        <w:tc>
          <w:tcPr>
            <w:tcW w:type="dxa" w:w="1597"/>
            <w:shd w:val="clear" w:color="auto" w:fill="E8E8E8"/>
          </w:tcPr>
          <w:p>
            <w:pPr>
              <w:spacing w:after="0"/>
              <w:jc w:val="right"/>
            </w:pPr>
            <w:r>
              <w:rPr>
                <w:b/>
                <w:sz w:val="16"/>
              </w:rPr>
              <w:t>Records</w:t>
            </w:r>
          </w:p>
          <w:p>
            <w:pPr>
              <w:spacing w:after="0"/>
              <w:jc w:val="right"/>
            </w:pPr>
            <w:r>
              <w:rPr>
                <w:i/>
                <w:color w:val="555555"/>
                <w:sz w:val="14"/>
              </w:rPr>
              <w:t>count, years</w:t>
            </w:r>
          </w:p>
        </w:tc>
        <w:tc>
          <w:tcPr>
            <w:tcW w:type="dxa" w:w="1380"/>
            <w:shd w:val="clear" w:color="auto" w:fill="E8E8E8"/>
          </w:tcPr>
          <w:p>
            <w:pPr>
              <w:spacing w:after="0"/>
              <w:jc w:val="left"/>
            </w:pPr>
            <w:r>
              <w:rPr>
                <w:b/>
                <w:sz w:val="16"/>
              </w:rPr>
              <w:t>Observed range</w:t>
            </w:r>
          </w:p>
        </w:tc>
        <w:tc>
          <w:tcPr>
            <w:tcW w:type="dxa" w:w="1864"/>
            <w:shd w:val="clear" w:color="auto" w:fill="E8E8E8"/>
          </w:tcPr>
          <w:p>
            <w:pPr>
              <w:spacing w:after="0"/>
              <w:jc w:val="left"/>
            </w:pPr>
            <w:r>
              <w:rPr>
                <w:b/>
                <w:sz w:val="16"/>
              </w:rPr>
              <w:t>Worst recorded event</w:t>
            </w:r>
          </w:p>
        </w:tc>
        <w:tc>
          <w:tcPr>
            <w:tcW w:type="dxa" w:w="1742"/>
            <w:shd w:val="clear" w:color="auto" w:fill="E8E8E8"/>
          </w:tcPr>
          <w:p>
            <w:pPr>
              <w:spacing w:after="0"/>
              <w:jc w:val="left"/>
            </w:pPr>
            <w:r>
              <w:rPr>
                <w:b/>
                <w:sz w:val="16"/>
              </w:rPr>
              <w:t>Most damaging (when different)</w:t>
            </w:r>
          </w:p>
        </w:tc>
        <w:tc>
          <w:tcPr>
            <w:tcW w:type="dxa" w:w="1672"/>
            <w:shd w:val="clear" w:color="auto" w:fill="E8E8E8"/>
          </w:tcPr>
          <w:p>
            <w:pPr>
              <w:spacing w:after="0"/>
              <w:jc w:val="left"/>
            </w:pPr>
            <w:r>
              <w:rPr>
                <w:b/>
                <w:sz w:val="16"/>
              </w:rPr>
              <w:t>How it applies to members</w:t>
            </w:r>
          </w:p>
        </w:tc>
        <w:tc>
          <w:tcPr>
            <w:tcW w:type="dxa" w:w="2306"/>
            <w:shd w:val="clear" w:color="auto" w:fill="E8E8E8"/>
          </w:tcPr>
          <w:p>
            <w:pPr>
              <w:spacing w:after="0"/>
              <w:jc w:val="left"/>
            </w:pPr>
            <w:r>
              <w:rPr>
                <w:b/>
                <w:sz w:val="16"/>
              </w:rPr>
              <w:t>Note</w:t>
            </w:r>
          </w:p>
        </w:tc>
      </w:tr>
      <w:tr>
        <w:trPr>
          <w:cantSplit/>
        </w:trPr>
        <w:tc>
          <w:tcPr>
            <w:tcW w:type="dxa" w:w="1786"/>
          </w:tcPr>
          <w:p>
            <w:pPr>
              <w:spacing w:after="0"/>
              <w:jc w:val="left"/>
            </w:pPr>
            <w:r>
              <w:rPr>
                <w:sz w:val="16"/>
              </w:rPr>
              <w:t>Avalanche</w:t>
            </w:r>
          </w:p>
        </w:tc>
        <w:tc>
          <w:tcPr>
            <w:tcW w:type="dxa" w:w="1766"/>
          </w:tcPr>
          <w:p>
            <w:pPr>
              <w:spacing w:after="0"/>
              <w:jc w:val="left"/>
            </w:pPr>
            <w:r>
              <w:rPr>
                <w:sz w:val="16"/>
              </w:rPr>
              <w:t>none (count and damage)</w:t>
            </w:r>
          </w:p>
        </w:tc>
        <w:tc>
          <w:tcPr>
            <w:tcW w:type="dxa" w:w="1597"/>
          </w:tcPr>
          <w:p>
            <w:pPr>
              <w:spacing w:after="0"/>
              <w:jc w:val="right"/>
            </w:pPr>
            <w:r>
              <w:rPr>
                <w:sz w:val="16"/>
              </w:rPr>
              <w:t>0</w:t>
            </w:r>
          </w:p>
        </w:tc>
        <w:tc>
          <w:tcPr>
            <w:tcW w:type="dxa" w:w="1380"/>
          </w:tcPr>
          <w:p>
            <w:pPr>
              <w:spacing w:after="0"/>
              <w:jc w:val="left"/>
            </w:pPr>
          </w:p>
        </w:tc>
        <w:tc>
          <w:tcPr>
            <w:tcW w:type="dxa" w:w="1864"/>
          </w:tcPr>
          <w:p>
            <w:pPr>
              <w:spacing w:after="0"/>
              <w:jc w:val="left"/>
            </w:pPr>
          </w:p>
        </w:tc>
        <w:tc>
          <w:tcPr>
            <w:tcW w:type="dxa" w:w="1742"/>
          </w:tcPr>
          <w:p>
            <w:pPr>
              <w:spacing w:after="0"/>
              <w:jc w:val="left"/>
            </w:pPr>
          </w:p>
        </w:tc>
        <w:tc>
          <w:tcPr>
            <w:tcW w:type="dxa" w:w="1672"/>
          </w:tcPr>
          <w:p>
            <w:pPr>
              <w:spacing w:after="0"/>
              <w:jc w:val="left"/>
            </w:pPr>
          </w:p>
        </w:tc>
        <w:tc>
          <w:tcPr>
            <w:tcW w:type="dxa" w:w="2306"/>
          </w:tcPr>
          <w:p>
            <w:pPr>
              <w:spacing w:after="0"/>
              <w:jc w:val="left"/>
            </w:pPr>
            <w:r>
              <w:rPr>
                <w:sz w:val="16"/>
              </w:rPr>
              <w:t>Physical measure: in event narratives only; local data required.</w:t>
            </w:r>
          </w:p>
        </w:tc>
      </w:tr>
      <w:tr>
        <w:trPr>
          <w:cantSplit/>
        </w:trPr>
        <w:tc>
          <w:tcPr>
            <w:tcW w:type="dxa" w:w="1786"/>
          </w:tcPr>
          <w:p>
            <w:pPr>
              <w:spacing w:after="0"/>
              <w:jc w:val="left"/>
            </w:pPr>
            <w:r>
              <w:rPr>
                <w:sz w:val="16"/>
              </w:rPr>
              <w:t>Coastal Flood, Storm Surge/Tide</w:t>
            </w:r>
          </w:p>
        </w:tc>
        <w:tc>
          <w:tcPr>
            <w:tcW w:type="dxa" w:w="1766"/>
          </w:tcPr>
          <w:p>
            <w:pPr>
              <w:spacing w:after="0"/>
              <w:jc w:val="left"/>
            </w:pPr>
            <w:r>
              <w:rPr>
                <w:sz w:val="16"/>
              </w:rPr>
              <w:t>none in data (FIRM for depth)</w:t>
            </w:r>
          </w:p>
        </w:tc>
        <w:tc>
          <w:tcPr>
            <w:tcW w:type="dxa" w:w="1597"/>
          </w:tcPr>
          <w:p>
            <w:pPr>
              <w:spacing w:after="0"/>
              <w:jc w:val="right"/>
            </w:pPr>
            <w:r>
              <w:rPr>
                <w:sz w:val="16"/>
              </w:rPr>
              <w:t>1, 2017 to 2017 (1 zone-level)</w:t>
            </w:r>
          </w:p>
        </w:tc>
        <w:tc>
          <w:tcPr>
            <w:tcW w:type="dxa" w:w="1380"/>
          </w:tcPr>
          <w:p>
            <w:pPr>
              <w:spacing w:after="0"/>
              <w:jc w:val="left"/>
            </w:pPr>
          </w:p>
        </w:tc>
        <w:tc>
          <w:tcPr>
            <w:tcW w:type="dxa" w:w="1864"/>
          </w:tcPr>
          <w:p>
            <w:pPr>
              <w:spacing w:after="0"/>
              <w:jc w:val="left"/>
            </w:pPr>
            <w:r>
              <w:rPr>
                <w:sz w:val="16"/>
              </w:rPr>
              <w:t>No damage reported in 1 records.</w:t>
            </w:r>
          </w:p>
        </w:tc>
        <w:tc>
          <w:tcPr>
            <w:tcW w:type="dxa" w:w="1742"/>
          </w:tcPr>
          <w:p>
            <w:pPr>
              <w:spacing w:after="0"/>
              <w:jc w:val="left"/>
            </w:pPr>
          </w:p>
        </w:tc>
        <w:tc>
          <w:tcPr>
            <w:tcW w:type="dxa" w:w="1672"/>
          </w:tcPr>
          <w:p>
            <w:pPr>
              <w:spacing w:after="0"/>
              <w:jc w:val="left"/>
            </w:pPr>
            <w:r>
              <w:rPr>
                <w:sz w:val="16"/>
              </w:rPr>
              <w:t>Zone-level records: applies countywide; national data do not locate these events within the county.</w:t>
            </w:r>
          </w:p>
        </w:tc>
        <w:tc>
          <w:tcPr>
            <w:tcW w:type="dxa" w:w="2306"/>
          </w:tcPr>
          <w:p>
            <w:pPr>
              <w:spacing w:after="0"/>
              <w:jc w:val="left"/>
            </w:pPr>
            <w:r>
              <w:rPr>
                <w:sz w:val="16"/>
              </w:rPr>
              <w:t>Flood depth: see the FEMA Flood Insurance Rate Map.</w:t>
            </w:r>
          </w:p>
        </w:tc>
      </w:tr>
      <w:tr>
        <w:trPr>
          <w:cantSplit/>
        </w:trPr>
        <w:tc>
          <w:tcPr>
            <w:tcW w:type="dxa" w:w="1786"/>
          </w:tcPr>
          <w:p>
            <w:pPr>
              <w:spacing w:after="0"/>
              <w:jc w:val="left"/>
            </w:pPr>
            <w:r>
              <w:rPr>
                <w:sz w:val="16"/>
              </w:rPr>
              <w:t>Cold/Wind Chill, Extreme Cold/Wind Chill</w:t>
            </w:r>
          </w:p>
        </w:tc>
        <w:tc>
          <w:tcPr>
            <w:tcW w:type="dxa" w:w="1766"/>
          </w:tcPr>
          <w:p>
            <w:pPr>
              <w:spacing w:after="0"/>
              <w:jc w:val="left"/>
            </w:pPr>
            <w:r>
              <w:rPr>
                <w:sz w:val="16"/>
              </w:rPr>
              <w:t>wind chill</w:t>
            </w:r>
          </w:p>
        </w:tc>
        <w:tc>
          <w:tcPr>
            <w:tcW w:type="dxa" w:w="1597"/>
          </w:tcPr>
          <w:p>
            <w:pPr>
              <w:spacing w:after="0"/>
              <w:jc w:val="right"/>
            </w:pPr>
            <w:r>
              <w:rPr>
                <w:sz w:val="16"/>
              </w:rPr>
              <w:t>0</w:t>
            </w:r>
          </w:p>
        </w:tc>
        <w:tc>
          <w:tcPr>
            <w:tcW w:type="dxa" w:w="1380"/>
          </w:tcPr>
          <w:p>
            <w:pPr>
              <w:spacing w:after="0"/>
              <w:jc w:val="left"/>
            </w:pPr>
          </w:p>
        </w:tc>
        <w:tc>
          <w:tcPr>
            <w:tcW w:type="dxa" w:w="1864"/>
          </w:tcPr>
          <w:p>
            <w:pPr>
              <w:spacing w:after="0"/>
              <w:jc w:val="left"/>
            </w:pPr>
          </w:p>
        </w:tc>
        <w:tc>
          <w:tcPr>
            <w:tcW w:type="dxa" w:w="1742"/>
          </w:tcPr>
          <w:p>
            <w:pPr>
              <w:spacing w:after="0"/>
              <w:jc w:val="left"/>
            </w:pPr>
          </w:p>
        </w:tc>
        <w:tc>
          <w:tcPr>
            <w:tcW w:type="dxa" w:w="1672"/>
          </w:tcPr>
          <w:p>
            <w:pPr>
              <w:spacing w:after="0"/>
              <w:jc w:val="left"/>
            </w:pPr>
          </w:p>
        </w:tc>
        <w:tc>
          <w:tcPr>
            <w:tcW w:type="dxa" w:w="2306"/>
          </w:tcPr>
          <w:p>
            <w:pPr>
              <w:spacing w:after="0"/>
              <w:jc w:val="left"/>
            </w:pPr>
            <w:r>
              <w:rPr>
                <w:sz w:val="16"/>
              </w:rPr>
              <w:t>Wind chill: in event narratives only; local data required.</w:t>
            </w:r>
          </w:p>
        </w:tc>
      </w:tr>
      <w:tr>
        <w:trPr>
          <w:cantSplit/>
        </w:trPr>
        <w:tc>
          <w:tcPr>
            <w:tcW w:type="dxa" w:w="1786"/>
          </w:tcPr>
          <w:p>
            <w:pPr>
              <w:spacing w:after="0"/>
              <w:jc w:val="left"/>
            </w:pPr>
            <w:r>
              <w:rPr>
                <w:sz w:val="16"/>
              </w:rPr>
              <w:t>Frost/Freeze (outside NRI Cold Wave definition)</w:t>
            </w:r>
          </w:p>
        </w:tc>
        <w:tc>
          <w:tcPr>
            <w:tcW w:type="dxa" w:w="1766"/>
          </w:tcPr>
          <w:p>
            <w:pPr>
              <w:spacing w:after="0"/>
              <w:jc w:val="left"/>
            </w:pPr>
            <w:r>
              <w:rPr>
                <w:sz w:val="16"/>
              </w:rPr>
              <w:t>crop damage</w:t>
            </w:r>
          </w:p>
        </w:tc>
        <w:tc>
          <w:tcPr>
            <w:tcW w:type="dxa" w:w="1597"/>
          </w:tcPr>
          <w:p>
            <w:pPr>
              <w:spacing w:after="0"/>
              <w:jc w:val="right"/>
            </w:pPr>
            <w:r>
              <w:rPr>
                <w:sz w:val="16"/>
              </w:rPr>
              <w:t>0</w:t>
            </w:r>
          </w:p>
        </w:tc>
        <w:tc>
          <w:tcPr>
            <w:tcW w:type="dxa" w:w="1380"/>
          </w:tcPr>
          <w:p>
            <w:pPr>
              <w:spacing w:after="0"/>
              <w:jc w:val="left"/>
            </w:pPr>
          </w:p>
        </w:tc>
        <w:tc>
          <w:tcPr>
            <w:tcW w:type="dxa" w:w="1864"/>
          </w:tcPr>
          <w:p>
            <w:pPr>
              <w:spacing w:after="0"/>
              <w:jc w:val="left"/>
            </w:pPr>
          </w:p>
        </w:tc>
        <w:tc>
          <w:tcPr>
            <w:tcW w:type="dxa" w:w="1742"/>
          </w:tcPr>
          <w:p>
            <w:pPr>
              <w:spacing w:after="0"/>
              <w:jc w:val="left"/>
            </w:pPr>
          </w:p>
        </w:tc>
        <w:tc>
          <w:tcPr>
            <w:tcW w:type="dxa" w:w="1672"/>
          </w:tcPr>
          <w:p>
            <w:pPr>
              <w:spacing w:after="0"/>
              <w:jc w:val="left"/>
            </w:pPr>
          </w:p>
        </w:tc>
        <w:tc>
          <w:tcPr>
            <w:tcW w:type="dxa" w:w="2306"/>
          </w:tcPr>
          <w:p>
            <w:pPr>
              <w:spacing w:after="0"/>
              <w:jc w:val="left"/>
            </w:pPr>
            <w:r>
              <w:rPr>
                <w:sz w:val="16"/>
              </w:rPr>
              <w:t>Temperature: in event narratives only; local data required.</w:t>
            </w:r>
          </w:p>
        </w:tc>
      </w:tr>
      <w:tr>
        <w:trPr>
          <w:cantSplit/>
        </w:trPr>
        <w:tc>
          <w:tcPr>
            <w:tcW w:type="dxa" w:w="1786"/>
          </w:tcPr>
          <w:p>
            <w:pPr>
              <w:spacing w:after="0"/>
              <w:jc w:val="left"/>
            </w:pPr>
            <w:r>
              <w:rPr>
                <w:sz w:val="16"/>
              </w:rPr>
              <w:t>Drought</w:t>
            </w:r>
          </w:p>
        </w:tc>
        <w:tc>
          <w:tcPr>
            <w:tcW w:type="dxa" w:w="1766"/>
          </w:tcPr>
          <w:p>
            <w:pPr>
              <w:spacing w:after="0"/>
              <w:jc w:val="left"/>
            </w:pPr>
            <w:r>
              <w:rPr>
                <w:sz w:val="16"/>
              </w:rPr>
              <w:t>US Drought Monitor D-scale</w:t>
            </w:r>
          </w:p>
        </w:tc>
        <w:tc>
          <w:tcPr>
            <w:tcW w:type="dxa" w:w="1597"/>
          </w:tcPr>
          <w:p>
            <w:pPr>
              <w:spacing w:after="0"/>
              <w:jc w:val="right"/>
            </w:pPr>
            <w:r>
              <w:rPr>
                <w:sz w:val="16"/>
              </w:rPr>
              <w:t>4, 2022 to 2022 (4 zone-level)</w:t>
            </w:r>
          </w:p>
        </w:tc>
        <w:tc>
          <w:tcPr>
            <w:tcW w:type="dxa" w:w="1380"/>
          </w:tcPr>
          <w:p>
            <w:pPr>
              <w:spacing w:after="0"/>
              <w:jc w:val="left"/>
            </w:pPr>
            <w:r>
              <w:rPr>
                <w:sz w:val="16"/>
              </w:rPr>
              <w:t>78 days; 1 with a recorded value</w:t>
            </w:r>
          </w:p>
        </w:tc>
        <w:tc>
          <w:tcPr>
            <w:tcW w:type="dxa" w:w="1864"/>
          </w:tcPr>
          <w:p>
            <w:pPr>
              <w:spacing w:after="0"/>
              <w:jc w:val="left"/>
            </w:pPr>
            <w:r>
              <w:rPr>
                <w:sz w:val="16"/>
              </w:rPr>
              <w:t>78 days (about 2.6 months), 2022-06-21 to 2022-09-06, a run of 4 consecutive Storm Events drought records, zone-level</w:t>
            </w:r>
          </w:p>
        </w:tc>
        <w:tc>
          <w:tcPr>
            <w:tcW w:type="dxa" w:w="1742"/>
          </w:tcPr>
          <w:p>
            <w:pPr>
              <w:spacing w:after="0"/>
              <w:jc w:val="left"/>
            </w:pPr>
          </w:p>
        </w:tc>
        <w:tc>
          <w:tcPr>
            <w:tcW w:type="dxa" w:w="1672"/>
          </w:tcPr>
          <w:p>
            <w:pPr>
              <w:spacing w:after="0"/>
              <w:jc w:val="left"/>
            </w:pPr>
            <w:r>
              <w:rPr>
                <w:sz w:val="16"/>
              </w:rPr>
              <w:t>Zone-level records: applies countywide; national data do not locate these events within the county.</w:t>
            </w:r>
          </w:p>
        </w:tc>
        <w:tc>
          <w:tcPr>
            <w:tcW w:type="dxa" w:w="23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6"/>
          </w:tcPr>
          <w:p>
            <w:pPr>
              <w:spacing w:after="0"/>
              <w:jc w:val="left"/>
            </w:pPr>
            <w:r>
              <w:rPr>
                <w:sz w:val="16"/>
              </w:rPr>
              <w:t>Earthquake</w:t>
            </w:r>
          </w:p>
        </w:tc>
        <w:tc>
          <w:tcPr>
            <w:tcW w:type="dxa" w:w="1766"/>
          </w:tcPr>
          <w:p>
            <w:pPr>
              <w:spacing w:after="0"/>
              <w:jc w:val="left"/>
            </w:pPr>
            <w:r>
              <w:rPr>
                <w:sz w:val="16"/>
              </w:rPr>
              <w:t>Modified Mercalli (local data)</w:t>
            </w:r>
          </w:p>
        </w:tc>
        <w:tc>
          <w:tcPr>
            <w:tcW w:type="dxa" w:w="1597"/>
          </w:tcPr>
          <w:p>
            <w:pPr>
              <w:spacing w:after="0"/>
              <w:jc w:val="right"/>
            </w:pPr>
            <w:r>
              <w:rPr>
                <w:sz w:val="16"/>
              </w:rPr>
              <w:t>0</w:t>
            </w:r>
          </w:p>
        </w:tc>
        <w:tc>
          <w:tcPr>
            <w:tcW w:type="dxa" w:w="1380"/>
          </w:tcPr>
          <w:p>
            <w:pPr>
              <w:spacing w:after="0"/>
              <w:jc w:val="left"/>
            </w:pPr>
          </w:p>
        </w:tc>
        <w:tc>
          <w:tcPr>
            <w:tcW w:type="dxa" w:w="1864"/>
          </w:tcPr>
          <w:p>
            <w:pPr>
              <w:spacing w:after="0"/>
              <w:jc w:val="left"/>
            </w:pPr>
          </w:p>
        </w:tc>
        <w:tc>
          <w:tcPr>
            <w:tcW w:type="dxa" w:w="1742"/>
          </w:tcPr>
          <w:p>
            <w:pPr>
              <w:spacing w:after="0"/>
              <w:jc w:val="left"/>
            </w:pPr>
          </w:p>
        </w:tc>
        <w:tc>
          <w:tcPr>
            <w:tcW w:type="dxa" w:w="1672"/>
          </w:tcPr>
          <w:p>
            <w:pPr>
              <w:spacing w:after="0"/>
              <w:jc w:val="left"/>
            </w:pPr>
          </w:p>
        </w:tc>
        <w:tc>
          <w:tcPr>
            <w:tcW w:type="dxa" w:w="2306"/>
          </w:tcPr>
          <w:p>
            <w:pPr>
              <w:spacing w:after="0"/>
              <w:jc w:val="left"/>
            </w:pPr>
            <w:r>
              <w:rPr>
                <w:sz w:val="16"/>
              </w:rPr>
              <w:t>No Storm Events record; local data required (e.g., USGS).</w:t>
            </w:r>
          </w:p>
        </w:tc>
      </w:tr>
      <w:tr>
        <w:trPr>
          <w:cantSplit/>
        </w:trPr>
        <w:tc>
          <w:tcPr>
            <w:tcW w:type="dxa" w:w="1786"/>
          </w:tcPr>
          <w:p>
            <w:pPr>
              <w:spacing w:after="0"/>
              <w:jc w:val="left"/>
            </w:pPr>
            <w:r>
              <w:rPr>
                <w:sz w:val="16"/>
              </w:rPr>
              <w:t>Hail</w:t>
            </w:r>
          </w:p>
        </w:tc>
        <w:tc>
          <w:tcPr>
            <w:tcW w:type="dxa" w:w="1766"/>
          </w:tcPr>
          <w:p>
            <w:pPr>
              <w:spacing w:after="0"/>
              <w:jc w:val="left"/>
            </w:pPr>
            <w:r>
              <w:rPr>
                <w:sz w:val="16"/>
              </w:rPr>
              <w:t>hail size (inches)</w:t>
            </w:r>
          </w:p>
        </w:tc>
        <w:tc>
          <w:tcPr>
            <w:tcW w:type="dxa" w:w="1597"/>
          </w:tcPr>
          <w:p>
            <w:pPr>
              <w:spacing w:after="0"/>
              <w:jc w:val="right"/>
            </w:pPr>
            <w:r>
              <w:rPr>
                <w:sz w:val="16"/>
              </w:rPr>
              <w:t>0</w:t>
            </w:r>
          </w:p>
        </w:tc>
        <w:tc>
          <w:tcPr>
            <w:tcW w:type="dxa" w:w="1380"/>
          </w:tcPr>
          <w:p>
            <w:pPr>
              <w:spacing w:after="0"/>
              <w:jc w:val="left"/>
            </w:pPr>
          </w:p>
        </w:tc>
        <w:tc>
          <w:tcPr>
            <w:tcW w:type="dxa" w:w="1864"/>
          </w:tcPr>
          <w:p>
            <w:pPr>
              <w:spacing w:after="0"/>
              <w:jc w:val="left"/>
            </w:pPr>
          </w:p>
        </w:tc>
        <w:tc>
          <w:tcPr>
            <w:tcW w:type="dxa" w:w="1742"/>
          </w:tcPr>
          <w:p>
            <w:pPr>
              <w:spacing w:after="0"/>
              <w:jc w:val="left"/>
            </w:pPr>
          </w:p>
        </w:tc>
        <w:tc>
          <w:tcPr>
            <w:tcW w:type="dxa" w:w="1672"/>
          </w:tcPr>
          <w:p>
            <w:pPr>
              <w:spacing w:after="0"/>
              <w:jc w:val="left"/>
            </w:pPr>
          </w:p>
        </w:tc>
        <w:tc>
          <w:tcPr>
            <w:tcW w:type="dxa" w:w="2306"/>
          </w:tcPr>
          <w:p>
            <w:pPr>
              <w:spacing w:after="0"/>
              <w:jc w:val="left"/>
            </w:pPr>
          </w:p>
        </w:tc>
      </w:tr>
      <w:tr>
        <w:trPr>
          <w:cantSplit/>
        </w:trPr>
        <w:tc>
          <w:tcPr>
            <w:tcW w:type="dxa" w:w="1786"/>
          </w:tcPr>
          <w:p>
            <w:pPr>
              <w:spacing w:after="0"/>
              <w:jc w:val="left"/>
            </w:pPr>
            <w:r>
              <w:rPr>
                <w:sz w:val="16"/>
              </w:rPr>
              <w:t>Excessive Heat, Heat</w:t>
            </w:r>
          </w:p>
        </w:tc>
        <w:tc>
          <w:tcPr>
            <w:tcW w:type="dxa" w:w="1766"/>
          </w:tcPr>
          <w:p>
            <w:pPr>
              <w:spacing w:after="0"/>
              <w:jc w:val="left"/>
            </w:pPr>
            <w:r>
              <w:rPr>
                <w:sz w:val="16"/>
              </w:rPr>
              <w:t>heat index (narratives)</w:t>
            </w:r>
          </w:p>
        </w:tc>
        <w:tc>
          <w:tcPr>
            <w:tcW w:type="dxa" w:w="1597"/>
          </w:tcPr>
          <w:p>
            <w:pPr>
              <w:spacing w:after="0"/>
              <w:jc w:val="right"/>
            </w:pPr>
            <w:r>
              <w:rPr>
                <w:sz w:val="16"/>
              </w:rPr>
              <w:t>3, 2023 to 2023 (3 zone-level)</w:t>
            </w:r>
          </w:p>
        </w:tc>
        <w:tc>
          <w:tcPr>
            <w:tcW w:type="dxa" w:w="1380"/>
          </w:tcPr>
          <w:p>
            <w:pPr>
              <w:spacing w:after="0"/>
              <w:jc w:val="left"/>
            </w:pPr>
            <w:r>
              <w:rPr>
                <w:sz w:val="16"/>
              </w:rPr>
              <w:t>3 days to 30 days (median 30 days); 3 with a recorded value</w:t>
            </w:r>
          </w:p>
        </w:tc>
        <w:tc>
          <w:tcPr>
            <w:tcW w:type="dxa" w:w="1864"/>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742"/>
          </w:tcPr>
          <w:p>
            <w:pPr>
              <w:spacing w:after="0"/>
              <w:jc w:val="left"/>
            </w:pPr>
          </w:p>
        </w:tc>
        <w:tc>
          <w:tcPr>
            <w:tcW w:type="dxa" w:w="1672"/>
          </w:tcPr>
          <w:p>
            <w:pPr>
              <w:spacing w:after="0"/>
              <w:jc w:val="left"/>
            </w:pPr>
            <w:r>
              <w:rPr>
                <w:sz w:val="16"/>
              </w:rPr>
              <w:t>Zone-level records: applies countywide; national data do not locate these events within the county.</w:t>
            </w:r>
          </w:p>
        </w:tc>
        <w:tc>
          <w:tcPr>
            <w:tcW w:type="dxa" w:w="2306"/>
          </w:tcPr>
          <w:p>
            <w:pPr>
              <w:spacing w:after="0"/>
              <w:jc w:val="left"/>
            </w:pPr>
            <w:r>
              <w:rPr>
                <w:sz w:val="16"/>
              </w:rPr>
              <w:t>Heat index: in event narratives only; local data required.</w:t>
            </w:r>
          </w:p>
        </w:tc>
      </w:tr>
      <w:tr>
        <w:trPr>
          <w:cantSplit/>
        </w:trPr>
        <w:tc>
          <w:tcPr>
            <w:tcW w:type="dxa" w:w="1786"/>
          </w:tcPr>
          <w:p>
            <w:pPr>
              <w:spacing w:after="0"/>
              <w:jc w:val="left"/>
            </w:pPr>
            <w:r>
              <w:rPr>
                <w:sz w:val="16"/>
              </w:rPr>
              <w:t>Hurricane, Tropical Storm, Tropical Depression</w:t>
            </w:r>
          </w:p>
        </w:tc>
        <w:tc>
          <w:tcPr>
            <w:tcW w:type="dxa" w:w="1766"/>
          </w:tcPr>
          <w:p>
            <w:pPr>
              <w:spacing w:after="0"/>
              <w:jc w:val="left"/>
            </w:pPr>
            <w:r>
              <w:rPr>
                <w:sz w:val="16"/>
              </w:rPr>
              <w:t>Saffir-Simpson</w:t>
            </w:r>
          </w:p>
        </w:tc>
        <w:tc>
          <w:tcPr>
            <w:tcW w:type="dxa" w:w="1597"/>
          </w:tcPr>
          <w:p>
            <w:pPr>
              <w:spacing w:after="0"/>
              <w:jc w:val="right"/>
            </w:pPr>
            <w:r>
              <w:rPr>
                <w:sz w:val="16"/>
              </w:rPr>
              <w:t>10, 2000 to 2024 (10 zone-level)</w:t>
            </w:r>
          </w:p>
        </w:tc>
        <w:tc>
          <w:tcPr>
            <w:tcW w:type="dxa" w:w="1380"/>
          </w:tcPr>
          <w:p>
            <w:pPr>
              <w:spacing w:after="0"/>
              <w:jc w:val="left"/>
            </w:pPr>
          </w:p>
        </w:tc>
        <w:tc>
          <w:tcPr>
            <w:tcW w:type="dxa" w:w="1864"/>
          </w:tcPr>
          <w:p>
            <w:pPr>
              <w:spacing w:after="0"/>
              <w:jc w:val="left"/>
            </w:pPr>
            <w:r>
              <w:rPr>
                <w:sz w:val="16"/>
              </w:rPr>
              <w:t>Strongest recorded (records with damage, a wind speed or direct casualties first, then storm type, category and wind): Hurricane (Typhoon) record, 2017-09-20, category 4, $500,000 property; $0 crops, reported for the zone (2017 dollars); NWS zone PRZ004 (EASTERN INTERIOR), zone-level: may include parts of neighboring counties</w:t>
            </w:r>
          </w:p>
        </w:tc>
        <w:tc>
          <w:tcPr>
            <w:tcW w:type="dxa" w:w="1742"/>
          </w:tcPr>
          <w:p>
            <w:pPr>
              <w:spacing w:after="0"/>
              <w:jc w:val="left"/>
            </w:pPr>
          </w:p>
        </w:tc>
        <w:tc>
          <w:tcPr>
            <w:tcW w:type="dxa" w:w="1672"/>
          </w:tcPr>
          <w:p>
            <w:pPr>
              <w:spacing w:after="0"/>
              <w:jc w:val="left"/>
            </w:pPr>
            <w:r>
              <w:rPr>
                <w:sz w:val="16"/>
              </w:rPr>
              <w:t>Zone-level records: applies countywide; national data do not locate these events within the county.</w:t>
            </w:r>
          </w:p>
        </w:tc>
        <w:tc>
          <w:tcPr>
            <w:tcW w:type="dxa" w:w="230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6"/>
          </w:tcPr>
          <w:p>
            <w:pPr>
              <w:spacing w:after="0"/>
              <w:jc w:val="left"/>
            </w:pPr>
            <w:r>
              <w:rPr>
                <w:sz w:val="16"/>
              </w:rPr>
              <w:t>Ice Storm</w:t>
            </w:r>
          </w:p>
        </w:tc>
        <w:tc>
          <w:tcPr>
            <w:tcW w:type="dxa" w:w="1766"/>
          </w:tcPr>
          <w:p>
            <w:pPr>
              <w:spacing w:after="0"/>
              <w:jc w:val="left"/>
            </w:pPr>
            <w:r>
              <w:rPr>
                <w:sz w:val="16"/>
              </w:rPr>
              <w:t>Sperry-Piltz (local data)</w:t>
            </w:r>
          </w:p>
        </w:tc>
        <w:tc>
          <w:tcPr>
            <w:tcW w:type="dxa" w:w="1597"/>
          </w:tcPr>
          <w:p>
            <w:pPr>
              <w:spacing w:after="0"/>
              <w:jc w:val="right"/>
            </w:pPr>
            <w:r>
              <w:rPr>
                <w:sz w:val="16"/>
              </w:rPr>
              <w:t>0</w:t>
            </w:r>
          </w:p>
        </w:tc>
        <w:tc>
          <w:tcPr>
            <w:tcW w:type="dxa" w:w="1380"/>
          </w:tcPr>
          <w:p>
            <w:pPr>
              <w:spacing w:after="0"/>
              <w:jc w:val="left"/>
            </w:pPr>
          </w:p>
        </w:tc>
        <w:tc>
          <w:tcPr>
            <w:tcW w:type="dxa" w:w="1864"/>
          </w:tcPr>
          <w:p>
            <w:pPr>
              <w:spacing w:after="0"/>
              <w:jc w:val="left"/>
            </w:pPr>
          </w:p>
        </w:tc>
        <w:tc>
          <w:tcPr>
            <w:tcW w:type="dxa" w:w="1742"/>
          </w:tcPr>
          <w:p>
            <w:pPr>
              <w:spacing w:after="0"/>
              <w:jc w:val="left"/>
            </w:pPr>
          </w:p>
        </w:tc>
        <w:tc>
          <w:tcPr>
            <w:tcW w:type="dxa" w:w="1672"/>
          </w:tcPr>
          <w:p>
            <w:pPr>
              <w:spacing w:after="0"/>
              <w:jc w:val="left"/>
            </w:pPr>
          </w:p>
        </w:tc>
        <w:tc>
          <w:tcPr>
            <w:tcW w:type="dxa" w:w="2306"/>
          </w:tcPr>
          <w:p>
            <w:pPr>
              <w:spacing w:after="0"/>
              <w:jc w:val="left"/>
            </w:pPr>
            <w:r>
              <w:rPr>
                <w:sz w:val="16"/>
              </w:rPr>
              <w:t>Ice thickness: in event narratives only; local data required.</w:t>
            </w:r>
          </w:p>
        </w:tc>
      </w:tr>
      <w:tr>
        <w:trPr>
          <w:cantSplit/>
        </w:trPr>
        <w:tc>
          <w:tcPr>
            <w:tcW w:type="dxa" w:w="1786"/>
          </w:tcPr>
          <w:p>
            <w:pPr>
              <w:spacing w:after="0"/>
              <w:jc w:val="left"/>
            </w:pPr>
            <w:r>
              <w:rPr>
                <w:sz w:val="16"/>
              </w:rPr>
              <w:t>Flash Flood, Flood, Lakeshore Flood</w:t>
            </w:r>
          </w:p>
        </w:tc>
        <w:tc>
          <w:tcPr>
            <w:tcW w:type="dxa" w:w="1766"/>
          </w:tcPr>
          <w:p>
            <w:pPr>
              <w:spacing w:after="0"/>
              <w:jc w:val="left"/>
            </w:pPr>
            <w:r>
              <w:rPr>
                <w:sz w:val="16"/>
              </w:rPr>
              <w:t>damage and flood days (FIRM for depth)</w:t>
            </w:r>
          </w:p>
        </w:tc>
        <w:tc>
          <w:tcPr>
            <w:tcW w:type="dxa" w:w="1597"/>
          </w:tcPr>
          <w:p>
            <w:pPr>
              <w:spacing w:after="0"/>
              <w:jc w:val="right"/>
            </w:pPr>
            <w:r>
              <w:rPr>
                <w:sz w:val="16"/>
              </w:rPr>
              <w:t>68, 2000 to 2025 (57 zone-level)</w:t>
            </w:r>
          </w:p>
        </w:tc>
        <w:tc>
          <w:tcPr>
            <w:tcW w:type="dxa" w:w="1380"/>
          </w:tcPr>
          <w:p>
            <w:pPr>
              <w:spacing w:after="0"/>
              <w:jc w:val="left"/>
            </w:pPr>
          </w:p>
        </w:tc>
        <w:tc>
          <w:tcPr>
            <w:tcW w:type="dxa" w:w="1864"/>
          </w:tcPr>
          <w:p>
            <w:pPr>
              <w:spacing w:after="0"/>
              <w:jc w:val="left"/>
            </w:pPr>
            <w:r>
              <w:rPr>
                <w:sz w:val="16"/>
              </w:rPr>
              <w:t>Flash Flood, 2017-09-20, $750,000,000 property; $0 crops (2017 dollars)</w:t>
            </w:r>
          </w:p>
        </w:tc>
        <w:tc>
          <w:tcPr>
            <w:tcW w:type="dxa" w:w="1742"/>
          </w:tcPr>
          <w:p>
            <w:pPr>
              <w:spacing w:after="0"/>
              <w:jc w:val="left"/>
            </w:pPr>
          </w:p>
        </w:tc>
        <w:tc>
          <w:tcPr>
            <w:tcW w:type="dxa" w:w="1672"/>
          </w:tcPr>
          <w:p>
            <w:pPr>
              <w:spacing w:after="0"/>
              <w:jc w:val="left"/>
            </w:pPr>
            <w:r>
              <w:rPr>
                <w:sz w:val="16"/>
              </w:rPr>
              <w:t>No event record names a member place. Zone-level records (57) apply countywide.</w:t>
            </w:r>
          </w:p>
        </w:tc>
        <w:tc>
          <w:tcPr>
            <w:tcW w:type="dxa" w:w="230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6"/>
          </w:tcPr>
          <w:p>
            <w:pPr>
              <w:spacing w:after="0"/>
              <w:jc w:val="left"/>
            </w:pPr>
            <w:r>
              <w:rPr>
                <w:sz w:val="16"/>
              </w:rPr>
              <w:t>Debris Flow</w:t>
            </w:r>
          </w:p>
        </w:tc>
        <w:tc>
          <w:tcPr>
            <w:tcW w:type="dxa" w:w="1766"/>
          </w:tcPr>
          <w:p>
            <w:pPr>
              <w:spacing w:after="0"/>
              <w:jc w:val="left"/>
            </w:pPr>
            <w:r>
              <w:rPr>
                <w:sz w:val="16"/>
              </w:rPr>
              <w:t>none (count and damage)</w:t>
            </w:r>
          </w:p>
        </w:tc>
        <w:tc>
          <w:tcPr>
            <w:tcW w:type="dxa" w:w="1597"/>
          </w:tcPr>
          <w:p>
            <w:pPr>
              <w:spacing w:after="0"/>
              <w:jc w:val="right"/>
            </w:pPr>
            <w:r>
              <w:rPr>
                <w:sz w:val="16"/>
              </w:rPr>
              <w:t>50, 2003 to 2024 (44 zone-level)</w:t>
            </w:r>
          </w:p>
        </w:tc>
        <w:tc>
          <w:tcPr>
            <w:tcW w:type="dxa" w:w="1380"/>
          </w:tcPr>
          <w:p>
            <w:pPr>
              <w:spacing w:after="0"/>
              <w:jc w:val="left"/>
            </w:pPr>
          </w:p>
        </w:tc>
        <w:tc>
          <w:tcPr>
            <w:tcW w:type="dxa" w:w="1864"/>
          </w:tcPr>
          <w:p>
            <w:pPr>
              <w:spacing w:after="0"/>
              <w:jc w:val="left"/>
            </w:pPr>
            <w:r>
              <w:rPr>
                <w:sz w:val="16"/>
              </w:rPr>
              <w:t>Debris Flow, 2009-12-25, $4,800,000 property; $0 crops, reported for the zone (2009 dollars); NWS zone PRZ004 (EASTERN INTERIOR), zone-level: may include parts of neighboring counties</w:t>
            </w:r>
          </w:p>
        </w:tc>
        <w:tc>
          <w:tcPr>
            <w:tcW w:type="dxa" w:w="1742"/>
          </w:tcPr>
          <w:p>
            <w:pPr>
              <w:spacing w:after="0"/>
              <w:jc w:val="left"/>
            </w:pPr>
          </w:p>
        </w:tc>
        <w:tc>
          <w:tcPr>
            <w:tcW w:type="dxa" w:w="1672"/>
          </w:tcPr>
          <w:p>
            <w:pPr>
              <w:spacing w:after="0"/>
              <w:jc w:val="left"/>
            </w:pPr>
            <w:r>
              <w:rPr>
                <w:sz w:val="16"/>
              </w:rPr>
              <w:t>No event record names a member place. Zone-level records (44) apply countywide.</w:t>
            </w:r>
          </w:p>
        </w:tc>
        <w:tc>
          <w:tcPr>
            <w:tcW w:type="dxa" w:w="2306"/>
          </w:tcPr>
          <w:p>
            <w:pPr>
              <w:spacing w:after="0"/>
              <w:jc w:val="left"/>
            </w:pPr>
            <w:r>
              <w:rPr>
                <w:sz w:val="16"/>
              </w:rPr>
              <w:t>Physical measure: in event narratives only; local data required.</w:t>
            </w:r>
          </w:p>
        </w:tc>
      </w:tr>
      <w:tr>
        <w:trPr>
          <w:cantSplit/>
        </w:trPr>
        <w:tc>
          <w:tcPr>
            <w:tcW w:type="dxa" w:w="1786"/>
          </w:tcPr>
          <w:p>
            <w:pPr>
              <w:spacing w:after="0"/>
              <w:jc w:val="left"/>
            </w:pPr>
            <w:r>
              <w:rPr>
                <w:sz w:val="16"/>
              </w:rPr>
              <w:t>Lightning</w:t>
            </w:r>
          </w:p>
        </w:tc>
        <w:tc>
          <w:tcPr>
            <w:tcW w:type="dxa" w:w="1766"/>
          </w:tcPr>
          <w:p>
            <w:pPr>
              <w:spacing w:after="0"/>
              <w:jc w:val="left"/>
            </w:pPr>
            <w:r>
              <w:rPr>
                <w:sz w:val="16"/>
              </w:rPr>
              <w:t>annualized frequency (the measure FEMA's Local Mitigation Planning Handbook names)</w:t>
            </w:r>
          </w:p>
        </w:tc>
        <w:tc>
          <w:tcPr>
            <w:tcW w:type="dxa" w:w="1597"/>
          </w:tcPr>
          <w:p>
            <w:pPr>
              <w:spacing w:after="0"/>
              <w:jc w:val="right"/>
            </w:pPr>
            <w:r>
              <w:rPr>
                <w:sz w:val="16"/>
              </w:rPr>
              <w:t>0</w:t>
            </w:r>
          </w:p>
        </w:tc>
        <w:tc>
          <w:tcPr>
            <w:tcW w:type="dxa" w:w="1380"/>
          </w:tcPr>
          <w:p>
            <w:pPr>
              <w:spacing w:after="0"/>
              <w:jc w:val="left"/>
            </w:pPr>
          </w:p>
        </w:tc>
        <w:tc>
          <w:tcPr>
            <w:tcW w:type="dxa" w:w="1864"/>
          </w:tcPr>
          <w:p>
            <w:pPr>
              <w:spacing w:after="0"/>
              <w:jc w:val="left"/>
            </w:pPr>
          </w:p>
        </w:tc>
        <w:tc>
          <w:tcPr>
            <w:tcW w:type="dxa" w:w="1742"/>
          </w:tcPr>
          <w:p>
            <w:pPr>
              <w:spacing w:after="0"/>
              <w:jc w:val="left"/>
            </w:pPr>
          </w:p>
        </w:tc>
        <w:tc>
          <w:tcPr>
            <w:tcW w:type="dxa" w:w="1672"/>
          </w:tcPr>
          <w:p>
            <w:pPr>
              <w:spacing w:after="0"/>
              <w:jc w:val="left"/>
            </w:pPr>
          </w:p>
        </w:tc>
        <w:tc>
          <w:tcPr>
            <w:tcW w:type="dxa" w:w="2306"/>
          </w:tcPr>
          <w:p>
            <w:pPr>
              <w:spacing w:after="0"/>
              <w:jc w:val="left"/>
            </w:pPr>
            <w:r>
              <w:rPr>
                <w:sz w:val="16"/>
              </w:rPr>
              <w:t>Storm Events lists lightning with damage or casualties; physical measure in event narratives only; local data required.</w:t>
            </w:r>
          </w:p>
        </w:tc>
      </w:tr>
      <w:tr>
        <w:trPr>
          <w:cantSplit/>
        </w:trPr>
        <w:tc>
          <w:tcPr>
            <w:tcW w:type="dxa" w:w="1786"/>
          </w:tcPr>
          <w:p>
            <w:pPr>
              <w:spacing w:after="0"/>
              <w:jc w:val="left"/>
            </w:pPr>
            <w:r>
              <w:rPr>
                <w:sz w:val="16"/>
              </w:rPr>
              <w:t>High Wind and Strong Wind (outside NRI Strong Wind definition)</w:t>
            </w:r>
          </w:p>
        </w:tc>
        <w:tc>
          <w:tcPr>
            <w:tcW w:type="dxa" w:w="1766"/>
          </w:tcPr>
          <w:p>
            <w:pPr>
              <w:spacing w:after="0"/>
              <w:jc w:val="left"/>
            </w:pPr>
            <w:r>
              <w:rPr>
                <w:sz w:val="16"/>
              </w:rPr>
              <w:t>wind speed (kt and mph)</w:t>
            </w:r>
          </w:p>
        </w:tc>
        <w:tc>
          <w:tcPr>
            <w:tcW w:type="dxa" w:w="1597"/>
          </w:tcPr>
          <w:p>
            <w:pPr>
              <w:spacing w:after="0"/>
              <w:jc w:val="right"/>
            </w:pPr>
            <w:r>
              <w:rPr>
                <w:sz w:val="16"/>
              </w:rPr>
              <w:t>2, 2015 to 2025 (2 zone-level)</w:t>
            </w:r>
          </w:p>
        </w:tc>
        <w:tc>
          <w:tcPr>
            <w:tcW w:type="dxa" w:w="1380"/>
          </w:tcPr>
          <w:p>
            <w:pPr>
              <w:spacing w:after="0"/>
              <w:jc w:val="left"/>
            </w:pPr>
            <w:r>
              <w:rPr>
                <w:sz w:val="16"/>
              </w:rPr>
              <w:t>30 kt (35 mph) to 35 kt (40 mph) (median 32.5 kt (37 mph)); 2 with a recorded value</w:t>
            </w:r>
          </w:p>
        </w:tc>
        <w:tc>
          <w:tcPr>
            <w:tcW w:type="dxa" w:w="1864"/>
          </w:tcPr>
          <w:p>
            <w:pPr>
              <w:spacing w:after="0"/>
              <w:jc w:val="left"/>
            </w:pPr>
            <w:r>
              <w:rPr>
                <w:sz w:val="16"/>
              </w:rPr>
              <w:t>35 kt (40 mph) estimated gust, Strong Wind, 2015-06-22; NWS zone PRZ004 (EASTERN INTERIOR), zone-level: may include parts of neighboring counties</w:t>
            </w:r>
          </w:p>
        </w:tc>
        <w:tc>
          <w:tcPr>
            <w:tcW w:type="dxa" w:w="1742"/>
          </w:tcPr>
          <w:p>
            <w:pPr>
              <w:spacing w:after="0"/>
              <w:jc w:val="left"/>
            </w:pPr>
            <w:r>
              <w:rPr>
                <w:sz w:val="16"/>
              </w:rPr>
              <w:t>Strong Wind, 2025-04-02, $16,200 property; $0 crops, reported for the zone (2025 dollars)</w:t>
            </w:r>
          </w:p>
        </w:tc>
        <w:tc>
          <w:tcPr>
            <w:tcW w:type="dxa" w:w="1672"/>
          </w:tcPr>
          <w:p>
            <w:pPr>
              <w:spacing w:after="0"/>
              <w:jc w:val="left"/>
            </w:pPr>
            <w:r>
              <w:rPr>
                <w:sz w:val="16"/>
              </w:rPr>
              <w:t>Zone-level records: applies countywide; national data do not locate these events within the county.</w:t>
            </w:r>
          </w:p>
        </w:tc>
        <w:tc>
          <w:tcPr>
            <w:tcW w:type="dxa" w:w="2306"/>
          </w:tcPr>
          <w:p>
            <w:pPr>
              <w:spacing w:after="0"/>
              <w:jc w:val="left"/>
            </w:pPr>
          </w:p>
        </w:tc>
      </w:tr>
      <w:tr>
        <w:trPr>
          <w:cantSplit/>
        </w:trPr>
        <w:tc>
          <w:tcPr>
            <w:tcW w:type="dxa" w:w="1786"/>
          </w:tcPr>
          <w:p>
            <w:pPr>
              <w:spacing w:after="0"/>
              <w:jc w:val="left"/>
            </w:pPr>
            <w:r>
              <w:rPr>
                <w:sz w:val="16"/>
              </w:rPr>
              <w:t>Thunderstorm Wind</w:t>
            </w:r>
          </w:p>
        </w:tc>
        <w:tc>
          <w:tcPr>
            <w:tcW w:type="dxa" w:w="1766"/>
          </w:tcPr>
          <w:p>
            <w:pPr>
              <w:spacing w:after="0"/>
              <w:jc w:val="left"/>
            </w:pPr>
            <w:r>
              <w:rPr>
                <w:sz w:val="16"/>
              </w:rPr>
              <w:t>wind speed (kt and mph)</w:t>
            </w:r>
          </w:p>
        </w:tc>
        <w:tc>
          <w:tcPr>
            <w:tcW w:type="dxa" w:w="1597"/>
          </w:tcPr>
          <w:p>
            <w:pPr>
              <w:spacing w:after="0"/>
              <w:jc w:val="right"/>
            </w:pPr>
            <w:r>
              <w:rPr>
                <w:sz w:val="16"/>
              </w:rPr>
              <w:t>6, 2002 to 2026 (3 zone-level)</w:t>
            </w:r>
          </w:p>
        </w:tc>
        <w:tc>
          <w:tcPr>
            <w:tcW w:type="dxa" w:w="1380"/>
          </w:tcPr>
          <w:p>
            <w:pPr>
              <w:spacing w:after="0"/>
              <w:jc w:val="left"/>
            </w:pPr>
            <w:r>
              <w:rPr>
                <w:sz w:val="16"/>
              </w:rPr>
              <w:t>26 kt (30 mph) to 35 kt (40 mph) (median 30 kt (35 mph)); 3 with a recorded value</w:t>
            </w:r>
          </w:p>
        </w:tc>
        <w:tc>
          <w:tcPr>
            <w:tcW w:type="dxa" w:w="1864"/>
          </w:tcPr>
          <w:p>
            <w:pPr>
              <w:spacing w:after="0"/>
              <w:jc w:val="left"/>
            </w:pPr>
            <w:r>
              <w:rPr>
                <w:sz w:val="16"/>
              </w:rPr>
              <w:t>35 kt (40 mph) estimated gust, Thunderstorm Wind, 2026-03-04</w:t>
            </w:r>
          </w:p>
        </w:tc>
        <w:tc>
          <w:tcPr>
            <w:tcW w:type="dxa" w:w="1742"/>
          </w:tcPr>
          <w:p>
            <w:pPr>
              <w:spacing w:after="0"/>
              <w:jc w:val="left"/>
            </w:pPr>
            <w:r>
              <w:rPr>
                <w:sz w:val="16"/>
              </w:rPr>
              <w:t>Thunderstorm Wind, 2008-09-03, $25,000 property; $0 crops, reported for the zone (2008 dollars)</w:t>
            </w:r>
          </w:p>
        </w:tc>
        <w:tc>
          <w:tcPr>
            <w:tcW w:type="dxa" w:w="1672"/>
          </w:tcPr>
          <w:p>
            <w:pPr>
              <w:spacing w:after="0"/>
              <w:jc w:val="left"/>
            </w:pPr>
            <w:r>
              <w:rPr>
                <w:sz w:val="16"/>
              </w:rPr>
              <w:t>No event record names a member place. Zone-level records (3) apply countywide.</w:t>
            </w:r>
          </w:p>
        </w:tc>
        <w:tc>
          <w:tcPr>
            <w:tcW w:type="dxa" w:w="2306"/>
          </w:tcPr>
          <w:p>
            <w:pPr>
              <w:spacing w:after="0"/>
              <w:jc w:val="left"/>
            </w:pPr>
          </w:p>
        </w:tc>
      </w:tr>
      <w:tr>
        <w:trPr>
          <w:cantSplit/>
        </w:trPr>
        <w:tc>
          <w:tcPr>
            <w:tcW w:type="dxa" w:w="1786"/>
          </w:tcPr>
          <w:p>
            <w:pPr>
              <w:spacing w:after="0"/>
              <w:jc w:val="left"/>
            </w:pPr>
            <w:r>
              <w:rPr>
                <w:sz w:val="16"/>
              </w:rPr>
              <w:t>Tornado</w:t>
            </w:r>
          </w:p>
        </w:tc>
        <w:tc>
          <w:tcPr>
            <w:tcW w:type="dxa" w:w="1766"/>
          </w:tcPr>
          <w:p>
            <w:pPr>
              <w:spacing w:after="0"/>
              <w:jc w:val="left"/>
            </w:pPr>
            <w:r>
              <w:rPr>
                <w:sz w:val="16"/>
              </w:rPr>
              <w:t>Enhanced Fujita (F before Feb 2007)</w:t>
            </w:r>
          </w:p>
        </w:tc>
        <w:tc>
          <w:tcPr>
            <w:tcW w:type="dxa" w:w="1597"/>
          </w:tcPr>
          <w:p>
            <w:pPr>
              <w:spacing w:after="0"/>
              <w:jc w:val="right"/>
            </w:pPr>
            <w:r>
              <w:rPr>
                <w:sz w:val="16"/>
              </w:rPr>
              <w:t>0</w:t>
            </w:r>
          </w:p>
        </w:tc>
        <w:tc>
          <w:tcPr>
            <w:tcW w:type="dxa" w:w="1380"/>
          </w:tcPr>
          <w:p>
            <w:pPr>
              <w:spacing w:after="0"/>
              <w:jc w:val="left"/>
            </w:pPr>
          </w:p>
        </w:tc>
        <w:tc>
          <w:tcPr>
            <w:tcW w:type="dxa" w:w="1864"/>
          </w:tcPr>
          <w:p>
            <w:pPr>
              <w:spacing w:after="0"/>
              <w:jc w:val="left"/>
            </w:pPr>
          </w:p>
        </w:tc>
        <w:tc>
          <w:tcPr>
            <w:tcW w:type="dxa" w:w="1742"/>
          </w:tcPr>
          <w:p>
            <w:pPr>
              <w:spacing w:after="0"/>
              <w:jc w:val="left"/>
            </w:pPr>
          </w:p>
        </w:tc>
        <w:tc>
          <w:tcPr>
            <w:tcW w:type="dxa" w:w="1672"/>
          </w:tcPr>
          <w:p>
            <w:pPr>
              <w:spacing w:after="0"/>
              <w:jc w:val="left"/>
            </w:pPr>
          </w:p>
        </w:tc>
        <w:tc>
          <w:tcPr>
            <w:tcW w:type="dxa" w:w="230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6"/>
          </w:tcPr>
          <w:p>
            <w:pPr>
              <w:spacing w:after="0"/>
              <w:jc w:val="left"/>
            </w:pPr>
            <w:r>
              <w:rPr>
                <w:sz w:val="16"/>
              </w:rPr>
              <w:t>Tsunami</w:t>
            </w:r>
          </w:p>
        </w:tc>
        <w:tc>
          <w:tcPr>
            <w:tcW w:type="dxa" w:w="1766"/>
          </w:tcPr>
          <w:p>
            <w:pPr>
              <w:spacing w:after="0"/>
              <w:jc w:val="left"/>
            </w:pPr>
            <w:r>
              <w:rPr>
                <w:sz w:val="16"/>
              </w:rPr>
              <w:t>none (count and damage)</w:t>
            </w:r>
          </w:p>
        </w:tc>
        <w:tc>
          <w:tcPr>
            <w:tcW w:type="dxa" w:w="1597"/>
          </w:tcPr>
          <w:p>
            <w:pPr>
              <w:spacing w:after="0"/>
              <w:jc w:val="right"/>
            </w:pPr>
            <w:r>
              <w:rPr>
                <w:sz w:val="16"/>
              </w:rPr>
              <w:t>0</w:t>
            </w:r>
          </w:p>
        </w:tc>
        <w:tc>
          <w:tcPr>
            <w:tcW w:type="dxa" w:w="1380"/>
          </w:tcPr>
          <w:p>
            <w:pPr>
              <w:spacing w:after="0"/>
              <w:jc w:val="left"/>
            </w:pPr>
          </w:p>
        </w:tc>
        <w:tc>
          <w:tcPr>
            <w:tcW w:type="dxa" w:w="1864"/>
          </w:tcPr>
          <w:p>
            <w:pPr>
              <w:spacing w:after="0"/>
              <w:jc w:val="left"/>
            </w:pPr>
          </w:p>
        </w:tc>
        <w:tc>
          <w:tcPr>
            <w:tcW w:type="dxa" w:w="1742"/>
          </w:tcPr>
          <w:p>
            <w:pPr>
              <w:spacing w:after="0"/>
              <w:jc w:val="left"/>
            </w:pPr>
          </w:p>
        </w:tc>
        <w:tc>
          <w:tcPr>
            <w:tcW w:type="dxa" w:w="1672"/>
          </w:tcPr>
          <w:p>
            <w:pPr>
              <w:spacing w:after="0"/>
              <w:jc w:val="left"/>
            </w:pPr>
          </w:p>
        </w:tc>
        <w:tc>
          <w:tcPr>
            <w:tcW w:type="dxa" w:w="2306"/>
          </w:tcPr>
          <w:p>
            <w:pPr>
              <w:spacing w:after="0"/>
              <w:jc w:val="left"/>
            </w:pPr>
            <w:r>
              <w:rPr>
                <w:sz w:val="16"/>
              </w:rPr>
              <w:t>Physical measure: in event narratives only; local data required.</w:t>
            </w:r>
          </w:p>
        </w:tc>
      </w:tr>
      <w:tr>
        <w:trPr>
          <w:cantSplit/>
        </w:trPr>
        <w:tc>
          <w:tcPr>
            <w:tcW w:type="dxa" w:w="1786"/>
          </w:tcPr>
          <w:p>
            <w:pPr>
              <w:spacing w:after="0"/>
              <w:jc w:val="left"/>
            </w:pPr>
            <w:r>
              <w:rPr>
                <w:sz w:val="16"/>
              </w:rPr>
              <w:t>Volcanic Ash, Volcanic Ashfall</w:t>
            </w:r>
          </w:p>
        </w:tc>
        <w:tc>
          <w:tcPr>
            <w:tcW w:type="dxa" w:w="1766"/>
          </w:tcPr>
          <w:p>
            <w:pPr>
              <w:spacing w:after="0"/>
              <w:jc w:val="left"/>
            </w:pPr>
            <w:r>
              <w:rPr>
                <w:sz w:val="16"/>
              </w:rPr>
              <w:t>Volcanic Explosivity Index (local data)</w:t>
            </w:r>
          </w:p>
        </w:tc>
        <w:tc>
          <w:tcPr>
            <w:tcW w:type="dxa" w:w="1597"/>
          </w:tcPr>
          <w:p>
            <w:pPr>
              <w:spacing w:after="0"/>
              <w:jc w:val="right"/>
            </w:pPr>
            <w:r>
              <w:rPr>
                <w:sz w:val="16"/>
              </w:rPr>
              <w:t>3, 2001 to 2003 (3 zone-level)</w:t>
            </w:r>
          </w:p>
        </w:tc>
        <w:tc>
          <w:tcPr>
            <w:tcW w:type="dxa" w:w="1380"/>
          </w:tcPr>
          <w:p>
            <w:pPr>
              <w:spacing w:after="0"/>
              <w:jc w:val="left"/>
            </w:pPr>
          </w:p>
        </w:tc>
        <w:tc>
          <w:tcPr>
            <w:tcW w:type="dxa" w:w="1864"/>
          </w:tcPr>
          <w:p>
            <w:pPr>
              <w:spacing w:after="0"/>
              <w:jc w:val="left"/>
            </w:pPr>
            <w:r>
              <w:rPr>
                <w:sz w:val="16"/>
              </w:rPr>
              <w:t>No damage reported in 3 records.</w:t>
            </w:r>
          </w:p>
        </w:tc>
        <w:tc>
          <w:tcPr>
            <w:tcW w:type="dxa" w:w="1742"/>
          </w:tcPr>
          <w:p>
            <w:pPr>
              <w:spacing w:after="0"/>
              <w:jc w:val="left"/>
            </w:pPr>
          </w:p>
        </w:tc>
        <w:tc>
          <w:tcPr>
            <w:tcW w:type="dxa" w:w="1672"/>
          </w:tcPr>
          <w:p>
            <w:pPr>
              <w:spacing w:after="0"/>
              <w:jc w:val="left"/>
            </w:pPr>
            <w:r>
              <w:rPr>
                <w:sz w:val="16"/>
              </w:rPr>
              <w:t>Zone-level records: applies countywide; national data do not locate these events within the county.</w:t>
            </w:r>
          </w:p>
        </w:tc>
        <w:tc>
          <w:tcPr>
            <w:tcW w:type="dxa" w:w="2306"/>
          </w:tcPr>
          <w:p>
            <w:pPr>
              <w:spacing w:after="0"/>
              <w:jc w:val="left"/>
            </w:pPr>
            <w:r>
              <w:rPr>
                <w:sz w:val="16"/>
              </w:rPr>
              <w:t>Physical measure: in event narratives only; local data required.</w:t>
            </w:r>
          </w:p>
        </w:tc>
      </w:tr>
      <w:tr>
        <w:trPr>
          <w:cantSplit/>
        </w:trPr>
        <w:tc>
          <w:tcPr>
            <w:tcW w:type="dxa" w:w="1786"/>
          </w:tcPr>
          <w:p>
            <w:pPr>
              <w:spacing w:after="0"/>
              <w:jc w:val="left"/>
            </w:pPr>
            <w:r>
              <w:rPr>
                <w:sz w:val="16"/>
              </w:rPr>
              <w:t>Wildfire</w:t>
            </w:r>
          </w:p>
        </w:tc>
        <w:tc>
          <w:tcPr>
            <w:tcW w:type="dxa" w:w="1766"/>
          </w:tcPr>
          <w:p>
            <w:pPr>
              <w:spacing w:after="0"/>
              <w:jc w:val="left"/>
            </w:pPr>
            <w:r>
              <w:rPr>
                <w:sz w:val="16"/>
              </w:rPr>
              <w:t>acres burned (local data)</w:t>
            </w:r>
          </w:p>
        </w:tc>
        <w:tc>
          <w:tcPr>
            <w:tcW w:type="dxa" w:w="1597"/>
          </w:tcPr>
          <w:p>
            <w:pPr>
              <w:spacing w:after="0"/>
              <w:jc w:val="right"/>
            </w:pPr>
            <w:r>
              <w:rPr>
                <w:sz w:val="16"/>
              </w:rPr>
              <w:t>0</w:t>
            </w:r>
          </w:p>
        </w:tc>
        <w:tc>
          <w:tcPr>
            <w:tcW w:type="dxa" w:w="1380"/>
          </w:tcPr>
          <w:p>
            <w:pPr>
              <w:spacing w:after="0"/>
              <w:jc w:val="left"/>
            </w:pPr>
          </w:p>
        </w:tc>
        <w:tc>
          <w:tcPr>
            <w:tcW w:type="dxa" w:w="1864"/>
          </w:tcPr>
          <w:p>
            <w:pPr>
              <w:spacing w:after="0"/>
              <w:jc w:val="left"/>
            </w:pPr>
          </w:p>
        </w:tc>
        <w:tc>
          <w:tcPr>
            <w:tcW w:type="dxa" w:w="1742"/>
          </w:tcPr>
          <w:p>
            <w:pPr>
              <w:spacing w:after="0"/>
              <w:jc w:val="left"/>
            </w:pPr>
          </w:p>
        </w:tc>
        <w:tc>
          <w:tcPr>
            <w:tcW w:type="dxa" w:w="1672"/>
          </w:tcPr>
          <w:p>
            <w:pPr>
              <w:spacing w:after="0"/>
              <w:jc w:val="left"/>
            </w:pPr>
          </w:p>
        </w:tc>
        <w:tc>
          <w:tcPr>
            <w:tcW w:type="dxa" w:w="2306"/>
          </w:tcPr>
          <w:p>
            <w:pPr>
              <w:spacing w:after="0"/>
              <w:jc w:val="left"/>
            </w:pPr>
            <w:r>
              <w:rPr>
                <w:sz w:val="16"/>
              </w:rPr>
              <w:t>Acres burned: in event narratives only; local data required.</w:t>
            </w:r>
          </w:p>
        </w:tc>
      </w:tr>
      <w:tr>
        <w:trPr>
          <w:cantSplit/>
        </w:trPr>
        <w:tc>
          <w:tcPr>
            <w:tcW w:type="dxa" w:w="1786"/>
          </w:tcPr>
          <w:p>
            <w:pPr>
              <w:spacing w:after="0"/>
              <w:jc w:val="left"/>
            </w:pPr>
            <w:r>
              <w:rPr>
                <w:sz w:val="16"/>
              </w:rPr>
              <w:t>Winter Storm, Heavy Snow, Blizzard, Lake-Effect Snow, Winter Weather, Sleet</w:t>
            </w:r>
          </w:p>
        </w:tc>
        <w:tc>
          <w:tcPr>
            <w:tcW w:type="dxa" w:w="1766"/>
          </w:tcPr>
          <w:p>
            <w:pPr>
              <w:spacing w:after="0"/>
              <w:jc w:val="left"/>
            </w:pPr>
            <w:r>
              <w:rPr>
                <w:sz w:val="16"/>
              </w:rPr>
              <w:t>none in data (snowfall local)</w:t>
            </w:r>
          </w:p>
        </w:tc>
        <w:tc>
          <w:tcPr>
            <w:tcW w:type="dxa" w:w="1597"/>
          </w:tcPr>
          <w:p>
            <w:pPr>
              <w:spacing w:after="0"/>
              <w:jc w:val="right"/>
            </w:pPr>
            <w:r>
              <w:rPr>
                <w:sz w:val="16"/>
              </w:rPr>
              <w:t>0</w:t>
            </w:r>
          </w:p>
        </w:tc>
        <w:tc>
          <w:tcPr>
            <w:tcW w:type="dxa" w:w="1380"/>
          </w:tcPr>
          <w:p>
            <w:pPr>
              <w:spacing w:after="0"/>
              <w:jc w:val="left"/>
            </w:pPr>
          </w:p>
        </w:tc>
        <w:tc>
          <w:tcPr>
            <w:tcW w:type="dxa" w:w="1864"/>
          </w:tcPr>
          <w:p>
            <w:pPr>
              <w:spacing w:after="0"/>
              <w:jc w:val="left"/>
            </w:pPr>
          </w:p>
        </w:tc>
        <w:tc>
          <w:tcPr>
            <w:tcW w:type="dxa" w:w="1742"/>
          </w:tcPr>
          <w:p>
            <w:pPr>
              <w:spacing w:after="0"/>
              <w:jc w:val="left"/>
            </w:pPr>
          </w:p>
        </w:tc>
        <w:tc>
          <w:tcPr>
            <w:tcW w:type="dxa" w:w="1672"/>
          </w:tcPr>
          <w:p>
            <w:pPr>
              <w:spacing w:after="0"/>
              <w:jc w:val="left"/>
            </w:pPr>
          </w:p>
        </w:tc>
        <w:tc>
          <w:tcPr>
            <w:tcW w:type="dxa" w:w="230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6"/>
        <w:gridCol w:w="1981"/>
        <w:gridCol w:w="2024"/>
        <w:gridCol w:w="1425"/>
        <w:gridCol w:w="334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6"/>
            <w:shd w:val="clear" w:color="auto" w:fill="E8E8E8"/>
          </w:tcPr>
          <w:p>
            <w:pPr>
              <w:spacing w:after="0"/>
              <w:jc w:val="left"/>
            </w:pPr>
            <w:r>
              <w:rPr>
                <w:b/>
                <w:sz w:val="16"/>
              </w:rPr>
              <w:t>Type</w:t>
            </w:r>
          </w:p>
        </w:tc>
        <w:tc>
          <w:tcPr>
            <w:tcW w:type="dxa" w:w="1981"/>
            <w:shd w:val="clear" w:color="auto" w:fill="E8E8E8"/>
          </w:tcPr>
          <w:p>
            <w:pPr>
              <w:spacing w:after="0"/>
              <w:jc w:val="left"/>
            </w:pPr>
            <w:r>
              <w:rPr>
                <w:b/>
                <w:sz w:val="16"/>
              </w:rPr>
              <w:t>Title</w:t>
            </w:r>
          </w:p>
        </w:tc>
        <w:tc>
          <w:tcPr>
            <w:tcW w:type="dxa" w:w="2024"/>
            <w:shd w:val="clear" w:color="auto" w:fill="E8E8E8"/>
          </w:tcPr>
          <w:p>
            <w:pPr>
              <w:spacing w:after="0"/>
              <w:jc w:val="left"/>
            </w:pPr>
            <w:r>
              <w:rPr>
                <w:b/>
                <w:sz w:val="16"/>
              </w:rPr>
              <w:t>Mapped hazard</w:t>
            </w:r>
          </w:p>
        </w:tc>
        <w:tc>
          <w:tcPr>
            <w:tcW w:type="dxa" w:w="14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34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2024-11-27</w:t>
            </w:r>
          </w:p>
        </w:tc>
        <w:tc>
          <w:tcPr>
            <w:tcW w:type="dxa" w:w="1037"/>
          </w:tcPr>
          <w:p>
            <w:pPr>
              <w:spacing w:after="0"/>
              <w:jc w:val="left"/>
            </w:pPr>
            <w:r>
              <w:rPr>
                <w:sz w:val="16"/>
              </w:rPr>
              <w:t>2024-08-13</w:t>
            </w:r>
          </w:p>
        </w:tc>
        <w:tc>
          <w:tcPr>
            <w:tcW w:type="dxa" w:w="1037"/>
          </w:tcPr>
          <w:p>
            <w:pPr>
              <w:spacing w:after="0"/>
              <w:jc w:val="left"/>
            </w:pPr>
            <w:r>
              <w:rPr>
                <w:sz w:val="16"/>
              </w:rPr>
              <w:t>DR-4850-PR</w:t>
            </w:r>
          </w:p>
        </w:tc>
        <w:tc>
          <w:tcPr>
            <w:tcW w:type="dxa" w:w="1336"/>
          </w:tcPr>
          <w:p>
            <w:pPr>
              <w:spacing w:after="0"/>
              <w:jc w:val="left"/>
            </w:pPr>
            <w:r>
              <w:rPr>
                <w:sz w:val="16"/>
              </w:rPr>
              <w:t>Major disaster</w:t>
            </w:r>
          </w:p>
        </w:tc>
        <w:tc>
          <w:tcPr>
            <w:tcW w:type="dxa" w:w="1981"/>
          </w:tcPr>
          <w:p>
            <w:pPr>
              <w:spacing w:after="0"/>
              <w:jc w:val="left"/>
            </w:pPr>
            <w:r>
              <w:rPr>
                <w:sz w:val="16"/>
              </w:rPr>
              <w:t>TROPICAL STORM ERNESTO</w:t>
            </w:r>
          </w:p>
        </w:tc>
        <w:tc>
          <w:tcPr>
            <w:tcW w:type="dxa" w:w="2024"/>
          </w:tcPr>
          <w:p>
            <w:pPr>
              <w:spacing w:after="0"/>
              <w:jc w:val="left"/>
            </w:pPr>
            <w:r>
              <w:rPr>
                <w:sz w:val="16"/>
              </w:rPr>
              <w:t>Hurricane (primary); also designated: Inland Flooding, Landslide</w:t>
            </w:r>
          </w:p>
        </w:tc>
        <w:tc>
          <w:tcPr>
            <w:tcW w:type="dxa" w:w="1425"/>
          </w:tcPr>
          <w:p>
            <w:pPr>
              <w:spacing w:after="0"/>
              <w:jc w:val="right"/>
            </w:pPr>
            <w:r>
              <w:rPr>
                <w:sz w:val="16"/>
              </w:rPr>
              <w:t>$5,680,678.12</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336"/>
          </w:tcPr>
          <w:p>
            <w:pPr>
              <w:spacing w:after="0"/>
              <w:jc w:val="left"/>
            </w:pPr>
            <w:r>
              <w:rPr>
                <w:sz w:val="16"/>
              </w:rPr>
              <w:t>Emergency</w:t>
            </w:r>
          </w:p>
        </w:tc>
        <w:tc>
          <w:tcPr>
            <w:tcW w:type="dxa" w:w="1981"/>
          </w:tcPr>
          <w:p>
            <w:pPr>
              <w:spacing w:after="0"/>
              <w:jc w:val="left"/>
            </w:pPr>
            <w:r>
              <w:rPr>
                <w:sz w:val="16"/>
              </w:rPr>
              <w:t>TROPICAL STORM ERNESTO</w:t>
            </w:r>
          </w:p>
        </w:tc>
        <w:tc>
          <w:tcPr>
            <w:tcW w:type="dxa" w:w="2024"/>
          </w:tcPr>
          <w:p>
            <w:pPr>
              <w:spacing w:after="0"/>
              <w:jc w:val="left"/>
            </w:pPr>
            <w:r>
              <w:rPr>
                <w:sz w:val="16"/>
              </w:rPr>
              <w:t>Hurricane; Inland Flooding; Landslide</w:t>
            </w:r>
          </w:p>
        </w:tc>
        <w:tc>
          <w:tcPr>
            <w:tcW w:type="dxa" w:w="1425"/>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r>
              <w:rPr>
                <w:sz w:val="16"/>
              </w:rPr>
              <w:t>same incident as DR-4850</w:t>
            </w: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336"/>
          </w:tcPr>
          <w:p>
            <w:pPr>
              <w:spacing w:after="0"/>
              <w:jc w:val="left"/>
            </w:pPr>
            <w:r>
              <w:rPr>
                <w:sz w:val="16"/>
              </w:rPr>
              <w:t>Major disaster</w:t>
            </w:r>
          </w:p>
        </w:tc>
        <w:tc>
          <w:tcPr>
            <w:tcW w:type="dxa" w:w="1981"/>
          </w:tcPr>
          <w:p>
            <w:pPr>
              <w:spacing w:after="0"/>
              <w:jc w:val="left"/>
            </w:pPr>
            <w:r>
              <w:rPr>
                <w:sz w:val="16"/>
              </w:rPr>
              <w:t>HURRICANE FIONA</w:t>
            </w:r>
          </w:p>
        </w:tc>
        <w:tc>
          <w:tcPr>
            <w:tcW w:type="dxa" w:w="2024"/>
          </w:tcPr>
          <w:p>
            <w:pPr>
              <w:spacing w:after="0"/>
              <w:jc w:val="left"/>
            </w:pPr>
            <w:r>
              <w:rPr>
                <w:sz w:val="16"/>
              </w:rPr>
              <w:t>Hurricane</w:t>
            </w:r>
          </w:p>
        </w:tc>
        <w:tc>
          <w:tcPr>
            <w:tcW w:type="dxa" w:w="1425"/>
          </w:tcPr>
          <w:p>
            <w:pPr>
              <w:spacing w:after="0"/>
              <w:jc w:val="right"/>
            </w:pPr>
            <w:r>
              <w:rPr>
                <w:sz w:val="16"/>
              </w:rPr>
              <w:t>$6,091,103.18</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336"/>
          </w:tcPr>
          <w:p>
            <w:pPr>
              <w:spacing w:after="0"/>
              <w:jc w:val="left"/>
            </w:pPr>
            <w:r>
              <w:rPr>
                <w:sz w:val="16"/>
              </w:rPr>
              <w:t>Emergency</w:t>
            </w:r>
          </w:p>
        </w:tc>
        <w:tc>
          <w:tcPr>
            <w:tcW w:type="dxa" w:w="1981"/>
          </w:tcPr>
          <w:p>
            <w:pPr>
              <w:spacing w:after="0"/>
              <w:jc w:val="left"/>
            </w:pPr>
            <w:r>
              <w:rPr>
                <w:sz w:val="16"/>
              </w:rPr>
              <w:t>TROPICAL STORM FIONA</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336"/>
          </w:tcPr>
          <w:p>
            <w:pPr>
              <w:spacing w:after="0"/>
              <w:jc w:val="left"/>
            </w:pPr>
            <w:r>
              <w:rPr>
                <w:sz w:val="16"/>
              </w:rPr>
              <w:t>Emergency</w:t>
            </w:r>
          </w:p>
        </w:tc>
        <w:tc>
          <w:tcPr>
            <w:tcW w:type="dxa" w:w="1981"/>
          </w:tcPr>
          <w:p>
            <w:pPr>
              <w:spacing w:after="0"/>
              <w:jc w:val="left"/>
            </w:pPr>
            <w:r>
              <w:rPr>
                <w:sz w:val="16"/>
              </w:rPr>
              <w:t>TROPICAL STORM LAURA</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336"/>
          </w:tcPr>
          <w:p>
            <w:pPr>
              <w:spacing w:after="0"/>
              <w:jc w:val="left"/>
            </w:pPr>
            <w:r>
              <w:rPr>
                <w:sz w:val="16"/>
              </w:rPr>
              <w:t>Emergency</w:t>
            </w:r>
          </w:p>
        </w:tc>
        <w:tc>
          <w:tcPr>
            <w:tcW w:type="dxa" w:w="1981"/>
          </w:tcPr>
          <w:p>
            <w:pPr>
              <w:spacing w:after="0"/>
              <w:jc w:val="left"/>
            </w:pPr>
            <w:r>
              <w:rPr>
                <w:sz w:val="16"/>
              </w:rPr>
              <w:t>POTENTIAL TROPICAL CYCLONE NINE</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336"/>
          </w:tcPr>
          <w:p>
            <w:pPr>
              <w:spacing w:after="0"/>
              <w:jc w:val="left"/>
            </w:pPr>
            <w:r>
              <w:rPr>
                <w:sz w:val="16"/>
              </w:rPr>
              <w:t>Major disaster</w:t>
            </w:r>
          </w:p>
        </w:tc>
        <w:tc>
          <w:tcPr>
            <w:tcW w:type="dxa" w:w="1981"/>
          </w:tcPr>
          <w:p>
            <w:pPr>
              <w:spacing w:after="0"/>
              <w:jc w:val="left"/>
            </w:pPr>
            <w:r>
              <w:rPr>
                <w:sz w:val="16"/>
              </w:rPr>
              <w:t>COVID-19 PANDEMIC</w:t>
            </w:r>
          </w:p>
        </w:tc>
        <w:tc>
          <w:tcPr>
            <w:tcW w:type="dxa" w:w="2024"/>
          </w:tcPr>
          <w:p>
            <w:pPr>
              <w:spacing w:after="0"/>
              <w:jc w:val="left"/>
            </w:pPr>
            <w:r>
              <w:rPr>
                <w:sz w:val="16"/>
              </w:rPr>
              <w:t>Non-natural, not counted</w:t>
            </w:r>
          </w:p>
        </w:tc>
        <w:tc>
          <w:tcPr>
            <w:tcW w:type="dxa" w:w="1425"/>
          </w:tcPr>
          <w:p>
            <w:pPr>
              <w:spacing w:after="0"/>
              <w:jc w:val="right"/>
            </w:pPr>
            <w:r>
              <w:rPr>
                <w:sz w:val="16"/>
              </w:rPr>
              <w:t>none found</w:t>
            </w:r>
          </w:p>
        </w:tc>
        <w:tc>
          <w:tcPr>
            <w:tcW w:type="dxa" w:w="3346"/>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336"/>
          </w:tcPr>
          <w:p>
            <w:pPr>
              <w:spacing w:after="0"/>
              <w:jc w:val="left"/>
            </w:pPr>
            <w:r>
              <w:rPr>
                <w:sz w:val="16"/>
              </w:rPr>
              <w:t>Emergency</w:t>
            </w:r>
          </w:p>
        </w:tc>
        <w:tc>
          <w:tcPr>
            <w:tcW w:type="dxa" w:w="1981"/>
          </w:tcPr>
          <w:p>
            <w:pPr>
              <w:spacing w:after="0"/>
              <w:jc w:val="left"/>
            </w:pPr>
            <w:r>
              <w:rPr>
                <w:sz w:val="16"/>
              </w:rPr>
              <w:t>COVID-19</w:t>
            </w:r>
          </w:p>
        </w:tc>
        <w:tc>
          <w:tcPr>
            <w:tcW w:type="dxa" w:w="2024"/>
          </w:tcPr>
          <w:p>
            <w:pPr>
              <w:spacing w:after="0"/>
              <w:jc w:val="left"/>
            </w:pPr>
            <w:r>
              <w:rPr>
                <w:sz w:val="16"/>
              </w:rPr>
              <w:t>Non-natural, not counted</w:t>
            </w:r>
          </w:p>
        </w:tc>
        <w:tc>
          <w:tcPr>
            <w:tcW w:type="dxa" w:w="1425"/>
          </w:tcPr>
          <w:p>
            <w:pPr>
              <w:spacing w:after="0"/>
              <w:jc w:val="right"/>
            </w:pPr>
            <w:r>
              <w:rPr>
                <w:sz w:val="16"/>
              </w:rPr>
              <w:t>none found</w:t>
            </w:r>
          </w:p>
        </w:tc>
        <w:tc>
          <w:tcPr>
            <w:tcW w:type="dxa" w:w="3346"/>
          </w:tcPr>
          <w:p>
            <w:pPr>
              <w:spacing w:after="0"/>
              <w:jc w:val="left"/>
            </w:pPr>
            <w:r>
              <w:rPr>
                <w:sz w:val="16"/>
              </w:rPr>
              <w:t>during plan review, check whether your last plan included it</w:t>
            </w:r>
          </w:p>
        </w:tc>
        <w:tc>
          <w:tcPr>
            <w:tcW w:type="dxa" w:w="889"/>
          </w:tcPr>
          <w:p>
            <w:pPr>
              <w:spacing w:after="0"/>
              <w:jc w:val="left"/>
            </w:pPr>
            <w:r>
              <w:rPr>
                <w:sz w:val="16"/>
              </w:rPr>
              <w:t>same incident as DR-4493</w:t>
            </w: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336"/>
          </w:tcPr>
          <w:p>
            <w:pPr>
              <w:spacing w:after="0"/>
              <w:jc w:val="left"/>
            </w:pPr>
            <w:r>
              <w:rPr>
                <w:sz w:val="16"/>
              </w:rPr>
              <w:t>Emergency</w:t>
            </w:r>
          </w:p>
        </w:tc>
        <w:tc>
          <w:tcPr>
            <w:tcW w:type="dxa" w:w="1981"/>
          </w:tcPr>
          <w:p>
            <w:pPr>
              <w:spacing w:after="0"/>
              <w:jc w:val="left"/>
            </w:pPr>
            <w:r>
              <w:rPr>
                <w:sz w:val="16"/>
              </w:rPr>
              <w:t>EARTHQUAKES</w:t>
            </w:r>
          </w:p>
        </w:tc>
        <w:tc>
          <w:tcPr>
            <w:tcW w:type="dxa" w:w="2024"/>
          </w:tcPr>
          <w:p>
            <w:pPr>
              <w:spacing w:after="0"/>
              <w:jc w:val="left"/>
            </w:pPr>
            <w:r>
              <w:rPr>
                <w:sz w:val="16"/>
              </w:rPr>
              <w:t>Earthquake</w:t>
            </w:r>
          </w:p>
        </w:tc>
        <w:tc>
          <w:tcPr>
            <w:tcW w:type="dxa" w:w="1425"/>
          </w:tcPr>
          <w:p>
            <w:pPr>
              <w:spacing w:after="0"/>
              <w:jc w:val="right"/>
            </w:pPr>
            <w:r>
              <w:rPr>
                <w:sz w:val="16"/>
              </w:rPr>
              <w:t>none found</w:t>
            </w:r>
          </w:p>
        </w:tc>
        <w:tc>
          <w:tcPr>
            <w:tcW w:type="dxa" w:w="3346"/>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336"/>
          </w:tcPr>
          <w:p>
            <w:pPr>
              <w:spacing w:after="0"/>
              <w:jc w:val="left"/>
            </w:pPr>
            <w:r>
              <w:rPr>
                <w:sz w:val="16"/>
              </w:rPr>
              <w:t>Emergency</w:t>
            </w:r>
          </w:p>
        </w:tc>
        <w:tc>
          <w:tcPr>
            <w:tcW w:type="dxa" w:w="1981"/>
          </w:tcPr>
          <w:p>
            <w:pPr>
              <w:spacing w:after="0"/>
              <w:jc w:val="left"/>
            </w:pPr>
            <w:r>
              <w:rPr>
                <w:sz w:val="16"/>
              </w:rPr>
              <w:t>TROPICAL STORM DORIAN</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336"/>
          </w:tcPr>
          <w:p>
            <w:pPr>
              <w:spacing w:after="0"/>
              <w:jc w:val="left"/>
            </w:pPr>
            <w:r>
              <w:rPr>
                <w:sz w:val="16"/>
              </w:rPr>
              <w:t>Major disaster</w:t>
            </w:r>
          </w:p>
        </w:tc>
        <w:tc>
          <w:tcPr>
            <w:tcW w:type="dxa" w:w="1981"/>
          </w:tcPr>
          <w:p>
            <w:pPr>
              <w:spacing w:after="0"/>
              <w:jc w:val="left"/>
            </w:pPr>
            <w:r>
              <w:rPr>
                <w:sz w:val="16"/>
              </w:rPr>
              <w:t>HURRICANE MARIA</w:t>
            </w:r>
          </w:p>
        </w:tc>
        <w:tc>
          <w:tcPr>
            <w:tcW w:type="dxa" w:w="2024"/>
          </w:tcPr>
          <w:p>
            <w:pPr>
              <w:spacing w:after="0"/>
              <w:jc w:val="left"/>
            </w:pPr>
            <w:r>
              <w:rPr>
                <w:sz w:val="16"/>
              </w:rPr>
              <w:t>Hurricane</w:t>
            </w:r>
          </w:p>
        </w:tc>
        <w:tc>
          <w:tcPr>
            <w:tcW w:type="dxa" w:w="1425"/>
          </w:tcPr>
          <w:p>
            <w:pPr>
              <w:spacing w:after="0"/>
              <w:jc w:val="right"/>
            </w:pPr>
            <w:r>
              <w:rPr>
                <w:sz w:val="16"/>
              </w:rPr>
              <w:t>$38,786,709.80</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336"/>
          </w:tcPr>
          <w:p>
            <w:pPr>
              <w:spacing w:after="0"/>
              <w:jc w:val="left"/>
            </w:pPr>
            <w:r>
              <w:rPr>
                <w:sz w:val="16"/>
              </w:rPr>
              <w:t>Emergency</w:t>
            </w:r>
          </w:p>
        </w:tc>
        <w:tc>
          <w:tcPr>
            <w:tcW w:type="dxa" w:w="1981"/>
          </w:tcPr>
          <w:p>
            <w:pPr>
              <w:spacing w:after="0"/>
              <w:jc w:val="left"/>
            </w:pPr>
            <w:r>
              <w:rPr>
                <w:sz w:val="16"/>
              </w:rPr>
              <w:t>HURRICANE MARIA</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r>
              <w:rPr>
                <w:sz w:val="16"/>
              </w:rPr>
              <w:t>same incident as DR-4339</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2017-09-05</w:t>
            </w:r>
          </w:p>
        </w:tc>
        <w:tc>
          <w:tcPr>
            <w:tcW w:type="dxa" w:w="1037"/>
          </w:tcPr>
          <w:p>
            <w:pPr>
              <w:spacing w:after="0"/>
              <w:jc w:val="left"/>
            </w:pPr>
            <w:r>
              <w:rPr>
                <w:sz w:val="16"/>
              </w:rPr>
              <w:t>DR-4336-PR</w:t>
            </w:r>
          </w:p>
        </w:tc>
        <w:tc>
          <w:tcPr>
            <w:tcW w:type="dxa" w:w="1336"/>
          </w:tcPr>
          <w:p>
            <w:pPr>
              <w:spacing w:after="0"/>
              <w:jc w:val="left"/>
            </w:pPr>
            <w:r>
              <w:rPr>
                <w:sz w:val="16"/>
              </w:rPr>
              <w:t>Major disaster</w:t>
            </w:r>
          </w:p>
        </w:tc>
        <w:tc>
          <w:tcPr>
            <w:tcW w:type="dxa" w:w="1981"/>
          </w:tcPr>
          <w:p>
            <w:pPr>
              <w:spacing w:after="0"/>
              <w:jc w:val="left"/>
            </w:pPr>
            <w:r>
              <w:rPr>
                <w:sz w:val="16"/>
              </w:rPr>
              <w:t>HURRICANE IRMA</w:t>
            </w:r>
          </w:p>
        </w:tc>
        <w:tc>
          <w:tcPr>
            <w:tcW w:type="dxa" w:w="2024"/>
          </w:tcPr>
          <w:p>
            <w:pPr>
              <w:spacing w:after="0"/>
              <w:jc w:val="left"/>
            </w:pPr>
            <w:r>
              <w:rPr>
                <w:sz w:val="16"/>
              </w:rPr>
              <w:t>Hurricane</w:t>
            </w:r>
          </w:p>
        </w:tc>
        <w:tc>
          <w:tcPr>
            <w:tcW w:type="dxa" w:w="1425"/>
          </w:tcPr>
          <w:p>
            <w:pPr>
              <w:spacing w:after="0"/>
              <w:jc w:val="right"/>
            </w:pPr>
            <w:r>
              <w:rPr>
                <w:sz w:val="16"/>
              </w:rPr>
              <w:t>$185,211.94</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336"/>
          </w:tcPr>
          <w:p>
            <w:pPr>
              <w:spacing w:after="0"/>
              <w:jc w:val="left"/>
            </w:pPr>
            <w:r>
              <w:rPr>
                <w:sz w:val="16"/>
              </w:rPr>
              <w:t>Major disaster</w:t>
            </w:r>
          </w:p>
        </w:tc>
        <w:tc>
          <w:tcPr>
            <w:tcW w:type="dxa" w:w="1981"/>
          </w:tcPr>
          <w:p>
            <w:pPr>
              <w:spacing w:after="0"/>
              <w:jc w:val="left"/>
            </w:pPr>
            <w:r>
              <w:rPr>
                <w:sz w:val="16"/>
              </w:rPr>
              <w:t>HURRICANE IRENE</w:t>
            </w:r>
          </w:p>
        </w:tc>
        <w:tc>
          <w:tcPr>
            <w:tcW w:type="dxa" w:w="2024"/>
          </w:tcPr>
          <w:p>
            <w:pPr>
              <w:spacing w:after="0"/>
              <w:jc w:val="left"/>
            </w:pPr>
            <w:r>
              <w:rPr>
                <w:sz w:val="16"/>
              </w:rPr>
              <w:t>Hurricane</w:t>
            </w:r>
          </w:p>
        </w:tc>
        <w:tc>
          <w:tcPr>
            <w:tcW w:type="dxa" w:w="1425"/>
          </w:tcPr>
          <w:p>
            <w:pPr>
              <w:spacing w:after="0"/>
              <w:jc w:val="right"/>
            </w:pPr>
            <w:r>
              <w:rPr>
                <w:sz w:val="16"/>
              </w:rPr>
              <w:t>$455,675.80</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336"/>
          </w:tcPr>
          <w:p>
            <w:pPr>
              <w:spacing w:after="0"/>
              <w:jc w:val="left"/>
            </w:pPr>
            <w:r>
              <w:rPr>
                <w:sz w:val="16"/>
              </w:rPr>
              <w:t>Emergency</w:t>
            </w:r>
          </w:p>
        </w:tc>
        <w:tc>
          <w:tcPr>
            <w:tcW w:type="dxa" w:w="1981"/>
          </w:tcPr>
          <w:p>
            <w:pPr>
              <w:spacing w:after="0"/>
              <w:jc w:val="left"/>
            </w:pPr>
            <w:r>
              <w:rPr>
                <w:sz w:val="16"/>
              </w:rPr>
              <w:t>HURRICANE IRENE</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r>
              <w:rPr>
                <w:sz w:val="16"/>
              </w:rPr>
              <w:t>same incident as DR-4017</w:t>
            </w: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336"/>
          </w:tcPr>
          <w:p>
            <w:pPr>
              <w:spacing w:after="0"/>
              <w:jc w:val="left"/>
            </w:pPr>
            <w:r>
              <w:rPr>
                <w:sz w:val="16"/>
              </w:rPr>
              <w:t>Major disaster</w:t>
            </w:r>
          </w:p>
        </w:tc>
        <w:tc>
          <w:tcPr>
            <w:tcW w:type="dxa" w:w="1981"/>
          </w:tcPr>
          <w:p>
            <w:pPr>
              <w:spacing w:after="0"/>
              <w:jc w:val="left"/>
            </w:pPr>
            <w:r>
              <w:rPr>
                <w:sz w:val="16"/>
              </w:rPr>
              <w:t>TROPICAL STORM JEANNE AND RESULTING LANDSLIDES AND MUDSLIDES</w:t>
            </w:r>
          </w:p>
        </w:tc>
        <w:tc>
          <w:tcPr>
            <w:tcW w:type="dxa" w:w="2024"/>
          </w:tcPr>
          <w:p>
            <w:pPr>
              <w:spacing w:after="0"/>
              <w:jc w:val="left"/>
            </w:pPr>
            <w:r>
              <w:rPr>
                <w:sz w:val="16"/>
              </w:rPr>
              <w:t>Hurricane; Landslide</w:t>
            </w:r>
          </w:p>
        </w:tc>
        <w:tc>
          <w:tcPr>
            <w:tcW w:type="dxa" w:w="1425"/>
          </w:tcPr>
          <w:p>
            <w:pPr>
              <w:spacing w:after="0"/>
              <w:jc w:val="right"/>
            </w:pPr>
            <w:r>
              <w:rPr>
                <w:sz w:val="16"/>
              </w:rPr>
              <w:t>$306,621.48</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2001-11-28</w:t>
            </w:r>
          </w:p>
        </w:tc>
        <w:tc>
          <w:tcPr>
            <w:tcW w:type="dxa" w:w="1037"/>
          </w:tcPr>
          <w:p>
            <w:pPr>
              <w:spacing w:after="0"/>
              <w:jc w:val="left"/>
            </w:pPr>
            <w:r>
              <w:rPr>
                <w:sz w:val="16"/>
              </w:rPr>
              <w:t>2001-11-07</w:t>
            </w:r>
          </w:p>
        </w:tc>
        <w:tc>
          <w:tcPr>
            <w:tcW w:type="dxa" w:w="1037"/>
          </w:tcPr>
          <w:p>
            <w:pPr>
              <w:spacing w:after="0"/>
              <w:jc w:val="left"/>
            </w:pPr>
            <w:r>
              <w:rPr>
                <w:sz w:val="16"/>
              </w:rPr>
              <w:t>DR-1396-PR</w:t>
            </w:r>
          </w:p>
        </w:tc>
        <w:tc>
          <w:tcPr>
            <w:tcW w:type="dxa" w:w="1336"/>
          </w:tcPr>
          <w:p>
            <w:pPr>
              <w:spacing w:after="0"/>
              <w:jc w:val="left"/>
            </w:pPr>
            <w:r>
              <w:rPr>
                <w:sz w:val="16"/>
              </w:rPr>
              <w:t>Major disaster</w:t>
            </w:r>
          </w:p>
        </w:tc>
        <w:tc>
          <w:tcPr>
            <w:tcW w:type="dxa" w:w="1981"/>
          </w:tcPr>
          <w:p>
            <w:pPr>
              <w:spacing w:after="0"/>
              <w:jc w:val="left"/>
            </w:pPr>
            <w:r>
              <w:rPr>
                <w:sz w:val="16"/>
              </w:rPr>
              <w:t>SEVERE STORMS, FLOODING, MUDSLIDES AND LANDSLIDES</w:t>
            </w:r>
          </w:p>
        </w:tc>
        <w:tc>
          <w:tcPr>
            <w:tcW w:type="dxa" w:w="2024"/>
          </w:tcPr>
          <w:p>
            <w:pPr>
              <w:spacing w:after="0"/>
              <w:jc w:val="left"/>
            </w:pPr>
            <w:r>
              <w:rPr>
                <w:sz w:val="16"/>
              </w:rPr>
              <w:t>Inland Flooding; Landslide</w:t>
            </w:r>
          </w:p>
        </w:tc>
        <w:tc>
          <w:tcPr>
            <w:tcW w:type="dxa" w:w="1425"/>
          </w:tcPr>
          <w:p>
            <w:pPr>
              <w:spacing w:after="0"/>
              <w:jc w:val="right"/>
            </w:pPr>
            <w:r>
              <w:rPr>
                <w:sz w:val="16"/>
              </w:rPr>
              <w:t>$441,264.45</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336"/>
          </w:tcPr>
          <w:p>
            <w:pPr>
              <w:spacing w:after="0"/>
              <w:jc w:val="left"/>
            </w:pPr>
            <w:r>
              <w:rPr>
                <w:sz w:val="16"/>
              </w:rPr>
              <w:t>Emergency</w:t>
            </w:r>
          </w:p>
        </w:tc>
        <w:tc>
          <w:tcPr>
            <w:tcW w:type="dxa" w:w="1981"/>
          </w:tcPr>
          <w:p>
            <w:pPr>
              <w:spacing w:after="0"/>
              <w:jc w:val="left"/>
            </w:pPr>
            <w:r>
              <w:rPr>
                <w:sz w:val="16"/>
              </w:rPr>
              <w:t>HURRICANE LENNY</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336"/>
          </w:tcPr>
          <w:p>
            <w:pPr>
              <w:spacing w:after="0"/>
              <w:jc w:val="left"/>
            </w:pPr>
            <w:r>
              <w:rPr>
                <w:sz w:val="16"/>
              </w:rPr>
              <w:t>Major disaster</w:t>
            </w:r>
          </w:p>
        </w:tc>
        <w:tc>
          <w:tcPr>
            <w:tcW w:type="dxa" w:w="1981"/>
          </w:tcPr>
          <w:p>
            <w:pPr>
              <w:spacing w:after="0"/>
              <w:jc w:val="left"/>
            </w:pPr>
            <w:r>
              <w:rPr>
                <w:sz w:val="16"/>
              </w:rPr>
              <w:t>HURRICANE GEORGES - 18 SEP 98</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336"/>
          </w:tcPr>
          <w:p>
            <w:pPr>
              <w:spacing w:after="0"/>
              <w:jc w:val="left"/>
            </w:pPr>
            <w:r>
              <w:rPr>
                <w:sz w:val="16"/>
              </w:rPr>
              <w:t>Major disaster</w:t>
            </w:r>
          </w:p>
        </w:tc>
        <w:tc>
          <w:tcPr>
            <w:tcW w:type="dxa" w:w="1981"/>
          </w:tcPr>
          <w:p>
            <w:pPr>
              <w:spacing w:after="0"/>
              <w:jc w:val="left"/>
            </w:pPr>
            <w:r>
              <w:rPr>
                <w:sz w:val="16"/>
              </w:rPr>
              <w:t>HURRICANE HORTENSE</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1995-09-16</w:t>
            </w:r>
          </w:p>
        </w:tc>
        <w:tc>
          <w:tcPr>
            <w:tcW w:type="dxa" w:w="1037"/>
          </w:tcPr>
          <w:p>
            <w:pPr>
              <w:spacing w:after="0"/>
              <w:jc w:val="left"/>
            </w:pPr>
            <w:r>
              <w:rPr>
                <w:sz w:val="16"/>
              </w:rPr>
              <w:t>1995-09-15</w:t>
            </w:r>
          </w:p>
        </w:tc>
        <w:tc>
          <w:tcPr>
            <w:tcW w:type="dxa" w:w="1037"/>
          </w:tcPr>
          <w:p>
            <w:pPr>
              <w:spacing w:after="0"/>
              <w:jc w:val="left"/>
            </w:pPr>
            <w:r>
              <w:rPr>
                <w:sz w:val="16"/>
              </w:rPr>
              <w:t>DR-1068-PR</w:t>
            </w:r>
          </w:p>
        </w:tc>
        <w:tc>
          <w:tcPr>
            <w:tcW w:type="dxa" w:w="1336"/>
          </w:tcPr>
          <w:p>
            <w:pPr>
              <w:spacing w:after="0"/>
              <w:jc w:val="left"/>
            </w:pPr>
            <w:r>
              <w:rPr>
                <w:sz w:val="16"/>
              </w:rPr>
              <w:t>Major disaster</w:t>
            </w:r>
          </w:p>
        </w:tc>
        <w:tc>
          <w:tcPr>
            <w:tcW w:type="dxa" w:w="1981"/>
          </w:tcPr>
          <w:p>
            <w:pPr>
              <w:spacing w:after="0"/>
              <w:jc w:val="left"/>
            </w:pPr>
            <w:r>
              <w:rPr>
                <w:sz w:val="16"/>
              </w:rPr>
              <w:t>HURRICANE MARILYN</w:t>
            </w:r>
          </w:p>
        </w:tc>
        <w:tc>
          <w:tcPr>
            <w:tcW w:type="dxa" w:w="2024"/>
          </w:tcPr>
          <w:p>
            <w:pPr>
              <w:spacing w:after="0"/>
              <w:jc w:val="left"/>
            </w:pPr>
            <w:r>
              <w:rPr>
                <w:sz w:val="16"/>
              </w:rPr>
              <w:t>Hurricane</w:t>
            </w:r>
          </w:p>
        </w:tc>
        <w:tc>
          <w:tcPr>
            <w:tcW w:type="dxa" w:w="1425"/>
          </w:tcPr>
          <w:p>
            <w:pPr>
              <w:spacing w:after="0"/>
              <w:jc w:val="right"/>
            </w:pPr>
            <w:r>
              <w:rPr>
                <w:sz w:val="16"/>
              </w:rPr>
              <w:t>PA not declared for this county</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1992-01-22</w:t>
            </w:r>
          </w:p>
        </w:tc>
        <w:tc>
          <w:tcPr>
            <w:tcW w:type="dxa" w:w="1037"/>
          </w:tcPr>
          <w:p>
            <w:pPr>
              <w:spacing w:after="0"/>
              <w:jc w:val="left"/>
            </w:pPr>
            <w:r>
              <w:rPr>
                <w:sz w:val="16"/>
              </w:rPr>
              <w:t>1992-01-05</w:t>
            </w:r>
          </w:p>
        </w:tc>
        <w:tc>
          <w:tcPr>
            <w:tcW w:type="dxa" w:w="1037"/>
          </w:tcPr>
          <w:p>
            <w:pPr>
              <w:spacing w:after="0"/>
              <w:jc w:val="left"/>
            </w:pPr>
            <w:r>
              <w:rPr>
                <w:sz w:val="16"/>
              </w:rPr>
              <w:t>DR-931-PR</w:t>
            </w:r>
          </w:p>
        </w:tc>
        <w:tc>
          <w:tcPr>
            <w:tcW w:type="dxa" w:w="1336"/>
          </w:tcPr>
          <w:p>
            <w:pPr>
              <w:spacing w:after="0"/>
              <w:jc w:val="left"/>
            </w:pPr>
            <w:r>
              <w:rPr>
                <w:sz w:val="16"/>
              </w:rPr>
              <w:t>Major disaster</w:t>
            </w:r>
          </w:p>
        </w:tc>
        <w:tc>
          <w:tcPr>
            <w:tcW w:type="dxa" w:w="1981"/>
          </w:tcPr>
          <w:p>
            <w:pPr>
              <w:spacing w:after="0"/>
              <w:jc w:val="left"/>
            </w:pPr>
            <w:r>
              <w:rPr>
                <w:sz w:val="16"/>
              </w:rPr>
              <w:t>SEVERE STORMS &amp; FLOODING</w:t>
            </w:r>
          </w:p>
        </w:tc>
        <w:tc>
          <w:tcPr>
            <w:tcW w:type="dxa" w:w="2024"/>
          </w:tcPr>
          <w:p>
            <w:pPr>
              <w:spacing w:after="0"/>
              <w:jc w:val="left"/>
            </w:pPr>
            <w:r>
              <w:rPr>
                <w:sz w:val="16"/>
              </w:rPr>
              <w:t>Inland Flooding</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336"/>
          </w:tcPr>
          <w:p>
            <w:pPr>
              <w:spacing w:after="0"/>
              <w:jc w:val="left"/>
            </w:pPr>
            <w:r>
              <w:rPr>
                <w:sz w:val="16"/>
              </w:rPr>
              <w:t>Major disaster</w:t>
            </w:r>
          </w:p>
        </w:tc>
        <w:tc>
          <w:tcPr>
            <w:tcW w:type="dxa" w:w="1981"/>
          </w:tcPr>
          <w:p>
            <w:pPr>
              <w:spacing w:after="0"/>
              <w:jc w:val="left"/>
            </w:pPr>
            <w:r>
              <w:rPr>
                <w:sz w:val="16"/>
              </w:rPr>
              <w:t>HURRICANE HUGO</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336"/>
          </w:tcPr>
          <w:p>
            <w:pPr>
              <w:spacing w:after="0"/>
              <w:jc w:val="left"/>
            </w:pPr>
            <w:r>
              <w:rPr>
                <w:sz w:val="16"/>
              </w:rPr>
              <w:t>Major disaster</w:t>
            </w:r>
          </w:p>
        </w:tc>
        <w:tc>
          <w:tcPr>
            <w:tcW w:type="dxa" w:w="1981"/>
          </w:tcPr>
          <w:p>
            <w:pPr>
              <w:spacing w:after="0"/>
              <w:jc w:val="left"/>
            </w:pPr>
            <w:r>
              <w:rPr>
                <w:sz w:val="16"/>
              </w:rPr>
              <w:t>SEVERE STORMS, FLOODING &amp; MUDSLIDES</w:t>
            </w:r>
          </w:p>
        </w:tc>
        <w:tc>
          <w:tcPr>
            <w:tcW w:type="dxa" w:w="2024"/>
          </w:tcPr>
          <w:p>
            <w:pPr>
              <w:spacing w:after="0"/>
              <w:jc w:val="left"/>
            </w:pPr>
            <w:r>
              <w:rPr>
                <w:sz w:val="16"/>
              </w:rPr>
              <w:t>Inland Flooding (primary); also designated: Landslide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336"/>
          </w:tcPr>
          <w:p>
            <w:pPr>
              <w:spacing w:after="0"/>
              <w:jc w:val="left"/>
            </w:pPr>
            <w:r>
              <w:rPr>
                <w:sz w:val="16"/>
              </w:rPr>
              <w:t>Major disaster</w:t>
            </w:r>
          </w:p>
        </w:tc>
        <w:tc>
          <w:tcPr>
            <w:tcW w:type="dxa" w:w="1981"/>
          </w:tcPr>
          <w:p>
            <w:pPr>
              <w:spacing w:after="0"/>
              <w:jc w:val="left"/>
            </w:pPr>
            <w:r>
              <w:rPr>
                <w:sz w:val="16"/>
              </w:rPr>
              <w:t>HURRICANE DAVID</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336"/>
          </w:tcPr>
          <w:p>
            <w:pPr>
              <w:spacing w:after="0"/>
              <w:jc w:val="left"/>
            </w:pPr>
            <w:r>
              <w:rPr>
                <w:sz w:val="16"/>
              </w:rPr>
              <w:t>Major disaster</w:t>
            </w:r>
          </w:p>
        </w:tc>
        <w:tc>
          <w:tcPr>
            <w:tcW w:type="dxa" w:w="1981"/>
          </w:tcPr>
          <w:p>
            <w:pPr>
              <w:spacing w:after="0"/>
              <w:jc w:val="left"/>
            </w:pPr>
            <w:r>
              <w:rPr>
                <w:sz w:val="16"/>
              </w:rPr>
              <w:t>TROPICAL STORM ELIOISE</w:t>
            </w:r>
          </w:p>
        </w:tc>
        <w:tc>
          <w:tcPr>
            <w:tcW w:type="dxa" w:w="2024"/>
          </w:tcPr>
          <w:p>
            <w:pPr>
              <w:spacing w:after="0"/>
              <w:jc w:val="left"/>
            </w:pPr>
            <w:r>
              <w:rPr>
                <w:sz w:val="16"/>
              </w:rPr>
              <w:t>Inland Flooding (primary); also designated: 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336"/>
          </w:tcPr>
          <w:p>
            <w:pPr>
              <w:spacing w:after="0"/>
              <w:jc w:val="left"/>
            </w:pPr>
            <w:r>
              <w:rPr>
                <w:sz w:val="16"/>
              </w:rPr>
              <w:t>Major disaster</w:t>
            </w:r>
          </w:p>
        </w:tc>
        <w:tc>
          <w:tcPr>
            <w:tcW w:type="dxa" w:w="1981"/>
          </w:tcPr>
          <w:p>
            <w:pPr>
              <w:spacing w:after="0"/>
              <w:jc w:val="left"/>
            </w:pPr>
            <w:r>
              <w:rPr>
                <w:sz w:val="16"/>
              </w:rPr>
              <w:t>FLOODING</w:t>
            </w:r>
          </w:p>
        </w:tc>
        <w:tc>
          <w:tcPr>
            <w:tcW w:type="dxa" w:w="2024"/>
          </w:tcPr>
          <w:p>
            <w:pPr>
              <w:spacing w:after="0"/>
              <w:jc w:val="left"/>
            </w:pPr>
            <w:r>
              <w:rPr>
                <w:sz w:val="16"/>
              </w:rPr>
              <w:t>Inland Flooding</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336"/>
          </w:tcPr>
          <w:p>
            <w:pPr>
              <w:spacing w:after="0"/>
              <w:jc w:val="left"/>
            </w:pPr>
            <w:r>
              <w:rPr>
                <w:sz w:val="16"/>
              </w:rPr>
              <w:t>Major disaster</w:t>
            </w:r>
          </w:p>
        </w:tc>
        <w:tc>
          <w:tcPr>
            <w:tcW w:type="dxa" w:w="1981"/>
          </w:tcPr>
          <w:p>
            <w:pPr>
              <w:spacing w:after="0"/>
              <w:jc w:val="left"/>
            </w:pPr>
            <w:r>
              <w:rPr>
                <w:sz w:val="16"/>
              </w:rPr>
              <w:t>HEAVY RAINS &amp; FLOODING</w:t>
            </w:r>
          </w:p>
        </w:tc>
        <w:tc>
          <w:tcPr>
            <w:tcW w:type="dxa" w:w="2024"/>
          </w:tcPr>
          <w:p>
            <w:pPr>
              <w:spacing w:after="0"/>
              <w:jc w:val="left"/>
            </w:pPr>
            <w:r>
              <w:rPr>
                <w:sz w:val="16"/>
              </w:rPr>
              <w:t>Inland Flooding</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68</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50</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8</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69"/>
        <w:gridCol w:w="1737"/>
        <w:gridCol w:w="1151"/>
        <w:gridCol w:w="2069"/>
        <w:gridCol w:w="2397"/>
        <w:gridCol w:w="343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69"/>
            <w:shd w:val="clear" w:color="auto" w:fill="E8E8E8"/>
          </w:tcPr>
          <w:p>
            <w:pPr>
              <w:spacing w:after="0"/>
              <w:jc w:val="left"/>
            </w:pPr>
            <w:r>
              <w:rPr>
                <w:b/>
                <w:sz w:val="16"/>
              </w:rPr>
              <w:t>Magnitude or extent</w:t>
            </w:r>
          </w:p>
        </w:tc>
        <w:tc>
          <w:tcPr>
            <w:tcW w:type="dxa" w:w="1737"/>
            <w:shd w:val="clear" w:color="auto" w:fill="E8E8E8"/>
          </w:tcPr>
          <w:p>
            <w:pPr>
              <w:spacing w:after="0"/>
              <w:jc w:val="left"/>
            </w:pPr>
            <w:r>
              <w:rPr>
                <w:b/>
                <w:sz w:val="16"/>
              </w:rPr>
              <w:t>Damage</w:t>
            </w:r>
          </w:p>
          <w:p>
            <w:pPr>
              <w:spacing w:after="0"/>
              <w:jc w:val="left"/>
            </w:pPr>
            <w:r>
              <w:rPr>
                <w:i/>
                <w:color w:val="555555"/>
                <w:sz w:val="14"/>
              </w:rPr>
              <w:t>nominal dollars</w:t>
            </w:r>
          </w:p>
        </w:tc>
        <w:tc>
          <w:tcPr>
            <w:tcW w:type="dxa" w:w="115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69"/>
            <w:shd w:val="clear" w:color="auto" w:fill="E8E8E8"/>
          </w:tcPr>
          <w:p>
            <w:pPr>
              <w:spacing w:after="0"/>
              <w:jc w:val="left"/>
            </w:pPr>
            <w:r>
              <w:rPr>
                <w:b/>
                <w:sz w:val="16"/>
              </w:rPr>
              <w:t>Location</w:t>
            </w:r>
          </w:p>
        </w:tc>
        <w:tc>
          <w:tcPr>
            <w:tcW w:type="dxa" w:w="2397"/>
            <w:shd w:val="clear" w:color="auto" w:fill="E8E8E8"/>
          </w:tcPr>
          <w:p>
            <w:pPr>
              <w:spacing w:after="0"/>
              <w:jc w:val="left"/>
            </w:pPr>
            <w:r>
              <w:rPr>
                <w:b/>
                <w:sz w:val="16"/>
              </w:rPr>
              <w:t>Flags</w:t>
            </w:r>
          </w:p>
        </w:tc>
        <w:tc>
          <w:tcPr>
            <w:tcW w:type="dxa" w:w="34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2026-03-04</w:t>
            </w:r>
          </w:p>
        </w:tc>
        <w:tc>
          <w:tcPr>
            <w:tcW w:type="dxa" w:w="1215"/>
          </w:tcPr>
          <w:p>
            <w:pPr>
              <w:spacing w:after="0"/>
              <w:jc w:val="left"/>
            </w:pPr>
            <w:r>
              <w:rPr>
                <w:sz w:val="16"/>
              </w:rPr>
              <w:t>Thunderstorm Wind</w:t>
            </w:r>
          </w:p>
        </w:tc>
        <w:tc>
          <w:tcPr>
            <w:tcW w:type="dxa" w:w="1069"/>
          </w:tcPr>
          <w:p>
            <w:pPr>
              <w:spacing w:after="0"/>
              <w:jc w:val="left"/>
            </w:pPr>
            <w:r>
              <w:rPr>
                <w:sz w:val="16"/>
              </w:rPr>
              <w:t>35 kt (40 mph) estimated gust</w:t>
            </w:r>
          </w:p>
        </w:tc>
        <w:tc>
          <w:tcPr>
            <w:tcW w:type="dxa" w:w="1737"/>
          </w:tcPr>
          <w:p>
            <w:pPr>
              <w:spacing w:after="0"/>
              <w:jc w:val="left"/>
            </w:pPr>
            <w:r>
              <w:rPr>
                <w:sz w:val="16"/>
              </w:rPr>
              <w:t>$5,000 property; $0 crops (2026 dollars)</w:t>
            </w:r>
          </w:p>
        </w:tc>
        <w:tc>
          <w:tcPr>
            <w:tcW w:type="dxa" w:w="1151"/>
          </w:tcPr>
          <w:p>
            <w:pPr>
              <w:spacing w:after="0"/>
              <w:jc w:val="right"/>
            </w:pPr>
            <w:r>
              <w:rPr>
                <w:sz w:val="16"/>
              </w:rPr>
              <w:t>0, 0</w:t>
            </w:r>
          </w:p>
        </w:tc>
        <w:tc>
          <w:tcPr>
            <w:tcW w:type="dxa" w:w="2069"/>
          </w:tcPr>
          <w:p>
            <w:pPr>
              <w:spacing w:after="0"/>
              <w:jc w:val="left"/>
            </w:pPr>
            <w:r>
              <w:rPr>
                <w:sz w:val="16"/>
              </w:rPr>
              <w:t>AGUAS BUENAS</w:t>
            </w:r>
          </w:p>
        </w:tc>
        <w:tc>
          <w:tcPr>
            <w:tcW w:type="dxa" w:w="2397"/>
          </w:tcPr>
          <w:p>
            <w:pPr>
              <w:spacing w:after="0"/>
              <w:jc w:val="left"/>
            </w:pPr>
            <w:r>
              <w:rPr>
                <w:sz w:val="16"/>
              </w:rPr>
              <w:t>new since last plan; within last 5 years</w:t>
            </w:r>
          </w:p>
        </w:tc>
        <w:tc>
          <w:tcPr>
            <w:tcW w:type="dxa" w:w="3437"/>
          </w:tcPr>
          <w:p>
            <w:pPr>
              <w:spacing w:after="0"/>
              <w:jc w:val="left"/>
            </w:pPr>
            <w:r>
              <w:rPr>
                <w:sz w:val="16"/>
              </w:rPr>
              <w:t>B1-c worst recorded: Thunderstorm Wind</w:t>
            </w:r>
          </w:p>
        </w:tc>
      </w:tr>
      <w:tr>
        <w:trPr>
          <w:cantSplit/>
        </w:trPr>
        <w:tc>
          <w:tcPr>
            <w:tcW w:type="dxa" w:w="1037"/>
          </w:tcPr>
          <w:p>
            <w:pPr>
              <w:spacing w:after="0"/>
              <w:jc w:val="left"/>
            </w:pPr>
            <w:r>
              <w:rPr>
                <w:sz w:val="16"/>
              </w:rPr>
              <w:t>2025-04-02</w:t>
            </w:r>
          </w:p>
        </w:tc>
        <w:tc>
          <w:tcPr>
            <w:tcW w:type="dxa" w:w="1215"/>
          </w:tcPr>
          <w:p>
            <w:pPr>
              <w:spacing w:after="0"/>
              <w:jc w:val="left"/>
            </w:pPr>
            <w:r>
              <w:rPr>
                <w:sz w:val="16"/>
              </w:rPr>
              <w:t>Strong Wind</w:t>
            </w:r>
          </w:p>
        </w:tc>
        <w:tc>
          <w:tcPr>
            <w:tcW w:type="dxa" w:w="1069"/>
          </w:tcPr>
          <w:p>
            <w:pPr>
              <w:spacing w:after="0"/>
              <w:jc w:val="left"/>
            </w:pPr>
            <w:r>
              <w:rPr>
                <w:sz w:val="16"/>
              </w:rPr>
              <w:t>30 kt (35 mph) estimated gust</w:t>
            </w:r>
          </w:p>
        </w:tc>
        <w:tc>
          <w:tcPr>
            <w:tcW w:type="dxa" w:w="1737"/>
          </w:tcPr>
          <w:p>
            <w:pPr>
              <w:spacing w:after="0"/>
              <w:jc w:val="left"/>
            </w:pPr>
            <w:r>
              <w:rPr>
                <w:sz w:val="16"/>
              </w:rPr>
              <w:t>$16,200 property; $0 crops, reported for the zone (2025 dollars)</w:t>
            </w:r>
          </w:p>
        </w:tc>
        <w:tc>
          <w:tcPr>
            <w:tcW w:type="dxa" w:w="1151"/>
          </w:tcPr>
          <w:p>
            <w:pPr>
              <w:spacing w:after="0"/>
              <w:jc w:val="right"/>
            </w:pPr>
            <w:r>
              <w:rPr>
                <w:sz w:val="16"/>
              </w:rPr>
              <w:t>0, 0</w:t>
            </w:r>
          </w:p>
        </w:tc>
        <w:tc>
          <w:tcPr>
            <w:tcW w:type="dxa" w:w="2069"/>
          </w:tcPr>
          <w:p>
            <w:pPr>
              <w:spacing w:after="0"/>
              <w:jc w:val="left"/>
            </w:pPr>
            <w:r>
              <w:rPr>
                <w:sz w:val="16"/>
              </w:rPr>
              <w:t>NWS zone PRZ004 (EASTERN INTERIOR), zone-level: may include parts of neighboring counties</w:t>
            </w:r>
          </w:p>
        </w:tc>
        <w:tc>
          <w:tcPr>
            <w:tcW w:type="dxa" w:w="2397"/>
          </w:tcPr>
          <w:p>
            <w:pPr>
              <w:spacing w:after="0"/>
              <w:jc w:val="left"/>
            </w:pPr>
            <w:r>
              <w:rPr>
                <w:sz w:val="16"/>
              </w:rPr>
              <w:t>new since last plan; within last 5 years</w:t>
            </w:r>
          </w:p>
        </w:tc>
        <w:tc>
          <w:tcPr>
            <w:tcW w:type="dxa" w:w="3437"/>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2023-09-01</w:t>
            </w:r>
          </w:p>
        </w:tc>
        <w:tc>
          <w:tcPr>
            <w:tcW w:type="dxa" w:w="1215"/>
          </w:tcPr>
          <w:p>
            <w:pPr>
              <w:spacing w:after="0"/>
              <w:jc w:val="left"/>
            </w:pPr>
            <w:r>
              <w:rPr>
                <w:sz w:val="16"/>
              </w:rPr>
              <w:t>Excessive Heat</w:t>
            </w:r>
          </w:p>
        </w:tc>
        <w:tc>
          <w:tcPr>
            <w:tcW w:type="dxa" w:w="1069"/>
          </w:tcPr>
          <w:p>
            <w:pPr>
              <w:spacing w:after="0"/>
              <w:jc w:val="left"/>
            </w:pPr>
          </w:p>
        </w:tc>
        <w:tc>
          <w:tcPr>
            <w:tcW w:type="dxa" w:w="1737"/>
          </w:tcPr>
          <w:p>
            <w:pPr>
              <w:spacing w:after="0"/>
              <w:jc w:val="left"/>
            </w:pPr>
            <w:r>
              <w:rPr>
                <w:sz w:val="16"/>
              </w:rPr>
              <w:t>$0 property; $0 crops, reported for the zone (2023 dollars)</w:t>
            </w:r>
          </w:p>
        </w:tc>
        <w:tc>
          <w:tcPr>
            <w:tcW w:type="dxa" w:w="1151"/>
          </w:tcPr>
          <w:p>
            <w:pPr>
              <w:spacing w:after="0"/>
              <w:jc w:val="right"/>
            </w:pPr>
            <w:r>
              <w:rPr>
                <w:sz w:val="16"/>
              </w:rPr>
              <w:t>0, 0</w:t>
            </w:r>
          </w:p>
        </w:tc>
        <w:tc>
          <w:tcPr>
            <w:tcW w:type="dxa" w:w="2069"/>
          </w:tcPr>
          <w:p>
            <w:pPr>
              <w:spacing w:after="0"/>
              <w:jc w:val="left"/>
            </w:pPr>
            <w:r>
              <w:rPr>
                <w:sz w:val="16"/>
              </w:rPr>
              <w:t>NWS zone PRZ004 (EASTERN INTERIOR), zone-level: may include parts of neighboring counties</w:t>
            </w:r>
          </w:p>
        </w:tc>
        <w:tc>
          <w:tcPr>
            <w:tcW w:type="dxa" w:w="2397"/>
          </w:tcPr>
          <w:p>
            <w:pPr>
              <w:spacing w:after="0"/>
              <w:jc w:val="left"/>
            </w:pPr>
            <w:r>
              <w:rPr>
                <w:sz w:val="16"/>
              </w:rPr>
              <w:t>new since last plan; within last 5 years</w:t>
            </w:r>
          </w:p>
        </w:tc>
        <w:tc>
          <w:tcPr>
            <w:tcW w:type="dxa" w:w="3437"/>
          </w:tcPr>
          <w:p>
            <w:pPr>
              <w:spacing w:after="0"/>
              <w:jc w:val="left"/>
            </w:pPr>
            <w:r>
              <w:rPr>
                <w:sz w:val="16"/>
              </w:rPr>
              <w:t>B1-c worst recorded: Excessive Heat, Heat</w:t>
            </w:r>
          </w:p>
        </w:tc>
      </w:tr>
      <w:tr>
        <w:trPr>
          <w:cantSplit/>
        </w:trPr>
        <w:tc>
          <w:tcPr>
            <w:tcW w:type="dxa" w:w="1037"/>
          </w:tcPr>
          <w:p>
            <w:pPr>
              <w:spacing w:after="0"/>
              <w:jc w:val="left"/>
            </w:pPr>
            <w:r>
              <w:rPr>
                <w:sz w:val="16"/>
              </w:rPr>
              <w:t>2022-06-21</w:t>
            </w:r>
          </w:p>
        </w:tc>
        <w:tc>
          <w:tcPr>
            <w:tcW w:type="dxa" w:w="1215"/>
          </w:tcPr>
          <w:p>
            <w:pPr>
              <w:spacing w:after="0"/>
              <w:jc w:val="left"/>
            </w:pPr>
            <w:r>
              <w:rPr>
                <w:sz w:val="16"/>
              </w:rPr>
              <w:t>Drought</w:t>
            </w:r>
          </w:p>
        </w:tc>
        <w:tc>
          <w:tcPr>
            <w:tcW w:type="dxa" w:w="1069"/>
          </w:tcPr>
          <w:p>
            <w:pPr>
              <w:spacing w:after="0"/>
              <w:jc w:val="left"/>
            </w:pPr>
          </w:p>
        </w:tc>
        <w:tc>
          <w:tcPr>
            <w:tcW w:type="dxa" w:w="1737"/>
          </w:tcPr>
          <w:p>
            <w:pPr>
              <w:spacing w:after="0"/>
              <w:jc w:val="left"/>
            </w:pPr>
            <w:r>
              <w:rPr>
                <w:sz w:val="16"/>
              </w:rPr>
              <w:t>$0 property; $0 crops, reported for the zone (2022 dollars)</w:t>
            </w:r>
          </w:p>
        </w:tc>
        <w:tc>
          <w:tcPr>
            <w:tcW w:type="dxa" w:w="1151"/>
          </w:tcPr>
          <w:p>
            <w:pPr>
              <w:spacing w:after="0"/>
              <w:jc w:val="right"/>
            </w:pPr>
            <w:r>
              <w:rPr>
                <w:sz w:val="16"/>
              </w:rPr>
              <w:t>0, 0</w:t>
            </w:r>
          </w:p>
        </w:tc>
        <w:tc>
          <w:tcPr>
            <w:tcW w:type="dxa" w:w="2069"/>
          </w:tcPr>
          <w:p>
            <w:pPr>
              <w:spacing w:after="0"/>
              <w:jc w:val="left"/>
            </w:pPr>
            <w:r>
              <w:rPr>
                <w:sz w:val="16"/>
              </w:rPr>
              <w:t>NWS zone PRZ004 (EASTERN INTERIOR), zone-level: may include parts of neighboring counties</w:t>
            </w:r>
          </w:p>
        </w:tc>
        <w:tc>
          <w:tcPr>
            <w:tcW w:type="dxa" w:w="2397"/>
          </w:tcPr>
          <w:p>
            <w:pPr>
              <w:spacing w:after="0"/>
              <w:jc w:val="left"/>
            </w:pPr>
            <w:r>
              <w:rPr>
                <w:sz w:val="16"/>
              </w:rPr>
              <w:t>new since last plan; within last 5 years</w:t>
            </w:r>
          </w:p>
        </w:tc>
        <w:tc>
          <w:tcPr>
            <w:tcW w:type="dxa" w:w="3437"/>
          </w:tcPr>
          <w:p>
            <w:pPr>
              <w:spacing w:after="0"/>
              <w:jc w:val="left"/>
            </w:pPr>
            <w:r>
              <w:rPr>
                <w:sz w:val="16"/>
              </w:rPr>
              <w:t>B1-c worst recorded: Drought</w:t>
            </w:r>
          </w:p>
        </w:tc>
      </w:tr>
      <w:tr>
        <w:trPr>
          <w:cantSplit/>
        </w:trPr>
        <w:tc>
          <w:tcPr>
            <w:tcW w:type="dxa" w:w="1037"/>
          </w:tcPr>
          <w:p>
            <w:pPr>
              <w:spacing w:after="0"/>
              <w:jc w:val="left"/>
            </w:pPr>
            <w:r>
              <w:rPr>
                <w:sz w:val="16"/>
              </w:rPr>
              <w:t>2017-09-20</w:t>
            </w:r>
          </w:p>
        </w:tc>
        <w:tc>
          <w:tcPr>
            <w:tcW w:type="dxa" w:w="1215"/>
          </w:tcPr>
          <w:p>
            <w:pPr>
              <w:spacing w:after="0"/>
              <w:jc w:val="left"/>
            </w:pPr>
            <w:r>
              <w:rPr>
                <w:sz w:val="16"/>
              </w:rPr>
              <w:t>Flash Flood</w:t>
            </w:r>
          </w:p>
        </w:tc>
        <w:tc>
          <w:tcPr>
            <w:tcW w:type="dxa" w:w="1069"/>
          </w:tcPr>
          <w:p>
            <w:pPr>
              <w:spacing w:after="0"/>
              <w:jc w:val="left"/>
            </w:pPr>
          </w:p>
        </w:tc>
        <w:tc>
          <w:tcPr>
            <w:tcW w:type="dxa" w:w="1737"/>
          </w:tcPr>
          <w:p>
            <w:pPr>
              <w:spacing w:after="0"/>
              <w:jc w:val="left"/>
            </w:pPr>
            <w:r>
              <w:rPr>
                <w:sz w:val="16"/>
              </w:rPr>
              <w:t>$750,000,000 property; $0 crops (2017 dollars)</w:t>
            </w:r>
          </w:p>
        </w:tc>
        <w:tc>
          <w:tcPr>
            <w:tcW w:type="dxa" w:w="1151"/>
          </w:tcPr>
          <w:p>
            <w:pPr>
              <w:spacing w:after="0"/>
              <w:jc w:val="right"/>
            </w:pPr>
            <w:r>
              <w:rPr>
                <w:sz w:val="16"/>
              </w:rPr>
              <w:t>0, 0</w:t>
            </w:r>
          </w:p>
        </w:tc>
        <w:tc>
          <w:tcPr>
            <w:tcW w:type="dxa" w:w="2069"/>
          </w:tcPr>
          <w:p>
            <w:pPr>
              <w:spacing w:after="0"/>
              <w:jc w:val="left"/>
            </w:pPr>
            <w:r>
              <w:rPr>
                <w:sz w:val="16"/>
              </w:rPr>
              <w:t>AGUAS BUENAS</w:t>
            </w:r>
          </w:p>
        </w:tc>
        <w:tc>
          <w:tcPr>
            <w:tcW w:type="dxa" w:w="2397"/>
          </w:tcPr>
          <w:p>
            <w:pPr>
              <w:spacing w:after="0"/>
              <w:jc w:val="left"/>
            </w:pPr>
          </w:p>
        </w:tc>
        <w:tc>
          <w:tcPr>
            <w:tcW w:type="dxa" w:w="34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2017-09-20</w:t>
            </w:r>
          </w:p>
        </w:tc>
        <w:tc>
          <w:tcPr>
            <w:tcW w:type="dxa" w:w="1215"/>
          </w:tcPr>
          <w:p>
            <w:pPr>
              <w:spacing w:after="0"/>
              <w:jc w:val="left"/>
            </w:pPr>
            <w:r>
              <w:rPr>
                <w:sz w:val="16"/>
              </w:rPr>
              <w:t>Hurricane (Typhoon)</w:t>
            </w:r>
          </w:p>
        </w:tc>
        <w:tc>
          <w:tcPr>
            <w:tcW w:type="dxa" w:w="1069"/>
          </w:tcPr>
          <w:p>
            <w:pPr>
              <w:spacing w:after="0"/>
              <w:jc w:val="left"/>
            </w:pPr>
            <w:r>
              <w:rPr>
                <w:sz w:val="16"/>
              </w:rPr>
              <w:t>category 4</w:t>
            </w:r>
          </w:p>
        </w:tc>
        <w:tc>
          <w:tcPr>
            <w:tcW w:type="dxa" w:w="1737"/>
          </w:tcPr>
          <w:p>
            <w:pPr>
              <w:spacing w:after="0"/>
              <w:jc w:val="left"/>
            </w:pPr>
            <w:r>
              <w:rPr>
                <w:sz w:val="16"/>
              </w:rPr>
              <w:t>$500,000 property; $0 crops, reported for the zone (2017 dollars)</w:t>
            </w:r>
          </w:p>
        </w:tc>
        <w:tc>
          <w:tcPr>
            <w:tcW w:type="dxa" w:w="1151"/>
          </w:tcPr>
          <w:p>
            <w:pPr>
              <w:spacing w:after="0"/>
              <w:jc w:val="right"/>
            </w:pPr>
            <w:r>
              <w:rPr>
                <w:sz w:val="16"/>
              </w:rPr>
              <w:t>0, 0</w:t>
            </w:r>
          </w:p>
        </w:tc>
        <w:tc>
          <w:tcPr>
            <w:tcW w:type="dxa" w:w="2069"/>
          </w:tcPr>
          <w:p>
            <w:pPr>
              <w:spacing w:after="0"/>
              <w:jc w:val="left"/>
            </w:pPr>
            <w:r>
              <w:rPr>
                <w:sz w:val="16"/>
              </w:rPr>
              <w:t>NWS zone PRZ004 (EASTERN INTERIOR), zone-level: may include parts of neighboring counties</w:t>
            </w:r>
          </w:p>
        </w:tc>
        <w:tc>
          <w:tcPr>
            <w:tcW w:type="dxa" w:w="2397"/>
          </w:tcPr>
          <w:p>
            <w:pPr>
              <w:spacing w:after="0"/>
              <w:jc w:val="left"/>
            </w:pPr>
          </w:p>
        </w:tc>
        <w:tc>
          <w:tcPr>
            <w:tcW w:type="dxa" w:w="343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2015-06-22</w:t>
            </w:r>
          </w:p>
        </w:tc>
        <w:tc>
          <w:tcPr>
            <w:tcW w:type="dxa" w:w="1215"/>
          </w:tcPr>
          <w:p>
            <w:pPr>
              <w:spacing w:after="0"/>
              <w:jc w:val="left"/>
            </w:pPr>
            <w:r>
              <w:rPr>
                <w:sz w:val="16"/>
              </w:rPr>
              <w:t>Strong Wind</w:t>
            </w:r>
          </w:p>
        </w:tc>
        <w:tc>
          <w:tcPr>
            <w:tcW w:type="dxa" w:w="1069"/>
          </w:tcPr>
          <w:p>
            <w:pPr>
              <w:spacing w:after="0"/>
              <w:jc w:val="left"/>
            </w:pPr>
            <w:r>
              <w:rPr>
                <w:sz w:val="16"/>
              </w:rPr>
              <w:t>35 kt (40 mph) estimated gust</w:t>
            </w:r>
          </w:p>
        </w:tc>
        <w:tc>
          <w:tcPr>
            <w:tcW w:type="dxa" w:w="1737"/>
          </w:tcPr>
          <w:p>
            <w:pPr>
              <w:spacing w:after="0"/>
              <w:jc w:val="left"/>
            </w:pPr>
            <w:r>
              <w:rPr>
                <w:sz w:val="16"/>
              </w:rPr>
              <w:t>$500 property; $0 crops, reported for the zone (2015 dollars)</w:t>
            </w:r>
          </w:p>
        </w:tc>
        <w:tc>
          <w:tcPr>
            <w:tcW w:type="dxa" w:w="1151"/>
          </w:tcPr>
          <w:p>
            <w:pPr>
              <w:spacing w:after="0"/>
              <w:jc w:val="right"/>
            </w:pPr>
            <w:r>
              <w:rPr>
                <w:sz w:val="16"/>
              </w:rPr>
              <w:t>0, 0</w:t>
            </w:r>
          </w:p>
        </w:tc>
        <w:tc>
          <w:tcPr>
            <w:tcW w:type="dxa" w:w="2069"/>
          </w:tcPr>
          <w:p>
            <w:pPr>
              <w:spacing w:after="0"/>
              <w:jc w:val="left"/>
            </w:pPr>
            <w:r>
              <w:rPr>
                <w:sz w:val="16"/>
              </w:rPr>
              <w:t>NWS zone PRZ004 (EASTERN INTERIOR), zone-level: may include parts of neighboring counties</w:t>
            </w:r>
          </w:p>
        </w:tc>
        <w:tc>
          <w:tcPr>
            <w:tcW w:type="dxa" w:w="2397"/>
          </w:tcPr>
          <w:p>
            <w:pPr>
              <w:spacing w:after="0"/>
              <w:jc w:val="left"/>
            </w:pPr>
          </w:p>
        </w:tc>
        <w:tc>
          <w:tcPr>
            <w:tcW w:type="dxa" w:w="343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2009-12-25</w:t>
            </w:r>
          </w:p>
        </w:tc>
        <w:tc>
          <w:tcPr>
            <w:tcW w:type="dxa" w:w="1215"/>
          </w:tcPr>
          <w:p>
            <w:pPr>
              <w:spacing w:after="0"/>
              <w:jc w:val="left"/>
            </w:pPr>
            <w:r>
              <w:rPr>
                <w:sz w:val="16"/>
              </w:rPr>
              <w:t>Debris Flow</w:t>
            </w:r>
          </w:p>
        </w:tc>
        <w:tc>
          <w:tcPr>
            <w:tcW w:type="dxa" w:w="1069"/>
          </w:tcPr>
          <w:p>
            <w:pPr>
              <w:spacing w:after="0"/>
              <w:jc w:val="left"/>
            </w:pPr>
          </w:p>
        </w:tc>
        <w:tc>
          <w:tcPr>
            <w:tcW w:type="dxa" w:w="1737"/>
          </w:tcPr>
          <w:p>
            <w:pPr>
              <w:spacing w:after="0"/>
              <w:jc w:val="left"/>
            </w:pPr>
            <w:r>
              <w:rPr>
                <w:sz w:val="16"/>
              </w:rPr>
              <w:t>$4,800,000 property; $0 crops, reported for the zone (2009 dollars)</w:t>
            </w:r>
          </w:p>
        </w:tc>
        <w:tc>
          <w:tcPr>
            <w:tcW w:type="dxa" w:w="1151"/>
          </w:tcPr>
          <w:p>
            <w:pPr>
              <w:spacing w:after="0"/>
              <w:jc w:val="right"/>
            </w:pPr>
            <w:r>
              <w:rPr>
                <w:sz w:val="16"/>
              </w:rPr>
              <w:t>0, 0</w:t>
            </w:r>
          </w:p>
        </w:tc>
        <w:tc>
          <w:tcPr>
            <w:tcW w:type="dxa" w:w="2069"/>
          </w:tcPr>
          <w:p>
            <w:pPr>
              <w:spacing w:after="0"/>
              <w:jc w:val="left"/>
            </w:pPr>
            <w:r>
              <w:rPr>
                <w:sz w:val="16"/>
              </w:rPr>
              <w:t>NWS zone PRZ004 (EASTERN INTERIOR), zone-level: may include parts of neighboring counties</w:t>
            </w:r>
          </w:p>
        </w:tc>
        <w:tc>
          <w:tcPr>
            <w:tcW w:type="dxa" w:w="2397"/>
          </w:tcPr>
          <w:p>
            <w:pPr>
              <w:spacing w:after="0"/>
              <w:jc w:val="left"/>
            </w:pPr>
          </w:p>
        </w:tc>
        <w:tc>
          <w:tcPr>
            <w:tcW w:type="dxa" w:w="3437"/>
          </w:tcPr>
          <w:p>
            <w:pPr>
              <w:spacing w:after="0"/>
              <w:jc w:val="left"/>
            </w:pPr>
            <w:r>
              <w:rPr>
                <w:sz w:val="16"/>
              </w:rPr>
              <w:t>B1-c worst recorded: Debris Flow</w:t>
            </w:r>
          </w:p>
        </w:tc>
      </w:tr>
      <w:tr>
        <w:trPr>
          <w:cantSplit/>
        </w:trPr>
        <w:tc>
          <w:tcPr>
            <w:tcW w:type="dxa" w:w="1037"/>
          </w:tcPr>
          <w:p>
            <w:pPr>
              <w:spacing w:after="0"/>
              <w:jc w:val="left"/>
            </w:pPr>
            <w:r>
              <w:rPr>
                <w:sz w:val="16"/>
              </w:rPr>
              <w:t>2008-09-21</w:t>
            </w:r>
          </w:p>
        </w:tc>
        <w:tc>
          <w:tcPr>
            <w:tcW w:type="dxa" w:w="1215"/>
          </w:tcPr>
          <w:p>
            <w:pPr>
              <w:spacing w:after="0"/>
              <w:jc w:val="left"/>
            </w:pPr>
            <w:r>
              <w:rPr>
                <w:sz w:val="16"/>
              </w:rPr>
              <w:t>Flash Flood</w:t>
            </w:r>
          </w:p>
        </w:tc>
        <w:tc>
          <w:tcPr>
            <w:tcW w:type="dxa" w:w="1069"/>
          </w:tcPr>
          <w:p>
            <w:pPr>
              <w:spacing w:after="0"/>
              <w:jc w:val="left"/>
            </w:pPr>
          </w:p>
        </w:tc>
        <w:tc>
          <w:tcPr>
            <w:tcW w:type="dxa" w:w="1737"/>
          </w:tcPr>
          <w:p>
            <w:pPr>
              <w:spacing w:after="0"/>
              <w:jc w:val="left"/>
            </w:pPr>
            <w:r>
              <w:rPr>
                <w:sz w:val="16"/>
              </w:rPr>
              <w:t>$10,000 property; $0 crops, reported for the zone (2008 dollars)</w:t>
            </w:r>
          </w:p>
        </w:tc>
        <w:tc>
          <w:tcPr>
            <w:tcW w:type="dxa" w:w="1151"/>
          </w:tcPr>
          <w:p>
            <w:pPr>
              <w:spacing w:after="0"/>
              <w:jc w:val="right"/>
            </w:pPr>
            <w:r>
              <w:rPr>
                <w:sz w:val="16"/>
              </w:rPr>
              <w:t>1, 0</w:t>
            </w:r>
          </w:p>
        </w:tc>
        <w:tc>
          <w:tcPr>
            <w:tcW w:type="dxa" w:w="2069"/>
          </w:tcPr>
          <w:p>
            <w:pPr>
              <w:spacing w:after="0"/>
              <w:jc w:val="left"/>
            </w:pPr>
            <w:r>
              <w:rPr>
                <w:sz w:val="16"/>
              </w:rPr>
              <w:t>NWS zone PRZ004 (EASTERN INTERIOR), zone-level: may include parts of neighboring counties</w:t>
            </w:r>
          </w:p>
        </w:tc>
        <w:tc>
          <w:tcPr>
            <w:tcW w:type="dxa" w:w="2397"/>
          </w:tcPr>
          <w:p>
            <w:pPr>
              <w:spacing w:after="0"/>
              <w:jc w:val="left"/>
            </w:pPr>
          </w:p>
        </w:tc>
        <w:tc>
          <w:tcPr>
            <w:tcW w:type="dxa" w:w="3437"/>
          </w:tcPr>
          <w:p>
            <w:pPr>
              <w:spacing w:after="0"/>
              <w:jc w:val="left"/>
            </w:pPr>
            <w:r>
              <w:rPr>
                <w:sz w:val="16"/>
              </w:rPr>
              <w:t>deaths or injuries recorded</w:t>
            </w:r>
          </w:p>
        </w:tc>
      </w:tr>
      <w:tr>
        <w:trPr>
          <w:cantSplit/>
        </w:trPr>
        <w:tc>
          <w:tcPr>
            <w:tcW w:type="dxa" w:w="1037"/>
          </w:tcPr>
          <w:p>
            <w:pPr>
              <w:spacing w:after="0"/>
              <w:jc w:val="left"/>
            </w:pPr>
            <w:r>
              <w:rPr>
                <w:sz w:val="16"/>
              </w:rPr>
              <w:t>2004-11-12</w:t>
            </w:r>
          </w:p>
        </w:tc>
        <w:tc>
          <w:tcPr>
            <w:tcW w:type="dxa" w:w="1215"/>
          </w:tcPr>
          <w:p>
            <w:pPr>
              <w:spacing w:after="0"/>
              <w:jc w:val="left"/>
            </w:pPr>
            <w:r>
              <w:rPr>
                <w:sz w:val="16"/>
              </w:rPr>
              <w:t>Flood</w:t>
            </w:r>
          </w:p>
        </w:tc>
        <w:tc>
          <w:tcPr>
            <w:tcW w:type="dxa" w:w="1069"/>
          </w:tcPr>
          <w:p>
            <w:pPr>
              <w:spacing w:after="0"/>
              <w:jc w:val="left"/>
            </w:pPr>
          </w:p>
        </w:tc>
        <w:tc>
          <w:tcPr>
            <w:tcW w:type="dxa" w:w="1737"/>
          </w:tcPr>
          <w:p>
            <w:pPr>
              <w:spacing w:after="0"/>
              <w:jc w:val="left"/>
            </w:pPr>
            <w:r>
              <w:rPr>
                <w:sz w:val="16"/>
              </w:rPr>
              <w:t>$1,500,000 property; crops not reported, reported for the zone (2004 dollars)</w:t>
            </w:r>
          </w:p>
        </w:tc>
        <w:tc>
          <w:tcPr>
            <w:tcW w:type="dxa" w:w="1151"/>
          </w:tcPr>
          <w:p>
            <w:pPr>
              <w:spacing w:after="0"/>
              <w:jc w:val="right"/>
            </w:pPr>
            <w:r>
              <w:rPr>
                <w:sz w:val="16"/>
              </w:rPr>
              <w:t>2, 2</w:t>
            </w:r>
          </w:p>
        </w:tc>
        <w:tc>
          <w:tcPr>
            <w:tcW w:type="dxa" w:w="2069"/>
          </w:tcPr>
          <w:p>
            <w:pPr>
              <w:spacing w:after="0"/>
              <w:jc w:val="left"/>
            </w:pPr>
            <w:r>
              <w:rPr>
                <w:sz w:val="16"/>
              </w:rPr>
              <w:t>NWS zone PRZ004 (EASTERN INTERIOR), zone-level: may include parts of neighboring counties</w:t>
            </w:r>
          </w:p>
        </w:tc>
        <w:tc>
          <w:tcPr>
            <w:tcW w:type="dxa" w:w="2397"/>
          </w:tcPr>
          <w:p>
            <w:pPr>
              <w:spacing w:after="0"/>
              <w:jc w:val="left"/>
            </w:pPr>
          </w:p>
        </w:tc>
        <w:tc>
          <w:tcPr>
            <w:tcW w:type="dxa" w:w="3437"/>
          </w:tcPr>
          <w:p>
            <w:pPr>
              <w:spacing w:after="0"/>
              <w:jc w:val="left"/>
            </w:pPr>
            <w:r>
              <w:rPr>
                <w:sz w:val="16"/>
              </w:rPr>
              <w:t>deaths or injuries recorded</w:t>
            </w:r>
          </w:p>
        </w:tc>
      </w:tr>
      <w:tr>
        <w:trPr>
          <w:cantSplit/>
        </w:trPr>
        <w:tc>
          <w:tcPr>
            <w:tcW w:type="dxa" w:w="1037"/>
          </w:tcPr>
          <w:p>
            <w:pPr>
              <w:spacing w:after="0"/>
              <w:jc w:val="left"/>
            </w:pPr>
            <w:r>
              <w:rPr>
                <w:sz w:val="16"/>
              </w:rPr>
              <w:t>2003-11-10</w:t>
            </w:r>
          </w:p>
        </w:tc>
        <w:tc>
          <w:tcPr>
            <w:tcW w:type="dxa" w:w="1215"/>
          </w:tcPr>
          <w:p>
            <w:pPr>
              <w:spacing w:after="0"/>
              <w:jc w:val="left"/>
            </w:pPr>
            <w:r>
              <w:rPr>
                <w:sz w:val="16"/>
              </w:rPr>
              <w:t>Flood</w:t>
            </w:r>
          </w:p>
        </w:tc>
        <w:tc>
          <w:tcPr>
            <w:tcW w:type="dxa" w:w="1069"/>
          </w:tcPr>
          <w:p>
            <w:pPr>
              <w:spacing w:after="0"/>
              <w:jc w:val="left"/>
            </w:pPr>
          </w:p>
        </w:tc>
        <w:tc>
          <w:tcPr>
            <w:tcW w:type="dxa" w:w="1737"/>
          </w:tcPr>
          <w:p>
            <w:pPr>
              <w:spacing w:after="0"/>
              <w:jc w:val="left"/>
            </w:pPr>
            <w:r>
              <w:rPr>
                <w:sz w:val="16"/>
              </w:rPr>
              <w:t>$1,000,000 property; $1,000,000 crops, reported for the zone (2003 dollars)</w:t>
            </w:r>
          </w:p>
        </w:tc>
        <w:tc>
          <w:tcPr>
            <w:tcW w:type="dxa" w:w="1151"/>
          </w:tcPr>
          <w:p>
            <w:pPr>
              <w:spacing w:after="0"/>
              <w:jc w:val="right"/>
            </w:pPr>
            <w:r>
              <w:rPr>
                <w:sz w:val="16"/>
              </w:rPr>
              <w:t>1, 0</w:t>
            </w:r>
          </w:p>
        </w:tc>
        <w:tc>
          <w:tcPr>
            <w:tcW w:type="dxa" w:w="2069"/>
          </w:tcPr>
          <w:p>
            <w:pPr>
              <w:spacing w:after="0"/>
              <w:jc w:val="left"/>
            </w:pPr>
            <w:r>
              <w:rPr>
                <w:sz w:val="16"/>
              </w:rPr>
              <w:t>NWS zone PRZ004 (EASTERN INTERIOR), zone-level: may include parts of neighboring counties</w:t>
            </w:r>
          </w:p>
        </w:tc>
        <w:tc>
          <w:tcPr>
            <w:tcW w:type="dxa" w:w="2397"/>
          </w:tcPr>
          <w:p>
            <w:pPr>
              <w:spacing w:after="0"/>
              <w:jc w:val="left"/>
            </w:pPr>
          </w:p>
        </w:tc>
        <w:tc>
          <w:tcPr>
            <w:tcW w:type="dxa" w:w="3437"/>
          </w:tcPr>
          <w:p>
            <w:pPr>
              <w:spacing w:after="0"/>
              <w:jc w:val="left"/>
            </w:pPr>
            <w:r>
              <w:rPr>
                <w:sz w:val="16"/>
              </w:rPr>
              <w:t>deaths or injuries recorded</w:t>
            </w:r>
          </w:p>
        </w:tc>
      </w:tr>
      <w:tr>
        <w:trPr>
          <w:cantSplit/>
        </w:trPr>
        <w:tc>
          <w:tcPr>
            <w:tcW w:type="dxa" w:w="1037"/>
          </w:tcPr>
          <w:p>
            <w:pPr>
              <w:spacing w:after="0"/>
              <w:jc w:val="left"/>
            </w:pPr>
            <w:r>
              <w:rPr>
                <w:sz w:val="16"/>
              </w:rPr>
              <w:t>2003-04-17</w:t>
            </w:r>
          </w:p>
        </w:tc>
        <w:tc>
          <w:tcPr>
            <w:tcW w:type="dxa" w:w="1215"/>
          </w:tcPr>
          <w:p>
            <w:pPr>
              <w:spacing w:after="0"/>
              <w:jc w:val="left"/>
            </w:pPr>
            <w:r>
              <w:rPr>
                <w:sz w:val="16"/>
              </w:rPr>
              <w:t>Flash Flood</w:t>
            </w:r>
          </w:p>
        </w:tc>
        <w:tc>
          <w:tcPr>
            <w:tcW w:type="dxa" w:w="1069"/>
          </w:tcPr>
          <w:p>
            <w:pPr>
              <w:spacing w:after="0"/>
              <w:jc w:val="left"/>
            </w:pPr>
          </w:p>
        </w:tc>
        <w:tc>
          <w:tcPr>
            <w:tcW w:type="dxa" w:w="1737"/>
          </w:tcPr>
          <w:p>
            <w:pPr>
              <w:spacing w:after="0"/>
              <w:jc w:val="left"/>
            </w:pPr>
            <w:r>
              <w:rPr>
                <w:sz w:val="16"/>
              </w:rPr>
              <w:t>$1,150,000 property; crops not reported, reported for the zone (2003 dollars)</w:t>
            </w:r>
          </w:p>
        </w:tc>
        <w:tc>
          <w:tcPr>
            <w:tcW w:type="dxa" w:w="1151"/>
          </w:tcPr>
          <w:p>
            <w:pPr>
              <w:spacing w:after="0"/>
              <w:jc w:val="right"/>
            </w:pPr>
            <w:r>
              <w:rPr>
                <w:sz w:val="16"/>
              </w:rPr>
              <w:t>1, 0</w:t>
            </w:r>
          </w:p>
        </w:tc>
        <w:tc>
          <w:tcPr>
            <w:tcW w:type="dxa" w:w="2069"/>
          </w:tcPr>
          <w:p>
            <w:pPr>
              <w:spacing w:after="0"/>
              <w:jc w:val="left"/>
            </w:pPr>
            <w:r>
              <w:rPr>
                <w:sz w:val="16"/>
              </w:rPr>
              <w:t>NWS zone PRZ004 (EASTERN INTERIOR), zone-level: may include parts of neighboring counties</w:t>
            </w:r>
          </w:p>
        </w:tc>
        <w:tc>
          <w:tcPr>
            <w:tcW w:type="dxa" w:w="2397"/>
          </w:tcPr>
          <w:p>
            <w:pPr>
              <w:spacing w:after="0"/>
              <w:jc w:val="left"/>
            </w:pPr>
          </w:p>
        </w:tc>
        <w:tc>
          <w:tcPr>
            <w:tcW w:type="dxa" w:w="343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(147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455"/>
        <w:gridCol w:w="1571"/>
        <w:gridCol w:w="1037"/>
        <w:gridCol w:w="1719"/>
        <w:gridCol w:w="1523"/>
        <w:gridCol w:w="1510"/>
        <w:gridCol w:w="1037"/>
        <w:gridCol w:w="1979"/>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5"/>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5"/>
          </w:tcPr>
          <w:p>
            <w:pPr>
              <w:spacing w:after="0"/>
              <w:jc w:val="right"/>
            </w:pPr>
          </w:p>
        </w:tc>
        <w:tc>
          <w:tcPr>
            <w:tcW w:type="dxa" w:w="1455"/>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19"/>
          </w:tcPr>
          <w:p>
            <w:pPr>
              <w:spacing w:after="0"/>
              <w:jc w:val="left"/>
            </w:pPr>
          </w:p>
        </w:tc>
        <w:tc>
          <w:tcPr>
            <w:tcW w:type="dxa" w:w="1523"/>
          </w:tcPr>
          <w:p>
            <w:pPr>
              <w:spacing w:after="0"/>
              <w:jc w:val="right"/>
            </w:pPr>
          </w:p>
        </w:tc>
        <w:tc>
          <w:tcPr>
            <w:tcW w:type="dxa" w:w="1510"/>
          </w:tcPr>
          <w:p>
            <w:pPr>
              <w:spacing w:after="0"/>
              <w:jc w:val="left"/>
            </w:pPr>
            <w:r>
              <w:rPr>
                <w:sz w:val="16"/>
              </w:rPr>
              <w:t>1994 to 2023 (30 years)</w:t>
            </w:r>
          </w:p>
        </w:tc>
        <w:tc>
          <w:tcPr>
            <w:tcW w:type="dxa" w:w="1037"/>
          </w:tcPr>
          <w:p>
            <w:pPr>
              <w:spacing w:after="0"/>
              <w:jc w:val="left"/>
            </w:pPr>
            <w:r>
              <w:rPr>
                <w:sz w:val="16"/>
              </w:rPr>
              <w:t>see B1-f</w:t>
            </w:r>
          </w:p>
        </w:tc>
        <w:tc>
          <w:tcPr>
            <w:tcW w:type="dxa" w:w="197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5"/>
          </w:tcPr>
          <w:p>
            <w:pPr>
              <w:spacing w:after="0"/>
              <w:jc w:val="right"/>
            </w:pPr>
            <w:r>
              <w:rPr>
                <w:sz w:val="16"/>
              </w:rPr>
              <w:t>0.01</w:t>
            </w:r>
          </w:p>
        </w:tc>
        <w:tc>
          <w:tcPr>
            <w:tcW w:type="dxa" w:w="1455"/>
          </w:tcPr>
          <w:p>
            <w:pPr>
              <w:spacing w:after="0"/>
              <w:jc w:val="left"/>
            </w:pPr>
            <w:r>
              <w:rPr>
                <w:sz w:val="16"/>
              </w:rPr>
              <w:t>events per year at a location (modeled)</w:t>
            </w:r>
          </w:p>
        </w:tc>
        <w:tc>
          <w:tcPr>
            <w:tcW w:type="dxa" w:w="1571"/>
          </w:tcPr>
          <w:p>
            <w:pPr>
              <w:spacing w:after="0"/>
              <w:jc w:val="left"/>
            </w:pPr>
            <w:r>
              <w:rPr>
                <w:sz w:val="16"/>
              </w:rPr>
              <w:t>about 0.01 per year at a given location in the county</w:t>
            </w:r>
          </w:p>
        </w:tc>
        <w:tc>
          <w:tcPr>
            <w:tcW w:type="dxa" w:w="1037"/>
          </w:tcPr>
          <w:p>
            <w:pPr>
              <w:spacing w:after="0"/>
              <w:jc w:val="left"/>
            </w:pPr>
            <w:r>
              <w:rPr>
                <w:sz w:val="16"/>
              </w:rPr>
              <w:t>Possible</w:t>
            </w:r>
          </w:p>
        </w:tc>
        <w:tc>
          <w:tcPr>
            <w:tcW w:type="dxa" w:w="1719"/>
          </w:tcPr>
          <w:p>
            <w:pPr>
              <w:spacing w:after="0"/>
              <w:jc w:val="left"/>
            </w:pPr>
            <w:r>
              <w:rPr>
                <w:sz w:val="16"/>
              </w:rPr>
              <w:t>Storm Events records in 1 of 30 years, 1996 to 2025 (3.33%)</w:t>
            </w: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5"/>
          </w:tcPr>
          <w:p>
            <w:pPr>
              <w:spacing w:after="0"/>
              <w:jc w:val="right"/>
            </w:pPr>
            <w:r>
              <w:rPr>
                <w:sz w:val="16"/>
              </w:rPr>
              <w:t>0</w:t>
            </w:r>
          </w:p>
        </w:tc>
        <w:tc>
          <w:tcPr>
            <w:tcW w:type="dxa" w:w="1455"/>
          </w:tcPr>
          <w:p>
            <w:pPr>
              <w:spacing w:after="0"/>
              <w:jc w:val="left"/>
            </w:pPr>
            <w:r>
              <w:rPr>
                <w:sz w:val="16"/>
              </w:rPr>
              <w:t>event-days per year</w:t>
            </w:r>
          </w:p>
        </w:tc>
        <w:tc>
          <w:tcPr>
            <w:tcW w:type="dxa" w:w="1571"/>
          </w:tcPr>
          <w:p>
            <w:pPr>
              <w:spacing w:after="0"/>
              <w:jc w:val="left"/>
            </w:pPr>
            <w:r>
              <w:rPr>
                <w:sz w:val="16"/>
              </w:rPr>
              <w:t>none modeled</w:t>
            </w:r>
          </w:p>
        </w:tc>
        <w:tc>
          <w:tcPr>
            <w:tcW w:type="dxa" w:w="1037"/>
          </w:tcPr>
          <w:p>
            <w:pPr>
              <w:spacing w:after="0"/>
              <w:jc w:val="left"/>
            </w:pPr>
          </w:p>
        </w:tc>
        <w:tc>
          <w:tcPr>
            <w:tcW w:type="dxa" w:w="1719"/>
          </w:tcPr>
          <w:p>
            <w:pPr>
              <w:spacing w:after="0"/>
              <w:jc w:val="left"/>
            </w:pPr>
            <w:r>
              <w:rPr>
                <w:sz w:val="16"/>
              </w:rPr>
              <w:t>event-days in 0 of 30 years, 1996 to 2025 (0%)</w:t>
            </w:r>
          </w:p>
        </w:tc>
        <w:tc>
          <w:tcPr>
            <w:tcW w:type="dxa" w:w="1523"/>
          </w:tcPr>
          <w:p>
            <w:pPr>
              <w:spacing w:after="0"/>
              <w:jc w:val="right"/>
            </w:pPr>
            <w:r>
              <w:rPr>
                <w:sz w:val="16"/>
              </w:rPr>
              <w:t>0</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979"/>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5"/>
          </w:tcPr>
          <w:p>
            <w:pPr>
              <w:spacing w:after="0"/>
              <w:jc w:val="right"/>
            </w:pPr>
            <w:r>
              <w:rPr>
                <w:sz w:val="16"/>
              </w:rPr>
              <w:t>3.33</w:t>
            </w:r>
          </w:p>
        </w:tc>
        <w:tc>
          <w:tcPr>
            <w:tcW w:type="dxa" w:w="1455"/>
          </w:tcPr>
          <w:p>
            <w:pPr>
              <w:spacing w:after="0"/>
              <w:jc w:val="left"/>
            </w:pPr>
            <w:r>
              <w:rPr>
                <w:sz w:val="16"/>
              </w:rPr>
              <w:t>event-days per year</w:t>
            </w:r>
          </w:p>
        </w:tc>
        <w:tc>
          <w:tcPr>
            <w:tcW w:type="dxa" w:w="1571"/>
          </w:tcPr>
          <w:p>
            <w:pPr>
              <w:spacing w:after="0"/>
              <w:jc w:val="left"/>
            </w:pPr>
            <w:r>
              <w:rPr>
                <w:sz w:val="16"/>
              </w:rPr>
              <w:t>about 3.33 days per year</w:t>
            </w:r>
          </w:p>
        </w:tc>
        <w:tc>
          <w:tcPr>
            <w:tcW w:type="dxa" w:w="1037"/>
          </w:tcPr>
          <w:p>
            <w:pPr>
              <w:spacing w:after="0"/>
              <w:jc w:val="left"/>
            </w:pPr>
            <w:r>
              <w:rPr>
                <w:sz w:val="16"/>
              </w:rPr>
              <w:t>Possible</w:t>
            </w:r>
          </w:p>
        </w:tc>
        <w:tc>
          <w:tcPr>
            <w:tcW w:type="dxa" w:w="1719"/>
          </w:tcPr>
          <w:p>
            <w:pPr>
              <w:spacing w:after="0"/>
              <w:jc w:val="left"/>
            </w:pPr>
            <w:r>
              <w:rPr>
                <w:sz w:val="16"/>
              </w:rPr>
              <w:t>event-days in 1 of 30 years, 1996 to 2025 (3.33%)</w:t>
            </w:r>
          </w:p>
        </w:tc>
        <w:tc>
          <w:tcPr>
            <w:tcW w:type="dxa" w:w="1523"/>
          </w:tcPr>
          <w:p>
            <w:pPr>
              <w:spacing w:after="0"/>
              <w:jc w:val="right"/>
            </w:pPr>
            <w:r>
              <w:rPr>
                <w:sz w:val="16"/>
              </w:rPr>
              <w:t>84</w:t>
            </w:r>
          </w:p>
        </w:tc>
        <w:tc>
          <w:tcPr>
            <w:tcW w:type="dxa" w:w="151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9"/>
          </w:tcPr>
          <w:p>
            <w:pPr>
              <w:spacing w:after="0"/>
              <w:jc w:val="left"/>
            </w:pPr>
            <w:r>
              <w:rPr>
                <w:sz w:val="16"/>
              </w:rPr>
              <w:t>NRI gives about 3.33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0.0377</w:t>
            </w:r>
          </w:p>
        </w:tc>
        <w:tc>
          <w:tcPr>
            <w:tcW w:type="dxa" w:w="1455"/>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3.77%</w:t>
            </w:r>
          </w:p>
        </w:tc>
        <w:tc>
          <w:tcPr>
            <w:tcW w:type="dxa" w:w="1037"/>
          </w:tcPr>
          <w:p>
            <w:pPr>
              <w:spacing w:after="0"/>
              <w:jc w:val="left"/>
            </w:pPr>
          </w:p>
        </w:tc>
        <w:tc>
          <w:tcPr>
            <w:tcW w:type="dxa" w:w="1719"/>
          </w:tcPr>
          <w:p>
            <w:pPr>
              <w:spacing w:after="0"/>
              <w:jc w:val="left"/>
            </w:pP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0.0266</w:t>
            </w:r>
          </w:p>
        </w:tc>
        <w:tc>
          <w:tcPr>
            <w:tcW w:type="dxa" w:w="1455"/>
          </w:tcPr>
          <w:p>
            <w:pPr>
              <w:spacing w:after="0"/>
              <w:jc w:val="left"/>
            </w:pPr>
            <w:r>
              <w:rPr>
                <w:sz w:val="16"/>
              </w:rPr>
              <w:t>events per year</w:t>
            </w:r>
          </w:p>
        </w:tc>
        <w:tc>
          <w:tcPr>
            <w:tcW w:type="dxa" w:w="1571"/>
          </w:tcPr>
          <w:p>
            <w:pPr>
              <w:spacing w:after="0"/>
              <w:jc w:val="left"/>
            </w:pPr>
            <w:r>
              <w:rPr>
                <w:sz w:val="16"/>
              </w:rPr>
              <w:t>about 1 in 38 years</w:t>
            </w:r>
          </w:p>
        </w:tc>
        <w:tc>
          <w:tcPr>
            <w:tcW w:type="dxa" w:w="1037"/>
          </w:tcPr>
          <w:p>
            <w:pPr>
              <w:spacing w:after="0"/>
              <w:jc w:val="left"/>
            </w:pPr>
            <w:r>
              <w:rPr>
                <w:sz w:val="16"/>
              </w:rPr>
              <w:t>Possible</w:t>
            </w:r>
          </w:p>
        </w:tc>
        <w:tc>
          <w:tcPr>
            <w:tcW w:type="dxa" w:w="1719"/>
          </w:tcPr>
          <w:p>
            <w:pPr>
              <w:spacing w:after="0"/>
              <w:jc w:val="left"/>
            </w:pPr>
            <w:r>
              <w:rPr>
                <w:sz w:val="16"/>
              </w:rPr>
              <w:t>FEMA annualized frequency (modeled)</w:t>
            </w:r>
          </w:p>
        </w:tc>
        <w:tc>
          <w:tcPr>
            <w:tcW w:type="dxa" w:w="1523"/>
          </w:tcPr>
          <w:p>
            <w:pPr>
              <w:spacing w:after="0"/>
              <w:jc w:val="right"/>
            </w:pPr>
            <w:r>
              <w:rPr>
                <w:sz w:val="16"/>
              </w:rPr>
              <w:t>1.0 (modeled)</w:t>
            </w:r>
          </w:p>
        </w:tc>
        <w:tc>
          <w:tcPr>
            <w:tcW w:type="dxa" w:w="1510"/>
          </w:tcPr>
          <w:p>
            <w:pPr>
              <w:spacing w:after="0"/>
              <w:jc w:val="left"/>
            </w:pPr>
            <w:r>
              <w:rPr>
                <w:sz w:val="16"/>
              </w:rPr>
              <w:t>1986 to 2023 (38 years)</w:t>
            </w:r>
          </w:p>
        </w:tc>
        <w:tc>
          <w:tcPr>
            <w:tcW w:type="dxa" w:w="1037"/>
          </w:tcPr>
          <w:p>
            <w:pPr>
              <w:spacing w:after="0"/>
              <w:jc w:val="left"/>
            </w:pPr>
            <w:r>
              <w:rPr>
                <w:sz w:val="16"/>
              </w:rPr>
              <w:t>countywide</w:t>
            </w:r>
          </w:p>
        </w:tc>
        <w:tc>
          <w:tcPr>
            <w:tcW w:type="dxa" w:w="1979"/>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0.000891</w:t>
            </w:r>
          </w:p>
        </w:tc>
        <w:tc>
          <w:tcPr>
            <w:tcW w:type="dxa" w:w="1455"/>
          </w:tcPr>
          <w:p>
            <w:pPr>
              <w:spacing w:after="0"/>
              <w:jc w:val="left"/>
            </w:pPr>
            <w:r>
              <w:rPr>
                <w:sz w:val="16"/>
              </w:rPr>
              <w:t>event-days per year</w:t>
            </w:r>
          </w:p>
        </w:tc>
        <w:tc>
          <w:tcPr>
            <w:tcW w:type="dxa" w:w="1571"/>
          </w:tcPr>
          <w:p>
            <w:pPr>
              <w:spacing w:after="0"/>
              <w:jc w:val="left"/>
            </w:pPr>
            <w:r>
              <w:rPr>
                <w:sz w:val="16"/>
              </w:rPr>
              <w:t>about 0.000891 days per year</w:t>
            </w:r>
          </w:p>
        </w:tc>
        <w:tc>
          <w:tcPr>
            <w:tcW w:type="dxa" w:w="1037"/>
          </w:tcPr>
          <w:p>
            <w:pPr>
              <w:spacing w:after="0"/>
              <w:jc w:val="left"/>
            </w:pPr>
            <w:r>
              <w:rPr>
                <w:sz w:val="16"/>
              </w:rPr>
              <w:t>Possible</w:t>
            </w:r>
          </w:p>
        </w:tc>
        <w:tc>
          <w:tcPr>
            <w:tcW w:type="dxa" w:w="1719"/>
          </w:tcPr>
          <w:p>
            <w:pPr>
              <w:spacing w:after="0"/>
              <w:jc w:val="left"/>
            </w:pPr>
            <w:r>
              <w:rPr>
                <w:sz w:val="16"/>
              </w:rPr>
              <w:t>event-days in 1 of 30 years, 1996 to 2025 (3.33%)</w:t>
            </w:r>
          </w:p>
        </w:tc>
        <w:tc>
          <w:tcPr>
            <w:tcW w:type="dxa" w:w="1523"/>
          </w:tcPr>
          <w:p>
            <w:pPr>
              <w:spacing w:after="0"/>
              <w:jc w:val="right"/>
            </w:pPr>
            <w:r>
              <w:rPr>
                <w:sz w:val="16"/>
              </w:rPr>
              <w:t>0.0169</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979"/>
          </w:tcPr>
          <w:p>
            <w:pPr>
              <w:spacing w:after="0"/>
              <w:jc w:val="left"/>
            </w:pPr>
          </w:p>
        </w:tc>
      </w:tr>
      <w:tr>
        <w:trPr>
          <w:cantSplit/>
        </w:trPr>
        <w:tc>
          <w:tcPr>
            <w:tcW w:type="dxa" w:w="1037"/>
          </w:tcPr>
          <w:p>
            <w:pPr>
              <w:spacing w:after="0"/>
              <w:jc w:val="left"/>
            </w:pPr>
            <w:r>
              <w:rPr>
                <w:sz w:val="16"/>
              </w:rPr>
              <w:t>Hurricane</w:t>
            </w:r>
          </w:p>
        </w:tc>
        <w:tc>
          <w:tcPr>
            <w:tcW w:type="dxa" w:w="1245"/>
          </w:tcPr>
          <w:p>
            <w:pPr>
              <w:spacing w:after="0"/>
              <w:jc w:val="right"/>
            </w:pPr>
            <w:r>
              <w:rPr>
                <w:sz w:val="16"/>
              </w:rPr>
              <w:t>0.173</w:t>
            </w:r>
          </w:p>
        </w:tc>
        <w:tc>
          <w:tcPr>
            <w:tcW w:type="dxa" w:w="1455"/>
          </w:tcPr>
          <w:p>
            <w:pPr>
              <w:spacing w:after="0"/>
              <w:jc w:val="left"/>
            </w:pPr>
            <w:r>
              <w:rPr>
                <w:sz w:val="16"/>
              </w:rPr>
              <w:t>events per year</w:t>
            </w:r>
          </w:p>
        </w:tc>
        <w:tc>
          <w:tcPr>
            <w:tcW w:type="dxa" w:w="1571"/>
          </w:tcPr>
          <w:p>
            <w:pPr>
              <w:spacing w:after="0"/>
              <w:jc w:val="left"/>
            </w:pPr>
            <w:r>
              <w:rPr>
                <w:sz w:val="16"/>
              </w:rPr>
              <w:t>about 1 in 6 years</w:t>
            </w:r>
          </w:p>
        </w:tc>
        <w:tc>
          <w:tcPr>
            <w:tcW w:type="dxa" w:w="1037"/>
          </w:tcPr>
          <w:p>
            <w:pPr>
              <w:spacing w:after="0"/>
              <w:jc w:val="left"/>
            </w:pPr>
            <w:r>
              <w:rPr>
                <w:sz w:val="16"/>
              </w:rPr>
              <w:t>Likely</w:t>
            </w:r>
          </w:p>
        </w:tc>
        <w:tc>
          <w:tcPr>
            <w:tcW w:type="dxa" w:w="1719"/>
          </w:tcPr>
          <w:p>
            <w:pPr>
              <w:spacing w:after="0"/>
              <w:jc w:val="left"/>
            </w:pPr>
            <w:r>
              <w:rPr>
                <w:sz w:val="16"/>
              </w:rPr>
              <w:t>FEMA annualized frequency (modeled)</w:t>
            </w:r>
          </w:p>
        </w:tc>
        <w:tc>
          <w:tcPr>
            <w:tcW w:type="dxa" w:w="1523"/>
          </w:tcPr>
          <w:p>
            <w:pPr>
              <w:spacing w:after="0"/>
              <w:jc w:val="right"/>
            </w:pPr>
            <w:r>
              <w:rPr>
                <w:sz w:val="16"/>
              </w:rPr>
              <w:t>42</w:t>
            </w:r>
          </w:p>
        </w:tc>
        <w:tc>
          <w:tcPr>
            <w:tcW w:type="dxa" w:w="1510"/>
          </w:tcPr>
          <w:p>
            <w:pPr>
              <w:spacing w:after="0"/>
              <w:jc w:val="left"/>
            </w:pPr>
            <w:r>
              <w:rPr>
                <w:sz w:val="16"/>
              </w:rPr>
              <w:t>1851 to 2024 (Atlantic)</w:t>
            </w:r>
          </w:p>
        </w:tc>
        <w:tc>
          <w:tcPr>
            <w:tcW w:type="dxa" w:w="1037"/>
          </w:tcPr>
          <w:p>
            <w:pPr>
              <w:spacing w:after="0"/>
              <w:jc w:val="left"/>
            </w:pPr>
            <w:r>
              <w:rPr>
                <w:sz w:val="16"/>
              </w:rPr>
              <w:t>see B1-f</w:t>
            </w:r>
          </w:p>
        </w:tc>
        <w:tc>
          <w:tcPr>
            <w:tcW w:type="dxa" w:w="197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5"/>
          </w:tcPr>
          <w:p>
            <w:pPr>
              <w:spacing w:after="0"/>
              <w:jc w:val="right"/>
            </w:pPr>
          </w:p>
        </w:tc>
        <w:tc>
          <w:tcPr>
            <w:tcW w:type="dxa" w:w="1455"/>
          </w:tcPr>
          <w:p>
            <w:pPr>
              <w:spacing w:after="0"/>
              <w:jc w:val="left"/>
            </w:pPr>
            <w:r>
              <w:rPr>
                <w:sz w:val="16"/>
              </w:rPr>
              <w:t>event-days per year</w:t>
            </w:r>
          </w:p>
        </w:tc>
        <w:tc>
          <w:tcPr>
            <w:tcW w:type="dxa" w:w="1571"/>
          </w:tcPr>
          <w:p>
            <w:pPr>
              <w:spacing w:after="0"/>
              <w:jc w:val="left"/>
            </w:pPr>
          </w:p>
        </w:tc>
        <w:tc>
          <w:tcPr>
            <w:tcW w:type="dxa" w:w="1037"/>
          </w:tcPr>
          <w:p>
            <w:pPr>
              <w:spacing w:after="0"/>
              <w:jc w:val="left"/>
            </w:pPr>
          </w:p>
        </w:tc>
        <w:tc>
          <w:tcPr>
            <w:tcW w:type="dxa" w:w="1719"/>
          </w:tcPr>
          <w:p>
            <w:pPr>
              <w:spacing w:after="0"/>
              <w:jc w:val="left"/>
            </w:pPr>
          </w:p>
        </w:tc>
        <w:tc>
          <w:tcPr>
            <w:tcW w:type="dxa" w:w="1523"/>
          </w:tcPr>
          <w:p>
            <w:pPr>
              <w:spacing w:after="0"/>
              <w:jc w:val="right"/>
            </w:pPr>
          </w:p>
        </w:tc>
        <w:tc>
          <w:tcPr>
            <w:tcW w:type="dxa" w:w="1510"/>
          </w:tcPr>
          <w:p>
            <w:pPr>
              <w:spacing w:after="0"/>
              <w:jc w:val="left"/>
            </w:pPr>
            <w:r>
              <w:rPr>
                <w:sz w:val="16"/>
              </w:rPr>
              <w:t>1946-12-31 to 2014-02-12 (67 years)</w:t>
            </w:r>
          </w:p>
        </w:tc>
        <w:tc>
          <w:tcPr>
            <w:tcW w:type="dxa" w:w="1037"/>
          </w:tcPr>
          <w:p>
            <w:pPr>
              <w:spacing w:after="0"/>
              <w:jc w:val="left"/>
            </w:pPr>
            <w:r>
              <w:rPr>
                <w:sz w:val="16"/>
              </w:rPr>
              <w:t>countywide</w:t>
            </w:r>
          </w:p>
        </w:tc>
        <w:tc>
          <w:tcPr>
            <w:tcW w:type="dxa" w:w="1979"/>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1.11</w:t>
            </w:r>
          </w:p>
        </w:tc>
        <w:tc>
          <w:tcPr>
            <w:tcW w:type="dxa" w:w="1455"/>
          </w:tcPr>
          <w:p>
            <w:pPr>
              <w:spacing w:after="0"/>
              <w:jc w:val="left"/>
            </w:pPr>
            <w:r>
              <w:rPr>
                <w:sz w:val="16"/>
              </w:rPr>
              <w:t>event-days per year</w:t>
            </w:r>
          </w:p>
        </w:tc>
        <w:tc>
          <w:tcPr>
            <w:tcW w:type="dxa" w:w="1571"/>
          </w:tcPr>
          <w:p>
            <w:pPr>
              <w:spacing w:after="0"/>
              <w:jc w:val="left"/>
            </w:pPr>
            <w:r>
              <w:rPr>
                <w:sz w:val="16"/>
              </w:rPr>
              <w:t>about 1.11 days per year</w:t>
            </w:r>
          </w:p>
        </w:tc>
        <w:tc>
          <w:tcPr>
            <w:tcW w:type="dxa" w:w="1037"/>
          </w:tcPr>
          <w:p>
            <w:pPr>
              <w:spacing w:after="0"/>
              <w:jc w:val="left"/>
            </w:pPr>
            <w:r>
              <w:rPr>
                <w:sz w:val="16"/>
              </w:rPr>
              <w:t>Likely</w:t>
            </w:r>
          </w:p>
        </w:tc>
        <w:tc>
          <w:tcPr>
            <w:tcW w:type="dxa" w:w="1719"/>
          </w:tcPr>
          <w:p>
            <w:pPr>
              <w:spacing w:after="0"/>
              <w:jc w:val="left"/>
            </w:pPr>
            <w:r>
              <w:rPr>
                <w:sz w:val="16"/>
              </w:rPr>
              <w:t>event-days in 14 of 30 years, 1996 to 2025 (46.7%)</w:t>
            </w:r>
          </w:p>
        </w:tc>
        <w:tc>
          <w:tcPr>
            <w:tcW w:type="dxa" w:w="1523"/>
          </w:tcPr>
          <w:p>
            <w:pPr>
              <w:spacing w:after="0"/>
              <w:jc w:val="right"/>
            </w:pPr>
            <w:r>
              <w:rPr>
                <w:sz w:val="16"/>
              </w:rPr>
              <w:t>31</w:t>
            </w:r>
          </w:p>
        </w:tc>
        <w:tc>
          <w:tcPr>
            <w:tcW w:type="dxa" w:w="1510"/>
          </w:tcPr>
          <w:p>
            <w:pPr>
              <w:spacing w:after="0"/>
              <w:jc w:val="left"/>
            </w:pPr>
            <w:r>
              <w:rPr>
                <w:sz w:val="16"/>
              </w:rPr>
              <w:t>1996 to 2023 (28 years)</w:t>
            </w:r>
          </w:p>
        </w:tc>
        <w:tc>
          <w:tcPr>
            <w:tcW w:type="dxa" w:w="1037"/>
          </w:tcPr>
          <w:p>
            <w:pPr>
              <w:spacing w:after="0"/>
              <w:jc w:val="left"/>
            </w:pPr>
            <w:r>
              <w:rPr>
                <w:sz w:val="16"/>
              </w:rPr>
              <w:t>see B1-f</w:t>
            </w:r>
          </w:p>
        </w:tc>
        <w:tc>
          <w:tcPr>
            <w:tcW w:type="dxa" w:w="1979"/>
          </w:tcPr>
          <w:p>
            <w:pPr>
              <w:spacing w:after="0"/>
              <w:jc w:val="left"/>
            </w:pPr>
            <w:r>
              <w:rPr>
                <w:sz w:val="16"/>
              </w:rPr>
              <w:t>NRI gives about 1.11 inland flooding event-days a year here (its annualized frequency over 28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45"/>
          </w:tcPr>
          <w:p>
            <w:pPr>
              <w:spacing w:after="0"/>
              <w:jc w:val="right"/>
            </w:pPr>
            <w:r>
              <w:rPr>
                <w:sz w:val="16"/>
              </w:rPr>
              <w:t>18</w:t>
            </w:r>
          </w:p>
        </w:tc>
        <w:tc>
          <w:tcPr>
            <w:tcW w:type="dxa" w:w="1455"/>
          </w:tcPr>
          <w:p>
            <w:pPr>
              <w:spacing w:after="0"/>
              <w:jc w:val="left"/>
            </w:pPr>
            <w:r>
              <w:rPr>
                <w:sz w:val="16"/>
              </w:rPr>
              <w:t>events per year (modeled)</w:t>
            </w:r>
          </w:p>
        </w:tc>
        <w:tc>
          <w:tcPr>
            <w:tcW w:type="dxa" w:w="1571"/>
          </w:tcPr>
          <w:p>
            <w:pPr>
              <w:spacing w:after="0"/>
              <w:jc w:val="left"/>
            </w:pPr>
            <w:r>
              <w:rPr>
                <w:sz w:val="16"/>
              </w:rPr>
              <w:t>about 18 per year</w:t>
            </w:r>
          </w:p>
        </w:tc>
        <w:tc>
          <w:tcPr>
            <w:tcW w:type="dxa" w:w="1037"/>
          </w:tcPr>
          <w:p>
            <w:pPr>
              <w:spacing w:after="0"/>
              <w:jc w:val="left"/>
            </w:pPr>
            <w:r>
              <w:rPr>
                <w:sz w:val="16"/>
              </w:rPr>
              <w:t>Highly likely</w:t>
            </w:r>
          </w:p>
        </w:tc>
        <w:tc>
          <w:tcPr>
            <w:tcW w:type="dxa" w:w="171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63.7</w:t>
            </w:r>
          </w:p>
        </w:tc>
        <w:tc>
          <w:tcPr>
            <w:tcW w:type="dxa" w:w="1455"/>
          </w:tcPr>
          <w:p>
            <w:pPr>
              <w:spacing w:after="0"/>
              <w:jc w:val="left"/>
            </w:pPr>
            <w:r>
              <w:rPr>
                <w:sz w:val="16"/>
              </w:rPr>
              <w:t>days per year with a strike</w:t>
            </w:r>
          </w:p>
        </w:tc>
        <w:tc>
          <w:tcPr>
            <w:tcW w:type="dxa" w:w="1571"/>
          </w:tcPr>
          <w:p>
            <w:pPr>
              <w:spacing w:after="0"/>
              <w:jc w:val="left"/>
            </w:pPr>
            <w:r>
              <w:rPr>
                <w:sz w:val="16"/>
              </w:rPr>
              <w:t>about 63.7 days per year</w:t>
            </w:r>
          </w:p>
        </w:tc>
        <w:tc>
          <w:tcPr>
            <w:tcW w:type="dxa" w:w="1037"/>
          </w:tcPr>
          <w:p>
            <w:pPr>
              <w:spacing w:after="0"/>
              <w:jc w:val="left"/>
            </w:pPr>
            <w:r>
              <w:rPr>
                <w:sz w:val="16"/>
              </w:rPr>
              <w:t>Highly likely</w:t>
            </w:r>
          </w:p>
        </w:tc>
        <w:tc>
          <w:tcPr>
            <w:tcW w:type="dxa" w:w="171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0"/>
          </w:tcPr>
          <w:p>
            <w:pPr>
              <w:spacing w:after="0"/>
              <w:jc w:val="left"/>
            </w:pPr>
            <w:r>
              <w:rPr>
                <w:sz w:val="16"/>
              </w:rPr>
              <w:t>1995 to 2023 (29 years; CONUS)</w:t>
            </w:r>
          </w:p>
        </w:tc>
        <w:tc>
          <w:tcPr>
            <w:tcW w:type="dxa" w:w="1037"/>
          </w:tcPr>
          <w:p>
            <w:pPr>
              <w:spacing w:after="0"/>
              <w:jc w:val="left"/>
            </w:pPr>
            <w:r>
              <w:rPr>
                <w:sz w:val="16"/>
              </w:rPr>
              <w:t>countywide</w:t>
            </w:r>
          </w:p>
        </w:tc>
        <w:tc>
          <w:tcPr>
            <w:tcW w:type="dxa" w:w="1979"/>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0.00498</w:t>
            </w:r>
          </w:p>
        </w:tc>
        <w:tc>
          <w:tcPr>
            <w:tcW w:type="dxa" w:w="1455"/>
          </w:tcPr>
          <w:p>
            <w:pPr>
              <w:spacing w:after="0"/>
              <w:jc w:val="left"/>
            </w:pPr>
            <w:r>
              <w:rPr>
                <w:sz w:val="16"/>
              </w:rPr>
              <w:t>events per year</w:t>
            </w:r>
          </w:p>
        </w:tc>
        <w:tc>
          <w:tcPr>
            <w:tcW w:type="dxa" w:w="1571"/>
          </w:tcPr>
          <w:p>
            <w:pPr>
              <w:spacing w:after="0"/>
              <w:jc w:val="left"/>
            </w:pPr>
            <w:r>
              <w:rPr>
                <w:sz w:val="16"/>
              </w:rPr>
              <w:t>about 1 in 201 years</w:t>
            </w:r>
          </w:p>
        </w:tc>
        <w:tc>
          <w:tcPr>
            <w:tcW w:type="dxa" w:w="1037"/>
          </w:tcPr>
          <w:p>
            <w:pPr>
              <w:spacing w:after="0"/>
              <w:jc w:val="left"/>
            </w:pPr>
            <w:r>
              <w:rPr>
                <w:sz w:val="16"/>
              </w:rPr>
              <w:t>Unlikely</w:t>
            </w:r>
          </w:p>
        </w:tc>
        <w:tc>
          <w:tcPr>
            <w:tcW w:type="dxa" w:w="1719"/>
          </w:tcPr>
          <w:p>
            <w:pPr>
              <w:spacing w:after="0"/>
              <w:jc w:val="left"/>
            </w:pPr>
            <w:r>
              <w:rPr>
                <w:sz w:val="16"/>
              </w:rPr>
              <w:t>FEMA annualized frequency (modeled)</w:t>
            </w:r>
          </w:p>
        </w:tc>
        <w:tc>
          <w:tcPr>
            <w:tcW w:type="dxa" w:w="1523"/>
          </w:tcPr>
          <w:p>
            <w:pPr>
              <w:spacing w:after="0"/>
              <w:jc w:val="right"/>
            </w:pPr>
            <w:r>
              <w:rPr>
                <w:sz w:val="16"/>
              </w:rPr>
              <w:t>1</w:t>
            </w:r>
          </w:p>
        </w:tc>
        <w:tc>
          <w:tcPr>
            <w:tcW w:type="dxa" w:w="1510"/>
          </w:tcPr>
          <w:p>
            <w:pPr>
              <w:spacing w:after="0"/>
              <w:jc w:val="left"/>
            </w:pPr>
            <w:r>
              <w:rPr>
                <w:sz w:val="16"/>
              </w:rPr>
              <w:t>1986 to 2023 (38 years)</w:t>
            </w:r>
          </w:p>
        </w:tc>
        <w:tc>
          <w:tcPr>
            <w:tcW w:type="dxa" w:w="1037"/>
          </w:tcPr>
          <w:p>
            <w:pPr>
              <w:spacing w:after="0"/>
              <w:jc w:val="left"/>
            </w:pPr>
            <w:r>
              <w:rPr>
                <w:sz w:val="16"/>
              </w:rPr>
              <w:t>countywide</w:t>
            </w:r>
          </w:p>
        </w:tc>
        <w:tc>
          <w:tcPr>
            <w:tcW w:type="dxa" w:w="1979"/>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0.00127</w:t>
            </w:r>
          </w:p>
        </w:tc>
        <w:tc>
          <w:tcPr>
            <w:tcW w:type="dxa" w:w="1455"/>
          </w:tcPr>
          <w:p>
            <w:pPr>
              <w:spacing w:after="0"/>
              <w:jc w:val="left"/>
            </w:pPr>
            <w:r>
              <w:rPr>
                <w:sz w:val="16"/>
              </w:rPr>
              <w:t>events per year</w:t>
            </w:r>
          </w:p>
        </w:tc>
        <w:tc>
          <w:tcPr>
            <w:tcW w:type="dxa" w:w="1571"/>
          </w:tcPr>
          <w:p>
            <w:pPr>
              <w:spacing w:after="0"/>
              <w:jc w:val="left"/>
            </w:pPr>
            <w:r>
              <w:rPr>
                <w:sz w:val="16"/>
              </w:rPr>
              <w:t>about 1 in 788 years</w:t>
            </w:r>
          </w:p>
        </w:tc>
        <w:tc>
          <w:tcPr>
            <w:tcW w:type="dxa" w:w="1037"/>
          </w:tcPr>
          <w:p>
            <w:pPr>
              <w:spacing w:after="0"/>
              <w:jc w:val="left"/>
            </w:pPr>
            <w:r>
              <w:rPr>
                <w:sz w:val="16"/>
              </w:rPr>
              <w:t>Unlikely</w:t>
            </w:r>
          </w:p>
        </w:tc>
        <w:tc>
          <w:tcPr>
            <w:tcW w:type="dxa" w:w="171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0"/>
          </w:tcPr>
          <w:p>
            <w:pPr>
              <w:spacing w:after="0"/>
              <w:jc w:val="left"/>
            </w:pPr>
            <w:r>
              <w:rPr>
                <w:sz w:val="16"/>
              </w:rPr>
              <w:t>1950 to 2023 (EF2+); 1986 to 2023 (EF0-1)</w:t>
            </w:r>
          </w:p>
        </w:tc>
        <w:tc>
          <w:tcPr>
            <w:tcW w:type="dxa" w:w="1037"/>
          </w:tcPr>
          <w:p>
            <w:pPr>
              <w:spacing w:after="0"/>
              <w:jc w:val="left"/>
            </w:pPr>
            <w:r>
              <w:rPr>
                <w:sz w:val="16"/>
              </w:rPr>
              <w:t>see B1-f</w:t>
            </w:r>
          </w:p>
        </w:tc>
        <w:tc>
          <w:tcPr>
            <w:tcW w:type="dxa" w:w="1979"/>
          </w:tcPr>
          <w:p>
            <w:pPr>
              <w:spacing w:after="0"/>
              <w:jc w:val="left"/>
            </w:pPr>
          </w:p>
        </w:tc>
      </w:tr>
      <w:tr>
        <w:trPr>
          <w:cantSplit/>
        </w:trPr>
        <w:tc>
          <w:tcPr>
            <w:tcW w:type="dxa" w:w="1037"/>
          </w:tcPr>
          <w:p>
            <w:pPr>
              <w:spacing w:after="0"/>
              <w:jc w:val="left"/>
            </w:pPr>
            <w:r>
              <w:rPr>
                <w:sz w:val="16"/>
              </w:rPr>
              <w:t>Tsunami</w:t>
            </w:r>
          </w:p>
        </w:tc>
        <w:tc>
          <w:tcPr>
            <w:tcW w:type="dxa" w:w="1245"/>
          </w:tcPr>
          <w:p>
            <w:pPr>
              <w:spacing w:after="0"/>
              <w:jc w:val="right"/>
            </w:pPr>
          </w:p>
        </w:tc>
        <w:tc>
          <w:tcPr>
            <w:tcW w:type="dxa" w:w="1455"/>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19"/>
          </w:tcPr>
          <w:p>
            <w:pPr>
              <w:spacing w:after="0"/>
              <w:jc w:val="left"/>
            </w:pP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5"/>
          </w:tcPr>
          <w:p>
            <w:pPr>
              <w:spacing w:after="0"/>
              <w:jc w:val="right"/>
            </w:pPr>
            <w:r>
              <w:rPr>
                <w:sz w:val="16"/>
              </w:rPr>
              <w:t>0.0101</w:t>
            </w:r>
          </w:p>
        </w:tc>
        <w:tc>
          <w:tcPr>
            <w:tcW w:type="dxa" w:w="1455"/>
          </w:tcPr>
          <w:p>
            <w:pPr>
              <w:spacing w:after="0"/>
              <w:jc w:val="left"/>
            </w:pPr>
            <w:r>
              <w:rPr>
                <w:sz w:val="16"/>
              </w:rPr>
              <w:t>annual probability</w:t>
            </w:r>
          </w:p>
        </w:tc>
        <w:tc>
          <w:tcPr>
            <w:tcW w:type="dxa" w:w="1571"/>
          </w:tcPr>
          <w:p>
            <w:pPr>
              <w:spacing w:after="0"/>
              <w:jc w:val="left"/>
            </w:pPr>
            <w:r>
              <w:rPr>
                <w:sz w:val="16"/>
              </w:rPr>
              <w:t>about 1 in 99 years</w:t>
            </w:r>
          </w:p>
        </w:tc>
        <w:tc>
          <w:tcPr>
            <w:tcW w:type="dxa" w:w="1037"/>
          </w:tcPr>
          <w:p>
            <w:pPr>
              <w:spacing w:after="0"/>
              <w:jc w:val="left"/>
            </w:pPr>
            <w:r>
              <w:rPr>
                <w:sz w:val="16"/>
              </w:rPr>
              <w:t>Possible</w:t>
            </w:r>
          </w:p>
        </w:tc>
        <w:tc>
          <w:tcPr>
            <w:tcW w:type="dxa" w:w="171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p>
        </w:tc>
      </w:tr>
      <w:tr>
        <w:trPr>
          <w:cantSplit/>
        </w:trPr>
        <w:tc>
          <w:tcPr>
            <w:tcW w:type="dxa" w:w="1037"/>
          </w:tcPr>
          <w:p>
            <w:pPr>
              <w:spacing w:after="0"/>
              <w:jc w:val="left"/>
            </w:pPr>
            <w:r>
              <w:rPr>
                <w:sz w:val="16"/>
              </w:rPr>
              <w:t>Wildfire</w:t>
            </w:r>
          </w:p>
        </w:tc>
        <w:tc>
          <w:tcPr>
            <w:tcW w:type="dxa" w:w="1245"/>
          </w:tcPr>
          <w:p>
            <w:pPr>
              <w:spacing w:after="0"/>
              <w:jc w:val="right"/>
            </w:pPr>
          </w:p>
        </w:tc>
        <w:tc>
          <w:tcPr>
            <w:tcW w:type="dxa" w:w="1455"/>
          </w:tcPr>
          <w:p>
            <w:pPr>
              <w:spacing w:after="0"/>
              <w:jc w:val="left"/>
            </w:pPr>
            <w:r>
              <w:rPr>
                <w:sz w:val="16"/>
              </w:rPr>
              <w:t>annual probability at a location</w:t>
            </w:r>
          </w:p>
        </w:tc>
        <w:tc>
          <w:tcPr>
            <w:tcW w:type="dxa" w:w="1571"/>
          </w:tcPr>
          <w:p>
            <w:pPr>
              <w:spacing w:after="0"/>
              <w:jc w:val="left"/>
            </w:pPr>
          </w:p>
        </w:tc>
        <w:tc>
          <w:tcPr>
            <w:tcW w:type="dxa" w:w="1037"/>
          </w:tcPr>
          <w:p>
            <w:pPr>
              <w:spacing w:after="0"/>
              <w:jc w:val="left"/>
            </w:pPr>
          </w:p>
        </w:tc>
        <w:tc>
          <w:tcPr>
            <w:tcW w:type="dxa" w:w="171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0</w:t>
            </w:r>
          </w:p>
        </w:tc>
        <w:tc>
          <w:tcPr>
            <w:tcW w:type="dxa" w:w="1455"/>
          </w:tcPr>
          <w:p>
            <w:pPr>
              <w:spacing w:after="0"/>
              <w:jc w:val="left"/>
            </w:pPr>
            <w:r>
              <w:rPr>
                <w:sz w:val="16"/>
              </w:rPr>
              <w:t>event-days per year</w:t>
            </w:r>
          </w:p>
        </w:tc>
        <w:tc>
          <w:tcPr>
            <w:tcW w:type="dxa" w:w="1571"/>
          </w:tcPr>
          <w:p>
            <w:pPr>
              <w:spacing w:after="0"/>
              <w:jc w:val="left"/>
            </w:pPr>
            <w:r>
              <w:rPr>
                <w:sz w:val="16"/>
              </w:rPr>
              <w:t>none modeled</w:t>
            </w:r>
          </w:p>
        </w:tc>
        <w:tc>
          <w:tcPr>
            <w:tcW w:type="dxa" w:w="1037"/>
          </w:tcPr>
          <w:p>
            <w:pPr>
              <w:spacing w:after="0"/>
              <w:jc w:val="left"/>
            </w:pPr>
          </w:p>
        </w:tc>
        <w:tc>
          <w:tcPr>
            <w:tcW w:type="dxa" w:w="1719"/>
          </w:tcPr>
          <w:p>
            <w:pPr>
              <w:spacing w:after="0"/>
              <w:jc w:val="left"/>
            </w:pPr>
            <w:r>
              <w:rPr>
                <w:sz w:val="16"/>
              </w:rPr>
              <w:t>event-days in 0 of 30 years, 1996 to 2025 (0%)</w:t>
            </w:r>
          </w:p>
        </w:tc>
        <w:tc>
          <w:tcPr>
            <w:tcW w:type="dxa" w:w="1523"/>
          </w:tcPr>
          <w:p>
            <w:pPr>
              <w:spacing w:after="0"/>
              <w:jc w:val="right"/>
            </w:pPr>
            <w:r>
              <w:rPr>
                <w:sz w:val="16"/>
              </w:rPr>
              <w:t>0</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979"/>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6</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6</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15"/>
        <w:gridCol w:w="682"/>
        <w:gridCol w:w="2025"/>
        <w:gridCol w:w="2115"/>
        <w:gridCol w:w="1488"/>
        <w:gridCol w:w="1810"/>
        <w:gridCol w:w="3876"/>
      </w:tblGrid>
      <w:tr>
        <w:trPr>
          <w:cantSplit/>
          <w:tblHeader/>
        </w:trPr>
        <w:tc>
          <w:tcPr>
            <w:tcW w:type="dxa" w:w="2115"/>
            <w:shd w:val="clear" w:color="auto" w:fill="E8E8E8"/>
          </w:tcPr>
          <w:p>
            <w:pPr>
              <w:spacing w:after="0"/>
              <w:jc w:val="left"/>
            </w:pPr>
            <w:r>
              <w:rPr>
                <w:b/>
                <w:sz w:val="16"/>
              </w:rPr>
              <w:t>Member</w:t>
            </w:r>
          </w:p>
        </w:tc>
        <w:tc>
          <w:tcPr>
            <w:tcW w:type="dxa" w:w="682"/>
            <w:shd w:val="clear" w:color="auto" w:fill="E8E8E8"/>
          </w:tcPr>
          <w:p>
            <w:pPr>
              <w:spacing w:after="0"/>
              <w:jc w:val="left"/>
            </w:pPr>
            <w:r>
              <w:rPr>
                <w:b/>
                <w:sz w:val="16"/>
              </w:rPr>
              <w:t>Type</w:t>
            </w:r>
          </w:p>
        </w:tc>
        <w:tc>
          <w:tcPr>
            <w:tcW w:type="dxa" w:w="2025"/>
            <w:shd w:val="clear" w:color="auto" w:fill="E8E8E8"/>
          </w:tcPr>
          <w:p>
            <w:pPr>
              <w:spacing w:after="0"/>
              <w:jc w:val="left"/>
            </w:pPr>
            <w:r>
              <w:rPr>
                <w:b/>
                <w:sz w:val="16"/>
              </w:rPr>
              <w:t>Plan status</w:t>
            </w:r>
          </w:p>
        </w:tc>
        <w:tc>
          <w:tcPr>
            <w:tcW w:type="dxa" w:w="21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1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876"/>
            <w:shd w:val="clear" w:color="auto" w:fill="E8E8E8"/>
          </w:tcPr>
          <w:p>
            <w:pPr>
              <w:spacing w:after="0"/>
              <w:jc w:val="left"/>
            </w:pPr>
            <w:r>
              <w:rPr>
                <w:b/>
                <w:sz w:val="16"/>
              </w:rPr>
              <w:t>Notes</w:t>
            </w:r>
          </w:p>
        </w:tc>
      </w:tr>
      <w:tr>
        <w:trPr>
          <w:cantSplit/>
        </w:trPr>
        <w:tc>
          <w:tcPr>
            <w:tcW w:type="dxa" w:w="2115"/>
          </w:tcPr>
          <w:p>
            <w:pPr>
              <w:spacing w:after="0"/>
              <w:jc w:val="left"/>
            </w:pPr>
            <w:r>
              <w:rPr>
                <w:sz w:val="16"/>
              </w:rPr>
              <w:t>Aguas Buenas Municipio</w:t>
            </w:r>
          </w:p>
        </w:tc>
        <w:tc>
          <w:tcPr>
            <w:tcW w:type="dxa" w:w="682"/>
          </w:tcPr>
          <w:p>
            <w:pPr>
              <w:spacing w:after="0"/>
              <w:jc w:val="left"/>
            </w:pPr>
            <w:r>
              <w:rPr>
                <w:sz w:val="16"/>
              </w:rPr>
              <w:t>County</w:t>
            </w:r>
          </w:p>
        </w:tc>
        <w:tc>
          <w:tcPr>
            <w:tcW w:type="dxa" w:w="2025"/>
          </w:tcPr>
          <w:p>
            <w:pPr>
              <w:spacing w:after="0"/>
              <w:jc w:val="left"/>
            </w:pPr>
            <w:r>
              <w:rPr>
                <w:sz w:val="16"/>
              </w:rPr>
              <w:t>Expired on 2025-09-15</w:t>
            </w:r>
          </w:p>
        </w:tc>
        <w:tc>
          <w:tcPr>
            <w:tcW w:type="dxa" w:w="2115"/>
          </w:tcPr>
          <w:p>
            <w:pPr>
              <w:spacing w:after="0"/>
              <w:jc w:val="right"/>
            </w:pPr>
            <w:r>
              <w:rPr>
                <w:sz w:val="16"/>
              </w:rPr>
              <w:t>FMA RL 0, SRL 0; any 0</w:t>
            </w:r>
          </w:p>
        </w:tc>
        <w:tc>
          <w:tcPr>
            <w:tcW w:type="dxa" w:w="1488"/>
          </w:tcPr>
          <w:p>
            <w:pPr>
              <w:spacing w:after="0"/>
              <w:jc w:val="right"/>
            </w:pPr>
            <w:r>
              <w:rPr>
                <w:sz w:val="16"/>
              </w:rPr>
              <w:t>$45,846,370.82</w:t>
            </w:r>
          </w:p>
        </w:tc>
        <w:tc>
          <w:tcPr>
            <w:tcW w:type="dxa" w:w="1810"/>
          </w:tcPr>
          <w:p>
            <w:pPr>
              <w:spacing w:after="0"/>
              <w:jc w:val="right"/>
            </w:pPr>
            <w:r>
              <w:rPr>
                <w:sz w:val="16"/>
              </w:rPr>
              <w:t>0; 0</w:t>
            </w:r>
          </w:p>
        </w:tc>
        <w:tc>
          <w:tcPr>
            <w:tcW w:type="dxa" w:w="3876"/>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187"/>
        <w:gridCol w:w="1056"/>
        <w:gridCol w:w="1250"/>
        <w:gridCol w:w="1126"/>
        <w:gridCol w:w="1431"/>
        <w:gridCol w:w="128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2020-09-16</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$4,026,781</w:t>
            </w:r>
          </w:p>
        </w:tc>
        <w:tc>
          <w:tcPr>
            <w:tcW w:type="dxa" w:w="1139"/>
          </w:tcPr>
          <w:p>
            <w:pPr>
              <w:spacing w:after="0"/>
              <w:jc w:val="right"/>
            </w:pPr>
          </w:p>
        </w:tc>
        <w:tc>
          <w:tcPr>
            <w:tcW w:type="dxa" w:w="1047"/>
          </w:tcPr>
          <w:p>
            <w:pPr>
              <w:spacing w:after="0"/>
              <w:jc w:val="right"/>
            </w:pPr>
            <w:r>
              <w:rPr>
                <w:sz w:val="16"/>
              </w:rPr>
              <w:t>45</w:t>
            </w:r>
          </w:p>
        </w:tc>
        <w:tc>
          <w:tcPr>
            <w:tcW w:type="dxa" w:w="1037"/>
          </w:tcPr>
          <w:p>
            <w:pPr>
              <w:spacing w:after="0"/>
              <w:jc w:val="right"/>
            </w:pPr>
            <w:r>
              <w:rPr>
                <w:sz w:val="16"/>
              </w:rPr>
              <w:t>$0</w:t>
            </w:r>
          </w:p>
        </w:tc>
        <w:tc>
          <w:tcPr>
            <w:tcW w:type="dxa" w:w="1126"/>
          </w:tcPr>
          <w:p>
            <w:pPr>
              <w:spacing w:after="0"/>
              <w:jc w:val="right"/>
            </w:pPr>
          </w:p>
        </w:tc>
        <w:tc>
          <w:tcPr>
            <w:tcW w:type="dxa" w:w="1187"/>
          </w:tcPr>
          <w:p>
            <w:pPr>
              <w:spacing w:after="0"/>
              <w:jc w:val="right"/>
            </w:pPr>
            <w:r>
              <w:rPr>
                <w:sz w:val="16"/>
              </w:rPr>
              <w:t>$0</w:t>
            </w:r>
          </w:p>
        </w:tc>
        <w:tc>
          <w:tcPr>
            <w:tcW w:type="dxa" w:w="1056"/>
          </w:tcPr>
          <w:p>
            <w:pPr>
              <w:spacing w:after="0"/>
              <w:jc w:val="right"/>
            </w:pPr>
            <w:r>
              <w:rPr>
                <w:sz w:val="16"/>
              </w:rPr>
              <w:t>0%</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r>
              <w:rPr>
                <w:sz w:val="16"/>
              </w:rPr>
              <w:t>$0</w:t>
            </w:r>
          </w:p>
        </w:tc>
        <w:tc>
          <w:tcPr>
            <w:tcW w:type="dxa" w:w="1431"/>
          </w:tcPr>
          <w:p>
            <w:pPr>
              <w:spacing w:after="0"/>
              <w:jc w:val="right"/>
            </w:pPr>
          </w:p>
        </w:tc>
        <w:tc>
          <w:tcPr>
            <w:tcW w:type="dxa" w:w="128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$5,027,572,338</w:t>
            </w:r>
          </w:p>
        </w:tc>
        <w:tc>
          <w:tcPr>
            <w:tcW w:type="dxa" w:w="1139"/>
          </w:tcPr>
          <w:p>
            <w:pPr>
              <w:spacing w:after="0"/>
              <w:jc w:val="right"/>
            </w:pPr>
          </w:p>
        </w:tc>
        <w:tc>
          <w:tcPr>
            <w:tcW w:type="dxa" w:w="1047"/>
          </w:tcPr>
          <w:p>
            <w:pPr>
              <w:spacing w:after="0"/>
              <w:jc w:val="right"/>
            </w:pPr>
            <w:r>
              <w:rPr>
                <w:sz w:val="16"/>
              </w:rPr>
              <w:t>24,223</w:t>
            </w:r>
          </w:p>
        </w:tc>
        <w:tc>
          <w:tcPr>
            <w:tcW w:type="dxa" w:w="1037"/>
          </w:tcPr>
          <w:p>
            <w:pPr>
              <w:spacing w:after="0"/>
              <w:jc w:val="right"/>
            </w:pPr>
            <w:r>
              <w:rPr>
                <w:sz w:val="16"/>
              </w:rPr>
              <w:t>$1,981,875</w:t>
            </w:r>
          </w:p>
        </w:tc>
        <w:tc>
          <w:tcPr>
            <w:tcW w:type="dxa" w:w="1126"/>
          </w:tcPr>
          <w:p>
            <w:pPr>
              <w:spacing w:after="0"/>
              <w:jc w:val="right"/>
            </w:pPr>
          </w:p>
        </w:tc>
        <w:tc>
          <w:tcPr>
            <w:tcW w:type="dxa" w:w="1187"/>
          </w:tcPr>
          <w:p>
            <w:pPr>
              <w:spacing w:after="0"/>
              <w:jc w:val="right"/>
            </w:pPr>
            <w:r>
              <w:rPr>
                <w:sz w:val="16"/>
              </w:rPr>
              <w:t>$1,970,840</w:t>
            </w:r>
          </w:p>
        </w:tc>
        <w:tc>
          <w:tcPr>
            <w:tcW w:type="dxa" w:w="1056"/>
          </w:tcPr>
          <w:p>
            <w:pPr>
              <w:spacing w:after="0"/>
              <w:jc w:val="right"/>
            </w:pPr>
            <w:r>
              <w:rPr>
                <w:sz w:val="16"/>
              </w:rPr>
              <w:t>0.0394%</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$3,218,732,170</w:t>
            </w:r>
          </w:p>
        </w:tc>
        <w:tc>
          <w:tcPr>
            <w:tcW w:type="dxa" w:w="1139"/>
          </w:tcPr>
          <w:p>
            <w:pPr>
              <w:spacing w:after="0"/>
              <w:jc w:val="right"/>
            </w:pPr>
            <w:r>
              <w:rPr>
                <w:sz w:val="16"/>
              </w:rPr>
              <w:t>$0</w:t>
            </w:r>
          </w:p>
        </w:tc>
        <w:tc>
          <w:tcPr>
            <w:tcW w:type="dxa" w:w="1047"/>
          </w:tcPr>
          <w:p>
            <w:pPr>
              <w:spacing w:after="0"/>
              <w:jc w:val="right"/>
            </w:pPr>
            <w:r>
              <w:rPr>
                <w:sz w:val="16"/>
              </w:rPr>
              <w:t>24,190</w:t>
            </w:r>
          </w:p>
        </w:tc>
        <w:tc>
          <w:tcPr>
            <w:tcW w:type="dxa" w:w="1037"/>
          </w:tcPr>
          <w:p>
            <w:pPr>
              <w:spacing w:after="0"/>
              <w:jc w:val="right"/>
            </w:pPr>
            <w:r>
              <w:rPr>
                <w:sz w:val="16"/>
              </w:rPr>
              <w:t>$39</w:t>
            </w:r>
          </w:p>
        </w:tc>
        <w:tc>
          <w:tcPr>
            <w:tcW w:type="dxa" w:w="1126"/>
          </w:tcPr>
          <w:p>
            <w:pPr>
              <w:spacing w:after="0"/>
              <w:jc w:val="right"/>
            </w:pPr>
            <w:r>
              <w:rPr>
                <w:sz w:val="16"/>
              </w:rPr>
              <w:t>$0</w:t>
            </w:r>
          </w:p>
        </w:tc>
        <w:tc>
          <w:tcPr>
            <w:tcW w:type="dxa" w:w="1187"/>
          </w:tcPr>
          <w:p>
            <w:pPr>
              <w:spacing w:after="0"/>
              <w:jc w:val="right"/>
            </w:pPr>
            <w:r>
              <w:rPr>
                <w:sz w:val="16"/>
              </w:rPr>
              <w:t>$340</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$85,851,430</w:t>
            </w:r>
          </w:p>
        </w:tc>
        <w:tc>
          <w:tcPr>
            <w:tcW w:type="dxa" w:w="1139"/>
          </w:tcPr>
          <w:p>
            <w:pPr>
              <w:spacing w:after="0"/>
              <w:jc w:val="right"/>
            </w:pPr>
            <w:r>
              <w:rPr>
                <w:sz w:val="16"/>
              </w:rPr>
              <w:t>$0</w:t>
            </w:r>
          </w:p>
        </w:tc>
        <w:tc>
          <w:tcPr>
            <w:tcW w:type="dxa" w:w="1047"/>
          </w:tcPr>
          <w:p>
            <w:pPr>
              <w:spacing w:after="0"/>
              <w:jc w:val="right"/>
            </w:pPr>
            <w:r>
              <w:rPr>
                <w:sz w:val="16"/>
              </w:rPr>
              <w:t>765</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r>
              <w:rPr>
                <w:sz w:val="16"/>
              </w:rPr>
              <w:t>0%</w:t>
            </w:r>
          </w:p>
        </w:tc>
        <w:tc>
          <w:tcPr>
            <w:tcW w:type="dxa" w:w="1250"/>
          </w:tcPr>
          <w:p>
            <w:pPr>
              <w:spacing w:after="0"/>
              <w:jc w:val="right"/>
            </w:pPr>
          </w:p>
        </w:tc>
        <w:tc>
          <w:tcPr>
            <w:tcW w:type="dxa" w:w="1126"/>
          </w:tcPr>
          <w:p>
            <w:pPr>
              <w:spacing w:after="0"/>
              <w:jc w:val="right"/>
            </w:pPr>
            <w:r>
              <w:rPr>
                <w:sz w:val="16"/>
              </w:rPr>
              <w:t>$0</w:t>
            </w: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$3,218,471,399</w:t>
            </w:r>
          </w:p>
        </w:tc>
        <w:tc>
          <w:tcPr>
            <w:tcW w:type="dxa" w:w="1139"/>
          </w:tcPr>
          <w:p>
            <w:pPr>
              <w:spacing w:after="0"/>
              <w:jc w:val="right"/>
            </w:pPr>
            <w:r>
              <w:rPr>
                <w:sz w:val="16"/>
              </w:rPr>
              <w:t>$0</w:t>
            </w:r>
          </w:p>
        </w:tc>
        <w:tc>
          <w:tcPr>
            <w:tcW w:type="dxa" w:w="1047"/>
          </w:tcPr>
          <w:p>
            <w:pPr>
              <w:spacing w:after="0"/>
              <w:jc w:val="right"/>
            </w:pPr>
            <w:r>
              <w:rPr>
                <w:sz w:val="16"/>
              </w:rPr>
              <w:t>24,189</w:t>
            </w:r>
          </w:p>
        </w:tc>
        <w:tc>
          <w:tcPr>
            <w:tcW w:type="dxa" w:w="1037"/>
          </w:tcPr>
          <w:p>
            <w:pPr>
              <w:spacing w:after="0"/>
              <w:jc w:val="right"/>
            </w:pPr>
            <w:r>
              <w:rPr>
                <w:sz w:val="16"/>
              </w:rPr>
              <w:t>$7,976,352</w:t>
            </w:r>
          </w:p>
        </w:tc>
        <w:tc>
          <w:tcPr>
            <w:tcW w:type="dxa" w:w="1126"/>
          </w:tcPr>
          <w:p>
            <w:pPr>
              <w:spacing w:after="0"/>
              <w:jc w:val="right"/>
            </w:pPr>
            <w:r>
              <w:rPr>
                <w:sz w:val="16"/>
              </w:rPr>
              <w:t>$0</w:t>
            </w:r>
          </w:p>
        </w:tc>
        <w:tc>
          <w:tcPr>
            <w:tcW w:type="dxa" w:w="1187"/>
          </w:tcPr>
          <w:p>
            <w:pPr>
              <w:spacing w:after="0"/>
              <w:jc w:val="right"/>
            </w:pPr>
            <w:r>
              <w:rPr>
                <w:sz w:val="16"/>
              </w:rPr>
              <w:t>$623,283</w:t>
            </w:r>
          </w:p>
        </w:tc>
        <w:tc>
          <w:tcPr>
            <w:tcW w:type="dxa" w:w="1056"/>
          </w:tcPr>
          <w:p>
            <w:pPr>
              <w:spacing w:after="0"/>
              <w:jc w:val="right"/>
            </w:pPr>
            <w:r>
              <w:rPr>
                <w:sz w:val="16"/>
              </w:rPr>
              <w:t>0.248%</w:t>
            </w:r>
          </w:p>
        </w:tc>
        <w:tc>
          <w:tcPr>
            <w:tcW w:type="dxa" w:w="1250"/>
          </w:tcPr>
          <w:p>
            <w:pPr>
              <w:spacing w:after="0"/>
              <w:jc w:val="right"/>
            </w:pPr>
          </w:p>
        </w:tc>
        <w:tc>
          <w:tcPr>
            <w:tcW w:type="dxa" w:w="1126"/>
          </w:tcPr>
          <w:p>
            <w:pPr>
              <w:spacing w:after="0"/>
              <w:jc w:val="right"/>
            </w:pPr>
            <w:r>
              <w:rPr>
                <w:sz w:val="16"/>
              </w:rPr>
              <w:t>$0</w:t>
            </w:r>
          </w:p>
        </w:tc>
        <w:tc>
          <w:tcPr>
            <w:tcW w:type="dxa" w:w="1431"/>
          </w:tcPr>
          <w:p>
            <w:pPr>
              <w:spacing w:after="0"/>
              <w:jc w:val="right"/>
            </w:pPr>
            <w:r>
              <w:rPr>
                <w:sz w:val="16"/>
              </w:rPr>
              <w:t>$11,771,781.30</w:t>
            </w:r>
          </w:p>
        </w:tc>
        <w:tc>
          <w:tcPr>
            <w:tcW w:type="dxa" w:w="128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$3,212,643,088</w:t>
            </w:r>
          </w:p>
        </w:tc>
        <w:tc>
          <w:tcPr>
            <w:tcW w:type="dxa" w:w="1139"/>
          </w:tcPr>
          <w:p>
            <w:pPr>
              <w:spacing w:after="0"/>
              <w:jc w:val="right"/>
            </w:pPr>
            <w:r>
              <w:rPr>
                <w:sz w:val="16"/>
              </w:rPr>
              <w:t>$0</w:t>
            </w:r>
          </w:p>
        </w:tc>
        <w:tc>
          <w:tcPr>
            <w:tcW w:type="dxa" w:w="1047"/>
          </w:tcPr>
          <w:p>
            <w:pPr>
              <w:spacing w:after="0"/>
              <w:jc w:val="right"/>
            </w:pPr>
            <w:r>
              <w:rPr>
                <w:sz w:val="16"/>
              </w:rPr>
              <w:t>113</w:t>
            </w:r>
          </w:p>
        </w:tc>
        <w:tc>
          <w:tcPr>
            <w:tcW w:type="dxa" w:w="1037"/>
          </w:tcPr>
          <w:p>
            <w:pPr>
              <w:spacing w:after="0"/>
              <w:jc w:val="right"/>
            </w:pPr>
            <w:r>
              <w:rPr>
                <w:sz w:val="16"/>
              </w:rPr>
              <w:t>$1,403,367</w:t>
            </w:r>
          </w:p>
        </w:tc>
        <w:tc>
          <w:tcPr>
            <w:tcW w:type="dxa" w:w="1126"/>
          </w:tcPr>
          <w:p>
            <w:pPr>
              <w:spacing w:after="0"/>
              <w:jc w:val="right"/>
            </w:pPr>
            <w:r>
              <w:rPr>
                <w:sz w:val="16"/>
              </w:rPr>
              <w:t>$0</w:t>
            </w:r>
          </w:p>
        </w:tc>
        <w:tc>
          <w:tcPr>
            <w:tcW w:type="dxa" w:w="1187"/>
          </w:tcPr>
          <w:p>
            <w:pPr>
              <w:spacing w:after="0"/>
              <w:jc w:val="right"/>
            </w:pPr>
            <w:r>
              <w:rPr>
                <w:sz w:val="16"/>
              </w:rPr>
              <w:t>$62,399</w:t>
            </w:r>
          </w:p>
        </w:tc>
        <w:tc>
          <w:tcPr>
            <w:tcW w:type="dxa" w:w="1056"/>
          </w:tcPr>
          <w:p>
            <w:pPr>
              <w:spacing w:after="0"/>
              <w:jc w:val="right"/>
            </w:pPr>
            <w:r>
              <w:rPr>
                <w:sz w:val="16"/>
              </w:rPr>
              <w:t>n/a (see note)</w:t>
            </w:r>
          </w:p>
        </w:tc>
        <w:tc>
          <w:tcPr>
            <w:tcW w:type="dxa" w:w="1250"/>
          </w:tcPr>
          <w:p>
            <w:pPr>
              <w:spacing w:after="0"/>
              <w:jc w:val="right"/>
            </w:pPr>
            <w:r>
              <w:rPr>
                <w:sz w:val="16"/>
              </w:rPr>
              <w:t>$49,000</w:t>
            </w:r>
          </w:p>
        </w:tc>
        <w:tc>
          <w:tcPr>
            <w:tcW w:type="dxa" w:w="1126"/>
          </w:tcPr>
          <w:p>
            <w:pPr>
              <w:spacing w:after="0"/>
              <w:jc w:val="right"/>
            </w:pPr>
          </w:p>
        </w:tc>
        <w:tc>
          <w:tcPr>
            <w:tcW w:type="dxa" w:w="1431"/>
          </w:tcPr>
          <w:p>
            <w:pPr>
              <w:spacing w:after="0"/>
              <w:jc w:val="right"/>
            </w:pPr>
            <w:r>
              <w:rPr>
                <w:sz w:val="16"/>
              </w:rPr>
              <w:t>$5,680,678.12</w:t>
            </w:r>
          </w:p>
        </w:tc>
        <w:tc>
          <w:tcPr>
            <w:tcW w:type="dxa" w:w="128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$1,818,748,796</w:t>
            </w:r>
          </w:p>
        </w:tc>
        <w:tc>
          <w:tcPr>
            <w:tcW w:type="dxa" w:w="1139"/>
          </w:tcPr>
          <w:p>
            <w:pPr>
              <w:spacing w:after="0"/>
              <w:jc w:val="right"/>
            </w:pPr>
          </w:p>
        </w:tc>
        <w:tc>
          <w:tcPr>
            <w:tcW w:type="dxa" w:w="1047"/>
          </w:tcPr>
          <w:p>
            <w:pPr>
              <w:spacing w:after="0"/>
              <w:jc w:val="right"/>
            </w:pPr>
            <w:r>
              <w:rPr>
                <w:sz w:val="16"/>
              </w:rPr>
              <w:t>14,523</w:t>
            </w:r>
          </w:p>
        </w:tc>
        <w:tc>
          <w:tcPr>
            <w:tcW w:type="dxa" w:w="1037"/>
          </w:tcPr>
          <w:p>
            <w:pPr>
              <w:spacing w:after="0"/>
              <w:jc w:val="right"/>
            </w:pPr>
            <w:r>
              <w:rPr>
                <w:sz w:val="16"/>
              </w:rPr>
              <w:t>$4,916,088</w:t>
            </w:r>
          </w:p>
        </w:tc>
        <w:tc>
          <w:tcPr>
            <w:tcW w:type="dxa" w:w="1126"/>
          </w:tcPr>
          <w:p>
            <w:pPr>
              <w:spacing w:after="0"/>
              <w:jc w:val="right"/>
            </w:pPr>
          </w:p>
        </w:tc>
        <w:tc>
          <w:tcPr>
            <w:tcW w:type="dxa" w:w="1187"/>
          </w:tcPr>
          <w:p>
            <w:pPr>
              <w:spacing w:after="0"/>
              <w:jc w:val="right"/>
            </w:pPr>
            <w:r>
              <w:rPr>
                <w:sz w:val="16"/>
              </w:rPr>
              <w:t>$297,262</w:t>
            </w:r>
          </w:p>
        </w:tc>
        <w:tc>
          <w:tcPr>
            <w:tcW w:type="dxa" w:w="1056"/>
          </w:tcPr>
          <w:p>
            <w:pPr>
              <w:spacing w:after="0"/>
              <w:jc w:val="right"/>
            </w:pPr>
            <w:r>
              <w:rPr>
                <w:sz w:val="16"/>
              </w:rPr>
              <w:t>0.27%</w:t>
            </w:r>
          </w:p>
        </w:tc>
        <w:tc>
          <w:tcPr>
            <w:tcW w:type="dxa" w:w="1250"/>
          </w:tcPr>
          <w:p>
            <w:pPr>
              <w:spacing w:after="0"/>
              <w:jc w:val="right"/>
            </w:pPr>
            <w:r>
              <w:rPr>
                <w:sz w:val="16"/>
              </w:rPr>
              <w:t>$3,900</w:t>
            </w:r>
          </w:p>
        </w:tc>
        <w:tc>
          <w:tcPr>
            <w:tcW w:type="dxa" w:w="1126"/>
          </w:tcPr>
          <w:p>
            <w:pPr>
              <w:spacing w:after="0"/>
              <w:jc w:val="right"/>
            </w:pPr>
          </w:p>
        </w:tc>
        <w:tc>
          <w:tcPr>
            <w:tcW w:type="dxa" w:w="1431"/>
          </w:tcPr>
          <w:p>
            <w:pPr>
              <w:spacing w:after="0"/>
              <w:jc w:val="right"/>
            </w:pPr>
            <w:r>
              <w:rPr>
                <w:sz w:val="16"/>
              </w:rPr>
              <w:t>$5,680,678.12</w:t>
            </w:r>
          </w:p>
        </w:tc>
        <w:tc>
          <w:tcPr>
            <w:tcW w:type="dxa" w:w="128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$3,218,732,170</w:t>
            </w:r>
          </w:p>
        </w:tc>
        <w:tc>
          <w:tcPr>
            <w:tcW w:type="dxa" w:w="1139"/>
          </w:tcPr>
          <w:p>
            <w:pPr>
              <w:spacing w:after="0"/>
              <w:jc w:val="right"/>
            </w:pPr>
          </w:p>
        </w:tc>
        <w:tc>
          <w:tcPr>
            <w:tcW w:type="dxa" w:w="1047"/>
          </w:tcPr>
          <w:p>
            <w:pPr>
              <w:spacing w:after="0"/>
              <w:jc w:val="right"/>
            </w:pPr>
            <w:r>
              <w:rPr>
                <w:sz w:val="16"/>
              </w:rPr>
              <w:t>24,190</w:t>
            </w:r>
          </w:p>
        </w:tc>
        <w:tc>
          <w:tcPr>
            <w:tcW w:type="dxa" w:w="1037"/>
          </w:tcPr>
          <w:p>
            <w:pPr>
              <w:spacing w:after="0"/>
              <w:jc w:val="right"/>
            </w:pPr>
            <w:r>
              <w:rPr>
                <w:sz w:val="16"/>
              </w:rPr>
              <w:t>$6,307</w:t>
            </w:r>
          </w:p>
        </w:tc>
        <w:tc>
          <w:tcPr>
            <w:tcW w:type="dxa" w:w="1126"/>
          </w:tcPr>
          <w:p>
            <w:pPr>
              <w:spacing w:after="0"/>
              <w:jc w:val="right"/>
            </w:pPr>
          </w:p>
        </w:tc>
        <w:tc>
          <w:tcPr>
            <w:tcW w:type="dxa" w:w="1187"/>
          </w:tcPr>
          <w:p>
            <w:pPr>
              <w:spacing w:after="0"/>
              <w:jc w:val="right"/>
            </w:pPr>
            <w:r>
              <w:rPr>
                <w:sz w:val="16"/>
              </w:rPr>
              <w:t>$378,814</w:t>
            </w:r>
          </w:p>
        </w:tc>
        <w:tc>
          <w:tcPr>
            <w:tcW w:type="dxa" w:w="1056"/>
          </w:tcPr>
          <w:p>
            <w:pPr>
              <w:spacing w:after="0"/>
              <w:jc w:val="right"/>
            </w:pPr>
            <w:r>
              <w:rPr>
                <w:sz w:val="16"/>
              </w:rPr>
              <w:t>0.000196%</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$3,218,732,170</w:t>
            </w:r>
          </w:p>
        </w:tc>
        <w:tc>
          <w:tcPr>
            <w:tcW w:type="dxa" w:w="1139"/>
          </w:tcPr>
          <w:p>
            <w:pPr>
              <w:spacing w:after="0"/>
              <w:jc w:val="right"/>
            </w:pPr>
            <w:r>
              <w:rPr>
                <w:sz w:val="16"/>
              </w:rPr>
              <w:t>$0</w:t>
            </w:r>
          </w:p>
        </w:tc>
        <w:tc>
          <w:tcPr>
            <w:tcW w:type="dxa" w:w="1047"/>
          </w:tcPr>
          <w:p>
            <w:pPr>
              <w:spacing w:after="0"/>
              <w:jc w:val="right"/>
            </w:pPr>
            <w:r>
              <w:rPr>
                <w:sz w:val="16"/>
              </w:rPr>
              <w:t>24,190</w:t>
            </w:r>
          </w:p>
        </w:tc>
        <w:tc>
          <w:tcPr>
            <w:tcW w:type="dxa" w:w="1037"/>
          </w:tcPr>
          <w:p>
            <w:pPr>
              <w:spacing w:after="0"/>
              <w:jc w:val="right"/>
            </w:pPr>
            <w:r>
              <w:rPr>
                <w:sz w:val="16"/>
              </w:rPr>
              <w:t>$185</w:t>
            </w:r>
          </w:p>
        </w:tc>
        <w:tc>
          <w:tcPr>
            <w:tcW w:type="dxa" w:w="1126"/>
          </w:tcPr>
          <w:p>
            <w:pPr>
              <w:spacing w:after="0"/>
              <w:jc w:val="right"/>
            </w:pPr>
            <w:r>
              <w:rPr>
                <w:sz w:val="16"/>
              </w:rPr>
              <w:t>$0</w:t>
            </w:r>
          </w:p>
        </w:tc>
        <w:tc>
          <w:tcPr>
            <w:tcW w:type="dxa" w:w="1187"/>
          </w:tcPr>
          <w:p>
            <w:pPr>
              <w:spacing w:after="0"/>
              <w:jc w:val="right"/>
            </w:pPr>
            <w:r>
              <w:rPr>
                <w:sz w:val="16"/>
              </w:rPr>
              <w:t>$76</w:t>
            </w:r>
          </w:p>
        </w:tc>
        <w:tc>
          <w:tcPr>
            <w:tcW w:type="dxa" w:w="1056"/>
          </w:tcPr>
          <w:p>
            <w:pPr>
              <w:spacing w:after="0"/>
              <w:jc w:val="right"/>
            </w:pPr>
            <w:r>
              <w:rPr>
                <w:sz w:val="16"/>
              </w:rPr>
              <w:t>under 0.0001%</w:t>
            </w:r>
          </w:p>
        </w:tc>
        <w:tc>
          <w:tcPr>
            <w:tcW w:type="dxa" w:w="1250"/>
          </w:tcPr>
          <w:p>
            <w:pPr>
              <w:spacing w:after="0"/>
              <w:jc w:val="right"/>
            </w:pPr>
            <w:r>
              <w:rPr>
                <w:sz w:val="16"/>
              </w:rPr>
              <w:t>$34,500</w:t>
            </w:r>
          </w:p>
        </w:tc>
        <w:tc>
          <w:tcPr>
            <w:tcW w:type="dxa" w:w="1126"/>
          </w:tcPr>
          <w:p>
            <w:pPr>
              <w:spacing w:after="0"/>
              <w:jc w:val="right"/>
            </w:pPr>
            <w:r>
              <w:rPr>
                <w:sz w:val="16"/>
              </w:rPr>
              <w:t>$16,200</w:t>
            </w:r>
          </w:p>
        </w:tc>
        <w:tc>
          <w:tcPr>
            <w:tcW w:type="dxa" w:w="1431"/>
          </w:tcPr>
          <w:p>
            <w:pPr>
              <w:spacing w:after="0"/>
              <w:jc w:val="right"/>
            </w:pPr>
          </w:p>
        </w:tc>
        <w:tc>
          <w:tcPr>
            <w:tcW w:type="dxa" w:w="1282"/>
          </w:tcPr>
          <w:p>
            <w:pPr>
              <w:spacing w:after="0"/>
              <w:jc w:val="left"/>
            </w:pPr>
            <w:r>
              <w:rPr>
                <w:sz w:val="16"/>
              </w:rPr>
              <w:t>Storm Events damage since the plan includes 1 zone-level Strong Wind record ($16,200),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$3,218,732,170</w:t>
            </w:r>
          </w:p>
        </w:tc>
        <w:tc>
          <w:tcPr>
            <w:tcW w:type="dxa" w:w="1139"/>
          </w:tcPr>
          <w:p>
            <w:pPr>
              <w:spacing w:after="0"/>
              <w:jc w:val="right"/>
            </w:pPr>
            <w:r>
              <w:rPr>
                <w:sz w:val="16"/>
              </w:rPr>
              <w:t>$0</w:t>
            </w:r>
          </w:p>
        </w:tc>
        <w:tc>
          <w:tcPr>
            <w:tcW w:type="dxa" w:w="1047"/>
          </w:tcPr>
          <w:p>
            <w:pPr>
              <w:spacing w:after="0"/>
              <w:jc w:val="right"/>
            </w:pPr>
            <w:r>
              <w:rPr>
                <w:sz w:val="16"/>
              </w:rPr>
              <w:t>24,190</w:t>
            </w:r>
          </w:p>
        </w:tc>
        <w:tc>
          <w:tcPr>
            <w:tcW w:type="dxa" w:w="1037"/>
          </w:tcPr>
          <w:p>
            <w:pPr>
              <w:spacing w:after="0"/>
              <w:jc w:val="right"/>
            </w:pPr>
            <w:r>
              <w:rPr>
                <w:sz w:val="16"/>
              </w:rPr>
              <w:t>$6,623</w:t>
            </w:r>
          </w:p>
        </w:tc>
        <w:tc>
          <w:tcPr>
            <w:tcW w:type="dxa" w:w="1126"/>
          </w:tcPr>
          <w:p>
            <w:pPr>
              <w:spacing w:after="0"/>
              <w:jc w:val="right"/>
            </w:pPr>
            <w:r>
              <w:rPr>
                <w:sz w:val="16"/>
              </w:rPr>
              <w:t>$0</w:t>
            </w:r>
          </w:p>
        </w:tc>
        <w:tc>
          <w:tcPr>
            <w:tcW w:type="dxa" w:w="1187"/>
          </w:tcPr>
          <w:p>
            <w:pPr>
              <w:spacing w:after="0"/>
              <w:jc w:val="right"/>
            </w:pPr>
            <w:r>
              <w:rPr>
                <w:sz w:val="16"/>
              </w:rPr>
              <w:t>$8,695</w:t>
            </w:r>
          </w:p>
        </w:tc>
        <w:tc>
          <w:tcPr>
            <w:tcW w:type="dxa" w:w="1056"/>
          </w:tcPr>
          <w:p>
            <w:pPr>
              <w:spacing w:after="0"/>
              <w:jc w:val="right"/>
            </w:pPr>
            <w:r>
              <w:rPr>
                <w:sz w:val="16"/>
              </w:rPr>
              <w:t>0.000206%</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$3,218,732,170</w:t>
            </w:r>
          </w:p>
        </w:tc>
        <w:tc>
          <w:tcPr>
            <w:tcW w:type="dxa" w:w="1139"/>
          </w:tcPr>
          <w:p>
            <w:pPr>
              <w:spacing w:after="0"/>
              <w:jc w:val="right"/>
            </w:pPr>
          </w:p>
        </w:tc>
        <w:tc>
          <w:tcPr>
            <w:tcW w:type="dxa" w:w="1047"/>
          </w:tcPr>
          <w:p>
            <w:pPr>
              <w:spacing w:after="0"/>
              <w:jc w:val="right"/>
            </w:pPr>
            <w:r>
              <w:rPr>
                <w:sz w:val="16"/>
              </w:rPr>
              <w:t>24,190</w:t>
            </w:r>
          </w:p>
        </w:tc>
        <w:tc>
          <w:tcPr>
            <w:tcW w:type="dxa" w:w="1037"/>
          </w:tcPr>
          <w:p>
            <w:pPr>
              <w:spacing w:after="0"/>
              <w:jc w:val="right"/>
            </w:pPr>
            <w:r>
              <w:rPr>
                <w:sz w:val="16"/>
              </w:rPr>
              <w:t>$1</w:t>
            </w:r>
          </w:p>
        </w:tc>
        <w:tc>
          <w:tcPr>
            <w:tcW w:type="dxa" w:w="1126"/>
          </w:tcPr>
          <w:p>
            <w:pPr>
              <w:spacing w:after="0"/>
              <w:jc w:val="right"/>
            </w:pPr>
          </w:p>
        </w:tc>
        <w:tc>
          <w:tcPr>
            <w:tcW w:type="dxa" w:w="1187"/>
          </w:tcPr>
          <w:p>
            <w:pPr>
              <w:spacing w:after="0"/>
              <w:jc w:val="right"/>
            </w:pPr>
            <w:r>
              <w:rPr>
                <w:sz w:val="16"/>
              </w:rPr>
              <w:t>$579</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bl>
    <w:p>
      <w:pPr>
        <w:spacing w:after="40" w:before="60"/>
      </w:pPr>
      <w:r>
        <w:rPr>
          <w:sz w:val="15"/>
        </w:rPr>
        <w:t>Totals since 2020-09-16 (Storm Events through 2026-06-30): 15 county-coded records, 15 with a damage value recorded (including $0), $87,400; 9 zone-level records, 9 with a damage value recorded (including $0), $16,200 reported for the zone; Public Assistance on counted declarations $11,771,781.30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24,190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$3,218,732,170</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$16,290,836</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$3,342,288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61"/>
        <w:gridCol w:w="1081"/>
        <w:gridCol w:w="971"/>
        <w:gridCol w:w="971"/>
        <w:gridCol w:w="971"/>
        <w:gridCol w:w="971"/>
        <w:gridCol w:w="971"/>
        <w:gridCol w:w="971"/>
        <w:gridCol w:w="1081"/>
        <w:gridCol w:w="3961"/>
      </w:tblGrid>
      <w:tr>
        <w:trPr>
          <w:cantSplit/>
          <w:tblHeader/>
        </w:trPr>
        <w:tc>
          <w:tcPr>
            <w:tcW w:type="dxa" w:w="2161"/>
            <w:shd w:val="clear" w:color="auto" w:fill="E8E8E8"/>
          </w:tcPr>
          <w:p>
            <w:pPr>
              <w:spacing w:after="0"/>
              <w:jc w:val="left"/>
            </w:pPr>
            <w:r>
              <w:rPr>
                <w:b/>
                <w:sz w:val="16"/>
              </w:rPr>
              <w:t>Member</w:t>
            </w:r>
          </w:p>
        </w:tc>
        <w:tc>
          <w:tcPr>
            <w:tcW w:type="dxa" w:w="1081"/>
            <w:shd w:val="clear" w:color="auto" w:fill="E8E8E8"/>
          </w:tcPr>
          <w:p>
            <w:pPr>
              <w:spacing w:after="0"/>
              <w:jc w:val="left"/>
            </w:pPr>
            <w:r>
              <w:rPr>
                <w:b/>
                <w:sz w:val="16"/>
              </w:rPr>
              <w:t>NFIP community ID</w:t>
            </w:r>
          </w:p>
        </w:tc>
        <w:tc>
          <w:tcPr>
            <w:tcW w:type="dxa" w:w="971"/>
            <w:shd w:val="clear" w:color="auto" w:fill="E8E8E8"/>
          </w:tcPr>
          <w:p>
            <w:pPr>
              <w:spacing w:after="0"/>
              <w:jc w:val="right"/>
            </w:pPr>
            <w:r>
              <w:rPr>
                <w:b/>
                <w:sz w:val="16"/>
              </w:rPr>
              <w:t>RL, FMA</w:t>
            </w:r>
          </w:p>
          <w:p>
            <w:pPr>
              <w:spacing w:after="0"/>
              <w:jc w:val="right"/>
            </w:pPr>
            <w:r>
              <w:rPr>
                <w:i/>
                <w:color w:val="555555"/>
                <w:sz w:val="14"/>
              </w:rPr>
              <w:t>properties</w:t>
            </w:r>
          </w:p>
        </w:tc>
        <w:tc>
          <w:tcPr>
            <w:tcW w:type="dxa" w:w="971"/>
            <w:shd w:val="clear" w:color="auto" w:fill="E8E8E8"/>
          </w:tcPr>
          <w:p>
            <w:pPr>
              <w:spacing w:after="0"/>
              <w:jc w:val="right"/>
            </w:pPr>
            <w:r>
              <w:rPr>
                <w:b/>
                <w:sz w:val="16"/>
              </w:rPr>
              <w:t>SRL, FMA</w:t>
            </w:r>
          </w:p>
          <w:p>
            <w:pPr>
              <w:spacing w:after="0"/>
              <w:jc w:val="right"/>
            </w:pPr>
            <w:r>
              <w:rPr>
                <w:i/>
                <w:color w:val="555555"/>
                <w:sz w:val="14"/>
              </w:rPr>
              <w:t>properties</w:t>
            </w:r>
          </w:p>
        </w:tc>
        <w:tc>
          <w:tcPr>
            <w:tcW w:type="dxa" w:w="971"/>
            <w:shd w:val="clear" w:color="auto" w:fill="E8E8E8"/>
          </w:tcPr>
          <w:p>
            <w:pPr>
              <w:spacing w:after="0"/>
              <w:jc w:val="right"/>
            </w:pPr>
            <w:r>
              <w:rPr>
                <w:b/>
                <w:sz w:val="16"/>
              </w:rPr>
              <w:t>RL, NFIP</w:t>
            </w:r>
          </w:p>
          <w:p>
            <w:pPr>
              <w:spacing w:after="0"/>
              <w:jc w:val="right"/>
            </w:pPr>
            <w:r>
              <w:rPr>
                <w:i/>
                <w:color w:val="555555"/>
                <w:sz w:val="14"/>
              </w:rPr>
              <w:t>properties</w:t>
            </w:r>
          </w:p>
        </w:tc>
        <w:tc>
          <w:tcPr>
            <w:tcW w:type="dxa" w:w="971"/>
            <w:shd w:val="clear" w:color="auto" w:fill="E8E8E8"/>
          </w:tcPr>
          <w:p>
            <w:pPr>
              <w:spacing w:after="0"/>
              <w:jc w:val="right"/>
            </w:pPr>
            <w:r>
              <w:rPr>
                <w:b/>
                <w:sz w:val="16"/>
              </w:rPr>
              <w:t>SRL, NFIP</w:t>
            </w:r>
          </w:p>
          <w:p>
            <w:pPr>
              <w:spacing w:after="0"/>
              <w:jc w:val="right"/>
            </w:pPr>
            <w:r>
              <w:rPr>
                <w:i/>
                <w:color w:val="555555"/>
                <w:sz w:val="14"/>
              </w:rPr>
              <w:t>properties</w:t>
            </w:r>
          </w:p>
        </w:tc>
        <w:tc>
          <w:tcPr>
            <w:tcW w:type="dxa" w:w="97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71"/>
            <w:shd w:val="clear" w:color="auto" w:fill="E8E8E8"/>
          </w:tcPr>
          <w:p>
            <w:pPr>
              <w:spacing w:after="0"/>
              <w:jc w:val="right"/>
            </w:pPr>
            <w:r>
              <w:rPr>
                <w:b/>
                <w:sz w:val="16"/>
              </w:rPr>
              <w:t>Mitigated</w:t>
            </w:r>
          </w:p>
          <w:p>
            <w:pPr>
              <w:spacing w:after="0"/>
              <w:jc w:val="right"/>
            </w:pPr>
            <w:r>
              <w:rPr>
                <w:i/>
                <w:color w:val="555555"/>
                <w:sz w:val="14"/>
              </w:rPr>
              <w:t>properties</w:t>
            </w:r>
          </w:p>
        </w:tc>
        <w:tc>
          <w:tcPr>
            <w:tcW w:type="dxa" w:w="108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61"/>
            <w:shd w:val="clear" w:color="auto" w:fill="E8E8E8"/>
          </w:tcPr>
          <w:p>
            <w:pPr>
              <w:spacing w:after="0"/>
              <w:jc w:val="left"/>
            </w:pPr>
            <w:r>
              <w:rPr>
                <w:b/>
                <w:sz w:val="16"/>
              </w:rPr>
              <w:t>Note</w:t>
            </w:r>
          </w:p>
        </w:tc>
      </w:tr>
      <w:tr>
        <w:trPr>
          <w:cantSplit/>
        </w:trPr>
        <w:tc>
          <w:tcPr>
            <w:tcW w:type="dxa" w:w="2161"/>
          </w:tcPr>
          <w:p>
            <w:pPr>
              <w:spacing w:after="0"/>
              <w:jc w:val="left"/>
            </w:pPr>
            <w:r>
              <w:rPr>
                <w:sz w:val="16"/>
              </w:rPr>
              <w:t>Aguas Buenas Municipio</w:t>
            </w:r>
          </w:p>
        </w:tc>
        <w:tc>
          <w:tcPr>
            <w:tcW w:type="dxa" w:w="1081"/>
          </w:tcPr>
          <w:p>
            <w:pPr>
              <w:spacing w:after="0"/>
              <w:jc w:val="left"/>
            </w:pPr>
            <w:r>
              <w:rPr>
                <w:sz w:val="16"/>
              </w:rPr>
              <w:t>720000</w:t>
            </w:r>
          </w:p>
        </w:tc>
        <w:tc>
          <w:tcPr>
            <w:tcW w:type="dxa" w:w="971"/>
          </w:tcPr>
          <w:p>
            <w:pPr>
              <w:spacing w:after="0"/>
              <w:jc w:val="right"/>
            </w:pPr>
            <w:r>
              <w:rPr>
                <w:sz w:val="16"/>
              </w:rPr>
              <w:t>0</w:t>
            </w:r>
          </w:p>
        </w:tc>
        <w:tc>
          <w:tcPr>
            <w:tcW w:type="dxa" w:w="971"/>
          </w:tcPr>
          <w:p>
            <w:pPr>
              <w:spacing w:after="0"/>
              <w:jc w:val="right"/>
            </w:pPr>
            <w:r>
              <w:rPr>
                <w:sz w:val="16"/>
              </w:rPr>
              <w:t>0</w:t>
            </w:r>
          </w:p>
        </w:tc>
        <w:tc>
          <w:tcPr>
            <w:tcW w:type="dxa" w:w="971"/>
          </w:tcPr>
          <w:p>
            <w:pPr>
              <w:spacing w:after="0"/>
              <w:jc w:val="right"/>
            </w:pPr>
            <w:r>
              <w:rPr>
                <w:sz w:val="16"/>
              </w:rPr>
              <w:t>0</w:t>
            </w:r>
          </w:p>
        </w:tc>
        <w:tc>
          <w:tcPr>
            <w:tcW w:type="dxa" w:w="971"/>
          </w:tcPr>
          <w:p>
            <w:pPr>
              <w:spacing w:after="0"/>
              <w:jc w:val="right"/>
            </w:pPr>
            <w:r>
              <w:rPr>
                <w:sz w:val="16"/>
              </w:rPr>
              <w:t>0</w:t>
            </w:r>
          </w:p>
        </w:tc>
        <w:tc>
          <w:tcPr>
            <w:tcW w:type="dxa" w:w="971"/>
          </w:tcPr>
          <w:p>
            <w:pPr>
              <w:spacing w:after="0"/>
              <w:jc w:val="right"/>
            </w:pPr>
            <w:r>
              <w:rPr>
                <w:sz w:val="16"/>
              </w:rPr>
              <w:t>0</w:t>
            </w:r>
          </w:p>
        </w:tc>
        <w:tc>
          <w:tcPr>
            <w:tcW w:type="dxa" w:w="971"/>
          </w:tcPr>
          <w:p>
            <w:pPr>
              <w:spacing w:after="0"/>
              <w:jc w:val="right"/>
            </w:pPr>
            <w:r>
              <w:rPr>
                <w:sz w:val="16"/>
              </w:rPr>
              <w:t>0</w:t>
            </w:r>
          </w:p>
        </w:tc>
        <w:tc>
          <w:tcPr>
            <w:tcW w:type="dxa" w:w="1081"/>
          </w:tcPr>
          <w:p>
            <w:pPr>
              <w:spacing w:after="0"/>
              <w:jc w:val="right"/>
            </w:pPr>
            <w:r>
              <w:rPr>
                <w:sz w:val="16"/>
              </w:rPr>
              <w:t>0</w:t>
            </w:r>
          </w:p>
        </w:tc>
        <w:tc>
          <w:tcPr>
            <w:tcW w:type="dxa" w:w="3961"/>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Aguas Buenas Municipio, PR: risk-assessment baseline packet, release 2026-10 (data as of 2026-09-28; County area 72007).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Aguas Buenas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Aguas Buenas Municipio, PR: Risk-assessment baseline packet</dc:title>
  <dc:subject>Hazard Plain release 2026-10, as of 2026-09-28. Preview: automated baseline</dc:subject>
  <dc:creator>Hazard Plain</dc:creator>
  <cp:keywords>Hazard Plain; hazard mitigation; risk assessment; 72007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