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Loup County, NE</w:t>
      </w:r>
    </w:p>
    <w:p>
      <w:pPr>
        <w:spacing w:after="120" w:before="0"/>
      </w:pPr>
      <w:r>
        <w:rPr>
          <w:color w:val="555555"/>
          <w:sz w:val="24"/>
        </w:rPr>
        <w:t>Risk-assessment baseline packet</w:t>
      </w:r>
    </w:p>
    <w:p>
      <w:pPr>
        <w:spacing w:after="120" w:before="0"/>
      </w:pPr>
      <w:r>
        <w:rPr>
          <w:b/>
          <w:sz w:val="18"/>
        </w:rPr>
        <w:t xml:space="preserve">Unit: </w:t>
      </w:r>
      <w:r>
        <w:rPr>
          <w:sz w:val="18"/>
        </w:rPr>
        <w:t>County area 31115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2027-06-03</w:t>
      </w:r>
    </w:p>
    <w:p>
      <w:pPr>
        <w:keepNext/>
        <w:spacing w:after="40" w:before="0"/>
      </w:pPr>
      <w:r>
        <w:rPr>
          <w:b/>
        </w:rPr>
        <w:t xml:space="preserve">Plan: </w:t>
      </w:r>
      <w:r>
        <w:rPr/>
        <w:t>Lower Loup NRD (FEMA plan 108284)</w:t>
      </w:r>
    </w:p>
    <w:p>
      <w:pPr>
        <w:keepNext/>
        <w:spacing w:after="40" w:before="0"/>
      </w:pPr>
      <w:r>
        <w:rPr>
          <w:b/>
        </w:rPr>
        <w:t xml:space="preserve">Approved: </w:t>
      </w:r>
      <w:r>
        <w:rPr/>
        <w:t>2022-06-03</w:t>
      </w:r>
    </w:p>
    <w:p>
      <w:pPr>
        <w:keepNext/>
        <w:spacing w:after="40" w:before="0"/>
      </w:pPr>
      <w:r>
        <w:rPr>
          <w:b/>
        </w:rPr>
        <w:t xml:space="preserve">Expires: </w:t>
      </w:r>
      <w:r>
        <w:rPr/>
        <w:t>2027-06-03</w:t>
      </w:r>
    </w:p>
    <w:p>
      <w:pPr>
        <w:keepNext/>
        <w:spacing w:after="40" w:before="0"/>
      </w:pPr>
      <w:r>
        <w:rPr>
          <w:b/>
        </w:rPr>
        <w:t xml:space="preserve">As of: </w:t>
      </w:r>
      <w:r>
        <w:rPr/>
        <w:t>2026-09-28</w:t>
      </w:r>
    </w:p>
    <w:p>
      <w:pPr>
        <w:keepNext/>
        <w:spacing w:after="40" w:before="0"/>
      </w:pPr>
      <w:r>
        <w:rPr>
          <w:b/>
        </w:rPr>
        <w:t xml:space="preserve">Days: </w:t>
      </w:r>
      <w:r>
        <w:rPr/>
        <w:t>248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2022-06-03)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47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53"/>
        <w:gridCol w:w="1917"/>
        <w:gridCol w:w="2276"/>
        <w:gridCol w:w="2559"/>
        <w:gridCol w:w="1037"/>
        <w:gridCol w:w="1037"/>
        <w:gridCol w:w="869"/>
        <w:gridCol w:w="927"/>
        <w:gridCol w:w="2138"/>
      </w:tblGrid>
      <w:tr>
        <w:trPr>
          <w:cantSplit/>
          <w:tblHeader/>
        </w:trPr>
        <w:tc>
          <w:tcPr>
            <w:tcW w:type="dxa" w:w="1353"/>
            <w:shd w:val="clear" w:color="auto" w:fill="E8E8E8"/>
          </w:tcPr>
          <w:p>
            <w:pPr>
              <w:spacing w:after="0"/>
              <w:jc w:val="left"/>
            </w:pPr>
            <w:r>
              <w:rPr>
                <w:b/>
                <w:sz w:val="16"/>
              </w:rPr>
              <w:t>Jurisdiction</w:t>
            </w:r>
          </w:p>
        </w:tc>
        <w:tc>
          <w:tcPr>
            <w:tcW w:type="dxa" w:w="1917"/>
            <w:shd w:val="clear" w:color="auto" w:fill="E8E8E8"/>
          </w:tcPr>
          <w:p>
            <w:pPr>
              <w:spacing w:after="0"/>
              <w:jc w:val="left"/>
            </w:pPr>
            <w:r>
              <w:rPr>
                <w:b/>
                <w:sz w:val="16"/>
              </w:rPr>
              <w:t>Type</w:t>
            </w:r>
          </w:p>
        </w:tc>
        <w:tc>
          <w:tcPr>
            <w:tcW w:type="dxa" w:w="2276"/>
            <w:shd w:val="clear" w:color="auto" w:fill="E8E8E8"/>
          </w:tcPr>
          <w:p>
            <w:pPr>
              <w:spacing w:after="0"/>
              <w:jc w:val="left"/>
            </w:pPr>
            <w:r>
              <w:rPr>
                <w:b/>
                <w:sz w:val="16"/>
              </w:rPr>
              <w:t>Status</w:t>
            </w:r>
          </w:p>
        </w:tc>
        <w:tc>
          <w:tcPr>
            <w:tcW w:type="dxa" w:w="2559"/>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27"/>
            <w:shd w:val="clear" w:color="auto" w:fill="E8E8E8"/>
          </w:tcPr>
          <w:p>
            <w:pPr>
              <w:spacing w:after="0"/>
              <w:jc w:val="left"/>
            </w:pPr>
            <w:r>
              <w:rPr>
                <w:b/>
                <w:sz w:val="16"/>
              </w:rPr>
              <w:t>Update underway</w:t>
            </w:r>
          </w:p>
        </w:tc>
        <w:tc>
          <w:tcPr>
            <w:tcW w:type="dxa" w:w="2138"/>
            <w:shd w:val="clear" w:color="auto" w:fill="E8E8E8"/>
          </w:tcPr>
          <w:p>
            <w:pPr>
              <w:spacing w:after="0"/>
              <w:jc w:val="left"/>
            </w:pPr>
            <w:r>
              <w:rPr>
                <w:b/>
                <w:sz w:val="16"/>
              </w:rPr>
              <w:t>Notes</w:t>
            </w:r>
          </w:p>
        </w:tc>
      </w:tr>
      <w:tr>
        <w:trPr>
          <w:cantSplit/>
        </w:trPr>
        <w:tc>
          <w:tcPr>
            <w:tcW w:type="dxa" w:w="1353"/>
          </w:tcPr>
          <w:p>
            <w:pPr>
              <w:spacing w:after="0"/>
              <w:jc w:val="left"/>
            </w:pPr>
            <w:r>
              <w:rPr>
                <w:sz w:val="16"/>
              </w:rPr>
              <w:t>Loup County</w:t>
            </w:r>
          </w:p>
        </w:tc>
        <w:tc>
          <w:tcPr>
            <w:tcW w:type="dxa" w:w="1917"/>
          </w:tcPr>
          <w:p>
            <w:pPr>
              <w:spacing w:after="0"/>
              <w:jc w:val="left"/>
            </w:pPr>
            <w:r>
              <w:rPr>
                <w:sz w:val="16"/>
              </w:rPr>
              <w:t>County</w:t>
            </w:r>
          </w:p>
        </w:tc>
        <w:tc>
          <w:tcPr>
            <w:tcW w:type="dxa" w:w="2276"/>
          </w:tcPr>
          <w:p>
            <w:pPr>
              <w:spacing w:after="0"/>
              <w:jc w:val="left"/>
            </w:pPr>
            <w:r>
              <w:rPr>
                <w:sz w:val="16"/>
              </w:rPr>
              <w:t>Approved, expires 2027-06-03</w:t>
            </w:r>
          </w:p>
        </w:tc>
        <w:tc>
          <w:tcPr>
            <w:tcW w:type="dxa" w:w="2559"/>
          </w:tcPr>
          <w:p>
            <w:pPr>
              <w:spacing w:after="0"/>
              <w:jc w:val="left"/>
            </w:pPr>
            <w:r>
              <w:rPr>
                <w:sz w:val="16"/>
              </w:rPr>
              <w:t>Lower Loup NRD (FEMA plan 108284)</w:t>
            </w:r>
          </w:p>
        </w:tc>
        <w:tc>
          <w:tcPr>
            <w:tcW w:type="dxa" w:w="1037"/>
          </w:tcPr>
          <w:p>
            <w:pPr>
              <w:spacing w:after="0"/>
              <w:jc w:val="left"/>
            </w:pPr>
            <w:r>
              <w:rPr>
                <w:sz w:val="16"/>
              </w:rPr>
              <w:t>2022-06-03</w:t>
            </w:r>
          </w:p>
        </w:tc>
        <w:tc>
          <w:tcPr>
            <w:tcW w:type="dxa" w:w="1037"/>
          </w:tcPr>
          <w:p>
            <w:pPr>
              <w:spacing w:after="0"/>
              <w:jc w:val="left"/>
            </w:pPr>
            <w:r>
              <w:rPr>
                <w:sz w:val="16"/>
              </w:rPr>
              <w:t>2027-06-03</w:t>
            </w:r>
          </w:p>
        </w:tc>
        <w:tc>
          <w:tcPr>
            <w:tcW w:type="dxa" w:w="869"/>
          </w:tcPr>
          <w:p>
            <w:pPr>
              <w:spacing w:after="0"/>
              <w:jc w:val="right"/>
            </w:pPr>
            <w:r>
              <w:rPr>
                <w:sz w:val="16"/>
              </w:rPr>
              <w:t>248</w:t>
            </w:r>
          </w:p>
        </w:tc>
        <w:tc>
          <w:tcPr>
            <w:tcW w:type="dxa" w:w="927"/>
          </w:tcPr>
          <w:p>
            <w:pPr>
              <w:spacing w:after="0"/>
              <w:jc w:val="left"/>
            </w:pPr>
          </w:p>
        </w:tc>
        <w:tc>
          <w:tcPr>
            <w:tcW w:type="dxa" w:w="2138"/>
          </w:tcPr>
          <w:p>
            <w:pPr>
              <w:spacing w:after="0"/>
              <w:jc w:val="left"/>
            </w:pPr>
            <w:r>
              <w:rPr>
                <w:sz w:val="16"/>
              </w:rPr>
              <w:t>member approved 2022-08-30</w:t>
            </w:r>
          </w:p>
        </w:tc>
      </w:tr>
      <w:tr>
        <w:trPr>
          <w:cantSplit/>
        </w:trPr>
        <w:tc>
          <w:tcPr>
            <w:tcW w:type="dxa" w:w="1353"/>
          </w:tcPr>
          <w:p>
            <w:pPr>
              <w:spacing w:after="0"/>
              <w:jc w:val="left"/>
            </w:pPr>
            <w:r>
              <w:rPr>
                <w:sz w:val="16"/>
              </w:rPr>
              <w:t>Taylor village</w:t>
            </w:r>
          </w:p>
        </w:tc>
        <w:tc>
          <w:tcPr>
            <w:tcW w:type="dxa" w:w="1917"/>
          </w:tcPr>
          <w:p>
            <w:pPr>
              <w:spacing w:after="0"/>
              <w:jc w:val="left"/>
            </w:pPr>
            <w:r>
              <w:rPr>
                <w:sz w:val="16"/>
              </w:rPr>
              <w:t>Village</w:t>
            </w:r>
          </w:p>
        </w:tc>
        <w:tc>
          <w:tcPr>
            <w:tcW w:type="dxa" w:w="2276"/>
          </w:tcPr>
          <w:p>
            <w:pPr>
              <w:spacing w:after="0"/>
              <w:jc w:val="left"/>
            </w:pPr>
            <w:r>
              <w:rPr>
                <w:sz w:val="16"/>
              </w:rPr>
              <w:t>Approved, expires 2027-06-03</w:t>
            </w:r>
          </w:p>
        </w:tc>
        <w:tc>
          <w:tcPr>
            <w:tcW w:type="dxa" w:w="2559"/>
          </w:tcPr>
          <w:p>
            <w:pPr>
              <w:spacing w:after="0"/>
              <w:jc w:val="left"/>
            </w:pPr>
            <w:r>
              <w:rPr>
                <w:sz w:val="16"/>
              </w:rPr>
              <w:t>Lower Loup NRD (FEMA plan 108284)</w:t>
            </w:r>
          </w:p>
        </w:tc>
        <w:tc>
          <w:tcPr>
            <w:tcW w:type="dxa" w:w="1037"/>
          </w:tcPr>
          <w:p>
            <w:pPr>
              <w:spacing w:after="0"/>
              <w:jc w:val="left"/>
            </w:pPr>
            <w:r>
              <w:rPr>
                <w:sz w:val="16"/>
              </w:rPr>
              <w:t>2022-06-03</w:t>
            </w:r>
          </w:p>
        </w:tc>
        <w:tc>
          <w:tcPr>
            <w:tcW w:type="dxa" w:w="1037"/>
          </w:tcPr>
          <w:p>
            <w:pPr>
              <w:spacing w:after="0"/>
              <w:jc w:val="left"/>
            </w:pPr>
            <w:r>
              <w:rPr>
                <w:sz w:val="16"/>
              </w:rPr>
              <w:t>2027-06-03</w:t>
            </w:r>
          </w:p>
        </w:tc>
        <w:tc>
          <w:tcPr>
            <w:tcW w:type="dxa" w:w="869"/>
          </w:tcPr>
          <w:p>
            <w:pPr>
              <w:spacing w:after="0"/>
              <w:jc w:val="right"/>
            </w:pPr>
            <w:r>
              <w:rPr>
                <w:sz w:val="16"/>
              </w:rPr>
              <w:t>248</w:t>
            </w:r>
          </w:p>
        </w:tc>
        <w:tc>
          <w:tcPr>
            <w:tcW w:type="dxa" w:w="927"/>
          </w:tcPr>
          <w:p>
            <w:pPr>
              <w:spacing w:after="0"/>
              <w:jc w:val="left"/>
            </w:pPr>
          </w:p>
        </w:tc>
        <w:tc>
          <w:tcPr>
            <w:tcW w:type="dxa" w:w="2138"/>
          </w:tcPr>
          <w:p>
            <w:pPr>
              <w:spacing w:after="0"/>
              <w:jc w:val="left"/>
            </w:pPr>
            <w:r>
              <w:rPr>
                <w:sz w:val="16"/>
              </w:rPr>
              <w:t>member approved 2022-08-30</w:t>
            </w:r>
          </w:p>
        </w:tc>
      </w:tr>
      <w:tr>
        <w:trPr>
          <w:cantSplit/>
        </w:trPr>
        <w:tc>
          <w:tcPr>
            <w:tcW w:type="dxa" w:w="1353"/>
          </w:tcPr>
          <w:p>
            <w:pPr>
              <w:spacing w:after="0"/>
              <w:jc w:val="left"/>
            </w:pPr>
            <w:r>
              <w:rPr>
                <w:sz w:val="16"/>
              </w:rPr>
              <w:t>Loup Basin Public Health</w:t>
            </w:r>
          </w:p>
        </w:tc>
        <w:tc>
          <w:tcPr>
            <w:tcW w:type="dxa" w:w="1917"/>
          </w:tcPr>
          <w:p>
            <w:pPr>
              <w:spacing w:after="0"/>
              <w:jc w:val="left"/>
            </w:pPr>
            <w:r>
              <w:rPr>
                <w:sz w:val="16"/>
              </w:rPr>
              <w:t>Hospital/Medical Facility</w:t>
            </w:r>
          </w:p>
        </w:tc>
        <w:tc>
          <w:tcPr>
            <w:tcW w:type="dxa" w:w="2276"/>
          </w:tcPr>
          <w:p>
            <w:pPr>
              <w:spacing w:after="0"/>
              <w:jc w:val="left"/>
            </w:pPr>
            <w:r>
              <w:rPr>
                <w:sz w:val="16"/>
              </w:rPr>
              <w:t>Approved, expires 2027-06-03</w:t>
            </w:r>
          </w:p>
        </w:tc>
        <w:tc>
          <w:tcPr>
            <w:tcW w:type="dxa" w:w="2559"/>
          </w:tcPr>
          <w:p>
            <w:pPr>
              <w:spacing w:after="0"/>
              <w:jc w:val="left"/>
            </w:pPr>
            <w:r>
              <w:rPr>
                <w:sz w:val="16"/>
              </w:rPr>
              <w:t>Lower Loup NRD (FEMA plan 108284)</w:t>
            </w:r>
          </w:p>
        </w:tc>
        <w:tc>
          <w:tcPr>
            <w:tcW w:type="dxa" w:w="1037"/>
          </w:tcPr>
          <w:p>
            <w:pPr>
              <w:spacing w:after="0"/>
              <w:jc w:val="left"/>
            </w:pPr>
            <w:r>
              <w:rPr>
                <w:sz w:val="16"/>
              </w:rPr>
              <w:t>2022-06-03</w:t>
            </w:r>
          </w:p>
        </w:tc>
        <w:tc>
          <w:tcPr>
            <w:tcW w:type="dxa" w:w="1037"/>
          </w:tcPr>
          <w:p>
            <w:pPr>
              <w:spacing w:after="0"/>
              <w:jc w:val="left"/>
            </w:pPr>
            <w:r>
              <w:rPr>
                <w:sz w:val="16"/>
              </w:rPr>
              <w:t>2027-06-03</w:t>
            </w:r>
          </w:p>
        </w:tc>
        <w:tc>
          <w:tcPr>
            <w:tcW w:type="dxa" w:w="869"/>
          </w:tcPr>
          <w:p>
            <w:pPr>
              <w:spacing w:after="0"/>
              <w:jc w:val="right"/>
            </w:pPr>
            <w:r>
              <w:rPr>
                <w:sz w:val="16"/>
              </w:rPr>
              <w:t>248</w:t>
            </w:r>
          </w:p>
        </w:tc>
        <w:tc>
          <w:tcPr>
            <w:tcW w:type="dxa" w:w="927"/>
          </w:tcPr>
          <w:p>
            <w:pPr>
              <w:spacing w:after="0"/>
              <w:jc w:val="left"/>
            </w:pPr>
          </w:p>
        </w:tc>
        <w:tc>
          <w:tcPr>
            <w:tcW w:type="dxa" w:w="2138"/>
          </w:tcPr>
          <w:p>
            <w:pPr>
              <w:spacing w:after="0"/>
              <w:jc w:val="left"/>
            </w:pPr>
            <w:r>
              <w:rPr>
                <w:sz w:val="16"/>
              </w:rPr>
              <w:t>member approved 2022-08-23</w:t>
            </w:r>
          </w:p>
        </w:tc>
      </w:tr>
      <w:tr>
        <w:trPr>
          <w:cantSplit/>
        </w:trPr>
        <w:tc>
          <w:tcPr>
            <w:tcW w:type="dxa" w:w="1353"/>
          </w:tcPr>
          <w:p>
            <w:pPr>
              <w:spacing w:after="0"/>
              <w:jc w:val="left"/>
            </w:pPr>
            <w:r>
              <w:rPr>
                <w:sz w:val="16"/>
              </w:rPr>
              <w:t>Lower Loup NRD</w:t>
            </w:r>
          </w:p>
        </w:tc>
        <w:tc>
          <w:tcPr>
            <w:tcW w:type="dxa" w:w="1917"/>
          </w:tcPr>
          <w:p>
            <w:pPr>
              <w:spacing w:after="0"/>
              <w:jc w:val="left"/>
            </w:pPr>
            <w:r>
              <w:rPr>
                <w:sz w:val="16"/>
              </w:rPr>
              <w:t>Conservation District</w:t>
            </w:r>
          </w:p>
        </w:tc>
        <w:tc>
          <w:tcPr>
            <w:tcW w:type="dxa" w:w="2276"/>
          </w:tcPr>
          <w:p>
            <w:pPr>
              <w:spacing w:after="0"/>
              <w:jc w:val="left"/>
            </w:pPr>
            <w:r>
              <w:rPr>
                <w:sz w:val="16"/>
              </w:rPr>
              <w:t>Approved, expires 2027-06-03</w:t>
            </w:r>
          </w:p>
        </w:tc>
        <w:tc>
          <w:tcPr>
            <w:tcW w:type="dxa" w:w="2559"/>
          </w:tcPr>
          <w:p>
            <w:pPr>
              <w:spacing w:after="0"/>
              <w:jc w:val="left"/>
            </w:pPr>
            <w:r>
              <w:rPr>
                <w:sz w:val="16"/>
              </w:rPr>
              <w:t>Lower Loup NRD (FEMA plan 108284)</w:t>
            </w:r>
          </w:p>
        </w:tc>
        <w:tc>
          <w:tcPr>
            <w:tcW w:type="dxa" w:w="1037"/>
          </w:tcPr>
          <w:p>
            <w:pPr>
              <w:spacing w:after="0"/>
              <w:jc w:val="left"/>
            </w:pPr>
            <w:r>
              <w:rPr>
                <w:sz w:val="16"/>
              </w:rPr>
              <w:t>2022-06-03</w:t>
            </w:r>
          </w:p>
        </w:tc>
        <w:tc>
          <w:tcPr>
            <w:tcW w:type="dxa" w:w="1037"/>
          </w:tcPr>
          <w:p>
            <w:pPr>
              <w:spacing w:after="0"/>
              <w:jc w:val="left"/>
            </w:pPr>
            <w:r>
              <w:rPr>
                <w:sz w:val="16"/>
              </w:rPr>
              <w:t>2027-06-03</w:t>
            </w:r>
          </w:p>
        </w:tc>
        <w:tc>
          <w:tcPr>
            <w:tcW w:type="dxa" w:w="869"/>
          </w:tcPr>
          <w:p>
            <w:pPr>
              <w:spacing w:after="0"/>
              <w:jc w:val="right"/>
            </w:pPr>
            <w:r>
              <w:rPr>
                <w:sz w:val="16"/>
              </w:rPr>
              <w:t>248</w:t>
            </w:r>
          </w:p>
        </w:tc>
        <w:tc>
          <w:tcPr>
            <w:tcW w:type="dxa" w:w="927"/>
          </w:tcPr>
          <w:p>
            <w:pPr>
              <w:spacing w:after="0"/>
              <w:jc w:val="left"/>
            </w:pPr>
          </w:p>
        </w:tc>
        <w:tc>
          <w:tcPr>
            <w:tcW w:type="dxa" w:w="2138"/>
          </w:tcPr>
          <w:p>
            <w:pPr>
              <w:spacing w:after="0"/>
              <w:jc w:val="left"/>
            </w:pPr>
            <w:r>
              <w:rPr>
                <w:sz w:val="16"/>
              </w:rPr>
              <w:t>member approved 2022-05-05</w:t>
            </w:r>
          </w:p>
        </w:tc>
      </w:tr>
    </w:tbl>
    <w:p>
      <w:pPr>
        <w:spacing w:after="40" w:before="60"/>
      </w:pPr>
      <w:r>
        <w:rPr>
          <w:sz w:val="15"/>
        </w:rPr>
        <w:t>Plan 108284 lists 60 other participants not on this page, 3 of them not covered by it yet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1"/>
        <w:gridCol w:w="1037"/>
        <w:gridCol w:w="1260"/>
        <w:gridCol w:w="1260"/>
        <w:gridCol w:w="948"/>
        <w:gridCol w:w="1126"/>
        <w:gridCol w:w="1383"/>
        <w:gridCol w:w="1081"/>
        <w:gridCol w:w="1416"/>
        <w:gridCol w:w="1717"/>
        <w:gridCol w:w="2183"/>
      </w:tblGrid>
      <w:tr>
        <w:trPr>
          <w:cantSplit/>
          <w:tblHeader/>
        </w:trPr>
        <w:tc>
          <w:tcPr>
            <w:tcW w:type="dxa" w:w="70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60"/>
            <w:shd w:val="clear" w:color="auto" w:fill="E8E8E8"/>
          </w:tcPr>
          <w:p>
            <w:pPr>
              <w:spacing w:after="0"/>
              <w:jc w:val="left"/>
            </w:pPr>
            <w:r>
              <w:rPr>
                <w:b/>
                <w:sz w:val="16"/>
              </w:rPr>
              <w:t>NRI risk rating</w:t>
            </w:r>
          </w:p>
        </w:tc>
        <w:tc>
          <w:tcPr>
            <w:tcW w:type="dxa" w:w="1260"/>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8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8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16"/>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71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83"/>
            <w:shd w:val="clear" w:color="auto" w:fill="E8E8E8"/>
          </w:tcPr>
          <w:p>
            <w:pPr>
              <w:spacing w:after="0"/>
              <w:jc w:val="left"/>
            </w:pPr>
            <w:r>
              <w:rPr>
                <w:b/>
                <w:sz w:val="16"/>
              </w:rPr>
              <w:t>Storm Events coverage note</w:t>
            </w:r>
          </w:p>
        </w:tc>
      </w:tr>
      <w:tr>
        <w:trPr>
          <w:cantSplit/>
        </w:trPr>
        <w:tc>
          <w:tcPr>
            <w:tcW w:type="dxa" w:w="701"/>
          </w:tcPr>
          <w:p>
            <w:pPr>
              <w:spacing w:after="0"/>
              <w:jc w:val="right"/>
            </w:pPr>
            <w:r>
              <w:rPr>
                <w:sz w:val="16"/>
              </w:rPr>
              <w:t>1</w:t>
            </w:r>
          </w:p>
        </w:tc>
        <w:tc>
          <w:tcPr>
            <w:tcW w:type="dxa" w:w="1037"/>
          </w:tcPr>
          <w:p>
            <w:pPr>
              <w:spacing w:after="0"/>
              <w:jc w:val="left"/>
            </w:pPr>
            <w:r>
              <w:rPr>
                <w:sz w:val="16"/>
              </w:rPr>
              <w:t>Inland Flooding</w:t>
            </w:r>
          </w:p>
        </w:tc>
        <w:tc>
          <w:tcPr>
            <w:tcW w:type="dxa" w:w="1260"/>
          </w:tcPr>
          <w:p>
            <w:pPr>
              <w:spacing w:after="0"/>
              <w:jc w:val="left"/>
            </w:pPr>
            <w:r>
              <w:rPr>
                <w:sz w:val="16"/>
              </w:rPr>
              <w:t>Very Low</w:t>
            </w:r>
          </w:p>
        </w:tc>
        <w:tc>
          <w:tcPr>
            <w:tcW w:type="dxa" w:w="1260"/>
          </w:tcPr>
          <w:p>
            <w:pPr>
              <w:spacing w:after="0"/>
              <w:jc w:val="left"/>
            </w:pPr>
            <w:r>
              <w:rPr>
                <w:sz w:val="16"/>
              </w:rPr>
              <w:t>Very Low</w:t>
            </w:r>
          </w:p>
        </w:tc>
        <w:tc>
          <w:tcPr>
            <w:tcW w:type="dxa" w:w="948"/>
          </w:tcPr>
          <w:p>
            <w:pPr>
              <w:spacing w:after="0"/>
              <w:jc w:val="right"/>
            </w:pPr>
            <w:r>
              <w:rPr>
                <w:sz w:val="16"/>
              </w:rPr>
              <w:t>$265,548</w:t>
            </w:r>
          </w:p>
        </w:tc>
        <w:tc>
          <w:tcPr>
            <w:tcW w:type="dxa" w:w="1126"/>
          </w:tcPr>
          <w:p>
            <w:pPr>
              <w:spacing w:after="0"/>
              <w:jc w:val="right"/>
            </w:pPr>
            <w:r>
              <w:rPr>
                <w:sz w:val="16"/>
              </w:rPr>
              <w:t>$2,995</w:t>
            </w:r>
          </w:p>
        </w:tc>
        <w:tc>
          <w:tcPr>
            <w:tcW w:type="dxa" w:w="1383"/>
          </w:tcPr>
          <w:p>
            <w:pPr>
              <w:spacing w:after="0"/>
              <w:jc w:val="right"/>
            </w:pPr>
            <w:r>
              <w:rPr>
                <w:sz w:val="16"/>
              </w:rPr>
              <w:t>$48</w:t>
            </w:r>
          </w:p>
        </w:tc>
        <w:tc>
          <w:tcPr>
            <w:tcW w:type="dxa" w:w="1081"/>
          </w:tcPr>
          <w:p>
            <w:pPr>
              <w:spacing w:after="0"/>
              <w:jc w:val="right"/>
            </w:pPr>
            <w:r>
              <w:rPr>
                <w:sz w:val="16"/>
              </w:rPr>
              <w:t>$268,591</w:t>
            </w:r>
          </w:p>
        </w:tc>
        <w:tc>
          <w:tcPr>
            <w:tcW w:type="dxa" w:w="1416"/>
          </w:tcPr>
          <w:p>
            <w:pPr>
              <w:spacing w:after="0"/>
              <w:jc w:val="right"/>
            </w:pPr>
            <w:r>
              <w:rPr>
                <w:sz w:val="16"/>
              </w:rPr>
              <w:t>3</w:t>
            </w:r>
          </w:p>
        </w:tc>
        <w:tc>
          <w:tcPr>
            <w:tcW w:type="dxa" w:w="1717"/>
          </w:tcPr>
          <w:p>
            <w:pPr>
              <w:spacing w:after="0"/>
              <w:jc w:val="left"/>
            </w:pPr>
          </w:p>
        </w:tc>
        <w:tc>
          <w:tcPr>
            <w:tcW w:type="dxa" w:w="2183"/>
          </w:tcPr>
          <w:p>
            <w:pPr>
              <w:spacing w:after="0"/>
              <w:jc w:val="left"/>
            </w:pPr>
          </w:p>
        </w:tc>
      </w:tr>
      <w:tr>
        <w:trPr>
          <w:cantSplit/>
        </w:trPr>
        <w:tc>
          <w:tcPr>
            <w:tcW w:type="dxa" w:w="701"/>
          </w:tcPr>
          <w:p>
            <w:pPr>
              <w:spacing w:after="0"/>
              <w:jc w:val="right"/>
            </w:pPr>
            <w:r>
              <w:rPr>
                <w:sz w:val="16"/>
              </w:rPr>
              <w:t>2</w:t>
            </w:r>
          </w:p>
        </w:tc>
        <w:tc>
          <w:tcPr>
            <w:tcW w:type="dxa" w:w="1037"/>
          </w:tcPr>
          <w:p>
            <w:pPr>
              <w:spacing w:after="0"/>
              <w:jc w:val="left"/>
            </w:pPr>
            <w:r>
              <w:rPr>
                <w:sz w:val="16"/>
              </w:rPr>
              <w:t>Hail</w:t>
            </w:r>
          </w:p>
        </w:tc>
        <w:tc>
          <w:tcPr>
            <w:tcW w:type="dxa" w:w="1260"/>
          </w:tcPr>
          <w:p>
            <w:pPr>
              <w:spacing w:after="0"/>
              <w:jc w:val="left"/>
            </w:pPr>
            <w:r>
              <w:rPr>
                <w:sz w:val="16"/>
              </w:rPr>
              <w:t>Relatively Low</w:t>
            </w:r>
          </w:p>
        </w:tc>
        <w:tc>
          <w:tcPr>
            <w:tcW w:type="dxa" w:w="1260"/>
          </w:tcPr>
          <w:p>
            <w:pPr>
              <w:spacing w:after="0"/>
              <w:jc w:val="left"/>
            </w:pPr>
            <w:r>
              <w:rPr>
                <w:sz w:val="16"/>
              </w:rPr>
              <w:t>Relatively Low</w:t>
            </w:r>
          </w:p>
        </w:tc>
        <w:tc>
          <w:tcPr>
            <w:tcW w:type="dxa" w:w="948"/>
          </w:tcPr>
          <w:p>
            <w:pPr>
              <w:spacing w:after="0"/>
              <w:jc w:val="right"/>
            </w:pPr>
            <w:r>
              <w:rPr>
                <w:sz w:val="16"/>
              </w:rPr>
              <w:t>$41,957</w:t>
            </w:r>
          </w:p>
        </w:tc>
        <w:tc>
          <w:tcPr>
            <w:tcW w:type="dxa" w:w="1126"/>
          </w:tcPr>
          <w:p>
            <w:pPr>
              <w:spacing w:after="0"/>
              <w:jc w:val="right"/>
            </w:pPr>
            <w:r>
              <w:rPr>
                <w:sz w:val="16"/>
              </w:rPr>
              <w:t>$190,293</w:t>
            </w:r>
          </w:p>
        </w:tc>
        <w:tc>
          <w:tcPr>
            <w:tcW w:type="dxa" w:w="1383"/>
          </w:tcPr>
          <w:p>
            <w:pPr>
              <w:spacing w:after="0"/>
              <w:jc w:val="right"/>
            </w:pPr>
            <w:r>
              <w:rPr>
                <w:sz w:val="16"/>
              </w:rPr>
              <w:t>$1,390</w:t>
            </w:r>
          </w:p>
        </w:tc>
        <w:tc>
          <w:tcPr>
            <w:tcW w:type="dxa" w:w="1081"/>
          </w:tcPr>
          <w:p>
            <w:pPr>
              <w:spacing w:after="0"/>
              <w:jc w:val="right"/>
            </w:pPr>
            <w:r>
              <w:rPr>
                <w:sz w:val="16"/>
              </w:rPr>
              <w:t>$233,639</w:t>
            </w:r>
          </w:p>
        </w:tc>
        <w:tc>
          <w:tcPr>
            <w:tcW w:type="dxa" w:w="1416"/>
          </w:tcPr>
          <w:p>
            <w:pPr>
              <w:spacing w:after="0"/>
              <w:jc w:val="right"/>
            </w:pPr>
            <w:r>
              <w:rPr>
                <w:sz w:val="16"/>
              </w:rPr>
              <w:t>151</w:t>
            </w:r>
          </w:p>
        </w:tc>
        <w:tc>
          <w:tcPr>
            <w:tcW w:type="dxa" w:w="1717"/>
          </w:tcPr>
          <w:p>
            <w:pPr>
              <w:spacing w:after="0"/>
              <w:jc w:val="left"/>
            </w:pPr>
          </w:p>
        </w:tc>
        <w:tc>
          <w:tcPr>
            <w:tcW w:type="dxa" w:w="2183"/>
          </w:tcPr>
          <w:p>
            <w:pPr>
              <w:spacing w:after="0"/>
              <w:jc w:val="left"/>
            </w:pPr>
          </w:p>
        </w:tc>
      </w:tr>
      <w:tr>
        <w:trPr>
          <w:cantSplit/>
        </w:trPr>
        <w:tc>
          <w:tcPr>
            <w:tcW w:type="dxa" w:w="701"/>
          </w:tcPr>
          <w:p>
            <w:pPr>
              <w:spacing w:after="0"/>
              <w:jc w:val="right"/>
            </w:pPr>
            <w:r>
              <w:rPr>
                <w:sz w:val="16"/>
              </w:rPr>
              <w:t>3</w:t>
            </w:r>
          </w:p>
        </w:tc>
        <w:tc>
          <w:tcPr>
            <w:tcW w:type="dxa" w:w="1037"/>
          </w:tcPr>
          <w:p>
            <w:pPr>
              <w:spacing w:after="0"/>
              <w:jc w:val="left"/>
            </w:pPr>
            <w:r>
              <w:rPr>
                <w:sz w:val="16"/>
              </w:rPr>
              <w:t>Tornado</w:t>
            </w:r>
          </w:p>
        </w:tc>
        <w:tc>
          <w:tcPr>
            <w:tcW w:type="dxa" w:w="1260"/>
          </w:tcPr>
          <w:p>
            <w:pPr>
              <w:spacing w:after="0"/>
              <w:jc w:val="left"/>
            </w:pPr>
            <w:r>
              <w:rPr>
                <w:sz w:val="16"/>
              </w:rPr>
              <w:t>Very Low</w:t>
            </w:r>
          </w:p>
        </w:tc>
        <w:tc>
          <w:tcPr>
            <w:tcW w:type="dxa" w:w="1260"/>
          </w:tcPr>
          <w:p>
            <w:pPr>
              <w:spacing w:after="0"/>
              <w:jc w:val="left"/>
            </w:pPr>
            <w:r>
              <w:rPr>
                <w:sz w:val="16"/>
              </w:rPr>
              <w:t>Very Low</w:t>
            </w:r>
          </w:p>
        </w:tc>
        <w:tc>
          <w:tcPr>
            <w:tcW w:type="dxa" w:w="948"/>
          </w:tcPr>
          <w:p>
            <w:pPr>
              <w:spacing w:after="0"/>
              <w:jc w:val="right"/>
            </w:pPr>
            <w:r>
              <w:rPr>
                <w:sz w:val="16"/>
              </w:rPr>
              <w:t>$45,077</w:t>
            </w:r>
          </w:p>
        </w:tc>
        <w:tc>
          <w:tcPr>
            <w:tcW w:type="dxa" w:w="1126"/>
          </w:tcPr>
          <w:p>
            <w:pPr>
              <w:spacing w:after="0"/>
              <w:jc w:val="right"/>
            </w:pPr>
            <w:r>
              <w:rPr>
                <w:sz w:val="16"/>
              </w:rPr>
              <w:t>$11,079</w:t>
            </w:r>
          </w:p>
        </w:tc>
        <w:tc>
          <w:tcPr>
            <w:tcW w:type="dxa" w:w="1383"/>
          </w:tcPr>
          <w:p>
            <w:pPr>
              <w:spacing w:after="0"/>
              <w:jc w:val="right"/>
            </w:pPr>
            <w:r>
              <w:rPr>
                <w:sz w:val="16"/>
              </w:rPr>
              <w:t>$33,940</w:t>
            </w:r>
          </w:p>
        </w:tc>
        <w:tc>
          <w:tcPr>
            <w:tcW w:type="dxa" w:w="1081"/>
          </w:tcPr>
          <w:p>
            <w:pPr>
              <w:spacing w:after="0"/>
              <w:jc w:val="right"/>
            </w:pPr>
            <w:r>
              <w:rPr>
                <w:sz w:val="16"/>
              </w:rPr>
              <w:t>$90,096</w:t>
            </w:r>
          </w:p>
        </w:tc>
        <w:tc>
          <w:tcPr>
            <w:tcW w:type="dxa" w:w="1416"/>
          </w:tcPr>
          <w:p>
            <w:pPr>
              <w:spacing w:after="0"/>
              <w:jc w:val="right"/>
            </w:pPr>
            <w:r>
              <w:rPr>
                <w:sz w:val="16"/>
              </w:rPr>
              <w:t>13</w:t>
            </w:r>
          </w:p>
        </w:tc>
        <w:tc>
          <w:tcPr>
            <w:tcW w:type="dxa" w:w="1717"/>
          </w:tcPr>
          <w:p>
            <w:pPr>
              <w:spacing w:after="0"/>
              <w:jc w:val="left"/>
            </w:pPr>
          </w:p>
        </w:tc>
        <w:tc>
          <w:tcPr>
            <w:tcW w:type="dxa" w:w="2183"/>
          </w:tcPr>
          <w:p>
            <w:pPr>
              <w:spacing w:after="0"/>
              <w:jc w:val="left"/>
            </w:pPr>
          </w:p>
        </w:tc>
      </w:tr>
      <w:tr>
        <w:trPr>
          <w:cantSplit/>
        </w:trPr>
        <w:tc>
          <w:tcPr>
            <w:tcW w:type="dxa" w:w="701"/>
          </w:tcPr>
          <w:p>
            <w:pPr>
              <w:spacing w:after="0"/>
              <w:jc w:val="right"/>
            </w:pPr>
            <w:r>
              <w:rPr>
                <w:sz w:val="16"/>
              </w:rPr>
              <w:t>4</w:t>
            </w:r>
          </w:p>
        </w:tc>
        <w:tc>
          <w:tcPr>
            <w:tcW w:type="dxa" w:w="1037"/>
          </w:tcPr>
          <w:p>
            <w:pPr>
              <w:spacing w:after="0"/>
              <w:jc w:val="left"/>
            </w:pPr>
            <w:r>
              <w:rPr>
                <w:sz w:val="16"/>
              </w:rPr>
              <w:t>Strong Wind</w:t>
            </w:r>
          </w:p>
        </w:tc>
        <w:tc>
          <w:tcPr>
            <w:tcW w:type="dxa" w:w="1260"/>
          </w:tcPr>
          <w:p>
            <w:pPr>
              <w:spacing w:after="0"/>
              <w:jc w:val="left"/>
            </w:pPr>
            <w:r>
              <w:rPr>
                <w:sz w:val="16"/>
              </w:rPr>
              <w:t>Very Low</w:t>
            </w:r>
          </w:p>
        </w:tc>
        <w:tc>
          <w:tcPr>
            <w:tcW w:type="dxa" w:w="1260"/>
          </w:tcPr>
          <w:p>
            <w:pPr>
              <w:spacing w:after="0"/>
              <w:jc w:val="left"/>
            </w:pPr>
            <w:r>
              <w:rPr>
                <w:sz w:val="16"/>
              </w:rPr>
              <w:t>Very Low</w:t>
            </w:r>
          </w:p>
        </w:tc>
        <w:tc>
          <w:tcPr>
            <w:tcW w:type="dxa" w:w="948"/>
          </w:tcPr>
          <w:p>
            <w:pPr>
              <w:spacing w:after="0"/>
              <w:jc w:val="right"/>
            </w:pPr>
            <w:r>
              <w:rPr>
                <w:sz w:val="16"/>
              </w:rPr>
              <w:t>$15,661</w:t>
            </w:r>
          </w:p>
        </w:tc>
        <w:tc>
          <w:tcPr>
            <w:tcW w:type="dxa" w:w="1126"/>
          </w:tcPr>
          <w:p>
            <w:pPr>
              <w:spacing w:after="0"/>
              <w:jc w:val="right"/>
            </w:pPr>
            <w:r>
              <w:rPr>
                <w:sz w:val="16"/>
              </w:rPr>
              <w:t>$42,133</w:t>
            </w:r>
          </w:p>
        </w:tc>
        <w:tc>
          <w:tcPr>
            <w:tcW w:type="dxa" w:w="1383"/>
          </w:tcPr>
          <w:p>
            <w:pPr>
              <w:spacing w:after="0"/>
              <w:jc w:val="right"/>
            </w:pPr>
            <w:r>
              <w:rPr>
                <w:sz w:val="16"/>
              </w:rPr>
              <w:t>$1,722</w:t>
            </w:r>
          </w:p>
        </w:tc>
        <w:tc>
          <w:tcPr>
            <w:tcW w:type="dxa" w:w="1081"/>
          </w:tcPr>
          <w:p>
            <w:pPr>
              <w:spacing w:after="0"/>
              <w:jc w:val="right"/>
            </w:pPr>
            <w:r>
              <w:rPr>
                <w:sz w:val="16"/>
              </w:rPr>
              <w:t>$59,516</w:t>
            </w:r>
          </w:p>
        </w:tc>
        <w:tc>
          <w:tcPr>
            <w:tcW w:type="dxa" w:w="1416"/>
          </w:tcPr>
          <w:p>
            <w:pPr>
              <w:spacing w:after="0"/>
              <w:jc w:val="right"/>
            </w:pPr>
            <w:r>
              <w:rPr>
                <w:sz w:val="16"/>
              </w:rPr>
              <w:t>54</w:t>
            </w:r>
          </w:p>
        </w:tc>
        <w:tc>
          <w:tcPr>
            <w:tcW w:type="dxa" w:w="1717"/>
          </w:tcPr>
          <w:p>
            <w:pPr>
              <w:spacing w:after="0"/>
              <w:jc w:val="left"/>
            </w:pPr>
          </w:p>
        </w:tc>
        <w:tc>
          <w:tcPr>
            <w:tcW w:type="dxa" w:w="2183"/>
          </w:tcPr>
          <w:p>
            <w:pPr>
              <w:spacing w:after="0"/>
              <w:jc w:val="left"/>
            </w:pPr>
            <w:r>
              <w:rPr>
                <w:sz w:val="16"/>
              </w:rPr>
              <w:t>Includes 23 High Wind records, event types the NRI definition of this hazard leaves out.</w:t>
            </w:r>
          </w:p>
        </w:tc>
      </w:tr>
      <w:tr>
        <w:trPr>
          <w:cantSplit/>
        </w:trPr>
        <w:tc>
          <w:tcPr>
            <w:tcW w:type="dxa" w:w="701"/>
          </w:tcPr>
          <w:p>
            <w:pPr>
              <w:spacing w:after="0"/>
              <w:jc w:val="right"/>
            </w:pPr>
            <w:r>
              <w:rPr>
                <w:sz w:val="16"/>
              </w:rPr>
              <w:t>5</w:t>
            </w:r>
          </w:p>
        </w:tc>
        <w:tc>
          <w:tcPr>
            <w:tcW w:type="dxa" w:w="1037"/>
          </w:tcPr>
          <w:p>
            <w:pPr>
              <w:spacing w:after="0"/>
              <w:jc w:val="left"/>
            </w:pPr>
            <w:r>
              <w:rPr>
                <w:sz w:val="16"/>
              </w:rPr>
              <w:t>Drought</w:t>
            </w:r>
          </w:p>
        </w:tc>
        <w:tc>
          <w:tcPr>
            <w:tcW w:type="dxa" w:w="1260"/>
          </w:tcPr>
          <w:p>
            <w:pPr>
              <w:spacing w:after="0"/>
              <w:jc w:val="left"/>
            </w:pPr>
            <w:r>
              <w:rPr>
                <w:sz w:val="16"/>
              </w:rPr>
              <w:t>Relatively Low</w:t>
            </w:r>
          </w:p>
        </w:tc>
        <w:tc>
          <w:tcPr>
            <w:tcW w:type="dxa" w:w="1260"/>
          </w:tcPr>
          <w:p>
            <w:pPr>
              <w:spacing w:after="0"/>
              <w:jc w:val="left"/>
            </w:pPr>
            <w:r>
              <w:rPr>
                <w:sz w:val="16"/>
              </w:rPr>
              <w:t>Relatively Low</w:t>
            </w:r>
          </w:p>
        </w:tc>
        <w:tc>
          <w:tcPr>
            <w:tcW w:type="dxa" w:w="948"/>
          </w:tcPr>
          <w:p>
            <w:pPr>
              <w:spacing w:after="0"/>
              <w:jc w:val="right"/>
            </w:pPr>
          </w:p>
        </w:tc>
        <w:tc>
          <w:tcPr>
            <w:tcW w:type="dxa" w:w="1126"/>
          </w:tcPr>
          <w:p>
            <w:pPr>
              <w:spacing w:after="0"/>
              <w:jc w:val="right"/>
            </w:pPr>
            <w:r>
              <w:rPr>
                <w:sz w:val="16"/>
              </w:rPr>
              <w:t>$48,282</w:t>
            </w:r>
          </w:p>
        </w:tc>
        <w:tc>
          <w:tcPr>
            <w:tcW w:type="dxa" w:w="1383"/>
          </w:tcPr>
          <w:p>
            <w:pPr>
              <w:spacing w:after="0"/>
              <w:jc w:val="right"/>
            </w:pPr>
          </w:p>
        </w:tc>
        <w:tc>
          <w:tcPr>
            <w:tcW w:type="dxa" w:w="1081"/>
          </w:tcPr>
          <w:p>
            <w:pPr>
              <w:spacing w:after="0"/>
              <w:jc w:val="right"/>
            </w:pPr>
            <w:r>
              <w:rPr>
                <w:sz w:val="16"/>
              </w:rPr>
              <w:t>$48,282</w:t>
            </w:r>
          </w:p>
        </w:tc>
        <w:tc>
          <w:tcPr>
            <w:tcW w:type="dxa" w:w="1416"/>
          </w:tcPr>
          <w:p>
            <w:pPr>
              <w:spacing w:after="0"/>
              <w:jc w:val="right"/>
            </w:pPr>
            <w:r>
              <w:rPr>
                <w:sz w:val="16"/>
              </w:rPr>
              <w:t>51</w:t>
            </w:r>
          </w:p>
        </w:tc>
        <w:tc>
          <w:tcPr>
            <w:tcW w:type="dxa" w:w="1717"/>
          </w:tcPr>
          <w:p>
            <w:pPr>
              <w:spacing w:after="0"/>
              <w:jc w:val="left"/>
            </w:pPr>
          </w:p>
        </w:tc>
        <w:tc>
          <w:tcPr>
            <w:tcW w:type="dxa" w:w="2183"/>
          </w:tcPr>
          <w:p>
            <w:pPr>
              <w:spacing w:after="0"/>
              <w:jc w:val="left"/>
            </w:pPr>
          </w:p>
        </w:tc>
      </w:tr>
      <w:tr>
        <w:trPr>
          <w:cantSplit/>
        </w:trPr>
        <w:tc>
          <w:tcPr>
            <w:tcW w:type="dxa" w:w="701"/>
          </w:tcPr>
          <w:p>
            <w:pPr>
              <w:spacing w:after="0"/>
              <w:jc w:val="right"/>
            </w:pPr>
            <w:r>
              <w:rPr>
                <w:sz w:val="16"/>
              </w:rPr>
              <w:t>6</w:t>
            </w:r>
          </w:p>
        </w:tc>
        <w:tc>
          <w:tcPr>
            <w:tcW w:type="dxa" w:w="1037"/>
          </w:tcPr>
          <w:p>
            <w:pPr>
              <w:spacing w:after="0"/>
              <w:jc w:val="left"/>
            </w:pPr>
            <w:r>
              <w:rPr>
                <w:sz w:val="16"/>
              </w:rPr>
              <w:t>Cold Wave</w:t>
            </w:r>
          </w:p>
        </w:tc>
        <w:tc>
          <w:tcPr>
            <w:tcW w:type="dxa" w:w="1260"/>
          </w:tcPr>
          <w:p>
            <w:pPr>
              <w:spacing w:after="0"/>
              <w:jc w:val="left"/>
            </w:pPr>
            <w:r>
              <w:rPr>
                <w:sz w:val="16"/>
              </w:rPr>
              <w:t>Very Low</w:t>
            </w:r>
          </w:p>
        </w:tc>
        <w:tc>
          <w:tcPr>
            <w:tcW w:type="dxa" w:w="1260"/>
          </w:tcPr>
          <w:p>
            <w:pPr>
              <w:spacing w:after="0"/>
              <w:jc w:val="left"/>
            </w:pPr>
            <w:r>
              <w:rPr>
                <w:sz w:val="16"/>
              </w:rPr>
              <w:t>Very Low</w:t>
            </w:r>
          </w:p>
        </w:tc>
        <w:tc>
          <w:tcPr>
            <w:tcW w:type="dxa" w:w="948"/>
          </w:tcPr>
          <w:p>
            <w:pPr>
              <w:spacing w:after="0"/>
              <w:jc w:val="right"/>
            </w:pPr>
            <w:r>
              <w:rPr>
                <w:sz w:val="16"/>
              </w:rPr>
              <w:t>$38</w:t>
            </w:r>
          </w:p>
        </w:tc>
        <w:tc>
          <w:tcPr>
            <w:tcW w:type="dxa" w:w="1126"/>
          </w:tcPr>
          <w:p>
            <w:pPr>
              <w:spacing w:after="0"/>
              <w:jc w:val="right"/>
            </w:pPr>
            <w:r>
              <w:rPr>
                <w:sz w:val="16"/>
              </w:rPr>
              <w:t>$230</w:t>
            </w:r>
          </w:p>
        </w:tc>
        <w:tc>
          <w:tcPr>
            <w:tcW w:type="dxa" w:w="1383"/>
          </w:tcPr>
          <w:p>
            <w:pPr>
              <w:spacing w:after="0"/>
              <w:jc w:val="right"/>
            </w:pPr>
            <w:r>
              <w:rPr>
                <w:sz w:val="16"/>
              </w:rPr>
              <w:t>$20,464</w:t>
            </w:r>
          </w:p>
        </w:tc>
        <w:tc>
          <w:tcPr>
            <w:tcW w:type="dxa" w:w="1081"/>
          </w:tcPr>
          <w:p>
            <w:pPr>
              <w:spacing w:after="0"/>
              <w:jc w:val="right"/>
            </w:pPr>
            <w:r>
              <w:rPr>
                <w:sz w:val="16"/>
              </w:rPr>
              <w:t>$20,732</w:t>
            </w:r>
          </w:p>
        </w:tc>
        <w:tc>
          <w:tcPr>
            <w:tcW w:type="dxa" w:w="1416"/>
          </w:tcPr>
          <w:p>
            <w:pPr>
              <w:spacing w:after="0"/>
              <w:jc w:val="right"/>
            </w:pPr>
            <w:r>
              <w:rPr>
                <w:sz w:val="16"/>
              </w:rPr>
              <w:t>15</w:t>
            </w:r>
          </w:p>
        </w:tc>
        <w:tc>
          <w:tcPr>
            <w:tcW w:type="dxa" w:w="1717"/>
          </w:tcPr>
          <w:p>
            <w:pPr>
              <w:spacing w:after="0"/>
              <w:jc w:val="left"/>
            </w:pPr>
          </w:p>
        </w:tc>
        <w:tc>
          <w:tcPr>
            <w:tcW w:type="dxa" w:w="2183"/>
          </w:tcPr>
          <w:p>
            <w:pPr>
              <w:spacing w:after="0"/>
              <w:jc w:val="left"/>
            </w:pPr>
          </w:p>
        </w:tc>
      </w:tr>
      <w:tr>
        <w:trPr>
          <w:cantSplit/>
        </w:trPr>
        <w:tc>
          <w:tcPr>
            <w:tcW w:type="dxa" w:w="701"/>
          </w:tcPr>
          <w:p>
            <w:pPr>
              <w:spacing w:after="0"/>
              <w:jc w:val="right"/>
            </w:pPr>
            <w:r>
              <w:rPr>
                <w:sz w:val="16"/>
              </w:rPr>
              <w:t>7</w:t>
            </w:r>
          </w:p>
        </w:tc>
        <w:tc>
          <w:tcPr>
            <w:tcW w:type="dxa" w:w="1037"/>
          </w:tcPr>
          <w:p>
            <w:pPr>
              <w:spacing w:after="0"/>
              <w:jc w:val="left"/>
            </w:pPr>
            <w:r>
              <w:rPr>
                <w:sz w:val="16"/>
              </w:rPr>
              <w:t>Wildfire</w:t>
            </w:r>
          </w:p>
        </w:tc>
        <w:tc>
          <w:tcPr>
            <w:tcW w:type="dxa" w:w="1260"/>
          </w:tcPr>
          <w:p>
            <w:pPr>
              <w:spacing w:after="0"/>
              <w:jc w:val="left"/>
            </w:pPr>
            <w:r>
              <w:rPr>
                <w:sz w:val="16"/>
              </w:rPr>
              <w:t>Very Low</w:t>
            </w:r>
          </w:p>
        </w:tc>
        <w:tc>
          <w:tcPr>
            <w:tcW w:type="dxa" w:w="1260"/>
          </w:tcPr>
          <w:p>
            <w:pPr>
              <w:spacing w:after="0"/>
              <w:jc w:val="left"/>
            </w:pPr>
            <w:r>
              <w:rPr>
                <w:sz w:val="16"/>
              </w:rPr>
              <w:t>Very Low</w:t>
            </w:r>
          </w:p>
        </w:tc>
        <w:tc>
          <w:tcPr>
            <w:tcW w:type="dxa" w:w="948"/>
          </w:tcPr>
          <w:p>
            <w:pPr>
              <w:spacing w:after="0"/>
              <w:jc w:val="right"/>
            </w:pPr>
            <w:r>
              <w:rPr>
                <w:sz w:val="16"/>
              </w:rPr>
              <w:t>$19,415</w:t>
            </w:r>
          </w:p>
        </w:tc>
        <w:tc>
          <w:tcPr>
            <w:tcW w:type="dxa" w:w="1126"/>
          </w:tcPr>
          <w:p>
            <w:pPr>
              <w:spacing w:after="0"/>
              <w:jc w:val="right"/>
            </w:pPr>
            <w:r>
              <w:rPr>
                <w:sz w:val="16"/>
              </w:rPr>
              <w:t>$27</w:t>
            </w:r>
          </w:p>
        </w:tc>
        <w:tc>
          <w:tcPr>
            <w:tcW w:type="dxa" w:w="1383"/>
          </w:tcPr>
          <w:p>
            <w:pPr>
              <w:spacing w:after="0"/>
              <w:jc w:val="right"/>
            </w:pPr>
            <w:r>
              <w:rPr>
                <w:sz w:val="16"/>
              </w:rPr>
              <w:t>$769</w:t>
            </w:r>
          </w:p>
        </w:tc>
        <w:tc>
          <w:tcPr>
            <w:tcW w:type="dxa" w:w="1081"/>
          </w:tcPr>
          <w:p>
            <w:pPr>
              <w:spacing w:after="0"/>
              <w:jc w:val="right"/>
            </w:pPr>
            <w:r>
              <w:rPr>
                <w:sz w:val="16"/>
              </w:rPr>
              <w:t>$20,211</w:t>
            </w:r>
          </w:p>
        </w:tc>
        <w:tc>
          <w:tcPr>
            <w:tcW w:type="dxa" w:w="1416"/>
          </w:tcPr>
          <w:p>
            <w:pPr>
              <w:spacing w:after="0"/>
              <w:jc w:val="right"/>
            </w:pPr>
            <w:r>
              <w:rPr>
                <w:sz w:val="16"/>
              </w:rPr>
              <w:t>0</w:t>
            </w:r>
          </w:p>
        </w:tc>
        <w:tc>
          <w:tcPr>
            <w:tcW w:type="dxa" w:w="1717"/>
          </w:tcPr>
          <w:p>
            <w:pPr>
              <w:spacing w:after="0"/>
              <w:jc w:val="left"/>
            </w:pPr>
          </w:p>
        </w:tc>
        <w:tc>
          <w:tcPr>
            <w:tcW w:type="dxa" w:w="218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1"/>
          </w:tcPr>
          <w:p>
            <w:pPr>
              <w:spacing w:after="0"/>
              <w:jc w:val="right"/>
            </w:pPr>
            <w:r>
              <w:rPr>
                <w:sz w:val="16"/>
              </w:rPr>
              <w:t>8</w:t>
            </w:r>
          </w:p>
        </w:tc>
        <w:tc>
          <w:tcPr>
            <w:tcW w:type="dxa" w:w="1037"/>
          </w:tcPr>
          <w:p>
            <w:pPr>
              <w:spacing w:after="0"/>
              <w:jc w:val="left"/>
            </w:pPr>
            <w:r>
              <w:rPr>
                <w:sz w:val="16"/>
              </w:rPr>
              <w:t>Winter Weather</w:t>
            </w:r>
          </w:p>
        </w:tc>
        <w:tc>
          <w:tcPr>
            <w:tcW w:type="dxa" w:w="1260"/>
          </w:tcPr>
          <w:p>
            <w:pPr>
              <w:spacing w:after="0"/>
              <w:jc w:val="left"/>
            </w:pPr>
            <w:r>
              <w:rPr>
                <w:sz w:val="16"/>
              </w:rPr>
              <w:t>Very Low</w:t>
            </w:r>
          </w:p>
        </w:tc>
        <w:tc>
          <w:tcPr>
            <w:tcW w:type="dxa" w:w="1260"/>
          </w:tcPr>
          <w:p>
            <w:pPr>
              <w:spacing w:after="0"/>
              <w:jc w:val="left"/>
            </w:pPr>
            <w:r>
              <w:rPr>
                <w:sz w:val="16"/>
              </w:rPr>
              <w:t>Relatively Low</w:t>
            </w:r>
          </w:p>
        </w:tc>
        <w:tc>
          <w:tcPr>
            <w:tcW w:type="dxa" w:w="948"/>
          </w:tcPr>
          <w:p>
            <w:pPr>
              <w:spacing w:after="0"/>
              <w:jc w:val="right"/>
            </w:pPr>
            <w:r>
              <w:rPr>
                <w:sz w:val="16"/>
              </w:rPr>
              <w:t>$2,670</w:t>
            </w:r>
          </w:p>
        </w:tc>
        <w:tc>
          <w:tcPr>
            <w:tcW w:type="dxa" w:w="1126"/>
          </w:tcPr>
          <w:p>
            <w:pPr>
              <w:spacing w:after="0"/>
              <w:jc w:val="right"/>
            </w:pPr>
            <w:r>
              <w:rPr>
                <w:sz w:val="16"/>
              </w:rPr>
              <w:t>$98</w:t>
            </w:r>
          </w:p>
        </w:tc>
        <w:tc>
          <w:tcPr>
            <w:tcW w:type="dxa" w:w="1383"/>
          </w:tcPr>
          <w:p>
            <w:pPr>
              <w:spacing w:after="0"/>
              <w:jc w:val="right"/>
            </w:pPr>
            <w:r>
              <w:rPr>
                <w:sz w:val="16"/>
              </w:rPr>
              <w:t>$10,542</w:t>
            </w:r>
          </w:p>
        </w:tc>
        <w:tc>
          <w:tcPr>
            <w:tcW w:type="dxa" w:w="1081"/>
          </w:tcPr>
          <w:p>
            <w:pPr>
              <w:spacing w:after="0"/>
              <w:jc w:val="right"/>
            </w:pPr>
            <w:r>
              <w:rPr>
                <w:sz w:val="16"/>
              </w:rPr>
              <w:t>$13,310</w:t>
            </w:r>
          </w:p>
        </w:tc>
        <w:tc>
          <w:tcPr>
            <w:tcW w:type="dxa" w:w="1416"/>
          </w:tcPr>
          <w:p>
            <w:pPr>
              <w:spacing w:after="0"/>
              <w:jc w:val="right"/>
            </w:pPr>
            <w:r>
              <w:rPr>
                <w:sz w:val="16"/>
              </w:rPr>
              <w:t>58</w:t>
            </w:r>
          </w:p>
        </w:tc>
        <w:tc>
          <w:tcPr>
            <w:tcW w:type="dxa" w:w="1717"/>
          </w:tcPr>
          <w:p>
            <w:pPr>
              <w:spacing w:after="0"/>
              <w:jc w:val="left"/>
            </w:pPr>
          </w:p>
        </w:tc>
        <w:tc>
          <w:tcPr>
            <w:tcW w:type="dxa" w:w="2183"/>
          </w:tcPr>
          <w:p>
            <w:pPr>
              <w:spacing w:after="0"/>
              <w:jc w:val="left"/>
            </w:pPr>
          </w:p>
        </w:tc>
      </w:tr>
      <w:tr>
        <w:trPr>
          <w:cantSplit/>
        </w:trPr>
        <w:tc>
          <w:tcPr>
            <w:tcW w:type="dxa" w:w="701"/>
          </w:tcPr>
          <w:p>
            <w:pPr>
              <w:spacing w:after="0"/>
              <w:jc w:val="right"/>
            </w:pPr>
            <w:r>
              <w:rPr>
                <w:sz w:val="16"/>
              </w:rPr>
              <w:t>9</w:t>
            </w:r>
          </w:p>
        </w:tc>
        <w:tc>
          <w:tcPr>
            <w:tcW w:type="dxa" w:w="1037"/>
          </w:tcPr>
          <w:p>
            <w:pPr>
              <w:spacing w:after="0"/>
              <w:jc w:val="left"/>
            </w:pPr>
            <w:r>
              <w:rPr>
                <w:sz w:val="16"/>
              </w:rPr>
              <w:t>Lightning</w:t>
            </w:r>
          </w:p>
        </w:tc>
        <w:tc>
          <w:tcPr>
            <w:tcW w:type="dxa" w:w="1260"/>
          </w:tcPr>
          <w:p>
            <w:pPr>
              <w:spacing w:after="0"/>
              <w:jc w:val="left"/>
            </w:pPr>
            <w:r>
              <w:rPr>
                <w:sz w:val="16"/>
              </w:rPr>
              <w:t>Very Low</w:t>
            </w:r>
          </w:p>
        </w:tc>
        <w:tc>
          <w:tcPr>
            <w:tcW w:type="dxa" w:w="1260"/>
          </w:tcPr>
          <w:p>
            <w:pPr>
              <w:spacing w:after="0"/>
              <w:jc w:val="left"/>
            </w:pPr>
            <w:r>
              <w:rPr>
                <w:sz w:val="16"/>
              </w:rPr>
              <w:t>Very Low</w:t>
            </w:r>
          </w:p>
        </w:tc>
        <w:tc>
          <w:tcPr>
            <w:tcW w:type="dxa" w:w="948"/>
          </w:tcPr>
          <w:p>
            <w:pPr>
              <w:spacing w:after="0"/>
              <w:jc w:val="right"/>
            </w:pPr>
            <w:r>
              <w:rPr>
                <w:sz w:val="16"/>
              </w:rPr>
              <w:t>$1,137</w:t>
            </w:r>
          </w:p>
        </w:tc>
        <w:tc>
          <w:tcPr>
            <w:tcW w:type="dxa" w:w="1126"/>
          </w:tcPr>
          <w:p>
            <w:pPr>
              <w:spacing w:after="0"/>
              <w:jc w:val="right"/>
            </w:pPr>
          </w:p>
        </w:tc>
        <w:tc>
          <w:tcPr>
            <w:tcW w:type="dxa" w:w="1383"/>
          </w:tcPr>
          <w:p>
            <w:pPr>
              <w:spacing w:after="0"/>
              <w:jc w:val="right"/>
            </w:pPr>
            <w:r>
              <w:rPr>
                <w:sz w:val="16"/>
              </w:rPr>
              <w:t>$7,828</w:t>
            </w:r>
          </w:p>
        </w:tc>
        <w:tc>
          <w:tcPr>
            <w:tcW w:type="dxa" w:w="1081"/>
          </w:tcPr>
          <w:p>
            <w:pPr>
              <w:spacing w:after="0"/>
              <w:jc w:val="right"/>
            </w:pPr>
            <w:r>
              <w:rPr>
                <w:sz w:val="16"/>
              </w:rPr>
              <w:t>$8,965</w:t>
            </w:r>
          </w:p>
        </w:tc>
        <w:tc>
          <w:tcPr>
            <w:tcW w:type="dxa" w:w="1416"/>
          </w:tcPr>
          <w:p>
            <w:pPr>
              <w:spacing w:after="0"/>
              <w:jc w:val="right"/>
            </w:pPr>
            <w:r>
              <w:rPr>
                <w:sz w:val="16"/>
              </w:rPr>
              <w:t>1</w:t>
            </w:r>
          </w:p>
        </w:tc>
        <w:tc>
          <w:tcPr>
            <w:tcW w:type="dxa" w:w="1717"/>
          </w:tcPr>
          <w:p>
            <w:pPr>
              <w:spacing w:after="0"/>
              <w:jc w:val="left"/>
            </w:pPr>
          </w:p>
        </w:tc>
        <w:tc>
          <w:tcPr>
            <w:tcW w:type="dxa" w:w="2183"/>
          </w:tcPr>
          <w:p>
            <w:pPr>
              <w:spacing w:after="0"/>
              <w:jc w:val="left"/>
            </w:pPr>
          </w:p>
        </w:tc>
      </w:tr>
      <w:tr>
        <w:trPr>
          <w:cantSplit/>
        </w:trPr>
        <w:tc>
          <w:tcPr>
            <w:tcW w:type="dxa" w:w="701"/>
          </w:tcPr>
          <w:p>
            <w:pPr>
              <w:spacing w:after="0"/>
              <w:jc w:val="right"/>
            </w:pPr>
            <w:r>
              <w:rPr>
                <w:sz w:val="16"/>
              </w:rPr>
              <w:t>10</w:t>
            </w:r>
          </w:p>
        </w:tc>
        <w:tc>
          <w:tcPr>
            <w:tcW w:type="dxa" w:w="1037"/>
          </w:tcPr>
          <w:p>
            <w:pPr>
              <w:spacing w:after="0"/>
              <w:jc w:val="left"/>
            </w:pPr>
            <w:r>
              <w:rPr>
                <w:sz w:val="16"/>
              </w:rPr>
              <w:t>Ice Storm</w:t>
            </w:r>
          </w:p>
        </w:tc>
        <w:tc>
          <w:tcPr>
            <w:tcW w:type="dxa" w:w="1260"/>
          </w:tcPr>
          <w:p>
            <w:pPr>
              <w:spacing w:after="0"/>
              <w:jc w:val="left"/>
            </w:pPr>
            <w:r>
              <w:rPr>
                <w:sz w:val="16"/>
              </w:rPr>
              <w:t>Very Low</w:t>
            </w:r>
          </w:p>
        </w:tc>
        <w:tc>
          <w:tcPr>
            <w:tcW w:type="dxa" w:w="1260"/>
          </w:tcPr>
          <w:p>
            <w:pPr>
              <w:spacing w:after="0"/>
              <w:jc w:val="left"/>
            </w:pPr>
            <w:r>
              <w:rPr>
                <w:sz w:val="16"/>
              </w:rPr>
              <w:t>Very Low</w:t>
            </w:r>
          </w:p>
        </w:tc>
        <w:tc>
          <w:tcPr>
            <w:tcW w:type="dxa" w:w="948"/>
          </w:tcPr>
          <w:p>
            <w:pPr>
              <w:spacing w:after="0"/>
              <w:jc w:val="right"/>
            </w:pPr>
            <w:r>
              <w:rPr>
                <w:sz w:val="16"/>
              </w:rPr>
              <w:t>$5,553</w:t>
            </w:r>
          </w:p>
        </w:tc>
        <w:tc>
          <w:tcPr>
            <w:tcW w:type="dxa" w:w="1126"/>
          </w:tcPr>
          <w:p>
            <w:pPr>
              <w:spacing w:after="0"/>
              <w:jc w:val="right"/>
            </w:pPr>
          </w:p>
        </w:tc>
        <w:tc>
          <w:tcPr>
            <w:tcW w:type="dxa" w:w="1383"/>
          </w:tcPr>
          <w:p>
            <w:pPr>
              <w:spacing w:after="0"/>
              <w:jc w:val="right"/>
            </w:pPr>
            <w:r>
              <w:rPr>
                <w:sz w:val="16"/>
              </w:rPr>
              <w:t>$2,318</w:t>
            </w:r>
          </w:p>
        </w:tc>
        <w:tc>
          <w:tcPr>
            <w:tcW w:type="dxa" w:w="1081"/>
          </w:tcPr>
          <w:p>
            <w:pPr>
              <w:spacing w:after="0"/>
              <w:jc w:val="right"/>
            </w:pPr>
            <w:r>
              <w:rPr>
                <w:sz w:val="16"/>
              </w:rPr>
              <w:t>$7,871</w:t>
            </w:r>
          </w:p>
        </w:tc>
        <w:tc>
          <w:tcPr>
            <w:tcW w:type="dxa" w:w="1416"/>
          </w:tcPr>
          <w:p>
            <w:pPr>
              <w:spacing w:after="0"/>
              <w:jc w:val="right"/>
            </w:pPr>
            <w:r>
              <w:rPr>
                <w:sz w:val="16"/>
              </w:rPr>
              <w:t>2</w:t>
            </w:r>
          </w:p>
        </w:tc>
        <w:tc>
          <w:tcPr>
            <w:tcW w:type="dxa" w:w="1717"/>
          </w:tcPr>
          <w:p>
            <w:pPr>
              <w:spacing w:after="0"/>
              <w:jc w:val="left"/>
            </w:pPr>
          </w:p>
        </w:tc>
        <w:tc>
          <w:tcPr>
            <w:tcW w:type="dxa" w:w="2183"/>
          </w:tcPr>
          <w:p>
            <w:pPr>
              <w:spacing w:after="0"/>
              <w:jc w:val="left"/>
            </w:pPr>
          </w:p>
        </w:tc>
      </w:tr>
      <w:tr>
        <w:trPr>
          <w:cantSplit/>
        </w:trPr>
        <w:tc>
          <w:tcPr>
            <w:tcW w:type="dxa" w:w="701"/>
          </w:tcPr>
          <w:p>
            <w:pPr>
              <w:spacing w:after="0"/>
              <w:jc w:val="right"/>
            </w:pPr>
            <w:r>
              <w:rPr>
                <w:sz w:val="16"/>
              </w:rPr>
              <w:t>11</w:t>
            </w:r>
          </w:p>
        </w:tc>
        <w:tc>
          <w:tcPr>
            <w:tcW w:type="dxa" w:w="1037"/>
          </w:tcPr>
          <w:p>
            <w:pPr>
              <w:spacing w:after="0"/>
              <w:jc w:val="left"/>
            </w:pPr>
            <w:r>
              <w:rPr>
                <w:sz w:val="16"/>
              </w:rPr>
              <w:t>Heat Wave</w:t>
            </w:r>
          </w:p>
        </w:tc>
        <w:tc>
          <w:tcPr>
            <w:tcW w:type="dxa" w:w="1260"/>
          </w:tcPr>
          <w:p>
            <w:pPr>
              <w:spacing w:after="0"/>
              <w:jc w:val="left"/>
            </w:pPr>
            <w:r>
              <w:rPr>
                <w:sz w:val="16"/>
              </w:rPr>
              <w:t>Very Low</w:t>
            </w:r>
          </w:p>
        </w:tc>
        <w:tc>
          <w:tcPr>
            <w:tcW w:type="dxa" w:w="1260"/>
          </w:tcPr>
          <w:p>
            <w:pPr>
              <w:spacing w:after="0"/>
              <w:jc w:val="left"/>
            </w:pPr>
            <w:r>
              <w:rPr>
                <w:sz w:val="16"/>
              </w:rPr>
              <w:t>Very Low</w:t>
            </w:r>
          </w:p>
        </w:tc>
        <w:tc>
          <w:tcPr>
            <w:tcW w:type="dxa" w:w="948"/>
          </w:tcPr>
          <w:p>
            <w:pPr>
              <w:spacing w:after="0"/>
              <w:jc w:val="right"/>
            </w:pPr>
            <w:r>
              <w:rPr>
                <w:sz w:val="16"/>
              </w:rPr>
              <w:t>$205</w:t>
            </w:r>
          </w:p>
        </w:tc>
        <w:tc>
          <w:tcPr>
            <w:tcW w:type="dxa" w:w="1126"/>
          </w:tcPr>
          <w:p>
            <w:pPr>
              <w:spacing w:after="0"/>
              <w:jc w:val="right"/>
            </w:pPr>
            <w:r>
              <w:rPr>
                <w:sz w:val="16"/>
              </w:rPr>
              <w:t>$1</w:t>
            </w:r>
          </w:p>
        </w:tc>
        <w:tc>
          <w:tcPr>
            <w:tcW w:type="dxa" w:w="1383"/>
          </w:tcPr>
          <w:p>
            <w:pPr>
              <w:spacing w:after="0"/>
              <w:jc w:val="right"/>
            </w:pPr>
            <w:r>
              <w:rPr>
                <w:sz w:val="16"/>
              </w:rPr>
              <w:t>$7,632</w:t>
            </w:r>
          </w:p>
        </w:tc>
        <w:tc>
          <w:tcPr>
            <w:tcW w:type="dxa" w:w="1081"/>
          </w:tcPr>
          <w:p>
            <w:pPr>
              <w:spacing w:after="0"/>
              <w:jc w:val="right"/>
            </w:pPr>
            <w:r>
              <w:rPr>
                <w:sz w:val="16"/>
              </w:rPr>
              <w:t>$7,837</w:t>
            </w:r>
          </w:p>
        </w:tc>
        <w:tc>
          <w:tcPr>
            <w:tcW w:type="dxa" w:w="1416"/>
          </w:tcPr>
          <w:p>
            <w:pPr>
              <w:spacing w:after="0"/>
              <w:jc w:val="right"/>
            </w:pPr>
            <w:r>
              <w:rPr>
                <w:sz w:val="16"/>
              </w:rPr>
              <w:t>1</w:t>
            </w:r>
          </w:p>
        </w:tc>
        <w:tc>
          <w:tcPr>
            <w:tcW w:type="dxa" w:w="1717"/>
          </w:tcPr>
          <w:p>
            <w:pPr>
              <w:spacing w:after="0"/>
              <w:jc w:val="left"/>
            </w:pPr>
          </w:p>
        </w:tc>
        <w:tc>
          <w:tcPr>
            <w:tcW w:type="dxa" w:w="2183"/>
          </w:tcPr>
          <w:p>
            <w:pPr>
              <w:spacing w:after="0"/>
              <w:jc w:val="left"/>
            </w:pPr>
          </w:p>
        </w:tc>
      </w:tr>
      <w:tr>
        <w:trPr>
          <w:cantSplit/>
        </w:trPr>
        <w:tc>
          <w:tcPr>
            <w:tcW w:type="dxa" w:w="701"/>
          </w:tcPr>
          <w:p>
            <w:pPr>
              <w:spacing w:after="0"/>
              <w:jc w:val="right"/>
            </w:pPr>
            <w:r>
              <w:rPr>
                <w:sz w:val="16"/>
              </w:rPr>
              <w:t>12</w:t>
            </w:r>
          </w:p>
        </w:tc>
        <w:tc>
          <w:tcPr>
            <w:tcW w:type="dxa" w:w="1037"/>
          </w:tcPr>
          <w:p>
            <w:pPr>
              <w:spacing w:after="0"/>
              <w:jc w:val="left"/>
            </w:pPr>
            <w:r>
              <w:rPr>
                <w:sz w:val="16"/>
              </w:rPr>
              <w:t>Earthquake</w:t>
            </w:r>
          </w:p>
        </w:tc>
        <w:tc>
          <w:tcPr>
            <w:tcW w:type="dxa" w:w="1260"/>
          </w:tcPr>
          <w:p>
            <w:pPr>
              <w:spacing w:after="0"/>
              <w:jc w:val="left"/>
            </w:pPr>
            <w:r>
              <w:rPr>
                <w:sz w:val="16"/>
              </w:rPr>
              <w:t>Very Low</w:t>
            </w:r>
          </w:p>
        </w:tc>
        <w:tc>
          <w:tcPr>
            <w:tcW w:type="dxa" w:w="1260"/>
          </w:tcPr>
          <w:p>
            <w:pPr>
              <w:spacing w:after="0"/>
              <w:jc w:val="left"/>
            </w:pPr>
            <w:r>
              <w:rPr>
                <w:sz w:val="16"/>
              </w:rPr>
              <w:t>Very Low</w:t>
            </w:r>
          </w:p>
        </w:tc>
        <w:tc>
          <w:tcPr>
            <w:tcW w:type="dxa" w:w="948"/>
          </w:tcPr>
          <w:p>
            <w:pPr>
              <w:spacing w:after="0"/>
              <w:jc w:val="right"/>
            </w:pPr>
            <w:r>
              <w:rPr>
                <w:sz w:val="16"/>
              </w:rPr>
              <w:t>$1,419</w:t>
            </w:r>
          </w:p>
        </w:tc>
        <w:tc>
          <w:tcPr>
            <w:tcW w:type="dxa" w:w="1126"/>
          </w:tcPr>
          <w:p>
            <w:pPr>
              <w:spacing w:after="0"/>
              <w:jc w:val="right"/>
            </w:pPr>
          </w:p>
        </w:tc>
        <w:tc>
          <w:tcPr>
            <w:tcW w:type="dxa" w:w="1383"/>
          </w:tcPr>
          <w:p>
            <w:pPr>
              <w:spacing w:after="0"/>
              <w:jc w:val="right"/>
            </w:pPr>
            <w:r>
              <w:rPr>
                <w:sz w:val="16"/>
              </w:rPr>
              <w:t>$140</w:t>
            </w:r>
          </w:p>
        </w:tc>
        <w:tc>
          <w:tcPr>
            <w:tcW w:type="dxa" w:w="1081"/>
          </w:tcPr>
          <w:p>
            <w:pPr>
              <w:spacing w:after="0"/>
              <w:jc w:val="right"/>
            </w:pPr>
            <w:r>
              <w:rPr>
                <w:sz w:val="16"/>
              </w:rPr>
              <w:t>$1,559</w:t>
            </w:r>
          </w:p>
        </w:tc>
        <w:tc>
          <w:tcPr>
            <w:tcW w:type="dxa" w:w="1416"/>
          </w:tcPr>
          <w:p>
            <w:pPr>
              <w:spacing w:after="0"/>
              <w:jc w:val="right"/>
            </w:pPr>
          </w:p>
        </w:tc>
        <w:tc>
          <w:tcPr>
            <w:tcW w:type="dxa" w:w="1717"/>
          </w:tcPr>
          <w:p>
            <w:pPr>
              <w:spacing w:after="0"/>
              <w:jc w:val="left"/>
            </w:pPr>
          </w:p>
        </w:tc>
        <w:tc>
          <w:tcPr>
            <w:tcW w:type="dxa" w:w="2183"/>
          </w:tcPr>
          <w:p>
            <w:pPr>
              <w:spacing w:after="0"/>
              <w:jc w:val="left"/>
            </w:pPr>
            <w:r>
              <w:rPr>
                <w:sz w:val="16"/>
              </w:rPr>
              <w:t>Not in Storm Events. Storm Events coverage of this hazard is limited; absence is not evidence of low risk.</w:t>
            </w:r>
          </w:p>
        </w:tc>
      </w:tr>
      <w:tr>
        <w:trPr>
          <w:cantSplit/>
        </w:trPr>
        <w:tc>
          <w:tcPr>
            <w:tcW w:type="dxa" w:w="701"/>
          </w:tcPr>
          <w:p>
            <w:pPr>
              <w:spacing w:after="0"/>
              <w:jc w:val="right"/>
            </w:pPr>
            <w:r>
              <w:rPr>
                <w:sz w:val="16"/>
              </w:rPr>
              <w:t>13</w:t>
            </w:r>
          </w:p>
        </w:tc>
        <w:tc>
          <w:tcPr>
            <w:tcW w:type="dxa" w:w="1037"/>
          </w:tcPr>
          <w:p>
            <w:pPr>
              <w:spacing w:after="0"/>
              <w:jc w:val="left"/>
            </w:pPr>
            <w:r>
              <w:rPr>
                <w:sz w:val="16"/>
              </w:rPr>
              <w:t>Landslide</w:t>
            </w:r>
          </w:p>
        </w:tc>
        <w:tc>
          <w:tcPr>
            <w:tcW w:type="dxa" w:w="1260"/>
          </w:tcPr>
          <w:p>
            <w:pPr>
              <w:spacing w:after="0"/>
              <w:jc w:val="left"/>
            </w:pPr>
            <w:r>
              <w:rPr>
                <w:sz w:val="16"/>
              </w:rPr>
              <w:t>Very Low</w:t>
            </w:r>
          </w:p>
        </w:tc>
        <w:tc>
          <w:tcPr>
            <w:tcW w:type="dxa" w:w="1260"/>
          </w:tcPr>
          <w:p>
            <w:pPr>
              <w:spacing w:after="0"/>
              <w:jc w:val="left"/>
            </w:pPr>
            <w:r>
              <w:rPr>
                <w:sz w:val="16"/>
              </w:rPr>
              <w:t>Very Low</w:t>
            </w:r>
          </w:p>
        </w:tc>
        <w:tc>
          <w:tcPr>
            <w:tcW w:type="dxa" w:w="948"/>
          </w:tcPr>
          <w:p>
            <w:pPr>
              <w:spacing w:after="0"/>
              <w:jc w:val="right"/>
            </w:pPr>
            <w:r>
              <w:rPr>
                <w:sz w:val="16"/>
              </w:rPr>
              <w:t>$23</w:t>
            </w:r>
          </w:p>
        </w:tc>
        <w:tc>
          <w:tcPr>
            <w:tcW w:type="dxa" w:w="1126"/>
          </w:tcPr>
          <w:p>
            <w:pPr>
              <w:spacing w:after="0"/>
              <w:jc w:val="right"/>
            </w:pPr>
          </w:p>
        </w:tc>
        <w:tc>
          <w:tcPr>
            <w:tcW w:type="dxa" w:w="1383"/>
          </w:tcPr>
          <w:p>
            <w:pPr>
              <w:spacing w:after="0"/>
              <w:jc w:val="right"/>
            </w:pPr>
            <w:r>
              <w:rPr>
                <w:sz w:val="16"/>
              </w:rPr>
              <w:t>$23</w:t>
            </w:r>
          </w:p>
        </w:tc>
        <w:tc>
          <w:tcPr>
            <w:tcW w:type="dxa" w:w="1081"/>
          </w:tcPr>
          <w:p>
            <w:pPr>
              <w:spacing w:after="0"/>
              <w:jc w:val="right"/>
            </w:pPr>
            <w:r>
              <w:rPr>
                <w:sz w:val="16"/>
              </w:rPr>
              <w:t>$46</w:t>
            </w:r>
          </w:p>
        </w:tc>
        <w:tc>
          <w:tcPr>
            <w:tcW w:type="dxa" w:w="1416"/>
          </w:tcPr>
          <w:p>
            <w:pPr>
              <w:spacing w:after="0"/>
              <w:jc w:val="right"/>
            </w:pPr>
            <w:r>
              <w:rPr>
                <w:sz w:val="16"/>
              </w:rPr>
              <w:t>0</w:t>
            </w:r>
          </w:p>
        </w:tc>
        <w:tc>
          <w:tcPr>
            <w:tcW w:type="dxa" w:w="1717"/>
          </w:tcPr>
          <w:p>
            <w:pPr>
              <w:spacing w:after="0"/>
              <w:jc w:val="left"/>
            </w:pPr>
          </w:p>
        </w:tc>
        <w:tc>
          <w:tcPr>
            <w:tcW w:type="dxa" w:w="218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1"/>
          </w:tcPr>
          <w:p>
            <w:pPr>
              <w:spacing w:after="0"/>
              <w:jc w:val="right"/>
            </w:pPr>
          </w:p>
        </w:tc>
        <w:tc>
          <w:tcPr>
            <w:tcW w:type="dxa" w:w="1037"/>
          </w:tcPr>
          <w:p>
            <w:pPr>
              <w:spacing w:after="0"/>
              <w:jc w:val="left"/>
            </w:pPr>
            <w:r>
              <w:rPr>
                <w:sz w:val="16"/>
              </w:rPr>
              <w:t>Avalanche</w:t>
            </w:r>
          </w:p>
        </w:tc>
        <w:tc>
          <w:tcPr>
            <w:tcW w:type="dxa" w:w="1260"/>
          </w:tcPr>
          <w:p>
            <w:pPr>
              <w:spacing w:after="0"/>
              <w:jc w:val="left"/>
            </w:pPr>
            <w:r>
              <w:rPr>
                <w:sz w:val="16"/>
              </w:rPr>
              <w:t>Not Applicable</w:t>
            </w:r>
          </w:p>
        </w:tc>
        <w:tc>
          <w:tcPr>
            <w:tcW w:type="dxa" w:w="1260"/>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83"/>
          </w:tcPr>
          <w:p>
            <w:pPr>
              <w:spacing w:after="0"/>
              <w:jc w:val="right"/>
            </w:pPr>
          </w:p>
        </w:tc>
        <w:tc>
          <w:tcPr>
            <w:tcW w:type="dxa" w:w="1081"/>
          </w:tcPr>
          <w:p>
            <w:pPr>
              <w:spacing w:after="0"/>
              <w:jc w:val="right"/>
            </w:pPr>
          </w:p>
        </w:tc>
        <w:tc>
          <w:tcPr>
            <w:tcW w:type="dxa" w:w="1416"/>
          </w:tcPr>
          <w:p>
            <w:pPr>
              <w:spacing w:after="0"/>
              <w:jc w:val="right"/>
            </w:pPr>
            <w:r>
              <w:rPr>
                <w:sz w:val="16"/>
              </w:rPr>
              <w:t>0</w:t>
            </w:r>
          </w:p>
        </w:tc>
        <w:tc>
          <w:tcPr>
            <w:tcW w:type="dxa" w:w="1717"/>
          </w:tcPr>
          <w:p>
            <w:pPr>
              <w:spacing w:after="0"/>
              <w:jc w:val="left"/>
            </w:pPr>
            <w:r>
              <w:rPr>
                <w:sz w:val="16"/>
              </w:rPr>
              <w:t>NRI rates avalanche Not Applicable for this county, and no federal declaration for this county names it.</w:t>
            </w:r>
          </w:p>
        </w:tc>
        <w:tc>
          <w:tcPr>
            <w:tcW w:type="dxa" w:w="2183"/>
          </w:tcPr>
          <w:p>
            <w:pPr>
              <w:spacing w:after="0"/>
              <w:jc w:val="left"/>
            </w:pPr>
            <w:r>
              <w:rPr>
                <w:sz w:val="16"/>
              </w:rPr>
              <w:t>No recorded events in Storm Events since 1996 (data through 2026-06-30).</w:t>
            </w:r>
          </w:p>
        </w:tc>
      </w:tr>
      <w:tr>
        <w:trPr>
          <w:cantSplit/>
        </w:trPr>
        <w:tc>
          <w:tcPr>
            <w:tcW w:type="dxa" w:w="701"/>
          </w:tcPr>
          <w:p>
            <w:pPr>
              <w:spacing w:after="0"/>
              <w:jc w:val="right"/>
            </w:pPr>
          </w:p>
        </w:tc>
        <w:tc>
          <w:tcPr>
            <w:tcW w:type="dxa" w:w="1037"/>
          </w:tcPr>
          <w:p>
            <w:pPr>
              <w:spacing w:after="0"/>
              <w:jc w:val="left"/>
            </w:pPr>
            <w:r>
              <w:rPr>
                <w:sz w:val="16"/>
              </w:rPr>
              <w:t>Coastal Flooding</w:t>
            </w:r>
          </w:p>
        </w:tc>
        <w:tc>
          <w:tcPr>
            <w:tcW w:type="dxa" w:w="1260"/>
          </w:tcPr>
          <w:p>
            <w:pPr>
              <w:spacing w:after="0"/>
              <w:jc w:val="left"/>
            </w:pPr>
            <w:r>
              <w:rPr>
                <w:sz w:val="16"/>
              </w:rPr>
              <w:t>Not Applicable</w:t>
            </w:r>
          </w:p>
        </w:tc>
        <w:tc>
          <w:tcPr>
            <w:tcW w:type="dxa" w:w="1260"/>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83"/>
          </w:tcPr>
          <w:p>
            <w:pPr>
              <w:spacing w:after="0"/>
              <w:jc w:val="right"/>
            </w:pPr>
          </w:p>
        </w:tc>
        <w:tc>
          <w:tcPr>
            <w:tcW w:type="dxa" w:w="1081"/>
          </w:tcPr>
          <w:p>
            <w:pPr>
              <w:spacing w:after="0"/>
              <w:jc w:val="right"/>
            </w:pPr>
          </w:p>
        </w:tc>
        <w:tc>
          <w:tcPr>
            <w:tcW w:type="dxa" w:w="1416"/>
          </w:tcPr>
          <w:p>
            <w:pPr>
              <w:spacing w:after="0"/>
              <w:jc w:val="right"/>
            </w:pPr>
            <w:r>
              <w:rPr>
                <w:sz w:val="16"/>
              </w:rPr>
              <w:t>0</w:t>
            </w:r>
          </w:p>
        </w:tc>
        <w:tc>
          <w:tcPr>
            <w:tcW w:type="dxa" w:w="1717"/>
          </w:tcPr>
          <w:p>
            <w:pPr>
              <w:spacing w:after="0"/>
              <w:jc w:val="left"/>
            </w:pPr>
            <w:r>
              <w:rPr>
                <w:sz w:val="16"/>
              </w:rPr>
              <w:t>NRI rates coastal flooding Not Applicable for this county, and no federal declaration for this county names it.</w:t>
            </w:r>
          </w:p>
        </w:tc>
        <w:tc>
          <w:tcPr>
            <w:tcW w:type="dxa" w:w="2183"/>
          </w:tcPr>
          <w:p>
            <w:pPr>
              <w:spacing w:after="0"/>
              <w:jc w:val="left"/>
            </w:pPr>
            <w:r>
              <w:rPr>
                <w:sz w:val="16"/>
              </w:rPr>
              <w:t>No recorded events in Storm Events since 1996 (data through 2026-06-30).</w:t>
            </w:r>
          </w:p>
        </w:tc>
      </w:tr>
      <w:tr>
        <w:trPr>
          <w:cantSplit/>
        </w:trPr>
        <w:tc>
          <w:tcPr>
            <w:tcW w:type="dxa" w:w="701"/>
          </w:tcPr>
          <w:p>
            <w:pPr>
              <w:spacing w:after="0"/>
              <w:jc w:val="right"/>
            </w:pPr>
          </w:p>
        </w:tc>
        <w:tc>
          <w:tcPr>
            <w:tcW w:type="dxa" w:w="1037"/>
          </w:tcPr>
          <w:p>
            <w:pPr>
              <w:spacing w:after="0"/>
              <w:jc w:val="left"/>
            </w:pPr>
            <w:r>
              <w:rPr>
                <w:sz w:val="16"/>
              </w:rPr>
              <w:t>Hurricane</w:t>
            </w:r>
          </w:p>
        </w:tc>
        <w:tc>
          <w:tcPr>
            <w:tcW w:type="dxa" w:w="1260"/>
          </w:tcPr>
          <w:p>
            <w:pPr>
              <w:spacing w:after="0"/>
              <w:jc w:val="left"/>
            </w:pPr>
            <w:r>
              <w:rPr>
                <w:sz w:val="16"/>
              </w:rPr>
              <w:t>Not Applicable</w:t>
            </w:r>
          </w:p>
        </w:tc>
        <w:tc>
          <w:tcPr>
            <w:tcW w:type="dxa" w:w="1260"/>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83"/>
          </w:tcPr>
          <w:p>
            <w:pPr>
              <w:spacing w:after="0"/>
              <w:jc w:val="right"/>
            </w:pPr>
          </w:p>
        </w:tc>
        <w:tc>
          <w:tcPr>
            <w:tcW w:type="dxa" w:w="1081"/>
          </w:tcPr>
          <w:p>
            <w:pPr>
              <w:spacing w:after="0"/>
              <w:jc w:val="right"/>
            </w:pPr>
          </w:p>
        </w:tc>
        <w:tc>
          <w:tcPr>
            <w:tcW w:type="dxa" w:w="1416"/>
          </w:tcPr>
          <w:p>
            <w:pPr>
              <w:spacing w:after="0"/>
              <w:jc w:val="right"/>
            </w:pPr>
            <w:r>
              <w:rPr>
                <w:sz w:val="16"/>
              </w:rPr>
              <w:t>0</w:t>
            </w:r>
          </w:p>
        </w:tc>
        <w:tc>
          <w:tcPr>
            <w:tcW w:type="dxa" w:w="1717"/>
          </w:tcPr>
          <w:p>
            <w:pPr>
              <w:spacing w:after="0"/>
              <w:jc w:val="left"/>
            </w:pPr>
            <w:r>
              <w:rPr>
                <w:sz w:val="16"/>
              </w:rPr>
              <w:t>NRI rates hurricane Not Applicable for this county, and no counted federal declaration for this county names it (EM-3245-NE names it but is not counted as a local occurrence; see B1-d).</w:t>
            </w:r>
          </w:p>
        </w:tc>
        <w:tc>
          <w:tcPr>
            <w:tcW w:type="dxa" w:w="2183"/>
          </w:tcPr>
          <w:p>
            <w:pPr>
              <w:spacing w:after="0"/>
              <w:jc w:val="left"/>
            </w:pPr>
            <w:r>
              <w:rPr>
                <w:sz w:val="16"/>
              </w:rPr>
              <w:t>No recorded events in Storm Events since 1996 (data through 2026-06-30).</w:t>
            </w:r>
          </w:p>
        </w:tc>
      </w:tr>
      <w:tr>
        <w:trPr>
          <w:cantSplit/>
        </w:trPr>
        <w:tc>
          <w:tcPr>
            <w:tcW w:type="dxa" w:w="701"/>
          </w:tcPr>
          <w:p>
            <w:pPr>
              <w:spacing w:after="0"/>
              <w:jc w:val="right"/>
            </w:pPr>
          </w:p>
        </w:tc>
        <w:tc>
          <w:tcPr>
            <w:tcW w:type="dxa" w:w="1037"/>
          </w:tcPr>
          <w:p>
            <w:pPr>
              <w:spacing w:after="0"/>
              <w:jc w:val="left"/>
            </w:pPr>
            <w:r>
              <w:rPr>
                <w:sz w:val="16"/>
              </w:rPr>
              <w:t>Tsunami</w:t>
            </w:r>
          </w:p>
        </w:tc>
        <w:tc>
          <w:tcPr>
            <w:tcW w:type="dxa" w:w="1260"/>
          </w:tcPr>
          <w:p>
            <w:pPr>
              <w:spacing w:after="0"/>
              <w:jc w:val="left"/>
            </w:pPr>
            <w:r>
              <w:rPr>
                <w:sz w:val="16"/>
              </w:rPr>
              <w:t>Not Applicable</w:t>
            </w:r>
          </w:p>
        </w:tc>
        <w:tc>
          <w:tcPr>
            <w:tcW w:type="dxa" w:w="1260"/>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83"/>
          </w:tcPr>
          <w:p>
            <w:pPr>
              <w:spacing w:after="0"/>
              <w:jc w:val="right"/>
            </w:pPr>
          </w:p>
        </w:tc>
        <w:tc>
          <w:tcPr>
            <w:tcW w:type="dxa" w:w="1081"/>
          </w:tcPr>
          <w:p>
            <w:pPr>
              <w:spacing w:after="0"/>
              <w:jc w:val="right"/>
            </w:pPr>
          </w:p>
        </w:tc>
        <w:tc>
          <w:tcPr>
            <w:tcW w:type="dxa" w:w="1416"/>
          </w:tcPr>
          <w:p>
            <w:pPr>
              <w:spacing w:after="0"/>
              <w:jc w:val="right"/>
            </w:pPr>
            <w:r>
              <w:rPr>
                <w:sz w:val="16"/>
              </w:rPr>
              <w:t>0</w:t>
            </w:r>
          </w:p>
        </w:tc>
        <w:tc>
          <w:tcPr>
            <w:tcW w:type="dxa" w:w="1717"/>
          </w:tcPr>
          <w:p>
            <w:pPr>
              <w:spacing w:after="0"/>
              <w:jc w:val="left"/>
            </w:pPr>
            <w:r>
              <w:rPr>
                <w:sz w:val="16"/>
              </w:rPr>
              <w:t>NRI rates tsunami Not Applicable for this county, and no federal declaration for this county names it.</w:t>
            </w:r>
          </w:p>
        </w:tc>
        <w:tc>
          <w:tcPr>
            <w:tcW w:type="dxa" w:w="218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1"/>
          </w:tcPr>
          <w:p>
            <w:pPr>
              <w:spacing w:after="0"/>
              <w:jc w:val="right"/>
            </w:pPr>
          </w:p>
        </w:tc>
        <w:tc>
          <w:tcPr>
            <w:tcW w:type="dxa" w:w="1037"/>
          </w:tcPr>
          <w:p>
            <w:pPr>
              <w:spacing w:after="0"/>
              <w:jc w:val="left"/>
            </w:pPr>
            <w:r>
              <w:rPr>
                <w:sz w:val="16"/>
              </w:rPr>
              <w:t>Volcanic Activity</w:t>
            </w:r>
          </w:p>
        </w:tc>
        <w:tc>
          <w:tcPr>
            <w:tcW w:type="dxa" w:w="1260"/>
          </w:tcPr>
          <w:p>
            <w:pPr>
              <w:spacing w:after="0"/>
              <w:jc w:val="left"/>
            </w:pPr>
            <w:r>
              <w:rPr>
                <w:sz w:val="16"/>
              </w:rPr>
              <w:t>Not Applicable</w:t>
            </w:r>
          </w:p>
        </w:tc>
        <w:tc>
          <w:tcPr>
            <w:tcW w:type="dxa" w:w="1260"/>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83"/>
          </w:tcPr>
          <w:p>
            <w:pPr>
              <w:spacing w:after="0"/>
              <w:jc w:val="right"/>
            </w:pPr>
          </w:p>
        </w:tc>
        <w:tc>
          <w:tcPr>
            <w:tcW w:type="dxa" w:w="1081"/>
          </w:tcPr>
          <w:p>
            <w:pPr>
              <w:spacing w:after="0"/>
              <w:jc w:val="right"/>
            </w:pPr>
          </w:p>
        </w:tc>
        <w:tc>
          <w:tcPr>
            <w:tcW w:type="dxa" w:w="1416"/>
          </w:tcPr>
          <w:p>
            <w:pPr>
              <w:spacing w:after="0"/>
              <w:jc w:val="right"/>
            </w:pPr>
            <w:r>
              <w:rPr>
                <w:sz w:val="16"/>
              </w:rPr>
              <w:t>0</w:t>
            </w:r>
          </w:p>
        </w:tc>
        <w:tc>
          <w:tcPr>
            <w:tcW w:type="dxa" w:w="1717"/>
          </w:tcPr>
          <w:p>
            <w:pPr>
              <w:spacing w:after="0"/>
              <w:jc w:val="left"/>
            </w:pPr>
            <w:r>
              <w:rPr>
                <w:sz w:val="16"/>
              </w:rPr>
              <w:t>NRI rates volcanic activity Not Applicable for this county, and no federal declaration for this county names it.</w:t>
            </w:r>
          </w:p>
        </w:tc>
        <w:tc>
          <w:tcPr>
            <w:tcW w:type="dxa" w:w="2183"/>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 of 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62"/>
        <w:gridCol w:w="1751"/>
        <w:gridCol w:w="1578"/>
        <w:gridCol w:w="1976"/>
        <w:gridCol w:w="1453"/>
        <w:gridCol w:w="1672"/>
        <w:gridCol w:w="1649"/>
        <w:gridCol w:w="2272"/>
      </w:tblGrid>
      <w:tr>
        <w:trPr>
          <w:cantSplit/>
          <w:tblHeader/>
        </w:trPr>
        <w:tc>
          <w:tcPr>
            <w:tcW w:type="dxa" w:w="1762"/>
            <w:shd w:val="clear" w:color="auto" w:fill="E8E8E8"/>
          </w:tcPr>
          <w:p>
            <w:pPr>
              <w:spacing w:after="0"/>
              <w:jc w:val="left"/>
            </w:pPr>
            <w:r>
              <w:rPr>
                <w:b/>
                <w:sz w:val="16"/>
              </w:rPr>
              <w:t>Hazard</w:t>
            </w:r>
          </w:p>
        </w:tc>
        <w:tc>
          <w:tcPr>
            <w:tcW w:type="dxa" w:w="1751"/>
            <w:shd w:val="clear" w:color="auto" w:fill="E8E8E8"/>
          </w:tcPr>
          <w:p>
            <w:pPr>
              <w:spacing w:after="0"/>
              <w:jc w:val="left"/>
            </w:pPr>
            <w:r>
              <w:rPr>
                <w:b/>
                <w:sz w:val="16"/>
              </w:rPr>
              <w:t>Scale</w:t>
            </w:r>
          </w:p>
        </w:tc>
        <w:tc>
          <w:tcPr>
            <w:tcW w:type="dxa" w:w="1578"/>
            <w:shd w:val="clear" w:color="auto" w:fill="E8E8E8"/>
          </w:tcPr>
          <w:p>
            <w:pPr>
              <w:spacing w:after="0"/>
              <w:jc w:val="right"/>
            </w:pPr>
            <w:r>
              <w:rPr>
                <w:b/>
                <w:sz w:val="16"/>
              </w:rPr>
              <w:t>Records</w:t>
            </w:r>
          </w:p>
          <w:p>
            <w:pPr>
              <w:spacing w:after="0"/>
              <w:jc w:val="right"/>
            </w:pPr>
            <w:r>
              <w:rPr>
                <w:i/>
                <w:color w:val="555555"/>
                <w:sz w:val="14"/>
              </w:rPr>
              <w:t>count, years</w:t>
            </w:r>
          </w:p>
        </w:tc>
        <w:tc>
          <w:tcPr>
            <w:tcW w:type="dxa" w:w="1976"/>
            <w:shd w:val="clear" w:color="auto" w:fill="E8E8E8"/>
          </w:tcPr>
          <w:p>
            <w:pPr>
              <w:spacing w:after="0"/>
              <w:jc w:val="left"/>
            </w:pPr>
            <w:r>
              <w:rPr>
                <w:b/>
                <w:sz w:val="16"/>
              </w:rPr>
              <w:t>Observed range</w:t>
            </w:r>
          </w:p>
        </w:tc>
        <w:tc>
          <w:tcPr>
            <w:tcW w:type="dxa" w:w="1453"/>
            <w:shd w:val="clear" w:color="auto" w:fill="E8E8E8"/>
          </w:tcPr>
          <w:p>
            <w:pPr>
              <w:spacing w:after="0"/>
              <w:jc w:val="left"/>
            </w:pPr>
            <w:r>
              <w:rPr>
                <w:b/>
                <w:sz w:val="16"/>
              </w:rPr>
              <w:t>Worst recorded event</w:t>
            </w:r>
          </w:p>
        </w:tc>
        <w:tc>
          <w:tcPr>
            <w:tcW w:type="dxa" w:w="1672"/>
            <w:shd w:val="clear" w:color="auto" w:fill="E8E8E8"/>
          </w:tcPr>
          <w:p>
            <w:pPr>
              <w:spacing w:after="0"/>
              <w:jc w:val="left"/>
            </w:pPr>
            <w:r>
              <w:rPr>
                <w:b/>
                <w:sz w:val="16"/>
              </w:rPr>
              <w:t>Most damaging (when different)</w:t>
            </w:r>
          </w:p>
        </w:tc>
        <w:tc>
          <w:tcPr>
            <w:tcW w:type="dxa" w:w="1649"/>
            <w:shd w:val="clear" w:color="auto" w:fill="E8E8E8"/>
          </w:tcPr>
          <w:p>
            <w:pPr>
              <w:spacing w:after="0"/>
              <w:jc w:val="left"/>
            </w:pPr>
            <w:r>
              <w:rPr>
                <w:b/>
                <w:sz w:val="16"/>
              </w:rPr>
              <w:t>How it applies to members</w:t>
            </w:r>
          </w:p>
        </w:tc>
        <w:tc>
          <w:tcPr>
            <w:tcW w:type="dxa" w:w="2272"/>
            <w:shd w:val="clear" w:color="auto" w:fill="E8E8E8"/>
          </w:tcPr>
          <w:p>
            <w:pPr>
              <w:spacing w:after="0"/>
              <w:jc w:val="left"/>
            </w:pPr>
            <w:r>
              <w:rPr>
                <w:b/>
                <w:sz w:val="16"/>
              </w:rPr>
              <w:t>Note</w:t>
            </w:r>
          </w:p>
        </w:tc>
      </w:tr>
      <w:tr>
        <w:trPr>
          <w:cantSplit/>
        </w:trPr>
        <w:tc>
          <w:tcPr>
            <w:tcW w:type="dxa" w:w="1762"/>
          </w:tcPr>
          <w:p>
            <w:pPr>
              <w:spacing w:after="0"/>
              <w:jc w:val="left"/>
            </w:pPr>
            <w:r>
              <w:rPr>
                <w:sz w:val="16"/>
              </w:rPr>
              <w:t>Avalanche</w:t>
            </w:r>
          </w:p>
        </w:tc>
        <w:tc>
          <w:tcPr>
            <w:tcW w:type="dxa" w:w="1751"/>
          </w:tcPr>
          <w:p>
            <w:pPr>
              <w:spacing w:after="0"/>
              <w:jc w:val="left"/>
            </w:pPr>
            <w:r>
              <w:rPr>
                <w:sz w:val="16"/>
              </w:rPr>
              <w:t>none (count and damage)</w:t>
            </w:r>
          </w:p>
        </w:tc>
        <w:tc>
          <w:tcPr>
            <w:tcW w:type="dxa" w:w="1578"/>
          </w:tcPr>
          <w:p>
            <w:pPr>
              <w:spacing w:after="0"/>
              <w:jc w:val="right"/>
            </w:pPr>
            <w:r>
              <w:rPr>
                <w:sz w:val="16"/>
              </w:rPr>
              <w:t>0</w:t>
            </w:r>
          </w:p>
        </w:tc>
        <w:tc>
          <w:tcPr>
            <w:tcW w:type="dxa" w:w="1976"/>
          </w:tcPr>
          <w:p>
            <w:pPr>
              <w:spacing w:after="0"/>
              <w:jc w:val="left"/>
            </w:pPr>
          </w:p>
        </w:tc>
        <w:tc>
          <w:tcPr>
            <w:tcW w:type="dxa" w:w="1453"/>
          </w:tcPr>
          <w:p>
            <w:pPr>
              <w:spacing w:after="0"/>
              <w:jc w:val="left"/>
            </w:pPr>
          </w:p>
        </w:tc>
        <w:tc>
          <w:tcPr>
            <w:tcW w:type="dxa" w:w="1672"/>
          </w:tcPr>
          <w:p>
            <w:pPr>
              <w:spacing w:after="0"/>
              <w:jc w:val="left"/>
            </w:pPr>
          </w:p>
        </w:tc>
        <w:tc>
          <w:tcPr>
            <w:tcW w:type="dxa" w:w="1649"/>
          </w:tcPr>
          <w:p>
            <w:pPr>
              <w:spacing w:after="0"/>
              <w:jc w:val="left"/>
            </w:pPr>
          </w:p>
        </w:tc>
        <w:tc>
          <w:tcPr>
            <w:tcW w:type="dxa" w:w="2272"/>
          </w:tcPr>
          <w:p>
            <w:pPr>
              <w:spacing w:after="0"/>
              <w:jc w:val="left"/>
            </w:pPr>
            <w:r>
              <w:rPr>
                <w:sz w:val="16"/>
              </w:rPr>
              <w:t>Physical measure: in event narratives only; local data required.</w:t>
            </w:r>
          </w:p>
        </w:tc>
      </w:tr>
      <w:tr>
        <w:trPr>
          <w:cantSplit/>
        </w:trPr>
        <w:tc>
          <w:tcPr>
            <w:tcW w:type="dxa" w:w="1762"/>
          </w:tcPr>
          <w:p>
            <w:pPr>
              <w:spacing w:after="0"/>
              <w:jc w:val="left"/>
            </w:pPr>
            <w:r>
              <w:rPr>
                <w:sz w:val="16"/>
              </w:rPr>
              <w:t>Coastal Flood, Storm Surge/Tide</w:t>
            </w:r>
          </w:p>
        </w:tc>
        <w:tc>
          <w:tcPr>
            <w:tcW w:type="dxa" w:w="1751"/>
          </w:tcPr>
          <w:p>
            <w:pPr>
              <w:spacing w:after="0"/>
              <w:jc w:val="left"/>
            </w:pPr>
            <w:r>
              <w:rPr>
                <w:sz w:val="16"/>
              </w:rPr>
              <w:t>none in data (FIRM for depth)</w:t>
            </w:r>
          </w:p>
        </w:tc>
        <w:tc>
          <w:tcPr>
            <w:tcW w:type="dxa" w:w="1578"/>
          </w:tcPr>
          <w:p>
            <w:pPr>
              <w:spacing w:after="0"/>
              <w:jc w:val="right"/>
            </w:pPr>
            <w:r>
              <w:rPr>
                <w:sz w:val="16"/>
              </w:rPr>
              <w:t>0</w:t>
            </w:r>
          </w:p>
        </w:tc>
        <w:tc>
          <w:tcPr>
            <w:tcW w:type="dxa" w:w="1976"/>
          </w:tcPr>
          <w:p>
            <w:pPr>
              <w:spacing w:after="0"/>
              <w:jc w:val="left"/>
            </w:pPr>
          </w:p>
        </w:tc>
        <w:tc>
          <w:tcPr>
            <w:tcW w:type="dxa" w:w="1453"/>
          </w:tcPr>
          <w:p>
            <w:pPr>
              <w:spacing w:after="0"/>
              <w:jc w:val="left"/>
            </w:pPr>
          </w:p>
        </w:tc>
        <w:tc>
          <w:tcPr>
            <w:tcW w:type="dxa" w:w="1672"/>
          </w:tcPr>
          <w:p>
            <w:pPr>
              <w:spacing w:after="0"/>
              <w:jc w:val="left"/>
            </w:pPr>
          </w:p>
        </w:tc>
        <w:tc>
          <w:tcPr>
            <w:tcW w:type="dxa" w:w="1649"/>
          </w:tcPr>
          <w:p>
            <w:pPr>
              <w:spacing w:after="0"/>
              <w:jc w:val="left"/>
            </w:pPr>
          </w:p>
        </w:tc>
        <w:tc>
          <w:tcPr>
            <w:tcW w:type="dxa" w:w="2272"/>
          </w:tcPr>
          <w:p>
            <w:pPr>
              <w:spacing w:after="0"/>
              <w:jc w:val="left"/>
            </w:pPr>
            <w:r>
              <w:rPr>
                <w:sz w:val="16"/>
              </w:rPr>
              <w:t>Flood depth: see the FEMA Flood Insurance Rate Map.</w:t>
            </w:r>
          </w:p>
        </w:tc>
      </w:tr>
      <w:tr>
        <w:trPr>
          <w:cantSplit/>
        </w:trPr>
        <w:tc>
          <w:tcPr>
            <w:tcW w:type="dxa" w:w="1762"/>
          </w:tcPr>
          <w:p>
            <w:pPr>
              <w:spacing w:after="0"/>
              <w:jc w:val="left"/>
            </w:pPr>
            <w:r>
              <w:rPr>
                <w:sz w:val="16"/>
              </w:rPr>
              <w:t>Cold/Wind Chill, Extreme Cold/Wind Chill</w:t>
            </w:r>
          </w:p>
        </w:tc>
        <w:tc>
          <w:tcPr>
            <w:tcW w:type="dxa" w:w="1751"/>
          </w:tcPr>
          <w:p>
            <w:pPr>
              <w:spacing w:after="0"/>
              <w:jc w:val="left"/>
            </w:pPr>
            <w:r>
              <w:rPr>
                <w:sz w:val="16"/>
              </w:rPr>
              <w:t>wind chill</w:t>
            </w:r>
          </w:p>
        </w:tc>
        <w:tc>
          <w:tcPr>
            <w:tcW w:type="dxa" w:w="1578"/>
          </w:tcPr>
          <w:p>
            <w:pPr>
              <w:spacing w:after="0"/>
              <w:jc w:val="right"/>
            </w:pPr>
            <w:r>
              <w:rPr>
                <w:sz w:val="16"/>
              </w:rPr>
              <w:t>15, 1996 to 2025 (15 zone-level)</w:t>
            </w:r>
          </w:p>
        </w:tc>
        <w:tc>
          <w:tcPr>
            <w:tcW w:type="dxa" w:w="1976"/>
          </w:tcPr>
          <w:p>
            <w:pPr>
              <w:spacing w:after="0"/>
              <w:jc w:val="left"/>
            </w:pPr>
            <w:r>
              <w:rPr>
                <w:sz w:val="16"/>
              </w:rPr>
              <w:t>1 day to 5 days (median 2 days); 14 with a recorded value</w:t>
            </w:r>
          </w:p>
        </w:tc>
        <w:tc>
          <w:tcPr>
            <w:tcW w:type="dxa" w:w="1453"/>
          </w:tcPr>
          <w:p>
            <w:pPr>
              <w:spacing w:after="0"/>
              <w:jc w:val="left"/>
            </w:pPr>
            <w:r>
              <w:rPr>
                <w:sz w:val="16"/>
              </w:rPr>
              <w:t>5 consecutive days, 2024-01-12 to 2024-01-16, zone-level</w:t>
            </w:r>
          </w:p>
        </w:tc>
        <w:tc>
          <w:tcPr>
            <w:tcW w:type="dxa" w:w="1672"/>
          </w:tcPr>
          <w:p>
            <w:pPr>
              <w:spacing w:after="0"/>
              <w:jc w:val="left"/>
            </w:pPr>
          </w:p>
        </w:tc>
        <w:tc>
          <w:tcPr>
            <w:tcW w:type="dxa" w:w="1649"/>
          </w:tcPr>
          <w:p>
            <w:pPr>
              <w:spacing w:after="0"/>
              <w:jc w:val="left"/>
            </w:pPr>
            <w:r>
              <w:rPr>
                <w:sz w:val="16"/>
              </w:rPr>
              <w:t>Zone-level records: applies countywide; national data do not locate these events within the county.</w:t>
            </w:r>
          </w:p>
        </w:tc>
        <w:tc>
          <w:tcPr>
            <w:tcW w:type="dxa" w:w="2272"/>
          </w:tcPr>
          <w:p>
            <w:pPr>
              <w:spacing w:after="0"/>
              <w:jc w:val="left"/>
            </w:pPr>
            <w:r>
              <w:rPr>
                <w:sz w:val="16"/>
              </w:rPr>
              <w:t>Wind chill: in event narratives only; local data required.</w:t>
            </w:r>
          </w:p>
        </w:tc>
      </w:tr>
      <w:tr>
        <w:trPr>
          <w:cantSplit/>
        </w:trPr>
        <w:tc>
          <w:tcPr>
            <w:tcW w:type="dxa" w:w="1762"/>
          </w:tcPr>
          <w:p>
            <w:pPr>
              <w:spacing w:after="0"/>
              <w:jc w:val="left"/>
            </w:pPr>
            <w:r>
              <w:rPr>
                <w:sz w:val="16"/>
              </w:rPr>
              <w:t>Frost/Freeze (outside NRI Cold Wave definition)</w:t>
            </w:r>
          </w:p>
        </w:tc>
        <w:tc>
          <w:tcPr>
            <w:tcW w:type="dxa" w:w="1751"/>
          </w:tcPr>
          <w:p>
            <w:pPr>
              <w:spacing w:after="0"/>
              <w:jc w:val="left"/>
            </w:pPr>
            <w:r>
              <w:rPr>
                <w:sz w:val="16"/>
              </w:rPr>
              <w:t>crop damage</w:t>
            </w:r>
          </w:p>
        </w:tc>
        <w:tc>
          <w:tcPr>
            <w:tcW w:type="dxa" w:w="1578"/>
          </w:tcPr>
          <w:p>
            <w:pPr>
              <w:spacing w:after="0"/>
              <w:jc w:val="right"/>
            </w:pPr>
            <w:r>
              <w:rPr>
                <w:sz w:val="16"/>
              </w:rPr>
              <w:t>0</w:t>
            </w:r>
          </w:p>
        </w:tc>
        <w:tc>
          <w:tcPr>
            <w:tcW w:type="dxa" w:w="1976"/>
          </w:tcPr>
          <w:p>
            <w:pPr>
              <w:spacing w:after="0"/>
              <w:jc w:val="left"/>
            </w:pPr>
          </w:p>
        </w:tc>
        <w:tc>
          <w:tcPr>
            <w:tcW w:type="dxa" w:w="1453"/>
          </w:tcPr>
          <w:p>
            <w:pPr>
              <w:spacing w:after="0"/>
              <w:jc w:val="left"/>
            </w:pPr>
          </w:p>
        </w:tc>
        <w:tc>
          <w:tcPr>
            <w:tcW w:type="dxa" w:w="1672"/>
          </w:tcPr>
          <w:p>
            <w:pPr>
              <w:spacing w:after="0"/>
              <w:jc w:val="left"/>
            </w:pPr>
          </w:p>
        </w:tc>
        <w:tc>
          <w:tcPr>
            <w:tcW w:type="dxa" w:w="1649"/>
          </w:tcPr>
          <w:p>
            <w:pPr>
              <w:spacing w:after="0"/>
              <w:jc w:val="left"/>
            </w:pPr>
          </w:p>
        </w:tc>
        <w:tc>
          <w:tcPr>
            <w:tcW w:type="dxa" w:w="2272"/>
          </w:tcPr>
          <w:p>
            <w:pPr>
              <w:spacing w:after="0"/>
              <w:jc w:val="left"/>
            </w:pPr>
            <w:r>
              <w:rPr>
                <w:sz w:val="16"/>
              </w:rPr>
              <w:t>Temperature: in event narratives only; local data required.</w:t>
            </w:r>
          </w:p>
        </w:tc>
      </w:tr>
      <w:tr>
        <w:trPr>
          <w:cantSplit/>
        </w:trPr>
        <w:tc>
          <w:tcPr>
            <w:tcW w:type="dxa" w:w="1762"/>
          </w:tcPr>
          <w:p>
            <w:pPr>
              <w:spacing w:after="0"/>
              <w:jc w:val="left"/>
            </w:pPr>
            <w:r>
              <w:rPr>
                <w:sz w:val="16"/>
              </w:rPr>
              <w:t>Drought</w:t>
            </w:r>
          </w:p>
        </w:tc>
        <w:tc>
          <w:tcPr>
            <w:tcW w:type="dxa" w:w="1751"/>
          </w:tcPr>
          <w:p>
            <w:pPr>
              <w:spacing w:after="0"/>
              <w:jc w:val="left"/>
            </w:pPr>
            <w:r>
              <w:rPr>
                <w:sz w:val="16"/>
              </w:rPr>
              <w:t>US Drought Monitor D-scale</w:t>
            </w:r>
          </w:p>
        </w:tc>
        <w:tc>
          <w:tcPr>
            <w:tcW w:type="dxa" w:w="1578"/>
          </w:tcPr>
          <w:p>
            <w:pPr>
              <w:spacing w:after="0"/>
              <w:jc w:val="right"/>
            </w:pPr>
            <w:r>
              <w:rPr>
                <w:sz w:val="16"/>
              </w:rPr>
              <w:t>51, 2012 to 2026 (51 zone-level)</w:t>
            </w:r>
          </w:p>
        </w:tc>
        <w:tc>
          <w:tcPr>
            <w:tcW w:type="dxa" w:w="1976"/>
          </w:tcPr>
          <w:p>
            <w:pPr>
              <w:spacing w:after="0"/>
              <w:jc w:val="left"/>
            </w:pPr>
            <w:r>
              <w:rPr>
                <w:sz w:val="16"/>
              </w:rPr>
              <w:t>92 days to 577 days (median 122 days); 7 with a recorded value</w:t>
            </w:r>
          </w:p>
        </w:tc>
        <w:tc>
          <w:tcPr>
            <w:tcW w:type="dxa" w:w="1453"/>
          </w:tcPr>
          <w:p>
            <w:pPr>
              <w:spacing w:after="0"/>
              <w:jc w:val="left"/>
            </w:pPr>
            <w:r>
              <w:rPr>
                <w:sz w:val="16"/>
              </w:rPr>
              <w:t>577 days (19 months), 2022-02-01 to 2023-08-31, a run of 19 consecutive Storm Events drought records, zone-level</w:t>
            </w:r>
          </w:p>
        </w:tc>
        <w:tc>
          <w:tcPr>
            <w:tcW w:type="dxa" w:w="1672"/>
          </w:tcPr>
          <w:p>
            <w:pPr>
              <w:spacing w:after="0"/>
              <w:jc w:val="left"/>
            </w:pPr>
            <w:r>
              <w:rPr>
                <w:sz w:val="16"/>
              </w:rPr>
              <w:t>Drought, 2012-07-01, $1,000,000 property; $500,000 crops, reported for the zone (2012 dollars)</w:t>
            </w:r>
          </w:p>
        </w:tc>
        <w:tc>
          <w:tcPr>
            <w:tcW w:type="dxa" w:w="1649"/>
          </w:tcPr>
          <w:p>
            <w:pPr>
              <w:spacing w:after="0"/>
              <w:jc w:val="left"/>
            </w:pPr>
            <w:r>
              <w:rPr>
                <w:sz w:val="16"/>
              </w:rPr>
              <w:t>Zone-level records: applies countywide; national data do not locate these events within the county.</w:t>
            </w:r>
          </w:p>
        </w:tc>
        <w:tc>
          <w:tcPr>
            <w:tcW w:type="dxa" w:w="227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62"/>
          </w:tcPr>
          <w:p>
            <w:pPr>
              <w:spacing w:after="0"/>
              <w:jc w:val="left"/>
            </w:pPr>
            <w:r>
              <w:rPr>
                <w:sz w:val="16"/>
              </w:rPr>
              <w:t>Earthquake</w:t>
            </w:r>
          </w:p>
        </w:tc>
        <w:tc>
          <w:tcPr>
            <w:tcW w:type="dxa" w:w="1751"/>
          </w:tcPr>
          <w:p>
            <w:pPr>
              <w:spacing w:after="0"/>
              <w:jc w:val="left"/>
            </w:pPr>
            <w:r>
              <w:rPr>
                <w:sz w:val="16"/>
              </w:rPr>
              <w:t>Modified Mercalli (local data)</w:t>
            </w:r>
          </w:p>
        </w:tc>
        <w:tc>
          <w:tcPr>
            <w:tcW w:type="dxa" w:w="1578"/>
          </w:tcPr>
          <w:p>
            <w:pPr>
              <w:spacing w:after="0"/>
              <w:jc w:val="right"/>
            </w:pPr>
            <w:r>
              <w:rPr>
                <w:sz w:val="16"/>
              </w:rPr>
              <w:t>0</w:t>
            </w:r>
          </w:p>
        </w:tc>
        <w:tc>
          <w:tcPr>
            <w:tcW w:type="dxa" w:w="1976"/>
          </w:tcPr>
          <w:p>
            <w:pPr>
              <w:spacing w:after="0"/>
              <w:jc w:val="left"/>
            </w:pPr>
          </w:p>
        </w:tc>
        <w:tc>
          <w:tcPr>
            <w:tcW w:type="dxa" w:w="1453"/>
          </w:tcPr>
          <w:p>
            <w:pPr>
              <w:spacing w:after="0"/>
              <w:jc w:val="left"/>
            </w:pPr>
          </w:p>
        </w:tc>
        <w:tc>
          <w:tcPr>
            <w:tcW w:type="dxa" w:w="1672"/>
          </w:tcPr>
          <w:p>
            <w:pPr>
              <w:spacing w:after="0"/>
              <w:jc w:val="left"/>
            </w:pPr>
          </w:p>
        </w:tc>
        <w:tc>
          <w:tcPr>
            <w:tcW w:type="dxa" w:w="1649"/>
          </w:tcPr>
          <w:p>
            <w:pPr>
              <w:spacing w:after="0"/>
              <w:jc w:val="left"/>
            </w:pPr>
          </w:p>
        </w:tc>
        <w:tc>
          <w:tcPr>
            <w:tcW w:type="dxa" w:w="2272"/>
          </w:tcPr>
          <w:p>
            <w:pPr>
              <w:spacing w:after="0"/>
              <w:jc w:val="left"/>
            </w:pPr>
            <w:r>
              <w:rPr>
                <w:sz w:val="16"/>
              </w:rPr>
              <w:t>No Storm Events record; local data required (e.g., USGS).</w:t>
            </w:r>
          </w:p>
        </w:tc>
      </w:tr>
      <w:tr>
        <w:trPr>
          <w:cantSplit/>
        </w:trPr>
        <w:tc>
          <w:tcPr>
            <w:tcW w:type="dxa" w:w="1762"/>
          </w:tcPr>
          <w:p>
            <w:pPr>
              <w:spacing w:after="0"/>
              <w:jc w:val="left"/>
            </w:pPr>
            <w:r>
              <w:rPr>
                <w:sz w:val="16"/>
              </w:rPr>
              <w:t>Hail</w:t>
            </w:r>
          </w:p>
        </w:tc>
        <w:tc>
          <w:tcPr>
            <w:tcW w:type="dxa" w:w="1751"/>
          </w:tcPr>
          <w:p>
            <w:pPr>
              <w:spacing w:after="0"/>
              <w:jc w:val="left"/>
            </w:pPr>
            <w:r>
              <w:rPr>
                <w:sz w:val="16"/>
              </w:rPr>
              <w:t>hail size (inches)</w:t>
            </w:r>
          </w:p>
        </w:tc>
        <w:tc>
          <w:tcPr>
            <w:tcW w:type="dxa" w:w="1578"/>
          </w:tcPr>
          <w:p>
            <w:pPr>
              <w:spacing w:after="0"/>
              <w:jc w:val="right"/>
            </w:pPr>
            <w:r>
              <w:rPr>
                <w:sz w:val="16"/>
              </w:rPr>
              <w:t>170, 1962 to 2026</w:t>
            </w:r>
          </w:p>
        </w:tc>
        <w:tc>
          <w:tcPr>
            <w:tcW w:type="dxa" w:w="1976"/>
          </w:tcPr>
          <w:p>
            <w:pPr>
              <w:spacing w:after="0"/>
              <w:jc w:val="left"/>
            </w:pPr>
            <w:r>
              <w:rPr>
                <w:sz w:val="16"/>
              </w:rPr>
              <w:t>0.75 in to 6 in (median 1.25 in); 170 with a recorded value</w:t>
            </w:r>
          </w:p>
        </w:tc>
        <w:tc>
          <w:tcPr>
            <w:tcW w:type="dxa" w:w="1453"/>
          </w:tcPr>
          <w:p>
            <w:pPr>
              <w:spacing w:after="0"/>
              <w:jc w:val="left"/>
            </w:pPr>
            <w:r>
              <w:rPr>
                <w:sz w:val="16"/>
              </w:rPr>
              <w:t>6 in hail, 2022-05-29</w:t>
            </w:r>
          </w:p>
        </w:tc>
        <w:tc>
          <w:tcPr>
            <w:tcW w:type="dxa" w:w="1672"/>
          </w:tcPr>
          <w:p>
            <w:pPr>
              <w:spacing w:after="0"/>
              <w:jc w:val="left"/>
            </w:pPr>
            <w:r>
              <w:rPr>
                <w:sz w:val="16"/>
              </w:rPr>
              <w:t>Hail, 2000-07-22, $100,000 property; crops not reported (2000 dollars)</w:t>
            </w:r>
          </w:p>
        </w:tc>
        <w:tc>
          <w:tcPr>
            <w:tcW w:type="dxa" w:w="1649"/>
          </w:tcPr>
          <w:p>
            <w:pPr>
              <w:spacing w:after="0"/>
              <w:jc w:val="left"/>
            </w:pPr>
            <w:r>
              <w:rPr>
                <w:sz w:val="16"/>
              </w:rPr>
              <w:t>Event records naming member places: Taylor village (84 records).</w:t>
            </w:r>
          </w:p>
        </w:tc>
        <w:tc>
          <w:tcPr>
            <w:tcW w:type="dxa" w:w="2272"/>
          </w:tcPr>
          <w:p>
            <w:pPr>
              <w:spacing w:after="0"/>
              <w:jc w:val="left"/>
            </w:pPr>
          </w:p>
        </w:tc>
      </w:tr>
      <w:tr>
        <w:trPr>
          <w:cantSplit/>
        </w:trPr>
        <w:tc>
          <w:tcPr>
            <w:tcW w:type="dxa" w:w="1762"/>
          </w:tcPr>
          <w:p>
            <w:pPr>
              <w:spacing w:after="0"/>
              <w:jc w:val="left"/>
            </w:pPr>
            <w:r>
              <w:rPr>
                <w:sz w:val="16"/>
              </w:rPr>
              <w:t>Excessive Heat, Heat</w:t>
            </w:r>
          </w:p>
        </w:tc>
        <w:tc>
          <w:tcPr>
            <w:tcW w:type="dxa" w:w="1751"/>
          </w:tcPr>
          <w:p>
            <w:pPr>
              <w:spacing w:after="0"/>
              <w:jc w:val="left"/>
            </w:pPr>
            <w:r>
              <w:rPr>
                <w:sz w:val="16"/>
              </w:rPr>
              <w:t>heat index (narratives)</w:t>
            </w:r>
          </w:p>
        </w:tc>
        <w:tc>
          <w:tcPr>
            <w:tcW w:type="dxa" w:w="1578"/>
          </w:tcPr>
          <w:p>
            <w:pPr>
              <w:spacing w:after="0"/>
              <w:jc w:val="right"/>
            </w:pPr>
            <w:r>
              <w:rPr>
                <w:sz w:val="16"/>
              </w:rPr>
              <w:t>1, 2011 to 2011 (1 zone-level)</w:t>
            </w:r>
          </w:p>
        </w:tc>
        <w:tc>
          <w:tcPr>
            <w:tcW w:type="dxa" w:w="1976"/>
          </w:tcPr>
          <w:p>
            <w:pPr>
              <w:spacing w:after="0"/>
              <w:jc w:val="left"/>
            </w:pPr>
            <w:r>
              <w:rPr>
                <w:sz w:val="16"/>
              </w:rPr>
              <w:t>5 days; 1 with a recorded value</w:t>
            </w:r>
          </w:p>
        </w:tc>
        <w:tc>
          <w:tcPr>
            <w:tcW w:type="dxa" w:w="1453"/>
          </w:tcPr>
          <w:p>
            <w:pPr>
              <w:spacing w:after="0"/>
              <w:jc w:val="left"/>
            </w:pPr>
            <w:r>
              <w:rPr>
                <w:sz w:val="16"/>
              </w:rPr>
              <w:t>5 consecutive days, 2011-07-16 to 2011-07-20, zone-level</w:t>
            </w:r>
          </w:p>
        </w:tc>
        <w:tc>
          <w:tcPr>
            <w:tcW w:type="dxa" w:w="1672"/>
          </w:tcPr>
          <w:p>
            <w:pPr>
              <w:spacing w:after="0"/>
              <w:jc w:val="left"/>
            </w:pPr>
          </w:p>
        </w:tc>
        <w:tc>
          <w:tcPr>
            <w:tcW w:type="dxa" w:w="1649"/>
          </w:tcPr>
          <w:p>
            <w:pPr>
              <w:spacing w:after="0"/>
              <w:jc w:val="left"/>
            </w:pPr>
            <w:r>
              <w:rPr>
                <w:sz w:val="16"/>
              </w:rPr>
              <w:t>Zone-level records: applies countywide; national data do not locate these events within the county.</w:t>
            </w:r>
          </w:p>
        </w:tc>
        <w:tc>
          <w:tcPr>
            <w:tcW w:type="dxa" w:w="2272"/>
          </w:tcPr>
          <w:p>
            <w:pPr>
              <w:spacing w:after="0"/>
              <w:jc w:val="left"/>
            </w:pPr>
            <w:r>
              <w:rPr>
                <w:sz w:val="16"/>
              </w:rPr>
              <w:t>Heat index: in event narratives only; local data required.</w:t>
            </w:r>
          </w:p>
        </w:tc>
      </w:tr>
      <w:tr>
        <w:trPr>
          <w:cantSplit/>
        </w:trPr>
        <w:tc>
          <w:tcPr>
            <w:tcW w:type="dxa" w:w="1762"/>
          </w:tcPr>
          <w:p>
            <w:pPr>
              <w:spacing w:after="0"/>
              <w:jc w:val="left"/>
            </w:pPr>
            <w:r>
              <w:rPr>
                <w:sz w:val="16"/>
              </w:rPr>
              <w:t>Hurricane, Tropical Storm, Tropical Depression</w:t>
            </w:r>
          </w:p>
        </w:tc>
        <w:tc>
          <w:tcPr>
            <w:tcW w:type="dxa" w:w="1751"/>
          </w:tcPr>
          <w:p>
            <w:pPr>
              <w:spacing w:after="0"/>
              <w:jc w:val="left"/>
            </w:pPr>
            <w:r>
              <w:rPr>
                <w:sz w:val="16"/>
              </w:rPr>
              <w:t>Saffir-Simpson</w:t>
            </w:r>
          </w:p>
        </w:tc>
        <w:tc>
          <w:tcPr>
            <w:tcW w:type="dxa" w:w="1578"/>
          </w:tcPr>
          <w:p>
            <w:pPr>
              <w:spacing w:after="0"/>
              <w:jc w:val="right"/>
            </w:pPr>
            <w:r>
              <w:rPr>
                <w:sz w:val="16"/>
              </w:rPr>
              <w:t>0</w:t>
            </w:r>
          </w:p>
        </w:tc>
        <w:tc>
          <w:tcPr>
            <w:tcW w:type="dxa" w:w="1976"/>
          </w:tcPr>
          <w:p>
            <w:pPr>
              <w:spacing w:after="0"/>
              <w:jc w:val="left"/>
            </w:pPr>
          </w:p>
        </w:tc>
        <w:tc>
          <w:tcPr>
            <w:tcW w:type="dxa" w:w="1453"/>
          </w:tcPr>
          <w:p>
            <w:pPr>
              <w:spacing w:after="0"/>
              <w:jc w:val="left"/>
            </w:pPr>
          </w:p>
        </w:tc>
        <w:tc>
          <w:tcPr>
            <w:tcW w:type="dxa" w:w="1672"/>
          </w:tcPr>
          <w:p>
            <w:pPr>
              <w:spacing w:after="0"/>
              <w:jc w:val="left"/>
            </w:pPr>
          </w:p>
        </w:tc>
        <w:tc>
          <w:tcPr>
            <w:tcW w:type="dxa" w:w="1649"/>
          </w:tcPr>
          <w:p>
            <w:pPr>
              <w:spacing w:after="0"/>
              <w:jc w:val="left"/>
            </w:pPr>
          </w:p>
        </w:tc>
        <w:tc>
          <w:tcPr>
            <w:tcW w:type="dxa" w:w="2272"/>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62"/>
          </w:tcPr>
          <w:p>
            <w:pPr>
              <w:spacing w:after="0"/>
              <w:jc w:val="left"/>
            </w:pPr>
            <w:r>
              <w:rPr>
                <w:sz w:val="16"/>
              </w:rPr>
              <w:t>Ice Storm</w:t>
            </w:r>
          </w:p>
        </w:tc>
        <w:tc>
          <w:tcPr>
            <w:tcW w:type="dxa" w:w="1751"/>
          </w:tcPr>
          <w:p>
            <w:pPr>
              <w:spacing w:after="0"/>
              <w:jc w:val="left"/>
            </w:pPr>
            <w:r>
              <w:rPr>
                <w:sz w:val="16"/>
              </w:rPr>
              <w:t>Sperry-Piltz (local data)</w:t>
            </w:r>
          </w:p>
        </w:tc>
        <w:tc>
          <w:tcPr>
            <w:tcW w:type="dxa" w:w="1578"/>
          </w:tcPr>
          <w:p>
            <w:pPr>
              <w:spacing w:after="0"/>
              <w:jc w:val="right"/>
            </w:pPr>
            <w:r>
              <w:rPr>
                <w:sz w:val="16"/>
              </w:rPr>
              <w:t>2, 2007 to 2011 (2 zone-level)</w:t>
            </w:r>
          </w:p>
        </w:tc>
        <w:tc>
          <w:tcPr>
            <w:tcW w:type="dxa" w:w="1976"/>
          </w:tcPr>
          <w:p>
            <w:pPr>
              <w:spacing w:after="0"/>
              <w:jc w:val="left"/>
            </w:pPr>
          </w:p>
        </w:tc>
        <w:tc>
          <w:tcPr>
            <w:tcW w:type="dxa" w:w="1453"/>
          </w:tcPr>
          <w:p>
            <w:pPr>
              <w:spacing w:after="0"/>
              <w:jc w:val="left"/>
            </w:pPr>
            <w:r>
              <w:rPr>
                <w:sz w:val="16"/>
              </w:rPr>
              <w:t>No damage reported in 2 records.</w:t>
            </w:r>
          </w:p>
        </w:tc>
        <w:tc>
          <w:tcPr>
            <w:tcW w:type="dxa" w:w="1672"/>
          </w:tcPr>
          <w:p>
            <w:pPr>
              <w:spacing w:after="0"/>
              <w:jc w:val="left"/>
            </w:pPr>
          </w:p>
        </w:tc>
        <w:tc>
          <w:tcPr>
            <w:tcW w:type="dxa" w:w="1649"/>
          </w:tcPr>
          <w:p>
            <w:pPr>
              <w:spacing w:after="0"/>
              <w:jc w:val="left"/>
            </w:pPr>
            <w:r>
              <w:rPr>
                <w:sz w:val="16"/>
              </w:rPr>
              <w:t>Zone-level records: applies countywide; national data do not locate these events within the county.</w:t>
            </w:r>
          </w:p>
        </w:tc>
        <w:tc>
          <w:tcPr>
            <w:tcW w:type="dxa" w:w="2272"/>
          </w:tcPr>
          <w:p>
            <w:pPr>
              <w:spacing w:after="0"/>
              <w:jc w:val="left"/>
            </w:pPr>
            <w:r>
              <w:rPr>
                <w:sz w:val="16"/>
              </w:rPr>
              <w:t>Ice thickness: in event narratives only; local data required.</w:t>
            </w:r>
          </w:p>
        </w:tc>
      </w:tr>
      <w:tr>
        <w:trPr>
          <w:cantSplit/>
        </w:trPr>
        <w:tc>
          <w:tcPr>
            <w:tcW w:type="dxa" w:w="1762"/>
          </w:tcPr>
          <w:p>
            <w:pPr>
              <w:spacing w:after="0"/>
              <w:jc w:val="left"/>
            </w:pPr>
            <w:r>
              <w:rPr>
                <w:sz w:val="16"/>
              </w:rPr>
              <w:t>Flash Flood, Flood, Lakeshore Flood</w:t>
            </w:r>
          </w:p>
        </w:tc>
        <w:tc>
          <w:tcPr>
            <w:tcW w:type="dxa" w:w="1751"/>
          </w:tcPr>
          <w:p>
            <w:pPr>
              <w:spacing w:after="0"/>
              <w:jc w:val="left"/>
            </w:pPr>
            <w:r>
              <w:rPr>
                <w:sz w:val="16"/>
              </w:rPr>
              <w:t>damage and flood days (FIRM for depth)</w:t>
            </w:r>
          </w:p>
        </w:tc>
        <w:tc>
          <w:tcPr>
            <w:tcW w:type="dxa" w:w="1578"/>
          </w:tcPr>
          <w:p>
            <w:pPr>
              <w:spacing w:after="0"/>
              <w:jc w:val="right"/>
            </w:pPr>
            <w:r>
              <w:rPr>
                <w:sz w:val="16"/>
              </w:rPr>
              <w:t>3, 1999 to 2019</w:t>
            </w:r>
          </w:p>
        </w:tc>
        <w:tc>
          <w:tcPr>
            <w:tcW w:type="dxa" w:w="1976"/>
          </w:tcPr>
          <w:p>
            <w:pPr>
              <w:spacing w:after="0"/>
              <w:jc w:val="left"/>
            </w:pPr>
          </w:p>
        </w:tc>
        <w:tc>
          <w:tcPr>
            <w:tcW w:type="dxa" w:w="1453"/>
          </w:tcPr>
          <w:p>
            <w:pPr>
              <w:spacing w:after="0"/>
              <w:jc w:val="left"/>
            </w:pPr>
            <w:r>
              <w:rPr>
                <w:sz w:val="16"/>
              </w:rPr>
              <w:t>Flood, 2010-06-12, $500,000 property; $50,000 crops (2010 dollars)</w:t>
            </w:r>
          </w:p>
        </w:tc>
        <w:tc>
          <w:tcPr>
            <w:tcW w:type="dxa" w:w="1672"/>
          </w:tcPr>
          <w:p>
            <w:pPr>
              <w:spacing w:after="0"/>
              <w:jc w:val="left"/>
            </w:pPr>
          </w:p>
        </w:tc>
        <w:tc>
          <w:tcPr>
            <w:tcW w:type="dxa" w:w="1649"/>
          </w:tcPr>
          <w:p>
            <w:pPr>
              <w:spacing w:after="0"/>
              <w:jc w:val="left"/>
            </w:pPr>
            <w:r>
              <w:rPr>
                <w:sz w:val="16"/>
              </w:rPr>
              <w:t>Event records naming member places: Taylor village (1 record).</w:t>
            </w:r>
          </w:p>
        </w:tc>
        <w:tc>
          <w:tcPr>
            <w:tcW w:type="dxa" w:w="2272"/>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62"/>
          </w:tcPr>
          <w:p>
            <w:pPr>
              <w:spacing w:after="0"/>
              <w:jc w:val="left"/>
            </w:pPr>
            <w:r>
              <w:rPr>
                <w:sz w:val="16"/>
              </w:rPr>
              <w:t>Debris Flow</w:t>
            </w:r>
          </w:p>
        </w:tc>
        <w:tc>
          <w:tcPr>
            <w:tcW w:type="dxa" w:w="1751"/>
          </w:tcPr>
          <w:p>
            <w:pPr>
              <w:spacing w:after="0"/>
              <w:jc w:val="left"/>
            </w:pPr>
            <w:r>
              <w:rPr>
                <w:sz w:val="16"/>
              </w:rPr>
              <w:t>none (count and damage)</w:t>
            </w:r>
          </w:p>
        </w:tc>
        <w:tc>
          <w:tcPr>
            <w:tcW w:type="dxa" w:w="1578"/>
          </w:tcPr>
          <w:p>
            <w:pPr>
              <w:spacing w:after="0"/>
              <w:jc w:val="right"/>
            </w:pPr>
            <w:r>
              <w:rPr>
                <w:sz w:val="16"/>
              </w:rPr>
              <w:t>0</w:t>
            </w:r>
          </w:p>
        </w:tc>
        <w:tc>
          <w:tcPr>
            <w:tcW w:type="dxa" w:w="1976"/>
          </w:tcPr>
          <w:p>
            <w:pPr>
              <w:spacing w:after="0"/>
              <w:jc w:val="left"/>
            </w:pPr>
          </w:p>
        </w:tc>
        <w:tc>
          <w:tcPr>
            <w:tcW w:type="dxa" w:w="1453"/>
          </w:tcPr>
          <w:p>
            <w:pPr>
              <w:spacing w:after="0"/>
              <w:jc w:val="left"/>
            </w:pPr>
          </w:p>
        </w:tc>
        <w:tc>
          <w:tcPr>
            <w:tcW w:type="dxa" w:w="1672"/>
          </w:tcPr>
          <w:p>
            <w:pPr>
              <w:spacing w:after="0"/>
              <w:jc w:val="left"/>
            </w:pPr>
          </w:p>
        </w:tc>
        <w:tc>
          <w:tcPr>
            <w:tcW w:type="dxa" w:w="1649"/>
          </w:tcPr>
          <w:p>
            <w:pPr>
              <w:spacing w:after="0"/>
              <w:jc w:val="left"/>
            </w:pPr>
          </w:p>
        </w:tc>
        <w:tc>
          <w:tcPr>
            <w:tcW w:type="dxa" w:w="2272"/>
          </w:tcPr>
          <w:p>
            <w:pPr>
              <w:spacing w:after="0"/>
              <w:jc w:val="left"/>
            </w:pPr>
            <w:r>
              <w:rPr>
                <w:sz w:val="16"/>
              </w:rPr>
              <w:t>Physical measure: in event narratives only; local data required.</w:t>
            </w:r>
          </w:p>
        </w:tc>
      </w:tr>
      <w:tr>
        <w:trPr>
          <w:cantSplit/>
        </w:trPr>
        <w:tc>
          <w:tcPr>
            <w:tcW w:type="dxa" w:w="1762"/>
          </w:tcPr>
          <w:p>
            <w:pPr>
              <w:spacing w:after="0"/>
              <w:jc w:val="left"/>
            </w:pPr>
            <w:r>
              <w:rPr>
                <w:sz w:val="16"/>
              </w:rPr>
              <w:t>Lightning</w:t>
            </w:r>
          </w:p>
        </w:tc>
        <w:tc>
          <w:tcPr>
            <w:tcW w:type="dxa" w:w="1751"/>
          </w:tcPr>
          <w:p>
            <w:pPr>
              <w:spacing w:after="0"/>
              <w:jc w:val="left"/>
            </w:pPr>
            <w:r>
              <w:rPr>
                <w:sz w:val="16"/>
              </w:rPr>
              <w:t>annualized frequency (the measure FEMA's Local Mitigation Planning Handbook names)</w:t>
            </w:r>
          </w:p>
        </w:tc>
        <w:tc>
          <w:tcPr>
            <w:tcW w:type="dxa" w:w="1578"/>
          </w:tcPr>
          <w:p>
            <w:pPr>
              <w:spacing w:after="0"/>
              <w:jc w:val="right"/>
            </w:pPr>
            <w:r>
              <w:rPr>
                <w:sz w:val="16"/>
              </w:rPr>
              <w:t>1, 1998 to 1998</w:t>
            </w:r>
          </w:p>
        </w:tc>
        <w:tc>
          <w:tcPr>
            <w:tcW w:type="dxa" w:w="1976"/>
          </w:tcPr>
          <w:p>
            <w:pPr>
              <w:spacing w:after="0"/>
              <w:jc w:val="left"/>
            </w:pPr>
          </w:p>
        </w:tc>
        <w:tc>
          <w:tcPr>
            <w:tcW w:type="dxa" w:w="1453"/>
          </w:tcPr>
          <w:p>
            <w:pPr>
              <w:spacing w:after="0"/>
              <w:jc w:val="left"/>
            </w:pPr>
            <w:r>
              <w:rPr>
                <w:sz w:val="16"/>
              </w:rPr>
              <w:t>Lightning, 1998-03-26, $16,000 property; crops not reported (1998 dollars)</w:t>
            </w:r>
          </w:p>
        </w:tc>
        <w:tc>
          <w:tcPr>
            <w:tcW w:type="dxa" w:w="1672"/>
          </w:tcPr>
          <w:p>
            <w:pPr>
              <w:spacing w:after="0"/>
              <w:jc w:val="left"/>
            </w:pPr>
          </w:p>
        </w:tc>
        <w:tc>
          <w:tcPr>
            <w:tcW w:type="dxa" w:w="1649"/>
          </w:tcPr>
          <w:p>
            <w:pPr>
              <w:spacing w:after="0"/>
              <w:jc w:val="left"/>
            </w:pPr>
            <w:r>
              <w:rPr>
                <w:sz w:val="16"/>
              </w:rPr>
              <w:t>Event records naming member places: Taylor village (1 record).</w:t>
            </w:r>
          </w:p>
        </w:tc>
        <w:tc>
          <w:tcPr>
            <w:tcW w:type="dxa" w:w="2272"/>
          </w:tcPr>
          <w:p>
            <w:pPr>
              <w:spacing w:after="0"/>
              <w:jc w:val="left"/>
            </w:pPr>
            <w:r>
              <w:rPr>
                <w:sz w:val="16"/>
              </w:rPr>
              <w:t>Storm Events lists lightning with damage or casualties; physical measure in event narratives only; local data required.</w:t>
            </w:r>
          </w:p>
        </w:tc>
      </w:tr>
      <w:tr>
        <w:trPr>
          <w:cantSplit/>
        </w:trPr>
        <w:tc>
          <w:tcPr>
            <w:tcW w:type="dxa" w:w="1762"/>
          </w:tcPr>
          <w:p>
            <w:pPr>
              <w:spacing w:after="0"/>
              <w:jc w:val="left"/>
            </w:pPr>
            <w:r>
              <w:rPr>
                <w:sz w:val="16"/>
              </w:rPr>
              <w:t>High Wind and Strong Wind (outside NRI Strong Wind definition)</w:t>
            </w:r>
          </w:p>
        </w:tc>
        <w:tc>
          <w:tcPr>
            <w:tcW w:type="dxa" w:w="1751"/>
          </w:tcPr>
          <w:p>
            <w:pPr>
              <w:spacing w:after="0"/>
              <w:jc w:val="left"/>
            </w:pPr>
            <w:r>
              <w:rPr>
                <w:sz w:val="16"/>
              </w:rPr>
              <w:t>wind speed (kt and mph)</w:t>
            </w:r>
          </w:p>
        </w:tc>
        <w:tc>
          <w:tcPr>
            <w:tcW w:type="dxa" w:w="1578"/>
          </w:tcPr>
          <w:p>
            <w:pPr>
              <w:spacing w:after="0"/>
              <w:jc w:val="right"/>
            </w:pPr>
            <w:r>
              <w:rPr>
                <w:sz w:val="16"/>
              </w:rPr>
              <w:t>23, 1996 to 2025 (23 zone-level)</w:t>
            </w:r>
          </w:p>
        </w:tc>
        <w:tc>
          <w:tcPr>
            <w:tcW w:type="dxa" w:w="1976"/>
          </w:tcPr>
          <w:p>
            <w:pPr>
              <w:spacing w:after="0"/>
              <w:jc w:val="left"/>
            </w:pPr>
            <w:r>
              <w:rPr>
                <w:sz w:val="16"/>
              </w:rPr>
              <w:t>35 kt (40 mph) to 58 kt (67 mph) (median 50 kt (58 mph)); 22 with a recorded value</w:t>
            </w:r>
          </w:p>
        </w:tc>
        <w:tc>
          <w:tcPr>
            <w:tcW w:type="dxa" w:w="1453"/>
          </w:tcPr>
          <w:p>
            <w:pPr>
              <w:spacing w:after="0"/>
              <w:jc w:val="left"/>
            </w:pPr>
            <w:r>
              <w:rPr>
                <w:sz w:val="16"/>
              </w:rPr>
              <w:t>58 kt (67 mph) measured gust, High Wind, 2025-11-25; NWS zone NEZ027 (LOUP), zone-level: may include parts of neighboring counties</w:t>
            </w:r>
          </w:p>
        </w:tc>
        <w:tc>
          <w:tcPr>
            <w:tcW w:type="dxa" w:w="1672"/>
          </w:tcPr>
          <w:p>
            <w:pPr>
              <w:spacing w:after="0"/>
              <w:jc w:val="left"/>
            </w:pPr>
            <w:r>
              <w:rPr>
                <w:sz w:val="16"/>
              </w:rPr>
              <w:t>High Wind, 1997-11-01, property not reported; $20,000 crops, reported for the zone (1997 dollars)</w:t>
            </w:r>
          </w:p>
        </w:tc>
        <w:tc>
          <w:tcPr>
            <w:tcW w:type="dxa" w:w="1649"/>
          </w:tcPr>
          <w:p>
            <w:pPr>
              <w:spacing w:after="0"/>
              <w:jc w:val="left"/>
            </w:pPr>
            <w:r>
              <w:rPr>
                <w:sz w:val="16"/>
              </w:rPr>
              <w:t>Zone-level records: applies countywide; national data do not locate these events within the county.</w:t>
            </w:r>
          </w:p>
        </w:tc>
        <w:tc>
          <w:tcPr>
            <w:tcW w:type="dxa" w:w="2272"/>
          </w:tcPr>
          <w:p>
            <w:pPr>
              <w:spacing w:after="0"/>
              <w:jc w:val="left"/>
            </w:pPr>
          </w:p>
        </w:tc>
      </w:tr>
      <w:tr>
        <w:trPr>
          <w:cantSplit/>
        </w:trPr>
        <w:tc>
          <w:tcPr>
            <w:tcW w:type="dxa" w:w="1762"/>
          </w:tcPr>
          <w:p>
            <w:pPr>
              <w:spacing w:after="0"/>
              <w:jc w:val="left"/>
            </w:pPr>
            <w:r>
              <w:rPr>
                <w:sz w:val="16"/>
              </w:rPr>
              <w:t>Thunderstorm Wind</w:t>
            </w:r>
          </w:p>
        </w:tc>
        <w:tc>
          <w:tcPr>
            <w:tcW w:type="dxa" w:w="1751"/>
          </w:tcPr>
          <w:p>
            <w:pPr>
              <w:spacing w:after="0"/>
              <w:jc w:val="left"/>
            </w:pPr>
            <w:r>
              <w:rPr>
                <w:sz w:val="16"/>
              </w:rPr>
              <w:t>wind speed (kt and mph)</w:t>
            </w:r>
          </w:p>
        </w:tc>
        <w:tc>
          <w:tcPr>
            <w:tcW w:type="dxa" w:w="1578"/>
          </w:tcPr>
          <w:p>
            <w:pPr>
              <w:spacing w:after="0"/>
              <w:jc w:val="right"/>
            </w:pPr>
            <w:r>
              <w:rPr>
                <w:sz w:val="16"/>
              </w:rPr>
              <w:t>39, 1980 to 2023</w:t>
            </w:r>
          </w:p>
        </w:tc>
        <w:tc>
          <w:tcPr>
            <w:tcW w:type="dxa" w:w="1976"/>
          </w:tcPr>
          <w:p>
            <w:pPr>
              <w:spacing w:after="0"/>
              <w:jc w:val="left"/>
            </w:pPr>
            <w:r>
              <w:rPr>
                <w:sz w:val="16"/>
              </w:rPr>
              <w:t>43 kt (49 mph) to 78 kt (90 mph) (median 52 kt (60 mph)); 33 with a recorded value</w:t>
            </w:r>
          </w:p>
        </w:tc>
        <w:tc>
          <w:tcPr>
            <w:tcW w:type="dxa" w:w="1453"/>
          </w:tcPr>
          <w:p>
            <w:pPr>
              <w:spacing w:after="0"/>
              <w:jc w:val="left"/>
            </w:pPr>
            <w:r>
              <w:rPr>
                <w:sz w:val="16"/>
              </w:rPr>
              <w:t>78 kt (90 mph) estimated gust, Thunderstorm Wind, 2017-08-19</w:t>
            </w:r>
          </w:p>
        </w:tc>
        <w:tc>
          <w:tcPr>
            <w:tcW w:type="dxa" w:w="1672"/>
          </w:tcPr>
          <w:p>
            <w:pPr>
              <w:spacing w:after="0"/>
              <w:jc w:val="left"/>
            </w:pPr>
          </w:p>
        </w:tc>
        <w:tc>
          <w:tcPr>
            <w:tcW w:type="dxa" w:w="1649"/>
          </w:tcPr>
          <w:p>
            <w:pPr>
              <w:spacing w:after="0"/>
              <w:jc w:val="left"/>
            </w:pPr>
            <w:r>
              <w:rPr>
                <w:sz w:val="16"/>
              </w:rPr>
              <w:t>Event records naming member places: Taylor village (18 records).</w:t>
            </w:r>
          </w:p>
        </w:tc>
        <w:tc>
          <w:tcPr>
            <w:tcW w:type="dxa" w:w="2272"/>
          </w:tcPr>
          <w:p>
            <w:pPr>
              <w:spacing w:after="0"/>
              <w:jc w:val="left"/>
            </w:pPr>
          </w:p>
        </w:tc>
      </w:tr>
      <w:tr>
        <w:trPr>
          <w:cantSplit/>
        </w:trPr>
        <w:tc>
          <w:tcPr>
            <w:tcW w:type="dxa" w:w="1762"/>
          </w:tcPr>
          <w:p>
            <w:pPr>
              <w:spacing w:after="0"/>
              <w:jc w:val="left"/>
            </w:pPr>
            <w:r>
              <w:rPr>
                <w:sz w:val="16"/>
              </w:rPr>
              <w:t>Tornado</w:t>
            </w:r>
          </w:p>
        </w:tc>
        <w:tc>
          <w:tcPr>
            <w:tcW w:type="dxa" w:w="1751"/>
          </w:tcPr>
          <w:p>
            <w:pPr>
              <w:spacing w:after="0"/>
              <w:jc w:val="left"/>
            </w:pPr>
            <w:r>
              <w:rPr>
                <w:sz w:val="16"/>
              </w:rPr>
              <w:t>Enhanced Fujita (F before Feb 2007)</w:t>
            </w:r>
          </w:p>
        </w:tc>
        <w:tc>
          <w:tcPr>
            <w:tcW w:type="dxa" w:w="1578"/>
          </w:tcPr>
          <w:p>
            <w:pPr>
              <w:spacing w:after="0"/>
              <w:jc w:val="right"/>
            </w:pPr>
            <w:r>
              <w:rPr>
                <w:sz w:val="16"/>
              </w:rPr>
              <w:t>21, 1956 to 2023</w:t>
            </w:r>
          </w:p>
        </w:tc>
        <w:tc>
          <w:tcPr>
            <w:tcW w:type="dxa" w:w="1976"/>
          </w:tcPr>
          <w:p>
            <w:pPr>
              <w:spacing w:after="0"/>
              <w:jc w:val="left"/>
            </w:pPr>
            <w:r>
              <w:rPr>
                <w:sz w:val="16"/>
              </w:rPr>
              <w:t>F/EF0 to F/EF2 (median F/EF0); 20 with a recorded value</w:t>
            </w:r>
          </w:p>
        </w:tc>
        <w:tc>
          <w:tcPr>
            <w:tcW w:type="dxa" w:w="1453"/>
          </w:tcPr>
          <w:p>
            <w:pPr>
              <w:spacing w:after="0"/>
              <w:jc w:val="left"/>
            </w:pPr>
            <w:r>
              <w:rPr>
                <w:sz w:val="16"/>
              </w:rPr>
              <w:t>EF2 tornado, 2017-08-19, 0.65 mi within this county, 540 yd wide, $100,000 property; $0 crops (2017 dollars)</w:t>
            </w:r>
          </w:p>
        </w:tc>
        <w:tc>
          <w:tcPr>
            <w:tcW w:type="dxa" w:w="1672"/>
          </w:tcPr>
          <w:p>
            <w:pPr>
              <w:spacing w:after="0"/>
              <w:jc w:val="left"/>
            </w:pPr>
            <w:r>
              <w:rPr>
                <w:sz w:val="16"/>
              </w:rPr>
              <w:t>Tornado, 1979-07-07, $2,500,000 property; crops not recorded (1979 dollars)</w:t>
            </w:r>
          </w:p>
        </w:tc>
        <w:tc>
          <w:tcPr>
            <w:tcW w:type="dxa" w:w="1649"/>
          </w:tcPr>
          <w:p>
            <w:pPr>
              <w:spacing w:after="0"/>
              <w:jc w:val="left"/>
            </w:pPr>
            <w:r>
              <w:rPr>
                <w:sz w:val="16"/>
              </w:rPr>
              <w:t>Event records naming member places: Taylor village (7 records).</w:t>
            </w:r>
          </w:p>
        </w:tc>
        <w:tc>
          <w:tcPr>
            <w:tcW w:type="dxa" w:w="2272"/>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62"/>
          </w:tcPr>
          <w:p>
            <w:pPr>
              <w:spacing w:after="0"/>
              <w:jc w:val="left"/>
            </w:pPr>
            <w:r>
              <w:rPr>
                <w:sz w:val="16"/>
              </w:rPr>
              <w:t>Tsunami</w:t>
            </w:r>
          </w:p>
        </w:tc>
        <w:tc>
          <w:tcPr>
            <w:tcW w:type="dxa" w:w="1751"/>
          </w:tcPr>
          <w:p>
            <w:pPr>
              <w:spacing w:after="0"/>
              <w:jc w:val="left"/>
            </w:pPr>
            <w:r>
              <w:rPr>
                <w:sz w:val="16"/>
              </w:rPr>
              <w:t>none (count and damage)</w:t>
            </w:r>
          </w:p>
        </w:tc>
        <w:tc>
          <w:tcPr>
            <w:tcW w:type="dxa" w:w="1578"/>
          </w:tcPr>
          <w:p>
            <w:pPr>
              <w:spacing w:after="0"/>
              <w:jc w:val="right"/>
            </w:pPr>
            <w:r>
              <w:rPr>
                <w:sz w:val="16"/>
              </w:rPr>
              <w:t>0</w:t>
            </w:r>
          </w:p>
        </w:tc>
        <w:tc>
          <w:tcPr>
            <w:tcW w:type="dxa" w:w="1976"/>
          </w:tcPr>
          <w:p>
            <w:pPr>
              <w:spacing w:after="0"/>
              <w:jc w:val="left"/>
            </w:pPr>
          </w:p>
        </w:tc>
        <w:tc>
          <w:tcPr>
            <w:tcW w:type="dxa" w:w="1453"/>
          </w:tcPr>
          <w:p>
            <w:pPr>
              <w:spacing w:after="0"/>
              <w:jc w:val="left"/>
            </w:pPr>
          </w:p>
        </w:tc>
        <w:tc>
          <w:tcPr>
            <w:tcW w:type="dxa" w:w="1672"/>
          </w:tcPr>
          <w:p>
            <w:pPr>
              <w:spacing w:after="0"/>
              <w:jc w:val="left"/>
            </w:pPr>
          </w:p>
        </w:tc>
        <w:tc>
          <w:tcPr>
            <w:tcW w:type="dxa" w:w="1649"/>
          </w:tcPr>
          <w:p>
            <w:pPr>
              <w:spacing w:after="0"/>
              <w:jc w:val="left"/>
            </w:pPr>
          </w:p>
        </w:tc>
        <w:tc>
          <w:tcPr>
            <w:tcW w:type="dxa" w:w="2272"/>
          </w:tcPr>
          <w:p>
            <w:pPr>
              <w:spacing w:after="0"/>
              <w:jc w:val="left"/>
            </w:pPr>
            <w:r>
              <w:rPr>
                <w:sz w:val="16"/>
              </w:rPr>
              <w:t>Physical measure: in event narratives only; local data required.</w:t>
            </w:r>
          </w:p>
        </w:tc>
      </w:tr>
      <w:tr>
        <w:trPr>
          <w:cantSplit/>
        </w:trPr>
        <w:tc>
          <w:tcPr>
            <w:tcW w:type="dxa" w:w="1762"/>
          </w:tcPr>
          <w:p>
            <w:pPr>
              <w:spacing w:after="0"/>
              <w:jc w:val="left"/>
            </w:pPr>
            <w:r>
              <w:rPr>
                <w:sz w:val="16"/>
              </w:rPr>
              <w:t>Volcanic Ash, Volcanic Ashfall</w:t>
            </w:r>
          </w:p>
        </w:tc>
        <w:tc>
          <w:tcPr>
            <w:tcW w:type="dxa" w:w="1751"/>
          </w:tcPr>
          <w:p>
            <w:pPr>
              <w:spacing w:after="0"/>
              <w:jc w:val="left"/>
            </w:pPr>
            <w:r>
              <w:rPr>
                <w:sz w:val="16"/>
              </w:rPr>
              <w:t>Volcanic Explosivity Index (local data)</w:t>
            </w:r>
          </w:p>
        </w:tc>
        <w:tc>
          <w:tcPr>
            <w:tcW w:type="dxa" w:w="1578"/>
          </w:tcPr>
          <w:p>
            <w:pPr>
              <w:spacing w:after="0"/>
              <w:jc w:val="right"/>
            </w:pPr>
            <w:r>
              <w:rPr>
                <w:sz w:val="16"/>
              </w:rPr>
              <w:t>0</w:t>
            </w:r>
          </w:p>
        </w:tc>
        <w:tc>
          <w:tcPr>
            <w:tcW w:type="dxa" w:w="1976"/>
          </w:tcPr>
          <w:p>
            <w:pPr>
              <w:spacing w:after="0"/>
              <w:jc w:val="left"/>
            </w:pPr>
          </w:p>
        </w:tc>
        <w:tc>
          <w:tcPr>
            <w:tcW w:type="dxa" w:w="1453"/>
          </w:tcPr>
          <w:p>
            <w:pPr>
              <w:spacing w:after="0"/>
              <w:jc w:val="left"/>
            </w:pPr>
          </w:p>
        </w:tc>
        <w:tc>
          <w:tcPr>
            <w:tcW w:type="dxa" w:w="1672"/>
          </w:tcPr>
          <w:p>
            <w:pPr>
              <w:spacing w:after="0"/>
              <w:jc w:val="left"/>
            </w:pPr>
          </w:p>
        </w:tc>
        <w:tc>
          <w:tcPr>
            <w:tcW w:type="dxa" w:w="1649"/>
          </w:tcPr>
          <w:p>
            <w:pPr>
              <w:spacing w:after="0"/>
              <w:jc w:val="left"/>
            </w:pPr>
          </w:p>
        </w:tc>
        <w:tc>
          <w:tcPr>
            <w:tcW w:type="dxa" w:w="2272"/>
          </w:tcPr>
          <w:p>
            <w:pPr>
              <w:spacing w:after="0"/>
              <w:jc w:val="left"/>
            </w:pPr>
            <w:r>
              <w:rPr>
                <w:sz w:val="16"/>
              </w:rPr>
              <w:t>Physical measure: in event narratives only; local data required.</w:t>
            </w:r>
          </w:p>
        </w:tc>
      </w:tr>
      <w:tr>
        <w:trPr>
          <w:cantSplit/>
        </w:trPr>
        <w:tc>
          <w:tcPr>
            <w:tcW w:type="dxa" w:w="1762"/>
          </w:tcPr>
          <w:p>
            <w:pPr>
              <w:spacing w:after="0"/>
              <w:jc w:val="left"/>
            </w:pPr>
            <w:r>
              <w:rPr>
                <w:sz w:val="16"/>
              </w:rPr>
              <w:t>Wildfire</w:t>
            </w:r>
          </w:p>
        </w:tc>
        <w:tc>
          <w:tcPr>
            <w:tcW w:type="dxa" w:w="1751"/>
          </w:tcPr>
          <w:p>
            <w:pPr>
              <w:spacing w:after="0"/>
              <w:jc w:val="left"/>
            </w:pPr>
            <w:r>
              <w:rPr>
                <w:sz w:val="16"/>
              </w:rPr>
              <w:t>acres burned (local data)</w:t>
            </w:r>
          </w:p>
        </w:tc>
        <w:tc>
          <w:tcPr>
            <w:tcW w:type="dxa" w:w="1578"/>
          </w:tcPr>
          <w:p>
            <w:pPr>
              <w:spacing w:after="0"/>
              <w:jc w:val="right"/>
            </w:pPr>
            <w:r>
              <w:rPr>
                <w:sz w:val="16"/>
              </w:rPr>
              <w:t>0</w:t>
            </w:r>
          </w:p>
        </w:tc>
        <w:tc>
          <w:tcPr>
            <w:tcW w:type="dxa" w:w="1976"/>
          </w:tcPr>
          <w:p>
            <w:pPr>
              <w:spacing w:after="0"/>
              <w:jc w:val="left"/>
            </w:pPr>
          </w:p>
        </w:tc>
        <w:tc>
          <w:tcPr>
            <w:tcW w:type="dxa" w:w="1453"/>
          </w:tcPr>
          <w:p>
            <w:pPr>
              <w:spacing w:after="0"/>
              <w:jc w:val="left"/>
            </w:pPr>
          </w:p>
        </w:tc>
        <w:tc>
          <w:tcPr>
            <w:tcW w:type="dxa" w:w="1672"/>
          </w:tcPr>
          <w:p>
            <w:pPr>
              <w:spacing w:after="0"/>
              <w:jc w:val="left"/>
            </w:pPr>
          </w:p>
        </w:tc>
        <w:tc>
          <w:tcPr>
            <w:tcW w:type="dxa" w:w="1649"/>
          </w:tcPr>
          <w:p>
            <w:pPr>
              <w:spacing w:after="0"/>
              <w:jc w:val="left"/>
            </w:pPr>
          </w:p>
        </w:tc>
        <w:tc>
          <w:tcPr>
            <w:tcW w:type="dxa" w:w="2272"/>
          </w:tcPr>
          <w:p>
            <w:pPr>
              <w:spacing w:after="0"/>
              <w:jc w:val="left"/>
            </w:pPr>
            <w:r>
              <w:rPr>
                <w:sz w:val="16"/>
              </w:rPr>
              <w:t>Acres burned: in event narratives only; local data required.</w:t>
            </w:r>
          </w:p>
        </w:tc>
      </w:tr>
      <w:tr>
        <w:trPr>
          <w:cantSplit/>
        </w:trPr>
        <w:tc>
          <w:tcPr>
            <w:tcW w:type="dxa" w:w="1762"/>
          </w:tcPr>
          <w:p>
            <w:pPr>
              <w:spacing w:after="0"/>
              <w:jc w:val="left"/>
            </w:pPr>
            <w:r>
              <w:rPr>
                <w:sz w:val="16"/>
              </w:rPr>
              <w:t>Winter Storm, Heavy Snow, Blizzard, Lake-Effect Snow, Winter Weather, Sleet</w:t>
            </w:r>
          </w:p>
        </w:tc>
        <w:tc>
          <w:tcPr>
            <w:tcW w:type="dxa" w:w="1751"/>
          </w:tcPr>
          <w:p>
            <w:pPr>
              <w:spacing w:after="0"/>
              <w:jc w:val="left"/>
            </w:pPr>
            <w:r>
              <w:rPr>
                <w:sz w:val="16"/>
              </w:rPr>
              <w:t>none in data (snowfall local)</w:t>
            </w:r>
          </w:p>
        </w:tc>
        <w:tc>
          <w:tcPr>
            <w:tcW w:type="dxa" w:w="1578"/>
          </w:tcPr>
          <w:p>
            <w:pPr>
              <w:spacing w:after="0"/>
              <w:jc w:val="right"/>
            </w:pPr>
            <w:r>
              <w:rPr>
                <w:sz w:val="16"/>
              </w:rPr>
              <w:t>58, 1996 to 2024 (58 zone-level)</w:t>
            </w:r>
          </w:p>
        </w:tc>
        <w:tc>
          <w:tcPr>
            <w:tcW w:type="dxa" w:w="1976"/>
          </w:tcPr>
          <w:p>
            <w:pPr>
              <w:spacing w:after="0"/>
              <w:jc w:val="left"/>
            </w:pPr>
          </w:p>
        </w:tc>
        <w:tc>
          <w:tcPr>
            <w:tcW w:type="dxa" w:w="1453"/>
          </w:tcPr>
          <w:p>
            <w:pPr>
              <w:spacing w:after="0"/>
              <w:jc w:val="left"/>
            </w:pPr>
            <w:r>
              <w:rPr>
                <w:sz w:val="16"/>
              </w:rPr>
              <w:t>Blizzard, 2009-04-04, $25,000 property; $0 crops, reported for the zone (2009 dollars); NWS zone NEZ027 (LOUP), zone-level: may include parts of neighboring counties</w:t>
            </w:r>
          </w:p>
        </w:tc>
        <w:tc>
          <w:tcPr>
            <w:tcW w:type="dxa" w:w="1672"/>
          </w:tcPr>
          <w:p>
            <w:pPr>
              <w:spacing w:after="0"/>
              <w:jc w:val="left"/>
            </w:pPr>
          </w:p>
        </w:tc>
        <w:tc>
          <w:tcPr>
            <w:tcW w:type="dxa" w:w="1649"/>
          </w:tcPr>
          <w:p>
            <w:pPr>
              <w:spacing w:after="0"/>
              <w:jc w:val="left"/>
            </w:pPr>
            <w:r>
              <w:rPr>
                <w:sz w:val="16"/>
              </w:rPr>
              <w:t>Zone-level records: applies countywide; national data do not locate these events within the county.</w:t>
            </w:r>
          </w:p>
        </w:tc>
        <w:tc>
          <w:tcPr>
            <w:tcW w:type="dxa" w:w="2272"/>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14</w:t>
      </w:r>
    </w:p>
    <w:p>
      <w:pPr>
        <w:keepNext/>
        <w:spacing w:after="40" w:before="0"/>
      </w:pPr>
      <w:r>
        <w:rPr>
          <w:b/>
        </w:rPr>
        <w:t xml:space="preserve">Counted incidents: </w:t>
      </w:r>
      <w:r>
        <w:rPr/>
        <w:t>11</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94"/>
        <w:gridCol w:w="1094"/>
        <w:gridCol w:w="1094"/>
        <w:gridCol w:w="1471"/>
        <w:gridCol w:w="3731"/>
        <w:gridCol w:w="2493"/>
        <w:gridCol w:w="1508"/>
        <w:gridCol w:w="684"/>
        <w:gridCol w:w="943"/>
      </w:tblGrid>
      <w:tr>
        <w:trPr>
          <w:cantSplit/>
          <w:tblHeader/>
        </w:trPr>
        <w:tc>
          <w:tcPr>
            <w:tcW w:type="dxa" w:w="1094"/>
            <w:shd w:val="clear" w:color="auto" w:fill="E8E8E8"/>
          </w:tcPr>
          <w:p>
            <w:pPr>
              <w:spacing w:after="0"/>
              <w:jc w:val="left"/>
            </w:pPr>
            <w:r>
              <w:rPr>
                <w:b/>
                <w:sz w:val="16"/>
              </w:rPr>
              <w:t>Declared</w:t>
            </w:r>
          </w:p>
        </w:tc>
        <w:tc>
          <w:tcPr>
            <w:tcW w:type="dxa" w:w="1094"/>
            <w:shd w:val="clear" w:color="auto" w:fill="E8E8E8"/>
          </w:tcPr>
          <w:p>
            <w:pPr>
              <w:spacing w:after="0"/>
              <w:jc w:val="left"/>
            </w:pPr>
            <w:r>
              <w:rPr>
                <w:b/>
                <w:sz w:val="16"/>
              </w:rPr>
              <w:t>Incident began</w:t>
            </w:r>
          </w:p>
        </w:tc>
        <w:tc>
          <w:tcPr>
            <w:tcW w:type="dxa" w:w="1094"/>
            <w:shd w:val="clear" w:color="auto" w:fill="E8E8E8"/>
          </w:tcPr>
          <w:p>
            <w:pPr>
              <w:spacing w:after="0"/>
              <w:jc w:val="left"/>
            </w:pPr>
            <w:r>
              <w:rPr>
                <w:b/>
                <w:sz w:val="16"/>
              </w:rPr>
              <w:t>FEMA number</w:t>
            </w:r>
          </w:p>
        </w:tc>
        <w:tc>
          <w:tcPr>
            <w:tcW w:type="dxa" w:w="1471"/>
            <w:shd w:val="clear" w:color="auto" w:fill="E8E8E8"/>
          </w:tcPr>
          <w:p>
            <w:pPr>
              <w:spacing w:after="0"/>
              <w:jc w:val="left"/>
            </w:pPr>
            <w:r>
              <w:rPr>
                <w:b/>
                <w:sz w:val="16"/>
              </w:rPr>
              <w:t>Type</w:t>
            </w:r>
          </w:p>
        </w:tc>
        <w:tc>
          <w:tcPr>
            <w:tcW w:type="dxa" w:w="3731"/>
            <w:shd w:val="clear" w:color="auto" w:fill="E8E8E8"/>
          </w:tcPr>
          <w:p>
            <w:pPr>
              <w:spacing w:after="0"/>
              <w:jc w:val="left"/>
            </w:pPr>
            <w:r>
              <w:rPr>
                <w:b/>
                <w:sz w:val="16"/>
              </w:rPr>
              <w:t>Title</w:t>
            </w:r>
          </w:p>
        </w:tc>
        <w:tc>
          <w:tcPr>
            <w:tcW w:type="dxa" w:w="2493"/>
            <w:shd w:val="clear" w:color="auto" w:fill="E8E8E8"/>
          </w:tcPr>
          <w:p>
            <w:pPr>
              <w:spacing w:after="0"/>
              <w:jc w:val="left"/>
            </w:pPr>
            <w:r>
              <w:rPr>
                <w:b/>
                <w:sz w:val="16"/>
              </w:rPr>
              <w:t>Mapped hazard</w:t>
            </w:r>
          </w:p>
        </w:tc>
        <w:tc>
          <w:tcPr>
            <w:tcW w:type="dxa" w:w="150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684"/>
            <w:shd w:val="clear" w:color="auto" w:fill="E8E8E8"/>
          </w:tcPr>
          <w:p>
            <w:pPr>
              <w:spacing w:after="0"/>
              <w:jc w:val="left"/>
            </w:pPr>
            <w:r>
              <w:rPr>
                <w:b/>
                <w:sz w:val="16"/>
              </w:rPr>
              <w:t>Flags</w:t>
            </w:r>
          </w:p>
        </w:tc>
        <w:tc>
          <w:tcPr>
            <w:tcW w:type="dxa" w:w="943"/>
            <w:shd w:val="clear" w:color="auto" w:fill="E8E8E8"/>
          </w:tcPr>
          <w:p>
            <w:pPr>
              <w:spacing w:after="0"/>
              <w:jc w:val="left"/>
            </w:pPr>
            <w:r>
              <w:rPr>
                <w:b/>
                <w:sz w:val="16"/>
              </w:rPr>
              <w:t>Notes</w:t>
            </w:r>
          </w:p>
        </w:tc>
      </w:tr>
      <w:tr>
        <w:trPr>
          <w:cantSplit/>
        </w:trPr>
        <w:tc>
          <w:tcPr>
            <w:tcW w:type="dxa" w:w="1094"/>
          </w:tcPr>
          <w:p>
            <w:pPr>
              <w:spacing w:after="0"/>
              <w:jc w:val="left"/>
            </w:pPr>
            <w:r>
              <w:rPr>
                <w:sz w:val="16"/>
              </w:rPr>
              <w:t>2020-04-04</w:t>
            </w:r>
          </w:p>
        </w:tc>
        <w:tc>
          <w:tcPr>
            <w:tcW w:type="dxa" w:w="1094"/>
          </w:tcPr>
          <w:p>
            <w:pPr>
              <w:spacing w:after="0"/>
              <w:jc w:val="left"/>
            </w:pPr>
            <w:r>
              <w:rPr>
                <w:sz w:val="16"/>
              </w:rPr>
              <w:t>2020-01-20</w:t>
            </w:r>
          </w:p>
        </w:tc>
        <w:tc>
          <w:tcPr>
            <w:tcW w:type="dxa" w:w="1094"/>
          </w:tcPr>
          <w:p>
            <w:pPr>
              <w:spacing w:after="0"/>
              <w:jc w:val="left"/>
            </w:pPr>
            <w:r>
              <w:rPr>
                <w:sz w:val="16"/>
              </w:rPr>
              <w:t>DR-4521-NE</w:t>
            </w:r>
          </w:p>
        </w:tc>
        <w:tc>
          <w:tcPr>
            <w:tcW w:type="dxa" w:w="1471"/>
          </w:tcPr>
          <w:p>
            <w:pPr>
              <w:spacing w:after="0"/>
              <w:jc w:val="left"/>
            </w:pPr>
            <w:r>
              <w:rPr>
                <w:sz w:val="16"/>
              </w:rPr>
              <w:t>Major disaster</w:t>
            </w:r>
          </w:p>
        </w:tc>
        <w:tc>
          <w:tcPr>
            <w:tcW w:type="dxa" w:w="3731"/>
          </w:tcPr>
          <w:p>
            <w:pPr>
              <w:spacing w:after="0"/>
              <w:jc w:val="left"/>
            </w:pPr>
            <w:r>
              <w:rPr>
                <w:sz w:val="16"/>
              </w:rPr>
              <w:t>COVID-19 PANDEMIC</w:t>
            </w:r>
          </w:p>
        </w:tc>
        <w:tc>
          <w:tcPr>
            <w:tcW w:type="dxa" w:w="2493"/>
          </w:tcPr>
          <w:p>
            <w:pPr>
              <w:spacing w:after="0"/>
              <w:jc w:val="left"/>
            </w:pPr>
            <w:r>
              <w:rPr>
                <w:sz w:val="16"/>
              </w:rPr>
              <w:t>Non-natural, not counted</w:t>
            </w:r>
          </w:p>
        </w:tc>
        <w:tc>
          <w:tcPr>
            <w:tcW w:type="dxa" w:w="1508"/>
          </w:tcPr>
          <w:p>
            <w:pPr>
              <w:spacing w:after="0"/>
              <w:jc w:val="right"/>
            </w:pPr>
            <w:r>
              <w:rPr>
                <w:sz w:val="16"/>
              </w:rPr>
              <w:t>none found</w:t>
            </w:r>
          </w:p>
        </w:tc>
        <w:tc>
          <w:tcPr>
            <w:tcW w:type="dxa" w:w="684"/>
          </w:tcPr>
          <w:p>
            <w:pPr>
              <w:spacing w:after="0"/>
              <w:jc w:val="left"/>
            </w:pPr>
          </w:p>
        </w:tc>
        <w:tc>
          <w:tcPr>
            <w:tcW w:type="dxa" w:w="943"/>
          </w:tcPr>
          <w:p>
            <w:pPr>
              <w:spacing w:after="0"/>
              <w:jc w:val="left"/>
            </w:pPr>
          </w:p>
        </w:tc>
      </w:tr>
      <w:tr>
        <w:trPr>
          <w:cantSplit/>
        </w:trPr>
        <w:tc>
          <w:tcPr>
            <w:tcW w:type="dxa" w:w="1094"/>
          </w:tcPr>
          <w:p>
            <w:pPr>
              <w:spacing w:after="0"/>
              <w:jc w:val="left"/>
            </w:pPr>
            <w:r>
              <w:rPr>
                <w:sz w:val="16"/>
              </w:rPr>
              <w:t>2020-03-13</w:t>
            </w:r>
          </w:p>
        </w:tc>
        <w:tc>
          <w:tcPr>
            <w:tcW w:type="dxa" w:w="1094"/>
          </w:tcPr>
          <w:p>
            <w:pPr>
              <w:spacing w:after="0"/>
              <w:jc w:val="left"/>
            </w:pPr>
            <w:r>
              <w:rPr>
                <w:sz w:val="16"/>
              </w:rPr>
              <w:t>2020-01-20</w:t>
            </w:r>
          </w:p>
        </w:tc>
        <w:tc>
          <w:tcPr>
            <w:tcW w:type="dxa" w:w="1094"/>
          </w:tcPr>
          <w:p>
            <w:pPr>
              <w:spacing w:after="0"/>
              <w:jc w:val="left"/>
            </w:pPr>
            <w:r>
              <w:rPr>
                <w:sz w:val="16"/>
              </w:rPr>
              <w:t>EM-3483-NE</w:t>
            </w:r>
          </w:p>
        </w:tc>
        <w:tc>
          <w:tcPr>
            <w:tcW w:type="dxa" w:w="1471"/>
          </w:tcPr>
          <w:p>
            <w:pPr>
              <w:spacing w:after="0"/>
              <w:jc w:val="left"/>
            </w:pPr>
            <w:r>
              <w:rPr>
                <w:sz w:val="16"/>
              </w:rPr>
              <w:t>Emergency</w:t>
            </w:r>
          </w:p>
        </w:tc>
        <w:tc>
          <w:tcPr>
            <w:tcW w:type="dxa" w:w="3731"/>
          </w:tcPr>
          <w:p>
            <w:pPr>
              <w:spacing w:after="0"/>
              <w:jc w:val="left"/>
            </w:pPr>
            <w:r>
              <w:rPr>
                <w:sz w:val="16"/>
              </w:rPr>
              <w:t>COVID-19</w:t>
            </w:r>
          </w:p>
        </w:tc>
        <w:tc>
          <w:tcPr>
            <w:tcW w:type="dxa" w:w="2493"/>
          </w:tcPr>
          <w:p>
            <w:pPr>
              <w:spacing w:after="0"/>
              <w:jc w:val="left"/>
            </w:pPr>
            <w:r>
              <w:rPr>
                <w:sz w:val="16"/>
              </w:rPr>
              <w:t>Non-natural, not counted</w:t>
            </w:r>
          </w:p>
        </w:tc>
        <w:tc>
          <w:tcPr>
            <w:tcW w:type="dxa" w:w="1508"/>
          </w:tcPr>
          <w:p>
            <w:pPr>
              <w:spacing w:after="0"/>
              <w:jc w:val="right"/>
            </w:pPr>
            <w:r>
              <w:rPr>
                <w:sz w:val="16"/>
              </w:rPr>
              <w:t>none found</w:t>
            </w:r>
          </w:p>
        </w:tc>
        <w:tc>
          <w:tcPr>
            <w:tcW w:type="dxa" w:w="684"/>
          </w:tcPr>
          <w:p>
            <w:pPr>
              <w:spacing w:after="0"/>
              <w:jc w:val="left"/>
            </w:pPr>
          </w:p>
        </w:tc>
        <w:tc>
          <w:tcPr>
            <w:tcW w:type="dxa" w:w="943"/>
          </w:tcPr>
          <w:p>
            <w:pPr>
              <w:spacing w:after="0"/>
              <w:jc w:val="left"/>
            </w:pPr>
            <w:r>
              <w:rPr>
                <w:sz w:val="16"/>
              </w:rPr>
              <w:t>same incident as DR-4521</w:t>
            </w:r>
          </w:p>
        </w:tc>
      </w:tr>
      <w:tr>
        <w:trPr>
          <w:cantSplit/>
        </w:trPr>
        <w:tc>
          <w:tcPr>
            <w:tcW w:type="dxa" w:w="1094"/>
          </w:tcPr>
          <w:p>
            <w:pPr>
              <w:spacing w:after="0"/>
              <w:jc w:val="left"/>
            </w:pPr>
            <w:r>
              <w:rPr>
                <w:sz w:val="16"/>
              </w:rPr>
              <w:t>2019-03-21</w:t>
            </w:r>
          </w:p>
        </w:tc>
        <w:tc>
          <w:tcPr>
            <w:tcW w:type="dxa" w:w="1094"/>
          </w:tcPr>
          <w:p>
            <w:pPr>
              <w:spacing w:after="0"/>
              <w:jc w:val="left"/>
            </w:pPr>
            <w:r>
              <w:rPr>
                <w:sz w:val="16"/>
              </w:rPr>
              <w:t>2019-03-09</w:t>
            </w:r>
          </w:p>
        </w:tc>
        <w:tc>
          <w:tcPr>
            <w:tcW w:type="dxa" w:w="1094"/>
          </w:tcPr>
          <w:p>
            <w:pPr>
              <w:spacing w:after="0"/>
              <w:jc w:val="left"/>
            </w:pPr>
            <w:r>
              <w:rPr>
                <w:sz w:val="16"/>
              </w:rPr>
              <w:t>DR-4420-NE</w:t>
            </w:r>
          </w:p>
        </w:tc>
        <w:tc>
          <w:tcPr>
            <w:tcW w:type="dxa" w:w="1471"/>
          </w:tcPr>
          <w:p>
            <w:pPr>
              <w:spacing w:after="0"/>
              <w:jc w:val="left"/>
            </w:pPr>
            <w:r>
              <w:rPr>
                <w:sz w:val="16"/>
              </w:rPr>
              <w:t>Major disaster</w:t>
            </w:r>
          </w:p>
        </w:tc>
        <w:tc>
          <w:tcPr>
            <w:tcW w:type="dxa" w:w="3731"/>
          </w:tcPr>
          <w:p>
            <w:pPr>
              <w:spacing w:after="0"/>
              <w:jc w:val="left"/>
            </w:pPr>
            <w:r>
              <w:rPr>
                <w:sz w:val="16"/>
              </w:rPr>
              <w:t>SEVERE WINTER STORM, STRAIGHT-LINE WINDS, AND FLOODING</w:t>
            </w:r>
          </w:p>
        </w:tc>
        <w:tc>
          <w:tcPr>
            <w:tcW w:type="dxa" w:w="2493"/>
          </w:tcPr>
          <w:p>
            <w:pPr>
              <w:spacing w:after="0"/>
              <w:jc w:val="left"/>
            </w:pPr>
            <w:r>
              <w:rPr>
                <w:sz w:val="16"/>
              </w:rPr>
              <w:t>Inland Flooding (primary); also designated: Strong Wind, Winter Weather</w:t>
            </w:r>
          </w:p>
        </w:tc>
        <w:tc>
          <w:tcPr>
            <w:tcW w:type="dxa" w:w="1508"/>
          </w:tcPr>
          <w:p>
            <w:pPr>
              <w:spacing w:after="0"/>
              <w:jc w:val="right"/>
            </w:pPr>
            <w:r>
              <w:rPr>
                <w:sz w:val="16"/>
              </w:rPr>
              <w:t>$547,902.09</w:t>
            </w:r>
          </w:p>
        </w:tc>
        <w:tc>
          <w:tcPr>
            <w:tcW w:type="dxa" w:w="684"/>
          </w:tcPr>
          <w:p>
            <w:pPr>
              <w:spacing w:after="0"/>
              <w:jc w:val="left"/>
            </w:pPr>
          </w:p>
        </w:tc>
        <w:tc>
          <w:tcPr>
            <w:tcW w:type="dxa" w:w="943"/>
          </w:tcPr>
          <w:p>
            <w:pPr>
              <w:spacing w:after="0"/>
              <w:jc w:val="left"/>
            </w:pPr>
          </w:p>
        </w:tc>
      </w:tr>
      <w:tr>
        <w:trPr>
          <w:cantSplit/>
        </w:trPr>
        <w:tc>
          <w:tcPr>
            <w:tcW w:type="dxa" w:w="1094"/>
          </w:tcPr>
          <w:p>
            <w:pPr>
              <w:spacing w:after="0"/>
              <w:jc w:val="left"/>
            </w:pPr>
            <w:r>
              <w:rPr>
                <w:sz w:val="16"/>
              </w:rPr>
              <w:t>2018-06-29</w:t>
            </w:r>
          </w:p>
        </w:tc>
        <w:tc>
          <w:tcPr>
            <w:tcW w:type="dxa" w:w="1094"/>
          </w:tcPr>
          <w:p>
            <w:pPr>
              <w:spacing w:after="0"/>
              <w:jc w:val="left"/>
            </w:pPr>
            <w:r>
              <w:rPr>
                <w:sz w:val="16"/>
              </w:rPr>
              <w:t>2018-04-13</w:t>
            </w:r>
          </w:p>
        </w:tc>
        <w:tc>
          <w:tcPr>
            <w:tcW w:type="dxa" w:w="1094"/>
          </w:tcPr>
          <w:p>
            <w:pPr>
              <w:spacing w:after="0"/>
              <w:jc w:val="left"/>
            </w:pPr>
            <w:r>
              <w:rPr>
                <w:sz w:val="16"/>
              </w:rPr>
              <w:t>DR-4375-NE</w:t>
            </w:r>
          </w:p>
        </w:tc>
        <w:tc>
          <w:tcPr>
            <w:tcW w:type="dxa" w:w="1471"/>
          </w:tcPr>
          <w:p>
            <w:pPr>
              <w:spacing w:after="0"/>
              <w:jc w:val="left"/>
            </w:pPr>
            <w:r>
              <w:rPr>
                <w:sz w:val="16"/>
              </w:rPr>
              <w:t>Major disaster</w:t>
            </w:r>
          </w:p>
        </w:tc>
        <w:tc>
          <w:tcPr>
            <w:tcW w:type="dxa" w:w="3731"/>
          </w:tcPr>
          <w:p>
            <w:pPr>
              <w:spacing w:after="0"/>
              <w:jc w:val="left"/>
            </w:pPr>
            <w:r>
              <w:rPr>
                <w:sz w:val="16"/>
              </w:rPr>
              <w:t>SEVERE WINTER STORM AND STRAIGHT-LINE WINDS</w:t>
            </w:r>
          </w:p>
        </w:tc>
        <w:tc>
          <w:tcPr>
            <w:tcW w:type="dxa" w:w="2493"/>
          </w:tcPr>
          <w:p>
            <w:pPr>
              <w:spacing w:after="0"/>
              <w:jc w:val="left"/>
            </w:pPr>
            <w:r>
              <w:rPr>
                <w:sz w:val="16"/>
              </w:rPr>
              <w:t>Winter Weather (primary); also designated: Strong Wind</w:t>
            </w:r>
          </w:p>
        </w:tc>
        <w:tc>
          <w:tcPr>
            <w:tcW w:type="dxa" w:w="1508"/>
          </w:tcPr>
          <w:p>
            <w:pPr>
              <w:spacing w:after="0"/>
              <w:jc w:val="right"/>
            </w:pPr>
            <w:r>
              <w:rPr>
                <w:sz w:val="16"/>
              </w:rPr>
              <w:t>none found</w:t>
            </w:r>
          </w:p>
        </w:tc>
        <w:tc>
          <w:tcPr>
            <w:tcW w:type="dxa" w:w="684"/>
          </w:tcPr>
          <w:p>
            <w:pPr>
              <w:spacing w:after="0"/>
              <w:jc w:val="left"/>
            </w:pPr>
          </w:p>
        </w:tc>
        <w:tc>
          <w:tcPr>
            <w:tcW w:type="dxa" w:w="943"/>
          </w:tcPr>
          <w:p>
            <w:pPr>
              <w:spacing w:after="0"/>
              <w:jc w:val="left"/>
            </w:pPr>
          </w:p>
        </w:tc>
      </w:tr>
      <w:tr>
        <w:trPr>
          <w:cantSplit/>
        </w:trPr>
        <w:tc>
          <w:tcPr>
            <w:tcW w:type="dxa" w:w="1094"/>
          </w:tcPr>
          <w:p>
            <w:pPr>
              <w:spacing w:after="0"/>
              <w:jc w:val="left"/>
            </w:pPr>
            <w:r>
              <w:rPr>
                <w:sz w:val="16"/>
              </w:rPr>
              <w:t>2017-06-26</w:t>
            </w:r>
          </w:p>
        </w:tc>
        <w:tc>
          <w:tcPr>
            <w:tcW w:type="dxa" w:w="1094"/>
          </w:tcPr>
          <w:p>
            <w:pPr>
              <w:spacing w:after="0"/>
              <w:jc w:val="left"/>
            </w:pPr>
            <w:r>
              <w:rPr>
                <w:sz w:val="16"/>
              </w:rPr>
              <w:t>2017-04-29</w:t>
            </w:r>
          </w:p>
        </w:tc>
        <w:tc>
          <w:tcPr>
            <w:tcW w:type="dxa" w:w="1094"/>
          </w:tcPr>
          <w:p>
            <w:pPr>
              <w:spacing w:after="0"/>
              <w:jc w:val="left"/>
            </w:pPr>
            <w:r>
              <w:rPr>
                <w:sz w:val="16"/>
              </w:rPr>
              <w:t>DR-4321-NE</w:t>
            </w:r>
          </w:p>
        </w:tc>
        <w:tc>
          <w:tcPr>
            <w:tcW w:type="dxa" w:w="1471"/>
          </w:tcPr>
          <w:p>
            <w:pPr>
              <w:spacing w:after="0"/>
              <w:jc w:val="left"/>
            </w:pPr>
            <w:r>
              <w:rPr>
                <w:sz w:val="16"/>
              </w:rPr>
              <w:t>Major disaster</w:t>
            </w:r>
          </w:p>
        </w:tc>
        <w:tc>
          <w:tcPr>
            <w:tcW w:type="dxa" w:w="3731"/>
          </w:tcPr>
          <w:p>
            <w:pPr>
              <w:spacing w:after="0"/>
              <w:jc w:val="left"/>
            </w:pPr>
            <w:r>
              <w:rPr>
                <w:sz w:val="16"/>
              </w:rPr>
              <w:t>SEVERE WINTER STORM AND STRAIGHT-LINE WINDS</w:t>
            </w:r>
          </w:p>
        </w:tc>
        <w:tc>
          <w:tcPr>
            <w:tcW w:type="dxa" w:w="2493"/>
          </w:tcPr>
          <w:p>
            <w:pPr>
              <w:spacing w:after="0"/>
              <w:jc w:val="left"/>
            </w:pPr>
            <w:r>
              <w:rPr>
                <w:sz w:val="16"/>
              </w:rPr>
              <w:t>Strong Wind; Winter Weather</w:t>
            </w:r>
          </w:p>
        </w:tc>
        <w:tc>
          <w:tcPr>
            <w:tcW w:type="dxa" w:w="1508"/>
          </w:tcPr>
          <w:p>
            <w:pPr>
              <w:spacing w:after="0"/>
              <w:jc w:val="right"/>
            </w:pPr>
            <w:r>
              <w:rPr>
                <w:sz w:val="16"/>
              </w:rPr>
              <w:t>none found</w:t>
            </w:r>
          </w:p>
        </w:tc>
        <w:tc>
          <w:tcPr>
            <w:tcW w:type="dxa" w:w="684"/>
          </w:tcPr>
          <w:p>
            <w:pPr>
              <w:spacing w:after="0"/>
              <w:jc w:val="left"/>
            </w:pPr>
          </w:p>
        </w:tc>
        <w:tc>
          <w:tcPr>
            <w:tcW w:type="dxa" w:w="943"/>
          </w:tcPr>
          <w:p>
            <w:pPr>
              <w:spacing w:after="0"/>
              <w:jc w:val="left"/>
            </w:pPr>
          </w:p>
        </w:tc>
      </w:tr>
      <w:tr>
        <w:trPr>
          <w:cantSplit/>
        </w:trPr>
        <w:tc>
          <w:tcPr>
            <w:tcW w:type="dxa" w:w="1094"/>
          </w:tcPr>
          <w:p>
            <w:pPr>
              <w:spacing w:after="0"/>
              <w:jc w:val="left"/>
            </w:pPr>
            <w:r>
              <w:rPr>
                <w:sz w:val="16"/>
              </w:rPr>
              <w:t>2010-07-15</w:t>
            </w:r>
          </w:p>
        </w:tc>
        <w:tc>
          <w:tcPr>
            <w:tcW w:type="dxa" w:w="1094"/>
          </w:tcPr>
          <w:p>
            <w:pPr>
              <w:spacing w:after="0"/>
              <w:jc w:val="left"/>
            </w:pPr>
            <w:r>
              <w:rPr>
                <w:sz w:val="16"/>
              </w:rPr>
              <w:t>2010-06-01</w:t>
            </w:r>
          </w:p>
        </w:tc>
        <w:tc>
          <w:tcPr>
            <w:tcW w:type="dxa" w:w="1094"/>
          </w:tcPr>
          <w:p>
            <w:pPr>
              <w:spacing w:after="0"/>
              <w:jc w:val="left"/>
            </w:pPr>
            <w:r>
              <w:rPr>
                <w:sz w:val="16"/>
              </w:rPr>
              <w:t>DR-1924-NE</w:t>
            </w:r>
          </w:p>
        </w:tc>
        <w:tc>
          <w:tcPr>
            <w:tcW w:type="dxa" w:w="1471"/>
          </w:tcPr>
          <w:p>
            <w:pPr>
              <w:spacing w:after="0"/>
              <w:jc w:val="left"/>
            </w:pPr>
            <w:r>
              <w:rPr>
                <w:sz w:val="16"/>
              </w:rPr>
              <w:t>Major disaster</w:t>
            </w:r>
          </w:p>
        </w:tc>
        <w:tc>
          <w:tcPr>
            <w:tcW w:type="dxa" w:w="3731"/>
          </w:tcPr>
          <w:p>
            <w:pPr>
              <w:spacing w:after="0"/>
              <w:jc w:val="left"/>
            </w:pPr>
            <w:r>
              <w:rPr>
                <w:sz w:val="16"/>
              </w:rPr>
              <w:t>SEVERE STORMS AND FLOODING</w:t>
            </w:r>
          </w:p>
        </w:tc>
        <w:tc>
          <w:tcPr>
            <w:tcW w:type="dxa" w:w="2493"/>
          </w:tcPr>
          <w:p>
            <w:pPr>
              <w:spacing w:after="0"/>
              <w:jc w:val="left"/>
            </w:pPr>
            <w:r>
              <w:rPr>
                <w:sz w:val="16"/>
              </w:rPr>
              <w:t>Inland Flooding</w:t>
            </w:r>
          </w:p>
        </w:tc>
        <w:tc>
          <w:tcPr>
            <w:tcW w:type="dxa" w:w="1508"/>
          </w:tcPr>
          <w:p>
            <w:pPr>
              <w:spacing w:after="0"/>
              <w:jc w:val="right"/>
            </w:pPr>
            <w:r>
              <w:rPr>
                <w:sz w:val="16"/>
              </w:rPr>
              <w:t>$450,227.77</w:t>
            </w:r>
          </w:p>
        </w:tc>
        <w:tc>
          <w:tcPr>
            <w:tcW w:type="dxa" w:w="684"/>
          </w:tcPr>
          <w:p>
            <w:pPr>
              <w:spacing w:after="0"/>
              <w:jc w:val="left"/>
            </w:pPr>
          </w:p>
        </w:tc>
        <w:tc>
          <w:tcPr>
            <w:tcW w:type="dxa" w:w="943"/>
          </w:tcPr>
          <w:p>
            <w:pPr>
              <w:spacing w:after="0"/>
              <w:jc w:val="left"/>
            </w:pPr>
          </w:p>
        </w:tc>
      </w:tr>
      <w:tr>
        <w:trPr>
          <w:cantSplit/>
        </w:trPr>
        <w:tc>
          <w:tcPr>
            <w:tcW w:type="dxa" w:w="1094"/>
          </w:tcPr>
          <w:p>
            <w:pPr>
              <w:spacing w:after="0"/>
              <w:jc w:val="left"/>
            </w:pPr>
            <w:r>
              <w:rPr>
                <w:sz w:val="16"/>
              </w:rPr>
              <w:t>2010-04-21</w:t>
            </w:r>
          </w:p>
        </w:tc>
        <w:tc>
          <w:tcPr>
            <w:tcW w:type="dxa" w:w="1094"/>
          </w:tcPr>
          <w:p>
            <w:pPr>
              <w:spacing w:after="0"/>
              <w:jc w:val="left"/>
            </w:pPr>
            <w:r>
              <w:rPr>
                <w:sz w:val="16"/>
              </w:rPr>
              <w:t>2010-03-06</w:t>
            </w:r>
          </w:p>
        </w:tc>
        <w:tc>
          <w:tcPr>
            <w:tcW w:type="dxa" w:w="1094"/>
          </w:tcPr>
          <w:p>
            <w:pPr>
              <w:spacing w:after="0"/>
              <w:jc w:val="left"/>
            </w:pPr>
            <w:r>
              <w:rPr>
                <w:sz w:val="16"/>
              </w:rPr>
              <w:t>DR-1902-NE</w:t>
            </w:r>
          </w:p>
        </w:tc>
        <w:tc>
          <w:tcPr>
            <w:tcW w:type="dxa" w:w="1471"/>
          </w:tcPr>
          <w:p>
            <w:pPr>
              <w:spacing w:after="0"/>
              <w:jc w:val="left"/>
            </w:pPr>
            <w:r>
              <w:rPr>
                <w:sz w:val="16"/>
              </w:rPr>
              <w:t>Major disaster</w:t>
            </w:r>
          </w:p>
        </w:tc>
        <w:tc>
          <w:tcPr>
            <w:tcW w:type="dxa" w:w="3731"/>
          </w:tcPr>
          <w:p>
            <w:pPr>
              <w:spacing w:after="0"/>
              <w:jc w:val="left"/>
            </w:pPr>
            <w:r>
              <w:rPr>
                <w:sz w:val="16"/>
              </w:rPr>
              <w:t>SEVERE STORMS, ICE JAMS, AND FLOODING</w:t>
            </w:r>
          </w:p>
        </w:tc>
        <w:tc>
          <w:tcPr>
            <w:tcW w:type="dxa" w:w="2493"/>
          </w:tcPr>
          <w:p>
            <w:pPr>
              <w:spacing w:after="0"/>
              <w:jc w:val="left"/>
            </w:pPr>
            <w:r>
              <w:rPr>
                <w:sz w:val="16"/>
              </w:rPr>
              <w:t>Inland Flooding</w:t>
            </w:r>
          </w:p>
        </w:tc>
        <w:tc>
          <w:tcPr>
            <w:tcW w:type="dxa" w:w="1508"/>
          </w:tcPr>
          <w:p>
            <w:pPr>
              <w:spacing w:after="0"/>
              <w:jc w:val="right"/>
            </w:pPr>
            <w:r>
              <w:rPr>
                <w:sz w:val="16"/>
              </w:rPr>
              <w:t>none found</w:t>
            </w:r>
          </w:p>
        </w:tc>
        <w:tc>
          <w:tcPr>
            <w:tcW w:type="dxa" w:w="684"/>
          </w:tcPr>
          <w:p>
            <w:pPr>
              <w:spacing w:after="0"/>
              <w:jc w:val="left"/>
            </w:pPr>
          </w:p>
        </w:tc>
        <w:tc>
          <w:tcPr>
            <w:tcW w:type="dxa" w:w="943"/>
          </w:tcPr>
          <w:p>
            <w:pPr>
              <w:spacing w:after="0"/>
              <w:jc w:val="left"/>
            </w:pPr>
          </w:p>
        </w:tc>
      </w:tr>
      <w:tr>
        <w:trPr>
          <w:cantSplit/>
        </w:trPr>
        <w:tc>
          <w:tcPr>
            <w:tcW w:type="dxa" w:w="1094"/>
          </w:tcPr>
          <w:p>
            <w:pPr>
              <w:spacing w:after="0"/>
              <w:jc w:val="left"/>
            </w:pPr>
            <w:r>
              <w:rPr>
                <w:sz w:val="16"/>
              </w:rPr>
              <w:t>2010-02-25</w:t>
            </w:r>
          </w:p>
        </w:tc>
        <w:tc>
          <w:tcPr>
            <w:tcW w:type="dxa" w:w="1094"/>
          </w:tcPr>
          <w:p>
            <w:pPr>
              <w:spacing w:after="0"/>
              <w:jc w:val="left"/>
            </w:pPr>
            <w:r>
              <w:rPr>
                <w:sz w:val="16"/>
              </w:rPr>
              <w:t>2009-12-22</w:t>
            </w:r>
          </w:p>
        </w:tc>
        <w:tc>
          <w:tcPr>
            <w:tcW w:type="dxa" w:w="1094"/>
          </w:tcPr>
          <w:p>
            <w:pPr>
              <w:spacing w:after="0"/>
              <w:jc w:val="left"/>
            </w:pPr>
            <w:r>
              <w:rPr>
                <w:sz w:val="16"/>
              </w:rPr>
              <w:t>DR-1878-NE</w:t>
            </w:r>
          </w:p>
        </w:tc>
        <w:tc>
          <w:tcPr>
            <w:tcW w:type="dxa" w:w="1471"/>
          </w:tcPr>
          <w:p>
            <w:pPr>
              <w:spacing w:after="0"/>
              <w:jc w:val="left"/>
            </w:pPr>
            <w:r>
              <w:rPr>
                <w:sz w:val="16"/>
              </w:rPr>
              <w:t>Major disaster</w:t>
            </w:r>
          </w:p>
        </w:tc>
        <w:tc>
          <w:tcPr>
            <w:tcW w:type="dxa" w:w="3731"/>
          </w:tcPr>
          <w:p>
            <w:pPr>
              <w:spacing w:after="0"/>
              <w:jc w:val="left"/>
            </w:pPr>
            <w:r>
              <w:rPr>
                <w:sz w:val="16"/>
              </w:rPr>
              <w:t>SEVERE WINTER STORMS AND SNOWSTORM</w:t>
            </w:r>
          </w:p>
        </w:tc>
        <w:tc>
          <w:tcPr>
            <w:tcW w:type="dxa" w:w="2493"/>
          </w:tcPr>
          <w:p>
            <w:pPr>
              <w:spacing w:after="0"/>
              <w:jc w:val="left"/>
            </w:pPr>
            <w:r>
              <w:rPr>
                <w:sz w:val="16"/>
              </w:rPr>
              <w:t>Winter Weather</w:t>
            </w:r>
          </w:p>
        </w:tc>
        <w:tc>
          <w:tcPr>
            <w:tcW w:type="dxa" w:w="1508"/>
          </w:tcPr>
          <w:p>
            <w:pPr>
              <w:spacing w:after="0"/>
              <w:jc w:val="right"/>
            </w:pPr>
            <w:r>
              <w:rPr>
                <w:sz w:val="16"/>
              </w:rPr>
              <w:t>none found</w:t>
            </w:r>
          </w:p>
        </w:tc>
        <w:tc>
          <w:tcPr>
            <w:tcW w:type="dxa" w:w="684"/>
          </w:tcPr>
          <w:p>
            <w:pPr>
              <w:spacing w:after="0"/>
              <w:jc w:val="left"/>
            </w:pPr>
          </w:p>
        </w:tc>
        <w:tc>
          <w:tcPr>
            <w:tcW w:type="dxa" w:w="943"/>
          </w:tcPr>
          <w:p>
            <w:pPr>
              <w:spacing w:after="0"/>
              <w:jc w:val="left"/>
            </w:pPr>
          </w:p>
        </w:tc>
      </w:tr>
      <w:tr>
        <w:trPr>
          <w:cantSplit/>
        </w:trPr>
        <w:tc>
          <w:tcPr>
            <w:tcW w:type="dxa" w:w="1094"/>
          </w:tcPr>
          <w:p>
            <w:pPr>
              <w:spacing w:after="0"/>
              <w:jc w:val="left"/>
            </w:pPr>
            <w:r>
              <w:rPr>
                <w:sz w:val="16"/>
              </w:rPr>
              <w:t>2008-06-20</w:t>
            </w:r>
          </w:p>
        </w:tc>
        <w:tc>
          <w:tcPr>
            <w:tcW w:type="dxa" w:w="1094"/>
          </w:tcPr>
          <w:p>
            <w:pPr>
              <w:spacing w:after="0"/>
              <w:jc w:val="left"/>
            </w:pPr>
            <w:r>
              <w:rPr>
                <w:sz w:val="16"/>
              </w:rPr>
              <w:t>2008-05-22</w:t>
            </w:r>
          </w:p>
        </w:tc>
        <w:tc>
          <w:tcPr>
            <w:tcW w:type="dxa" w:w="1094"/>
          </w:tcPr>
          <w:p>
            <w:pPr>
              <w:spacing w:after="0"/>
              <w:jc w:val="left"/>
            </w:pPr>
            <w:r>
              <w:rPr>
                <w:sz w:val="16"/>
              </w:rPr>
              <w:t>DR-1770-NE</w:t>
            </w:r>
          </w:p>
        </w:tc>
        <w:tc>
          <w:tcPr>
            <w:tcW w:type="dxa" w:w="1471"/>
          </w:tcPr>
          <w:p>
            <w:pPr>
              <w:spacing w:after="0"/>
              <w:jc w:val="left"/>
            </w:pPr>
            <w:r>
              <w:rPr>
                <w:sz w:val="16"/>
              </w:rPr>
              <w:t>Major disaster</w:t>
            </w:r>
          </w:p>
        </w:tc>
        <w:tc>
          <w:tcPr>
            <w:tcW w:type="dxa" w:w="3731"/>
          </w:tcPr>
          <w:p>
            <w:pPr>
              <w:spacing w:after="0"/>
              <w:jc w:val="left"/>
            </w:pPr>
            <w:r>
              <w:rPr>
                <w:sz w:val="16"/>
              </w:rPr>
              <w:t>SEVERE STORMS, TORNADOES, AND FLOODING</w:t>
            </w:r>
          </w:p>
        </w:tc>
        <w:tc>
          <w:tcPr>
            <w:tcW w:type="dxa" w:w="2493"/>
          </w:tcPr>
          <w:p>
            <w:pPr>
              <w:spacing w:after="0"/>
              <w:jc w:val="left"/>
            </w:pPr>
            <w:r>
              <w:rPr>
                <w:sz w:val="16"/>
              </w:rPr>
              <w:t>Inland Flooding; Tornado</w:t>
            </w:r>
          </w:p>
        </w:tc>
        <w:tc>
          <w:tcPr>
            <w:tcW w:type="dxa" w:w="1508"/>
          </w:tcPr>
          <w:p>
            <w:pPr>
              <w:spacing w:after="0"/>
              <w:jc w:val="right"/>
            </w:pPr>
            <w:r>
              <w:rPr>
                <w:sz w:val="16"/>
              </w:rPr>
              <w:t>$23,940.35</w:t>
            </w:r>
          </w:p>
        </w:tc>
        <w:tc>
          <w:tcPr>
            <w:tcW w:type="dxa" w:w="684"/>
          </w:tcPr>
          <w:p>
            <w:pPr>
              <w:spacing w:after="0"/>
              <w:jc w:val="left"/>
            </w:pPr>
          </w:p>
        </w:tc>
        <w:tc>
          <w:tcPr>
            <w:tcW w:type="dxa" w:w="943"/>
          </w:tcPr>
          <w:p>
            <w:pPr>
              <w:spacing w:after="0"/>
              <w:jc w:val="left"/>
            </w:pPr>
          </w:p>
        </w:tc>
      </w:tr>
      <w:tr>
        <w:trPr>
          <w:cantSplit/>
        </w:trPr>
        <w:tc>
          <w:tcPr>
            <w:tcW w:type="dxa" w:w="1094"/>
          </w:tcPr>
          <w:p>
            <w:pPr>
              <w:spacing w:after="0"/>
              <w:jc w:val="left"/>
            </w:pPr>
            <w:r>
              <w:rPr>
                <w:sz w:val="16"/>
              </w:rPr>
              <w:t>2007-07-24</w:t>
            </w:r>
          </w:p>
        </w:tc>
        <w:tc>
          <w:tcPr>
            <w:tcW w:type="dxa" w:w="1094"/>
          </w:tcPr>
          <w:p>
            <w:pPr>
              <w:spacing w:after="0"/>
              <w:jc w:val="left"/>
            </w:pPr>
            <w:r>
              <w:rPr>
                <w:sz w:val="16"/>
              </w:rPr>
              <w:t>2007-05-28</w:t>
            </w:r>
          </w:p>
        </w:tc>
        <w:tc>
          <w:tcPr>
            <w:tcW w:type="dxa" w:w="1094"/>
          </w:tcPr>
          <w:p>
            <w:pPr>
              <w:spacing w:after="0"/>
              <w:jc w:val="left"/>
            </w:pPr>
            <w:r>
              <w:rPr>
                <w:sz w:val="16"/>
              </w:rPr>
              <w:t>DR-1714-NE</w:t>
            </w:r>
          </w:p>
        </w:tc>
        <w:tc>
          <w:tcPr>
            <w:tcW w:type="dxa" w:w="1471"/>
          </w:tcPr>
          <w:p>
            <w:pPr>
              <w:spacing w:after="0"/>
              <w:jc w:val="left"/>
            </w:pPr>
            <w:r>
              <w:rPr>
                <w:sz w:val="16"/>
              </w:rPr>
              <w:t>Major disaster</w:t>
            </w:r>
          </w:p>
        </w:tc>
        <w:tc>
          <w:tcPr>
            <w:tcW w:type="dxa" w:w="3731"/>
          </w:tcPr>
          <w:p>
            <w:pPr>
              <w:spacing w:after="0"/>
              <w:jc w:val="left"/>
            </w:pPr>
            <w:r>
              <w:rPr>
                <w:sz w:val="16"/>
              </w:rPr>
              <w:t>SEVERE STORMS AND FLOODING</w:t>
            </w:r>
          </w:p>
        </w:tc>
        <w:tc>
          <w:tcPr>
            <w:tcW w:type="dxa" w:w="2493"/>
          </w:tcPr>
          <w:p>
            <w:pPr>
              <w:spacing w:after="0"/>
              <w:jc w:val="left"/>
            </w:pPr>
            <w:r>
              <w:rPr>
                <w:sz w:val="16"/>
              </w:rPr>
              <w:t>Inland Flooding</w:t>
            </w:r>
          </w:p>
        </w:tc>
        <w:tc>
          <w:tcPr>
            <w:tcW w:type="dxa" w:w="1508"/>
          </w:tcPr>
          <w:p>
            <w:pPr>
              <w:spacing w:after="0"/>
              <w:jc w:val="right"/>
            </w:pPr>
            <w:r>
              <w:rPr>
                <w:sz w:val="16"/>
              </w:rPr>
              <w:t>$9,128.01</w:t>
            </w:r>
          </w:p>
        </w:tc>
        <w:tc>
          <w:tcPr>
            <w:tcW w:type="dxa" w:w="684"/>
          </w:tcPr>
          <w:p>
            <w:pPr>
              <w:spacing w:after="0"/>
              <w:jc w:val="left"/>
            </w:pPr>
          </w:p>
        </w:tc>
        <w:tc>
          <w:tcPr>
            <w:tcW w:type="dxa" w:w="943"/>
          </w:tcPr>
          <w:p>
            <w:pPr>
              <w:spacing w:after="0"/>
              <w:jc w:val="left"/>
            </w:pPr>
          </w:p>
        </w:tc>
      </w:tr>
      <w:tr>
        <w:trPr>
          <w:cantSplit/>
        </w:trPr>
        <w:tc>
          <w:tcPr>
            <w:tcW w:type="dxa" w:w="1094"/>
          </w:tcPr>
          <w:p>
            <w:pPr>
              <w:spacing w:after="0"/>
              <w:jc w:val="left"/>
            </w:pPr>
            <w:r>
              <w:rPr>
                <w:sz w:val="16"/>
              </w:rPr>
              <w:t>2007-06-06</w:t>
            </w:r>
          </w:p>
        </w:tc>
        <w:tc>
          <w:tcPr>
            <w:tcW w:type="dxa" w:w="1094"/>
          </w:tcPr>
          <w:p>
            <w:pPr>
              <w:spacing w:after="0"/>
              <w:jc w:val="left"/>
            </w:pPr>
            <w:r>
              <w:rPr>
                <w:sz w:val="16"/>
              </w:rPr>
              <w:t>2007-05-04</w:t>
            </w:r>
          </w:p>
        </w:tc>
        <w:tc>
          <w:tcPr>
            <w:tcW w:type="dxa" w:w="1094"/>
          </w:tcPr>
          <w:p>
            <w:pPr>
              <w:spacing w:after="0"/>
              <w:jc w:val="left"/>
            </w:pPr>
            <w:r>
              <w:rPr>
                <w:sz w:val="16"/>
              </w:rPr>
              <w:t>DR-1706-NE</w:t>
            </w:r>
          </w:p>
        </w:tc>
        <w:tc>
          <w:tcPr>
            <w:tcW w:type="dxa" w:w="1471"/>
          </w:tcPr>
          <w:p>
            <w:pPr>
              <w:spacing w:after="0"/>
              <w:jc w:val="left"/>
            </w:pPr>
            <w:r>
              <w:rPr>
                <w:sz w:val="16"/>
              </w:rPr>
              <w:t>Major disaster</w:t>
            </w:r>
          </w:p>
        </w:tc>
        <w:tc>
          <w:tcPr>
            <w:tcW w:type="dxa" w:w="3731"/>
          </w:tcPr>
          <w:p>
            <w:pPr>
              <w:spacing w:after="0"/>
              <w:jc w:val="left"/>
            </w:pPr>
            <w:r>
              <w:rPr>
                <w:sz w:val="16"/>
              </w:rPr>
              <w:t>SEVERE STORMS, FLOODING, AND TORNADOES</w:t>
            </w:r>
          </w:p>
        </w:tc>
        <w:tc>
          <w:tcPr>
            <w:tcW w:type="dxa" w:w="2493"/>
          </w:tcPr>
          <w:p>
            <w:pPr>
              <w:spacing w:after="0"/>
              <w:jc w:val="left"/>
            </w:pPr>
            <w:r>
              <w:rPr>
                <w:sz w:val="16"/>
              </w:rPr>
              <w:t>Inland Flooding; Tornado</w:t>
            </w:r>
          </w:p>
        </w:tc>
        <w:tc>
          <w:tcPr>
            <w:tcW w:type="dxa" w:w="1508"/>
          </w:tcPr>
          <w:p>
            <w:pPr>
              <w:spacing w:after="0"/>
              <w:jc w:val="right"/>
            </w:pPr>
            <w:r>
              <w:rPr>
                <w:sz w:val="16"/>
              </w:rPr>
              <w:t>$42,491.54</w:t>
            </w:r>
          </w:p>
        </w:tc>
        <w:tc>
          <w:tcPr>
            <w:tcW w:type="dxa" w:w="684"/>
          </w:tcPr>
          <w:p>
            <w:pPr>
              <w:spacing w:after="0"/>
              <w:jc w:val="left"/>
            </w:pPr>
          </w:p>
        </w:tc>
        <w:tc>
          <w:tcPr>
            <w:tcW w:type="dxa" w:w="943"/>
          </w:tcPr>
          <w:p>
            <w:pPr>
              <w:spacing w:after="0"/>
              <w:jc w:val="left"/>
            </w:pPr>
          </w:p>
        </w:tc>
      </w:tr>
      <w:tr>
        <w:trPr>
          <w:cantSplit/>
        </w:trPr>
        <w:tc>
          <w:tcPr>
            <w:tcW w:type="dxa" w:w="1094"/>
          </w:tcPr>
          <w:p>
            <w:pPr>
              <w:spacing w:after="0"/>
              <w:jc w:val="left"/>
            </w:pPr>
            <w:r>
              <w:rPr>
                <w:sz w:val="16"/>
              </w:rPr>
              <w:t>2007-01-07</w:t>
            </w:r>
          </w:p>
        </w:tc>
        <w:tc>
          <w:tcPr>
            <w:tcW w:type="dxa" w:w="1094"/>
          </w:tcPr>
          <w:p>
            <w:pPr>
              <w:spacing w:after="0"/>
              <w:jc w:val="left"/>
            </w:pPr>
            <w:r>
              <w:rPr>
                <w:sz w:val="16"/>
              </w:rPr>
              <w:t>2006-12-19</w:t>
            </w:r>
          </w:p>
        </w:tc>
        <w:tc>
          <w:tcPr>
            <w:tcW w:type="dxa" w:w="1094"/>
          </w:tcPr>
          <w:p>
            <w:pPr>
              <w:spacing w:after="0"/>
              <w:jc w:val="left"/>
            </w:pPr>
            <w:r>
              <w:rPr>
                <w:sz w:val="16"/>
              </w:rPr>
              <w:t>DR-1674-NE</w:t>
            </w:r>
          </w:p>
        </w:tc>
        <w:tc>
          <w:tcPr>
            <w:tcW w:type="dxa" w:w="1471"/>
          </w:tcPr>
          <w:p>
            <w:pPr>
              <w:spacing w:after="0"/>
              <w:jc w:val="left"/>
            </w:pPr>
            <w:r>
              <w:rPr>
                <w:sz w:val="16"/>
              </w:rPr>
              <w:t>Major disaster</w:t>
            </w:r>
          </w:p>
        </w:tc>
        <w:tc>
          <w:tcPr>
            <w:tcW w:type="dxa" w:w="3731"/>
          </w:tcPr>
          <w:p>
            <w:pPr>
              <w:spacing w:after="0"/>
              <w:jc w:val="left"/>
            </w:pPr>
            <w:r>
              <w:rPr>
                <w:sz w:val="16"/>
              </w:rPr>
              <w:t>SEVERE WINTER STORMS</w:t>
            </w:r>
          </w:p>
        </w:tc>
        <w:tc>
          <w:tcPr>
            <w:tcW w:type="dxa" w:w="2493"/>
          </w:tcPr>
          <w:p>
            <w:pPr>
              <w:spacing w:after="0"/>
              <w:jc w:val="left"/>
            </w:pPr>
            <w:r>
              <w:rPr>
                <w:sz w:val="16"/>
              </w:rPr>
              <w:t>Winter Weather</w:t>
            </w:r>
          </w:p>
        </w:tc>
        <w:tc>
          <w:tcPr>
            <w:tcW w:type="dxa" w:w="1508"/>
          </w:tcPr>
          <w:p>
            <w:pPr>
              <w:spacing w:after="0"/>
              <w:jc w:val="right"/>
            </w:pPr>
            <w:r>
              <w:rPr>
                <w:sz w:val="16"/>
              </w:rPr>
              <w:t>$750</w:t>
            </w:r>
          </w:p>
        </w:tc>
        <w:tc>
          <w:tcPr>
            <w:tcW w:type="dxa" w:w="684"/>
          </w:tcPr>
          <w:p>
            <w:pPr>
              <w:spacing w:after="0"/>
              <w:jc w:val="left"/>
            </w:pPr>
          </w:p>
        </w:tc>
        <w:tc>
          <w:tcPr>
            <w:tcW w:type="dxa" w:w="943"/>
          </w:tcPr>
          <w:p>
            <w:pPr>
              <w:spacing w:after="0"/>
              <w:jc w:val="left"/>
            </w:pPr>
          </w:p>
        </w:tc>
      </w:tr>
      <w:tr>
        <w:trPr>
          <w:cantSplit/>
        </w:trPr>
        <w:tc>
          <w:tcPr>
            <w:tcW w:type="dxa" w:w="1094"/>
          </w:tcPr>
          <w:p>
            <w:pPr>
              <w:spacing w:after="0"/>
              <w:jc w:val="left"/>
            </w:pPr>
            <w:r>
              <w:rPr>
                <w:sz w:val="16"/>
              </w:rPr>
              <w:t>2006-01-26</w:t>
            </w:r>
          </w:p>
        </w:tc>
        <w:tc>
          <w:tcPr>
            <w:tcW w:type="dxa" w:w="1094"/>
          </w:tcPr>
          <w:p>
            <w:pPr>
              <w:spacing w:after="0"/>
              <w:jc w:val="left"/>
            </w:pPr>
            <w:r>
              <w:rPr>
                <w:sz w:val="16"/>
              </w:rPr>
              <w:t>2005-11-27</w:t>
            </w:r>
          </w:p>
        </w:tc>
        <w:tc>
          <w:tcPr>
            <w:tcW w:type="dxa" w:w="1094"/>
          </w:tcPr>
          <w:p>
            <w:pPr>
              <w:spacing w:after="0"/>
              <w:jc w:val="left"/>
            </w:pPr>
            <w:r>
              <w:rPr>
                <w:sz w:val="16"/>
              </w:rPr>
              <w:t>DR-1627-NE</w:t>
            </w:r>
          </w:p>
        </w:tc>
        <w:tc>
          <w:tcPr>
            <w:tcW w:type="dxa" w:w="1471"/>
          </w:tcPr>
          <w:p>
            <w:pPr>
              <w:spacing w:after="0"/>
              <w:jc w:val="left"/>
            </w:pPr>
            <w:r>
              <w:rPr>
                <w:sz w:val="16"/>
              </w:rPr>
              <w:t>Major disaster</w:t>
            </w:r>
          </w:p>
        </w:tc>
        <w:tc>
          <w:tcPr>
            <w:tcW w:type="dxa" w:w="3731"/>
          </w:tcPr>
          <w:p>
            <w:pPr>
              <w:spacing w:after="0"/>
              <w:jc w:val="left"/>
            </w:pPr>
            <w:r>
              <w:rPr>
                <w:sz w:val="16"/>
              </w:rPr>
              <w:t>SEVERE WINTER STORM</w:t>
            </w:r>
          </w:p>
        </w:tc>
        <w:tc>
          <w:tcPr>
            <w:tcW w:type="dxa" w:w="2493"/>
          </w:tcPr>
          <w:p>
            <w:pPr>
              <w:spacing w:after="0"/>
              <w:jc w:val="left"/>
            </w:pPr>
            <w:r>
              <w:rPr>
                <w:sz w:val="16"/>
              </w:rPr>
              <w:t>Winter Weather</w:t>
            </w:r>
          </w:p>
        </w:tc>
        <w:tc>
          <w:tcPr>
            <w:tcW w:type="dxa" w:w="1508"/>
          </w:tcPr>
          <w:p>
            <w:pPr>
              <w:spacing w:after="0"/>
              <w:jc w:val="right"/>
            </w:pPr>
            <w:r>
              <w:rPr>
                <w:sz w:val="16"/>
              </w:rPr>
              <w:t>$375</w:t>
            </w:r>
          </w:p>
        </w:tc>
        <w:tc>
          <w:tcPr>
            <w:tcW w:type="dxa" w:w="684"/>
          </w:tcPr>
          <w:p>
            <w:pPr>
              <w:spacing w:after="0"/>
              <w:jc w:val="left"/>
            </w:pPr>
          </w:p>
        </w:tc>
        <w:tc>
          <w:tcPr>
            <w:tcW w:type="dxa" w:w="943"/>
          </w:tcPr>
          <w:p>
            <w:pPr>
              <w:spacing w:after="0"/>
              <w:jc w:val="left"/>
            </w:pPr>
          </w:p>
        </w:tc>
      </w:tr>
      <w:tr>
        <w:trPr>
          <w:cantSplit/>
        </w:trPr>
        <w:tc>
          <w:tcPr>
            <w:tcW w:type="dxa" w:w="1094"/>
          </w:tcPr>
          <w:p>
            <w:pPr>
              <w:spacing w:after="0"/>
              <w:jc w:val="left"/>
            </w:pPr>
            <w:r>
              <w:rPr>
                <w:sz w:val="16"/>
              </w:rPr>
              <w:t>2005-09-13</w:t>
            </w:r>
          </w:p>
        </w:tc>
        <w:tc>
          <w:tcPr>
            <w:tcW w:type="dxa" w:w="1094"/>
          </w:tcPr>
          <w:p>
            <w:pPr>
              <w:spacing w:after="0"/>
              <w:jc w:val="left"/>
            </w:pPr>
            <w:r>
              <w:rPr>
                <w:sz w:val="16"/>
              </w:rPr>
              <w:t>2005-08-29</w:t>
            </w:r>
          </w:p>
        </w:tc>
        <w:tc>
          <w:tcPr>
            <w:tcW w:type="dxa" w:w="1094"/>
          </w:tcPr>
          <w:p>
            <w:pPr>
              <w:spacing w:after="0"/>
              <w:jc w:val="left"/>
            </w:pPr>
            <w:r>
              <w:rPr>
                <w:sz w:val="16"/>
              </w:rPr>
              <w:t>EM-3245-NE</w:t>
            </w:r>
          </w:p>
        </w:tc>
        <w:tc>
          <w:tcPr>
            <w:tcW w:type="dxa" w:w="1471"/>
          </w:tcPr>
          <w:p>
            <w:pPr>
              <w:spacing w:after="0"/>
              <w:jc w:val="left"/>
            </w:pPr>
            <w:r>
              <w:rPr>
                <w:sz w:val="16"/>
              </w:rPr>
              <w:t>Emergency</w:t>
            </w:r>
          </w:p>
        </w:tc>
        <w:tc>
          <w:tcPr>
            <w:tcW w:type="dxa" w:w="3731"/>
          </w:tcPr>
          <w:p>
            <w:pPr>
              <w:spacing w:after="0"/>
              <w:jc w:val="left"/>
            </w:pPr>
            <w:r>
              <w:rPr>
                <w:sz w:val="16"/>
              </w:rPr>
              <w:t>HURRICANE KATRINA EVACUEES</w:t>
            </w:r>
          </w:p>
        </w:tc>
        <w:tc>
          <w:tcPr>
            <w:tcW w:type="dxa" w:w="2493"/>
          </w:tcPr>
          <w:p>
            <w:pPr>
              <w:spacing w:after="0"/>
              <w:jc w:val="left"/>
            </w:pPr>
            <w:r>
              <w:rPr>
                <w:sz w:val="16"/>
              </w:rPr>
              <w:t>Hurricane: evacuation support, not a local hazard event; not counted</w:t>
            </w:r>
          </w:p>
        </w:tc>
        <w:tc>
          <w:tcPr>
            <w:tcW w:type="dxa" w:w="1508"/>
          </w:tcPr>
          <w:p>
            <w:pPr>
              <w:spacing w:after="0"/>
              <w:jc w:val="right"/>
            </w:pPr>
            <w:r>
              <w:rPr>
                <w:sz w:val="16"/>
              </w:rPr>
              <w:t>none found</w:t>
            </w:r>
          </w:p>
        </w:tc>
        <w:tc>
          <w:tcPr>
            <w:tcW w:type="dxa" w:w="684"/>
          </w:tcPr>
          <w:p>
            <w:pPr>
              <w:spacing w:after="0"/>
              <w:jc w:val="left"/>
            </w:pPr>
          </w:p>
        </w:tc>
        <w:tc>
          <w:tcPr>
            <w:tcW w:type="dxa" w:w="94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73"/>
        <w:gridCol w:w="1573"/>
        <w:gridCol w:w="1437"/>
        <w:gridCol w:w="2115"/>
        <w:gridCol w:w="3198"/>
        <w:gridCol w:w="2250"/>
        <w:gridCol w:w="983"/>
        <w:gridCol w:w="983"/>
      </w:tblGrid>
      <w:tr>
        <w:trPr>
          <w:cantSplit/>
          <w:tblHeader/>
        </w:trPr>
        <w:tc>
          <w:tcPr>
            <w:tcW w:type="dxa" w:w="1573"/>
            <w:shd w:val="clear" w:color="auto" w:fill="E8E8E8"/>
          </w:tcPr>
          <w:p>
            <w:pPr>
              <w:spacing w:after="0"/>
              <w:jc w:val="left"/>
            </w:pPr>
            <w:r>
              <w:rPr>
                <w:b/>
                <w:sz w:val="16"/>
              </w:rPr>
              <w:t>Declared</w:t>
            </w:r>
          </w:p>
        </w:tc>
        <w:tc>
          <w:tcPr>
            <w:tcW w:type="dxa" w:w="1573"/>
            <w:shd w:val="clear" w:color="auto" w:fill="E8E8E8"/>
          </w:tcPr>
          <w:p>
            <w:pPr>
              <w:spacing w:after="0"/>
              <w:jc w:val="left"/>
            </w:pPr>
            <w:r>
              <w:rPr>
                <w:b/>
                <w:sz w:val="16"/>
              </w:rPr>
              <w:t>Incident began</w:t>
            </w:r>
          </w:p>
        </w:tc>
        <w:tc>
          <w:tcPr>
            <w:tcW w:type="dxa" w:w="1437"/>
            <w:shd w:val="clear" w:color="auto" w:fill="E8E8E8"/>
          </w:tcPr>
          <w:p>
            <w:pPr>
              <w:spacing w:after="0"/>
              <w:jc w:val="left"/>
            </w:pPr>
            <w:r>
              <w:rPr>
                <w:b/>
                <w:sz w:val="16"/>
              </w:rPr>
              <w:t>FEMA number</w:t>
            </w:r>
          </w:p>
        </w:tc>
        <w:tc>
          <w:tcPr>
            <w:tcW w:type="dxa" w:w="2115"/>
            <w:shd w:val="clear" w:color="auto" w:fill="E8E8E8"/>
          </w:tcPr>
          <w:p>
            <w:pPr>
              <w:spacing w:after="0"/>
              <w:jc w:val="left"/>
            </w:pPr>
            <w:r>
              <w:rPr>
                <w:b/>
                <w:sz w:val="16"/>
              </w:rPr>
              <w:t>Type</w:t>
            </w:r>
          </w:p>
        </w:tc>
        <w:tc>
          <w:tcPr>
            <w:tcW w:type="dxa" w:w="3198"/>
            <w:shd w:val="clear" w:color="auto" w:fill="E8E8E8"/>
          </w:tcPr>
          <w:p>
            <w:pPr>
              <w:spacing w:after="0"/>
              <w:jc w:val="left"/>
            </w:pPr>
            <w:r>
              <w:rPr>
                <w:b/>
                <w:sz w:val="16"/>
              </w:rPr>
              <w:t>Title</w:t>
            </w:r>
          </w:p>
        </w:tc>
        <w:tc>
          <w:tcPr>
            <w:tcW w:type="dxa" w:w="2250"/>
            <w:shd w:val="clear" w:color="auto" w:fill="E8E8E8"/>
          </w:tcPr>
          <w:p>
            <w:pPr>
              <w:spacing w:after="0"/>
              <w:jc w:val="left"/>
            </w:pPr>
            <w:r>
              <w:rPr>
                <w:b/>
                <w:sz w:val="16"/>
              </w:rPr>
              <w:t>Mapped hazard</w:t>
            </w:r>
          </w:p>
        </w:tc>
        <w:tc>
          <w:tcPr>
            <w:tcW w:type="dxa" w:w="983"/>
            <w:shd w:val="clear" w:color="auto" w:fill="E8E8E8"/>
          </w:tcPr>
          <w:p>
            <w:pPr>
              <w:spacing w:after="0"/>
              <w:jc w:val="left"/>
            </w:pPr>
            <w:r>
              <w:rPr>
                <w:b/>
                <w:sz w:val="16"/>
              </w:rPr>
              <w:t>Flags</w:t>
            </w:r>
          </w:p>
        </w:tc>
        <w:tc>
          <w:tcPr>
            <w:tcW w:type="dxa" w:w="983"/>
            <w:shd w:val="clear" w:color="auto" w:fill="E8E8E8"/>
          </w:tcPr>
          <w:p>
            <w:pPr>
              <w:spacing w:after="0"/>
              <w:jc w:val="left"/>
            </w:pPr>
            <w:r>
              <w:rPr>
                <w:b/>
                <w:sz w:val="16"/>
              </w:rPr>
              <w:t>Notes</w:t>
            </w:r>
          </w:p>
        </w:tc>
      </w:tr>
      <w:tr>
        <w:trPr>
          <w:cantSplit/>
        </w:trPr>
        <w:tc>
          <w:tcPr>
            <w:tcW w:type="dxa" w:w="1573"/>
          </w:tcPr>
          <w:p>
            <w:pPr>
              <w:spacing w:after="0"/>
              <w:jc w:val="left"/>
            </w:pPr>
            <w:r>
              <w:rPr>
                <w:sz w:val="16"/>
              </w:rPr>
              <w:t>1964-07-20</w:t>
            </w:r>
          </w:p>
        </w:tc>
        <w:tc>
          <w:tcPr>
            <w:tcW w:type="dxa" w:w="1573"/>
          </w:tcPr>
          <w:p>
            <w:pPr>
              <w:spacing w:after="0"/>
              <w:jc w:val="left"/>
            </w:pPr>
            <w:r>
              <w:rPr>
                <w:sz w:val="16"/>
              </w:rPr>
              <w:t>1964-07-20</w:t>
            </w:r>
          </w:p>
        </w:tc>
        <w:tc>
          <w:tcPr>
            <w:tcW w:type="dxa" w:w="1437"/>
          </w:tcPr>
          <w:p>
            <w:pPr>
              <w:spacing w:after="0"/>
              <w:jc w:val="left"/>
            </w:pPr>
            <w:r>
              <w:rPr>
                <w:sz w:val="16"/>
              </w:rPr>
              <w:t>DR-174-NE</w:t>
            </w:r>
          </w:p>
        </w:tc>
        <w:tc>
          <w:tcPr>
            <w:tcW w:type="dxa" w:w="2115"/>
          </w:tcPr>
          <w:p>
            <w:pPr>
              <w:spacing w:after="0"/>
              <w:jc w:val="left"/>
            </w:pPr>
            <w:r>
              <w:rPr>
                <w:sz w:val="16"/>
              </w:rPr>
              <w:t>Major disaster</w:t>
            </w:r>
          </w:p>
        </w:tc>
        <w:tc>
          <w:tcPr>
            <w:tcW w:type="dxa" w:w="3198"/>
          </w:tcPr>
          <w:p>
            <w:pPr>
              <w:spacing w:after="0"/>
              <w:jc w:val="left"/>
            </w:pPr>
            <w:r>
              <w:rPr>
                <w:sz w:val="16"/>
              </w:rPr>
              <w:t>SEVERE STORMS &amp; FLOODING</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r>
        <w:trPr>
          <w:cantSplit/>
        </w:trPr>
        <w:tc>
          <w:tcPr>
            <w:tcW w:type="dxa" w:w="1573"/>
          </w:tcPr>
          <w:p>
            <w:pPr>
              <w:spacing w:after="0"/>
              <w:jc w:val="left"/>
            </w:pPr>
            <w:r>
              <w:rPr>
                <w:sz w:val="16"/>
              </w:rPr>
              <w:t>1963-07-17</w:t>
            </w:r>
          </w:p>
        </w:tc>
        <w:tc>
          <w:tcPr>
            <w:tcW w:type="dxa" w:w="1573"/>
          </w:tcPr>
          <w:p>
            <w:pPr>
              <w:spacing w:after="0"/>
              <w:jc w:val="left"/>
            </w:pPr>
            <w:r>
              <w:rPr>
                <w:sz w:val="16"/>
              </w:rPr>
              <w:t>1963-07-17</w:t>
            </w:r>
          </w:p>
        </w:tc>
        <w:tc>
          <w:tcPr>
            <w:tcW w:type="dxa" w:w="1437"/>
          </w:tcPr>
          <w:p>
            <w:pPr>
              <w:spacing w:after="0"/>
              <w:jc w:val="left"/>
            </w:pPr>
            <w:r>
              <w:rPr>
                <w:sz w:val="16"/>
              </w:rPr>
              <w:t>DR-156-NE</w:t>
            </w:r>
          </w:p>
        </w:tc>
        <w:tc>
          <w:tcPr>
            <w:tcW w:type="dxa" w:w="2115"/>
          </w:tcPr>
          <w:p>
            <w:pPr>
              <w:spacing w:after="0"/>
              <w:jc w:val="left"/>
            </w:pPr>
            <w:r>
              <w:rPr>
                <w:sz w:val="16"/>
              </w:rPr>
              <w:t>Major disaster</w:t>
            </w:r>
          </w:p>
        </w:tc>
        <w:tc>
          <w:tcPr>
            <w:tcW w:type="dxa" w:w="3198"/>
          </w:tcPr>
          <w:p>
            <w:pPr>
              <w:spacing w:after="0"/>
              <w:jc w:val="left"/>
            </w:pPr>
            <w:r>
              <w:rPr>
                <w:sz w:val="16"/>
              </w:rPr>
              <w:t>HEAVY RAINS &amp; FLOODING</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r>
        <w:trPr>
          <w:cantSplit/>
        </w:trPr>
        <w:tc>
          <w:tcPr>
            <w:tcW w:type="dxa" w:w="1573"/>
          </w:tcPr>
          <w:p>
            <w:pPr>
              <w:spacing w:after="0"/>
              <w:jc w:val="left"/>
            </w:pPr>
            <w:r>
              <w:rPr>
                <w:sz w:val="16"/>
              </w:rPr>
              <w:t>1962-09-05</w:t>
            </w:r>
          </w:p>
        </w:tc>
        <w:tc>
          <w:tcPr>
            <w:tcW w:type="dxa" w:w="1573"/>
          </w:tcPr>
          <w:p>
            <w:pPr>
              <w:spacing w:after="0"/>
              <w:jc w:val="left"/>
            </w:pPr>
            <w:r>
              <w:rPr>
                <w:sz w:val="16"/>
              </w:rPr>
              <w:t>1962-09-05</w:t>
            </w:r>
          </w:p>
        </w:tc>
        <w:tc>
          <w:tcPr>
            <w:tcW w:type="dxa" w:w="1437"/>
          </w:tcPr>
          <w:p>
            <w:pPr>
              <w:spacing w:after="0"/>
              <w:jc w:val="left"/>
            </w:pPr>
            <w:r>
              <w:rPr>
                <w:sz w:val="16"/>
              </w:rPr>
              <w:t>DR-134-NE</w:t>
            </w:r>
          </w:p>
        </w:tc>
        <w:tc>
          <w:tcPr>
            <w:tcW w:type="dxa" w:w="2115"/>
          </w:tcPr>
          <w:p>
            <w:pPr>
              <w:spacing w:after="0"/>
              <w:jc w:val="left"/>
            </w:pPr>
            <w:r>
              <w:rPr>
                <w:sz w:val="16"/>
              </w:rPr>
              <w:t>Major disaster</w:t>
            </w:r>
          </w:p>
        </w:tc>
        <w:tc>
          <w:tcPr>
            <w:tcW w:type="dxa" w:w="3198"/>
          </w:tcPr>
          <w:p>
            <w:pPr>
              <w:spacing w:after="0"/>
              <w:jc w:val="left"/>
            </w:pPr>
            <w:r>
              <w:rPr>
                <w:sz w:val="16"/>
              </w:rPr>
              <w:t>FLOODS</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r>
        <w:trPr>
          <w:cantSplit/>
        </w:trPr>
        <w:tc>
          <w:tcPr>
            <w:tcW w:type="dxa" w:w="1573"/>
          </w:tcPr>
          <w:p>
            <w:pPr>
              <w:spacing w:after="0"/>
              <w:jc w:val="left"/>
            </w:pPr>
            <w:r>
              <w:rPr>
                <w:sz w:val="16"/>
              </w:rPr>
              <w:t>1962-05-10</w:t>
            </w:r>
          </w:p>
        </w:tc>
        <w:tc>
          <w:tcPr>
            <w:tcW w:type="dxa" w:w="1573"/>
          </w:tcPr>
          <w:p>
            <w:pPr>
              <w:spacing w:after="0"/>
              <w:jc w:val="left"/>
            </w:pPr>
            <w:r>
              <w:rPr>
                <w:sz w:val="16"/>
              </w:rPr>
              <w:t>1962-05-10</w:t>
            </w:r>
          </w:p>
        </w:tc>
        <w:tc>
          <w:tcPr>
            <w:tcW w:type="dxa" w:w="1437"/>
          </w:tcPr>
          <w:p>
            <w:pPr>
              <w:spacing w:after="0"/>
              <w:jc w:val="left"/>
            </w:pPr>
            <w:r>
              <w:rPr>
                <w:sz w:val="16"/>
              </w:rPr>
              <w:t>DR-131-NE</w:t>
            </w:r>
          </w:p>
        </w:tc>
        <w:tc>
          <w:tcPr>
            <w:tcW w:type="dxa" w:w="2115"/>
          </w:tcPr>
          <w:p>
            <w:pPr>
              <w:spacing w:after="0"/>
              <w:jc w:val="left"/>
            </w:pPr>
            <w:r>
              <w:rPr>
                <w:sz w:val="16"/>
              </w:rPr>
              <w:t>Major disaster</w:t>
            </w:r>
          </w:p>
        </w:tc>
        <w:tc>
          <w:tcPr>
            <w:tcW w:type="dxa" w:w="3198"/>
          </w:tcPr>
          <w:p>
            <w:pPr>
              <w:spacing w:after="0"/>
              <w:jc w:val="left"/>
            </w:pPr>
            <w:r>
              <w:rPr>
                <w:sz w:val="16"/>
              </w:rPr>
              <w:t>FLOODS</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r>
        <w:trPr>
          <w:cantSplit/>
        </w:trPr>
        <w:tc>
          <w:tcPr>
            <w:tcW w:type="dxa" w:w="1573"/>
          </w:tcPr>
          <w:p>
            <w:pPr>
              <w:spacing w:after="0"/>
              <w:jc w:val="left"/>
            </w:pPr>
            <w:r>
              <w:rPr>
                <w:sz w:val="16"/>
              </w:rPr>
              <w:t>1960-04-04</w:t>
            </w:r>
          </w:p>
        </w:tc>
        <w:tc>
          <w:tcPr>
            <w:tcW w:type="dxa" w:w="1573"/>
          </w:tcPr>
          <w:p>
            <w:pPr>
              <w:spacing w:after="0"/>
              <w:jc w:val="left"/>
            </w:pPr>
            <w:r>
              <w:rPr>
                <w:sz w:val="16"/>
              </w:rPr>
              <w:t>1960-04-04</w:t>
            </w:r>
          </w:p>
        </w:tc>
        <w:tc>
          <w:tcPr>
            <w:tcW w:type="dxa" w:w="1437"/>
          </w:tcPr>
          <w:p>
            <w:pPr>
              <w:spacing w:after="0"/>
              <w:jc w:val="left"/>
            </w:pPr>
            <w:r>
              <w:rPr>
                <w:sz w:val="16"/>
              </w:rPr>
              <w:t>DR-98-NE</w:t>
            </w:r>
          </w:p>
        </w:tc>
        <w:tc>
          <w:tcPr>
            <w:tcW w:type="dxa" w:w="2115"/>
          </w:tcPr>
          <w:p>
            <w:pPr>
              <w:spacing w:after="0"/>
              <w:jc w:val="left"/>
            </w:pPr>
            <w:r>
              <w:rPr>
                <w:sz w:val="16"/>
              </w:rPr>
              <w:t>Major disaster</w:t>
            </w:r>
          </w:p>
        </w:tc>
        <w:tc>
          <w:tcPr>
            <w:tcW w:type="dxa" w:w="3198"/>
          </w:tcPr>
          <w:p>
            <w:pPr>
              <w:spacing w:after="0"/>
              <w:jc w:val="left"/>
            </w:pPr>
            <w:r>
              <w:rPr>
                <w:sz w:val="16"/>
              </w:rPr>
              <w:t>FLOODS</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7 rows, $3,747,676.55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7 rows, $3,747,676.55"/>
        <w:tblDescription w:val="Hazard Plain table b1d_pa_not_placed"/>
      </w:tblPr>
      <w:tblGrid>
        <w:gridCol w:w="1280"/>
        <w:gridCol w:w="1401"/>
        <w:gridCol w:w="2928"/>
        <w:gridCol w:w="2004"/>
        <w:gridCol w:w="1762"/>
        <w:gridCol w:w="4737"/>
      </w:tblGrid>
      <w:tr>
        <w:trPr>
          <w:cantSplit/>
          <w:tblHeader/>
        </w:trPr>
        <w:tc>
          <w:tcPr>
            <w:tcW w:type="dxa" w:w="1280"/>
            <w:shd w:val="clear" w:color="auto" w:fill="E8E8E8"/>
          </w:tcPr>
          <w:p>
            <w:pPr>
              <w:spacing w:after="0"/>
              <w:jc w:val="left"/>
            </w:pPr>
            <w:r>
              <w:rPr>
                <w:b/>
                <w:sz w:val="16"/>
              </w:rPr>
              <w:t>Disaster number</w:t>
            </w:r>
          </w:p>
        </w:tc>
        <w:tc>
          <w:tcPr>
            <w:tcW w:type="dxa" w:w="1401"/>
            <w:shd w:val="clear" w:color="auto" w:fill="E8E8E8"/>
          </w:tcPr>
          <w:p>
            <w:pPr>
              <w:spacing w:after="0"/>
              <w:jc w:val="left"/>
            </w:pPr>
            <w:r>
              <w:rPr>
                <w:b/>
                <w:sz w:val="16"/>
              </w:rPr>
              <w:t>Declared</w:t>
            </w:r>
          </w:p>
        </w:tc>
        <w:tc>
          <w:tcPr>
            <w:tcW w:type="dxa" w:w="2928"/>
            <w:shd w:val="clear" w:color="auto" w:fill="E8E8E8"/>
          </w:tcPr>
          <w:p>
            <w:pPr>
              <w:spacing w:after="0"/>
              <w:jc w:val="left"/>
            </w:pPr>
            <w:r>
              <w:rPr>
                <w:b/>
                <w:sz w:val="16"/>
              </w:rPr>
              <w:t>Applicant</w:t>
            </w:r>
          </w:p>
        </w:tc>
        <w:tc>
          <w:tcPr>
            <w:tcW w:type="dxa" w:w="2004"/>
            <w:shd w:val="clear" w:color="auto" w:fill="E8E8E8"/>
          </w:tcPr>
          <w:p>
            <w:pPr>
              <w:spacing w:after="0"/>
              <w:jc w:val="left"/>
            </w:pPr>
            <w:r>
              <w:rPr>
                <w:b/>
                <w:sz w:val="16"/>
              </w:rPr>
              <w:t>County field in FEMA data</w:t>
            </w:r>
          </w:p>
        </w:tc>
        <w:tc>
          <w:tcPr>
            <w:tcW w:type="dxa" w:w="176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737"/>
            <w:shd w:val="clear" w:color="auto" w:fill="E8E8E8"/>
          </w:tcPr>
          <w:p>
            <w:pPr>
              <w:spacing w:after="0"/>
              <w:jc w:val="left"/>
            </w:pPr>
            <w:r>
              <w:rPr>
                <w:b/>
                <w:sz w:val="16"/>
              </w:rPr>
              <w:t>Why not placed</w:t>
            </w:r>
          </w:p>
        </w:tc>
      </w:tr>
      <w:tr>
        <w:trPr>
          <w:cantSplit/>
        </w:trPr>
        <w:tc>
          <w:tcPr>
            <w:tcW w:type="dxa" w:w="1280"/>
          </w:tcPr>
          <w:p>
            <w:pPr>
              <w:spacing w:after="0"/>
              <w:jc w:val="left"/>
            </w:pPr>
            <w:r>
              <w:rPr>
                <w:sz w:val="16"/>
              </w:rPr>
              <w:t>4786</w:t>
            </w:r>
          </w:p>
        </w:tc>
        <w:tc>
          <w:tcPr>
            <w:tcW w:type="dxa" w:w="1401"/>
          </w:tcPr>
          <w:p>
            <w:pPr>
              <w:spacing w:after="0"/>
              <w:jc w:val="left"/>
            </w:pPr>
            <w:r>
              <w:rPr>
                <w:sz w:val="16"/>
              </w:rPr>
              <w:t>2024-05-24</w:t>
            </w:r>
          </w:p>
        </w:tc>
        <w:tc>
          <w:tcPr>
            <w:tcW w:type="dxa" w:w="2928"/>
          </w:tcPr>
          <w:p>
            <w:pPr>
              <w:spacing w:after="0"/>
              <w:jc w:val="left"/>
            </w:pPr>
            <w:r>
              <w:rPr>
                <w:sz w:val="16"/>
              </w:rPr>
              <w:t>High West Energy</w:t>
            </w:r>
          </w:p>
        </w:tc>
        <w:tc>
          <w:tcPr>
            <w:tcW w:type="dxa" w:w="2004"/>
          </w:tcPr>
          <w:p>
            <w:pPr>
              <w:spacing w:after="0"/>
              <w:jc w:val="left"/>
            </w:pPr>
            <w:r>
              <w:rPr>
                <w:sz w:val="16"/>
              </w:rPr>
              <w:t>Laramie County</w:t>
            </w:r>
          </w:p>
        </w:tc>
        <w:tc>
          <w:tcPr>
            <w:tcW w:type="dxa" w:w="1762"/>
          </w:tcPr>
          <w:p>
            <w:pPr>
              <w:spacing w:after="0"/>
              <w:jc w:val="right"/>
            </w:pPr>
            <w:r>
              <w:rPr>
                <w:sz w:val="16"/>
              </w:rPr>
              <w:t>$2,659,017.27</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4420</w:t>
            </w:r>
          </w:p>
        </w:tc>
        <w:tc>
          <w:tcPr>
            <w:tcW w:type="dxa" w:w="1401"/>
          </w:tcPr>
          <w:p>
            <w:pPr>
              <w:spacing w:after="0"/>
              <w:jc w:val="left"/>
            </w:pPr>
            <w:r>
              <w:rPr>
                <w:sz w:val="16"/>
              </w:rPr>
              <w:t>2019-03-21</w:t>
            </w:r>
          </w:p>
        </w:tc>
        <w:tc>
          <w:tcPr>
            <w:tcW w:type="dxa" w:w="2928"/>
          </w:tcPr>
          <w:p>
            <w:pPr>
              <w:spacing w:after="0"/>
              <w:jc w:val="left"/>
            </w:pPr>
            <w:r>
              <w:rPr>
                <w:sz w:val="16"/>
              </w:rPr>
              <w:t>Kansas Bostwick Irrigation District 2 (Bostwick Irrigation District)</w:t>
            </w:r>
          </w:p>
        </w:tc>
        <w:tc>
          <w:tcPr>
            <w:tcW w:type="dxa" w:w="2004"/>
          </w:tcPr>
          <w:p>
            <w:pPr>
              <w:spacing w:after="0"/>
              <w:jc w:val="left"/>
            </w:pPr>
            <w:r>
              <w:rPr>
                <w:sz w:val="16"/>
              </w:rPr>
              <w:t>Republic County</w:t>
            </w:r>
          </w:p>
        </w:tc>
        <w:tc>
          <w:tcPr>
            <w:tcW w:type="dxa" w:w="1762"/>
          </w:tcPr>
          <w:p>
            <w:pPr>
              <w:spacing w:after="0"/>
              <w:jc w:val="right"/>
            </w:pPr>
            <w:r>
              <w:rPr>
                <w:sz w:val="16"/>
              </w:rPr>
              <w:t>$752,963.17</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4420</w:t>
            </w:r>
          </w:p>
        </w:tc>
        <w:tc>
          <w:tcPr>
            <w:tcW w:type="dxa" w:w="1401"/>
          </w:tcPr>
          <w:p>
            <w:pPr>
              <w:spacing w:after="0"/>
              <w:jc w:val="left"/>
            </w:pPr>
            <w:r>
              <w:rPr>
                <w:sz w:val="16"/>
              </w:rPr>
              <w:t>2019-03-21</w:t>
            </w:r>
          </w:p>
        </w:tc>
        <w:tc>
          <w:tcPr>
            <w:tcW w:type="dxa" w:w="2928"/>
          </w:tcPr>
          <w:p>
            <w:pPr>
              <w:spacing w:after="0"/>
              <w:jc w:val="left"/>
            </w:pPr>
            <w:r>
              <w:rPr>
                <w:sz w:val="16"/>
              </w:rPr>
              <w:t>Harrison County Rural Electric Cooperative</w:t>
            </w:r>
          </w:p>
        </w:tc>
        <w:tc>
          <w:tcPr>
            <w:tcW w:type="dxa" w:w="2004"/>
          </w:tcPr>
          <w:p>
            <w:pPr>
              <w:spacing w:after="0"/>
              <w:jc w:val="left"/>
            </w:pPr>
            <w:r>
              <w:rPr>
                <w:sz w:val="16"/>
              </w:rPr>
              <w:t>Harrison County</w:t>
            </w:r>
          </w:p>
        </w:tc>
        <w:tc>
          <w:tcPr>
            <w:tcW w:type="dxa" w:w="1762"/>
          </w:tcPr>
          <w:p>
            <w:pPr>
              <w:spacing w:after="0"/>
              <w:jc w:val="right"/>
            </w:pPr>
            <w:r>
              <w:rPr>
                <w:sz w:val="16"/>
              </w:rPr>
              <w:t>$35,574.43</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4225</w:t>
            </w:r>
          </w:p>
        </w:tc>
        <w:tc>
          <w:tcPr>
            <w:tcW w:type="dxa" w:w="1401"/>
          </w:tcPr>
          <w:p>
            <w:pPr>
              <w:spacing w:after="0"/>
              <w:jc w:val="left"/>
            </w:pPr>
            <w:r>
              <w:rPr>
                <w:sz w:val="16"/>
              </w:rPr>
              <w:t>2015-06-25</w:t>
            </w:r>
          </w:p>
        </w:tc>
        <w:tc>
          <w:tcPr>
            <w:tcW w:type="dxa" w:w="2928"/>
          </w:tcPr>
          <w:p>
            <w:pPr>
              <w:spacing w:after="0"/>
              <w:jc w:val="left"/>
            </w:pPr>
            <w:r>
              <w:rPr>
                <w:sz w:val="16"/>
              </w:rPr>
              <w:t>Kansas Bostwick Irrigation District 2 (Bostwick Irrigation District)</w:t>
            </w:r>
          </w:p>
        </w:tc>
        <w:tc>
          <w:tcPr>
            <w:tcW w:type="dxa" w:w="2004"/>
          </w:tcPr>
          <w:p>
            <w:pPr>
              <w:spacing w:after="0"/>
              <w:jc w:val="left"/>
            </w:pPr>
            <w:r>
              <w:rPr>
                <w:sz w:val="16"/>
              </w:rPr>
              <w:t>Republic County</w:t>
            </w:r>
          </w:p>
        </w:tc>
        <w:tc>
          <w:tcPr>
            <w:tcW w:type="dxa" w:w="1762"/>
          </w:tcPr>
          <w:p>
            <w:pPr>
              <w:spacing w:after="0"/>
              <w:jc w:val="right"/>
            </w:pPr>
            <w:r>
              <w:rPr>
                <w:sz w:val="16"/>
              </w:rPr>
              <w:t>$6,406.13</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4013</w:t>
            </w:r>
          </w:p>
        </w:tc>
        <w:tc>
          <w:tcPr>
            <w:tcW w:type="dxa" w:w="1401"/>
          </w:tcPr>
          <w:p>
            <w:pPr>
              <w:spacing w:after="0"/>
              <w:jc w:val="left"/>
            </w:pPr>
            <w:r>
              <w:rPr>
                <w:sz w:val="16"/>
              </w:rPr>
              <w:t>2011-08-12</w:t>
            </w:r>
          </w:p>
        </w:tc>
        <w:tc>
          <w:tcPr>
            <w:tcW w:type="dxa" w:w="2928"/>
          </w:tcPr>
          <w:p>
            <w:pPr>
              <w:spacing w:after="0"/>
              <w:jc w:val="left"/>
            </w:pPr>
            <w:r>
              <w:rPr>
                <w:sz w:val="16"/>
              </w:rPr>
              <w:t>Harrison County Rural Electric Cooperative</w:t>
            </w:r>
          </w:p>
        </w:tc>
        <w:tc>
          <w:tcPr>
            <w:tcW w:type="dxa" w:w="2004"/>
          </w:tcPr>
          <w:p>
            <w:pPr>
              <w:spacing w:after="0"/>
              <w:jc w:val="left"/>
            </w:pPr>
            <w:r>
              <w:rPr>
                <w:sz w:val="16"/>
              </w:rPr>
              <w:t>Harrison County</w:t>
            </w:r>
          </w:p>
        </w:tc>
        <w:tc>
          <w:tcPr>
            <w:tcW w:type="dxa" w:w="1762"/>
          </w:tcPr>
          <w:p>
            <w:pPr>
              <w:spacing w:after="0"/>
              <w:jc w:val="right"/>
            </w:pPr>
            <w:r>
              <w:rPr>
                <w:sz w:val="16"/>
              </w:rPr>
              <w:t>$26,849.36</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1770</w:t>
            </w:r>
          </w:p>
        </w:tc>
        <w:tc>
          <w:tcPr>
            <w:tcW w:type="dxa" w:w="1401"/>
          </w:tcPr>
          <w:p>
            <w:pPr>
              <w:spacing w:after="0"/>
              <w:jc w:val="left"/>
            </w:pPr>
            <w:r>
              <w:rPr>
                <w:sz w:val="16"/>
              </w:rPr>
              <w:t>2008-06-20</w:t>
            </w:r>
          </w:p>
        </w:tc>
        <w:tc>
          <w:tcPr>
            <w:tcW w:type="dxa" w:w="2928"/>
          </w:tcPr>
          <w:p>
            <w:pPr>
              <w:spacing w:after="0"/>
              <w:jc w:val="left"/>
            </w:pPr>
            <w:r>
              <w:rPr>
                <w:sz w:val="16"/>
              </w:rPr>
              <w:t>Kansas Bostwick Irrigation District 2 (Bostwick Irrigation District)</w:t>
            </w:r>
          </w:p>
        </w:tc>
        <w:tc>
          <w:tcPr>
            <w:tcW w:type="dxa" w:w="2004"/>
          </w:tcPr>
          <w:p>
            <w:pPr>
              <w:spacing w:after="0"/>
              <w:jc w:val="left"/>
            </w:pPr>
            <w:r>
              <w:rPr>
                <w:sz w:val="16"/>
              </w:rPr>
              <w:t>Republic County</w:t>
            </w:r>
          </w:p>
        </w:tc>
        <w:tc>
          <w:tcPr>
            <w:tcW w:type="dxa" w:w="1762"/>
          </w:tcPr>
          <w:p>
            <w:pPr>
              <w:spacing w:after="0"/>
              <w:jc w:val="right"/>
            </w:pPr>
            <w:r>
              <w:rPr>
                <w:sz w:val="16"/>
              </w:rPr>
              <w:t>$7,046.35</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1373</w:t>
            </w:r>
          </w:p>
        </w:tc>
        <w:tc>
          <w:tcPr>
            <w:tcW w:type="dxa" w:w="1401"/>
          </w:tcPr>
          <w:p>
            <w:pPr>
              <w:spacing w:after="0"/>
              <w:jc w:val="left"/>
            </w:pPr>
            <w:r>
              <w:rPr>
                <w:sz w:val="16"/>
              </w:rPr>
              <w:t>2001-05-16</w:t>
            </w:r>
          </w:p>
        </w:tc>
        <w:tc>
          <w:tcPr>
            <w:tcW w:type="dxa" w:w="2928"/>
          </w:tcPr>
          <w:p>
            <w:pPr>
              <w:spacing w:after="0"/>
              <w:jc w:val="left"/>
            </w:pPr>
            <w:r>
              <w:rPr>
                <w:sz w:val="16"/>
              </w:rPr>
              <w:t>High West Energy</w:t>
            </w:r>
          </w:p>
        </w:tc>
        <w:tc>
          <w:tcPr>
            <w:tcW w:type="dxa" w:w="2004"/>
          </w:tcPr>
          <w:p>
            <w:pPr>
              <w:spacing w:after="0"/>
              <w:jc w:val="left"/>
            </w:pPr>
            <w:r>
              <w:rPr>
                <w:sz w:val="16"/>
              </w:rPr>
              <w:t>Laramie County</w:t>
            </w:r>
          </w:p>
        </w:tc>
        <w:tc>
          <w:tcPr>
            <w:tcW w:type="dxa" w:w="1762"/>
          </w:tcPr>
          <w:p>
            <w:pPr>
              <w:spacing w:after="0"/>
              <w:jc w:val="right"/>
            </w:pPr>
            <w:r>
              <w:rPr>
                <w:sz w:val="16"/>
              </w:rPr>
              <w:t>$259,819.84</w:t>
            </w:r>
          </w:p>
        </w:tc>
        <w:tc>
          <w:tcPr>
            <w:tcW w:type="dxa" w:w="4737"/>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15</w:t>
            </w:r>
          </w:p>
        </w:tc>
        <w:tc>
          <w:tcPr>
            <w:tcW w:type="dxa" w:w="1422"/>
          </w:tcPr>
          <w:p>
            <w:pPr>
              <w:spacing w:after="0"/>
              <w:jc w:val="right"/>
            </w:pPr>
            <w:r>
              <w:rPr>
                <w:sz w:val="16"/>
              </w:rPr>
              <w:t>4</w:t>
            </w:r>
          </w:p>
        </w:tc>
        <w:tc>
          <w:tcPr>
            <w:tcW w:type="dxa" w:w="1356"/>
          </w:tcPr>
          <w:p>
            <w:pPr>
              <w:spacing w:after="0"/>
              <w:jc w:val="right"/>
            </w:pPr>
            <w:r>
              <w:rPr>
                <w:sz w:val="16"/>
              </w:rPr>
              <w:t>1</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51</w:t>
            </w:r>
          </w:p>
        </w:tc>
        <w:tc>
          <w:tcPr>
            <w:tcW w:type="dxa" w:w="1422"/>
          </w:tcPr>
          <w:p>
            <w:pPr>
              <w:spacing w:after="0"/>
              <w:jc w:val="right"/>
            </w:pPr>
            <w:r>
              <w:rPr>
                <w:sz w:val="16"/>
              </w:rPr>
              <w:t>27</w:t>
            </w:r>
          </w:p>
        </w:tc>
        <w:tc>
          <w:tcPr>
            <w:tcW w:type="dxa" w:w="1356"/>
          </w:tcPr>
          <w:p>
            <w:pPr>
              <w:spacing w:after="0"/>
              <w:jc w:val="right"/>
            </w:pPr>
            <w:r>
              <w:rPr>
                <w:sz w:val="16"/>
              </w:rPr>
              <w:t>5</w:t>
            </w:r>
          </w:p>
        </w:tc>
        <w:tc>
          <w:tcPr>
            <w:tcW w:type="dxa" w:w="963"/>
          </w:tcPr>
          <w:p>
            <w:pPr>
              <w:spacing w:after="0"/>
              <w:jc w:val="right"/>
            </w:pPr>
            <w:r>
              <w:rPr>
                <w:sz w:val="16"/>
              </w:rPr>
              <w:t>32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170</w:t>
            </w:r>
          </w:p>
        </w:tc>
        <w:tc>
          <w:tcPr>
            <w:tcW w:type="dxa" w:w="1422"/>
          </w:tcPr>
          <w:p>
            <w:pPr>
              <w:spacing w:after="0"/>
              <w:jc w:val="right"/>
            </w:pPr>
            <w:r>
              <w:rPr>
                <w:sz w:val="16"/>
              </w:rPr>
              <w:t>8</w:t>
            </w:r>
          </w:p>
        </w:tc>
        <w:tc>
          <w:tcPr>
            <w:tcW w:type="dxa" w:w="1356"/>
          </w:tcPr>
          <w:p>
            <w:pPr>
              <w:spacing w:after="0"/>
              <w:jc w:val="right"/>
            </w:pPr>
            <w:r>
              <w:rPr>
                <w:sz w:val="16"/>
              </w:rPr>
              <w:t>8</w:t>
            </w:r>
          </w:p>
        </w:tc>
        <w:tc>
          <w:tcPr>
            <w:tcW w:type="dxa" w:w="963"/>
          </w:tcPr>
          <w:p>
            <w:pPr>
              <w:spacing w:after="0"/>
              <w:jc w:val="right"/>
            </w:pPr>
            <w:r>
              <w:rPr>
                <w:sz w:val="16"/>
              </w:rPr>
              <w:t>15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62</w:t>
            </w:r>
          </w:p>
        </w:tc>
        <w:tc>
          <w:tcPr>
            <w:tcW w:type="dxa" w:w="1422"/>
          </w:tcPr>
          <w:p>
            <w:pPr>
              <w:spacing w:after="0"/>
              <w:jc w:val="right"/>
            </w:pPr>
            <w:r>
              <w:rPr>
                <w:sz w:val="16"/>
              </w:rPr>
              <w:t>3</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23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21</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58</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287"/>
        <w:gridCol w:w="2545"/>
        <w:gridCol w:w="1037"/>
        <w:gridCol w:w="1578"/>
        <w:gridCol w:w="1843"/>
        <w:gridCol w:w="257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287"/>
            <w:shd w:val="clear" w:color="auto" w:fill="E8E8E8"/>
          </w:tcPr>
          <w:p>
            <w:pPr>
              <w:spacing w:after="0"/>
              <w:jc w:val="left"/>
            </w:pPr>
            <w:r>
              <w:rPr>
                <w:b/>
                <w:sz w:val="16"/>
              </w:rPr>
              <w:t>Magnitude or extent</w:t>
            </w:r>
          </w:p>
        </w:tc>
        <w:tc>
          <w:tcPr>
            <w:tcW w:type="dxa" w:w="2545"/>
            <w:shd w:val="clear" w:color="auto" w:fill="E8E8E8"/>
          </w:tcPr>
          <w:p>
            <w:pPr>
              <w:spacing w:after="0"/>
              <w:jc w:val="left"/>
            </w:pPr>
            <w:r>
              <w:rPr>
                <w:b/>
                <w:sz w:val="16"/>
              </w:rPr>
              <w:t>Damage</w:t>
            </w:r>
          </w:p>
          <w:p>
            <w:pPr>
              <w:spacing w:after="0"/>
              <w:jc w:val="left"/>
            </w:pPr>
            <w:r>
              <w:rPr>
                <w:i/>
                <w:color w:val="555555"/>
                <w:sz w:val="14"/>
              </w:rPr>
              <w:t>nominal dollars</w:t>
            </w:r>
          </w:p>
        </w:tc>
        <w:tc>
          <w:tcPr>
            <w:tcW w:type="dxa" w:w="1037"/>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578"/>
            <w:shd w:val="clear" w:color="auto" w:fill="E8E8E8"/>
          </w:tcPr>
          <w:p>
            <w:pPr>
              <w:spacing w:after="0"/>
              <w:jc w:val="left"/>
            </w:pPr>
            <w:r>
              <w:rPr>
                <w:b/>
                <w:sz w:val="16"/>
              </w:rPr>
              <w:t>Location</w:t>
            </w:r>
          </w:p>
        </w:tc>
        <w:tc>
          <w:tcPr>
            <w:tcW w:type="dxa" w:w="1843"/>
            <w:shd w:val="clear" w:color="auto" w:fill="E8E8E8"/>
          </w:tcPr>
          <w:p>
            <w:pPr>
              <w:spacing w:after="0"/>
              <w:jc w:val="left"/>
            </w:pPr>
            <w:r>
              <w:rPr>
                <w:b/>
                <w:sz w:val="16"/>
              </w:rPr>
              <w:t>Flags</w:t>
            </w:r>
          </w:p>
        </w:tc>
        <w:tc>
          <w:tcPr>
            <w:tcW w:type="dxa" w:w="257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2025-11-25</w:t>
            </w:r>
          </w:p>
        </w:tc>
        <w:tc>
          <w:tcPr>
            <w:tcW w:type="dxa" w:w="1215"/>
          </w:tcPr>
          <w:p>
            <w:pPr>
              <w:spacing w:after="0"/>
              <w:jc w:val="left"/>
            </w:pPr>
            <w:r>
              <w:rPr>
                <w:sz w:val="16"/>
              </w:rPr>
              <w:t>High Wind</w:t>
            </w:r>
          </w:p>
        </w:tc>
        <w:tc>
          <w:tcPr>
            <w:tcW w:type="dxa" w:w="2287"/>
          </w:tcPr>
          <w:p>
            <w:pPr>
              <w:spacing w:after="0"/>
              <w:jc w:val="left"/>
            </w:pPr>
            <w:r>
              <w:rPr>
                <w:sz w:val="16"/>
              </w:rPr>
              <w:t>58 kt (67 mph) measured gust</w:t>
            </w:r>
          </w:p>
        </w:tc>
        <w:tc>
          <w:tcPr>
            <w:tcW w:type="dxa" w:w="2545"/>
          </w:tcPr>
          <w:p>
            <w:pPr>
              <w:spacing w:after="0"/>
              <w:jc w:val="left"/>
            </w:pPr>
            <w:r>
              <w:rPr>
                <w:sz w:val="16"/>
              </w:rPr>
              <w:t>$0 property; $0 crops, reported for the zone (2025 dollars)</w:t>
            </w:r>
          </w:p>
        </w:tc>
        <w:tc>
          <w:tcPr>
            <w:tcW w:type="dxa" w:w="1037"/>
          </w:tcPr>
          <w:p>
            <w:pPr>
              <w:spacing w:after="0"/>
              <w:jc w:val="right"/>
            </w:pPr>
            <w:r>
              <w:rPr>
                <w:sz w:val="16"/>
              </w:rPr>
              <w:t>0, 0</w:t>
            </w:r>
          </w:p>
        </w:tc>
        <w:tc>
          <w:tcPr>
            <w:tcW w:type="dxa" w:w="1578"/>
          </w:tcPr>
          <w:p>
            <w:pPr>
              <w:spacing w:after="0"/>
              <w:jc w:val="left"/>
            </w:pPr>
            <w:r>
              <w:rPr>
                <w:sz w:val="16"/>
              </w:rPr>
              <w:t>NWS zone NEZ027 (LOUP), zone-level: may include parts of neighboring counties</w:t>
            </w:r>
          </w:p>
        </w:tc>
        <w:tc>
          <w:tcPr>
            <w:tcW w:type="dxa" w:w="1843"/>
          </w:tcPr>
          <w:p>
            <w:pPr>
              <w:spacing w:after="0"/>
              <w:jc w:val="left"/>
            </w:pPr>
            <w:r>
              <w:rPr>
                <w:sz w:val="16"/>
              </w:rPr>
              <w:t>new since last plan; within last 5 years</w:t>
            </w:r>
          </w:p>
        </w:tc>
        <w:tc>
          <w:tcPr>
            <w:tcW w:type="dxa" w:w="2570"/>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2024-01-12</w:t>
            </w:r>
          </w:p>
        </w:tc>
        <w:tc>
          <w:tcPr>
            <w:tcW w:type="dxa" w:w="1215"/>
          </w:tcPr>
          <w:p>
            <w:pPr>
              <w:spacing w:after="0"/>
              <w:jc w:val="left"/>
            </w:pPr>
            <w:r>
              <w:rPr>
                <w:sz w:val="16"/>
              </w:rPr>
              <w:t>Extreme Cold/Wind Chill</w:t>
            </w:r>
          </w:p>
        </w:tc>
        <w:tc>
          <w:tcPr>
            <w:tcW w:type="dxa" w:w="2287"/>
          </w:tcPr>
          <w:p>
            <w:pPr>
              <w:spacing w:after="0"/>
              <w:jc w:val="left"/>
            </w:pPr>
          </w:p>
        </w:tc>
        <w:tc>
          <w:tcPr>
            <w:tcW w:type="dxa" w:w="2545"/>
          </w:tcPr>
          <w:p>
            <w:pPr>
              <w:spacing w:after="0"/>
              <w:jc w:val="left"/>
            </w:pPr>
            <w:r>
              <w:rPr>
                <w:sz w:val="16"/>
              </w:rPr>
              <w:t>$0 property; $0 crops, reported for the zone (2024 dollars)</w:t>
            </w:r>
          </w:p>
        </w:tc>
        <w:tc>
          <w:tcPr>
            <w:tcW w:type="dxa" w:w="1037"/>
          </w:tcPr>
          <w:p>
            <w:pPr>
              <w:spacing w:after="0"/>
              <w:jc w:val="right"/>
            </w:pPr>
            <w:r>
              <w:rPr>
                <w:sz w:val="16"/>
              </w:rPr>
              <w:t>0, 0</w:t>
            </w:r>
          </w:p>
        </w:tc>
        <w:tc>
          <w:tcPr>
            <w:tcW w:type="dxa" w:w="1578"/>
          </w:tcPr>
          <w:p>
            <w:pPr>
              <w:spacing w:after="0"/>
              <w:jc w:val="left"/>
            </w:pPr>
            <w:r>
              <w:rPr>
                <w:sz w:val="16"/>
              </w:rPr>
              <w:t>NWS zone NEZ027 (LOUP), zone-level: may include parts of neighboring counties</w:t>
            </w:r>
          </w:p>
        </w:tc>
        <w:tc>
          <w:tcPr>
            <w:tcW w:type="dxa" w:w="1843"/>
          </w:tcPr>
          <w:p>
            <w:pPr>
              <w:spacing w:after="0"/>
              <w:jc w:val="left"/>
            </w:pPr>
            <w:r>
              <w:rPr>
                <w:sz w:val="16"/>
              </w:rPr>
              <w:t>new since last plan; within last 5 years</w:t>
            </w:r>
          </w:p>
        </w:tc>
        <w:tc>
          <w:tcPr>
            <w:tcW w:type="dxa" w:w="257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2022-05-29</w:t>
            </w:r>
          </w:p>
        </w:tc>
        <w:tc>
          <w:tcPr>
            <w:tcW w:type="dxa" w:w="1215"/>
          </w:tcPr>
          <w:p>
            <w:pPr>
              <w:spacing w:after="0"/>
              <w:jc w:val="left"/>
            </w:pPr>
            <w:r>
              <w:rPr>
                <w:sz w:val="16"/>
              </w:rPr>
              <w:t>Hail</w:t>
            </w:r>
          </w:p>
        </w:tc>
        <w:tc>
          <w:tcPr>
            <w:tcW w:type="dxa" w:w="2287"/>
          </w:tcPr>
          <w:p>
            <w:pPr>
              <w:spacing w:after="0"/>
              <w:jc w:val="left"/>
            </w:pPr>
            <w:r>
              <w:rPr>
                <w:sz w:val="16"/>
              </w:rPr>
              <w:t>6 in</w:t>
            </w:r>
          </w:p>
        </w:tc>
        <w:tc>
          <w:tcPr>
            <w:tcW w:type="dxa" w:w="2545"/>
          </w:tcPr>
          <w:p>
            <w:pPr>
              <w:spacing w:after="0"/>
              <w:jc w:val="left"/>
            </w:pPr>
            <w:r>
              <w:rPr>
                <w:sz w:val="16"/>
              </w:rPr>
              <w:t>damage not reported</w:t>
            </w:r>
          </w:p>
        </w:tc>
        <w:tc>
          <w:tcPr>
            <w:tcW w:type="dxa" w:w="1037"/>
          </w:tcPr>
          <w:p>
            <w:pPr>
              <w:spacing w:after="0"/>
              <w:jc w:val="right"/>
            </w:pPr>
            <w:r>
              <w:rPr>
                <w:sz w:val="16"/>
              </w:rPr>
              <w:t>0, 0</w:t>
            </w:r>
          </w:p>
        </w:tc>
        <w:tc>
          <w:tcPr>
            <w:tcW w:type="dxa" w:w="1578"/>
          </w:tcPr>
          <w:p>
            <w:pPr>
              <w:spacing w:after="0"/>
              <w:jc w:val="left"/>
            </w:pPr>
            <w:r>
              <w:rPr>
                <w:sz w:val="16"/>
              </w:rPr>
              <w:t>ALMERIA</w:t>
            </w:r>
          </w:p>
        </w:tc>
        <w:tc>
          <w:tcPr>
            <w:tcW w:type="dxa" w:w="1843"/>
          </w:tcPr>
          <w:p>
            <w:pPr>
              <w:spacing w:after="0"/>
              <w:jc w:val="left"/>
            </w:pPr>
            <w:r>
              <w:rPr>
                <w:sz w:val="16"/>
              </w:rPr>
              <w:t>during plan review, check whether your last plan included it; within last 5 years</w:t>
            </w:r>
          </w:p>
        </w:tc>
        <w:tc>
          <w:tcPr>
            <w:tcW w:type="dxa" w:w="2570"/>
          </w:tcPr>
          <w:p>
            <w:pPr>
              <w:spacing w:after="0"/>
              <w:jc w:val="left"/>
            </w:pPr>
            <w:r>
              <w:rPr>
                <w:sz w:val="16"/>
              </w:rPr>
              <w:t>B1-c worst recorded: Hail</w:t>
            </w:r>
          </w:p>
        </w:tc>
      </w:tr>
      <w:tr>
        <w:trPr>
          <w:cantSplit/>
        </w:trPr>
        <w:tc>
          <w:tcPr>
            <w:tcW w:type="dxa" w:w="1037"/>
          </w:tcPr>
          <w:p>
            <w:pPr>
              <w:spacing w:after="0"/>
              <w:jc w:val="left"/>
            </w:pPr>
            <w:r>
              <w:rPr>
                <w:sz w:val="16"/>
              </w:rPr>
              <w:t>2022-02-01</w:t>
            </w:r>
          </w:p>
        </w:tc>
        <w:tc>
          <w:tcPr>
            <w:tcW w:type="dxa" w:w="1215"/>
          </w:tcPr>
          <w:p>
            <w:pPr>
              <w:spacing w:after="0"/>
              <w:jc w:val="left"/>
            </w:pPr>
            <w:r>
              <w:rPr>
                <w:sz w:val="16"/>
              </w:rPr>
              <w:t>Drought</w:t>
            </w:r>
          </w:p>
        </w:tc>
        <w:tc>
          <w:tcPr>
            <w:tcW w:type="dxa" w:w="2287"/>
          </w:tcPr>
          <w:p>
            <w:pPr>
              <w:spacing w:after="0"/>
              <w:jc w:val="left"/>
            </w:pPr>
          </w:p>
        </w:tc>
        <w:tc>
          <w:tcPr>
            <w:tcW w:type="dxa" w:w="2545"/>
          </w:tcPr>
          <w:p>
            <w:pPr>
              <w:spacing w:after="0"/>
              <w:jc w:val="left"/>
            </w:pPr>
            <w:r>
              <w:rPr>
                <w:sz w:val="16"/>
              </w:rPr>
              <w:t>damage not reported</w:t>
            </w:r>
          </w:p>
        </w:tc>
        <w:tc>
          <w:tcPr>
            <w:tcW w:type="dxa" w:w="1037"/>
          </w:tcPr>
          <w:p>
            <w:pPr>
              <w:spacing w:after="0"/>
              <w:jc w:val="right"/>
            </w:pPr>
            <w:r>
              <w:rPr>
                <w:sz w:val="16"/>
              </w:rPr>
              <w:t>0, 0</w:t>
            </w:r>
          </w:p>
        </w:tc>
        <w:tc>
          <w:tcPr>
            <w:tcW w:type="dxa" w:w="1578"/>
          </w:tcPr>
          <w:p>
            <w:pPr>
              <w:spacing w:after="0"/>
              <w:jc w:val="left"/>
            </w:pPr>
            <w:r>
              <w:rPr>
                <w:sz w:val="16"/>
              </w:rPr>
              <w:t>NWS zone NEZ027 (LOUP), zone-level: may include parts of neighboring counties</w:t>
            </w:r>
          </w:p>
        </w:tc>
        <w:tc>
          <w:tcPr>
            <w:tcW w:type="dxa" w:w="1843"/>
          </w:tcPr>
          <w:p>
            <w:pPr>
              <w:spacing w:after="0"/>
              <w:jc w:val="left"/>
            </w:pPr>
            <w:r>
              <w:rPr>
                <w:sz w:val="16"/>
              </w:rPr>
              <w:t>during plan review, check whether your last plan included it; within last 5 years</w:t>
            </w:r>
          </w:p>
        </w:tc>
        <w:tc>
          <w:tcPr>
            <w:tcW w:type="dxa" w:w="2570"/>
          </w:tcPr>
          <w:p>
            <w:pPr>
              <w:spacing w:after="0"/>
              <w:jc w:val="left"/>
            </w:pPr>
            <w:r>
              <w:rPr>
                <w:sz w:val="16"/>
              </w:rPr>
              <w:t>B1-c worst recorded: Drought</w:t>
            </w:r>
          </w:p>
        </w:tc>
      </w:tr>
      <w:tr>
        <w:trPr>
          <w:cantSplit/>
        </w:trPr>
        <w:tc>
          <w:tcPr>
            <w:tcW w:type="dxa" w:w="1037"/>
          </w:tcPr>
          <w:p>
            <w:pPr>
              <w:spacing w:after="0"/>
              <w:jc w:val="left"/>
            </w:pPr>
            <w:r>
              <w:rPr>
                <w:sz w:val="16"/>
              </w:rPr>
              <w:t>2017-08-19</w:t>
            </w:r>
          </w:p>
        </w:tc>
        <w:tc>
          <w:tcPr>
            <w:tcW w:type="dxa" w:w="1215"/>
          </w:tcPr>
          <w:p>
            <w:pPr>
              <w:spacing w:after="0"/>
              <w:jc w:val="left"/>
            </w:pPr>
            <w:r>
              <w:rPr>
                <w:sz w:val="16"/>
              </w:rPr>
              <w:t>Thunderstorm Wind</w:t>
            </w:r>
          </w:p>
        </w:tc>
        <w:tc>
          <w:tcPr>
            <w:tcW w:type="dxa" w:w="2287"/>
          </w:tcPr>
          <w:p>
            <w:pPr>
              <w:spacing w:after="0"/>
              <w:jc w:val="left"/>
            </w:pPr>
            <w:r>
              <w:rPr>
                <w:sz w:val="16"/>
              </w:rPr>
              <w:t>78 kt (90 mph) estimated gust</w:t>
            </w:r>
          </w:p>
        </w:tc>
        <w:tc>
          <w:tcPr>
            <w:tcW w:type="dxa" w:w="2545"/>
          </w:tcPr>
          <w:p>
            <w:pPr>
              <w:spacing w:after="0"/>
              <w:jc w:val="left"/>
            </w:pPr>
            <w:r>
              <w:rPr>
                <w:sz w:val="16"/>
              </w:rPr>
              <w:t>$55,000 property; $0 crops (2017 dollars)</w:t>
            </w:r>
          </w:p>
        </w:tc>
        <w:tc>
          <w:tcPr>
            <w:tcW w:type="dxa" w:w="1037"/>
          </w:tcPr>
          <w:p>
            <w:pPr>
              <w:spacing w:after="0"/>
              <w:jc w:val="right"/>
            </w:pPr>
            <w:r>
              <w:rPr>
                <w:sz w:val="16"/>
              </w:rPr>
              <w:t>0, 0</w:t>
            </w:r>
          </w:p>
        </w:tc>
        <w:tc>
          <w:tcPr>
            <w:tcW w:type="dxa" w:w="1578"/>
          </w:tcPr>
          <w:p>
            <w:pPr>
              <w:spacing w:after="0"/>
              <w:jc w:val="left"/>
            </w:pPr>
            <w:r>
              <w:rPr>
                <w:sz w:val="16"/>
              </w:rPr>
              <w:t>ALMERIA</w:t>
            </w:r>
          </w:p>
        </w:tc>
        <w:tc>
          <w:tcPr>
            <w:tcW w:type="dxa" w:w="1843"/>
          </w:tcPr>
          <w:p>
            <w:pPr>
              <w:spacing w:after="0"/>
              <w:jc w:val="left"/>
            </w:pPr>
          </w:p>
        </w:tc>
        <w:tc>
          <w:tcPr>
            <w:tcW w:type="dxa" w:w="2570"/>
          </w:tcPr>
          <w:p>
            <w:pPr>
              <w:spacing w:after="0"/>
              <w:jc w:val="left"/>
            </w:pPr>
            <w:r>
              <w:rPr>
                <w:sz w:val="16"/>
              </w:rPr>
              <w:t>B1-c worst recorded: Thunderstorm Wind</w:t>
            </w:r>
          </w:p>
        </w:tc>
      </w:tr>
      <w:tr>
        <w:trPr>
          <w:cantSplit/>
        </w:trPr>
        <w:tc>
          <w:tcPr>
            <w:tcW w:type="dxa" w:w="1037"/>
          </w:tcPr>
          <w:p>
            <w:pPr>
              <w:spacing w:after="0"/>
              <w:jc w:val="left"/>
            </w:pPr>
            <w:r>
              <w:rPr>
                <w:sz w:val="16"/>
              </w:rPr>
              <w:t>2017-08-19</w:t>
            </w:r>
          </w:p>
        </w:tc>
        <w:tc>
          <w:tcPr>
            <w:tcW w:type="dxa" w:w="1215"/>
          </w:tcPr>
          <w:p>
            <w:pPr>
              <w:spacing w:after="0"/>
              <w:jc w:val="left"/>
            </w:pPr>
            <w:r>
              <w:rPr>
                <w:sz w:val="16"/>
              </w:rPr>
              <w:t>Tornado</w:t>
            </w:r>
          </w:p>
        </w:tc>
        <w:tc>
          <w:tcPr>
            <w:tcW w:type="dxa" w:w="2287"/>
          </w:tcPr>
          <w:p>
            <w:pPr>
              <w:spacing w:after="0"/>
              <w:jc w:val="left"/>
            </w:pPr>
            <w:r>
              <w:rPr>
                <w:sz w:val="16"/>
              </w:rPr>
              <w:t>EF2, 0.65 mi within this county, 540 yd wide</w:t>
            </w:r>
          </w:p>
        </w:tc>
        <w:tc>
          <w:tcPr>
            <w:tcW w:type="dxa" w:w="2545"/>
          </w:tcPr>
          <w:p>
            <w:pPr>
              <w:spacing w:after="0"/>
              <w:jc w:val="left"/>
            </w:pPr>
            <w:r>
              <w:rPr>
                <w:sz w:val="16"/>
              </w:rPr>
              <w:t>$100,000 property; $0 crops (2017 dollars)</w:t>
            </w:r>
          </w:p>
        </w:tc>
        <w:tc>
          <w:tcPr>
            <w:tcW w:type="dxa" w:w="1037"/>
          </w:tcPr>
          <w:p>
            <w:pPr>
              <w:spacing w:after="0"/>
              <w:jc w:val="right"/>
            </w:pPr>
            <w:r>
              <w:rPr>
                <w:sz w:val="16"/>
              </w:rPr>
              <w:t>0, 0</w:t>
            </w:r>
          </w:p>
        </w:tc>
        <w:tc>
          <w:tcPr>
            <w:tcW w:type="dxa" w:w="1578"/>
          </w:tcPr>
          <w:p>
            <w:pPr>
              <w:spacing w:after="0"/>
              <w:jc w:val="left"/>
            </w:pPr>
            <w:r>
              <w:rPr>
                <w:sz w:val="16"/>
              </w:rPr>
              <w:t>ALMERIA</w:t>
            </w:r>
          </w:p>
        </w:tc>
        <w:tc>
          <w:tcPr>
            <w:tcW w:type="dxa" w:w="1843"/>
          </w:tcPr>
          <w:p>
            <w:pPr>
              <w:spacing w:after="0"/>
              <w:jc w:val="left"/>
            </w:pPr>
          </w:p>
        </w:tc>
        <w:tc>
          <w:tcPr>
            <w:tcW w:type="dxa" w:w="2570"/>
          </w:tcPr>
          <w:p>
            <w:pPr>
              <w:spacing w:after="0"/>
              <w:jc w:val="left"/>
            </w:pPr>
            <w:r>
              <w:rPr>
                <w:sz w:val="16"/>
              </w:rPr>
              <w:t>B1-c worst recorded: Tornado</w:t>
            </w:r>
          </w:p>
        </w:tc>
      </w:tr>
      <w:tr>
        <w:trPr>
          <w:cantSplit/>
        </w:trPr>
        <w:tc>
          <w:tcPr>
            <w:tcW w:type="dxa" w:w="1037"/>
          </w:tcPr>
          <w:p>
            <w:pPr>
              <w:spacing w:after="0"/>
              <w:jc w:val="left"/>
            </w:pPr>
            <w:r>
              <w:rPr>
                <w:sz w:val="16"/>
              </w:rPr>
              <w:t>2011-07-16</w:t>
            </w:r>
          </w:p>
        </w:tc>
        <w:tc>
          <w:tcPr>
            <w:tcW w:type="dxa" w:w="1215"/>
          </w:tcPr>
          <w:p>
            <w:pPr>
              <w:spacing w:after="0"/>
              <w:jc w:val="left"/>
            </w:pPr>
            <w:r>
              <w:rPr>
                <w:sz w:val="16"/>
              </w:rPr>
              <w:t>Excessive Heat</w:t>
            </w:r>
          </w:p>
        </w:tc>
        <w:tc>
          <w:tcPr>
            <w:tcW w:type="dxa" w:w="2287"/>
          </w:tcPr>
          <w:p>
            <w:pPr>
              <w:spacing w:after="0"/>
              <w:jc w:val="left"/>
            </w:pPr>
          </w:p>
        </w:tc>
        <w:tc>
          <w:tcPr>
            <w:tcW w:type="dxa" w:w="2545"/>
          </w:tcPr>
          <w:p>
            <w:pPr>
              <w:spacing w:after="0"/>
              <w:jc w:val="left"/>
            </w:pPr>
            <w:r>
              <w:rPr>
                <w:sz w:val="16"/>
              </w:rPr>
              <w:t>$0 property; $0 crops, reported for the zone (2011 dollars)</w:t>
            </w:r>
          </w:p>
        </w:tc>
        <w:tc>
          <w:tcPr>
            <w:tcW w:type="dxa" w:w="1037"/>
          </w:tcPr>
          <w:p>
            <w:pPr>
              <w:spacing w:after="0"/>
              <w:jc w:val="right"/>
            </w:pPr>
            <w:r>
              <w:rPr>
                <w:sz w:val="16"/>
              </w:rPr>
              <w:t>0, 0</w:t>
            </w:r>
          </w:p>
        </w:tc>
        <w:tc>
          <w:tcPr>
            <w:tcW w:type="dxa" w:w="1578"/>
          </w:tcPr>
          <w:p>
            <w:pPr>
              <w:spacing w:after="0"/>
              <w:jc w:val="left"/>
            </w:pPr>
            <w:r>
              <w:rPr>
                <w:sz w:val="16"/>
              </w:rPr>
              <w:t>NWS zone NEZ027 (LOUP), zone-level: may include parts of neighboring counties</w:t>
            </w:r>
          </w:p>
        </w:tc>
        <w:tc>
          <w:tcPr>
            <w:tcW w:type="dxa" w:w="1843"/>
          </w:tcPr>
          <w:p>
            <w:pPr>
              <w:spacing w:after="0"/>
              <w:jc w:val="left"/>
            </w:pPr>
          </w:p>
        </w:tc>
        <w:tc>
          <w:tcPr>
            <w:tcW w:type="dxa" w:w="2570"/>
          </w:tcPr>
          <w:p>
            <w:pPr>
              <w:spacing w:after="0"/>
              <w:jc w:val="left"/>
            </w:pPr>
            <w:r>
              <w:rPr>
                <w:sz w:val="16"/>
              </w:rPr>
              <w:t>B1-c worst recorded: Excessive Heat, Heat</w:t>
            </w:r>
          </w:p>
        </w:tc>
      </w:tr>
      <w:tr>
        <w:trPr>
          <w:cantSplit/>
        </w:trPr>
        <w:tc>
          <w:tcPr>
            <w:tcW w:type="dxa" w:w="1037"/>
          </w:tcPr>
          <w:p>
            <w:pPr>
              <w:spacing w:after="0"/>
              <w:jc w:val="left"/>
            </w:pPr>
            <w:r>
              <w:rPr>
                <w:sz w:val="16"/>
              </w:rPr>
              <w:t>2010-06-12</w:t>
            </w:r>
          </w:p>
        </w:tc>
        <w:tc>
          <w:tcPr>
            <w:tcW w:type="dxa" w:w="1215"/>
          </w:tcPr>
          <w:p>
            <w:pPr>
              <w:spacing w:after="0"/>
              <w:jc w:val="left"/>
            </w:pPr>
            <w:r>
              <w:rPr>
                <w:sz w:val="16"/>
              </w:rPr>
              <w:t>Flood</w:t>
            </w:r>
          </w:p>
        </w:tc>
        <w:tc>
          <w:tcPr>
            <w:tcW w:type="dxa" w:w="2287"/>
          </w:tcPr>
          <w:p>
            <w:pPr>
              <w:spacing w:after="0"/>
              <w:jc w:val="left"/>
            </w:pPr>
          </w:p>
        </w:tc>
        <w:tc>
          <w:tcPr>
            <w:tcW w:type="dxa" w:w="2545"/>
          </w:tcPr>
          <w:p>
            <w:pPr>
              <w:spacing w:after="0"/>
              <w:jc w:val="left"/>
            </w:pPr>
            <w:r>
              <w:rPr>
                <w:sz w:val="16"/>
              </w:rPr>
              <w:t>$500,000 property; $50,000 crops (2010 dollars)</w:t>
            </w:r>
          </w:p>
        </w:tc>
        <w:tc>
          <w:tcPr>
            <w:tcW w:type="dxa" w:w="1037"/>
          </w:tcPr>
          <w:p>
            <w:pPr>
              <w:spacing w:after="0"/>
              <w:jc w:val="right"/>
            </w:pPr>
            <w:r>
              <w:rPr>
                <w:sz w:val="16"/>
              </w:rPr>
              <w:t>0, 0</w:t>
            </w:r>
          </w:p>
        </w:tc>
        <w:tc>
          <w:tcPr>
            <w:tcW w:type="dxa" w:w="1578"/>
          </w:tcPr>
          <w:p>
            <w:pPr>
              <w:spacing w:after="0"/>
              <w:jc w:val="left"/>
            </w:pPr>
            <w:r>
              <w:rPr>
                <w:sz w:val="16"/>
              </w:rPr>
              <w:t>ALMERIA</w:t>
            </w:r>
          </w:p>
        </w:tc>
        <w:tc>
          <w:tcPr>
            <w:tcW w:type="dxa" w:w="1843"/>
          </w:tcPr>
          <w:p>
            <w:pPr>
              <w:spacing w:after="0"/>
              <w:jc w:val="left"/>
            </w:pPr>
          </w:p>
        </w:tc>
        <w:tc>
          <w:tcPr>
            <w:tcW w:type="dxa" w:w="257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2009-04-04</w:t>
            </w:r>
          </w:p>
        </w:tc>
        <w:tc>
          <w:tcPr>
            <w:tcW w:type="dxa" w:w="1215"/>
          </w:tcPr>
          <w:p>
            <w:pPr>
              <w:spacing w:after="0"/>
              <w:jc w:val="left"/>
            </w:pPr>
            <w:r>
              <w:rPr>
                <w:sz w:val="16"/>
              </w:rPr>
              <w:t>Blizzard</w:t>
            </w:r>
          </w:p>
        </w:tc>
        <w:tc>
          <w:tcPr>
            <w:tcW w:type="dxa" w:w="2287"/>
          </w:tcPr>
          <w:p>
            <w:pPr>
              <w:spacing w:after="0"/>
              <w:jc w:val="left"/>
            </w:pPr>
          </w:p>
        </w:tc>
        <w:tc>
          <w:tcPr>
            <w:tcW w:type="dxa" w:w="2545"/>
          </w:tcPr>
          <w:p>
            <w:pPr>
              <w:spacing w:after="0"/>
              <w:jc w:val="left"/>
            </w:pPr>
            <w:r>
              <w:rPr>
                <w:sz w:val="16"/>
              </w:rPr>
              <w:t>$25,000 property; $0 crops, reported for the zone (2009 dollars)</w:t>
            </w:r>
          </w:p>
        </w:tc>
        <w:tc>
          <w:tcPr>
            <w:tcW w:type="dxa" w:w="1037"/>
          </w:tcPr>
          <w:p>
            <w:pPr>
              <w:spacing w:after="0"/>
              <w:jc w:val="right"/>
            </w:pPr>
            <w:r>
              <w:rPr>
                <w:sz w:val="16"/>
              </w:rPr>
              <w:t>0, 0</w:t>
            </w:r>
          </w:p>
        </w:tc>
        <w:tc>
          <w:tcPr>
            <w:tcW w:type="dxa" w:w="1578"/>
          </w:tcPr>
          <w:p>
            <w:pPr>
              <w:spacing w:after="0"/>
              <w:jc w:val="left"/>
            </w:pPr>
            <w:r>
              <w:rPr>
                <w:sz w:val="16"/>
              </w:rPr>
              <w:t>NWS zone NEZ027 (LOUP), zone-level: may include parts of neighboring counties</w:t>
            </w:r>
          </w:p>
        </w:tc>
        <w:tc>
          <w:tcPr>
            <w:tcW w:type="dxa" w:w="1843"/>
          </w:tcPr>
          <w:p>
            <w:pPr>
              <w:spacing w:after="0"/>
              <w:jc w:val="left"/>
            </w:pPr>
          </w:p>
        </w:tc>
        <w:tc>
          <w:tcPr>
            <w:tcW w:type="dxa" w:w="257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2000-07-22</w:t>
            </w:r>
          </w:p>
        </w:tc>
        <w:tc>
          <w:tcPr>
            <w:tcW w:type="dxa" w:w="1215"/>
          </w:tcPr>
          <w:p>
            <w:pPr>
              <w:spacing w:after="0"/>
              <w:jc w:val="left"/>
            </w:pPr>
            <w:r>
              <w:rPr>
                <w:sz w:val="16"/>
              </w:rPr>
              <w:t>Hail</w:t>
            </w:r>
          </w:p>
        </w:tc>
        <w:tc>
          <w:tcPr>
            <w:tcW w:type="dxa" w:w="2287"/>
          </w:tcPr>
          <w:p>
            <w:pPr>
              <w:spacing w:after="0"/>
              <w:jc w:val="left"/>
            </w:pPr>
            <w:r>
              <w:rPr>
                <w:sz w:val="16"/>
              </w:rPr>
              <w:t>1.75 in</w:t>
            </w:r>
          </w:p>
        </w:tc>
        <w:tc>
          <w:tcPr>
            <w:tcW w:type="dxa" w:w="2545"/>
          </w:tcPr>
          <w:p>
            <w:pPr>
              <w:spacing w:after="0"/>
              <w:jc w:val="left"/>
            </w:pPr>
            <w:r>
              <w:rPr>
                <w:sz w:val="16"/>
              </w:rPr>
              <w:t>$100,000 property; crops not reported (2000 dollars)</w:t>
            </w:r>
          </w:p>
        </w:tc>
        <w:tc>
          <w:tcPr>
            <w:tcW w:type="dxa" w:w="1037"/>
          </w:tcPr>
          <w:p>
            <w:pPr>
              <w:spacing w:after="0"/>
              <w:jc w:val="right"/>
            </w:pPr>
            <w:r>
              <w:rPr>
                <w:sz w:val="16"/>
              </w:rPr>
              <w:t>0, 0</w:t>
            </w:r>
          </w:p>
        </w:tc>
        <w:tc>
          <w:tcPr>
            <w:tcW w:type="dxa" w:w="1578"/>
          </w:tcPr>
          <w:p>
            <w:pPr>
              <w:spacing w:after="0"/>
              <w:jc w:val="left"/>
            </w:pPr>
            <w:r>
              <w:rPr>
                <w:sz w:val="16"/>
              </w:rPr>
              <w:t>TAYLOR</w:t>
            </w:r>
          </w:p>
        </w:tc>
        <w:tc>
          <w:tcPr>
            <w:tcW w:type="dxa" w:w="1843"/>
          </w:tcPr>
          <w:p>
            <w:pPr>
              <w:spacing w:after="0"/>
              <w:jc w:val="left"/>
            </w:pPr>
          </w:p>
        </w:tc>
        <w:tc>
          <w:tcPr>
            <w:tcW w:type="dxa" w:w="2570"/>
          </w:tcPr>
          <w:p>
            <w:pPr>
              <w:spacing w:after="0"/>
              <w:jc w:val="left"/>
            </w:pPr>
            <w:r>
              <w:rPr>
                <w:sz w:val="16"/>
              </w:rPr>
              <w:t>B1-c most damaging: Hail</w:t>
            </w:r>
          </w:p>
        </w:tc>
      </w:tr>
      <w:tr>
        <w:trPr>
          <w:cantSplit/>
        </w:trPr>
        <w:tc>
          <w:tcPr>
            <w:tcW w:type="dxa" w:w="1037"/>
          </w:tcPr>
          <w:p>
            <w:pPr>
              <w:spacing w:after="0"/>
              <w:jc w:val="left"/>
            </w:pPr>
            <w:r>
              <w:rPr>
                <w:sz w:val="16"/>
              </w:rPr>
              <w:t>1998-03-26</w:t>
            </w:r>
          </w:p>
        </w:tc>
        <w:tc>
          <w:tcPr>
            <w:tcW w:type="dxa" w:w="1215"/>
          </w:tcPr>
          <w:p>
            <w:pPr>
              <w:spacing w:after="0"/>
              <w:jc w:val="left"/>
            </w:pPr>
            <w:r>
              <w:rPr>
                <w:sz w:val="16"/>
              </w:rPr>
              <w:t>Lightning</w:t>
            </w:r>
          </w:p>
        </w:tc>
        <w:tc>
          <w:tcPr>
            <w:tcW w:type="dxa" w:w="2287"/>
          </w:tcPr>
          <w:p>
            <w:pPr>
              <w:spacing w:after="0"/>
              <w:jc w:val="left"/>
            </w:pPr>
          </w:p>
        </w:tc>
        <w:tc>
          <w:tcPr>
            <w:tcW w:type="dxa" w:w="2545"/>
          </w:tcPr>
          <w:p>
            <w:pPr>
              <w:spacing w:after="0"/>
              <w:jc w:val="left"/>
            </w:pPr>
            <w:r>
              <w:rPr>
                <w:sz w:val="16"/>
              </w:rPr>
              <w:t>$16,000 property; crops not reported (1998 dollars)</w:t>
            </w:r>
          </w:p>
        </w:tc>
        <w:tc>
          <w:tcPr>
            <w:tcW w:type="dxa" w:w="1037"/>
          </w:tcPr>
          <w:p>
            <w:pPr>
              <w:spacing w:after="0"/>
              <w:jc w:val="right"/>
            </w:pPr>
            <w:r>
              <w:rPr>
                <w:sz w:val="16"/>
              </w:rPr>
              <w:t>0, 0</w:t>
            </w:r>
          </w:p>
        </w:tc>
        <w:tc>
          <w:tcPr>
            <w:tcW w:type="dxa" w:w="1578"/>
          </w:tcPr>
          <w:p>
            <w:pPr>
              <w:spacing w:after="0"/>
              <w:jc w:val="left"/>
            </w:pPr>
            <w:r>
              <w:rPr>
                <w:sz w:val="16"/>
              </w:rPr>
              <w:t>TAYLOR</w:t>
            </w:r>
          </w:p>
        </w:tc>
        <w:tc>
          <w:tcPr>
            <w:tcW w:type="dxa" w:w="1843"/>
          </w:tcPr>
          <w:p>
            <w:pPr>
              <w:spacing w:after="0"/>
              <w:jc w:val="left"/>
            </w:pPr>
          </w:p>
        </w:tc>
        <w:tc>
          <w:tcPr>
            <w:tcW w:type="dxa" w:w="2570"/>
          </w:tcPr>
          <w:p>
            <w:pPr>
              <w:spacing w:after="0"/>
              <w:jc w:val="left"/>
            </w:pPr>
            <w:r>
              <w:rPr>
                <w:sz w:val="16"/>
              </w:rPr>
              <w:t>B1-c worst recorded: Lightning</w:t>
            </w:r>
          </w:p>
        </w:tc>
      </w:tr>
      <w:tr>
        <w:trPr>
          <w:cantSplit/>
        </w:trPr>
        <w:tc>
          <w:tcPr>
            <w:tcW w:type="dxa" w:w="1037"/>
          </w:tcPr>
          <w:p>
            <w:pPr>
              <w:spacing w:after="0"/>
              <w:jc w:val="left"/>
            </w:pPr>
            <w:r>
              <w:rPr>
                <w:sz w:val="16"/>
              </w:rPr>
              <w:t>1979-07-07</w:t>
            </w:r>
          </w:p>
        </w:tc>
        <w:tc>
          <w:tcPr>
            <w:tcW w:type="dxa" w:w="1215"/>
          </w:tcPr>
          <w:p>
            <w:pPr>
              <w:spacing w:after="0"/>
              <w:jc w:val="left"/>
            </w:pPr>
            <w:r>
              <w:rPr>
                <w:sz w:val="16"/>
              </w:rPr>
              <w:t>Tornado</w:t>
            </w:r>
          </w:p>
        </w:tc>
        <w:tc>
          <w:tcPr>
            <w:tcW w:type="dxa" w:w="2287"/>
          </w:tcPr>
          <w:p>
            <w:pPr>
              <w:spacing w:after="0"/>
              <w:jc w:val="left"/>
            </w:pPr>
            <w:r>
              <w:rPr>
                <w:sz w:val="16"/>
              </w:rPr>
              <w:t>F1, 28.1 mi path length (records before 1996 may include the whole path; rating and listing come from the county where the tornado began), 100 yd wide</w:t>
            </w:r>
          </w:p>
        </w:tc>
        <w:tc>
          <w:tcPr>
            <w:tcW w:type="dxa" w:w="2545"/>
          </w:tcPr>
          <w:p>
            <w:pPr>
              <w:spacing w:after="0"/>
              <w:jc w:val="left"/>
            </w:pPr>
            <w:r>
              <w:rPr>
                <w:sz w:val="16"/>
              </w:rPr>
              <w:t>$2,500,000 property; crops not recorded (1979 dollars)</w:t>
            </w:r>
          </w:p>
        </w:tc>
        <w:tc>
          <w:tcPr>
            <w:tcW w:type="dxa" w:w="1037"/>
          </w:tcPr>
          <w:p>
            <w:pPr>
              <w:spacing w:after="0"/>
              <w:jc w:val="right"/>
            </w:pPr>
            <w:r>
              <w:rPr>
                <w:sz w:val="16"/>
              </w:rPr>
              <w:t>0, 0</w:t>
            </w:r>
          </w:p>
        </w:tc>
        <w:tc>
          <w:tcPr>
            <w:tcW w:type="dxa" w:w="1578"/>
          </w:tcPr>
          <w:p>
            <w:pPr>
              <w:spacing w:after="0"/>
              <w:jc w:val="left"/>
            </w:pPr>
            <w:r>
              <w:rPr>
                <w:sz w:val="16"/>
              </w:rPr>
              <w:t>location not recorded</w:t>
            </w:r>
          </w:p>
        </w:tc>
        <w:tc>
          <w:tcPr>
            <w:tcW w:type="dxa" w:w="1843"/>
          </w:tcPr>
          <w:p>
            <w:pPr>
              <w:spacing w:after="0"/>
              <w:jc w:val="left"/>
            </w:pPr>
          </w:p>
        </w:tc>
        <w:tc>
          <w:tcPr>
            <w:tcW w:type="dxa" w:w="2570"/>
          </w:tcPr>
          <w:p>
            <w:pPr>
              <w:spacing w:after="0"/>
              <w:jc w:val="left"/>
            </w:pPr>
            <w:r>
              <w:rPr>
                <w:sz w:val="16"/>
              </w:rPr>
              <w:t>B1-c most damaging: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(384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8"/>
        <w:gridCol w:w="1578"/>
        <w:gridCol w:w="1037"/>
        <w:gridCol w:w="1743"/>
        <w:gridCol w:w="1520"/>
        <w:gridCol w:w="1501"/>
        <w:gridCol w:w="1037"/>
        <w:gridCol w:w="1970"/>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8"/>
            <w:shd w:val="clear" w:color="auto" w:fill="E8E8E8"/>
          </w:tcPr>
          <w:p>
            <w:pPr>
              <w:spacing w:after="0"/>
              <w:jc w:val="left"/>
            </w:pPr>
            <w:r>
              <w:rPr>
                <w:b/>
                <w:sz w:val="16"/>
              </w:rPr>
              <w:t>Unit</w:t>
            </w:r>
          </w:p>
        </w:tc>
        <w:tc>
          <w:tcPr>
            <w:tcW w:type="dxa" w:w="157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3"/>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p>
        </w:tc>
        <w:tc>
          <w:tcPr>
            <w:tcW w:type="dxa" w:w="1448"/>
          </w:tcPr>
          <w:p>
            <w:pPr>
              <w:spacing w:after="0"/>
              <w:jc w:val="left"/>
            </w:pPr>
            <w:r>
              <w:rPr>
                <w:sz w:val="16"/>
              </w:rPr>
              <w:t>events per year</w:t>
            </w:r>
          </w:p>
        </w:tc>
        <w:tc>
          <w:tcPr>
            <w:tcW w:type="dxa" w:w="1578"/>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p>
        </w:tc>
        <w:tc>
          <w:tcPr>
            <w:tcW w:type="dxa" w:w="1501"/>
          </w:tcPr>
          <w:p>
            <w:pPr>
              <w:spacing w:after="0"/>
              <w:jc w:val="left"/>
            </w:pPr>
            <w:r>
              <w:rPr>
                <w:sz w:val="16"/>
              </w:rPr>
              <w:t>1994 to 2023 (30 years)</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8"/>
          </w:tcPr>
          <w:p>
            <w:pPr>
              <w:spacing w:after="0"/>
              <w:jc w:val="left"/>
            </w:pPr>
            <w:r>
              <w:rPr>
                <w:sz w:val="16"/>
              </w:rPr>
              <w:t>events per year at a location (modeled)</w:t>
            </w:r>
          </w:p>
        </w:tc>
        <w:tc>
          <w:tcPr>
            <w:tcW w:type="dxa" w:w="1578"/>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6</w:t>
            </w:r>
          </w:p>
        </w:tc>
        <w:tc>
          <w:tcPr>
            <w:tcW w:type="dxa" w:w="1448"/>
          </w:tcPr>
          <w:p>
            <w:pPr>
              <w:spacing w:after="0"/>
              <w:jc w:val="left"/>
            </w:pPr>
            <w:r>
              <w:rPr>
                <w:sz w:val="16"/>
              </w:rPr>
              <w:t>event-days per year</w:t>
            </w:r>
          </w:p>
        </w:tc>
        <w:tc>
          <w:tcPr>
            <w:tcW w:type="dxa" w:w="1578"/>
          </w:tcPr>
          <w:p>
            <w:pPr>
              <w:spacing w:after="0"/>
              <w:jc w:val="left"/>
            </w:pPr>
            <w:r>
              <w:rPr>
                <w:sz w:val="16"/>
              </w:rPr>
              <w:t>about 6 days per year</w:t>
            </w:r>
          </w:p>
        </w:tc>
        <w:tc>
          <w:tcPr>
            <w:tcW w:type="dxa" w:w="1037"/>
          </w:tcPr>
          <w:p>
            <w:pPr>
              <w:spacing w:after="0"/>
              <w:jc w:val="left"/>
            </w:pPr>
            <w:r>
              <w:rPr>
                <w:sz w:val="16"/>
              </w:rPr>
              <w:t>Likely</w:t>
            </w:r>
          </w:p>
        </w:tc>
        <w:tc>
          <w:tcPr>
            <w:tcW w:type="dxa" w:w="1743"/>
          </w:tcPr>
          <w:p>
            <w:pPr>
              <w:spacing w:after="0"/>
              <w:jc w:val="left"/>
            </w:pPr>
            <w:r>
              <w:rPr>
                <w:sz w:val="16"/>
              </w:rPr>
              <w:t>event-days in 12 of 30 years, 1996 to 2025 (40%)</w:t>
            </w:r>
          </w:p>
        </w:tc>
        <w:tc>
          <w:tcPr>
            <w:tcW w:type="dxa" w:w="1520"/>
          </w:tcPr>
          <w:p>
            <w:pPr>
              <w:spacing w:after="0"/>
              <w:jc w:val="right"/>
            </w:pPr>
            <w:r>
              <w:rPr>
                <w:sz w:val="16"/>
              </w:rPr>
              <w:t>114</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6 cold wave event-days a year here (its annualized frequency over 19 years; not its event count divided by the years), but Storm Events has a record in only 12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33.8</w:t>
            </w:r>
          </w:p>
        </w:tc>
        <w:tc>
          <w:tcPr>
            <w:tcW w:type="dxa" w:w="1448"/>
          </w:tcPr>
          <w:p>
            <w:pPr>
              <w:spacing w:after="0"/>
              <w:jc w:val="left"/>
            </w:pPr>
            <w:r>
              <w:rPr>
                <w:sz w:val="16"/>
              </w:rPr>
              <w:t>event-days per year</w:t>
            </w:r>
          </w:p>
        </w:tc>
        <w:tc>
          <w:tcPr>
            <w:tcW w:type="dxa" w:w="1578"/>
          </w:tcPr>
          <w:p>
            <w:pPr>
              <w:spacing w:after="0"/>
              <w:jc w:val="left"/>
            </w:pPr>
            <w:r>
              <w:rPr>
                <w:sz w:val="16"/>
              </w:rPr>
              <w:t>about 33.8 days per year</w:t>
            </w:r>
          </w:p>
        </w:tc>
        <w:tc>
          <w:tcPr>
            <w:tcW w:type="dxa" w:w="1037"/>
          </w:tcPr>
          <w:p>
            <w:pPr>
              <w:spacing w:after="0"/>
              <w:jc w:val="left"/>
            </w:pPr>
            <w:r>
              <w:rPr>
                <w:sz w:val="16"/>
              </w:rPr>
              <w:t>Likely</w:t>
            </w:r>
          </w:p>
        </w:tc>
        <w:tc>
          <w:tcPr>
            <w:tcW w:type="dxa" w:w="1743"/>
          </w:tcPr>
          <w:p>
            <w:pPr>
              <w:spacing w:after="0"/>
              <w:jc w:val="left"/>
            </w:pPr>
            <w:r>
              <w:rPr>
                <w:sz w:val="16"/>
              </w:rPr>
              <w:t>event-days in 7 of 30 years, 1996 to 2025 (23.3%)</w:t>
            </w:r>
          </w:p>
        </w:tc>
        <w:tc>
          <w:tcPr>
            <w:tcW w:type="dxa" w:w="1520"/>
          </w:tcPr>
          <w:p>
            <w:pPr>
              <w:spacing w:after="0"/>
              <w:jc w:val="right"/>
            </w:pPr>
            <w:r>
              <w:rPr>
                <w:sz w:val="16"/>
              </w:rPr>
              <w:t>854</w:t>
            </w:r>
          </w:p>
        </w:tc>
        <w:tc>
          <w:tcPr>
            <w:tcW w:type="dxa" w:w="150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0"/>
          </w:tcPr>
          <w:p>
            <w:pPr>
              <w:spacing w:after="0"/>
              <w:jc w:val="left"/>
            </w:pPr>
            <w:r>
              <w:rPr>
                <w:sz w:val="16"/>
              </w:rPr>
              <w:t>NRI gives about 33.8 drought event-days a year here (its annualized frequency over 25.25 years; not its event count divided by the years), but Storm Events has a record in only 7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0.000402</w:t>
            </w:r>
          </w:p>
        </w:tc>
        <w:tc>
          <w:tcPr>
            <w:tcW w:type="dxa" w:w="1448"/>
          </w:tcPr>
          <w:p>
            <w:pPr>
              <w:spacing w:after="0"/>
              <w:jc w:val="left"/>
            </w:pPr>
            <w:r>
              <w:rPr>
                <w:sz w:val="16"/>
              </w:rPr>
              <w:t>annual probability at a location</w:t>
            </w:r>
          </w:p>
        </w:tc>
        <w:tc>
          <w:tcPr>
            <w:tcW w:type="dxa" w:w="1578"/>
          </w:tcPr>
          <w:p>
            <w:pPr>
              <w:spacing w:after="0"/>
              <w:jc w:val="left"/>
            </w:pPr>
            <w:r>
              <w:rPr>
                <w:sz w:val="16"/>
              </w:rPr>
              <w:t>chance a given location in the county has at least minor-damage shaking in a year: 0.0402%</w:t>
            </w: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5.74</w:t>
            </w:r>
          </w:p>
        </w:tc>
        <w:tc>
          <w:tcPr>
            <w:tcW w:type="dxa" w:w="1448"/>
          </w:tcPr>
          <w:p>
            <w:pPr>
              <w:spacing w:after="0"/>
              <w:jc w:val="left"/>
            </w:pPr>
            <w:r>
              <w:rPr>
                <w:sz w:val="16"/>
              </w:rPr>
              <w:t>events per year</w:t>
            </w:r>
          </w:p>
        </w:tc>
        <w:tc>
          <w:tcPr>
            <w:tcW w:type="dxa" w:w="1578"/>
          </w:tcPr>
          <w:p>
            <w:pPr>
              <w:spacing w:after="0"/>
              <w:jc w:val="left"/>
            </w:pPr>
            <w:r>
              <w:rPr>
                <w:sz w:val="16"/>
              </w:rPr>
              <w:t>about 5.74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218.3 (modeled)</w:t>
            </w:r>
          </w:p>
        </w:tc>
        <w:tc>
          <w:tcPr>
            <w:tcW w:type="dxa" w:w="1501"/>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4.26</w:t>
            </w:r>
          </w:p>
        </w:tc>
        <w:tc>
          <w:tcPr>
            <w:tcW w:type="dxa" w:w="1448"/>
          </w:tcPr>
          <w:p>
            <w:pPr>
              <w:spacing w:after="0"/>
              <w:jc w:val="left"/>
            </w:pPr>
            <w:r>
              <w:rPr>
                <w:sz w:val="16"/>
              </w:rPr>
              <w:t>event-days per year</w:t>
            </w:r>
          </w:p>
        </w:tc>
        <w:tc>
          <w:tcPr>
            <w:tcW w:type="dxa" w:w="1578"/>
          </w:tcPr>
          <w:p>
            <w:pPr>
              <w:spacing w:after="0"/>
              <w:jc w:val="left"/>
            </w:pPr>
            <w:r>
              <w:rPr>
                <w:sz w:val="16"/>
              </w:rPr>
              <w:t>about 4.26 days per year</w:t>
            </w:r>
          </w:p>
        </w:tc>
        <w:tc>
          <w:tcPr>
            <w:tcW w:type="dxa" w:w="1037"/>
          </w:tcPr>
          <w:p>
            <w:pPr>
              <w:spacing w:after="0"/>
              <w:jc w:val="left"/>
            </w:pPr>
            <w:r>
              <w:rPr>
                <w:sz w:val="16"/>
              </w:rPr>
              <w:t>Possible</w:t>
            </w:r>
          </w:p>
        </w:tc>
        <w:tc>
          <w:tcPr>
            <w:tcW w:type="dxa" w:w="1743"/>
          </w:tcPr>
          <w:p>
            <w:pPr>
              <w:spacing w:after="0"/>
              <w:jc w:val="left"/>
            </w:pPr>
            <w:r>
              <w:rPr>
                <w:sz w:val="16"/>
              </w:rPr>
              <w:t>event-days in 1 of 30 years, 1996 to 2025 (3.33%)</w:t>
            </w:r>
          </w:p>
        </w:tc>
        <w:tc>
          <w:tcPr>
            <w:tcW w:type="dxa" w:w="1520"/>
          </w:tcPr>
          <w:p>
            <w:pPr>
              <w:spacing w:after="0"/>
              <w:jc w:val="right"/>
            </w:pPr>
            <w:r>
              <w:rPr>
                <w:sz w:val="16"/>
              </w:rPr>
              <w:t>71</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4.26 heat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1"/>
          </w:tcPr>
          <w:p>
            <w:pPr>
              <w:spacing w:after="0"/>
              <w:jc w:val="right"/>
            </w:pPr>
          </w:p>
        </w:tc>
        <w:tc>
          <w:tcPr>
            <w:tcW w:type="dxa" w:w="1448"/>
          </w:tcPr>
          <w:p>
            <w:pPr>
              <w:spacing w:after="0"/>
              <w:jc w:val="left"/>
            </w:pPr>
            <w:r>
              <w:rPr>
                <w:sz w:val="16"/>
              </w:rPr>
              <w:t>events per year</w:t>
            </w:r>
          </w:p>
        </w:tc>
        <w:tc>
          <w:tcPr>
            <w:tcW w:type="dxa" w:w="1578"/>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p>
        </w:tc>
        <w:tc>
          <w:tcPr>
            <w:tcW w:type="dxa" w:w="1501"/>
          </w:tcPr>
          <w:p>
            <w:pPr>
              <w:spacing w:after="0"/>
              <w:jc w:val="left"/>
            </w:pPr>
            <w:r>
              <w:rPr>
                <w:sz w:val="16"/>
              </w:rPr>
              <w:t>1851 to 2024 (Atlantic)</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1"/>
          </w:tcPr>
          <w:p>
            <w:pPr>
              <w:spacing w:after="0"/>
              <w:jc w:val="right"/>
            </w:pPr>
            <w:r>
              <w:rPr>
                <w:sz w:val="16"/>
              </w:rPr>
              <w:t>0.261</w:t>
            </w:r>
          </w:p>
        </w:tc>
        <w:tc>
          <w:tcPr>
            <w:tcW w:type="dxa" w:w="1448"/>
          </w:tcPr>
          <w:p>
            <w:pPr>
              <w:spacing w:after="0"/>
              <w:jc w:val="left"/>
            </w:pPr>
            <w:r>
              <w:rPr>
                <w:sz w:val="16"/>
              </w:rPr>
              <w:t>event-days per year</w:t>
            </w:r>
          </w:p>
        </w:tc>
        <w:tc>
          <w:tcPr>
            <w:tcW w:type="dxa" w:w="1578"/>
          </w:tcPr>
          <w:p>
            <w:pPr>
              <w:spacing w:after="0"/>
              <w:jc w:val="left"/>
            </w:pPr>
            <w:r>
              <w:rPr>
                <w:sz w:val="16"/>
              </w:rPr>
              <w:t>about 0.261 days per year</w:t>
            </w:r>
          </w:p>
        </w:tc>
        <w:tc>
          <w:tcPr>
            <w:tcW w:type="dxa" w:w="1037"/>
          </w:tcPr>
          <w:p>
            <w:pPr>
              <w:spacing w:after="0"/>
              <w:jc w:val="left"/>
            </w:pPr>
            <w:r>
              <w:rPr>
                <w:sz w:val="16"/>
              </w:rPr>
              <w:t>Possible</w:t>
            </w:r>
          </w:p>
        </w:tc>
        <w:tc>
          <w:tcPr>
            <w:tcW w:type="dxa" w:w="1743"/>
          </w:tcPr>
          <w:p>
            <w:pPr>
              <w:spacing w:after="0"/>
              <w:jc w:val="left"/>
            </w:pPr>
            <w:r>
              <w:rPr>
                <w:sz w:val="16"/>
              </w:rPr>
              <w:t>event-days in 2 of 30 years, 1996 to 2025 (6.67%)</w:t>
            </w:r>
          </w:p>
        </w:tc>
        <w:tc>
          <w:tcPr>
            <w:tcW w:type="dxa" w:w="1520"/>
          </w:tcPr>
          <w:p>
            <w:pPr>
              <w:spacing w:after="0"/>
              <w:jc w:val="right"/>
            </w:pPr>
            <w:r>
              <w:rPr>
                <w:sz w:val="16"/>
              </w:rPr>
              <w:t>18</w:t>
            </w:r>
          </w:p>
        </w:tc>
        <w:tc>
          <w:tcPr>
            <w:tcW w:type="dxa" w:w="1501"/>
          </w:tcPr>
          <w:p>
            <w:pPr>
              <w:spacing w:after="0"/>
              <w:jc w:val="left"/>
            </w:pPr>
            <w:r>
              <w:rPr>
                <w:sz w:val="16"/>
              </w:rPr>
              <w:t>1946-12-31 to 2014-02-12 (67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0.107</w:t>
            </w:r>
          </w:p>
        </w:tc>
        <w:tc>
          <w:tcPr>
            <w:tcW w:type="dxa" w:w="1448"/>
          </w:tcPr>
          <w:p>
            <w:pPr>
              <w:spacing w:after="0"/>
              <w:jc w:val="left"/>
            </w:pPr>
            <w:r>
              <w:rPr>
                <w:sz w:val="16"/>
              </w:rPr>
              <w:t>event-days per year</w:t>
            </w:r>
          </w:p>
        </w:tc>
        <w:tc>
          <w:tcPr>
            <w:tcW w:type="dxa" w:w="1578"/>
          </w:tcPr>
          <w:p>
            <w:pPr>
              <w:spacing w:after="0"/>
              <w:jc w:val="left"/>
            </w:pPr>
            <w:r>
              <w:rPr>
                <w:sz w:val="16"/>
              </w:rPr>
              <w:t>about 0.107 days per year</w:t>
            </w:r>
          </w:p>
        </w:tc>
        <w:tc>
          <w:tcPr>
            <w:tcW w:type="dxa" w:w="1037"/>
          </w:tcPr>
          <w:p>
            <w:pPr>
              <w:spacing w:after="0"/>
              <w:jc w:val="left"/>
            </w:pPr>
            <w:r>
              <w:rPr>
                <w:sz w:val="16"/>
              </w:rPr>
              <w:t>Likely</w:t>
            </w:r>
          </w:p>
        </w:tc>
        <w:tc>
          <w:tcPr>
            <w:tcW w:type="dxa" w:w="1743"/>
          </w:tcPr>
          <w:p>
            <w:pPr>
              <w:spacing w:after="0"/>
              <w:jc w:val="left"/>
            </w:pPr>
            <w:r>
              <w:rPr>
                <w:sz w:val="16"/>
              </w:rPr>
              <w:t>event-days in 3 of 30 years, 1996 to 2025 (10%)</w:t>
            </w:r>
          </w:p>
        </w:tc>
        <w:tc>
          <w:tcPr>
            <w:tcW w:type="dxa" w:w="1520"/>
          </w:tcPr>
          <w:p>
            <w:pPr>
              <w:spacing w:after="0"/>
              <w:jc w:val="right"/>
            </w:pPr>
            <w:r>
              <w:rPr>
                <w:sz w:val="16"/>
              </w:rPr>
              <w:t>3</w:t>
            </w:r>
          </w:p>
        </w:tc>
        <w:tc>
          <w:tcPr>
            <w:tcW w:type="dxa" w:w="1501"/>
          </w:tcPr>
          <w:p>
            <w:pPr>
              <w:spacing w:after="0"/>
              <w:jc w:val="left"/>
            </w:pPr>
            <w:r>
              <w:rPr>
                <w:sz w:val="16"/>
              </w:rPr>
              <w:t>1996 to 2023 (28 years)</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0.519</w:t>
            </w:r>
          </w:p>
        </w:tc>
        <w:tc>
          <w:tcPr>
            <w:tcW w:type="dxa" w:w="1448"/>
          </w:tcPr>
          <w:p>
            <w:pPr>
              <w:spacing w:after="0"/>
              <w:jc w:val="left"/>
            </w:pPr>
            <w:r>
              <w:rPr>
                <w:sz w:val="16"/>
              </w:rPr>
              <w:t>events per year (modeled)</w:t>
            </w:r>
          </w:p>
        </w:tc>
        <w:tc>
          <w:tcPr>
            <w:tcW w:type="dxa" w:w="1578"/>
          </w:tcPr>
          <w:p>
            <w:pPr>
              <w:spacing w:after="0"/>
              <w:jc w:val="left"/>
            </w:pPr>
            <w:r>
              <w:rPr>
                <w:sz w:val="16"/>
              </w:rPr>
              <w:t>about 0.52 per year</w:t>
            </w:r>
          </w:p>
        </w:tc>
        <w:tc>
          <w:tcPr>
            <w:tcW w:type="dxa" w:w="1037"/>
          </w:tcPr>
          <w:p>
            <w:pPr>
              <w:spacing w:after="0"/>
              <w:jc w:val="left"/>
            </w:pPr>
            <w:r>
              <w:rPr>
                <w:sz w:val="16"/>
              </w:rPr>
              <w:t>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42</w:t>
            </w:r>
          </w:p>
        </w:tc>
        <w:tc>
          <w:tcPr>
            <w:tcW w:type="dxa" w:w="1448"/>
          </w:tcPr>
          <w:p>
            <w:pPr>
              <w:spacing w:after="0"/>
              <w:jc w:val="left"/>
            </w:pPr>
            <w:r>
              <w:rPr>
                <w:sz w:val="16"/>
              </w:rPr>
              <w:t>days per year with a strike</w:t>
            </w:r>
          </w:p>
        </w:tc>
        <w:tc>
          <w:tcPr>
            <w:tcW w:type="dxa" w:w="1578"/>
          </w:tcPr>
          <w:p>
            <w:pPr>
              <w:spacing w:after="0"/>
              <w:jc w:val="left"/>
            </w:pPr>
            <w:r>
              <w:rPr>
                <w:sz w:val="16"/>
              </w:rPr>
              <w:t>about 42 days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1995 to 2023 (29 years; CONUS)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1.81</w:t>
            </w:r>
          </w:p>
        </w:tc>
        <w:tc>
          <w:tcPr>
            <w:tcW w:type="dxa" w:w="1448"/>
          </w:tcPr>
          <w:p>
            <w:pPr>
              <w:spacing w:after="0"/>
              <w:jc w:val="left"/>
            </w:pPr>
            <w:r>
              <w:rPr>
                <w:sz w:val="16"/>
              </w:rPr>
              <w:t>events per year</w:t>
            </w:r>
          </w:p>
        </w:tc>
        <w:tc>
          <w:tcPr>
            <w:tcW w:type="dxa" w:w="1578"/>
          </w:tcPr>
          <w:p>
            <w:pPr>
              <w:spacing w:after="0"/>
              <w:jc w:val="left"/>
            </w:pPr>
            <w:r>
              <w:rPr>
                <w:sz w:val="16"/>
              </w:rPr>
              <w:t>about 1.81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69</w:t>
            </w:r>
          </w:p>
        </w:tc>
        <w:tc>
          <w:tcPr>
            <w:tcW w:type="dxa" w:w="1501"/>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0.287</w:t>
            </w:r>
          </w:p>
        </w:tc>
        <w:tc>
          <w:tcPr>
            <w:tcW w:type="dxa" w:w="1448"/>
          </w:tcPr>
          <w:p>
            <w:pPr>
              <w:spacing w:after="0"/>
              <w:jc w:val="left"/>
            </w:pPr>
            <w:r>
              <w:rPr>
                <w:sz w:val="16"/>
              </w:rPr>
              <w:t>events per year</w:t>
            </w:r>
          </w:p>
        </w:tc>
        <w:tc>
          <w:tcPr>
            <w:tcW w:type="dxa" w:w="1578"/>
          </w:tcPr>
          <w:p>
            <w:pPr>
              <w:spacing w:after="0"/>
              <w:jc w:val="left"/>
            </w:pPr>
            <w:r>
              <w:rPr>
                <w:sz w:val="16"/>
              </w:rPr>
              <w:t>about 1 in 3 years</w:t>
            </w:r>
          </w:p>
        </w:tc>
        <w:tc>
          <w:tcPr>
            <w:tcW w:type="dxa" w:w="1037"/>
          </w:tcPr>
          <w:p>
            <w:pPr>
              <w:spacing w:after="0"/>
              <w:jc w:val="left"/>
            </w:pPr>
            <w:r>
              <w:rPr>
                <w:sz w:val="16"/>
              </w:rPr>
              <w:t>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1950 to 2023 (EF2+); 1986 to 2023 (EF0-1)</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8"/>
          </w:tcPr>
          <w:p>
            <w:pPr>
              <w:spacing w:after="0"/>
              <w:jc w:val="left"/>
            </w:pPr>
            <w:r>
              <w:rPr>
                <w:sz w:val="16"/>
              </w:rPr>
              <w:t>annual probability at the most exposed location (used in place of a county value)</w:t>
            </w:r>
          </w:p>
        </w:tc>
        <w:tc>
          <w:tcPr>
            <w:tcW w:type="dxa" w:w="1578"/>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8"/>
          </w:tcPr>
          <w:p>
            <w:pPr>
              <w:spacing w:after="0"/>
              <w:jc w:val="left"/>
            </w:pPr>
            <w:r>
              <w:rPr>
                <w:sz w:val="16"/>
              </w:rPr>
              <w:t>annual probability</w:t>
            </w:r>
          </w:p>
        </w:tc>
        <w:tc>
          <w:tcPr>
            <w:tcW w:type="dxa" w:w="1578"/>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0.00104</w:t>
            </w:r>
          </w:p>
        </w:tc>
        <w:tc>
          <w:tcPr>
            <w:tcW w:type="dxa" w:w="1448"/>
          </w:tcPr>
          <w:p>
            <w:pPr>
              <w:spacing w:after="0"/>
              <w:jc w:val="left"/>
            </w:pPr>
            <w:r>
              <w:rPr>
                <w:sz w:val="16"/>
              </w:rPr>
              <w:t>annual probability at a location</w:t>
            </w:r>
          </w:p>
        </w:tc>
        <w:tc>
          <w:tcPr>
            <w:tcW w:type="dxa" w:w="1578"/>
          </w:tcPr>
          <w:p>
            <w:pPr>
              <w:spacing w:after="0"/>
              <w:jc w:val="left"/>
            </w:pPr>
            <w:r>
              <w:rPr>
                <w:sz w:val="16"/>
              </w:rPr>
              <w:t>chance a given location in the county burns in a year: 0.104%</w:t>
            </w:r>
          </w:p>
        </w:tc>
        <w:tc>
          <w:tcPr>
            <w:tcW w:type="dxa" w:w="1037"/>
          </w:tcPr>
          <w:p>
            <w:pPr>
              <w:spacing w:after="0"/>
              <w:jc w:val="left"/>
            </w:pPr>
          </w:p>
        </w:tc>
        <w:tc>
          <w:tcPr>
            <w:tcW w:type="dxa" w:w="1743"/>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15.5</w:t>
            </w:r>
          </w:p>
        </w:tc>
        <w:tc>
          <w:tcPr>
            <w:tcW w:type="dxa" w:w="1448"/>
          </w:tcPr>
          <w:p>
            <w:pPr>
              <w:spacing w:after="0"/>
              <w:jc w:val="left"/>
            </w:pPr>
            <w:r>
              <w:rPr>
                <w:sz w:val="16"/>
              </w:rPr>
              <w:t>event-days per year</w:t>
            </w:r>
          </w:p>
        </w:tc>
        <w:tc>
          <w:tcPr>
            <w:tcW w:type="dxa" w:w="1578"/>
          </w:tcPr>
          <w:p>
            <w:pPr>
              <w:spacing w:after="0"/>
              <w:jc w:val="left"/>
            </w:pPr>
            <w:r>
              <w:rPr>
                <w:sz w:val="16"/>
              </w:rPr>
              <w:t>about 15.5 days per year</w:t>
            </w:r>
          </w:p>
        </w:tc>
        <w:tc>
          <w:tcPr>
            <w:tcW w:type="dxa" w:w="1037"/>
          </w:tcPr>
          <w:p>
            <w:pPr>
              <w:spacing w:after="0"/>
              <w:jc w:val="left"/>
            </w:pPr>
            <w:r>
              <w:rPr>
                <w:sz w:val="16"/>
              </w:rPr>
              <w:t>Likely</w:t>
            </w:r>
          </w:p>
        </w:tc>
        <w:tc>
          <w:tcPr>
            <w:tcW w:type="dxa" w:w="1743"/>
          </w:tcPr>
          <w:p>
            <w:pPr>
              <w:spacing w:after="0"/>
              <w:jc w:val="left"/>
            </w:pPr>
            <w:r>
              <w:rPr>
                <w:sz w:val="16"/>
              </w:rPr>
              <w:t>event-days in 26 of 30 years, 1996 to 2025 (86.7%)</w:t>
            </w:r>
          </w:p>
        </w:tc>
        <w:tc>
          <w:tcPr>
            <w:tcW w:type="dxa" w:w="1520"/>
          </w:tcPr>
          <w:p>
            <w:pPr>
              <w:spacing w:after="0"/>
              <w:jc w:val="right"/>
            </w:pPr>
            <w:r>
              <w:rPr>
                <w:sz w:val="16"/>
              </w:rPr>
              <w:t>295</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87</w:t>
            </w:r>
          </w:p>
        </w:tc>
        <w:tc>
          <w:tcPr>
            <w:tcW w:type="dxa" w:w="1476"/>
          </w:tcPr>
          <w:p>
            <w:pPr>
              <w:spacing w:after="0"/>
              <w:jc w:val="right"/>
            </w:pPr>
            <w:r>
              <w:rPr>
                <w:sz w:val="16"/>
              </w:rPr>
              <w:t>30</w:t>
            </w:r>
          </w:p>
        </w:tc>
        <w:tc>
          <w:tcPr>
            <w:tcW w:type="dxa" w:w="1476"/>
          </w:tcPr>
          <w:p>
            <w:pPr>
              <w:spacing w:after="0"/>
              <w:jc w:val="right"/>
            </w:pPr>
            <w:r>
              <w:rPr>
                <w:sz w:val="16"/>
              </w:rPr>
              <w:t>2.9</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19</w:t>
            </w:r>
          </w:p>
        </w:tc>
        <w:tc>
          <w:tcPr>
            <w:tcW w:type="dxa" w:w="1476"/>
          </w:tcPr>
          <w:p>
            <w:pPr>
              <w:spacing w:after="0"/>
              <w:jc w:val="right"/>
            </w:pPr>
            <w:r>
              <w:rPr>
                <w:sz w:val="16"/>
              </w:rPr>
              <w:t>30</w:t>
            </w:r>
          </w:p>
        </w:tc>
        <w:tc>
          <w:tcPr>
            <w:tcW w:type="dxa" w:w="1476"/>
          </w:tcPr>
          <w:p>
            <w:pPr>
              <w:spacing w:after="0"/>
              <w:jc w:val="right"/>
            </w:pPr>
            <w:r>
              <w:rPr>
                <w:sz w:val="16"/>
              </w:rPr>
              <w:t>0.633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26</w:t>
            </w:r>
          </w:p>
        </w:tc>
        <w:tc>
          <w:tcPr>
            <w:tcW w:type="dxa" w:w="1476"/>
          </w:tcPr>
          <w:p>
            <w:pPr>
              <w:spacing w:after="0"/>
              <w:jc w:val="right"/>
            </w:pPr>
            <w:r>
              <w:rPr>
                <w:sz w:val="16"/>
              </w:rPr>
              <w:t>30</w:t>
            </w:r>
          </w:p>
        </w:tc>
        <w:tc>
          <w:tcPr>
            <w:tcW w:type="dxa" w:w="1476"/>
          </w:tcPr>
          <w:p>
            <w:pPr>
              <w:spacing w:after="0"/>
              <w:jc w:val="right"/>
            </w:pPr>
            <w:r>
              <w:rPr>
                <w:sz w:val="16"/>
              </w:rPr>
              <w:t>0.867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76"/>
        <w:gridCol w:w="771"/>
        <w:gridCol w:w="1014"/>
        <w:gridCol w:w="771"/>
        <w:gridCol w:w="735"/>
        <w:gridCol w:w="1784"/>
        <w:gridCol w:w="7861"/>
      </w:tblGrid>
      <w:tr>
        <w:trPr>
          <w:cantSplit/>
          <w:tblHeader/>
        </w:trPr>
        <w:tc>
          <w:tcPr>
            <w:tcW w:type="dxa" w:w="1176"/>
            <w:shd w:val="clear" w:color="auto" w:fill="E8E8E8"/>
          </w:tcPr>
          <w:p>
            <w:pPr>
              <w:spacing w:after="0"/>
              <w:jc w:val="left"/>
            </w:pPr>
            <w:r>
              <w:rPr>
                <w:b/>
                <w:sz w:val="16"/>
              </w:rPr>
              <w:t>Hazard</w:t>
            </w:r>
          </w:p>
        </w:tc>
        <w:tc>
          <w:tcPr>
            <w:tcW w:type="dxa" w:w="771"/>
            <w:shd w:val="clear" w:color="auto" w:fill="E8E8E8"/>
          </w:tcPr>
          <w:p>
            <w:pPr>
              <w:spacing w:after="0"/>
              <w:jc w:val="right"/>
            </w:pPr>
            <w:r>
              <w:rPr>
                <w:b/>
                <w:sz w:val="16"/>
              </w:rPr>
              <w:t>Tracts</w:t>
            </w:r>
          </w:p>
          <w:p>
            <w:pPr>
              <w:spacing w:after="0"/>
              <w:jc w:val="right"/>
            </w:pPr>
            <w:r>
              <w:rPr>
                <w:i/>
                <w:color w:val="555555"/>
                <w:sz w:val="14"/>
              </w:rPr>
              <w:t>rated of all</w:t>
            </w:r>
          </w:p>
        </w:tc>
        <w:tc>
          <w:tcPr>
            <w:tcW w:type="dxa" w:w="101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71"/>
            <w:shd w:val="clear" w:color="auto" w:fill="E8E8E8"/>
          </w:tcPr>
          <w:p>
            <w:pPr>
              <w:spacing w:after="0"/>
              <w:jc w:val="right"/>
            </w:pPr>
            <w:r>
              <w:rPr>
                <w:b/>
                <w:sz w:val="16"/>
              </w:rPr>
              <w:t>Median</w:t>
            </w:r>
          </w:p>
        </w:tc>
        <w:tc>
          <w:tcPr>
            <w:tcW w:type="dxa" w:w="735"/>
            <w:shd w:val="clear" w:color="auto" w:fill="E8E8E8"/>
          </w:tcPr>
          <w:p>
            <w:pPr>
              <w:spacing w:after="0"/>
              <w:jc w:val="right"/>
            </w:pPr>
            <w:r>
              <w:rPr>
                <w:b/>
                <w:sz w:val="16"/>
              </w:rPr>
              <w:t>Max</w:t>
            </w:r>
          </w:p>
        </w:tc>
        <w:tc>
          <w:tcPr>
            <w:tcW w:type="dxa" w:w="1784"/>
            <w:shd w:val="clear" w:color="auto" w:fill="E8E8E8"/>
          </w:tcPr>
          <w:p>
            <w:pPr>
              <w:spacing w:after="0"/>
              <w:jc w:val="left"/>
            </w:pPr>
            <w:r>
              <w:rPr>
                <w:b/>
                <w:sz w:val="16"/>
              </w:rPr>
              <w:t>Tracts by rating</w:t>
            </w:r>
          </w:p>
        </w:tc>
        <w:tc>
          <w:tcPr>
            <w:tcW w:type="dxa" w:w="7861"/>
            <w:shd w:val="clear" w:color="auto" w:fill="E8E8E8"/>
          </w:tcPr>
          <w:p>
            <w:pPr>
              <w:spacing w:after="0"/>
              <w:jc w:val="left"/>
            </w:pPr>
            <w:r>
              <w:rPr>
                <w:b/>
                <w:sz w:val="16"/>
              </w:rPr>
              <w:t>Note</w:t>
            </w:r>
          </w:p>
        </w:tc>
      </w:tr>
      <w:tr>
        <w:trPr>
          <w:cantSplit/>
        </w:trPr>
        <w:tc>
          <w:tcPr>
            <w:tcW w:type="dxa" w:w="1176"/>
          </w:tcPr>
          <w:p>
            <w:pPr>
              <w:spacing w:after="0"/>
              <w:jc w:val="left"/>
            </w:pPr>
            <w:r>
              <w:rPr>
                <w:sz w:val="16"/>
              </w:rPr>
              <w:t>Avalanche</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Coastal Flooding</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Cold Wave</w:t>
            </w:r>
          </w:p>
        </w:tc>
        <w:tc>
          <w:tcPr>
            <w:tcW w:type="dxa" w:w="771"/>
          </w:tcPr>
          <w:p>
            <w:pPr>
              <w:spacing w:after="0"/>
              <w:jc w:val="right"/>
            </w:pPr>
            <w:r>
              <w:rPr>
                <w:sz w:val="16"/>
              </w:rPr>
              <w:t>1 of 1</w:t>
            </w:r>
          </w:p>
        </w:tc>
        <w:tc>
          <w:tcPr>
            <w:tcW w:type="dxa" w:w="1014"/>
          </w:tcPr>
          <w:p>
            <w:pPr>
              <w:spacing w:after="0"/>
              <w:jc w:val="right"/>
            </w:pPr>
            <w:r>
              <w:rPr>
                <w:sz w:val="16"/>
              </w:rPr>
              <w:t>30.2</w:t>
            </w:r>
          </w:p>
        </w:tc>
        <w:tc>
          <w:tcPr>
            <w:tcW w:type="dxa" w:w="771"/>
          </w:tcPr>
          <w:p>
            <w:pPr>
              <w:spacing w:after="0"/>
              <w:jc w:val="right"/>
            </w:pPr>
            <w:r>
              <w:rPr>
                <w:sz w:val="16"/>
              </w:rPr>
              <w:t>30.2</w:t>
            </w:r>
          </w:p>
        </w:tc>
        <w:tc>
          <w:tcPr>
            <w:tcW w:type="dxa" w:w="735"/>
          </w:tcPr>
          <w:p>
            <w:pPr>
              <w:spacing w:after="0"/>
              <w:jc w:val="right"/>
            </w:pPr>
            <w:r>
              <w:rPr>
                <w:sz w:val="16"/>
              </w:rPr>
              <w:t>30.2</w:t>
            </w:r>
          </w:p>
        </w:tc>
        <w:tc>
          <w:tcPr>
            <w:tcW w:type="dxa" w:w="1784"/>
          </w:tcPr>
          <w:p>
            <w:pPr>
              <w:spacing w:after="0"/>
              <w:jc w:val="left"/>
            </w:pPr>
            <w:r>
              <w:rPr>
                <w:sz w:val="16"/>
              </w:rPr>
              <w:t>Relatively Low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Drought</w:t>
            </w:r>
          </w:p>
        </w:tc>
        <w:tc>
          <w:tcPr>
            <w:tcW w:type="dxa" w:w="771"/>
          </w:tcPr>
          <w:p>
            <w:pPr>
              <w:spacing w:after="0"/>
              <w:jc w:val="right"/>
            </w:pPr>
            <w:r>
              <w:rPr>
                <w:sz w:val="16"/>
              </w:rPr>
              <w:t>1 of 1</w:t>
            </w:r>
          </w:p>
        </w:tc>
        <w:tc>
          <w:tcPr>
            <w:tcW w:type="dxa" w:w="1014"/>
          </w:tcPr>
          <w:p>
            <w:pPr>
              <w:spacing w:after="0"/>
              <w:jc w:val="right"/>
            </w:pPr>
            <w:r>
              <w:rPr>
                <w:sz w:val="16"/>
              </w:rPr>
              <w:t>93.3</w:t>
            </w:r>
          </w:p>
        </w:tc>
        <w:tc>
          <w:tcPr>
            <w:tcW w:type="dxa" w:w="771"/>
          </w:tcPr>
          <w:p>
            <w:pPr>
              <w:spacing w:after="0"/>
              <w:jc w:val="right"/>
            </w:pPr>
            <w:r>
              <w:rPr>
                <w:sz w:val="16"/>
              </w:rPr>
              <w:t>93.3</w:t>
            </w:r>
          </w:p>
        </w:tc>
        <w:tc>
          <w:tcPr>
            <w:tcW w:type="dxa" w:w="735"/>
          </w:tcPr>
          <w:p>
            <w:pPr>
              <w:spacing w:after="0"/>
              <w:jc w:val="right"/>
            </w:pPr>
            <w:r>
              <w:rPr>
                <w:sz w:val="16"/>
              </w:rPr>
              <w:t>93.3</w:t>
            </w:r>
          </w:p>
        </w:tc>
        <w:tc>
          <w:tcPr>
            <w:tcW w:type="dxa" w:w="1784"/>
          </w:tcPr>
          <w:p>
            <w:pPr>
              <w:spacing w:after="0"/>
              <w:jc w:val="left"/>
            </w:pPr>
            <w:r>
              <w:rPr>
                <w:sz w:val="16"/>
              </w:rPr>
              <w:t>Relatively Moderate 1</w:t>
            </w:r>
          </w:p>
        </w:tc>
        <w:tc>
          <w:tcPr>
            <w:tcW w:type="dxa" w:w="7861"/>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76"/>
          </w:tcPr>
          <w:p>
            <w:pPr>
              <w:spacing w:after="0"/>
              <w:jc w:val="left"/>
            </w:pPr>
            <w:r>
              <w:rPr>
                <w:sz w:val="16"/>
              </w:rPr>
              <w:t>Earthquake</w:t>
            </w:r>
          </w:p>
        </w:tc>
        <w:tc>
          <w:tcPr>
            <w:tcW w:type="dxa" w:w="771"/>
          </w:tcPr>
          <w:p>
            <w:pPr>
              <w:spacing w:after="0"/>
              <w:jc w:val="right"/>
            </w:pPr>
            <w:r>
              <w:rPr>
                <w:sz w:val="16"/>
              </w:rPr>
              <w:t>1 of 1</w:t>
            </w:r>
          </w:p>
        </w:tc>
        <w:tc>
          <w:tcPr>
            <w:tcW w:type="dxa" w:w="1014"/>
          </w:tcPr>
          <w:p>
            <w:pPr>
              <w:spacing w:after="0"/>
              <w:jc w:val="right"/>
            </w:pPr>
            <w:r>
              <w:rPr>
                <w:sz w:val="16"/>
              </w:rPr>
              <w:t>7.8</w:t>
            </w:r>
          </w:p>
        </w:tc>
        <w:tc>
          <w:tcPr>
            <w:tcW w:type="dxa" w:w="771"/>
          </w:tcPr>
          <w:p>
            <w:pPr>
              <w:spacing w:after="0"/>
              <w:jc w:val="right"/>
            </w:pPr>
            <w:r>
              <w:rPr>
                <w:sz w:val="16"/>
              </w:rPr>
              <w:t>7.8</w:t>
            </w:r>
          </w:p>
        </w:tc>
        <w:tc>
          <w:tcPr>
            <w:tcW w:type="dxa" w:w="735"/>
          </w:tcPr>
          <w:p>
            <w:pPr>
              <w:spacing w:after="0"/>
              <w:jc w:val="right"/>
            </w:pPr>
            <w:r>
              <w:rPr>
                <w:sz w:val="16"/>
              </w:rPr>
              <w:t>7.8</w:t>
            </w:r>
          </w:p>
        </w:tc>
        <w:tc>
          <w:tcPr>
            <w:tcW w:type="dxa" w:w="1784"/>
          </w:tcPr>
          <w:p>
            <w:pPr>
              <w:spacing w:after="0"/>
              <w:jc w:val="left"/>
            </w:pPr>
            <w:r>
              <w:rPr>
                <w:sz w:val="16"/>
              </w:rPr>
              <w:t>Very Low 1</w:t>
            </w:r>
          </w:p>
        </w:tc>
        <w:tc>
          <w:tcPr>
            <w:tcW w:type="dxa" w:w="7861"/>
          </w:tcPr>
          <w:p>
            <w:pPr>
              <w:spacing w:after="0"/>
              <w:jc w:val="left"/>
            </w:pPr>
          </w:p>
        </w:tc>
      </w:tr>
      <w:tr>
        <w:trPr>
          <w:cantSplit/>
        </w:trPr>
        <w:tc>
          <w:tcPr>
            <w:tcW w:type="dxa" w:w="1176"/>
          </w:tcPr>
          <w:p>
            <w:pPr>
              <w:spacing w:after="0"/>
              <w:jc w:val="left"/>
            </w:pPr>
            <w:r>
              <w:rPr>
                <w:sz w:val="16"/>
              </w:rPr>
              <w:t>Hail</w:t>
            </w:r>
          </w:p>
        </w:tc>
        <w:tc>
          <w:tcPr>
            <w:tcW w:type="dxa" w:w="771"/>
          </w:tcPr>
          <w:p>
            <w:pPr>
              <w:spacing w:after="0"/>
              <w:jc w:val="right"/>
            </w:pPr>
            <w:r>
              <w:rPr>
                <w:sz w:val="16"/>
              </w:rPr>
              <w:t>1 of 1</w:t>
            </w:r>
          </w:p>
        </w:tc>
        <w:tc>
          <w:tcPr>
            <w:tcW w:type="dxa" w:w="1014"/>
          </w:tcPr>
          <w:p>
            <w:pPr>
              <w:spacing w:after="0"/>
              <w:jc w:val="right"/>
            </w:pPr>
            <w:r>
              <w:rPr>
                <w:sz w:val="16"/>
              </w:rPr>
              <w:t>96.4</w:t>
            </w:r>
          </w:p>
        </w:tc>
        <w:tc>
          <w:tcPr>
            <w:tcW w:type="dxa" w:w="771"/>
          </w:tcPr>
          <w:p>
            <w:pPr>
              <w:spacing w:after="0"/>
              <w:jc w:val="right"/>
            </w:pPr>
            <w:r>
              <w:rPr>
                <w:sz w:val="16"/>
              </w:rPr>
              <w:t>96.4</w:t>
            </w:r>
          </w:p>
        </w:tc>
        <w:tc>
          <w:tcPr>
            <w:tcW w:type="dxa" w:w="735"/>
          </w:tcPr>
          <w:p>
            <w:pPr>
              <w:spacing w:after="0"/>
              <w:jc w:val="right"/>
            </w:pPr>
            <w:r>
              <w:rPr>
                <w:sz w:val="16"/>
              </w:rPr>
              <w:t>96.4</w:t>
            </w:r>
          </w:p>
        </w:tc>
        <w:tc>
          <w:tcPr>
            <w:tcW w:type="dxa" w:w="1784"/>
          </w:tcPr>
          <w:p>
            <w:pPr>
              <w:spacing w:after="0"/>
              <w:jc w:val="left"/>
            </w:pPr>
            <w:r>
              <w:rPr>
                <w:sz w:val="16"/>
              </w:rPr>
              <w:t>Relatively High 1</w:t>
            </w:r>
          </w:p>
        </w:tc>
        <w:tc>
          <w:tcPr>
            <w:tcW w:type="dxa" w:w="7861"/>
          </w:tcPr>
          <w:p>
            <w:pPr>
              <w:spacing w:after="0"/>
              <w:jc w:val="left"/>
            </w:pPr>
            <w:r>
              <w:rPr>
                <w:sz w:val="16"/>
              </w:rPr>
              <w:t>National data give a county-wide or coarse (49 km grid or NWS zone) frequency for this hazard, so they cannot show members' hazard differing. Agriculture is 81% of NRI's expected annual loss for this hazard in the county, so the tract range above mostly reflects where crop and livestock value is, not where buildings and people are. Confirm locally.</w:t>
            </w:r>
          </w:p>
        </w:tc>
      </w:tr>
      <w:tr>
        <w:trPr>
          <w:cantSplit/>
        </w:trPr>
        <w:tc>
          <w:tcPr>
            <w:tcW w:type="dxa" w:w="1176"/>
          </w:tcPr>
          <w:p>
            <w:pPr>
              <w:spacing w:after="0"/>
              <w:jc w:val="left"/>
            </w:pPr>
            <w:r>
              <w:rPr>
                <w:sz w:val="16"/>
              </w:rPr>
              <w:t>Heat Wave</w:t>
            </w:r>
          </w:p>
        </w:tc>
        <w:tc>
          <w:tcPr>
            <w:tcW w:type="dxa" w:w="771"/>
          </w:tcPr>
          <w:p>
            <w:pPr>
              <w:spacing w:after="0"/>
              <w:jc w:val="right"/>
            </w:pPr>
            <w:r>
              <w:rPr>
                <w:sz w:val="16"/>
              </w:rPr>
              <w:t>1 of 1</w:t>
            </w:r>
          </w:p>
        </w:tc>
        <w:tc>
          <w:tcPr>
            <w:tcW w:type="dxa" w:w="1014"/>
          </w:tcPr>
          <w:p>
            <w:pPr>
              <w:spacing w:after="0"/>
              <w:jc w:val="right"/>
            </w:pPr>
            <w:r>
              <w:rPr>
                <w:sz w:val="16"/>
              </w:rPr>
              <w:t>8.7</w:t>
            </w:r>
          </w:p>
        </w:tc>
        <w:tc>
          <w:tcPr>
            <w:tcW w:type="dxa" w:w="771"/>
          </w:tcPr>
          <w:p>
            <w:pPr>
              <w:spacing w:after="0"/>
              <w:jc w:val="right"/>
            </w:pPr>
            <w:r>
              <w:rPr>
                <w:sz w:val="16"/>
              </w:rPr>
              <w:t>8.7</w:t>
            </w:r>
          </w:p>
        </w:tc>
        <w:tc>
          <w:tcPr>
            <w:tcW w:type="dxa" w:w="735"/>
          </w:tcPr>
          <w:p>
            <w:pPr>
              <w:spacing w:after="0"/>
              <w:jc w:val="right"/>
            </w:pPr>
            <w:r>
              <w:rPr>
                <w:sz w:val="16"/>
              </w:rPr>
              <w:t>8.7</w:t>
            </w:r>
          </w:p>
        </w:tc>
        <w:tc>
          <w:tcPr>
            <w:tcW w:type="dxa" w:w="1784"/>
          </w:tcPr>
          <w:p>
            <w:pPr>
              <w:spacing w:after="0"/>
              <w:jc w:val="left"/>
            </w:pPr>
            <w:r>
              <w:rPr>
                <w:sz w:val="16"/>
              </w:rPr>
              <w:t>Very Low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Hurricane</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Ice Storm</w:t>
            </w:r>
          </w:p>
        </w:tc>
        <w:tc>
          <w:tcPr>
            <w:tcW w:type="dxa" w:w="771"/>
          </w:tcPr>
          <w:p>
            <w:pPr>
              <w:spacing w:after="0"/>
              <w:jc w:val="right"/>
            </w:pPr>
            <w:r>
              <w:rPr>
                <w:sz w:val="16"/>
              </w:rPr>
              <w:t>1 of 1</w:t>
            </w:r>
          </w:p>
        </w:tc>
        <w:tc>
          <w:tcPr>
            <w:tcW w:type="dxa" w:w="1014"/>
          </w:tcPr>
          <w:p>
            <w:pPr>
              <w:spacing w:after="0"/>
              <w:jc w:val="right"/>
            </w:pPr>
            <w:r>
              <w:rPr>
                <w:sz w:val="16"/>
              </w:rPr>
              <w:t>60.5</w:t>
            </w:r>
          </w:p>
        </w:tc>
        <w:tc>
          <w:tcPr>
            <w:tcW w:type="dxa" w:w="771"/>
          </w:tcPr>
          <w:p>
            <w:pPr>
              <w:spacing w:after="0"/>
              <w:jc w:val="right"/>
            </w:pPr>
            <w:r>
              <w:rPr>
                <w:sz w:val="16"/>
              </w:rPr>
              <w:t>60.5</w:t>
            </w:r>
          </w:p>
        </w:tc>
        <w:tc>
          <w:tcPr>
            <w:tcW w:type="dxa" w:w="735"/>
          </w:tcPr>
          <w:p>
            <w:pPr>
              <w:spacing w:after="0"/>
              <w:jc w:val="right"/>
            </w:pPr>
            <w:r>
              <w:rPr>
                <w:sz w:val="16"/>
              </w:rPr>
              <w:t>60.5</w:t>
            </w:r>
          </w:p>
        </w:tc>
        <w:tc>
          <w:tcPr>
            <w:tcW w:type="dxa" w:w="1784"/>
          </w:tcPr>
          <w:p>
            <w:pPr>
              <w:spacing w:after="0"/>
              <w:jc w:val="left"/>
            </w:pPr>
            <w:r>
              <w:rPr>
                <w:sz w:val="16"/>
              </w:rPr>
              <w:t>Relatively Low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Inland Flooding</w:t>
            </w:r>
          </w:p>
        </w:tc>
        <w:tc>
          <w:tcPr>
            <w:tcW w:type="dxa" w:w="771"/>
          </w:tcPr>
          <w:p>
            <w:pPr>
              <w:spacing w:after="0"/>
              <w:jc w:val="right"/>
            </w:pPr>
            <w:r>
              <w:rPr>
                <w:sz w:val="16"/>
              </w:rPr>
              <w:t>1 of 1</w:t>
            </w:r>
          </w:p>
        </w:tc>
        <w:tc>
          <w:tcPr>
            <w:tcW w:type="dxa" w:w="1014"/>
          </w:tcPr>
          <w:p>
            <w:pPr>
              <w:spacing w:after="0"/>
              <w:jc w:val="right"/>
            </w:pPr>
            <w:r>
              <w:rPr>
                <w:sz w:val="16"/>
              </w:rPr>
              <w:t>12.7</w:t>
            </w:r>
          </w:p>
        </w:tc>
        <w:tc>
          <w:tcPr>
            <w:tcW w:type="dxa" w:w="771"/>
          </w:tcPr>
          <w:p>
            <w:pPr>
              <w:spacing w:after="0"/>
              <w:jc w:val="right"/>
            </w:pPr>
            <w:r>
              <w:rPr>
                <w:sz w:val="16"/>
              </w:rPr>
              <w:t>12.7</w:t>
            </w:r>
          </w:p>
        </w:tc>
        <w:tc>
          <w:tcPr>
            <w:tcW w:type="dxa" w:w="735"/>
          </w:tcPr>
          <w:p>
            <w:pPr>
              <w:spacing w:after="0"/>
              <w:jc w:val="right"/>
            </w:pPr>
            <w:r>
              <w:rPr>
                <w:sz w:val="16"/>
              </w:rPr>
              <w:t>12.7</w:t>
            </w:r>
          </w:p>
        </w:tc>
        <w:tc>
          <w:tcPr>
            <w:tcW w:type="dxa" w:w="1784"/>
          </w:tcPr>
          <w:p>
            <w:pPr>
              <w:spacing w:after="0"/>
              <w:jc w:val="left"/>
            </w:pPr>
            <w:r>
              <w:rPr>
                <w:sz w:val="16"/>
              </w:rPr>
              <w:t>Very Low 1</w:t>
            </w:r>
          </w:p>
        </w:tc>
        <w:tc>
          <w:tcPr>
            <w:tcW w:type="dxa" w:w="7861"/>
          </w:tcPr>
          <w:p>
            <w:pPr>
              <w:spacing w:after="0"/>
              <w:jc w:val="left"/>
            </w:pPr>
          </w:p>
        </w:tc>
      </w:tr>
      <w:tr>
        <w:trPr>
          <w:cantSplit/>
        </w:trPr>
        <w:tc>
          <w:tcPr>
            <w:tcW w:type="dxa" w:w="1176"/>
          </w:tcPr>
          <w:p>
            <w:pPr>
              <w:spacing w:after="0"/>
              <w:jc w:val="left"/>
            </w:pPr>
            <w:r>
              <w:rPr>
                <w:sz w:val="16"/>
              </w:rPr>
              <w:t>Landslide</w:t>
            </w:r>
          </w:p>
        </w:tc>
        <w:tc>
          <w:tcPr>
            <w:tcW w:type="dxa" w:w="771"/>
          </w:tcPr>
          <w:p>
            <w:pPr>
              <w:spacing w:after="0"/>
              <w:jc w:val="right"/>
            </w:pPr>
            <w:r>
              <w:rPr>
                <w:sz w:val="16"/>
              </w:rPr>
              <w:t>1 of 1</w:t>
            </w:r>
          </w:p>
        </w:tc>
        <w:tc>
          <w:tcPr>
            <w:tcW w:type="dxa" w:w="1014"/>
          </w:tcPr>
          <w:p>
            <w:pPr>
              <w:spacing w:after="0"/>
              <w:jc w:val="right"/>
            </w:pPr>
            <w:r>
              <w:rPr>
                <w:sz w:val="16"/>
              </w:rPr>
              <w:t>74.7</w:t>
            </w:r>
          </w:p>
        </w:tc>
        <w:tc>
          <w:tcPr>
            <w:tcW w:type="dxa" w:w="771"/>
          </w:tcPr>
          <w:p>
            <w:pPr>
              <w:spacing w:after="0"/>
              <w:jc w:val="right"/>
            </w:pPr>
            <w:r>
              <w:rPr>
                <w:sz w:val="16"/>
              </w:rPr>
              <w:t>74.7</w:t>
            </w:r>
          </w:p>
        </w:tc>
        <w:tc>
          <w:tcPr>
            <w:tcW w:type="dxa" w:w="735"/>
          </w:tcPr>
          <w:p>
            <w:pPr>
              <w:spacing w:after="0"/>
              <w:jc w:val="right"/>
            </w:pPr>
            <w:r>
              <w:rPr>
                <w:sz w:val="16"/>
              </w:rPr>
              <w:t>74.7</w:t>
            </w:r>
          </w:p>
        </w:tc>
        <w:tc>
          <w:tcPr>
            <w:tcW w:type="dxa" w:w="1784"/>
          </w:tcPr>
          <w:p>
            <w:pPr>
              <w:spacing w:after="0"/>
              <w:jc w:val="left"/>
            </w:pPr>
            <w:r>
              <w:rPr>
                <w:sz w:val="16"/>
              </w:rPr>
              <w:t>Very Low 1</w:t>
            </w:r>
          </w:p>
        </w:tc>
        <w:tc>
          <w:tcPr>
            <w:tcW w:type="dxa" w:w="7861"/>
          </w:tcPr>
          <w:p>
            <w:pPr>
              <w:spacing w:after="0"/>
              <w:jc w:val="left"/>
            </w:pPr>
          </w:p>
        </w:tc>
      </w:tr>
      <w:tr>
        <w:trPr>
          <w:cantSplit/>
        </w:trPr>
        <w:tc>
          <w:tcPr>
            <w:tcW w:type="dxa" w:w="1176"/>
          </w:tcPr>
          <w:p>
            <w:pPr>
              <w:spacing w:after="0"/>
              <w:jc w:val="left"/>
            </w:pPr>
            <w:r>
              <w:rPr>
                <w:sz w:val="16"/>
              </w:rPr>
              <w:t>Lightning</w:t>
            </w:r>
          </w:p>
        </w:tc>
        <w:tc>
          <w:tcPr>
            <w:tcW w:type="dxa" w:w="771"/>
          </w:tcPr>
          <w:p>
            <w:pPr>
              <w:spacing w:after="0"/>
              <w:jc w:val="right"/>
            </w:pPr>
            <w:r>
              <w:rPr>
                <w:sz w:val="16"/>
              </w:rPr>
              <w:t>1 of 1</w:t>
            </w:r>
          </w:p>
        </w:tc>
        <w:tc>
          <w:tcPr>
            <w:tcW w:type="dxa" w:w="1014"/>
          </w:tcPr>
          <w:p>
            <w:pPr>
              <w:spacing w:after="0"/>
              <w:jc w:val="right"/>
            </w:pPr>
            <w:r>
              <w:rPr>
                <w:sz w:val="16"/>
              </w:rPr>
              <w:t>39.6</w:t>
            </w:r>
          </w:p>
        </w:tc>
        <w:tc>
          <w:tcPr>
            <w:tcW w:type="dxa" w:w="771"/>
          </w:tcPr>
          <w:p>
            <w:pPr>
              <w:spacing w:after="0"/>
              <w:jc w:val="right"/>
            </w:pPr>
            <w:r>
              <w:rPr>
                <w:sz w:val="16"/>
              </w:rPr>
              <w:t>39.6</w:t>
            </w:r>
          </w:p>
        </w:tc>
        <w:tc>
          <w:tcPr>
            <w:tcW w:type="dxa" w:w="735"/>
          </w:tcPr>
          <w:p>
            <w:pPr>
              <w:spacing w:after="0"/>
              <w:jc w:val="right"/>
            </w:pPr>
            <w:r>
              <w:rPr>
                <w:sz w:val="16"/>
              </w:rPr>
              <w:t>39.6</w:t>
            </w:r>
          </w:p>
        </w:tc>
        <w:tc>
          <w:tcPr>
            <w:tcW w:type="dxa" w:w="1784"/>
          </w:tcPr>
          <w:p>
            <w:pPr>
              <w:spacing w:after="0"/>
              <w:jc w:val="left"/>
            </w:pPr>
            <w:r>
              <w:rPr>
                <w:sz w:val="16"/>
              </w:rPr>
              <w:t>Relatively Low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Strong Wind</w:t>
            </w:r>
          </w:p>
        </w:tc>
        <w:tc>
          <w:tcPr>
            <w:tcW w:type="dxa" w:w="771"/>
          </w:tcPr>
          <w:p>
            <w:pPr>
              <w:spacing w:after="0"/>
              <w:jc w:val="right"/>
            </w:pPr>
            <w:r>
              <w:rPr>
                <w:sz w:val="16"/>
              </w:rPr>
              <w:t>1 of 1</w:t>
            </w:r>
          </w:p>
        </w:tc>
        <w:tc>
          <w:tcPr>
            <w:tcW w:type="dxa" w:w="1014"/>
          </w:tcPr>
          <w:p>
            <w:pPr>
              <w:spacing w:after="0"/>
              <w:jc w:val="right"/>
            </w:pPr>
            <w:r>
              <w:rPr>
                <w:sz w:val="16"/>
              </w:rPr>
              <w:t>80.3</w:t>
            </w:r>
          </w:p>
        </w:tc>
        <w:tc>
          <w:tcPr>
            <w:tcW w:type="dxa" w:w="771"/>
          </w:tcPr>
          <w:p>
            <w:pPr>
              <w:spacing w:after="0"/>
              <w:jc w:val="right"/>
            </w:pPr>
            <w:r>
              <w:rPr>
                <w:sz w:val="16"/>
              </w:rPr>
              <w:t>80.3</w:t>
            </w:r>
          </w:p>
        </w:tc>
        <w:tc>
          <w:tcPr>
            <w:tcW w:type="dxa" w:w="735"/>
          </w:tcPr>
          <w:p>
            <w:pPr>
              <w:spacing w:after="0"/>
              <w:jc w:val="right"/>
            </w:pPr>
            <w:r>
              <w:rPr>
                <w:sz w:val="16"/>
              </w:rPr>
              <w:t>80.3</w:t>
            </w:r>
          </w:p>
        </w:tc>
        <w:tc>
          <w:tcPr>
            <w:tcW w:type="dxa" w:w="1784"/>
          </w:tcPr>
          <w:p>
            <w:pPr>
              <w:spacing w:after="0"/>
              <w:jc w:val="left"/>
            </w:pPr>
            <w:r>
              <w:rPr>
                <w:sz w:val="16"/>
              </w:rPr>
              <w:t>Relatively Moderate 1</w:t>
            </w:r>
          </w:p>
        </w:tc>
        <w:tc>
          <w:tcPr>
            <w:tcW w:type="dxa" w:w="7861"/>
          </w:tcPr>
          <w:p>
            <w:pPr>
              <w:spacing w:after="0"/>
              <w:jc w:val="left"/>
            </w:pPr>
            <w:r>
              <w:rPr>
                <w:sz w:val="16"/>
              </w:rPr>
              <w:t>National data give a county-wide or coarse (49 km grid or NWS zone) frequency for this hazard, so they cannot show members' hazard differing. Agriculture is 71% of NRI's expected annual loss for this hazard in the county, so the tract range above mostly reflects where crop and livestock value is, not where buildings and people are. Confirm locally.</w:t>
            </w:r>
          </w:p>
        </w:tc>
      </w:tr>
      <w:tr>
        <w:trPr>
          <w:cantSplit/>
        </w:trPr>
        <w:tc>
          <w:tcPr>
            <w:tcW w:type="dxa" w:w="1176"/>
          </w:tcPr>
          <w:p>
            <w:pPr>
              <w:spacing w:after="0"/>
              <w:jc w:val="left"/>
            </w:pPr>
            <w:r>
              <w:rPr>
                <w:sz w:val="16"/>
              </w:rPr>
              <w:t>Tornado</w:t>
            </w:r>
          </w:p>
        </w:tc>
        <w:tc>
          <w:tcPr>
            <w:tcW w:type="dxa" w:w="771"/>
          </w:tcPr>
          <w:p>
            <w:pPr>
              <w:spacing w:after="0"/>
              <w:jc w:val="right"/>
            </w:pPr>
            <w:r>
              <w:rPr>
                <w:sz w:val="16"/>
              </w:rPr>
              <w:t>1 of 1</w:t>
            </w:r>
          </w:p>
        </w:tc>
        <w:tc>
          <w:tcPr>
            <w:tcW w:type="dxa" w:w="1014"/>
          </w:tcPr>
          <w:p>
            <w:pPr>
              <w:spacing w:after="0"/>
              <w:jc w:val="right"/>
            </w:pPr>
            <w:r>
              <w:rPr>
                <w:sz w:val="16"/>
              </w:rPr>
              <w:t>54.8</w:t>
            </w:r>
          </w:p>
        </w:tc>
        <w:tc>
          <w:tcPr>
            <w:tcW w:type="dxa" w:w="771"/>
          </w:tcPr>
          <w:p>
            <w:pPr>
              <w:spacing w:after="0"/>
              <w:jc w:val="right"/>
            </w:pPr>
            <w:r>
              <w:rPr>
                <w:sz w:val="16"/>
              </w:rPr>
              <w:t>54.8</w:t>
            </w:r>
          </w:p>
        </w:tc>
        <w:tc>
          <w:tcPr>
            <w:tcW w:type="dxa" w:w="735"/>
          </w:tcPr>
          <w:p>
            <w:pPr>
              <w:spacing w:after="0"/>
              <w:jc w:val="right"/>
            </w:pPr>
            <w:r>
              <w:rPr>
                <w:sz w:val="16"/>
              </w:rPr>
              <w:t>54.8</w:t>
            </w:r>
          </w:p>
        </w:tc>
        <w:tc>
          <w:tcPr>
            <w:tcW w:type="dxa" w:w="1784"/>
          </w:tcPr>
          <w:p>
            <w:pPr>
              <w:spacing w:after="0"/>
              <w:jc w:val="left"/>
            </w:pPr>
            <w:r>
              <w:rPr>
                <w:sz w:val="16"/>
              </w:rPr>
              <w:t>Relatively Moderate 1</w:t>
            </w:r>
          </w:p>
        </w:tc>
        <w:tc>
          <w:tcPr>
            <w:tcW w:type="dxa" w:w="7861"/>
          </w:tcPr>
          <w:p>
            <w:pPr>
              <w:spacing w:after="0"/>
              <w:jc w:val="left"/>
            </w:pPr>
          </w:p>
        </w:tc>
      </w:tr>
      <w:tr>
        <w:trPr>
          <w:cantSplit/>
        </w:trPr>
        <w:tc>
          <w:tcPr>
            <w:tcW w:type="dxa" w:w="1176"/>
          </w:tcPr>
          <w:p>
            <w:pPr>
              <w:spacing w:after="0"/>
              <w:jc w:val="left"/>
            </w:pPr>
            <w:r>
              <w:rPr>
                <w:sz w:val="16"/>
              </w:rPr>
              <w:t>Tsunami</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Volcanic Activity</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Wildfire</w:t>
            </w:r>
          </w:p>
        </w:tc>
        <w:tc>
          <w:tcPr>
            <w:tcW w:type="dxa" w:w="771"/>
          </w:tcPr>
          <w:p>
            <w:pPr>
              <w:spacing w:after="0"/>
              <w:jc w:val="right"/>
            </w:pPr>
            <w:r>
              <w:rPr>
                <w:sz w:val="16"/>
              </w:rPr>
              <w:t>1 of 1</w:t>
            </w:r>
          </w:p>
        </w:tc>
        <w:tc>
          <w:tcPr>
            <w:tcW w:type="dxa" w:w="1014"/>
          </w:tcPr>
          <w:p>
            <w:pPr>
              <w:spacing w:after="0"/>
              <w:jc w:val="right"/>
            </w:pPr>
            <w:r>
              <w:rPr>
                <w:sz w:val="16"/>
              </w:rPr>
              <w:t>87.3</w:t>
            </w:r>
          </w:p>
        </w:tc>
        <w:tc>
          <w:tcPr>
            <w:tcW w:type="dxa" w:w="771"/>
          </w:tcPr>
          <w:p>
            <w:pPr>
              <w:spacing w:after="0"/>
              <w:jc w:val="right"/>
            </w:pPr>
            <w:r>
              <w:rPr>
                <w:sz w:val="16"/>
              </w:rPr>
              <w:t>87.3</w:t>
            </w:r>
          </w:p>
        </w:tc>
        <w:tc>
          <w:tcPr>
            <w:tcW w:type="dxa" w:w="735"/>
          </w:tcPr>
          <w:p>
            <w:pPr>
              <w:spacing w:after="0"/>
              <w:jc w:val="right"/>
            </w:pPr>
            <w:r>
              <w:rPr>
                <w:sz w:val="16"/>
              </w:rPr>
              <w:t>87.3</w:t>
            </w:r>
          </w:p>
        </w:tc>
        <w:tc>
          <w:tcPr>
            <w:tcW w:type="dxa" w:w="1784"/>
          </w:tcPr>
          <w:p>
            <w:pPr>
              <w:spacing w:after="0"/>
              <w:jc w:val="left"/>
            </w:pPr>
            <w:r>
              <w:rPr>
                <w:sz w:val="16"/>
              </w:rPr>
              <w:t>Relatively Low 1</w:t>
            </w:r>
          </w:p>
        </w:tc>
        <w:tc>
          <w:tcPr>
            <w:tcW w:type="dxa" w:w="7861"/>
          </w:tcPr>
          <w:p>
            <w:pPr>
              <w:spacing w:after="0"/>
              <w:jc w:val="left"/>
            </w:pPr>
          </w:p>
        </w:tc>
      </w:tr>
      <w:tr>
        <w:trPr>
          <w:cantSplit/>
        </w:trPr>
        <w:tc>
          <w:tcPr>
            <w:tcW w:type="dxa" w:w="1176"/>
          </w:tcPr>
          <w:p>
            <w:pPr>
              <w:spacing w:after="0"/>
              <w:jc w:val="left"/>
            </w:pPr>
            <w:r>
              <w:rPr>
                <w:sz w:val="16"/>
              </w:rPr>
              <w:t>Winter Weather</w:t>
            </w:r>
          </w:p>
        </w:tc>
        <w:tc>
          <w:tcPr>
            <w:tcW w:type="dxa" w:w="771"/>
          </w:tcPr>
          <w:p>
            <w:pPr>
              <w:spacing w:after="0"/>
              <w:jc w:val="right"/>
            </w:pPr>
            <w:r>
              <w:rPr>
                <w:sz w:val="16"/>
              </w:rPr>
              <w:t>1 of 1</w:t>
            </w:r>
          </w:p>
        </w:tc>
        <w:tc>
          <w:tcPr>
            <w:tcW w:type="dxa" w:w="1014"/>
          </w:tcPr>
          <w:p>
            <w:pPr>
              <w:spacing w:after="0"/>
              <w:jc w:val="right"/>
            </w:pPr>
            <w:r>
              <w:rPr>
                <w:sz w:val="16"/>
              </w:rPr>
              <w:t>85.1</w:t>
            </w:r>
          </w:p>
        </w:tc>
        <w:tc>
          <w:tcPr>
            <w:tcW w:type="dxa" w:w="771"/>
          </w:tcPr>
          <w:p>
            <w:pPr>
              <w:spacing w:after="0"/>
              <w:jc w:val="right"/>
            </w:pPr>
            <w:r>
              <w:rPr>
                <w:sz w:val="16"/>
              </w:rPr>
              <w:t>85.1</w:t>
            </w:r>
          </w:p>
        </w:tc>
        <w:tc>
          <w:tcPr>
            <w:tcW w:type="dxa" w:w="735"/>
          </w:tcPr>
          <w:p>
            <w:pPr>
              <w:spacing w:after="0"/>
              <w:jc w:val="right"/>
            </w:pPr>
            <w:r>
              <w:rPr>
                <w:sz w:val="16"/>
              </w:rPr>
              <w:t>85.1</w:t>
            </w:r>
          </w:p>
        </w:tc>
        <w:tc>
          <w:tcPr>
            <w:tcW w:type="dxa" w:w="1784"/>
          </w:tcPr>
          <w:p>
            <w:pPr>
              <w:spacing w:after="0"/>
              <w:jc w:val="left"/>
            </w:pPr>
            <w:r>
              <w:rPr>
                <w:sz w:val="16"/>
              </w:rPr>
              <w:t>Relatively High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02"/>
        <w:gridCol w:w="1025"/>
        <w:gridCol w:w="3525"/>
        <w:gridCol w:w="2811"/>
        <w:gridCol w:w="1978"/>
        <w:gridCol w:w="2406"/>
        <w:gridCol w:w="864"/>
      </w:tblGrid>
      <w:tr>
        <w:trPr>
          <w:cantSplit/>
          <w:tblHeader/>
        </w:trPr>
        <w:tc>
          <w:tcPr>
            <w:tcW w:type="dxa" w:w="1502"/>
            <w:shd w:val="clear" w:color="auto" w:fill="E8E8E8"/>
          </w:tcPr>
          <w:p>
            <w:pPr>
              <w:spacing w:after="0"/>
              <w:jc w:val="left"/>
            </w:pPr>
            <w:r>
              <w:rPr>
                <w:b/>
                <w:sz w:val="16"/>
              </w:rPr>
              <w:t>Member</w:t>
            </w:r>
          </w:p>
        </w:tc>
        <w:tc>
          <w:tcPr>
            <w:tcW w:type="dxa" w:w="1025"/>
            <w:shd w:val="clear" w:color="auto" w:fill="E8E8E8"/>
          </w:tcPr>
          <w:p>
            <w:pPr>
              <w:spacing w:after="0"/>
              <w:jc w:val="left"/>
            </w:pPr>
            <w:r>
              <w:rPr>
                <w:b/>
                <w:sz w:val="16"/>
              </w:rPr>
              <w:t>Type</w:t>
            </w:r>
          </w:p>
        </w:tc>
        <w:tc>
          <w:tcPr>
            <w:tcW w:type="dxa" w:w="3525"/>
            <w:shd w:val="clear" w:color="auto" w:fill="E8E8E8"/>
          </w:tcPr>
          <w:p>
            <w:pPr>
              <w:spacing w:after="0"/>
              <w:jc w:val="left"/>
            </w:pPr>
            <w:r>
              <w:rPr>
                <w:b/>
                <w:sz w:val="16"/>
              </w:rPr>
              <w:t>Plan status</w:t>
            </w:r>
          </w:p>
        </w:tc>
        <w:tc>
          <w:tcPr>
            <w:tcW w:type="dxa" w:w="281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7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40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64"/>
            <w:shd w:val="clear" w:color="auto" w:fill="E8E8E8"/>
          </w:tcPr>
          <w:p>
            <w:pPr>
              <w:spacing w:after="0"/>
              <w:jc w:val="left"/>
            </w:pPr>
            <w:r>
              <w:rPr>
                <w:b/>
                <w:sz w:val="16"/>
              </w:rPr>
              <w:t>Notes</w:t>
            </w:r>
          </w:p>
        </w:tc>
      </w:tr>
      <w:tr>
        <w:trPr>
          <w:cantSplit/>
        </w:trPr>
        <w:tc>
          <w:tcPr>
            <w:tcW w:type="dxa" w:w="1502"/>
          </w:tcPr>
          <w:p>
            <w:pPr>
              <w:spacing w:after="0"/>
              <w:jc w:val="left"/>
            </w:pPr>
            <w:r>
              <w:rPr>
                <w:sz w:val="16"/>
              </w:rPr>
              <w:t>Loup County</w:t>
            </w:r>
          </w:p>
        </w:tc>
        <w:tc>
          <w:tcPr>
            <w:tcW w:type="dxa" w:w="1025"/>
          </w:tcPr>
          <w:p>
            <w:pPr>
              <w:spacing w:after="0"/>
              <w:jc w:val="left"/>
            </w:pPr>
            <w:r>
              <w:rPr>
                <w:sz w:val="16"/>
              </w:rPr>
              <w:t>County</w:t>
            </w:r>
          </w:p>
        </w:tc>
        <w:tc>
          <w:tcPr>
            <w:tcW w:type="dxa" w:w="3525"/>
          </w:tcPr>
          <w:p>
            <w:pPr>
              <w:spacing w:after="0"/>
              <w:jc w:val="left"/>
            </w:pPr>
            <w:r>
              <w:rPr>
                <w:sz w:val="16"/>
              </w:rPr>
              <w:t>Approved, expires 2027-06-03</w:t>
            </w:r>
          </w:p>
        </w:tc>
        <w:tc>
          <w:tcPr>
            <w:tcW w:type="dxa" w:w="2811"/>
          </w:tcPr>
          <w:p>
            <w:pPr>
              <w:spacing w:after="0"/>
              <w:jc w:val="right"/>
            </w:pPr>
            <w:r>
              <w:rPr>
                <w:sz w:val="16"/>
              </w:rPr>
              <w:t>FMA RL 0, SRL 0; any 0</w:t>
            </w:r>
          </w:p>
        </w:tc>
        <w:tc>
          <w:tcPr>
            <w:tcW w:type="dxa" w:w="1978"/>
          </w:tcPr>
          <w:p>
            <w:pPr>
              <w:spacing w:after="0"/>
              <w:jc w:val="right"/>
            </w:pPr>
            <w:r>
              <w:rPr>
                <w:sz w:val="16"/>
              </w:rPr>
              <w:t>$1,070,621.59</w:t>
            </w:r>
          </w:p>
        </w:tc>
        <w:tc>
          <w:tcPr>
            <w:tcW w:type="dxa" w:w="2406"/>
          </w:tcPr>
          <w:p>
            <w:pPr>
              <w:spacing w:after="0"/>
              <w:jc w:val="right"/>
            </w:pPr>
            <w:r>
              <w:rPr>
                <w:sz w:val="16"/>
              </w:rPr>
              <w:t>0; 0</w:t>
            </w:r>
          </w:p>
        </w:tc>
        <w:tc>
          <w:tcPr>
            <w:tcW w:type="dxa" w:w="864"/>
          </w:tcPr>
          <w:p>
            <w:pPr>
              <w:spacing w:after="0"/>
              <w:jc w:val="left"/>
            </w:pPr>
          </w:p>
        </w:tc>
      </w:tr>
      <w:tr>
        <w:trPr>
          <w:cantSplit/>
        </w:trPr>
        <w:tc>
          <w:tcPr>
            <w:tcW w:type="dxa" w:w="1502"/>
          </w:tcPr>
          <w:p>
            <w:pPr>
              <w:spacing w:after="0"/>
              <w:jc w:val="left"/>
            </w:pPr>
            <w:r>
              <w:rPr>
                <w:sz w:val="16"/>
              </w:rPr>
              <w:t>Taylor village</w:t>
            </w:r>
          </w:p>
        </w:tc>
        <w:tc>
          <w:tcPr>
            <w:tcW w:type="dxa" w:w="1025"/>
          </w:tcPr>
          <w:p>
            <w:pPr>
              <w:spacing w:after="0"/>
              <w:jc w:val="left"/>
            </w:pPr>
            <w:r>
              <w:rPr>
                <w:sz w:val="16"/>
              </w:rPr>
              <w:t>Village</w:t>
            </w:r>
          </w:p>
        </w:tc>
        <w:tc>
          <w:tcPr>
            <w:tcW w:type="dxa" w:w="3525"/>
          </w:tcPr>
          <w:p>
            <w:pPr>
              <w:spacing w:after="0"/>
              <w:jc w:val="left"/>
            </w:pPr>
            <w:r>
              <w:rPr>
                <w:sz w:val="16"/>
              </w:rPr>
              <w:t>Approved, expires 2027-06-03</w:t>
            </w:r>
          </w:p>
        </w:tc>
        <w:tc>
          <w:tcPr>
            <w:tcW w:type="dxa" w:w="2811"/>
          </w:tcPr>
          <w:p>
            <w:pPr>
              <w:spacing w:after="0"/>
              <w:jc w:val="right"/>
            </w:pPr>
            <w:r>
              <w:rPr>
                <w:sz w:val="16"/>
              </w:rPr>
              <w:t>FMA RL 0, SRL 0; any 0</w:t>
            </w:r>
          </w:p>
        </w:tc>
        <w:tc>
          <w:tcPr>
            <w:tcW w:type="dxa" w:w="1978"/>
          </w:tcPr>
          <w:p>
            <w:pPr>
              <w:spacing w:after="0"/>
              <w:jc w:val="right"/>
            </w:pPr>
            <w:r>
              <w:rPr>
                <w:sz w:val="16"/>
              </w:rPr>
              <w:t>$3,068.17</w:t>
            </w:r>
          </w:p>
        </w:tc>
        <w:tc>
          <w:tcPr>
            <w:tcW w:type="dxa" w:w="2406"/>
          </w:tcPr>
          <w:p>
            <w:pPr>
              <w:spacing w:after="0"/>
              <w:jc w:val="right"/>
            </w:pPr>
            <w:r>
              <w:rPr>
                <w:sz w:val="16"/>
              </w:rPr>
              <w:t>111; 6</w:t>
            </w:r>
          </w:p>
        </w:tc>
        <w:tc>
          <w:tcPr>
            <w:tcW w:type="dxa" w:w="864"/>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215"/>
        <w:gridCol w:w="1147"/>
        <w:gridCol w:w="1053"/>
        <w:gridCol w:w="948"/>
        <w:gridCol w:w="1126"/>
        <w:gridCol w:w="1221"/>
        <w:gridCol w:w="1305"/>
        <w:gridCol w:w="1332"/>
        <w:gridCol w:w="1178"/>
        <w:gridCol w:w="1178"/>
        <w:gridCol w:w="1372"/>
      </w:tblGrid>
      <w:tr>
        <w:trPr>
          <w:cantSplit/>
          <w:tblHeader/>
        </w:trPr>
        <w:tc>
          <w:tcPr>
            <w:tcW w:type="dxa" w:w="1037"/>
            <w:shd w:val="clear" w:color="auto" w:fill="E8E8E8"/>
          </w:tcPr>
          <w:p>
            <w:pPr>
              <w:spacing w:after="0"/>
              <w:jc w:val="left"/>
            </w:pPr>
            <w:r>
              <w:rPr>
                <w:b/>
                <w:sz w:val="16"/>
              </w:rPr>
              <w:t>Hazard</w:t>
            </w:r>
          </w:p>
        </w:tc>
        <w:tc>
          <w:tcPr>
            <w:tcW w:type="dxa" w:w="1215"/>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21"/>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332"/>
            <w:shd w:val="clear" w:color="auto" w:fill="E8E8E8"/>
          </w:tcPr>
          <w:p>
            <w:pPr>
              <w:spacing w:after="0"/>
              <w:jc w:val="right"/>
            </w:pPr>
            <w:r>
              <w:rPr>
                <w:b/>
                <w:sz w:val="16"/>
              </w:rPr>
              <w:t>Storm Events damage since 2022-06-03</w:t>
            </w:r>
          </w:p>
          <w:p>
            <w:pPr>
              <w:spacing w:after="0"/>
              <w:jc w:val="right"/>
            </w:pPr>
            <w:r>
              <w:rPr>
                <w:i/>
                <w:color w:val="555555"/>
                <w:sz w:val="14"/>
              </w:rPr>
              <w:t>county-coded records, property plus crops, nominal dollars</w:t>
            </w:r>
          </w:p>
        </w:tc>
        <w:tc>
          <w:tcPr>
            <w:tcW w:type="dxa" w:w="117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7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7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15"/>
          </w:tcPr>
          <w:p>
            <w:pPr>
              <w:spacing w:after="0"/>
              <w:jc w:val="right"/>
            </w:pPr>
          </w:p>
        </w:tc>
        <w:tc>
          <w:tcPr>
            <w:tcW w:type="dxa" w:w="1147"/>
          </w:tcPr>
          <w:p>
            <w:pPr>
              <w:spacing w:after="0"/>
              <w:jc w:val="right"/>
            </w:pPr>
          </w:p>
        </w:tc>
        <w:tc>
          <w:tcPr>
            <w:tcW w:type="dxa" w:w="1053"/>
          </w:tcPr>
          <w:p>
            <w:pPr>
              <w:spacing w:after="0"/>
              <w:jc w:val="right"/>
            </w:pPr>
          </w:p>
        </w:tc>
        <w:tc>
          <w:tcPr>
            <w:tcW w:type="dxa" w:w="948"/>
          </w:tcPr>
          <w:p>
            <w:pPr>
              <w:spacing w:after="0"/>
              <w:jc w:val="right"/>
            </w:pPr>
          </w:p>
        </w:tc>
        <w:tc>
          <w:tcPr>
            <w:tcW w:type="dxa" w:w="1126"/>
          </w:tcPr>
          <w:p>
            <w:pPr>
              <w:spacing w:after="0"/>
              <w:jc w:val="right"/>
            </w:pPr>
          </w:p>
        </w:tc>
        <w:tc>
          <w:tcPr>
            <w:tcW w:type="dxa" w:w="1221"/>
          </w:tcPr>
          <w:p>
            <w:pPr>
              <w:spacing w:after="0"/>
              <w:jc w:val="right"/>
            </w:pPr>
          </w:p>
        </w:tc>
        <w:tc>
          <w:tcPr>
            <w:tcW w:type="dxa" w:w="1305"/>
          </w:tcPr>
          <w:p>
            <w:pPr>
              <w:spacing w:after="0"/>
              <w:jc w:val="right"/>
            </w:pPr>
          </w:p>
        </w:tc>
        <w:tc>
          <w:tcPr>
            <w:tcW w:type="dxa" w:w="1332"/>
          </w:tcPr>
          <w:p>
            <w:pPr>
              <w:spacing w:after="0"/>
              <w:jc w:val="right"/>
            </w:pPr>
          </w:p>
        </w:tc>
        <w:tc>
          <w:tcPr>
            <w:tcW w:type="dxa" w:w="1178"/>
          </w:tcPr>
          <w:p>
            <w:pPr>
              <w:spacing w:after="0"/>
              <w:jc w:val="right"/>
            </w:pPr>
          </w:p>
        </w:tc>
        <w:tc>
          <w:tcPr>
            <w:tcW w:type="dxa" w:w="1178"/>
          </w:tcPr>
          <w:p>
            <w:pPr>
              <w:spacing w:after="0"/>
              <w:jc w:val="right"/>
            </w:pPr>
          </w:p>
        </w:tc>
        <w:tc>
          <w:tcPr>
            <w:tcW w:type="dxa" w:w="1372"/>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215"/>
          </w:tcPr>
          <w:p>
            <w:pPr>
              <w:spacing w:after="0"/>
              <w:jc w:val="right"/>
            </w:pPr>
          </w:p>
        </w:tc>
        <w:tc>
          <w:tcPr>
            <w:tcW w:type="dxa" w:w="1147"/>
          </w:tcPr>
          <w:p>
            <w:pPr>
              <w:spacing w:after="0"/>
              <w:jc w:val="right"/>
            </w:pPr>
          </w:p>
        </w:tc>
        <w:tc>
          <w:tcPr>
            <w:tcW w:type="dxa" w:w="1053"/>
          </w:tcPr>
          <w:p>
            <w:pPr>
              <w:spacing w:after="0"/>
              <w:jc w:val="right"/>
            </w:pPr>
          </w:p>
        </w:tc>
        <w:tc>
          <w:tcPr>
            <w:tcW w:type="dxa" w:w="948"/>
          </w:tcPr>
          <w:p>
            <w:pPr>
              <w:spacing w:after="0"/>
              <w:jc w:val="right"/>
            </w:pPr>
          </w:p>
        </w:tc>
        <w:tc>
          <w:tcPr>
            <w:tcW w:type="dxa" w:w="1126"/>
          </w:tcPr>
          <w:p>
            <w:pPr>
              <w:spacing w:after="0"/>
              <w:jc w:val="right"/>
            </w:pPr>
          </w:p>
        </w:tc>
        <w:tc>
          <w:tcPr>
            <w:tcW w:type="dxa" w:w="1221"/>
          </w:tcPr>
          <w:p>
            <w:pPr>
              <w:spacing w:after="0"/>
              <w:jc w:val="right"/>
            </w:pPr>
          </w:p>
        </w:tc>
        <w:tc>
          <w:tcPr>
            <w:tcW w:type="dxa" w:w="1305"/>
          </w:tcPr>
          <w:p>
            <w:pPr>
              <w:spacing w:after="0"/>
              <w:jc w:val="right"/>
            </w:pPr>
          </w:p>
        </w:tc>
        <w:tc>
          <w:tcPr>
            <w:tcW w:type="dxa" w:w="1332"/>
          </w:tcPr>
          <w:p>
            <w:pPr>
              <w:spacing w:after="0"/>
              <w:jc w:val="right"/>
            </w:pPr>
          </w:p>
        </w:tc>
        <w:tc>
          <w:tcPr>
            <w:tcW w:type="dxa" w:w="1178"/>
          </w:tcPr>
          <w:p>
            <w:pPr>
              <w:spacing w:after="0"/>
              <w:jc w:val="right"/>
            </w:pPr>
          </w:p>
        </w:tc>
        <w:tc>
          <w:tcPr>
            <w:tcW w:type="dxa" w:w="1178"/>
          </w:tcPr>
          <w:p>
            <w:pPr>
              <w:spacing w:after="0"/>
              <w:jc w:val="right"/>
            </w:pPr>
          </w:p>
        </w:tc>
        <w:tc>
          <w:tcPr>
            <w:tcW w:type="dxa" w:w="1372"/>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215"/>
          </w:tcPr>
          <w:p>
            <w:pPr>
              <w:spacing w:after="0"/>
              <w:jc w:val="right"/>
            </w:pPr>
            <w:r>
              <w:rPr>
                <w:sz w:val="16"/>
              </w:rPr>
              <w:t>$239,762,875</w:t>
            </w:r>
          </w:p>
        </w:tc>
        <w:tc>
          <w:tcPr>
            <w:tcW w:type="dxa" w:w="1147"/>
          </w:tcPr>
          <w:p>
            <w:pPr>
              <w:spacing w:after="0"/>
              <w:jc w:val="right"/>
            </w:pPr>
            <w:r>
              <w:rPr>
                <w:sz w:val="16"/>
              </w:rPr>
              <w:t>$39,662,230</w:t>
            </w:r>
          </w:p>
        </w:tc>
        <w:tc>
          <w:tcPr>
            <w:tcW w:type="dxa" w:w="1053"/>
          </w:tcPr>
          <w:p>
            <w:pPr>
              <w:spacing w:after="0"/>
              <w:jc w:val="right"/>
            </w:pPr>
            <w:r>
              <w:rPr>
                <w:sz w:val="16"/>
              </w:rPr>
              <w:t>593</w:t>
            </w:r>
          </w:p>
        </w:tc>
        <w:tc>
          <w:tcPr>
            <w:tcW w:type="dxa" w:w="948"/>
          </w:tcPr>
          <w:p>
            <w:pPr>
              <w:spacing w:after="0"/>
              <w:jc w:val="right"/>
            </w:pPr>
            <w:r>
              <w:rPr>
                <w:sz w:val="16"/>
              </w:rPr>
              <w:t>$38</w:t>
            </w:r>
          </w:p>
        </w:tc>
        <w:tc>
          <w:tcPr>
            <w:tcW w:type="dxa" w:w="1126"/>
          </w:tcPr>
          <w:p>
            <w:pPr>
              <w:spacing w:after="0"/>
              <w:jc w:val="right"/>
            </w:pPr>
            <w:r>
              <w:rPr>
                <w:sz w:val="16"/>
              </w:rPr>
              <w:t>$230</w:t>
            </w:r>
          </w:p>
        </w:tc>
        <w:tc>
          <w:tcPr>
            <w:tcW w:type="dxa" w:w="1221"/>
          </w:tcPr>
          <w:p>
            <w:pPr>
              <w:spacing w:after="0"/>
              <w:jc w:val="right"/>
            </w:pPr>
            <w:r>
              <w:rPr>
                <w:sz w:val="16"/>
              </w:rPr>
              <w:t>$20,464</w:t>
            </w:r>
          </w:p>
        </w:tc>
        <w:tc>
          <w:tcPr>
            <w:tcW w:type="dxa" w:w="1305"/>
          </w:tcPr>
          <w:p>
            <w:pPr>
              <w:spacing w:after="0"/>
              <w:jc w:val="right"/>
            </w:pPr>
            <w:r>
              <w:rPr>
                <w:sz w:val="16"/>
              </w:rPr>
              <w:t>under 0.0001%</w:t>
            </w:r>
          </w:p>
        </w:tc>
        <w:tc>
          <w:tcPr>
            <w:tcW w:type="dxa" w:w="1332"/>
          </w:tcPr>
          <w:p>
            <w:pPr>
              <w:spacing w:after="0"/>
              <w:jc w:val="right"/>
            </w:pPr>
          </w:p>
        </w:tc>
        <w:tc>
          <w:tcPr>
            <w:tcW w:type="dxa" w:w="1178"/>
          </w:tcPr>
          <w:p>
            <w:pPr>
              <w:spacing w:after="0"/>
              <w:jc w:val="right"/>
            </w:pPr>
            <w:r>
              <w:rPr>
                <w:sz w:val="16"/>
              </w:rPr>
              <w:t>$0</w:t>
            </w:r>
          </w:p>
        </w:tc>
        <w:tc>
          <w:tcPr>
            <w:tcW w:type="dxa" w:w="1178"/>
          </w:tcPr>
          <w:p>
            <w:pPr>
              <w:spacing w:after="0"/>
              <w:jc w:val="right"/>
            </w:pPr>
          </w:p>
        </w:tc>
        <w:tc>
          <w:tcPr>
            <w:tcW w:type="dxa" w:w="1372"/>
          </w:tcPr>
          <w:p>
            <w:pPr>
              <w:spacing w:after="0"/>
              <w:jc w:val="left"/>
            </w:pPr>
          </w:p>
        </w:tc>
      </w:tr>
      <w:tr>
        <w:trPr>
          <w:cantSplit/>
        </w:trPr>
        <w:tc>
          <w:tcPr>
            <w:tcW w:type="dxa" w:w="1037"/>
          </w:tcPr>
          <w:p>
            <w:pPr>
              <w:spacing w:after="0"/>
              <w:jc w:val="left"/>
            </w:pPr>
            <w:r>
              <w:rPr>
                <w:sz w:val="16"/>
              </w:rPr>
              <w:t>Drought</w:t>
            </w:r>
          </w:p>
        </w:tc>
        <w:tc>
          <w:tcPr>
            <w:tcW w:type="dxa" w:w="1215"/>
          </w:tcPr>
          <w:p>
            <w:pPr>
              <w:spacing w:after="0"/>
              <w:jc w:val="right"/>
            </w:pPr>
          </w:p>
        </w:tc>
        <w:tc>
          <w:tcPr>
            <w:tcW w:type="dxa" w:w="1147"/>
          </w:tcPr>
          <w:p>
            <w:pPr>
              <w:spacing w:after="0"/>
              <w:jc w:val="right"/>
            </w:pPr>
            <w:r>
              <w:rPr>
                <w:sz w:val="16"/>
              </w:rPr>
              <w:t>$4,363,747</w:t>
            </w:r>
          </w:p>
        </w:tc>
        <w:tc>
          <w:tcPr>
            <w:tcW w:type="dxa" w:w="1053"/>
          </w:tcPr>
          <w:p>
            <w:pPr>
              <w:spacing w:after="0"/>
              <w:jc w:val="right"/>
            </w:pPr>
          </w:p>
        </w:tc>
        <w:tc>
          <w:tcPr>
            <w:tcW w:type="dxa" w:w="948"/>
          </w:tcPr>
          <w:p>
            <w:pPr>
              <w:spacing w:after="0"/>
              <w:jc w:val="right"/>
            </w:pPr>
          </w:p>
        </w:tc>
        <w:tc>
          <w:tcPr>
            <w:tcW w:type="dxa" w:w="1126"/>
          </w:tcPr>
          <w:p>
            <w:pPr>
              <w:spacing w:after="0"/>
              <w:jc w:val="right"/>
            </w:pPr>
            <w:r>
              <w:rPr>
                <w:sz w:val="16"/>
              </w:rPr>
              <w:t>$48,282</w:t>
            </w:r>
          </w:p>
        </w:tc>
        <w:tc>
          <w:tcPr>
            <w:tcW w:type="dxa" w:w="1221"/>
          </w:tcPr>
          <w:p>
            <w:pPr>
              <w:spacing w:after="0"/>
              <w:jc w:val="right"/>
            </w:pPr>
          </w:p>
        </w:tc>
        <w:tc>
          <w:tcPr>
            <w:tcW w:type="dxa" w:w="1305"/>
          </w:tcPr>
          <w:p>
            <w:pPr>
              <w:spacing w:after="0"/>
              <w:jc w:val="right"/>
            </w:pPr>
            <w:r>
              <w:rPr>
                <w:sz w:val="16"/>
              </w:rPr>
              <w:t>1.11% (agriculture)</w:t>
            </w:r>
          </w:p>
        </w:tc>
        <w:tc>
          <w:tcPr>
            <w:tcW w:type="dxa" w:w="1332"/>
          </w:tcPr>
          <w:p>
            <w:pPr>
              <w:spacing w:after="0"/>
              <w:jc w:val="right"/>
            </w:pPr>
          </w:p>
        </w:tc>
        <w:tc>
          <w:tcPr>
            <w:tcW w:type="dxa" w:w="1178"/>
          </w:tcPr>
          <w:p>
            <w:pPr>
              <w:spacing w:after="0"/>
              <w:jc w:val="right"/>
            </w:pPr>
          </w:p>
        </w:tc>
        <w:tc>
          <w:tcPr>
            <w:tcW w:type="dxa" w:w="1178"/>
          </w:tcPr>
          <w:p>
            <w:pPr>
              <w:spacing w:after="0"/>
              <w:jc w:val="right"/>
            </w:pPr>
          </w:p>
        </w:tc>
        <w:tc>
          <w:tcPr>
            <w:tcW w:type="dxa" w:w="137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215"/>
          </w:tcPr>
          <w:p>
            <w:pPr>
              <w:spacing w:after="0"/>
              <w:jc w:val="right"/>
            </w:pPr>
            <w:r>
              <w:rPr>
                <w:sz w:val="16"/>
              </w:rPr>
              <w:t>$387,745,082</w:t>
            </w:r>
          </w:p>
        </w:tc>
        <w:tc>
          <w:tcPr>
            <w:tcW w:type="dxa" w:w="1147"/>
          </w:tcPr>
          <w:p>
            <w:pPr>
              <w:spacing w:after="0"/>
              <w:jc w:val="right"/>
            </w:pPr>
          </w:p>
        </w:tc>
        <w:tc>
          <w:tcPr>
            <w:tcW w:type="dxa" w:w="1053"/>
          </w:tcPr>
          <w:p>
            <w:pPr>
              <w:spacing w:after="0"/>
              <w:jc w:val="right"/>
            </w:pPr>
            <w:r>
              <w:rPr>
                <w:sz w:val="16"/>
              </w:rPr>
              <w:t>607</w:t>
            </w:r>
          </w:p>
        </w:tc>
        <w:tc>
          <w:tcPr>
            <w:tcW w:type="dxa" w:w="948"/>
          </w:tcPr>
          <w:p>
            <w:pPr>
              <w:spacing w:after="0"/>
              <w:jc w:val="right"/>
            </w:pPr>
            <w:r>
              <w:rPr>
                <w:sz w:val="16"/>
              </w:rPr>
              <w:t>$1,419</w:t>
            </w:r>
          </w:p>
        </w:tc>
        <w:tc>
          <w:tcPr>
            <w:tcW w:type="dxa" w:w="1126"/>
          </w:tcPr>
          <w:p>
            <w:pPr>
              <w:spacing w:after="0"/>
              <w:jc w:val="right"/>
            </w:pPr>
          </w:p>
        </w:tc>
        <w:tc>
          <w:tcPr>
            <w:tcW w:type="dxa" w:w="1221"/>
          </w:tcPr>
          <w:p>
            <w:pPr>
              <w:spacing w:after="0"/>
              <w:jc w:val="right"/>
            </w:pPr>
            <w:r>
              <w:rPr>
                <w:sz w:val="16"/>
              </w:rPr>
              <w:t>$140</w:t>
            </w:r>
          </w:p>
        </w:tc>
        <w:tc>
          <w:tcPr>
            <w:tcW w:type="dxa" w:w="1305"/>
          </w:tcPr>
          <w:p>
            <w:pPr>
              <w:spacing w:after="0"/>
              <w:jc w:val="right"/>
            </w:pPr>
            <w:r>
              <w:rPr>
                <w:sz w:val="16"/>
              </w:rPr>
              <w:t>0.000366%</w:t>
            </w:r>
          </w:p>
        </w:tc>
        <w:tc>
          <w:tcPr>
            <w:tcW w:type="dxa" w:w="1332"/>
          </w:tcPr>
          <w:p>
            <w:pPr>
              <w:spacing w:after="0"/>
              <w:jc w:val="right"/>
            </w:pPr>
          </w:p>
        </w:tc>
        <w:tc>
          <w:tcPr>
            <w:tcW w:type="dxa" w:w="1178"/>
          </w:tcPr>
          <w:p>
            <w:pPr>
              <w:spacing w:after="0"/>
              <w:jc w:val="right"/>
            </w:pPr>
          </w:p>
        </w:tc>
        <w:tc>
          <w:tcPr>
            <w:tcW w:type="dxa" w:w="1178"/>
          </w:tcPr>
          <w:p>
            <w:pPr>
              <w:spacing w:after="0"/>
              <w:jc w:val="right"/>
            </w:pPr>
          </w:p>
        </w:tc>
        <w:tc>
          <w:tcPr>
            <w:tcW w:type="dxa" w:w="1372"/>
          </w:tcPr>
          <w:p>
            <w:pPr>
              <w:spacing w:after="0"/>
              <w:jc w:val="left"/>
            </w:pPr>
          </w:p>
        </w:tc>
      </w:tr>
      <w:tr>
        <w:trPr>
          <w:cantSplit/>
        </w:trPr>
        <w:tc>
          <w:tcPr>
            <w:tcW w:type="dxa" w:w="1037"/>
          </w:tcPr>
          <w:p>
            <w:pPr>
              <w:spacing w:after="0"/>
              <w:jc w:val="left"/>
            </w:pPr>
            <w:r>
              <w:rPr>
                <w:sz w:val="16"/>
              </w:rPr>
              <w:t>Hail</w:t>
            </w:r>
          </w:p>
        </w:tc>
        <w:tc>
          <w:tcPr>
            <w:tcW w:type="dxa" w:w="1215"/>
          </w:tcPr>
          <w:p>
            <w:pPr>
              <w:spacing w:after="0"/>
              <w:jc w:val="right"/>
            </w:pPr>
            <w:r>
              <w:rPr>
                <w:sz w:val="16"/>
              </w:rPr>
              <w:t>$239,762,875</w:t>
            </w:r>
          </w:p>
        </w:tc>
        <w:tc>
          <w:tcPr>
            <w:tcW w:type="dxa" w:w="1147"/>
          </w:tcPr>
          <w:p>
            <w:pPr>
              <w:spacing w:after="0"/>
              <w:jc w:val="right"/>
            </w:pPr>
            <w:r>
              <w:rPr>
                <w:sz w:val="16"/>
              </w:rPr>
              <w:t>$39,662,230</w:t>
            </w:r>
          </w:p>
        </w:tc>
        <w:tc>
          <w:tcPr>
            <w:tcW w:type="dxa" w:w="1053"/>
          </w:tcPr>
          <w:p>
            <w:pPr>
              <w:spacing w:after="0"/>
              <w:jc w:val="right"/>
            </w:pPr>
            <w:r>
              <w:rPr>
                <w:sz w:val="16"/>
              </w:rPr>
              <w:t>593</w:t>
            </w:r>
          </w:p>
        </w:tc>
        <w:tc>
          <w:tcPr>
            <w:tcW w:type="dxa" w:w="948"/>
          </w:tcPr>
          <w:p>
            <w:pPr>
              <w:spacing w:after="0"/>
              <w:jc w:val="right"/>
            </w:pPr>
            <w:r>
              <w:rPr>
                <w:sz w:val="16"/>
              </w:rPr>
              <w:t>$41,957</w:t>
            </w:r>
          </w:p>
        </w:tc>
        <w:tc>
          <w:tcPr>
            <w:tcW w:type="dxa" w:w="1126"/>
          </w:tcPr>
          <w:p>
            <w:pPr>
              <w:spacing w:after="0"/>
              <w:jc w:val="right"/>
            </w:pPr>
            <w:r>
              <w:rPr>
                <w:sz w:val="16"/>
              </w:rPr>
              <w:t>$190,293</w:t>
            </w:r>
          </w:p>
        </w:tc>
        <w:tc>
          <w:tcPr>
            <w:tcW w:type="dxa" w:w="1221"/>
          </w:tcPr>
          <w:p>
            <w:pPr>
              <w:spacing w:after="0"/>
              <w:jc w:val="right"/>
            </w:pPr>
            <w:r>
              <w:rPr>
                <w:sz w:val="16"/>
              </w:rPr>
              <w:t>$1,390</w:t>
            </w:r>
          </w:p>
        </w:tc>
        <w:tc>
          <w:tcPr>
            <w:tcW w:type="dxa" w:w="1305"/>
          </w:tcPr>
          <w:p>
            <w:pPr>
              <w:spacing w:after="0"/>
              <w:jc w:val="right"/>
            </w:pPr>
            <w:r>
              <w:rPr>
                <w:sz w:val="16"/>
              </w:rPr>
              <w:t>0.0175%</w:t>
            </w:r>
          </w:p>
        </w:tc>
        <w:tc>
          <w:tcPr>
            <w:tcW w:type="dxa" w:w="1332"/>
          </w:tcPr>
          <w:p>
            <w:pPr>
              <w:spacing w:after="0"/>
              <w:jc w:val="right"/>
            </w:pPr>
            <w:r>
              <w:rPr>
                <w:sz w:val="16"/>
              </w:rPr>
              <w:t>$0</w:t>
            </w:r>
          </w:p>
        </w:tc>
        <w:tc>
          <w:tcPr>
            <w:tcW w:type="dxa" w:w="1178"/>
          </w:tcPr>
          <w:p>
            <w:pPr>
              <w:spacing w:after="0"/>
              <w:jc w:val="right"/>
            </w:pPr>
          </w:p>
        </w:tc>
        <w:tc>
          <w:tcPr>
            <w:tcW w:type="dxa" w:w="1178"/>
          </w:tcPr>
          <w:p>
            <w:pPr>
              <w:spacing w:after="0"/>
              <w:jc w:val="right"/>
            </w:pPr>
          </w:p>
        </w:tc>
        <w:tc>
          <w:tcPr>
            <w:tcW w:type="dxa" w:w="1372"/>
          </w:tcPr>
          <w:p>
            <w:pPr>
              <w:spacing w:after="0"/>
              <w:jc w:val="left"/>
            </w:pPr>
          </w:p>
        </w:tc>
      </w:tr>
      <w:tr>
        <w:trPr>
          <w:cantSplit/>
        </w:trPr>
        <w:tc>
          <w:tcPr>
            <w:tcW w:type="dxa" w:w="1037"/>
          </w:tcPr>
          <w:p>
            <w:pPr>
              <w:spacing w:after="0"/>
              <w:jc w:val="left"/>
            </w:pPr>
            <w:r>
              <w:rPr>
                <w:sz w:val="16"/>
              </w:rPr>
              <w:t>Heat Wave</w:t>
            </w:r>
          </w:p>
        </w:tc>
        <w:tc>
          <w:tcPr>
            <w:tcW w:type="dxa" w:w="1215"/>
          </w:tcPr>
          <w:p>
            <w:pPr>
              <w:spacing w:after="0"/>
              <w:jc w:val="right"/>
            </w:pPr>
            <w:r>
              <w:rPr>
                <w:sz w:val="16"/>
              </w:rPr>
              <w:t>$239,762,875</w:t>
            </w:r>
          </w:p>
        </w:tc>
        <w:tc>
          <w:tcPr>
            <w:tcW w:type="dxa" w:w="1147"/>
          </w:tcPr>
          <w:p>
            <w:pPr>
              <w:spacing w:after="0"/>
              <w:jc w:val="right"/>
            </w:pPr>
            <w:r>
              <w:rPr>
                <w:sz w:val="16"/>
              </w:rPr>
              <w:t>$39,662,230</w:t>
            </w:r>
          </w:p>
        </w:tc>
        <w:tc>
          <w:tcPr>
            <w:tcW w:type="dxa" w:w="1053"/>
          </w:tcPr>
          <w:p>
            <w:pPr>
              <w:spacing w:after="0"/>
              <w:jc w:val="right"/>
            </w:pPr>
            <w:r>
              <w:rPr>
                <w:sz w:val="16"/>
              </w:rPr>
              <w:t>593</w:t>
            </w:r>
          </w:p>
        </w:tc>
        <w:tc>
          <w:tcPr>
            <w:tcW w:type="dxa" w:w="948"/>
          </w:tcPr>
          <w:p>
            <w:pPr>
              <w:spacing w:after="0"/>
              <w:jc w:val="right"/>
            </w:pPr>
            <w:r>
              <w:rPr>
                <w:sz w:val="16"/>
              </w:rPr>
              <w:t>$205</w:t>
            </w:r>
          </w:p>
        </w:tc>
        <w:tc>
          <w:tcPr>
            <w:tcW w:type="dxa" w:w="1126"/>
          </w:tcPr>
          <w:p>
            <w:pPr>
              <w:spacing w:after="0"/>
              <w:jc w:val="right"/>
            </w:pPr>
            <w:r>
              <w:rPr>
                <w:sz w:val="16"/>
              </w:rPr>
              <w:t>$1</w:t>
            </w:r>
          </w:p>
        </w:tc>
        <w:tc>
          <w:tcPr>
            <w:tcW w:type="dxa" w:w="1221"/>
          </w:tcPr>
          <w:p>
            <w:pPr>
              <w:spacing w:after="0"/>
              <w:jc w:val="right"/>
            </w:pPr>
            <w:r>
              <w:rPr>
                <w:sz w:val="16"/>
              </w:rPr>
              <w:t>$7,632</w:t>
            </w:r>
          </w:p>
        </w:tc>
        <w:tc>
          <w:tcPr>
            <w:tcW w:type="dxa" w:w="1305"/>
          </w:tcPr>
          <w:p>
            <w:pPr>
              <w:spacing w:after="0"/>
              <w:jc w:val="right"/>
            </w:pPr>
            <w:r>
              <w:rPr>
                <w:sz w:val="16"/>
              </w:rPr>
              <w:t>under 0.0001%</w:t>
            </w:r>
          </w:p>
        </w:tc>
        <w:tc>
          <w:tcPr>
            <w:tcW w:type="dxa" w:w="1332"/>
          </w:tcPr>
          <w:p>
            <w:pPr>
              <w:spacing w:after="0"/>
              <w:jc w:val="right"/>
            </w:pPr>
          </w:p>
        </w:tc>
        <w:tc>
          <w:tcPr>
            <w:tcW w:type="dxa" w:w="1178"/>
          </w:tcPr>
          <w:p>
            <w:pPr>
              <w:spacing w:after="0"/>
              <w:jc w:val="right"/>
            </w:pPr>
          </w:p>
        </w:tc>
        <w:tc>
          <w:tcPr>
            <w:tcW w:type="dxa" w:w="1178"/>
          </w:tcPr>
          <w:p>
            <w:pPr>
              <w:spacing w:after="0"/>
              <w:jc w:val="right"/>
            </w:pPr>
          </w:p>
        </w:tc>
        <w:tc>
          <w:tcPr>
            <w:tcW w:type="dxa" w:w="1372"/>
          </w:tcPr>
          <w:p>
            <w:pPr>
              <w:spacing w:after="0"/>
              <w:jc w:val="left"/>
            </w:pPr>
          </w:p>
        </w:tc>
      </w:tr>
      <w:tr>
        <w:trPr>
          <w:cantSplit/>
        </w:trPr>
        <w:tc>
          <w:tcPr>
            <w:tcW w:type="dxa" w:w="1037"/>
          </w:tcPr>
          <w:p>
            <w:pPr>
              <w:spacing w:after="0"/>
              <w:jc w:val="left"/>
            </w:pPr>
            <w:r>
              <w:rPr>
                <w:sz w:val="16"/>
              </w:rPr>
              <w:t>Hurricane</w:t>
            </w:r>
          </w:p>
        </w:tc>
        <w:tc>
          <w:tcPr>
            <w:tcW w:type="dxa" w:w="1215"/>
          </w:tcPr>
          <w:p>
            <w:pPr>
              <w:spacing w:after="0"/>
              <w:jc w:val="right"/>
            </w:pPr>
          </w:p>
        </w:tc>
        <w:tc>
          <w:tcPr>
            <w:tcW w:type="dxa" w:w="1147"/>
          </w:tcPr>
          <w:p>
            <w:pPr>
              <w:spacing w:after="0"/>
              <w:jc w:val="right"/>
            </w:pPr>
          </w:p>
        </w:tc>
        <w:tc>
          <w:tcPr>
            <w:tcW w:type="dxa" w:w="1053"/>
          </w:tcPr>
          <w:p>
            <w:pPr>
              <w:spacing w:after="0"/>
              <w:jc w:val="right"/>
            </w:pPr>
          </w:p>
        </w:tc>
        <w:tc>
          <w:tcPr>
            <w:tcW w:type="dxa" w:w="948"/>
          </w:tcPr>
          <w:p>
            <w:pPr>
              <w:spacing w:after="0"/>
              <w:jc w:val="right"/>
            </w:pPr>
          </w:p>
        </w:tc>
        <w:tc>
          <w:tcPr>
            <w:tcW w:type="dxa" w:w="1126"/>
          </w:tcPr>
          <w:p>
            <w:pPr>
              <w:spacing w:after="0"/>
              <w:jc w:val="right"/>
            </w:pPr>
          </w:p>
        </w:tc>
        <w:tc>
          <w:tcPr>
            <w:tcW w:type="dxa" w:w="1221"/>
          </w:tcPr>
          <w:p>
            <w:pPr>
              <w:spacing w:after="0"/>
              <w:jc w:val="right"/>
            </w:pPr>
          </w:p>
        </w:tc>
        <w:tc>
          <w:tcPr>
            <w:tcW w:type="dxa" w:w="1305"/>
          </w:tcPr>
          <w:p>
            <w:pPr>
              <w:spacing w:after="0"/>
              <w:jc w:val="right"/>
            </w:pPr>
          </w:p>
        </w:tc>
        <w:tc>
          <w:tcPr>
            <w:tcW w:type="dxa" w:w="1332"/>
          </w:tcPr>
          <w:p>
            <w:pPr>
              <w:spacing w:after="0"/>
              <w:jc w:val="right"/>
            </w:pPr>
          </w:p>
        </w:tc>
        <w:tc>
          <w:tcPr>
            <w:tcW w:type="dxa" w:w="1178"/>
          </w:tcPr>
          <w:p>
            <w:pPr>
              <w:spacing w:after="0"/>
              <w:jc w:val="right"/>
            </w:pPr>
          </w:p>
        </w:tc>
        <w:tc>
          <w:tcPr>
            <w:tcW w:type="dxa" w:w="1178"/>
          </w:tcPr>
          <w:p>
            <w:pPr>
              <w:spacing w:after="0"/>
              <w:jc w:val="right"/>
            </w:pPr>
          </w:p>
        </w:tc>
        <w:tc>
          <w:tcPr>
            <w:tcW w:type="dxa" w:w="1372"/>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215"/>
          </w:tcPr>
          <w:p>
            <w:pPr>
              <w:spacing w:after="0"/>
              <w:jc w:val="right"/>
            </w:pPr>
            <w:r>
              <w:rPr>
                <w:sz w:val="16"/>
              </w:rPr>
              <w:t>$239,762,875</w:t>
            </w:r>
          </w:p>
        </w:tc>
        <w:tc>
          <w:tcPr>
            <w:tcW w:type="dxa" w:w="1147"/>
          </w:tcPr>
          <w:p>
            <w:pPr>
              <w:spacing w:after="0"/>
              <w:jc w:val="right"/>
            </w:pPr>
          </w:p>
        </w:tc>
        <w:tc>
          <w:tcPr>
            <w:tcW w:type="dxa" w:w="1053"/>
          </w:tcPr>
          <w:p>
            <w:pPr>
              <w:spacing w:after="0"/>
              <w:jc w:val="right"/>
            </w:pPr>
            <w:r>
              <w:rPr>
                <w:sz w:val="16"/>
              </w:rPr>
              <w:t>593</w:t>
            </w:r>
          </w:p>
        </w:tc>
        <w:tc>
          <w:tcPr>
            <w:tcW w:type="dxa" w:w="948"/>
          </w:tcPr>
          <w:p>
            <w:pPr>
              <w:spacing w:after="0"/>
              <w:jc w:val="right"/>
            </w:pPr>
            <w:r>
              <w:rPr>
                <w:sz w:val="16"/>
              </w:rPr>
              <w:t>$5,553</w:t>
            </w:r>
          </w:p>
        </w:tc>
        <w:tc>
          <w:tcPr>
            <w:tcW w:type="dxa" w:w="1126"/>
          </w:tcPr>
          <w:p>
            <w:pPr>
              <w:spacing w:after="0"/>
              <w:jc w:val="right"/>
            </w:pPr>
          </w:p>
        </w:tc>
        <w:tc>
          <w:tcPr>
            <w:tcW w:type="dxa" w:w="1221"/>
          </w:tcPr>
          <w:p>
            <w:pPr>
              <w:spacing w:after="0"/>
              <w:jc w:val="right"/>
            </w:pPr>
            <w:r>
              <w:rPr>
                <w:sz w:val="16"/>
              </w:rPr>
              <w:t>$2,318</w:t>
            </w:r>
          </w:p>
        </w:tc>
        <w:tc>
          <w:tcPr>
            <w:tcW w:type="dxa" w:w="1305"/>
          </w:tcPr>
          <w:p>
            <w:pPr>
              <w:spacing w:after="0"/>
              <w:jc w:val="right"/>
            </w:pPr>
            <w:r>
              <w:rPr>
                <w:sz w:val="16"/>
              </w:rPr>
              <w:t>0.00232%</w:t>
            </w:r>
          </w:p>
        </w:tc>
        <w:tc>
          <w:tcPr>
            <w:tcW w:type="dxa" w:w="1332"/>
          </w:tcPr>
          <w:p>
            <w:pPr>
              <w:spacing w:after="0"/>
              <w:jc w:val="right"/>
            </w:pPr>
          </w:p>
        </w:tc>
        <w:tc>
          <w:tcPr>
            <w:tcW w:type="dxa" w:w="1178"/>
          </w:tcPr>
          <w:p>
            <w:pPr>
              <w:spacing w:after="0"/>
              <w:jc w:val="right"/>
            </w:pPr>
          </w:p>
        </w:tc>
        <w:tc>
          <w:tcPr>
            <w:tcW w:type="dxa" w:w="1178"/>
          </w:tcPr>
          <w:p>
            <w:pPr>
              <w:spacing w:after="0"/>
              <w:jc w:val="right"/>
            </w:pPr>
          </w:p>
        </w:tc>
        <w:tc>
          <w:tcPr>
            <w:tcW w:type="dxa" w:w="1372"/>
          </w:tcPr>
          <w:p>
            <w:pPr>
              <w:spacing w:after="0"/>
              <w:jc w:val="left"/>
            </w:pPr>
          </w:p>
        </w:tc>
      </w:tr>
      <w:tr>
        <w:trPr>
          <w:cantSplit/>
        </w:trPr>
        <w:tc>
          <w:tcPr>
            <w:tcW w:type="dxa" w:w="1037"/>
          </w:tcPr>
          <w:p>
            <w:pPr>
              <w:spacing w:after="0"/>
              <w:jc w:val="left"/>
            </w:pPr>
            <w:r>
              <w:rPr>
                <w:sz w:val="16"/>
              </w:rPr>
              <w:t>Inland Flooding</w:t>
            </w:r>
          </w:p>
        </w:tc>
        <w:tc>
          <w:tcPr>
            <w:tcW w:type="dxa" w:w="1215"/>
          </w:tcPr>
          <w:p>
            <w:pPr>
              <w:spacing w:after="0"/>
              <w:jc w:val="right"/>
            </w:pPr>
            <w:r>
              <w:rPr>
                <w:sz w:val="16"/>
              </w:rPr>
              <w:t>$239,705,802</w:t>
            </w:r>
          </w:p>
        </w:tc>
        <w:tc>
          <w:tcPr>
            <w:tcW w:type="dxa" w:w="1147"/>
          </w:tcPr>
          <w:p>
            <w:pPr>
              <w:spacing w:after="0"/>
              <w:jc w:val="right"/>
            </w:pPr>
            <w:r>
              <w:rPr>
                <w:sz w:val="16"/>
              </w:rPr>
              <w:t>$2,221,017</w:t>
            </w:r>
          </w:p>
        </w:tc>
        <w:tc>
          <w:tcPr>
            <w:tcW w:type="dxa" w:w="1053"/>
          </w:tcPr>
          <w:p>
            <w:pPr>
              <w:spacing w:after="0"/>
              <w:jc w:val="right"/>
            </w:pPr>
            <w:r>
              <w:rPr>
                <w:sz w:val="16"/>
              </w:rPr>
              <w:t>17</w:t>
            </w:r>
          </w:p>
        </w:tc>
        <w:tc>
          <w:tcPr>
            <w:tcW w:type="dxa" w:w="948"/>
          </w:tcPr>
          <w:p>
            <w:pPr>
              <w:spacing w:after="0"/>
              <w:jc w:val="right"/>
            </w:pPr>
            <w:r>
              <w:rPr>
                <w:sz w:val="16"/>
              </w:rPr>
              <w:t>$265,548</w:t>
            </w:r>
          </w:p>
        </w:tc>
        <w:tc>
          <w:tcPr>
            <w:tcW w:type="dxa" w:w="1126"/>
          </w:tcPr>
          <w:p>
            <w:pPr>
              <w:spacing w:after="0"/>
              <w:jc w:val="right"/>
            </w:pPr>
            <w:r>
              <w:rPr>
                <w:sz w:val="16"/>
              </w:rPr>
              <w:t>$2,995</w:t>
            </w:r>
          </w:p>
        </w:tc>
        <w:tc>
          <w:tcPr>
            <w:tcW w:type="dxa" w:w="1221"/>
          </w:tcPr>
          <w:p>
            <w:pPr>
              <w:spacing w:after="0"/>
              <w:jc w:val="right"/>
            </w:pPr>
            <w:r>
              <w:rPr>
                <w:sz w:val="16"/>
              </w:rPr>
              <w:t>$48</w:t>
            </w:r>
          </w:p>
        </w:tc>
        <w:tc>
          <w:tcPr>
            <w:tcW w:type="dxa" w:w="1305"/>
          </w:tcPr>
          <w:p>
            <w:pPr>
              <w:spacing w:after="0"/>
              <w:jc w:val="right"/>
            </w:pPr>
            <w:r>
              <w:rPr>
                <w:sz w:val="16"/>
              </w:rPr>
              <w:t>n/a (see note)</w:t>
            </w:r>
          </w:p>
        </w:tc>
        <w:tc>
          <w:tcPr>
            <w:tcW w:type="dxa" w:w="1332"/>
          </w:tcPr>
          <w:p>
            <w:pPr>
              <w:spacing w:after="0"/>
              <w:jc w:val="right"/>
            </w:pPr>
          </w:p>
        </w:tc>
        <w:tc>
          <w:tcPr>
            <w:tcW w:type="dxa" w:w="1178"/>
          </w:tcPr>
          <w:p>
            <w:pPr>
              <w:spacing w:after="0"/>
              <w:jc w:val="right"/>
            </w:pPr>
          </w:p>
        </w:tc>
        <w:tc>
          <w:tcPr>
            <w:tcW w:type="dxa" w:w="1178"/>
          </w:tcPr>
          <w:p>
            <w:pPr>
              <w:spacing w:after="0"/>
              <w:jc w:val="right"/>
            </w:pPr>
          </w:p>
        </w:tc>
        <w:tc>
          <w:tcPr>
            <w:tcW w:type="dxa" w:w="1372"/>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215"/>
          </w:tcPr>
          <w:p>
            <w:pPr>
              <w:spacing w:after="0"/>
              <w:jc w:val="right"/>
            </w:pPr>
            <w:r>
              <w:rPr>
                <w:sz w:val="16"/>
              </w:rPr>
              <w:t>$4,746,258</w:t>
            </w:r>
          </w:p>
        </w:tc>
        <w:tc>
          <w:tcPr>
            <w:tcW w:type="dxa" w:w="1147"/>
          </w:tcPr>
          <w:p>
            <w:pPr>
              <w:spacing w:after="0"/>
              <w:jc w:val="right"/>
            </w:pPr>
          </w:p>
        </w:tc>
        <w:tc>
          <w:tcPr>
            <w:tcW w:type="dxa" w:w="1053"/>
          </w:tcPr>
          <w:p>
            <w:pPr>
              <w:spacing w:after="0"/>
              <w:jc w:val="right"/>
            </w:pPr>
            <w:r>
              <w:rPr>
                <w:sz w:val="16"/>
              </w:rPr>
              <w:t>11</w:t>
            </w:r>
          </w:p>
        </w:tc>
        <w:tc>
          <w:tcPr>
            <w:tcW w:type="dxa" w:w="948"/>
          </w:tcPr>
          <w:p>
            <w:pPr>
              <w:spacing w:after="0"/>
              <w:jc w:val="right"/>
            </w:pPr>
            <w:r>
              <w:rPr>
                <w:sz w:val="16"/>
              </w:rPr>
              <w:t>$23</w:t>
            </w:r>
          </w:p>
        </w:tc>
        <w:tc>
          <w:tcPr>
            <w:tcW w:type="dxa" w:w="1126"/>
          </w:tcPr>
          <w:p>
            <w:pPr>
              <w:spacing w:after="0"/>
              <w:jc w:val="right"/>
            </w:pPr>
          </w:p>
        </w:tc>
        <w:tc>
          <w:tcPr>
            <w:tcW w:type="dxa" w:w="1221"/>
          </w:tcPr>
          <w:p>
            <w:pPr>
              <w:spacing w:after="0"/>
              <w:jc w:val="right"/>
            </w:pPr>
            <w:r>
              <w:rPr>
                <w:sz w:val="16"/>
              </w:rPr>
              <w:t>$23</w:t>
            </w:r>
          </w:p>
        </w:tc>
        <w:tc>
          <w:tcPr>
            <w:tcW w:type="dxa" w:w="1305"/>
          </w:tcPr>
          <w:p>
            <w:pPr>
              <w:spacing w:after="0"/>
              <w:jc w:val="right"/>
            </w:pPr>
            <w:r>
              <w:rPr>
                <w:sz w:val="16"/>
              </w:rPr>
              <w:t>0.000491%</w:t>
            </w:r>
          </w:p>
        </w:tc>
        <w:tc>
          <w:tcPr>
            <w:tcW w:type="dxa" w:w="1332"/>
          </w:tcPr>
          <w:p>
            <w:pPr>
              <w:spacing w:after="0"/>
              <w:jc w:val="right"/>
            </w:pPr>
          </w:p>
        </w:tc>
        <w:tc>
          <w:tcPr>
            <w:tcW w:type="dxa" w:w="1178"/>
          </w:tcPr>
          <w:p>
            <w:pPr>
              <w:spacing w:after="0"/>
              <w:jc w:val="right"/>
            </w:pPr>
          </w:p>
        </w:tc>
        <w:tc>
          <w:tcPr>
            <w:tcW w:type="dxa" w:w="1178"/>
          </w:tcPr>
          <w:p>
            <w:pPr>
              <w:spacing w:after="0"/>
              <w:jc w:val="right"/>
            </w:pPr>
          </w:p>
        </w:tc>
        <w:tc>
          <w:tcPr>
            <w:tcW w:type="dxa" w:w="1372"/>
          </w:tcPr>
          <w:p>
            <w:pPr>
              <w:spacing w:after="0"/>
              <w:jc w:val="left"/>
            </w:pPr>
          </w:p>
        </w:tc>
      </w:tr>
      <w:tr>
        <w:trPr>
          <w:cantSplit/>
        </w:trPr>
        <w:tc>
          <w:tcPr>
            <w:tcW w:type="dxa" w:w="1037"/>
          </w:tcPr>
          <w:p>
            <w:pPr>
              <w:spacing w:after="0"/>
              <w:jc w:val="left"/>
            </w:pPr>
            <w:r>
              <w:rPr>
                <w:sz w:val="16"/>
              </w:rPr>
              <w:t>Lightning</w:t>
            </w:r>
          </w:p>
        </w:tc>
        <w:tc>
          <w:tcPr>
            <w:tcW w:type="dxa" w:w="1215"/>
          </w:tcPr>
          <w:p>
            <w:pPr>
              <w:spacing w:after="0"/>
              <w:jc w:val="right"/>
            </w:pPr>
            <w:r>
              <w:rPr>
                <w:sz w:val="16"/>
              </w:rPr>
              <w:t>$239,762,875</w:t>
            </w:r>
          </w:p>
        </w:tc>
        <w:tc>
          <w:tcPr>
            <w:tcW w:type="dxa" w:w="1147"/>
          </w:tcPr>
          <w:p>
            <w:pPr>
              <w:spacing w:after="0"/>
              <w:jc w:val="right"/>
            </w:pPr>
          </w:p>
        </w:tc>
        <w:tc>
          <w:tcPr>
            <w:tcW w:type="dxa" w:w="1053"/>
          </w:tcPr>
          <w:p>
            <w:pPr>
              <w:spacing w:after="0"/>
              <w:jc w:val="right"/>
            </w:pPr>
            <w:r>
              <w:rPr>
                <w:sz w:val="16"/>
              </w:rPr>
              <w:t>593</w:t>
            </w:r>
          </w:p>
        </w:tc>
        <w:tc>
          <w:tcPr>
            <w:tcW w:type="dxa" w:w="948"/>
          </w:tcPr>
          <w:p>
            <w:pPr>
              <w:spacing w:after="0"/>
              <w:jc w:val="right"/>
            </w:pPr>
            <w:r>
              <w:rPr>
                <w:sz w:val="16"/>
              </w:rPr>
              <w:t>$1,137</w:t>
            </w:r>
          </w:p>
        </w:tc>
        <w:tc>
          <w:tcPr>
            <w:tcW w:type="dxa" w:w="1126"/>
          </w:tcPr>
          <w:p>
            <w:pPr>
              <w:spacing w:after="0"/>
              <w:jc w:val="right"/>
            </w:pPr>
          </w:p>
        </w:tc>
        <w:tc>
          <w:tcPr>
            <w:tcW w:type="dxa" w:w="1221"/>
          </w:tcPr>
          <w:p>
            <w:pPr>
              <w:spacing w:after="0"/>
              <w:jc w:val="right"/>
            </w:pPr>
            <w:r>
              <w:rPr>
                <w:sz w:val="16"/>
              </w:rPr>
              <w:t>$7,828</w:t>
            </w:r>
          </w:p>
        </w:tc>
        <w:tc>
          <w:tcPr>
            <w:tcW w:type="dxa" w:w="1305"/>
          </w:tcPr>
          <w:p>
            <w:pPr>
              <w:spacing w:after="0"/>
              <w:jc w:val="right"/>
            </w:pPr>
            <w:r>
              <w:rPr>
                <w:sz w:val="16"/>
              </w:rPr>
              <w:t>0.000474%</w:t>
            </w:r>
          </w:p>
        </w:tc>
        <w:tc>
          <w:tcPr>
            <w:tcW w:type="dxa" w:w="1332"/>
          </w:tcPr>
          <w:p>
            <w:pPr>
              <w:spacing w:after="0"/>
              <w:jc w:val="right"/>
            </w:pPr>
          </w:p>
        </w:tc>
        <w:tc>
          <w:tcPr>
            <w:tcW w:type="dxa" w:w="1178"/>
          </w:tcPr>
          <w:p>
            <w:pPr>
              <w:spacing w:after="0"/>
              <w:jc w:val="right"/>
            </w:pPr>
          </w:p>
        </w:tc>
        <w:tc>
          <w:tcPr>
            <w:tcW w:type="dxa" w:w="1178"/>
          </w:tcPr>
          <w:p>
            <w:pPr>
              <w:spacing w:after="0"/>
              <w:jc w:val="right"/>
            </w:pPr>
          </w:p>
        </w:tc>
        <w:tc>
          <w:tcPr>
            <w:tcW w:type="dxa" w:w="1372"/>
          </w:tcPr>
          <w:p>
            <w:pPr>
              <w:spacing w:after="0"/>
              <w:jc w:val="left"/>
            </w:pPr>
          </w:p>
        </w:tc>
      </w:tr>
      <w:tr>
        <w:trPr>
          <w:cantSplit/>
        </w:trPr>
        <w:tc>
          <w:tcPr>
            <w:tcW w:type="dxa" w:w="1037"/>
          </w:tcPr>
          <w:p>
            <w:pPr>
              <w:spacing w:after="0"/>
              <w:jc w:val="left"/>
            </w:pPr>
            <w:r>
              <w:rPr>
                <w:sz w:val="16"/>
              </w:rPr>
              <w:t>Strong Wind</w:t>
            </w:r>
          </w:p>
        </w:tc>
        <w:tc>
          <w:tcPr>
            <w:tcW w:type="dxa" w:w="1215"/>
          </w:tcPr>
          <w:p>
            <w:pPr>
              <w:spacing w:after="0"/>
              <w:jc w:val="right"/>
            </w:pPr>
            <w:r>
              <w:rPr>
                <w:sz w:val="16"/>
              </w:rPr>
              <w:t>$239,762,875</w:t>
            </w:r>
          </w:p>
        </w:tc>
        <w:tc>
          <w:tcPr>
            <w:tcW w:type="dxa" w:w="1147"/>
          </w:tcPr>
          <w:p>
            <w:pPr>
              <w:spacing w:after="0"/>
              <w:jc w:val="right"/>
            </w:pPr>
            <w:r>
              <w:rPr>
                <w:sz w:val="16"/>
              </w:rPr>
              <w:t>$39,662,230</w:t>
            </w:r>
          </w:p>
        </w:tc>
        <w:tc>
          <w:tcPr>
            <w:tcW w:type="dxa" w:w="1053"/>
          </w:tcPr>
          <w:p>
            <w:pPr>
              <w:spacing w:after="0"/>
              <w:jc w:val="right"/>
            </w:pPr>
            <w:r>
              <w:rPr>
                <w:sz w:val="16"/>
              </w:rPr>
              <w:t>593</w:t>
            </w:r>
          </w:p>
        </w:tc>
        <w:tc>
          <w:tcPr>
            <w:tcW w:type="dxa" w:w="948"/>
          </w:tcPr>
          <w:p>
            <w:pPr>
              <w:spacing w:after="0"/>
              <w:jc w:val="right"/>
            </w:pPr>
            <w:r>
              <w:rPr>
                <w:sz w:val="16"/>
              </w:rPr>
              <w:t>$15,661</w:t>
            </w:r>
          </w:p>
        </w:tc>
        <w:tc>
          <w:tcPr>
            <w:tcW w:type="dxa" w:w="1126"/>
          </w:tcPr>
          <w:p>
            <w:pPr>
              <w:spacing w:after="0"/>
              <w:jc w:val="right"/>
            </w:pPr>
            <w:r>
              <w:rPr>
                <w:sz w:val="16"/>
              </w:rPr>
              <w:t>$42,133</w:t>
            </w:r>
          </w:p>
        </w:tc>
        <w:tc>
          <w:tcPr>
            <w:tcW w:type="dxa" w:w="1221"/>
          </w:tcPr>
          <w:p>
            <w:pPr>
              <w:spacing w:after="0"/>
              <w:jc w:val="right"/>
            </w:pPr>
            <w:r>
              <w:rPr>
                <w:sz w:val="16"/>
              </w:rPr>
              <w:t>$1,722</w:t>
            </w:r>
          </w:p>
        </w:tc>
        <w:tc>
          <w:tcPr>
            <w:tcW w:type="dxa" w:w="1305"/>
          </w:tcPr>
          <w:p>
            <w:pPr>
              <w:spacing w:after="0"/>
              <w:jc w:val="right"/>
            </w:pPr>
            <w:r>
              <w:rPr>
                <w:sz w:val="16"/>
              </w:rPr>
              <w:t>0.00653%</w:t>
            </w:r>
          </w:p>
        </w:tc>
        <w:tc>
          <w:tcPr>
            <w:tcW w:type="dxa" w:w="1332"/>
          </w:tcPr>
          <w:p>
            <w:pPr>
              <w:spacing w:after="0"/>
              <w:jc w:val="right"/>
            </w:pPr>
          </w:p>
        </w:tc>
        <w:tc>
          <w:tcPr>
            <w:tcW w:type="dxa" w:w="1178"/>
          </w:tcPr>
          <w:p>
            <w:pPr>
              <w:spacing w:after="0"/>
              <w:jc w:val="right"/>
            </w:pPr>
            <w:r>
              <w:rPr>
                <w:sz w:val="16"/>
              </w:rPr>
              <w:t>$0</w:t>
            </w:r>
          </w:p>
        </w:tc>
        <w:tc>
          <w:tcPr>
            <w:tcW w:type="dxa" w:w="1178"/>
          </w:tcPr>
          <w:p>
            <w:pPr>
              <w:spacing w:after="0"/>
              <w:jc w:val="right"/>
            </w:pPr>
          </w:p>
        </w:tc>
        <w:tc>
          <w:tcPr>
            <w:tcW w:type="dxa" w:w="1372"/>
          </w:tcPr>
          <w:p>
            <w:pPr>
              <w:spacing w:after="0"/>
              <w:jc w:val="left"/>
            </w:pPr>
          </w:p>
        </w:tc>
      </w:tr>
      <w:tr>
        <w:trPr>
          <w:cantSplit/>
        </w:trPr>
        <w:tc>
          <w:tcPr>
            <w:tcW w:type="dxa" w:w="1037"/>
          </w:tcPr>
          <w:p>
            <w:pPr>
              <w:spacing w:after="0"/>
              <w:jc w:val="left"/>
            </w:pPr>
            <w:r>
              <w:rPr>
                <w:sz w:val="16"/>
              </w:rPr>
              <w:t>Tornado</w:t>
            </w:r>
          </w:p>
        </w:tc>
        <w:tc>
          <w:tcPr>
            <w:tcW w:type="dxa" w:w="1215"/>
          </w:tcPr>
          <w:p>
            <w:pPr>
              <w:spacing w:after="0"/>
              <w:jc w:val="right"/>
            </w:pPr>
            <w:r>
              <w:rPr>
                <w:sz w:val="16"/>
              </w:rPr>
              <w:t>$239,762,875</w:t>
            </w:r>
          </w:p>
        </w:tc>
        <w:tc>
          <w:tcPr>
            <w:tcW w:type="dxa" w:w="1147"/>
          </w:tcPr>
          <w:p>
            <w:pPr>
              <w:spacing w:after="0"/>
              <w:jc w:val="right"/>
            </w:pPr>
            <w:r>
              <w:rPr>
                <w:sz w:val="16"/>
              </w:rPr>
              <w:t>$39,662,230</w:t>
            </w:r>
          </w:p>
        </w:tc>
        <w:tc>
          <w:tcPr>
            <w:tcW w:type="dxa" w:w="1053"/>
          </w:tcPr>
          <w:p>
            <w:pPr>
              <w:spacing w:after="0"/>
              <w:jc w:val="right"/>
            </w:pPr>
            <w:r>
              <w:rPr>
                <w:sz w:val="16"/>
              </w:rPr>
              <w:t>593</w:t>
            </w:r>
          </w:p>
        </w:tc>
        <w:tc>
          <w:tcPr>
            <w:tcW w:type="dxa" w:w="948"/>
          </w:tcPr>
          <w:p>
            <w:pPr>
              <w:spacing w:after="0"/>
              <w:jc w:val="right"/>
            </w:pPr>
            <w:r>
              <w:rPr>
                <w:sz w:val="16"/>
              </w:rPr>
              <w:t>$45,077</w:t>
            </w:r>
          </w:p>
        </w:tc>
        <w:tc>
          <w:tcPr>
            <w:tcW w:type="dxa" w:w="1126"/>
          </w:tcPr>
          <w:p>
            <w:pPr>
              <w:spacing w:after="0"/>
              <w:jc w:val="right"/>
            </w:pPr>
            <w:r>
              <w:rPr>
                <w:sz w:val="16"/>
              </w:rPr>
              <w:t>$11,079</w:t>
            </w:r>
          </w:p>
        </w:tc>
        <w:tc>
          <w:tcPr>
            <w:tcW w:type="dxa" w:w="1221"/>
          </w:tcPr>
          <w:p>
            <w:pPr>
              <w:spacing w:after="0"/>
              <w:jc w:val="right"/>
            </w:pPr>
            <w:r>
              <w:rPr>
                <w:sz w:val="16"/>
              </w:rPr>
              <w:t>$33,940</w:t>
            </w:r>
          </w:p>
        </w:tc>
        <w:tc>
          <w:tcPr>
            <w:tcW w:type="dxa" w:w="1305"/>
          </w:tcPr>
          <w:p>
            <w:pPr>
              <w:spacing w:after="0"/>
              <w:jc w:val="right"/>
            </w:pPr>
            <w:r>
              <w:rPr>
                <w:sz w:val="16"/>
              </w:rPr>
              <w:t>0.0188%</w:t>
            </w:r>
          </w:p>
        </w:tc>
        <w:tc>
          <w:tcPr>
            <w:tcW w:type="dxa" w:w="1332"/>
          </w:tcPr>
          <w:p>
            <w:pPr>
              <w:spacing w:after="0"/>
              <w:jc w:val="right"/>
            </w:pPr>
            <w:r>
              <w:rPr>
                <w:sz w:val="16"/>
              </w:rPr>
              <w:t>$0</w:t>
            </w:r>
          </w:p>
        </w:tc>
        <w:tc>
          <w:tcPr>
            <w:tcW w:type="dxa" w:w="1178"/>
          </w:tcPr>
          <w:p>
            <w:pPr>
              <w:spacing w:after="0"/>
              <w:jc w:val="right"/>
            </w:pPr>
          </w:p>
        </w:tc>
        <w:tc>
          <w:tcPr>
            <w:tcW w:type="dxa" w:w="1178"/>
          </w:tcPr>
          <w:p>
            <w:pPr>
              <w:spacing w:after="0"/>
              <w:jc w:val="right"/>
            </w:pPr>
          </w:p>
        </w:tc>
        <w:tc>
          <w:tcPr>
            <w:tcW w:type="dxa" w:w="1372"/>
          </w:tcPr>
          <w:p>
            <w:pPr>
              <w:spacing w:after="0"/>
              <w:jc w:val="left"/>
            </w:pPr>
          </w:p>
        </w:tc>
      </w:tr>
      <w:tr>
        <w:trPr>
          <w:cantSplit/>
        </w:trPr>
        <w:tc>
          <w:tcPr>
            <w:tcW w:type="dxa" w:w="1037"/>
          </w:tcPr>
          <w:p>
            <w:pPr>
              <w:spacing w:after="0"/>
              <w:jc w:val="left"/>
            </w:pPr>
            <w:r>
              <w:rPr>
                <w:sz w:val="16"/>
              </w:rPr>
              <w:t>Tsunami</w:t>
            </w:r>
          </w:p>
        </w:tc>
        <w:tc>
          <w:tcPr>
            <w:tcW w:type="dxa" w:w="1215"/>
          </w:tcPr>
          <w:p>
            <w:pPr>
              <w:spacing w:after="0"/>
              <w:jc w:val="right"/>
            </w:pPr>
          </w:p>
        </w:tc>
        <w:tc>
          <w:tcPr>
            <w:tcW w:type="dxa" w:w="1147"/>
          </w:tcPr>
          <w:p>
            <w:pPr>
              <w:spacing w:after="0"/>
              <w:jc w:val="right"/>
            </w:pPr>
          </w:p>
        </w:tc>
        <w:tc>
          <w:tcPr>
            <w:tcW w:type="dxa" w:w="1053"/>
          </w:tcPr>
          <w:p>
            <w:pPr>
              <w:spacing w:after="0"/>
              <w:jc w:val="right"/>
            </w:pPr>
          </w:p>
        </w:tc>
        <w:tc>
          <w:tcPr>
            <w:tcW w:type="dxa" w:w="948"/>
          </w:tcPr>
          <w:p>
            <w:pPr>
              <w:spacing w:after="0"/>
              <w:jc w:val="right"/>
            </w:pPr>
          </w:p>
        </w:tc>
        <w:tc>
          <w:tcPr>
            <w:tcW w:type="dxa" w:w="1126"/>
          </w:tcPr>
          <w:p>
            <w:pPr>
              <w:spacing w:after="0"/>
              <w:jc w:val="right"/>
            </w:pPr>
          </w:p>
        </w:tc>
        <w:tc>
          <w:tcPr>
            <w:tcW w:type="dxa" w:w="1221"/>
          </w:tcPr>
          <w:p>
            <w:pPr>
              <w:spacing w:after="0"/>
              <w:jc w:val="right"/>
            </w:pPr>
          </w:p>
        </w:tc>
        <w:tc>
          <w:tcPr>
            <w:tcW w:type="dxa" w:w="1305"/>
          </w:tcPr>
          <w:p>
            <w:pPr>
              <w:spacing w:after="0"/>
              <w:jc w:val="right"/>
            </w:pPr>
          </w:p>
        </w:tc>
        <w:tc>
          <w:tcPr>
            <w:tcW w:type="dxa" w:w="1332"/>
          </w:tcPr>
          <w:p>
            <w:pPr>
              <w:spacing w:after="0"/>
              <w:jc w:val="right"/>
            </w:pPr>
          </w:p>
        </w:tc>
        <w:tc>
          <w:tcPr>
            <w:tcW w:type="dxa" w:w="1178"/>
          </w:tcPr>
          <w:p>
            <w:pPr>
              <w:spacing w:after="0"/>
              <w:jc w:val="right"/>
            </w:pPr>
          </w:p>
        </w:tc>
        <w:tc>
          <w:tcPr>
            <w:tcW w:type="dxa" w:w="1178"/>
          </w:tcPr>
          <w:p>
            <w:pPr>
              <w:spacing w:after="0"/>
              <w:jc w:val="right"/>
            </w:pPr>
          </w:p>
        </w:tc>
        <w:tc>
          <w:tcPr>
            <w:tcW w:type="dxa" w:w="1372"/>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215"/>
          </w:tcPr>
          <w:p>
            <w:pPr>
              <w:spacing w:after="0"/>
              <w:jc w:val="right"/>
            </w:pPr>
          </w:p>
        </w:tc>
        <w:tc>
          <w:tcPr>
            <w:tcW w:type="dxa" w:w="1147"/>
          </w:tcPr>
          <w:p>
            <w:pPr>
              <w:spacing w:after="0"/>
              <w:jc w:val="right"/>
            </w:pPr>
          </w:p>
        </w:tc>
        <w:tc>
          <w:tcPr>
            <w:tcW w:type="dxa" w:w="1053"/>
          </w:tcPr>
          <w:p>
            <w:pPr>
              <w:spacing w:after="0"/>
              <w:jc w:val="right"/>
            </w:pPr>
          </w:p>
        </w:tc>
        <w:tc>
          <w:tcPr>
            <w:tcW w:type="dxa" w:w="948"/>
          </w:tcPr>
          <w:p>
            <w:pPr>
              <w:spacing w:after="0"/>
              <w:jc w:val="right"/>
            </w:pPr>
          </w:p>
        </w:tc>
        <w:tc>
          <w:tcPr>
            <w:tcW w:type="dxa" w:w="1126"/>
          </w:tcPr>
          <w:p>
            <w:pPr>
              <w:spacing w:after="0"/>
              <w:jc w:val="right"/>
            </w:pPr>
          </w:p>
        </w:tc>
        <w:tc>
          <w:tcPr>
            <w:tcW w:type="dxa" w:w="1221"/>
          </w:tcPr>
          <w:p>
            <w:pPr>
              <w:spacing w:after="0"/>
              <w:jc w:val="right"/>
            </w:pPr>
          </w:p>
        </w:tc>
        <w:tc>
          <w:tcPr>
            <w:tcW w:type="dxa" w:w="1305"/>
          </w:tcPr>
          <w:p>
            <w:pPr>
              <w:spacing w:after="0"/>
              <w:jc w:val="right"/>
            </w:pPr>
          </w:p>
        </w:tc>
        <w:tc>
          <w:tcPr>
            <w:tcW w:type="dxa" w:w="1332"/>
          </w:tcPr>
          <w:p>
            <w:pPr>
              <w:spacing w:after="0"/>
              <w:jc w:val="right"/>
            </w:pPr>
          </w:p>
        </w:tc>
        <w:tc>
          <w:tcPr>
            <w:tcW w:type="dxa" w:w="1178"/>
          </w:tcPr>
          <w:p>
            <w:pPr>
              <w:spacing w:after="0"/>
              <w:jc w:val="right"/>
            </w:pPr>
          </w:p>
        </w:tc>
        <w:tc>
          <w:tcPr>
            <w:tcW w:type="dxa" w:w="1178"/>
          </w:tcPr>
          <w:p>
            <w:pPr>
              <w:spacing w:after="0"/>
              <w:jc w:val="right"/>
            </w:pPr>
          </w:p>
        </w:tc>
        <w:tc>
          <w:tcPr>
            <w:tcW w:type="dxa" w:w="1372"/>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215"/>
          </w:tcPr>
          <w:p>
            <w:pPr>
              <w:spacing w:after="0"/>
              <w:jc w:val="right"/>
            </w:pPr>
            <w:r>
              <w:rPr>
                <w:sz w:val="16"/>
              </w:rPr>
              <w:t>$54,064,184</w:t>
            </w:r>
          </w:p>
        </w:tc>
        <w:tc>
          <w:tcPr>
            <w:tcW w:type="dxa" w:w="1147"/>
          </w:tcPr>
          <w:p>
            <w:pPr>
              <w:spacing w:after="0"/>
              <w:jc w:val="right"/>
            </w:pPr>
            <w:r>
              <w:rPr>
                <w:sz w:val="16"/>
              </w:rPr>
              <w:t>$10,807,595</w:t>
            </w:r>
          </w:p>
        </w:tc>
        <w:tc>
          <w:tcPr>
            <w:tcW w:type="dxa" w:w="1053"/>
          </w:tcPr>
          <w:p>
            <w:pPr>
              <w:spacing w:after="0"/>
              <w:jc w:val="right"/>
            </w:pPr>
            <w:r>
              <w:rPr>
                <w:sz w:val="16"/>
              </w:rPr>
              <w:t>282</w:t>
            </w:r>
          </w:p>
        </w:tc>
        <w:tc>
          <w:tcPr>
            <w:tcW w:type="dxa" w:w="948"/>
          </w:tcPr>
          <w:p>
            <w:pPr>
              <w:spacing w:after="0"/>
              <w:jc w:val="right"/>
            </w:pPr>
            <w:r>
              <w:rPr>
                <w:sz w:val="16"/>
              </w:rPr>
              <w:t>$19,415</w:t>
            </w:r>
          </w:p>
        </w:tc>
        <w:tc>
          <w:tcPr>
            <w:tcW w:type="dxa" w:w="1126"/>
          </w:tcPr>
          <w:p>
            <w:pPr>
              <w:spacing w:after="0"/>
              <w:jc w:val="right"/>
            </w:pPr>
            <w:r>
              <w:rPr>
                <w:sz w:val="16"/>
              </w:rPr>
              <w:t>$27</w:t>
            </w:r>
          </w:p>
        </w:tc>
        <w:tc>
          <w:tcPr>
            <w:tcW w:type="dxa" w:w="1221"/>
          </w:tcPr>
          <w:p>
            <w:pPr>
              <w:spacing w:after="0"/>
              <w:jc w:val="right"/>
            </w:pPr>
            <w:r>
              <w:rPr>
                <w:sz w:val="16"/>
              </w:rPr>
              <w:t>$769</w:t>
            </w:r>
          </w:p>
        </w:tc>
        <w:tc>
          <w:tcPr>
            <w:tcW w:type="dxa" w:w="1305"/>
          </w:tcPr>
          <w:p>
            <w:pPr>
              <w:spacing w:after="0"/>
              <w:jc w:val="right"/>
            </w:pPr>
            <w:r>
              <w:rPr>
                <w:sz w:val="16"/>
              </w:rPr>
              <w:t>0.0359%</w:t>
            </w:r>
          </w:p>
        </w:tc>
        <w:tc>
          <w:tcPr>
            <w:tcW w:type="dxa" w:w="1332"/>
          </w:tcPr>
          <w:p>
            <w:pPr>
              <w:spacing w:after="0"/>
              <w:jc w:val="right"/>
            </w:pPr>
          </w:p>
        </w:tc>
        <w:tc>
          <w:tcPr>
            <w:tcW w:type="dxa" w:w="1178"/>
          </w:tcPr>
          <w:p>
            <w:pPr>
              <w:spacing w:after="0"/>
              <w:jc w:val="right"/>
            </w:pPr>
          </w:p>
        </w:tc>
        <w:tc>
          <w:tcPr>
            <w:tcW w:type="dxa" w:w="1178"/>
          </w:tcPr>
          <w:p>
            <w:pPr>
              <w:spacing w:after="0"/>
              <w:jc w:val="right"/>
            </w:pPr>
          </w:p>
        </w:tc>
        <w:tc>
          <w:tcPr>
            <w:tcW w:type="dxa" w:w="1372"/>
          </w:tcPr>
          <w:p>
            <w:pPr>
              <w:spacing w:after="0"/>
              <w:jc w:val="left"/>
            </w:pPr>
          </w:p>
        </w:tc>
      </w:tr>
      <w:tr>
        <w:trPr>
          <w:cantSplit/>
        </w:trPr>
        <w:tc>
          <w:tcPr>
            <w:tcW w:type="dxa" w:w="1037"/>
          </w:tcPr>
          <w:p>
            <w:pPr>
              <w:spacing w:after="0"/>
              <w:jc w:val="left"/>
            </w:pPr>
            <w:r>
              <w:rPr>
                <w:sz w:val="16"/>
              </w:rPr>
              <w:t>Winter Weather</w:t>
            </w:r>
          </w:p>
        </w:tc>
        <w:tc>
          <w:tcPr>
            <w:tcW w:type="dxa" w:w="1215"/>
          </w:tcPr>
          <w:p>
            <w:pPr>
              <w:spacing w:after="0"/>
              <w:jc w:val="right"/>
            </w:pPr>
            <w:r>
              <w:rPr>
                <w:sz w:val="16"/>
              </w:rPr>
              <w:t>$239,762,875</w:t>
            </w:r>
          </w:p>
        </w:tc>
        <w:tc>
          <w:tcPr>
            <w:tcW w:type="dxa" w:w="1147"/>
          </w:tcPr>
          <w:p>
            <w:pPr>
              <w:spacing w:after="0"/>
              <w:jc w:val="right"/>
            </w:pPr>
            <w:r>
              <w:rPr>
                <w:sz w:val="16"/>
              </w:rPr>
              <w:t>$39,662,230</w:t>
            </w:r>
          </w:p>
        </w:tc>
        <w:tc>
          <w:tcPr>
            <w:tcW w:type="dxa" w:w="1053"/>
          </w:tcPr>
          <w:p>
            <w:pPr>
              <w:spacing w:after="0"/>
              <w:jc w:val="right"/>
            </w:pPr>
            <w:r>
              <w:rPr>
                <w:sz w:val="16"/>
              </w:rPr>
              <w:t>593</w:t>
            </w:r>
          </w:p>
        </w:tc>
        <w:tc>
          <w:tcPr>
            <w:tcW w:type="dxa" w:w="948"/>
          </w:tcPr>
          <w:p>
            <w:pPr>
              <w:spacing w:after="0"/>
              <w:jc w:val="right"/>
            </w:pPr>
            <w:r>
              <w:rPr>
                <w:sz w:val="16"/>
              </w:rPr>
              <w:t>$2,670</w:t>
            </w:r>
          </w:p>
        </w:tc>
        <w:tc>
          <w:tcPr>
            <w:tcW w:type="dxa" w:w="1126"/>
          </w:tcPr>
          <w:p>
            <w:pPr>
              <w:spacing w:after="0"/>
              <w:jc w:val="right"/>
            </w:pPr>
            <w:r>
              <w:rPr>
                <w:sz w:val="16"/>
              </w:rPr>
              <w:t>$98</w:t>
            </w:r>
          </w:p>
        </w:tc>
        <w:tc>
          <w:tcPr>
            <w:tcW w:type="dxa" w:w="1221"/>
          </w:tcPr>
          <w:p>
            <w:pPr>
              <w:spacing w:after="0"/>
              <w:jc w:val="right"/>
            </w:pPr>
            <w:r>
              <w:rPr>
                <w:sz w:val="16"/>
              </w:rPr>
              <w:t>$10,542</w:t>
            </w:r>
          </w:p>
        </w:tc>
        <w:tc>
          <w:tcPr>
            <w:tcW w:type="dxa" w:w="1305"/>
          </w:tcPr>
          <w:p>
            <w:pPr>
              <w:spacing w:after="0"/>
              <w:jc w:val="right"/>
            </w:pPr>
            <w:r>
              <w:rPr>
                <w:sz w:val="16"/>
              </w:rPr>
              <w:t>0.00111%</w:t>
            </w:r>
          </w:p>
        </w:tc>
        <w:tc>
          <w:tcPr>
            <w:tcW w:type="dxa" w:w="1332"/>
          </w:tcPr>
          <w:p>
            <w:pPr>
              <w:spacing w:after="0"/>
              <w:jc w:val="right"/>
            </w:pPr>
          </w:p>
        </w:tc>
        <w:tc>
          <w:tcPr>
            <w:tcW w:type="dxa" w:w="1178"/>
          </w:tcPr>
          <w:p>
            <w:pPr>
              <w:spacing w:after="0"/>
              <w:jc w:val="right"/>
            </w:pPr>
            <w:r>
              <w:rPr>
                <w:sz w:val="16"/>
              </w:rPr>
              <w:t>$0</w:t>
            </w:r>
          </w:p>
        </w:tc>
        <w:tc>
          <w:tcPr>
            <w:tcW w:type="dxa" w:w="1178"/>
          </w:tcPr>
          <w:p>
            <w:pPr>
              <w:spacing w:after="0"/>
              <w:jc w:val="right"/>
            </w:pPr>
          </w:p>
        </w:tc>
        <w:tc>
          <w:tcPr>
            <w:tcW w:type="dxa" w:w="1372"/>
          </w:tcPr>
          <w:p>
            <w:pPr>
              <w:spacing w:after="0"/>
              <w:jc w:val="left"/>
            </w:pPr>
          </w:p>
        </w:tc>
      </w:tr>
    </w:tbl>
    <w:p>
      <w:pPr>
        <w:spacing w:after="40" w:before="60"/>
      </w:pPr>
      <w:r>
        <w:rPr>
          <w:sz w:val="15"/>
        </w:rPr>
        <w:t>Totals since 2022-06-03 (Storm Events through 2026-06-30): 10 county-coded records, 7 with a damage value recorded (including $0), $0; 37 zone-level records, 10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669"/>
        <w:gridCol w:w="5443"/>
      </w:tblGrid>
      <w:tr>
        <w:trPr>
          <w:cantSplit/>
          <w:tblHeader/>
        </w:trPr>
        <w:tc>
          <w:tcPr>
            <w:tcW w:type="dxa" w:w="8669"/>
            <w:shd w:val="clear" w:color="auto" w:fill="E8E8E8"/>
          </w:tcPr>
          <w:p>
            <w:pPr>
              <w:spacing w:after="0"/>
              <w:jc w:val="left"/>
            </w:pPr>
            <w:r>
              <w:rPr>
                <w:b/>
                <w:sz w:val="16"/>
              </w:rPr>
              <w:t>Measure</w:t>
            </w:r>
          </w:p>
        </w:tc>
        <w:tc>
          <w:tcPr>
            <w:tcW w:type="dxa" w:w="5443"/>
            <w:shd w:val="clear" w:color="auto" w:fill="E8E8E8"/>
          </w:tcPr>
          <w:p>
            <w:pPr>
              <w:spacing w:after="0"/>
              <w:jc w:val="right"/>
            </w:pPr>
            <w:r>
              <w:rPr>
                <w:b/>
                <w:sz w:val="16"/>
              </w:rPr>
              <w:t>Value</w:t>
            </w:r>
          </w:p>
        </w:tc>
      </w:tr>
      <w:tr>
        <w:trPr>
          <w:cantSplit/>
        </w:trPr>
        <w:tc>
          <w:tcPr>
            <w:tcW w:type="dxa" w:w="8669"/>
          </w:tcPr>
          <w:p>
            <w:pPr>
              <w:spacing w:after="0"/>
              <w:jc w:val="left"/>
            </w:pPr>
            <w:r>
              <w:rPr>
                <w:sz w:val="16"/>
              </w:rPr>
              <w:t>Population</w:t>
            </w:r>
          </w:p>
        </w:tc>
        <w:tc>
          <w:tcPr>
            <w:tcW w:type="dxa" w:w="5443"/>
          </w:tcPr>
          <w:p>
            <w:pPr>
              <w:spacing w:after="0"/>
              <w:jc w:val="right"/>
            </w:pPr>
            <w:r>
              <w:rPr>
                <w:sz w:val="16"/>
              </w:rPr>
              <w:t>593</w:t>
            </w:r>
          </w:p>
        </w:tc>
      </w:tr>
      <w:tr>
        <w:trPr>
          <w:cantSplit/>
        </w:trPr>
        <w:tc>
          <w:tcPr>
            <w:tcW w:type="dxa" w:w="8669"/>
          </w:tcPr>
          <w:p>
            <w:pPr>
              <w:spacing w:after="0"/>
              <w:jc w:val="left"/>
            </w:pPr>
            <w:r>
              <w:rPr>
                <w:sz w:val="16"/>
              </w:rPr>
              <w:t>Building value (total, not at risk)</w:t>
            </w:r>
          </w:p>
        </w:tc>
        <w:tc>
          <w:tcPr>
            <w:tcW w:type="dxa" w:w="5443"/>
          </w:tcPr>
          <w:p>
            <w:pPr>
              <w:spacing w:after="0"/>
              <w:jc w:val="right"/>
            </w:pPr>
            <w:r>
              <w:rPr>
                <w:sz w:val="16"/>
              </w:rPr>
              <w:t>$239,762,875</w:t>
            </w:r>
          </w:p>
        </w:tc>
      </w:tr>
      <w:tr>
        <w:trPr>
          <w:cantSplit/>
        </w:trPr>
        <w:tc>
          <w:tcPr>
            <w:tcW w:type="dxa" w:w="8669"/>
          </w:tcPr>
          <w:p>
            <w:pPr>
              <w:spacing w:after="0"/>
              <w:jc w:val="left"/>
            </w:pPr>
            <w:r>
              <w:rPr>
                <w:sz w:val="16"/>
              </w:rPr>
              <w:t>Agriculture value (total, not at risk)</w:t>
            </w:r>
          </w:p>
        </w:tc>
        <w:tc>
          <w:tcPr>
            <w:tcW w:type="dxa" w:w="5443"/>
          </w:tcPr>
          <w:p>
            <w:pPr>
              <w:spacing w:after="0"/>
              <w:jc w:val="right"/>
            </w:pPr>
            <w:r>
              <w:rPr>
                <w:sz w:val="16"/>
              </w:rPr>
              <w:t>$39,662,230</w:t>
            </w:r>
          </w:p>
        </w:tc>
      </w:tr>
      <w:tr>
        <w:trPr>
          <w:cantSplit/>
        </w:trPr>
        <w:tc>
          <w:tcPr>
            <w:tcW w:type="dxa" w:w="8669"/>
          </w:tcPr>
          <w:p>
            <w:pPr>
              <w:spacing w:after="0"/>
              <w:jc w:val="left"/>
            </w:pPr>
            <w:r>
              <w:rPr>
                <w:sz w:val="16"/>
              </w:rPr>
              <w:t>NRI risk rating (all hazards)</w:t>
            </w:r>
          </w:p>
        </w:tc>
        <w:tc>
          <w:tcPr>
            <w:tcW w:type="dxa" w:w="5443"/>
          </w:tcPr>
          <w:p>
            <w:pPr>
              <w:spacing w:after="0"/>
              <w:jc w:val="right"/>
            </w:pPr>
            <w:r>
              <w:rPr>
                <w:sz w:val="16"/>
              </w:rPr>
              <w:t>Very Low</w:t>
            </w:r>
          </w:p>
        </w:tc>
      </w:tr>
      <w:tr>
        <w:trPr>
          <w:cantSplit/>
        </w:trPr>
        <w:tc>
          <w:tcPr>
            <w:tcW w:type="dxa" w:w="8669"/>
          </w:tcPr>
          <w:p>
            <w:pPr>
              <w:spacing w:after="0"/>
              <w:jc w:val="left"/>
            </w:pPr>
            <w:r>
              <w:rPr>
                <w:sz w:val="16"/>
              </w:rPr>
              <w:t>Expected annual loss, buildings and agriculture, all hazards</w:t>
            </w:r>
          </w:p>
        </w:tc>
        <w:tc>
          <w:tcPr>
            <w:tcW w:type="dxa" w:w="5443"/>
          </w:tcPr>
          <w:p>
            <w:pPr>
              <w:spacing w:after="0"/>
              <w:jc w:val="right"/>
            </w:pPr>
            <w:r>
              <w:rPr>
                <w:sz w:val="16"/>
              </w:rPr>
              <w:t>$693,840</w:t>
            </w:r>
          </w:p>
        </w:tc>
      </w:tr>
      <w:tr>
        <w:trPr>
          <w:cantSplit/>
        </w:trPr>
        <w:tc>
          <w:tcPr>
            <w:tcW w:type="dxa" w:w="8669"/>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443"/>
          </w:tcPr>
          <w:p>
            <w:pPr>
              <w:spacing w:after="0"/>
              <w:jc w:val="right"/>
            </w:pPr>
            <w:r>
              <w:rPr>
                <w:sz w:val="16"/>
              </w:rPr>
              <w:t>$86,816</w:t>
            </w:r>
          </w:p>
        </w:tc>
      </w:tr>
      <w:tr>
        <w:trPr>
          <w:cantSplit/>
        </w:trPr>
        <w:tc>
          <w:tcPr>
            <w:tcW w:type="dxa" w:w="8669"/>
          </w:tcPr>
          <w:p>
            <w:pPr>
              <w:spacing w:after="0"/>
              <w:jc w:val="left"/>
            </w:pPr>
            <w:r>
              <w:rPr>
                <w:sz w:val="16"/>
              </w:rPr>
              <w:t>Social vulnerability rating</w:t>
            </w:r>
          </w:p>
        </w:tc>
        <w:tc>
          <w:tcPr>
            <w:tcW w:type="dxa" w:w="5443"/>
          </w:tcPr>
          <w:p>
            <w:pPr>
              <w:spacing w:after="0"/>
              <w:jc w:val="right"/>
            </w:pPr>
            <w:r>
              <w:rPr>
                <w:sz w:val="16"/>
              </w:rPr>
              <w:t>Very Low</w:t>
            </w:r>
          </w:p>
        </w:tc>
      </w:tr>
      <w:tr>
        <w:trPr>
          <w:cantSplit/>
        </w:trPr>
        <w:tc>
          <w:tcPr>
            <w:tcW w:type="dxa" w:w="8669"/>
          </w:tcPr>
          <w:p>
            <w:pPr>
              <w:spacing w:after="0"/>
              <w:jc w:val="left"/>
            </w:pPr>
            <w:r>
              <w:rPr>
                <w:sz w:val="16"/>
              </w:rPr>
              <w:t>Community resilience rating</w:t>
            </w:r>
          </w:p>
        </w:tc>
        <w:tc>
          <w:tcPr>
            <w:tcW w:type="dxa" w:w="5443"/>
          </w:tcPr>
          <w:p>
            <w:pPr>
              <w:spacing w:after="0"/>
              <w:jc w:val="right"/>
            </w:pPr>
            <w:r>
              <w:rPr>
                <w:sz w:val="16"/>
              </w:rPr>
              <w:t>Relatively Moderate</w:t>
            </w:r>
          </w:p>
        </w:tc>
      </w:tr>
      <w:tr>
        <w:trPr>
          <w:cantSplit/>
        </w:trPr>
        <w:tc>
          <w:tcPr>
            <w:tcW w:type="dxa" w:w="8669"/>
          </w:tcPr>
          <w:p>
            <w:pPr>
              <w:spacing w:after="0"/>
              <w:jc w:val="left"/>
            </w:pPr>
            <w:r>
              <w:rPr>
                <w:sz w:val="16"/>
              </w:rPr>
              <w:t>NRI version</w:t>
            </w:r>
          </w:p>
        </w:tc>
        <w:tc>
          <w:tcPr>
            <w:tcW w:type="dxa" w:w="5443"/>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661"/>
        <w:gridCol w:w="1555"/>
        <w:gridCol w:w="1397"/>
        <w:gridCol w:w="1397"/>
        <w:gridCol w:w="1397"/>
        <w:gridCol w:w="1397"/>
        <w:gridCol w:w="1397"/>
        <w:gridCol w:w="1397"/>
        <w:gridCol w:w="1555"/>
        <w:gridCol w:w="956"/>
      </w:tblGrid>
      <w:tr>
        <w:trPr>
          <w:cantSplit/>
          <w:tblHeader/>
        </w:trPr>
        <w:tc>
          <w:tcPr>
            <w:tcW w:type="dxa" w:w="1661"/>
            <w:shd w:val="clear" w:color="auto" w:fill="E8E8E8"/>
          </w:tcPr>
          <w:p>
            <w:pPr>
              <w:spacing w:after="0"/>
              <w:jc w:val="left"/>
            </w:pPr>
            <w:r>
              <w:rPr>
                <w:b/>
                <w:sz w:val="16"/>
              </w:rPr>
              <w:t>Member</w:t>
            </w:r>
          </w:p>
        </w:tc>
        <w:tc>
          <w:tcPr>
            <w:tcW w:type="dxa" w:w="1555"/>
            <w:shd w:val="clear" w:color="auto" w:fill="E8E8E8"/>
          </w:tcPr>
          <w:p>
            <w:pPr>
              <w:spacing w:after="0"/>
              <w:jc w:val="left"/>
            </w:pPr>
            <w:r>
              <w:rPr>
                <w:b/>
                <w:sz w:val="16"/>
              </w:rPr>
              <w:t>NFIP community ID</w:t>
            </w:r>
          </w:p>
        </w:tc>
        <w:tc>
          <w:tcPr>
            <w:tcW w:type="dxa" w:w="1397"/>
            <w:shd w:val="clear" w:color="auto" w:fill="E8E8E8"/>
          </w:tcPr>
          <w:p>
            <w:pPr>
              <w:spacing w:after="0"/>
              <w:jc w:val="right"/>
            </w:pPr>
            <w:r>
              <w:rPr>
                <w:b/>
                <w:sz w:val="16"/>
              </w:rPr>
              <w:t>RL, FMA</w:t>
            </w:r>
          </w:p>
          <w:p>
            <w:pPr>
              <w:spacing w:after="0"/>
              <w:jc w:val="right"/>
            </w:pPr>
            <w:r>
              <w:rPr>
                <w:i/>
                <w:color w:val="555555"/>
                <w:sz w:val="14"/>
              </w:rPr>
              <w:t>properties</w:t>
            </w:r>
          </w:p>
        </w:tc>
        <w:tc>
          <w:tcPr>
            <w:tcW w:type="dxa" w:w="1397"/>
            <w:shd w:val="clear" w:color="auto" w:fill="E8E8E8"/>
          </w:tcPr>
          <w:p>
            <w:pPr>
              <w:spacing w:after="0"/>
              <w:jc w:val="right"/>
            </w:pPr>
            <w:r>
              <w:rPr>
                <w:b/>
                <w:sz w:val="16"/>
              </w:rPr>
              <w:t>SRL, FMA</w:t>
            </w:r>
          </w:p>
          <w:p>
            <w:pPr>
              <w:spacing w:after="0"/>
              <w:jc w:val="right"/>
            </w:pPr>
            <w:r>
              <w:rPr>
                <w:i/>
                <w:color w:val="555555"/>
                <w:sz w:val="14"/>
              </w:rPr>
              <w:t>properties</w:t>
            </w:r>
          </w:p>
        </w:tc>
        <w:tc>
          <w:tcPr>
            <w:tcW w:type="dxa" w:w="1397"/>
            <w:shd w:val="clear" w:color="auto" w:fill="E8E8E8"/>
          </w:tcPr>
          <w:p>
            <w:pPr>
              <w:spacing w:after="0"/>
              <w:jc w:val="right"/>
            </w:pPr>
            <w:r>
              <w:rPr>
                <w:b/>
                <w:sz w:val="16"/>
              </w:rPr>
              <w:t>RL, NFIP</w:t>
            </w:r>
          </w:p>
          <w:p>
            <w:pPr>
              <w:spacing w:after="0"/>
              <w:jc w:val="right"/>
            </w:pPr>
            <w:r>
              <w:rPr>
                <w:i/>
                <w:color w:val="555555"/>
                <w:sz w:val="14"/>
              </w:rPr>
              <w:t>properties</w:t>
            </w:r>
          </w:p>
        </w:tc>
        <w:tc>
          <w:tcPr>
            <w:tcW w:type="dxa" w:w="1397"/>
            <w:shd w:val="clear" w:color="auto" w:fill="E8E8E8"/>
          </w:tcPr>
          <w:p>
            <w:pPr>
              <w:spacing w:after="0"/>
              <w:jc w:val="right"/>
            </w:pPr>
            <w:r>
              <w:rPr>
                <w:b/>
                <w:sz w:val="16"/>
              </w:rPr>
              <w:t>SRL, NFIP</w:t>
            </w:r>
          </w:p>
          <w:p>
            <w:pPr>
              <w:spacing w:after="0"/>
              <w:jc w:val="right"/>
            </w:pPr>
            <w:r>
              <w:rPr>
                <w:i/>
                <w:color w:val="555555"/>
                <w:sz w:val="14"/>
              </w:rPr>
              <w:t>properties</w:t>
            </w:r>
          </w:p>
        </w:tc>
        <w:tc>
          <w:tcPr>
            <w:tcW w:type="dxa" w:w="139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97"/>
            <w:shd w:val="clear" w:color="auto" w:fill="E8E8E8"/>
          </w:tcPr>
          <w:p>
            <w:pPr>
              <w:spacing w:after="0"/>
              <w:jc w:val="right"/>
            </w:pPr>
            <w:r>
              <w:rPr>
                <w:b/>
                <w:sz w:val="16"/>
              </w:rPr>
              <w:t>Mitigated</w:t>
            </w:r>
          </w:p>
          <w:p>
            <w:pPr>
              <w:spacing w:after="0"/>
              <w:jc w:val="right"/>
            </w:pPr>
            <w:r>
              <w:rPr>
                <w:i/>
                <w:color w:val="555555"/>
                <w:sz w:val="14"/>
              </w:rPr>
              <w:t>properties</w:t>
            </w:r>
          </w:p>
        </w:tc>
        <w:tc>
          <w:tcPr>
            <w:tcW w:type="dxa" w:w="1555"/>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56"/>
            <w:shd w:val="clear" w:color="auto" w:fill="E8E8E8"/>
          </w:tcPr>
          <w:p>
            <w:pPr>
              <w:spacing w:after="0"/>
              <w:jc w:val="left"/>
            </w:pPr>
            <w:r>
              <w:rPr>
                <w:b/>
                <w:sz w:val="16"/>
              </w:rPr>
              <w:t>Note</w:t>
            </w:r>
          </w:p>
        </w:tc>
      </w:tr>
      <w:tr>
        <w:trPr>
          <w:cantSplit/>
        </w:trPr>
        <w:tc>
          <w:tcPr>
            <w:tcW w:type="dxa" w:w="1661"/>
          </w:tcPr>
          <w:p>
            <w:pPr>
              <w:spacing w:after="0"/>
              <w:jc w:val="left"/>
            </w:pPr>
            <w:r>
              <w:rPr>
                <w:sz w:val="16"/>
              </w:rPr>
              <w:t>Loup County</w:t>
            </w:r>
          </w:p>
        </w:tc>
        <w:tc>
          <w:tcPr>
            <w:tcW w:type="dxa" w:w="1555"/>
          </w:tcPr>
          <w:p>
            <w:pPr>
              <w:spacing w:after="0"/>
              <w:jc w:val="left"/>
            </w:pPr>
            <w:r>
              <w:rPr>
                <w:sz w:val="16"/>
              </w:rPr>
              <w:t>310454</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r>
        <w:trPr>
          <w:cantSplit/>
        </w:trPr>
        <w:tc>
          <w:tcPr>
            <w:tcW w:type="dxa" w:w="1661"/>
          </w:tcPr>
          <w:p>
            <w:pPr>
              <w:spacing w:after="0"/>
              <w:jc w:val="left"/>
            </w:pPr>
            <w:r>
              <w:rPr>
                <w:sz w:val="16"/>
              </w:rPr>
              <w:t>Taylor village</w:t>
            </w:r>
          </w:p>
        </w:tc>
        <w:tc>
          <w:tcPr>
            <w:tcW w:type="dxa" w:w="1555"/>
          </w:tcPr>
          <w:p>
            <w:pPr>
              <w:spacing w:after="0"/>
              <w:jc w:val="left"/>
            </w:pPr>
            <w:r>
              <w:rPr>
                <w:sz w:val="16"/>
              </w:rPr>
              <w:t>310325</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Loup County, NE: risk-assessment baseline packet, release 2026-10 (data as of 2026-09-28; County area 31115).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hazard-plain_2026-10_NE_31115.docx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Loup County, NE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Loup County, NE: Risk-assessment baseline packet</dc:title>
  <dc:subject>Hazard Plain release 2026-10, as of 2026-09-28. Preview: automated baseline</dc:subject>
  <dc:creator>Hazard Plain</dc:creator>
  <cp:keywords>Hazard Plain; hazard mitigation; risk assessment; 31115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