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Sargent County, ND</w:t>
      </w:r>
    </w:p>
    <w:p>
      <w:pPr>
        <w:spacing w:after="120" w:before="0"/>
      </w:pPr>
      <w:r>
        <w:rPr>
          <w:color w:val="555555"/>
          <w:sz w:val="24"/>
        </w:rPr>
        <w:t>Risk-assessment baseline packet</w:t>
      </w:r>
    </w:p>
    <w:p>
      <w:pPr>
        <w:spacing w:after="120" w:before="0"/>
      </w:pPr>
      <w:r>
        <w:rPr>
          <w:b/>
          <w:sz w:val="18"/>
        </w:rPr>
        <w:t xml:space="preserve">County FIPS: </w:t>
      </w:r>
      <w:r>
        <w:rPr>
          <w:sz w:val="18"/>
        </w:rPr>
        <w:t>38081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2031-07-06. Plan: Sargent County, ND Hazard Mitigation Plan 2026 (FEMA plan 112038), approved 2026-07-07.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2026-07-07: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($2,047,737 a year), Hail ($1,067,291) and Strong Wind ($997,171).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38081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2031-07-06</w:t>
      </w:r>
    </w:p>
    <w:p>
      <w:pPr>
        <w:keepNext/>
        <w:spacing w:after="40" w:before="0"/>
      </w:pPr>
      <w:r>
        <w:rPr>
          <w:b/>
        </w:rPr>
        <w:t xml:space="preserve">Plan: </w:t>
      </w:r>
      <w:r>
        <w:rPr/>
        <w:t>Sargent County, ND Hazard Mitigation Plan 2026 (FEMA plan 112038)</w:t>
      </w:r>
    </w:p>
    <w:p>
      <w:pPr>
        <w:keepNext/>
        <w:spacing w:after="40" w:before="0"/>
      </w:pPr>
      <w:r>
        <w:rPr>
          <w:b/>
        </w:rPr>
        <w:t xml:space="preserve">Approved: </w:t>
      </w:r>
      <w:r>
        <w:rPr/>
        <w:t>2026-07-07</w:t>
      </w:r>
    </w:p>
    <w:p>
      <w:pPr>
        <w:keepNext/>
        <w:spacing w:after="40" w:before="0"/>
      </w:pPr>
      <w:r>
        <w:rPr>
          <w:b/>
        </w:rPr>
        <w:t xml:space="preserve">Days to expiry: </w:t>
      </w:r>
      <w:r>
        <w:rPr/>
        <w:t>1,740</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9"/>
        <w:gridCol w:w="1001"/>
        <w:gridCol w:w="3893"/>
        <w:gridCol w:w="3060"/>
        <w:gridCol w:w="1527"/>
        <w:gridCol w:w="1527"/>
        <w:gridCol w:w="1316"/>
      </w:tblGrid>
      <w:tr>
        <w:trPr>
          <w:cantSplit/>
          <w:tblHeader/>
        </w:trPr>
        <w:tc>
          <w:tcPr>
            <w:tcW w:type="dxa" w:w="1789"/>
            <w:shd w:val="clear" w:color="auto" w:fill="E8E8E8"/>
          </w:tcPr>
          <w:p>
            <w:pPr>
              <w:spacing w:after="0"/>
              <w:jc w:val="left"/>
            </w:pPr>
            <w:r>
              <w:rPr>
                <w:b/>
                <w:sz w:val="16"/>
              </w:rPr>
              <w:t>Jurisdiction</w:t>
            </w:r>
          </w:p>
        </w:tc>
        <w:tc>
          <w:tcPr>
            <w:tcW w:type="dxa" w:w="1001"/>
            <w:shd w:val="clear" w:color="auto" w:fill="E8E8E8"/>
          </w:tcPr>
          <w:p>
            <w:pPr>
              <w:spacing w:after="0"/>
              <w:jc w:val="left"/>
            </w:pPr>
            <w:r>
              <w:rPr>
                <w:b/>
                <w:sz w:val="16"/>
              </w:rPr>
              <w:t>Type</w:t>
            </w:r>
          </w:p>
        </w:tc>
        <w:tc>
          <w:tcPr>
            <w:tcW w:type="dxa" w:w="3893"/>
            <w:shd w:val="clear" w:color="auto" w:fill="E8E8E8"/>
          </w:tcPr>
          <w:p>
            <w:pPr>
              <w:spacing w:after="0"/>
              <w:jc w:val="left"/>
            </w:pPr>
            <w:r>
              <w:rPr>
                <w:b/>
                <w:sz w:val="16"/>
              </w:rPr>
              <w:t>Status</w:t>
            </w:r>
          </w:p>
        </w:tc>
        <w:tc>
          <w:tcPr>
            <w:tcW w:type="dxa" w:w="3060"/>
            <w:shd w:val="clear" w:color="auto" w:fill="E8E8E8"/>
          </w:tcPr>
          <w:p>
            <w:pPr>
              <w:spacing w:after="0"/>
              <w:jc w:val="left"/>
            </w:pPr>
            <w:r>
              <w:rPr>
                <w:b/>
                <w:sz w:val="16"/>
              </w:rPr>
              <w:t>Plan</w:t>
            </w:r>
          </w:p>
        </w:tc>
        <w:tc>
          <w:tcPr>
            <w:tcW w:type="dxa" w:w="1527"/>
            <w:shd w:val="clear" w:color="auto" w:fill="E8E8E8"/>
          </w:tcPr>
          <w:p>
            <w:pPr>
              <w:spacing w:after="0"/>
              <w:jc w:val="left"/>
            </w:pPr>
            <w:r>
              <w:rPr>
                <w:b/>
                <w:sz w:val="16"/>
              </w:rPr>
              <w:t>Approved</w:t>
            </w:r>
          </w:p>
        </w:tc>
        <w:tc>
          <w:tcPr>
            <w:tcW w:type="dxa" w:w="1527"/>
            <w:shd w:val="clear" w:color="auto" w:fill="E8E8E8"/>
          </w:tcPr>
          <w:p>
            <w:pPr>
              <w:spacing w:after="0"/>
              <w:jc w:val="left"/>
            </w:pPr>
            <w:r>
              <w:rPr>
                <w:b/>
                <w:sz w:val="16"/>
              </w:rPr>
              <w:t>Expires</w:t>
            </w:r>
          </w:p>
        </w:tc>
        <w:tc>
          <w:tcPr>
            <w:tcW w:type="dxa" w:w="131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9"/>
          </w:tcPr>
          <w:p>
            <w:pPr>
              <w:spacing w:after="0"/>
              <w:jc w:val="left"/>
            </w:pPr>
            <w:r>
              <w:rPr>
                <w:sz w:val="16"/>
              </w:rPr>
              <w:t>Sargent County</w:t>
            </w:r>
          </w:p>
        </w:tc>
        <w:tc>
          <w:tcPr>
            <w:tcW w:type="dxa" w:w="1001"/>
          </w:tcPr>
          <w:p>
            <w:pPr>
              <w:spacing w:after="0"/>
              <w:jc w:val="left"/>
            </w:pPr>
            <w:r>
              <w:rPr>
                <w:sz w:val="16"/>
              </w:rPr>
              <w:t>County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Cayuga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Cogswell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Forman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Gwinner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Havana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Milnor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r>
        <w:trPr>
          <w:cantSplit/>
        </w:trPr>
        <w:tc>
          <w:tcPr>
            <w:tcW w:type="dxa" w:w="1789"/>
          </w:tcPr>
          <w:p>
            <w:pPr>
              <w:spacing w:after="0"/>
              <w:jc w:val="left"/>
            </w:pPr>
            <w:r>
              <w:rPr>
                <w:sz w:val="16"/>
              </w:rPr>
              <w:t>Rutland city</w:t>
            </w:r>
          </w:p>
        </w:tc>
        <w:tc>
          <w:tcPr>
            <w:tcW w:type="dxa" w:w="1001"/>
          </w:tcPr>
          <w:p>
            <w:pPr>
              <w:spacing w:after="0"/>
              <w:jc w:val="left"/>
            </w:pPr>
            <w:r>
              <w:rPr>
                <w:sz w:val="16"/>
              </w:rPr>
              <w:t>City</w:t>
            </w:r>
          </w:p>
        </w:tc>
        <w:tc>
          <w:tcPr>
            <w:tcW w:type="dxa" w:w="3893"/>
          </w:tcPr>
          <w:p>
            <w:pPr>
              <w:spacing w:after="0"/>
              <w:jc w:val="left"/>
            </w:pPr>
            <w:r>
              <w:rPr>
                <w:sz w:val="16"/>
              </w:rPr>
              <w:t>Approved, expires 2031-07-06</w:t>
            </w:r>
          </w:p>
        </w:tc>
        <w:tc>
          <w:tcPr>
            <w:tcW w:type="dxa" w:w="3060"/>
          </w:tcPr>
          <w:p>
            <w:pPr>
              <w:spacing w:after="0"/>
              <w:jc w:val="left"/>
            </w:pPr>
            <w:r>
              <w:rPr>
                <w:sz w:val="16"/>
              </w:rPr>
              <w:t>Sargent County, ND Hazard Mitigation Plan 2026 (FEMA plan 112038)</w:t>
            </w:r>
          </w:p>
        </w:tc>
        <w:tc>
          <w:tcPr>
            <w:tcW w:type="dxa" w:w="1527"/>
          </w:tcPr>
          <w:p>
            <w:pPr>
              <w:spacing w:after="0"/>
              <w:jc w:val="left"/>
            </w:pPr>
            <w:r>
              <w:rPr>
                <w:sz w:val="16"/>
              </w:rPr>
              <w:t>2026-07-07</w:t>
            </w:r>
          </w:p>
        </w:tc>
        <w:tc>
          <w:tcPr>
            <w:tcW w:type="dxa" w:w="1527"/>
          </w:tcPr>
          <w:p>
            <w:pPr>
              <w:spacing w:after="0"/>
              <w:jc w:val="left"/>
            </w:pPr>
            <w:r>
              <w:rPr>
                <w:sz w:val="16"/>
              </w:rPr>
              <w:t>2031-07-06</w:t>
            </w:r>
          </w:p>
        </w:tc>
        <w:tc>
          <w:tcPr>
            <w:tcW w:type="dxa" w:w="1316"/>
          </w:tcPr>
          <w:p>
            <w:pPr>
              <w:spacing w:after="0"/>
              <w:jc w:val="right"/>
            </w:pPr>
            <w:r>
              <w:rPr>
                <w:sz w:val="16"/>
              </w:rPr>
              <w:t>1,740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4"/>
        <w:gridCol w:w="1037"/>
        <w:gridCol w:w="1148"/>
        <w:gridCol w:w="1286"/>
        <w:gridCol w:w="948"/>
        <w:gridCol w:w="1126"/>
        <w:gridCol w:w="1358"/>
        <w:gridCol w:w="1092"/>
        <w:gridCol w:w="1425"/>
        <w:gridCol w:w="1419"/>
        <w:gridCol w:w="2598"/>
      </w:tblGrid>
      <w:tr>
        <w:trPr>
          <w:cantSplit/>
          <w:tblHeader/>
        </w:trPr>
        <w:tc>
          <w:tcPr>
            <w:tcW w:type="dxa" w:w="67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8"/>
            <w:shd w:val="clear" w:color="auto" w:fill="E8E8E8"/>
          </w:tcPr>
          <w:p>
            <w:pPr>
              <w:spacing w:after="0"/>
              <w:jc w:val="left"/>
            </w:pPr>
            <w:r>
              <w:rPr>
                <w:b/>
                <w:sz w:val="16"/>
              </w:rPr>
              <w:t>NRI risk rating</w:t>
            </w:r>
          </w:p>
        </w:tc>
        <w:tc>
          <w:tcPr>
            <w:tcW w:type="dxa" w:w="1286"/>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9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2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1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98"/>
            <w:shd w:val="clear" w:color="auto" w:fill="E8E8E8"/>
          </w:tcPr>
          <w:p>
            <w:pPr>
              <w:spacing w:after="0"/>
              <w:jc w:val="left"/>
            </w:pPr>
            <w:r>
              <w:rPr>
                <w:b/>
                <w:sz w:val="16"/>
              </w:rPr>
              <w:t>Storm Events coverage note</w:t>
            </w:r>
          </w:p>
        </w:tc>
      </w:tr>
      <w:tr>
        <w:trPr>
          <w:cantSplit/>
        </w:trPr>
        <w:tc>
          <w:tcPr>
            <w:tcW w:type="dxa" w:w="674"/>
          </w:tcPr>
          <w:p>
            <w:pPr>
              <w:spacing w:after="0"/>
              <w:jc w:val="right"/>
            </w:pPr>
            <w:r>
              <w:rPr>
                <w:sz w:val="16"/>
              </w:rPr>
              <w:t>1</w:t>
            </w:r>
          </w:p>
        </w:tc>
        <w:tc>
          <w:tcPr>
            <w:tcW w:type="dxa" w:w="1037"/>
          </w:tcPr>
          <w:p>
            <w:pPr>
              <w:spacing w:after="0"/>
              <w:jc w:val="left"/>
            </w:pPr>
            <w:r>
              <w:rPr>
                <w:sz w:val="16"/>
              </w:rPr>
              <w:t>Cold Wave</w:t>
            </w:r>
          </w:p>
        </w:tc>
        <w:tc>
          <w:tcPr>
            <w:tcW w:type="dxa" w:w="1148"/>
          </w:tcPr>
          <w:p>
            <w:pPr>
              <w:spacing w:after="0"/>
              <w:jc w:val="left"/>
            </w:pPr>
            <w:r>
              <w:rPr>
                <w:sz w:val="16"/>
              </w:rPr>
              <w:t>Relatively Low</w:t>
            </w:r>
          </w:p>
        </w:tc>
        <w:tc>
          <w:tcPr>
            <w:tcW w:type="dxa" w:w="1286"/>
          </w:tcPr>
          <w:p>
            <w:pPr>
              <w:spacing w:after="0"/>
              <w:jc w:val="left"/>
            </w:pPr>
            <w:r>
              <w:rPr>
                <w:sz w:val="16"/>
              </w:rPr>
              <w:t>Relatively Moderate</w:t>
            </w:r>
          </w:p>
        </w:tc>
        <w:tc>
          <w:tcPr>
            <w:tcW w:type="dxa" w:w="948"/>
          </w:tcPr>
          <w:p>
            <w:pPr>
              <w:spacing w:after="0"/>
              <w:jc w:val="right"/>
            </w:pPr>
            <w:r>
              <w:rPr>
                <w:sz w:val="16"/>
              </w:rPr>
              <w:t>$401</w:t>
            </w:r>
          </w:p>
        </w:tc>
        <w:tc>
          <w:tcPr>
            <w:tcW w:type="dxa" w:w="1126"/>
          </w:tcPr>
          <w:p>
            <w:pPr>
              <w:spacing w:after="0"/>
              <w:jc w:val="right"/>
            </w:pPr>
            <w:r>
              <w:rPr>
                <w:sz w:val="16"/>
              </w:rPr>
              <w:t>$991,460</w:t>
            </w:r>
          </w:p>
        </w:tc>
        <w:tc>
          <w:tcPr>
            <w:tcW w:type="dxa" w:w="1358"/>
          </w:tcPr>
          <w:p>
            <w:pPr>
              <w:spacing w:after="0"/>
              <w:jc w:val="right"/>
            </w:pPr>
            <w:r>
              <w:rPr>
                <w:sz w:val="16"/>
              </w:rPr>
              <w:t>$1,055,877</w:t>
            </w:r>
          </w:p>
        </w:tc>
        <w:tc>
          <w:tcPr>
            <w:tcW w:type="dxa" w:w="1092"/>
          </w:tcPr>
          <w:p>
            <w:pPr>
              <w:spacing w:after="0"/>
              <w:jc w:val="right"/>
            </w:pPr>
            <w:r>
              <w:rPr>
                <w:sz w:val="16"/>
              </w:rPr>
              <w:t>$2,047,737</w:t>
            </w:r>
          </w:p>
        </w:tc>
        <w:tc>
          <w:tcPr>
            <w:tcW w:type="dxa" w:w="1425"/>
          </w:tcPr>
          <w:p>
            <w:pPr>
              <w:spacing w:after="0"/>
              <w:jc w:val="right"/>
            </w:pPr>
            <w:r>
              <w:rPr>
                <w:sz w:val="16"/>
              </w:rPr>
              <w:t>68</w:t>
            </w:r>
          </w:p>
        </w:tc>
        <w:tc>
          <w:tcPr>
            <w:tcW w:type="dxa" w:w="1419"/>
          </w:tcPr>
          <w:p>
            <w:pPr>
              <w:spacing w:after="0"/>
              <w:jc w:val="left"/>
            </w:pPr>
          </w:p>
        </w:tc>
        <w:tc>
          <w:tcPr>
            <w:tcW w:type="dxa" w:w="2598"/>
          </w:tcPr>
          <w:p>
            <w:pPr>
              <w:spacing w:after="0"/>
              <w:jc w:val="left"/>
            </w:pPr>
            <w:r>
              <w:rPr>
                <w:sz w:val="16"/>
              </w:rPr>
              <w:t>Includes 5 Frost/Freeze records (outside NRI's Cold Wave definition; counted in this table and in B1-d, not in the B1-e descriptor).</w:t>
            </w:r>
          </w:p>
        </w:tc>
      </w:tr>
      <w:tr>
        <w:trPr>
          <w:cantSplit/>
        </w:trPr>
        <w:tc>
          <w:tcPr>
            <w:tcW w:type="dxa" w:w="674"/>
          </w:tcPr>
          <w:p>
            <w:pPr>
              <w:spacing w:after="0"/>
              <w:jc w:val="right"/>
            </w:pPr>
            <w:r>
              <w:rPr>
                <w:sz w:val="16"/>
              </w:rPr>
              <w:t>2</w:t>
            </w:r>
          </w:p>
        </w:tc>
        <w:tc>
          <w:tcPr>
            <w:tcW w:type="dxa" w:w="1037"/>
          </w:tcPr>
          <w:p>
            <w:pPr>
              <w:spacing w:after="0"/>
              <w:jc w:val="left"/>
            </w:pPr>
            <w:r>
              <w:rPr>
                <w:sz w:val="16"/>
              </w:rPr>
              <w:t>Hail</w:t>
            </w:r>
          </w:p>
        </w:tc>
        <w:tc>
          <w:tcPr>
            <w:tcW w:type="dxa" w:w="1148"/>
          </w:tcPr>
          <w:p>
            <w:pPr>
              <w:spacing w:after="0"/>
              <w:jc w:val="left"/>
            </w:pPr>
            <w:r>
              <w:rPr>
                <w:sz w:val="16"/>
              </w:rPr>
              <w:t>Relatively Moderate</w:t>
            </w:r>
          </w:p>
        </w:tc>
        <w:tc>
          <w:tcPr>
            <w:tcW w:type="dxa" w:w="1286"/>
          </w:tcPr>
          <w:p>
            <w:pPr>
              <w:spacing w:after="0"/>
              <w:jc w:val="left"/>
            </w:pPr>
            <w:r>
              <w:rPr>
                <w:sz w:val="16"/>
              </w:rPr>
              <w:t>Relatively Moderate</w:t>
            </w:r>
          </w:p>
        </w:tc>
        <w:tc>
          <w:tcPr>
            <w:tcW w:type="dxa" w:w="948"/>
          </w:tcPr>
          <w:p>
            <w:pPr>
              <w:spacing w:after="0"/>
              <w:jc w:val="right"/>
            </w:pPr>
            <w:r>
              <w:rPr>
                <w:sz w:val="16"/>
              </w:rPr>
              <w:t>$45,020</w:t>
            </w:r>
          </w:p>
        </w:tc>
        <w:tc>
          <w:tcPr>
            <w:tcW w:type="dxa" w:w="1126"/>
          </w:tcPr>
          <w:p>
            <w:pPr>
              <w:spacing w:after="0"/>
              <w:jc w:val="right"/>
            </w:pPr>
            <w:r>
              <w:rPr>
                <w:sz w:val="16"/>
              </w:rPr>
              <w:t>$1,010,782</w:t>
            </w:r>
          </w:p>
        </w:tc>
        <w:tc>
          <w:tcPr>
            <w:tcW w:type="dxa" w:w="1358"/>
          </w:tcPr>
          <w:p>
            <w:pPr>
              <w:spacing w:after="0"/>
              <w:jc w:val="right"/>
            </w:pPr>
            <w:r>
              <w:rPr>
                <w:sz w:val="16"/>
              </w:rPr>
              <w:t>$11,490</w:t>
            </w:r>
          </w:p>
        </w:tc>
        <w:tc>
          <w:tcPr>
            <w:tcW w:type="dxa" w:w="1092"/>
          </w:tcPr>
          <w:p>
            <w:pPr>
              <w:spacing w:after="0"/>
              <w:jc w:val="right"/>
            </w:pPr>
            <w:r>
              <w:rPr>
                <w:sz w:val="16"/>
              </w:rPr>
              <w:t>$1,067,291</w:t>
            </w:r>
          </w:p>
        </w:tc>
        <w:tc>
          <w:tcPr>
            <w:tcW w:type="dxa" w:w="1425"/>
          </w:tcPr>
          <w:p>
            <w:pPr>
              <w:spacing w:after="0"/>
              <w:jc w:val="right"/>
            </w:pPr>
            <w:r>
              <w:rPr>
                <w:sz w:val="16"/>
              </w:rPr>
              <w:t>161</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3</w:t>
            </w:r>
          </w:p>
        </w:tc>
        <w:tc>
          <w:tcPr>
            <w:tcW w:type="dxa" w:w="1037"/>
          </w:tcPr>
          <w:p>
            <w:pPr>
              <w:spacing w:after="0"/>
              <w:jc w:val="left"/>
            </w:pPr>
            <w:r>
              <w:rPr>
                <w:sz w:val="16"/>
              </w:rPr>
              <w:t>Strong Wind</w:t>
            </w:r>
          </w:p>
        </w:tc>
        <w:tc>
          <w:tcPr>
            <w:tcW w:type="dxa" w:w="1148"/>
          </w:tcPr>
          <w:p>
            <w:pPr>
              <w:spacing w:after="0"/>
              <w:jc w:val="left"/>
            </w:pPr>
            <w:r>
              <w:rPr>
                <w:sz w:val="16"/>
              </w:rPr>
              <w:t>Relatively Moderate</w:t>
            </w:r>
          </w:p>
        </w:tc>
        <w:tc>
          <w:tcPr>
            <w:tcW w:type="dxa" w:w="1286"/>
          </w:tcPr>
          <w:p>
            <w:pPr>
              <w:spacing w:after="0"/>
              <w:jc w:val="left"/>
            </w:pPr>
            <w:r>
              <w:rPr>
                <w:sz w:val="16"/>
              </w:rPr>
              <w:t>Relatively Moderate</w:t>
            </w:r>
          </w:p>
        </w:tc>
        <w:tc>
          <w:tcPr>
            <w:tcW w:type="dxa" w:w="948"/>
          </w:tcPr>
          <w:p>
            <w:pPr>
              <w:spacing w:after="0"/>
              <w:jc w:val="right"/>
            </w:pPr>
            <w:r>
              <w:rPr>
                <w:sz w:val="16"/>
              </w:rPr>
              <w:t>$98,161</w:t>
            </w:r>
          </w:p>
        </w:tc>
        <w:tc>
          <w:tcPr>
            <w:tcW w:type="dxa" w:w="1126"/>
          </w:tcPr>
          <w:p>
            <w:pPr>
              <w:spacing w:after="0"/>
              <w:jc w:val="right"/>
            </w:pPr>
            <w:r>
              <w:rPr>
                <w:sz w:val="16"/>
              </w:rPr>
              <w:t>$847,330</w:t>
            </w:r>
          </w:p>
        </w:tc>
        <w:tc>
          <w:tcPr>
            <w:tcW w:type="dxa" w:w="1358"/>
          </w:tcPr>
          <w:p>
            <w:pPr>
              <w:spacing w:after="0"/>
              <w:jc w:val="right"/>
            </w:pPr>
            <w:r>
              <w:rPr>
                <w:sz w:val="16"/>
              </w:rPr>
              <w:t>$51,680</w:t>
            </w:r>
          </w:p>
        </w:tc>
        <w:tc>
          <w:tcPr>
            <w:tcW w:type="dxa" w:w="1092"/>
          </w:tcPr>
          <w:p>
            <w:pPr>
              <w:spacing w:after="0"/>
              <w:jc w:val="right"/>
            </w:pPr>
            <w:r>
              <w:rPr>
                <w:sz w:val="16"/>
              </w:rPr>
              <w:t>$997,171</w:t>
            </w:r>
          </w:p>
        </w:tc>
        <w:tc>
          <w:tcPr>
            <w:tcW w:type="dxa" w:w="1425"/>
          </w:tcPr>
          <w:p>
            <w:pPr>
              <w:spacing w:after="0"/>
              <w:jc w:val="right"/>
            </w:pPr>
            <w:r>
              <w:rPr>
                <w:sz w:val="16"/>
              </w:rPr>
              <w:t>123</w:t>
            </w:r>
          </w:p>
        </w:tc>
        <w:tc>
          <w:tcPr>
            <w:tcW w:type="dxa" w:w="1419"/>
          </w:tcPr>
          <w:p>
            <w:pPr>
              <w:spacing w:after="0"/>
              <w:jc w:val="left"/>
            </w:pPr>
          </w:p>
        </w:tc>
        <w:tc>
          <w:tcPr>
            <w:tcW w:type="dxa" w:w="2598"/>
          </w:tcPr>
          <w:p>
            <w:pPr>
              <w:spacing w:after="0"/>
              <w:jc w:val="left"/>
            </w:pPr>
            <w:r>
              <w:rPr>
                <w:sz w:val="16"/>
              </w:rPr>
              <w:t>Includes 31 High Wind records (a NOAA non-thunderstorm wind type, outside NRI's Strong Wind definition).</w:t>
            </w:r>
          </w:p>
        </w:tc>
      </w:tr>
      <w:tr>
        <w:trPr>
          <w:cantSplit/>
        </w:trPr>
        <w:tc>
          <w:tcPr>
            <w:tcW w:type="dxa" w:w="674"/>
          </w:tcPr>
          <w:p>
            <w:pPr>
              <w:spacing w:after="0"/>
              <w:jc w:val="right"/>
            </w:pPr>
            <w:r>
              <w:rPr>
                <w:sz w:val="16"/>
              </w:rPr>
              <w:t>4</w:t>
            </w:r>
          </w:p>
        </w:tc>
        <w:tc>
          <w:tcPr>
            <w:tcW w:type="dxa" w:w="1037"/>
          </w:tcPr>
          <w:p>
            <w:pPr>
              <w:spacing w:after="0"/>
              <w:jc w:val="left"/>
            </w:pPr>
            <w:r>
              <w:rPr>
                <w:sz w:val="16"/>
              </w:rPr>
              <w:t>Inland Flooding</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$661,611</w:t>
            </w:r>
          </w:p>
        </w:tc>
        <w:tc>
          <w:tcPr>
            <w:tcW w:type="dxa" w:w="1126"/>
          </w:tcPr>
          <w:p>
            <w:pPr>
              <w:spacing w:after="0"/>
              <w:jc w:val="right"/>
            </w:pPr>
            <w:r>
              <w:rPr>
                <w:sz w:val="16"/>
              </w:rPr>
              <w:t>$12</w:t>
            </w:r>
          </w:p>
        </w:tc>
        <w:tc>
          <w:tcPr>
            <w:tcW w:type="dxa" w:w="1358"/>
          </w:tcPr>
          <w:p>
            <w:pPr>
              <w:spacing w:after="0"/>
              <w:jc w:val="right"/>
            </w:pPr>
            <w:r>
              <w:rPr>
                <w:sz w:val="16"/>
              </w:rPr>
              <w:t>$0</w:t>
            </w:r>
          </w:p>
        </w:tc>
        <w:tc>
          <w:tcPr>
            <w:tcW w:type="dxa" w:w="1092"/>
          </w:tcPr>
          <w:p>
            <w:pPr>
              <w:spacing w:after="0"/>
              <w:jc w:val="right"/>
            </w:pPr>
            <w:r>
              <w:rPr>
                <w:sz w:val="16"/>
              </w:rPr>
              <w:t>$661,623</w:t>
            </w:r>
          </w:p>
        </w:tc>
        <w:tc>
          <w:tcPr>
            <w:tcW w:type="dxa" w:w="1425"/>
          </w:tcPr>
          <w:p>
            <w:pPr>
              <w:spacing w:after="0"/>
              <w:jc w:val="right"/>
            </w:pPr>
            <w:r>
              <w:rPr>
                <w:sz w:val="16"/>
              </w:rPr>
              <w:t>45</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5</w:t>
            </w:r>
          </w:p>
        </w:tc>
        <w:tc>
          <w:tcPr>
            <w:tcW w:type="dxa" w:w="1037"/>
          </w:tcPr>
          <w:p>
            <w:pPr>
              <w:spacing w:after="0"/>
              <w:jc w:val="left"/>
            </w:pPr>
            <w:r>
              <w:rPr>
                <w:sz w:val="16"/>
              </w:rPr>
              <w:t>Ice Storm</w:t>
            </w:r>
          </w:p>
        </w:tc>
        <w:tc>
          <w:tcPr>
            <w:tcW w:type="dxa" w:w="1148"/>
          </w:tcPr>
          <w:p>
            <w:pPr>
              <w:spacing w:after="0"/>
              <w:jc w:val="left"/>
            </w:pPr>
            <w:r>
              <w:rPr>
                <w:sz w:val="16"/>
              </w:rPr>
              <w:t>Relatively Moderate</w:t>
            </w:r>
          </w:p>
        </w:tc>
        <w:tc>
          <w:tcPr>
            <w:tcW w:type="dxa" w:w="1286"/>
          </w:tcPr>
          <w:p>
            <w:pPr>
              <w:spacing w:after="0"/>
              <w:jc w:val="left"/>
            </w:pPr>
            <w:r>
              <w:rPr>
                <w:sz w:val="16"/>
              </w:rPr>
              <w:t>Relatively Moderate</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358"/>
          </w:tcPr>
          <w:p>
            <w:pPr>
              <w:spacing w:after="0"/>
              <w:jc w:val="right"/>
            </w:pPr>
            <w:r>
              <w:rPr>
                <w:sz w:val="16"/>
              </w:rPr>
              <w:t>$20,234</w:t>
            </w:r>
          </w:p>
        </w:tc>
        <w:tc>
          <w:tcPr>
            <w:tcW w:type="dxa" w:w="1092"/>
          </w:tcPr>
          <w:p>
            <w:pPr>
              <w:spacing w:after="0"/>
              <w:jc w:val="right"/>
            </w:pPr>
            <w:r>
              <w:rPr>
                <w:sz w:val="16"/>
              </w:rPr>
              <w:t>$284,838</w:t>
            </w:r>
          </w:p>
        </w:tc>
        <w:tc>
          <w:tcPr>
            <w:tcW w:type="dxa" w:w="1425"/>
          </w:tcPr>
          <w:p>
            <w:pPr>
              <w:spacing w:after="0"/>
              <w:jc w:val="right"/>
            </w:pPr>
            <w:r>
              <w:rPr>
                <w:sz w:val="16"/>
              </w:rPr>
              <w:t>8</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6</w:t>
            </w:r>
          </w:p>
        </w:tc>
        <w:tc>
          <w:tcPr>
            <w:tcW w:type="dxa" w:w="1037"/>
          </w:tcPr>
          <w:p>
            <w:pPr>
              <w:spacing w:after="0"/>
              <w:jc w:val="left"/>
            </w:pPr>
            <w:r>
              <w:rPr>
                <w:sz w:val="16"/>
              </w:rPr>
              <w:t>Tornado</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$212,333</w:t>
            </w:r>
          </w:p>
        </w:tc>
        <w:tc>
          <w:tcPr>
            <w:tcW w:type="dxa" w:w="1126"/>
          </w:tcPr>
          <w:p>
            <w:pPr>
              <w:spacing w:after="0"/>
              <w:jc w:val="right"/>
            </w:pPr>
            <w:r>
              <w:rPr>
                <w:sz w:val="16"/>
              </w:rPr>
              <w:t>$11,273</w:t>
            </w:r>
          </w:p>
        </w:tc>
        <w:tc>
          <w:tcPr>
            <w:tcW w:type="dxa" w:w="1358"/>
          </w:tcPr>
          <w:p>
            <w:pPr>
              <w:spacing w:after="0"/>
              <w:jc w:val="right"/>
            </w:pPr>
            <w:r>
              <w:rPr>
                <w:sz w:val="16"/>
              </w:rPr>
              <w:t>$30,372</w:t>
            </w:r>
          </w:p>
        </w:tc>
        <w:tc>
          <w:tcPr>
            <w:tcW w:type="dxa" w:w="1092"/>
          </w:tcPr>
          <w:p>
            <w:pPr>
              <w:spacing w:after="0"/>
              <w:jc w:val="right"/>
            </w:pPr>
            <w:r>
              <w:rPr>
                <w:sz w:val="16"/>
              </w:rPr>
              <w:t>$253,978</w:t>
            </w:r>
          </w:p>
        </w:tc>
        <w:tc>
          <w:tcPr>
            <w:tcW w:type="dxa" w:w="1425"/>
          </w:tcPr>
          <w:p>
            <w:pPr>
              <w:spacing w:after="0"/>
              <w:jc w:val="right"/>
            </w:pPr>
            <w:r>
              <w:rPr>
                <w:sz w:val="16"/>
              </w:rPr>
              <w:t>17</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7</w:t>
            </w:r>
          </w:p>
        </w:tc>
        <w:tc>
          <w:tcPr>
            <w:tcW w:type="dxa" w:w="1037"/>
          </w:tcPr>
          <w:p>
            <w:pPr>
              <w:spacing w:after="0"/>
              <w:jc w:val="left"/>
            </w:pPr>
            <w:r>
              <w:rPr>
                <w:sz w:val="16"/>
              </w:rPr>
              <w:t>Winter Weather</w:t>
            </w:r>
          </w:p>
        </w:tc>
        <w:tc>
          <w:tcPr>
            <w:tcW w:type="dxa" w:w="1148"/>
          </w:tcPr>
          <w:p>
            <w:pPr>
              <w:spacing w:after="0"/>
              <w:jc w:val="left"/>
            </w:pPr>
            <w:r>
              <w:rPr>
                <w:sz w:val="16"/>
              </w:rPr>
              <w:t>Relatively Moderate</w:t>
            </w:r>
          </w:p>
        </w:tc>
        <w:tc>
          <w:tcPr>
            <w:tcW w:type="dxa" w:w="1286"/>
          </w:tcPr>
          <w:p>
            <w:pPr>
              <w:spacing w:after="0"/>
              <w:jc w:val="left"/>
            </w:pPr>
            <w:r>
              <w:rPr>
                <w:sz w:val="16"/>
              </w:rPr>
              <w:t>Relatively Moderate</w:t>
            </w:r>
          </w:p>
        </w:tc>
        <w:tc>
          <w:tcPr>
            <w:tcW w:type="dxa" w:w="948"/>
          </w:tcPr>
          <w:p>
            <w:pPr>
              <w:spacing w:after="0"/>
              <w:jc w:val="right"/>
            </w:pPr>
            <w:r>
              <w:rPr>
                <w:sz w:val="16"/>
              </w:rPr>
              <w:t>$66,462</w:t>
            </w:r>
          </w:p>
        </w:tc>
        <w:tc>
          <w:tcPr>
            <w:tcW w:type="dxa" w:w="1126"/>
          </w:tcPr>
          <w:p>
            <w:pPr>
              <w:spacing w:after="0"/>
              <w:jc w:val="right"/>
            </w:pPr>
            <w:r>
              <w:rPr>
                <w:sz w:val="16"/>
              </w:rPr>
              <w:t>$431</w:t>
            </w:r>
          </w:p>
        </w:tc>
        <w:tc>
          <w:tcPr>
            <w:tcW w:type="dxa" w:w="1358"/>
          </w:tcPr>
          <w:p>
            <w:pPr>
              <w:spacing w:after="0"/>
              <w:jc w:val="right"/>
            </w:pPr>
            <w:r>
              <w:rPr>
                <w:sz w:val="16"/>
              </w:rPr>
              <w:t>$66,359</w:t>
            </w:r>
          </w:p>
        </w:tc>
        <w:tc>
          <w:tcPr>
            <w:tcW w:type="dxa" w:w="1092"/>
          </w:tcPr>
          <w:p>
            <w:pPr>
              <w:spacing w:after="0"/>
              <w:jc w:val="right"/>
            </w:pPr>
            <w:r>
              <w:rPr>
                <w:sz w:val="16"/>
              </w:rPr>
              <w:t>$133,252</w:t>
            </w:r>
          </w:p>
        </w:tc>
        <w:tc>
          <w:tcPr>
            <w:tcW w:type="dxa" w:w="1425"/>
          </w:tcPr>
          <w:p>
            <w:pPr>
              <w:spacing w:after="0"/>
              <w:jc w:val="right"/>
            </w:pPr>
            <w:r>
              <w:rPr>
                <w:sz w:val="16"/>
              </w:rPr>
              <w:t>153</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8</w:t>
            </w:r>
          </w:p>
        </w:tc>
        <w:tc>
          <w:tcPr>
            <w:tcW w:type="dxa" w:w="1037"/>
          </w:tcPr>
          <w:p>
            <w:pPr>
              <w:spacing w:after="0"/>
              <w:jc w:val="left"/>
            </w:pPr>
            <w:r>
              <w:rPr>
                <w:sz w:val="16"/>
              </w:rPr>
              <w:t>Wildfire</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$38,166</w:t>
            </w:r>
          </w:p>
        </w:tc>
        <w:tc>
          <w:tcPr>
            <w:tcW w:type="dxa" w:w="1126"/>
          </w:tcPr>
          <w:p>
            <w:pPr>
              <w:spacing w:after="0"/>
              <w:jc w:val="right"/>
            </w:pPr>
            <w:r>
              <w:rPr>
                <w:sz w:val="16"/>
              </w:rPr>
              <w:t>$202</w:t>
            </w:r>
          </w:p>
        </w:tc>
        <w:tc>
          <w:tcPr>
            <w:tcW w:type="dxa" w:w="1358"/>
          </w:tcPr>
          <w:p>
            <w:pPr>
              <w:spacing w:after="0"/>
              <w:jc w:val="right"/>
            </w:pPr>
            <w:r>
              <w:rPr>
                <w:sz w:val="16"/>
              </w:rPr>
              <w:t>$1,718</w:t>
            </w:r>
          </w:p>
        </w:tc>
        <w:tc>
          <w:tcPr>
            <w:tcW w:type="dxa" w:w="1092"/>
          </w:tcPr>
          <w:p>
            <w:pPr>
              <w:spacing w:after="0"/>
              <w:jc w:val="right"/>
            </w:pPr>
            <w:r>
              <w:rPr>
                <w:sz w:val="16"/>
              </w:rPr>
              <w:t>$40,085</w:t>
            </w:r>
          </w:p>
        </w:tc>
        <w:tc>
          <w:tcPr>
            <w:tcW w:type="dxa" w:w="1425"/>
          </w:tcPr>
          <w:p>
            <w:pPr>
              <w:spacing w:after="0"/>
              <w:jc w:val="right"/>
            </w:pPr>
            <w:r>
              <w:rPr>
                <w:sz w:val="16"/>
              </w:rPr>
              <w:t>0</w:t>
            </w:r>
          </w:p>
        </w:tc>
        <w:tc>
          <w:tcPr>
            <w:tcW w:type="dxa" w:w="1419"/>
          </w:tcPr>
          <w:p>
            <w:pPr>
              <w:spacing w:after="0"/>
              <w:jc w:val="left"/>
            </w:pPr>
          </w:p>
        </w:tc>
        <w:tc>
          <w:tcPr>
            <w:tcW w:type="dxa" w:w="2598"/>
          </w:tcPr>
          <w:p>
            <w:pPr>
              <w:spacing w:after="0"/>
              <w:jc w:val="left"/>
            </w:pPr>
            <w:r>
              <w:rPr>
                <w:sz w:val="16"/>
              </w:rPr>
              <w:t>Declared 1 time; no Storm Events record of this type.</w:t>
            </w:r>
          </w:p>
        </w:tc>
      </w:tr>
      <w:tr>
        <w:trPr>
          <w:cantSplit/>
        </w:trPr>
        <w:tc>
          <w:tcPr>
            <w:tcW w:type="dxa" w:w="674"/>
          </w:tcPr>
          <w:p>
            <w:pPr>
              <w:spacing w:after="0"/>
              <w:jc w:val="right"/>
            </w:pPr>
            <w:r>
              <w:rPr>
                <w:sz w:val="16"/>
              </w:rPr>
              <w:t>9</w:t>
            </w:r>
          </w:p>
        </w:tc>
        <w:tc>
          <w:tcPr>
            <w:tcW w:type="dxa" w:w="1037"/>
          </w:tcPr>
          <w:p>
            <w:pPr>
              <w:spacing w:after="0"/>
              <w:jc w:val="left"/>
            </w:pPr>
            <w:r>
              <w:rPr>
                <w:sz w:val="16"/>
              </w:rPr>
              <w:t>Heat Wave</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$221</w:t>
            </w:r>
          </w:p>
        </w:tc>
        <w:tc>
          <w:tcPr>
            <w:tcW w:type="dxa" w:w="1126"/>
          </w:tcPr>
          <w:p>
            <w:pPr>
              <w:spacing w:after="0"/>
              <w:jc w:val="right"/>
            </w:pPr>
            <w:r>
              <w:rPr>
                <w:sz w:val="16"/>
              </w:rPr>
              <w:t>$2</w:t>
            </w:r>
          </w:p>
        </w:tc>
        <w:tc>
          <w:tcPr>
            <w:tcW w:type="dxa" w:w="1358"/>
          </w:tcPr>
          <w:p>
            <w:pPr>
              <w:spacing w:after="0"/>
              <w:jc w:val="right"/>
            </w:pPr>
            <w:r>
              <w:rPr>
                <w:sz w:val="16"/>
              </w:rPr>
              <w:t>$26,265</w:t>
            </w:r>
          </w:p>
        </w:tc>
        <w:tc>
          <w:tcPr>
            <w:tcW w:type="dxa" w:w="1092"/>
          </w:tcPr>
          <w:p>
            <w:pPr>
              <w:spacing w:after="0"/>
              <w:jc w:val="right"/>
            </w:pPr>
            <w:r>
              <w:rPr>
                <w:sz w:val="16"/>
              </w:rPr>
              <w:t>$26,487</w:t>
            </w:r>
          </w:p>
        </w:tc>
        <w:tc>
          <w:tcPr>
            <w:tcW w:type="dxa" w:w="1425"/>
          </w:tcPr>
          <w:p>
            <w:pPr>
              <w:spacing w:after="0"/>
              <w:jc w:val="right"/>
            </w:pPr>
            <w:r>
              <w:rPr>
                <w:sz w:val="16"/>
              </w:rPr>
              <w:t>4</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10</w:t>
            </w:r>
          </w:p>
        </w:tc>
        <w:tc>
          <w:tcPr>
            <w:tcW w:type="dxa" w:w="1037"/>
          </w:tcPr>
          <w:p>
            <w:pPr>
              <w:spacing w:after="0"/>
              <w:jc w:val="left"/>
            </w:pPr>
            <w:r>
              <w:rPr>
                <w:sz w:val="16"/>
              </w:rPr>
              <w:t>Lightning</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$1,706</w:t>
            </w:r>
          </w:p>
        </w:tc>
        <w:tc>
          <w:tcPr>
            <w:tcW w:type="dxa" w:w="1126"/>
          </w:tcPr>
          <w:p>
            <w:pPr>
              <w:spacing w:after="0"/>
              <w:jc w:val="right"/>
            </w:pPr>
            <w:r>
              <w:rPr>
                <w:sz w:val="16"/>
              </w:rPr>
              <w:t>n/a</w:t>
            </w:r>
          </w:p>
        </w:tc>
        <w:tc>
          <w:tcPr>
            <w:tcW w:type="dxa" w:w="1358"/>
          </w:tcPr>
          <w:p>
            <w:pPr>
              <w:spacing w:after="0"/>
              <w:jc w:val="right"/>
            </w:pPr>
            <w:r>
              <w:rPr>
                <w:sz w:val="16"/>
              </w:rPr>
              <w:t>$4,772</w:t>
            </w:r>
          </w:p>
        </w:tc>
        <w:tc>
          <w:tcPr>
            <w:tcW w:type="dxa" w:w="1092"/>
          </w:tcPr>
          <w:p>
            <w:pPr>
              <w:spacing w:after="0"/>
              <w:jc w:val="right"/>
            </w:pPr>
            <w:r>
              <w:rPr>
                <w:sz w:val="16"/>
              </w:rPr>
              <w:t>$6,479</w:t>
            </w:r>
          </w:p>
        </w:tc>
        <w:tc>
          <w:tcPr>
            <w:tcW w:type="dxa" w:w="1425"/>
          </w:tcPr>
          <w:p>
            <w:pPr>
              <w:spacing w:after="0"/>
              <w:jc w:val="right"/>
            </w:pPr>
            <w:r>
              <w:rPr>
                <w:sz w:val="16"/>
              </w:rPr>
              <w:t>1</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11</w:t>
            </w:r>
          </w:p>
        </w:tc>
        <w:tc>
          <w:tcPr>
            <w:tcW w:type="dxa" w:w="1037"/>
          </w:tcPr>
          <w:p>
            <w:pPr>
              <w:spacing w:after="0"/>
              <w:jc w:val="left"/>
            </w:pPr>
            <w:r>
              <w:rPr>
                <w:sz w:val="16"/>
              </w:rPr>
              <w:t>Earthquake</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$2,418</w:t>
            </w:r>
          </w:p>
        </w:tc>
        <w:tc>
          <w:tcPr>
            <w:tcW w:type="dxa" w:w="1126"/>
          </w:tcPr>
          <w:p>
            <w:pPr>
              <w:spacing w:after="0"/>
              <w:jc w:val="right"/>
            </w:pPr>
            <w:r>
              <w:rPr>
                <w:sz w:val="16"/>
              </w:rPr>
              <w:t>n/a</w:t>
            </w:r>
          </w:p>
        </w:tc>
        <w:tc>
          <w:tcPr>
            <w:tcW w:type="dxa" w:w="1358"/>
          </w:tcPr>
          <w:p>
            <w:pPr>
              <w:spacing w:after="0"/>
              <w:jc w:val="right"/>
            </w:pPr>
            <w:r>
              <w:rPr>
                <w:sz w:val="16"/>
              </w:rPr>
              <w:t>$503</w:t>
            </w:r>
          </w:p>
        </w:tc>
        <w:tc>
          <w:tcPr>
            <w:tcW w:type="dxa" w:w="1092"/>
          </w:tcPr>
          <w:p>
            <w:pPr>
              <w:spacing w:after="0"/>
              <w:jc w:val="right"/>
            </w:pPr>
            <w:r>
              <w:rPr>
                <w:sz w:val="16"/>
              </w:rPr>
              <w:t>$2,921</w:t>
            </w:r>
          </w:p>
        </w:tc>
        <w:tc>
          <w:tcPr>
            <w:tcW w:type="dxa" w:w="1425"/>
          </w:tcPr>
          <w:p>
            <w:pPr>
              <w:spacing w:after="0"/>
              <w:jc w:val="right"/>
            </w:pPr>
          </w:p>
        </w:tc>
        <w:tc>
          <w:tcPr>
            <w:tcW w:type="dxa" w:w="1419"/>
          </w:tcPr>
          <w:p>
            <w:pPr>
              <w:spacing w:after="0"/>
              <w:jc w:val="left"/>
            </w:pPr>
          </w:p>
        </w:tc>
        <w:tc>
          <w:tcPr>
            <w:tcW w:type="dxa" w:w="2598"/>
          </w:tcPr>
          <w:p>
            <w:pPr>
              <w:spacing w:after="0"/>
              <w:jc w:val="left"/>
            </w:pPr>
            <w:r>
              <w:rPr>
                <w:sz w:val="16"/>
              </w:rPr>
              <w:t>Storm Events does not record earthquakes.</w:t>
            </w:r>
          </w:p>
        </w:tc>
      </w:tr>
      <w:tr>
        <w:trPr>
          <w:cantSplit/>
        </w:trPr>
        <w:tc>
          <w:tcPr>
            <w:tcW w:type="dxa" w:w="674"/>
          </w:tcPr>
          <w:p>
            <w:pPr>
              <w:spacing w:after="0"/>
              <w:jc w:val="right"/>
            </w:pPr>
            <w:r>
              <w:rPr>
                <w:sz w:val="16"/>
              </w:rPr>
              <w:t>12</w:t>
            </w:r>
          </w:p>
        </w:tc>
        <w:tc>
          <w:tcPr>
            <w:tcW w:type="dxa" w:w="1037"/>
          </w:tcPr>
          <w:p>
            <w:pPr>
              <w:spacing w:after="0"/>
              <w:jc w:val="left"/>
            </w:pPr>
            <w:r>
              <w:rPr>
                <w:sz w:val="16"/>
              </w:rPr>
              <w:t>Drought</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$2,477</w:t>
            </w:r>
          </w:p>
        </w:tc>
        <w:tc>
          <w:tcPr>
            <w:tcW w:type="dxa" w:w="1358"/>
          </w:tcPr>
          <w:p>
            <w:pPr>
              <w:spacing w:after="0"/>
              <w:jc w:val="right"/>
            </w:pPr>
            <w:r>
              <w:rPr>
                <w:sz w:val="16"/>
              </w:rPr>
              <w:t>n/a</w:t>
            </w:r>
          </w:p>
        </w:tc>
        <w:tc>
          <w:tcPr>
            <w:tcW w:type="dxa" w:w="1092"/>
          </w:tcPr>
          <w:p>
            <w:pPr>
              <w:spacing w:after="0"/>
              <w:jc w:val="right"/>
            </w:pPr>
            <w:r>
              <w:rPr>
                <w:sz w:val="16"/>
              </w:rPr>
              <w:t>$2,477</w:t>
            </w:r>
          </w:p>
        </w:tc>
        <w:tc>
          <w:tcPr>
            <w:tcW w:type="dxa" w:w="1425"/>
          </w:tcPr>
          <w:p>
            <w:pPr>
              <w:spacing w:after="0"/>
              <w:jc w:val="right"/>
            </w:pPr>
            <w:r>
              <w:rPr>
                <w:sz w:val="16"/>
              </w:rPr>
              <w:t>8</w:t>
            </w:r>
          </w:p>
        </w:tc>
        <w:tc>
          <w:tcPr>
            <w:tcW w:type="dxa" w:w="1419"/>
          </w:tcPr>
          <w:p>
            <w:pPr>
              <w:spacing w:after="0"/>
              <w:jc w:val="left"/>
            </w:pPr>
          </w:p>
        </w:tc>
        <w:tc>
          <w:tcPr>
            <w:tcW w:type="dxa" w:w="2598"/>
          </w:tcPr>
          <w:p>
            <w:pPr>
              <w:spacing w:after="0"/>
              <w:jc w:val="left"/>
            </w:pPr>
          </w:p>
        </w:tc>
      </w:tr>
      <w:tr>
        <w:trPr>
          <w:cantSplit/>
        </w:trPr>
        <w:tc>
          <w:tcPr>
            <w:tcW w:type="dxa" w:w="674"/>
          </w:tcPr>
          <w:p>
            <w:pPr>
              <w:spacing w:after="0"/>
              <w:jc w:val="right"/>
            </w:pPr>
            <w:r>
              <w:rPr>
                <w:sz w:val="16"/>
              </w:rPr>
              <w:t>13</w:t>
            </w:r>
          </w:p>
        </w:tc>
        <w:tc>
          <w:tcPr>
            <w:tcW w:type="dxa" w:w="1037"/>
          </w:tcPr>
          <w:p>
            <w:pPr>
              <w:spacing w:after="0"/>
              <w:jc w:val="left"/>
            </w:pPr>
            <w:r>
              <w:rPr>
                <w:sz w:val="16"/>
              </w:rPr>
              <w:t>Landslide</w:t>
            </w:r>
          </w:p>
        </w:tc>
        <w:tc>
          <w:tcPr>
            <w:tcW w:type="dxa" w:w="1148"/>
          </w:tcPr>
          <w:p>
            <w:pPr>
              <w:spacing w:after="0"/>
              <w:jc w:val="left"/>
            </w:pPr>
            <w:r>
              <w:rPr>
                <w:sz w:val="16"/>
              </w:rPr>
              <w:t>Very Low</w:t>
            </w:r>
          </w:p>
        </w:tc>
        <w:tc>
          <w:tcPr>
            <w:tcW w:type="dxa" w:w="1286"/>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358"/>
          </w:tcPr>
          <w:p>
            <w:pPr>
              <w:spacing w:after="0"/>
              <w:jc w:val="right"/>
            </w:pPr>
            <w:r>
              <w:rPr>
                <w:sz w:val="16"/>
              </w:rPr>
              <w:t>$88</w:t>
            </w:r>
          </w:p>
        </w:tc>
        <w:tc>
          <w:tcPr>
            <w:tcW w:type="dxa" w:w="1092"/>
          </w:tcPr>
          <w:p>
            <w:pPr>
              <w:spacing w:after="0"/>
              <w:jc w:val="right"/>
            </w:pPr>
            <w:r>
              <w:rPr>
                <w:sz w:val="16"/>
              </w:rPr>
              <w:t>$90</w:t>
            </w:r>
          </w:p>
        </w:tc>
        <w:tc>
          <w:tcPr>
            <w:tcW w:type="dxa" w:w="1425"/>
          </w:tcPr>
          <w:p>
            <w:pPr>
              <w:spacing w:after="0"/>
              <w:jc w:val="right"/>
            </w:pPr>
            <w:r>
              <w:rPr>
                <w:sz w:val="16"/>
              </w:rPr>
              <w:t>0</w:t>
            </w:r>
          </w:p>
        </w:tc>
        <w:tc>
          <w:tcPr>
            <w:tcW w:type="dxa" w:w="1419"/>
          </w:tcPr>
          <w:p>
            <w:pPr>
              <w:spacing w:after="0"/>
              <w:jc w:val="left"/>
            </w:pPr>
          </w:p>
        </w:tc>
        <w:tc>
          <w:tcPr>
            <w:tcW w:type="dxa" w:w="2598"/>
          </w:tcPr>
          <w:p>
            <w:pPr>
              <w:spacing w:after="0"/>
              <w:jc w:val="left"/>
            </w:pPr>
            <w:r>
              <w:rPr>
                <w:sz w:val="16"/>
              </w:rPr>
              <w:t>Declared 1 time; no Storm Events record of this type.</w:t>
            </w:r>
          </w:p>
        </w:tc>
      </w:tr>
      <w:tr>
        <w:trPr>
          <w:cantSplit/>
        </w:trPr>
        <w:tc>
          <w:tcPr>
            <w:tcW w:type="dxa" w:w="674"/>
          </w:tcPr>
          <w:p>
            <w:pPr>
              <w:spacing w:after="0"/>
              <w:jc w:val="right"/>
            </w:pPr>
          </w:p>
        </w:tc>
        <w:tc>
          <w:tcPr>
            <w:tcW w:type="dxa" w:w="1037"/>
          </w:tcPr>
          <w:p>
            <w:pPr>
              <w:spacing w:after="0"/>
              <w:jc w:val="left"/>
            </w:pPr>
            <w:r>
              <w:rPr>
                <w:sz w:val="16"/>
              </w:rPr>
              <w:t>Hurricane</w:t>
            </w:r>
          </w:p>
        </w:tc>
        <w:tc>
          <w:tcPr>
            <w:tcW w:type="dxa" w:w="1148"/>
          </w:tcPr>
          <w:p>
            <w:pPr>
              <w:spacing w:after="0"/>
              <w:jc w:val="left"/>
            </w:pPr>
            <w:r>
              <w:rPr>
                <w:sz w:val="16"/>
              </w:rPr>
              <w:t>Not Applicable</w:t>
            </w:r>
          </w:p>
        </w:tc>
        <w:tc>
          <w:tcPr>
            <w:tcW w:type="dxa" w:w="1286"/>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92"/>
          </w:tcPr>
          <w:p>
            <w:pPr>
              <w:spacing w:after="0"/>
              <w:jc w:val="right"/>
            </w:pPr>
          </w:p>
        </w:tc>
        <w:tc>
          <w:tcPr>
            <w:tcW w:type="dxa" w:w="1425"/>
          </w:tcPr>
          <w:p>
            <w:pPr>
              <w:spacing w:after="0"/>
              <w:jc w:val="right"/>
            </w:pPr>
            <w:r>
              <w:rPr>
                <w:sz w:val="16"/>
              </w:rPr>
              <w:t>0</w:t>
            </w:r>
          </w:p>
        </w:tc>
        <w:tc>
          <w:tcPr>
            <w:tcW w:type="dxa" w:w="1419"/>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5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63"/>
        <w:gridCol w:w="9749"/>
      </w:tblGrid>
      <w:tr>
        <w:trPr>
          <w:cantSplit/>
          <w:tblHeader/>
        </w:trPr>
        <w:tc>
          <w:tcPr>
            <w:tcW w:type="dxa" w:w="4363"/>
            <w:shd w:val="clear" w:color="auto" w:fill="E8E8E8"/>
          </w:tcPr>
          <w:p>
            <w:pPr>
              <w:spacing w:after="0"/>
              <w:jc w:val="left"/>
            </w:pPr>
            <w:r>
              <w:rPr>
                <w:b/>
                <w:sz w:val="16"/>
              </w:rPr>
              <w:t>Hazard</w:t>
            </w:r>
          </w:p>
        </w:tc>
        <w:tc>
          <w:tcPr>
            <w:tcW w:type="dxa" w:w="974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63"/>
          </w:tcPr>
          <w:p>
            <w:pPr>
              <w:spacing w:after="0"/>
              <w:jc w:val="left"/>
            </w:pPr>
            <w:r>
              <w:rPr>
                <w:sz w:val="16"/>
              </w:rPr>
              <w:t>Earthquake</w:t>
            </w:r>
          </w:p>
        </w:tc>
        <w:tc>
          <w:tcPr>
            <w:tcW w:type="dxa" w:w="9749"/>
          </w:tcPr>
          <w:p>
            <w:pPr>
              <w:spacing w:after="0"/>
              <w:jc w:val="left"/>
            </w:pPr>
            <w:r>
              <w:rPr>
                <w:sz w:val="16"/>
              </w:rPr>
              <w:t>tract 9742 (Very Low, 9.1); tract 9740 (Very Low, 6.5)</w:t>
            </w:r>
          </w:p>
        </w:tc>
      </w:tr>
      <w:tr>
        <w:trPr>
          <w:cantSplit/>
        </w:trPr>
        <w:tc>
          <w:tcPr>
            <w:tcW w:type="dxa" w:w="4363"/>
          </w:tcPr>
          <w:p>
            <w:pPr>
              <w:spacing w:after="0"/>
              <w:jc w:val="left"/>
            </w:pPr>
            <w:r>
              <w:rPr>
                <w:sz w:val="16"/>
              </w:rPr>
              <w:t>Hurricane</w:t>
            </w:r>
          </w:p>
        </w:tc>
        <w:tc>
          <w:tcPr>
            <w:tcW w:type="dxa" w:w="9749"/>
          </w:tcPr>
          <w:p>
            <w:pPr>
              <w:spacing w:after="0"/>
              <w:jc w:val="left"/>
            </w:pPr>
            <w:r>
              <w:rPr>
                <w:sz w:val="16"/>
              </w:rPr>
              <w:t>no tract has a National Risk Index rating for this hazard</w:t>
            </w:r>
          </w:p>
        </w:tc>
      </w:tr>
      <w:tr>
        <w:trPr>
          <w:cantSplit/>
        </w:trPr>
        <w:tc>
          <w:tcPr>
            <w:tcW w:type="dxa" w:w="4363"/>
          </w:tcPr>
          <w:p>
            <w:pPr>
              <w:spacing w:after="0"/>
              <w:jc w:val="left"/>
            </w:pPr>
            <w:r>
              <w:rPr>
                <w:sz w:val="16"/>
              </w:rPr>
              <w:t>Landslide</w:t>
            </w:r>
          </w:p>
        </w:tc>
        <w:tc>
          <w:tcPr>
            <w:tcW w:type="dxa" w:w="9749"/>
          </w:tcPr>
          <w:p>
            <w:pPr>
              <w:spacing w:after="0"/>
              <w:jc w:val="left"/>
            </w:pPr>
            <w:r>
              <w:rPr>
                <w:sz w:val="16"/>
              </w:rPr>
              <w:t>tract 9742 (Very Low, 79.8); tract 9740 (Very Low, 54.4)</w:t>
            </w:r>
          </w:p>
        </w:tc>
      </w:tr>
      <w:tr>
        <w:trPr>
          <w:cantSplit/>
        </w:trPr>
        <w:tc>
          <w:tcPr>
            <w:tcW w:type="dxa" w:w="4363"/>
          </w:tcPr>
          <w:p>
            <w:pPr>
              <w:spacing w:after="0"/>
              <w:jc w:val="left"/>
            </w:pPr>
            <w:r>
              <w:rPr>
                <w:sz w:val="16"/>
              </w:rPr>
              <w:t>Tornado</w:t>
            </w:r>
          </w:p>
        </w:tc>
        <w:tc>
          <w:tcPr>
            <w:tcW w:type="dxa" w:w="9749"/>
          </w:tcPr>
          <w:p>
            <w:pPr>
              <w:spacing w:after="0"/>
              <w:jc w:val="left"/>
            </w:pPr>
            <w:r>
              <w:rPr>
                <w:sz w:val="16"/>
              </w:rPr>
              <w:t>tract 9742 (Relatively Moderate, 68.1); tract 9740 (Relatively Moderate, 57.9)</w:t>
            </w:r>
          </w:p>
        </w:tc>
      </w:tr>
      <w:tr>
        <w:trPr>
          <w:cantSplit/>
        </w:trPr>
        <w:tc>
          <w:tcPr>
            <w:tcW w:type="dxa" w:w="4363"/>
          </w:tcPr>
          <w:p>
            <w:pPr>
              <w:spacing w:after="0"/>
              <w:jc w:val="left"/>
            </w:pPr>
            <w:r>
              <w:rPr>
                <w:sz w:val="16"/>
              </w:rPr>
              <w:t>Wildfire</w:t>
            </w:r>
          </w:p>
        </w:tc>
        <w:tc>
          <w:tcPr>
            <w:tcW w:type="dxa" w:w="9749"/>
          </w:tcPr>
          <w:p>
            <w:pPr>
              <w:spacing w:after="0"/>
              <w:jc w:val="left"/>
            </w:pPr>
            <w:r>
              <w:rPr>
                <w:sz w:val="16"/>
              </w:rPr>
              <w:t>tract 9742 (Relatively Moderate, 89.7); tract 9740 (Relatively Low, 84.4)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9742 is Census Tract 9742).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1"/>
        <w:gridCol w:w="1856"/>
        <w:gridCol w:w="1720"/>
        <w:gridCol w:w="1958"/>
        <w:gridCol w:w="1597"/>
        <w:gridCol w:w="1652"/>
        <w:gridCol w:w="1637"/>
        <w:gridCol w:w="1861"/>
      </w:tblGrid>
      <w:tr>
        <w:trPr>
          <w:cantSplit/>
          <w:tblHeader/>
        </w:trPr>
        <w:tc>
          <w:tcPr>
            <w:tcW w:type="dxa" w:w="1831"/>
            <w:shd w:val="clear" w:color="auto" w:fill="E8E8E8"/>
          </w:tcPr>
          <w:p>
            <w:pPr>
              <w:spacing w:after="0"/>
              <w:jc w:val="left"/>
            </w:pPr>
            <w:r>
              <w:rPr>
                <w:b/>
                <w:sz w:val="16"/>
              </w:rPr>
              <w:t>Hazard</w:t>
            </w:r>
          </w:p>
        </w:tc>
        <w:tc>
          <w:tcPr>
            <w:tcW w:type="dxa" w:w="1856"/>
            <w:shd w:val="clear" w:color="auto" w:fill="E8E8E8"/>
          </w:tcPr>
          <w:p>
            <w:pPr>
              <w:spacing w:after="0"/>
              <w:jc w:val="left"/>
            </w:pPr>
            <w:r>
              <w:rPr>
                <w:b/>
                <w:sz w:val="16"/>
              </w:rPr>
              <w:t>Scale</w:t>
            </w:r>
          </w:p>
        </w:tc>
        <w:tc>
          <w:tcPr>
            <w:tcW w:type="dxa" w:w="172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58"/>
            <w:shd w:val="clear" w:color="auto" w:fill="E8E8E8"/>
          </w:tcPr>
          <w:p>
            <w:pPr>
              <w:spacing w:after="0"/>
              <w:jc w:val="left"/>
            </w:pPr>
            <w:r>
              <w:rPr>
                <w:b/>
                <w:sz w:val="16"/>
              </w:rPr>
              <w:t>Observed range</w:t>
            </w:r>
          </w:p>
        </w:tc>
        <w:tc>
          <w:tcPr>
            <w:tcW w:type="dxa" w:w="1597"/>
            <w:shd w:val="clear" w:color="auto" w:fill="E8E8E8"/>
          </w:tcPr>
          <w:p>
            <w:pPr>
              <w:spacing w:after="0"/>
              <w:jc w:val="left"/>
            </w:pPr>
            <w:r>
              <w:rPr>
                <w:b/>
                <w:sz w:val="16"/>
              </w:rPr>
              <w:t>Worst recorded event</w:t>
            </w:r>
          </w:p>
        </w:tc>
        <w:tc>
          <w:tcPr>
            <w:tcW w:type="dxa" w:w="1652"/>
            <w:shd w:val="clear" w:color="auto" w:fill="E8E8E8"/>
          </w:tcPr>
          <w:p>
            <w:pPr>
              <w:spacing w:after="0"/>
              <w:jc w:val="left"/>
            </w:pPr>
            <w:r>
              <w:rPr>
                <w:b/>
                <w:sz w:val="16"/>
              </w:rPr>
              <w:t>Most damaging (when different)</w:t>
            </w:r>
          </w:p>
        </w:tc>
        <w:tc>
          <w:tcPr>
            <w:tcW w:type="dxa" w:w="1637"/>
            <w:shd w:val="clear" w:color="auto" w:fill="E8E8E8"/>
          </w:tcPr>
          <w:p>
            <w:pPr>
              <w:spacing w:after="0"/>
              <w:jc w:val="left"/>
            </w:pPr>
            <w:r>
              <w:rPr>
                <w:b/>
                <w:sz w:val="16"/>
              </w:rPr>
              <w:t>How it applies to jurisdictions</w:t>
            </w:r>
          </w:p>
        </w:tc>
        <w:tc>
          <w:tcPr>
            <w:tcW w:type="dxa" w:w="1861"/>
            <w:shd w:val="clear" w:color="auto" w:fill="E8E8E8"/>
          </w:tcPr>
          <w:p>
            <w:pPr>
              <w:spacing w:after="0"/>
              <w:jc w:val="left"/>
            </w:pPr>
            <w:r>
              <w:rPr>
                <w:b/>
                <w:sz w:val="16"/>
              </w:rPr>
              <w:t>Note</w:t>
            </w:r>
          </w:p>
        </w:tc>
      </w:tr>
      <w:tr>
        <w:trPr>
          <w:cantSplit/>
        </w:trPr>
        <w:tc>
          <w:tcPr>
            <w:tcW w:type="dxa" w:w="1831"/>
          </w:tcPr>
          <w:p>
            <w:pPr>
              <w:spacing w:after="0"/>
              <w:jc w:val="left"/>
            </w:pPr>
            <w:r>
              <w:rPr>
                <w:sz w:val="16"/>
              </w:rPr>
              <w:t>Cold/Wind Chill, Extreme Cold/Wind Chill</w:t>
            </w:r>
          </w:p>
        </w:tc>
        <w:tc>
          <w:tcPr>
            <w:tcW w:type="dxa" w:w="1856"/>
          </w:tcPr>
          <w:p>
            <w:pPr>
              <w:spacing w:after="0"/>
              <w:jc w:val="left"/>
            </w:pPr>
            <w:r>
              <w:rPr>
                <w:sz w:val="16"/>
              </w:rPr>
              <w:t>wind chill</w:t>
            </w:r>
          </w:p>
        </w:tc>
        <w:tc>
          <w:tcPr>
            <w:tcW w:type="dxa" w:w="1720"/>
          </w:tcPr>
          <w:p>
            <w:pPr>
              <w:spacing w:after="0"/>
              <w:jc w:val="right"/>
            </w:pPr>
            <w:r>
              <w:rPr>
                <w:sz w:val="16"/>
              </w:rPr>
              <w:t>63 records, 1996 to 2026 (63 zone-level)</w:t>
            </w:r>
          </w:p>
        </w:tc>
        <w:tc>
          <w:tcPr>
            <w:tcW w:type="dxa" w:w="1958"/>
          </w:tcPr>
          <w:p>
            <w:pPr>
              <w:spacing w:after="0"/>
              <w:jc w:val="left"/>
            </w:pPr>
            <w:r>
              <w:rPr>
                <w:sz w:val="16"/>
              </w:rPr>
              <w:t>1 day to 7 days (median 2 days); 51 with a recorded value</w:t>
            </w:r>
          </w:p>
        </w:tc>
        <w:tc>
          <w:tcPr>
            <w:tcW w:type="dxa" w:w="1597"/>
          </w:tcPr>
          <w:p>
            <w:pPr>
              <w:spacing w:after="0"/>
              <w:jc w:val="left"/>
            </w:pPr>
            <w:r>
              <w:rPr>
                <w:sz w:val="16"/>
              </w:rPr>
              <w:t>7 consecutive days, 1996-12-21 to 1996-12-27, zone-level</w:t>
            </w:r>
          </w:p>
        </w:tc>
        <w:tc>
          <w:tcPr>
            <w:tcW w:type="dxa" w:w="1652"/>
          </w:tcPr>
          <w:p>
            <w:pPr>
              <w:spacing w:after="0"/>
              <w:jc w:val="left"/>
            </w:pPr>
            <w:r>
              <w:rPr>
                <w:sz w:val="16"/>
              </w:rPr>
              <w:t>Cold/Wind Chill, 2003-03-08, $5,000 property; crops not reported (zone total, 2003 dollars)</w:t>
            </w:r>
          </w:p>
        </w:tc>
        <w:tc>
          <w:tcPr>
            <w:tcW w:type="dxa" w:w="1637"/>
          </w:tcPr>
          <w:p>
            <w:pPr>
              <w:spacing w:after="0"/>
              <w:jc w:val="left"/>
            </w:pPr>
            <w:r>
              <w:rPr>
                <w:sz w:val="16"/>
              </w:rPr>
              <w:t>Countywide (zone-level records).</w:t>
            </w:r>
          </w:p>
        </w:tc>
        <w:tc>
          <w:tcPr>
            <w:tcW w:type="dxa" w:w="1861"/>
          </w:tcPr>
          <w:p>
            <w:pPr>
              <w:spacing w:after="0"/>
              <w:jc w:val="left"/>
            </w:pPr>
            <w:r>
              <w:rPr>
                <w:sz w:val="16"/>
              </w:rPr>
              <w:t>Cold/Wind Chill records from May to September (a frost night, not a cold wave) are counted but not used for the longest run.</w:t>
            </w:r>
          </w:p>
        </w:tc>
      </w:tr>
      <w:tr>
        <w:trPr>
          <w:cantSplit/>
        </w:trPr>
        <w:tc>
          <w:tcPr>
            <w:tcW w:type="dxa" w:w="1831"/>
          </w:tcPr>
          <w:p>
            <w:pPr>
              <w:spacing w:after="0"/>
              <w:jc w:val="left"/>
            </w:pPr>
            <w:r>
              <w:rPr>
                <w:sz w:val="16"/>
              </w:rPr>
              <w:t>Frost/Freeze (outside NRI's Cold Wave definition)</w:t>
            </w:r>
          </w:p>
        </w:tc>
        <w:tc>
          <w:tcPr>
            <w:tcW w:type="dxa" w:w="1856"/>
          </w:tcPr>
          <w:p>
            <w:pPr>
              <w:spacing w:after="0"/>
              <w:jc w:val="left"/>
            </w:pPr>
            <w:r>
              <w:rPr>
                <w:sz w:val="16"/>
              </w:rPr>
              <w:t>crop damage</w:t>
            </w:r>
          </w:p>
        </w:tc>
        <w:tc>
          <w:tcPr>
            <w:tcW w:type="dxa" w:w="1720"/>
          </w:tcPr>
          <w:p>
            <w:pPr>
              <w:spacing w:after="0"/>
              <w:jc w:val="right"/>
            </w:pPr>
            <w:r>
              <w:rPr>
                <w:sz w:val="16"/>
              </w:rPr>
              <w:t>5 records, 2015 to 2026 (5 zone-level)</w:t>
            </w:r>
          </w:p>
        </w:tc>
        <w:tc>
          <w:tcPr>
            <w:tcW w:type="dxa" w:w="1958"/>
          </w:tcPr>
          <w:p>
            <w:pPr>
              <w:spacing w:after="0"/>
              <w:jc w:val="left"/>
            </w:pPr>
          </w:p>
        </w:tc>
        <w:tc>
          <w:tcPr>
            <w:tcW w:type="dxa" w:w="1597"/>
          </w:tcPr>
          <w:p>
            <w:pPr>
              <w:spacing w:after="0"/>
              <w:jc w:val="left"/>
            </w:pPr>
            <w:r>
              <w:rPr>
                <w:sz w:val="16"/>
              </w:rPr>
              <w:t>No crop damage reported in 5 records.</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p>
        </w:tc>
      </w:tr>
      <w:tr>
        <w:trPr>
          <w:cantSplit/>
        </w:trPr>
        <w:tc>
          <w:tcPr>
            <w:tcW w:type="dxa" w:w="1831"/>
          </w:tcPr>
          <w:p>
            <w:pPr>
              <w:spacing w:after="0"/>
              <w:jc w:val="left"/>
            </w:pPr>
            <w:r>
              <w:rPr>
                <w:sz w:val="16"/>
              </w:rPr>
              <w:t>Drought</w:t>
            </w:r>
          </w:p>
        </w:tc>
        <w:tc>
          <w:tcPr>
            <w:tcW w:type="dxa" w:w="1856"/>
          </w:tcPr>
          <w:p>
            <w:pPr>
              <w:spacing w:after="0"/>
              <w:jc w:val="left"/>
            </w:pPr>
            <w:r>
              <w:rPr>
                <w:sz w:val="16"/>
              </w:rPr>
              <w:t>U.S. Drought Monitor scale (D0 to D4)</w:t>
            </w:r>
          </w:p>
        </w:tc>
        <w:tc>
          <w:tcPr>
            <w:tcW w:type="dxa" w:w="1720"/>
          </w:tcPr>
          <w:p>
            <w:pPr>
              <w:spacing w:after="0"/>
              <w:jc w:val="right"/>
            </w:pPr>
            <w:r>
              <w:rPr>
                <w:sz w:val="16"/>
              </w:rPr>
              <w:t>8 records, 2006 to 2024 (8 zone-level)</w:t>
            </w:r>
          </w:p>
        </w:tc>
        <w:tc>
          <w:tcPr>
            <w:tcW w:type="dxa" w:w="1958"/>
          </w:tcPr>
          <w:p>
            <w:pPr>
              <w:spacing w:after="0"/>
              <w:jc w:val="left"/>
            </w:pPr>
            <w:r>
              <w:rPr>
                <w:sz w:val="16"/>
              </w:rPr>
              <w:t>15 days to 63 days (median 22 days); 5 with a recorded value</w:t>
            </w:r>
          </w:p>
        </w:tc>
        <w:tc>
          <w:tcPr>
            <w:tcW w:type="dxa" w:w="1597"/>
          </w:tcPr>
          <w:p>
            <w:pPr>
              <w:spacing w:after="0"/>
              <w:jc w:val="left"/>
            </w:pPr>
            <w:r>
              <w:rPr>
                <w:sz w:val="16"/>
              </w:rPr>
              <w:t>63 days (about 2.1 months), 2022-10-18 to 2022-12-19, a run of 3 consecutive Storm Events drought records, zone-level</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1"/>
          </w:tcPr>
          <w:p>
            <w:pPr>
              <w:spacing w:after="0"/>
              <w:jc w:val="left"/>
            </w:pPr>
            <w:r>
              <w:rPr>
                <w:sz w:val="16"/>
              </w:rPr>
              <w:t>Earthquake</w:t>
            </w:r>
          </w:p>
        </w:tc>
        <w:tc>
          <w:tcPr>
            <w:tcW w:type="dxa" w:w="1856"/>
          </w:tcPr>
          <w:p>
            <w:pPr>
              <w:spacing w:after="0"/>
              <w:jc w:val="left"/>
            </w:pPr>
            <w:r>
              <w:rPr>
                <w:sz w:val="16"/>
              </w:rPr>
              <w:t>Modified Mercalli (local data)</w:t>
            </w:r>
          </w:p>
        </w:tc>
        <w:tc>
          <w:tcPr>
            <w:tcW w:type="dxa" w:w="1720"/>
          </w:tcPr>
          <w:p>
            <w:pPr>
              <w:spacing w:after="0"/>
              <w:jc w:val="right"/>
            </w:pPr>
            <w:r>
              <w:rPr>
                <w:sz w:val="16"/>
              </w:rPr>
              <w:t>0</w:t>
            </w:r>
          </w:p>
        </w:tc>
        <w:tc>
          <w:tcPr>
            <w:tcW w:type="dxa" w:w="1958"/>
          </w:tcPr>
          <w:p>
            <w:pPr>
              <w:spacing w:after="0"/>
              <w:jc w:val="left"/>
            </w:pPr>
          </w:p>
        </w:tc>
        <w:tc>
          <w:tcPr>
            <w:tcW w:type="dxa" w:w="1597"/>
          </w:tcPr>
          <w:p>
            <w:pPr>
              <w:spacing w:after="0"/>
              <w:jc w:val="left"/>
            </w:pPr>
          </w:p>
        </w:tc>
        <w:tc>
          <w:tcPr>
            <w:tcW w:type="dxa" w:w="1652"/>
          </w:tcPr>
          <w:p>
            <w:pPr>
              <w:spacing w:after="0"/>
              <w:jc w:val="left"/>
            </w:pPr>
          </w:p>
        </w:tc>
        <w:tc>
          <w:tcPr>
            <w:tcW w:type="dxa" w:w="1637"/>
          </w:tcPr>
          <w:p>
            <w:pPr>
              <w:spacing w:after="0"/>
              <w:jc w:val="left"/>
            </w:pPr>
          </w:p>
        </w:tc>
        <w:tc>
          <w:tcPr>
            <w:tcW w:type="dxa" w:w="1861"/>
          </w:tcPr>
          <w:p>
            <w:pPr>
              <w:spacing w:after="0"/>
              <w:jc w:val="left"/>
            </w:pPr>
            <w:r>
              <w:rPr>
                <w:sz w:val="16"/>
              </w:rPr>
              <w:t>Storm Events does not record earthquakes; the USGS earthquake catalog is the source.</w:t>
            </w:r>
          </w:p>
        </w:tc>
      </w:tr>
      <w:tr>
        <w:trPr>
          <w:cantSplit/>
        </w:trPr>
        <w:tc>
          <w:tcPr>
            <w:tcW w:type="dxa" w:w="1831"/>
          </w:tcPr>
          <w:p>
            <w:pPr>
              <w:spacing w:after="0"/>
              <w:jc w:val="left"/>
            </w:pPr>
            <w:r>
              <w:rPr>
                <w:sz w:val="16"/>
              </w:rPr>
              <w:t>Hail</w:t>
            </w:r>
          </w:p>
        </w:tc>
        <w:tc>
          <w:tcPr>
            <w:tcW w:type="dxa" w:w="1856"/>
          </w:tcPr>
          <w:p>
            <w:pPr>
              <w:spacing w:after="0"/>
              <w:jc w:val="left"/>
            </w:pPr>
            <w:r>
              <w:rPr>
                <w:sz w:val="16"/>
              </w:rPr>
              <w:t>hail size (inches)</w:t>
            </w:r>
          </w:p>
        </w:tc>
        <w:tc>
          <w:tcPr>
            <w:tcW w:type="dxa" w:w="1720"/>
          </w:tcPr>
          <w:p>
            <w:pPr>
              <w:spacing w:after="0"/>
              <w:jc w:val="right"/>
            </w:pPr>
            <w:r>
              <w:rPr>
                <w:sz w:val="16"/>
              </w:rPr>
              <w:t>177 records, 1965 to 2025</w:t>
            </w:r>
          </w:p>
        </w:tc>
        <w:tc>
          <w:tcPr>
            <w:tcW w:type="dxa" w:w="1958"/>
          </w:tcPr>
          <w:p>
            <w:pPr>
              <w:spacing w:after="0"/>
              <w:jc w:val="left"/>
            </w:pPr>
            <w:r>
              <w:rPr>
                <w:sz w:val="16"/>
              </w:rPr>
              <w:t>0.75 in to 2.75 in (median 1 in); 177 with a recorded value</w:t>
            </w:r>
          </w:p>
        </w:tc>
        <w:tc>
          <w:tcPr>
            <w:tcW w:type="dxa" w:w="1597"/>
          </w:tcPr>
          <w:p>
            <w:pPr>
              <w:spacing w:after="0"/>
              <w:jc w:val="left"/>
            </w:pPr>
            <w:r>
              <w:rPr>
                <w:sz w:val="16"/>
              </w:rPr>
              <w:t>2.75 in hail, 2018-07-02</w:t>
            </w:r>
          </w:p>
        </w:tc>
        <w:tc>
          <w:tcPr>
            <w:tcW w:type="dxa" w:w="1652"/>
          </w:tcPr>
          <w:p>
            <w:pPr>
              <w:spacing w:after="0"/>
              <w:jc w:val="left"/>
            </w:pPr>
            <w:r>
              <w:rPr>
                <w:sz w:val="16"/>
              </w:rPr>
              <w:t>Hail, 2003-07-03, $10,000 property; $5,000,000 crops (2003 dollars)</w:t>
            </w:r>
          </w:p>
        </w:tc>
        <w:tc>
          <w:tcPr>
            <w:tcW w:type="dxa" w:w="1637"/>
          </w:tcPr>
          <w:p>
            <w:pPr>
              <w:spacing w:after="0"/>
              <w:jc w:val="left"/>
            </w:pPr>
            <w:r>
              <w:rPr>
                <w:sz w:val="16"/>
              </w:rPr>
              <w:t>Event records naming jurisdictions in the plan: Forman city (18 records), Cayuga city (14 records), Cogswell city (14 records), Gwinner city (14 records), Milnor city (14 records), Havana city (11 records), Rutland city (11 records).</w:t>
            </w:r>
          </w:p>
        </w:tc>
        <w:tc>
          <w:tcPr>
            <w:tcW w:type="dxa" w:w="1861"/>
          </w:tcPr>
          <w:p>
            <w:pPr>
              <w:spacing w:after="0"/>
              <w:jc w:val="left"/>
            </w:pPr>
          </w:p>
        </w:tc>
      </w:tr>
      <w:tr>
        <w:trPr>
          <w:cantSplit/>
        </w:trPr>
        <w:tc>
          <w:tcPr>
            <w:tcW w:type="dxa" w:w="1831"/>
          </w:tcPr>
          <w:p>
            <w:pPr>
              <w:spacing w:after="0"/>
              <w:jc w:val="left"/>
            </w:pPr>
            <w:r>
              <w:rPr>
                <w:sz w:val="16"/>
              </w:rPr>
              <w:t>Excessive Heat, Heat</w:t>
            </w:r>
          </w:p>
        </w:tc>
        <w:tc>
          <w:tcPr>
            <w:tcW w:type="dxa" w:w="1856"/>
          </w:tcPr>
          <w:p>
            <w:pPr>
              <w:spacing w:after="0"/>
              <w:jc w:val="left"/>
            </w:pPr>
            <w:r>
              <w:rPr>
                <w:sz w:val="16"/>
              </w:rPr>
              <w:t>heat index (in event narratives)</w:t>
            </w:r>
          </w:p>
        </w:tc>
        <w:tc>
          <w:tcPr>
            <w:tcW w:type="dxa" w:w="1720"/>
          </w:tcPr>
          <w:p>
            <w:pPr>
              <w:spacing w:after="0"/>
              <w:jc w:val="right"/>
            </w:pPr>
            <w:r>
              <w:rPr>
                <w:sz w:val="16"/>
              </w:rPr>
              <w:t>4 records, 2001 to 2020 (4 zone-level)</w:t>
            </w:r>
          </w:p>
        </w:tc>
        <w:tc>
          <w:tcPr>
            <w:tcW w:type="dxa" w:w="1958"/>
          </w:tcPr>
          <w:p>
            <w:pPr>
              <w:spacing w:after="0"/>
              <w:jc w:val="left"/>
            </w:pPr>
            <w:r>
              <w:rPr>
                <w:sz w:val="16"/>
              </w:rPr>
              <w:t>1 day to 5 days (median 1.5 days); 4 with a recorded value</w:t>
            </w:r>
          </w:p>
        </w:tc>
        <w:tc>
          <w:tcPr>
            <w:tcW w:type="dxa" w:w="1597"/>
          </w:tcPr>
          <w:p>
            <w:pPr>
              <w:spacing w:after="0"/>
              <w:jc w:val="left"/>
            </w:pPr>
            <w:r>
              <w:rPr>
                <w:sz w:val="16"/>
              </w:rPr>
              <w:t>5 consecutive days, 2011-07-16 to 2011-07-20, zone-level</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p>
        </w:tc>
      </w:tr>
      <w:tr>
        <w:trPr>
          <w:cantSplit/>
        </w:trPr>
        <w:tc>
          <w:tcPr>
            <w:tcW w:type="dxa" w:w="1831"/>
          </w:tcPr>
          <w:p>
            <w:pPr>
              <w:spacing w:after="0"/>
              <w:jc w:val="left"/>
            </w:pPr>
            <w:r>
              <w:rPr>
                <w:sz w:val="16"/>
              </w:rPr>
              <w:t>Hurricane, Tropical Storm, Tropical Depression</w:t>
            </w:r>
          </w:p>
        </w:tc>
        <w:tc>
          <w:tcPr>
            <w:tcW w:type="dxa" w:w="1856"/>
          </w:tcPr>
          <w:p>
            <w:pPr>
              <w:spacing w:after="0"/>
              <w:jc w:val="left"/>
            </w:pPr>
            <w:r>
              <w:rPr>
                <w:sz w:val="16"/>
              </w:rPr>
              <w:t>Saffir-Simpson</w:t>
            </w:r>
          </w:p>
        </w:tc>
        <w:tc>
          <w:tcPr>
            <w:tcW w:type="dxa" w:w="1720"/>
          </w:tcPr>
          <w:p>
            <w:pPr>
              <w:spacing w:after="0"/>
              <w:jc w:val="right"/>
            </w:pPr>
            <w:r>
              <w:rPr>
                <w:sz w:val="16"/>
              </w:rPr>
              <w:t>0</w:t>
            </w:r>
          </w:p>
        </w:tc>
        <w:tc>
          <w:tcPr>
            <w:tcW w:type="dxa" w:w="1958"/>
          </w:tcPr>
          <w:p>
            <w:pPr>
              <w:spacing w:after="0"/>
              <w:jc w:val="left"/>
            </w:pPr>
          </w:p>
        </w:tc>
        <w:tc>
          <w:tcPr>
            <w:tcW w:type="dxa" w:w="1597"/>
          </w:tcPr>
          <w:p>
            <w:pPr>
              <w:spacing w:after="0"/>
              <w:jc w:val="left"/>
            </w:pPr>
          </w:p>
        </w:tc>
        <w:tc>
          <w:tcPr>
            <w:tcW w:type="dxa" w:w="1652"/>
          </w:tcPr>
          <w:p>
            <w:pPr>
              <w:spacing w:after="0"/>
              <w:jc w:val="left"/>
            </w:pPr>
          </w:p>
        </w:tc>
        <w:tc>
          <w:tcPr>
            <w:tcW w:type="dxa" w:w="1637"/>
          </w:tcPr>
          <w:p>
            <w:pPr>
              <w:spacing w:after="0"/>
              <w:jc w:val="left"/>
            </w:pPr>
          </w:p>
        </w:tc>
        <w:tc>
          <w:tcPr>
            <w:tcW w:type="dxa" w:w="186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1"/>
          </w:tcPr>
          <w:p>
            <w:pPr>
              <w:spacing w:after="0"/>
              <w:jc w:val="left"/>
            </w:pPr>
            <w:r>
              <w:rPr>
                <w:sz w:val="16"/>
              </w:rPr>
              <w:t>Ice Storm</w:t>
            </w:r>
          </w:p>
        </w:tc>
        <w:tc>
          <w:tcPr>
            <w:tcW w:type="dxa" w:w="1856"/>
          </w:tcPr>
          <w:p>
            <w:pPr>
              <w:spacing w:after="0"/>
              <w:jc w:val="left"/>
            </w:pPr>
            <w:r>
              <w:rPr>
                <w:sz w:val="16"/>
              </w:rPr>
              <w:t>Sperry-Piltz ice scale (local data)</w:t>
            </w:r>
          </w:p>
        </w:tc>
        <w:tc>
          <w:tcPr>
            <w:tcW w:type="dxa" w:w="1720"/>
          </w:tcPr>
          <w:p>
            <w:pPr>
              <w:spacing w:after="0"/>
              <w:jc w:val="right"/>
            </w:pPr>
            <w:r>
              <w:rPr>
                <w:sz w:val="16"/>
              </w:rPr>
              <w:t>8 records, 1996 to 2023 (8 zone-level)</w:t>
            </w:r>
          </w:p>
        </w:tc>
        <w:tc>
          <w:tcPr>
            <w:tcW w:type="dxa" w:w="1958"/>
          </w:tcPr>
          <w:p>
            <w:pPr>
              <w:spacing w:after="0"/>
              <w:jc w:val="left"/>
            </w:pPr>
          </w:p>
        </w:tc>
        <w:tc>
          <w:tcPr>
            <w:tcW w:type="dxa" w:w="1597"/>
          </w:tcPr>
          <w:p>
            <w:pPr>
              <w:spacing w:after="0"/>
              <w:jc w:val="left"/>
            </w:pPr>
            <w:r>
              <w:rPr>
                <w:sz w:val="16"/>
              </w:rPr>
              <w:t>Ice Storm, 1997-04-04, $6,000,000 property; crops not reported (1997 dollars); NWS zone NDZ052</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p>
        </w:tc>
      </w:tr>
      <w:tr>
        <w:trPr>
          <w:cantSplit/>
        </w:trPr>
        <w:tc>
          <w:tcPr>
            <w:tcW w:type="dxa" w:w="1831"/>
          </w:tcPr>
          <w:p>
            <w:pPr>
              <w:spacing w:after="0"/>
              <w:jc w:val="left"/>
            </w:pPr>
            <w:r>
              <w:rPr>
                <w:sz w:val="16"/>
              </w:rPr>
              <w:t>Flash Flood, Flood, Lakeshore Flood</w:t>
            </w:r>
          </w:p>
        </w:tc>
        <w:tc>
          <w:tcPr>
            <w:tcW w:type="dxa" w:w="1856"/>
          </w:tcPr>
          <w:p>
            <w:pPr>
              <w:spacing w:after="0"/>
              <w:jc w:val="left"/>
            </w:pPr>
            <w:r>
              <w:rPr>
                <w:sz w:val="16"/>
              </w:rPr>
              <w:t>damage and flood days (flood depth: FIRM)</w:t>
            </w:r>
          </w:p>
        </w:tc>
        <w:tc>
          <w:tcPr>
            <w:tcW w:type="dxa" w:w="1720"/>
          </w:tcPr>
          <w:p>
            <w:pPr>
              <w:spacing w:after="0"/>
              <w:jc w:val="right"/>
            </w:pPr>
            <w:r>
              <w:rPr>
                <w:sz w:val="16"/>
              </w:rPr>
              <w:t>45 records, 1996 to 2019 (11 zone-level)</w:t>
            </w:r>
          </w:p>
        </w:tc>
        <w:tc>
          <w:tcPr>
            <w:tcW w:type="dxa" w:w="1958"/>
          </w:tcPr>
          <w:p>
            <w:pPr>
              <w:spacing w:after="0"/>
              <w:jc w:val="left"/>
            </w:pPr>
          </w:p>
        </w:tc>
        <w:tc>
          <w:tcPr>
            <w:tcW w:type="dxa" w:w="1597"/>
          </w:tcPr>
          <w:p>
            <w:pPr>
              <w:spacing w:after="0"/>
              <w:jc w:val="left"/>
            </w:pPr>
            <w:r>
              <w:rPr>
                <w:sz w:val="16"/>
              </w:rPr>
              <w:t>Flood, 1998-06-24, $250,000 property; crops not reported (1998 dollars); NWS zone NDZ052</w:t>
            </w:r>
          </w:p>
        </w:tc>
        <w:tc>
          <w:tcPr>
            <w:tcW w:type="dxa" w:w="1652"/>
          </w:tcPr>
          <w:p>
            <w:pPr>
              <w:spacing w:after="0"/>
              <w:jc w:val="left"/>
            </w:pPr>
          </w:p>
        </w:tc>
        <w:tc>
          <w:tcPr>
            <w:tcW w:type="dxa" w:w="1637"/>
          </w:tcPr>
          <w:p>
            <w:pPr>
              <w:spacing w:after="0"/>
              <w:jc w:val="left"/>
            </w:pPr>
            <w:r>
              <w:rPr>
                <w:sz w:val="16"/>
              </w:rPr>
              <w:t>Event records naming jurisdictions in the plan: Milnor city (7 records), Cayuga city (4 records), Havana city (3 records), Rutland city (3 records), Forman city (2 records), Gwinner city (2 records). Zone-level records (11) apply countywide.</w:t>
            </w:r>
          </w:p>
        </w:tc>
        <w:tc>
          <w:tcPr>
            <w:tcW w:type="dxa" w:w="186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1"/>
          </w:tcPr>
          <w:p>
            <w:pPr>
              <w:spacing w:after="0"/>
              <w:jc w:val="left"/>
            </w:pPr>
            <w:r>
              <w:rPr>
                <w:sz w:val="16"/>
              </w:rPr>
              <w:t>Debris Flow</w:t>
            </w:r>
          </w:p>
        </w:tc>
        <w:tc>
          <w:tcPr>
            <w:tcW w:type="dxa" w:w="1856"/>
          </w:tcPr>
          <w:p>
            <w:pPr>
              <w:spacing w:after="0"/>
              <w:jc w:val="left"/>
            </w:pPr>
            <w:r>
              <w:rPr>
                <w:sz w:val="16"/>
              </w:rPr>
              <w:t>none (count and damage only)</w:t>
            </w:r>
          </w:p>
        </w:tc>
        <w:tc>
          <w:tcPr>
            <w:tcW w:type="dxa" w:w="1720"/>
          </w:tcPr>
          <w:p>
            <w:pPr>
              <w:spacing w:after="0"/>
              <w:jc w:val="right"/>
            </w:pPr>
            <w:r>
              <w:rPr>
                <w:sz w:val="16"/>
              </w:rPr>
              <w:t>0</w:t>
            </w:r>
          </w:p>
        </w:tc>
        <w:tc>
          <w:tcPr>
            <w:tcW w:type="dxa" w:w="1958"/>
          </w:tcPr>
          <w:p>
            <w:pPr>
              <w:spacing w:after="0"/>
              <w:jc w:val="left"/>
            </w:pPr>
          </w:p>
        </w:tc>
        <w:tc>
          <w:tcPr>
            <w:tcW w:type="dxa" w:w="1597"/>
          </w:tcPr>
          <w:p>
            <w:pPr>
              <w:spacing w:after="0"/>
              <w:jc w:val="left"/>
            </w:pPr>
          </w:p>
        </w:tc>
        <w:tc>
          <w:tcPr>
            <w:tcW w:type="dxa" w:w="1652"/>
          </w:tcPr>
          <w:p>
            <w:pPr>
              <w:spacing w:after="0"/>
              <w:jc w:val="left"/>
            </w:pPr>
          </w:p>
        </w:tc>
        <w:tc>
          <w:tcPr>
            <w:tcW w:type="dxa" w:w="1637"/>
          </w:tcPr>
          <w:p>
            <w:pPr>
              <w:spacing w:after="0"/>
              <w:jc w:val="left"/>
            </w:pPr>
          </w:p>
        </w:tc>
        <w:tc>
          <w:tcPr>
            <w:tcW w:type="dxa" w:w="1861"/>
          </w:tcPr>
          <w:p>
            <w:pPr>
              <w:spacing w:after="0"/>
              <w:jc w:val="left"/>
            </w:pPr>
          </w:p>
        </w:tc>
      </w:tr>
      <w:tr>
        <w:trPr>
          <w:cantSplit/>
        </w:trPr>
        <w:tc>
          <w:tcPr>
            <w:tcW w:type="dxa" w:w="1831"/>
          </w:tcPr>
          <w:p>
            <w:pPr>
              <w:spacing w:after="0"/>
              <w:jc w:val="left"/>
            </w:pPr>
            <w:r>
              <w:rPr>
                <w:sz w:val="16"/>
              </w:rPr>
              <w:t>Lightning</w:t>
            </w:r>
          </w:p>
        </w:tc>
        <w:tc>
          <w:tcPr>
            <w:tcW w:type="dxa" w:w="1856"/>
          </w:tcPr>
          <w:p>
            <w:pPr>
              <w:spacing w:after="0"/>
              <w:jc w:val="left"/>
            </w:pPr>
            <w:r>
              <w:rPr>
                <w:sz w:val="16"/>
              </w:rPr>
              <w:t>annualized frequency (the measure FEMA's Local Mitigation Planning Handbook names)</w:t>
            </w:r>
          </w:p>
        </w:tc>
        <w:tc>
          <w:tcPr>
            <w:tcW w:type="dxa" w:w="1720"/>
          </w:tcPr>
          <w:p>
            <w:pPr>
              <w:spacing w:after="0"/>
              <w:jc w:val="right"/>
            </w:pPr>
            <w:r>
              <w:rPr>
                <w:sz w:val="16"/>
              </w:rPr>
              <w:t>1 record, 2008</w:t>
            </w:r>
          </w:p>
        </w:tc>
        <w:tc>
          <w:tcPr>
            <w:tcW w:type="dxa" w:w="1958"/>
          </w:tcPr>
          <w:p>
            <w:pPr>
              <w:spacing w:after="0"/>
              <w:jc w:val="left"/>
            </w:pPr>
          </w:p>
        </w:tc>
        <w:tc>
          <w:tcPr>
            <w:tcW w:type="dxa" w:w="1597"/>
          </w:tcPr>
          <w:p>
            <w:pPr>
              <w:spacing w:after="0"/>
              <w:jc w:val="left"/>
            </w:pPr>
            <w:r>
              <w:rPr>
                <w:sz w:val="16"/>
              </w:rPr>
              <w:t>Lightning, 2008-10-11, $5,000 property; $0 crops (2008 dollars)</w:t>
            </w:r>
          </w:p>
        </w:tc>
        <w:tc>
          <w:tcPr>
            <w:tcW w:type="dxa" w:w="1652"/>
          </w:tcPr>
          <w:p>
            <w:pPr>
              <w:spacing w:after="0"/>
              <w:jc w:val="left"/>
            </w:pPr>
          </w:p>
        </w:tc>
        <w:tc>
          <w:tcPr>
            <w:tcW w:type="dxa" w:w="1637"/>
          </w:tcPr>
          <w:p>
            <w:pPr>
              <w:spacing w:after="0"/>
              <w:jc w:val="left"/>
            </w:pPr>
            <w:r>
              <w:rPr>
                <w:sz w:val="16"/>
              </w:rPr>
              <w:t>Event records naming jurisdictions in the plan: Rutland city (1 record).</w:t>
            </w:r>
          </w:p>
        </w:tc>
        <w:tc>
          <w:tcPr>
            <w:tcW w:type="dxa" w:w="1861"/>
          </w:tcPr>
          <w:p>
            <w:pPr>
              <w:spacing w:after="0"/>
              <w:jc w:val="left"/>
            </w:pPr>
            <w:r>
              <w:rPr>
                <w:sz w:val="16"/>
              </w:rPr>
              <w:t>Storm Events lists lightning with damage or casualties.</w:t>
            </w:r>
          </w:p>
        </w:tc>
      </w:tr>
      <w:tr>
        <w:trPr>
          <w:cantSplit/>
        </w:trPr>
        <w:tc>
          <w:tcPr>
            <w:tcW w:type="dxa" w:w="1831"/>
          </w:tcPr>
          <w:p>
            <w:pPr>
              <w:spacing w:after="0"/>
              <w:jc w:val="left"/>
            </w:pPr>
            <w:r>
              <w:rPr>
                <w:sz w:val="16"/>
              </w:rPr>
              <w:t>High Wind and Strong Wind (outside NRI's Strong Wind definition)</w:t>
            </w:r>
          </w:p>
        </w:tc>
        <w:tc>
          <w:tcPr>
            <w:tcW w:type="dxa" w:w="1856"/>
          </w:tcPr>
          <w:p>
            <w:pPr>
              <w:spacing w:after="0"/>
              <w:jc w:val="left"/>
            </w:pPr>
            <w:r>
              <w:rPr>
                <w:sz w:val="16"/>
              </w:rPr>
              <w:t>wind speed (kt and mph)</w:t>
            </w:r>
          </w:p>
        </w:tc>
        <w:tc>
          <w:tcPr>
            <w:tcW w:type="dxa" w:w="1720"/>
          </w:tcPr>
          <w:p>
            <w:pPr>
              <w:spacing w:after="0"/>
              <w:jc w:val="right"/>
            </w:pPr>
            <w:r>
              <w:rPr>
                <w:sz w:val="16"/>
              </w:rPr>
              <w:t>31 records, 1997 to 2026 (31 zone-level)</w:t>
            </w:r>
          </w:p>
        </w:tc>
        <w:tc>
          <w:tcPr>
            <w:tcW w:type="dxa" w:w="1958"/>
          </w:tcPr>
          <w:p>
            <w:pPr>
              <w:spacing w:after="0"/>
              <w:jc w:val="left"/>
            </w:pPr>
            <w:r>
              <w:rPr>
                <w:sz w:val="16"/>
              </w:rPr>
              <w:t>35 kt (40 mph) to 66 kt (76 mph) (median 50 kt (58 mph)); 31 with a recorded value</w:t>
            </w:r>
          </w:p>
        </w:tc>
        <w:tc>
          <w:tcPr>
            <w:tcW w:type="dxa" w:w="1597"/>
          </w:tcPr>
          <w:p>
            <w:pPr>
              <w:spacing w:after="0"/>
              <w:jc w:val="left"/>
            </w:pPr>
            <w:r>
              <w:rPr>
                <w:sz w:val="16"/>
              </w:rPr>
              <w:t>66 kt (76 mph), measurement type not recorded, High Wind, 1999-11-01; NWS zone NDZ052</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p>
        </w:tc>
      </w:tr>
      <w:tr>
        <w:trPr>
          <w:cantSplit/>
        </w:trPr>
        <w:tc>
          <w:tcPr>
            <w:tcW w:type="dxa" w:w="1831"/>
          </w:tcPr>
          <w:p>
            <w:pPr>
              <w:spacing w:after="0"/>
              <w:jc w:val="left"/>
            </w:pPr>
            <w:r>
              <w:rPr>
                <w:sz w:val="16"/>
              </w:rPr>
              <w:t>Thunderstorm Wind</w:t>
            </w:r>
          </w:p>
        </w:tc>
        <w:tc>
          <w:tcPr>
            <w:tcW w:type="dxa" w:w="1856"/>
          </w:tcPr>
          <w:p>
            <w:pPr>
              <w:spacing w:after="0"/>
              <w:jc w:val="left"/>
            </w:pPr>
            <w:r>
              <w:rPr>
                <w:sz w:val="16"/>
              </w:rPr>
              <w:t>wind speed (kt and mph)</w:t>
            </w:r>
          </w:p>
        </w:tc>
        <w:tc>
          <w:tcPr>
            <w:tcW w:type="dxa" w:w="1720"/>
          </w:tcPr>
          <w:p>
            <w:pPr>
              <w:spacing w:after="0"/>
              <w:jc w:val="right"/>
            </w:pPr>
            <w:r>
              <w:rPr>
                <w:sz w:val="16"/>
              </w:rPr>
              <w:t>112 records, 1960 to 2026</w:t>
            </w:r>
          </w:p>
        </w:tc>
        <w:tc>
          <w:tcPr>
            <w:tcW w:type="dxa" w:w="1958"/>
          </w:tcPr>
          <w:p>
            <w:pPr>
              <w:spacing w:after="0"/>
              <w:jc w:val="left"/>
            </w:pPr>
            <w:r>
              <w:rPr>
                <w:sz w:val="16"/>
              </w:rPr>
              <w:t>50 kt (58 mph) to 110 kt (127 mph) (median 55 kt (63 mph)); 87 with a recorded value</w:t>
            </w:r>
          </w:p>
        </w:tc>
        <w:tc>
          <w:tcPr>
            <w:tcW w:type="dxa" w:w="1597"/>
          </w:tcPr>
          <w:p>
            <w:pPr>
              <w:spacing w:after="0"/>
              <w:jc w:val="left"/>
            </w:pPr>
            <w:r>
              <w:rPr>
                <w:sz w:val="16"/>
              </w:rPr>
              <w:t>110 kt (127 mph) measured gust, Thunderstorm Wind, 2011-07-10</w:t>
            </w:r>
          </w:p>
        </w:tc>
        <w:tc>
          <w:tcPr>
            <w:tcW w:type="dxa" w:w="1652"/>
          </w:tcPr>
          <w:p>
            <w:pPr>
              <w:spacing w:after="0"/>
              <w:jc w:val="left"/>
            </w:pPr>
            <w:r>
              <w:rPr>
                <w:sz w:val="16"/>
              </w:rPr>
              <w:t>Thunderstorm Wind, 2003-07-03, $40,000 property; $5,000,000 crops (2003 dollars)</w:t>
            </w:r>
          </w:p>
        </w:tc>
        <w:tc>
          <w:tcPr>
            <w:tcW w:type="dxa" w:w="1637"/>
          </w:tcPr>
          <w:p>
            <w:pPr>
              <w:spacing w:after="0"/>
              <w:jc w:val="left"/>
            </w:pPr>
            <w:r>
              <w:rPr>
                <w:sz w:val="16"/>
              </w:rPr>
              <w:t>Event records naming jurisdictions in the plan: Havana city (11 records), Forman city (8 records), Rutland city (8 records), Cayuga city (7 records), Cogswell city (6 records), Gwinner city (6 records), Milnor city (6 records).</w:t>
            </w:r>
          </w:p>
        </w:tc>
        <w:tc>
          <w:tcPr>
            <w:tcW w:type="dxa" w:w="1861"/>
          </w:tcPr>
          <w:p>
            <w:pPr>
              <w:spacing w:after="0"/>
              <w:jc w:val="left"/>
            </w:pPr>
          </w:p>
        </w:tc>
      </w:tr>
      <w:tr>
        <w:trPr>
          <w:cantSplit/>
        </w:trPr>
        <w:tc>
          <w:tcPr>
            <w:tcW w:type="dxa" w:w="1831"/>
          </w:tcPr>
          <w:p>
            <w:pPr>
              <w:spacing w:after="0"/>
              <w:jc w:val="left"/>
            </w:pPr>
            <w:r>
              <w:rPr>
                <w:sz w:val="16"/>
              </w:rPr>
              <w:t>Tornado</w:t>
            </w:r>
          </w:p>
        </w:tc>
        <w:tc>
          <w:tcPr>
            <w:tcW w:type="dxa" w:w="1856"/>
          </w:tcPr>
          <w:p>
            <w:pPr>
              <w:spacing w:after="0"/>
              <w:jc w:val="left"/>
            </w:pPr>
            <w:r>
              <w:rPr>
                <w:sz w:val="16"/>
              </w:rPr>
              <w:t>Enhanced Fujita (Fujita before Feb 2007)</w:t>
            </w:r>
          </w:p>
        </w:tc>
        <w:tc>
          <w:tcPr>
            <w:tcW w:type="dxa" w:w="1720"/>
          </w:tcPr>
          <w:p>
            <w:pPr>
              <w:spacing w:after="0"/>
              <w:jc w:val="right"/>
            </w:pPr>
            <w:r>
              <w:rPr>
                <w:sz w:val="16"/>
              </w:rPr>
              <w:t>26 records, 1956 to 2021</w:t>
            </w:r>
          </w:p>
        </w:tc>
        <w:tc>
          <w:tcPr>
            <w:tcW w:type="dxa" w:w="1958"/>
          </w:tcPr>
          <w:p>
            <w:pPr>
              <w:spacing w:after="0"/>
              <w:jc w:val="left"/>
            </w:pPr>
            <w:r>
              <w:rPr>
                <w:sz w:val="16"/>
              </w:rPr>
              <w:t>F/EF0 to F/EF3 (median F/EF0); 25 with a recorded value</w:t>
            </w:r>
          </w:p>
        </w:tc>
        <w:tc>
          <w:tcPr>
            <w:tcW w:type="dxa" w:w="1597"/>
          </w:tcPr>
          <w:p>
            <w:pPr>
              <w:spacing w:after="0"/>
              <w:jc w:val="left"/>
            </w:pPr>
            <w:r>
              <w:rPr>
                <w:sz w:val="16"/>
              </w:rPr>
              <w:t>F3 tornado, 1973-07-01, 33 yd wide, $250,000 property; crops not recorded (1973 dollars)</w:t>
            </w:r>
          </w:p>
        </w:tc>
        <w:tc>
          <w:tcPr>
            <w:tcW w:type="dxa" w:w="1652"/>
          </w:tcPr>
          <w:p>
            <w:pPr>
              <w:spacing w:after="0"/>
              <w:jc w:val="left"/>
            </w:pPr>
            <w:r>
              <w:rPr>
                <w:sz w:val="16"/>
              </w:rPr>
              <w:t>Tornado, 2011-07-10, $800,000 property; $2,000,000 crops (2011 dollars)</w:t>
            </w:r>
          </w:p>
        </w:tc>
        <w:tc>
          <w:tcPr>
            <w:tcW w:type="dxa" w:w="1637"/>
          </w:tcPr>
          <w:p>
            <w:pPr>
              <w:spacing w:after="0"/>
              <w:jc w:val="left"/>
            </w:pPr>
            <w:r>
              <w:rPr>
                <w:sz w:val="16"/>
              </w:rPr>
              <w:t>Event records naming jurisdictions in the plan: Cogswell city (3 records), Cayuga city (2 records), Havana city (2 records), Forman city (1 record), Gwinner city (1 record), Milnor city (1 record).</w:t>
            </w:r>
          </w:p>
        </w:tc>
        <w:tc>
          <w:tcPr>
            <w:tcW w:type="dxa" w:w="186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1"/>
          </w:tcPr>
          <w:p>
            <w:pPr>
              <w:spacing w:after="0"/>
              <w:jc w:val="left"/>
            </w:pPr>
            <w:r>
              <w:rPr>
                <w:sz w:val="16"/>
              </w:rPr>
              <w:t>Wildfire</w:t>
            </w:r>
          </w:p>
        </w:tc>
        <w:tc>
          <w:tcPr>
            <w:tcW w:type="dxa" w:w="1856"/>
          </w:tcPr>
          <w:p>
            <w:pPr>
              <w:spacing w:after="0"/>
              <w:jc w:val="left"/>
            </w:pPr>
            <w:r>
              <w:rPr>
                <w:sz w:val="16"/>
              </w:rPr>
              <w:t>acres burned (local data)</w:t>
            </w:r>
          </w:p>
        </w:tc>
        <w:tc>
          <w:tcPr>
            <w:tcW w:type="dxa" w:w="1720"/>
          </w:tcPr>
          <w:p>
            <w:pPr>
              <w:spacing w:after="0"/>
              <w:jc w:val="right"/>
            </w:pPr>
            <w:r>
              <w:rPr>
                <w:sz w:val="16"/>
              </w:rPr>
              <w:t>0</w:t>
            </w:r>
          </w:p>
        </w:tc>
        <w:tc>
          <w:tcPr>
            <w:tcW w:type="dxa" w:w="1958"/>
          </w:tcPr>
          <w:p>
            <w:pPr>
              <w:spacing w:after="0"/>
              <w:jc w:val="left"/>
            </w:pPr>
          </w:p>
        </w:tc>
        <w:tc>
          <w:tcPr>
            <w:tcW w:type="dxa" w:w="1597"/>
          </w:tcPr>
          <w:p>
            <w:pPr>
              <w:spacing w:after="0"/>
              <w:jc w:val="left"/>
            </w:pPr>
          </w:p>
        </w:tc>
        <w:tc>
          <w:tcPr>
            <w:tcW w:type="dxa" w:w="1652"/>
          </w:tcPr>
          <w:p>
            <w:pPr>
              <w:spacing w:after="0"/>
              <w:jc w:val="left"/>
            </w:pPr>
          </w:p>
        </w:tc>
        <w:tc>
          <w:tcPr>
            <w:tcW w:type="dxa" w:w="1637"/>
          </w:tcPr>
          <w:p>
            <w:pPr>
              <w:spacing w:after="0"/>
              <w:jc w:val="left"/>
            </w:pPr>
          </w:p>
        </w:tc>
        <w:tc>
          <w:tcPr>
            <w:tcW w:type="dxa" w:w="1861"/>
          </w:tcPr>
          <w:p>
            <w:pPr>
              <w:spacing w:after="0"/>
              <w:jc w:val="left"/>
            </w:pPr>
          </w:p>
        </w:tc>
      </w:tr>
      <w:tr>
        <w:trPr>
          <w:cantSplit/>
        </w:trPr>
        <w:tc>
          <w:tcPr>
            <w:tcW w:type="dxa" w:w="1831"/>
          </w:tcPr>
          <w:p>
            <w:pPr>
              <w:spacing w:after="0"/>
              <w:jc w:val="left"/>
            </w:pPr>
            <w:r>
              <w:rPr>
                <w:sz w:val="16"/>
              </w:rPr>
              <w:t>Winter Storm, Heavy Snow, Blizzard, Lake-Effect Snow, Winter Weather, Sleet</w:t>
            </w:r>
          </w:p>
        </w:tc>
        <w:tc>
          <w:tcPr>
            <w:tcW w:type="dxa" w:w="1856"/>
          </w:tcPr>
          <w:p>
            <w:pPr>
              <w:spacing w:after="0"/>
              <w:jc w:val="left"/>
            </w:pPr>
            <w:r>
              <w:rPr>
                <w:sz w:val="16"/>
              </w:rPr>
              <w:t>none in data (snowfall: local data)</w:t>
            </w:r>
          </w:p>
        </w:tc>
        <w:tc>
          <w:tcPr>
            <w:tcW w:type="dxa" w:w="1720"/>
          </w:tcPr>
          <w:p>
            <w:pPr>
              <w:spacing w:after="0"/>
              <w:jc w:val="right"/>
            </w:pPr>
            <w:r>
              <w:rPr>
                <w:sz w:val="16"/>
              </w:rPr>
              <w:t>153 records, 1996 to 2026 (153 zone-level)</w:t>
            </w:r>
          </w:p>
        </w:tc>
        <w:tc>
          <w:tcPr>
            <w:tcW w:type="dxa" w:w="1958"/>
          </w:tcPr>
          <w:p>
            <w:pPr>
              <w:spacing w:after="0"/>
              <w:jc w:val="left"/>
            </w:pPr>
          </w:p>
        </w:tc>
        <w:tc>
          <w:tcPr>
            <w:tcW w:type="dxa" w:w="1597"/>
          </w:tcPr>
          <w:p>
            <w:pPr>
              <w:spacing w:after="0"/>
              <w:jc w:val="left"/>
            </w:pPr>
            <w:r>
              <w:rPr>
                <w:sz w:val="16"/>
              </w:rPr>
              <w:t>Blizzard, 1997-04-05, $6,000,000 property; crops not reported (1997 dollars); NWS zone NDZ052</w:t>
            </w:r>
          </w:p>
        </w:tc>
        <w:tc>
          <w:tcPr>
            <w:tcW w:type="dxa" w:w="1652"/>
          </w:tcPr>
          <w:p>
            <w:pPr>
              <w:spacing w:after="0"/>
              <w:jc w:val="left"/>
            </w:pPr>
          </w:p>
        </w:tc>
        <w:tc>
          <w:tcPr>
            <w:tcW w:type="dxa" w:w="1637"/>
          </w:tcPr>
          <w:p>
            <w:pPr>
              <w:spacing w:after="0"/>
              <w:jc w:val="left"/>
            </w:pPr>
            <w:r>
              <w:rPr>
                <w:sz w:val="16"/>
              </w:rPr>
              <w:t>Countywide (zone-level records).</w:t>
            </w:r>
          </w:p>
        </w:tc>
        <w:tc>
          <w:tcPr>
            <w:tcW w:type="dxa" w:w="186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32 declarations covering 29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3232"/>
        <w:gridCol w:w="1902"/>
        <w:gridCol w:w="3031"/>
        <w:gridCol w:w="717"/>
        <w:gridCol w:w="88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3232"/>
            <w:shd w:val="clear" w:color="auto" w:fill="E8E8E8"/>
          </w:tcPr>
          <w:p>
            <w:pPr>
              <w:spacing w:after="0"/>
              <w:jc w:val="left"/>
            </w:pPr>
            <w:r>
              <w:rPr>
                <w:b/>
                <w:sz w:val="16"/>
              </w:rPr>
              <w:t>Title</w:t>
            </w:r>
          </w:p>
        </w:tc>
        <w:tc>
          <w:tcPr>
            <w:tcW w:type="dxa" w:w="1902"/>
            <w:shd w:val="clear" w:color="auto" w:fill="E8E8E8"/>
          </w:tcPr>
          <w:p>
            <w:pPr>
              <w:spacing w:after="0"/>
              <w:jc w:val="left"/>
            </w:pPr>
            <w:r>
              <w:rPr>
                <w:b/>
                <w:sz w:val="16"/>
              </w:rPr>
              <w:t>Mapped hazard</w:t>
            </w:r>
          </w:p>
        </w:tc>
        <w:tc>
          <w:tcPr>
            <w:tcW w:type="dxa" w:w="303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7"/>
            <w:shd w:val="clear" w:color="auto" w:fill="E8E8E8"/>
          </w:tcPr>
          <w:p>
            <w:pPr>
              <w:spacing w:after="0"/>
              <w:jc w:val="left"/>
            </w:pPr>
            <w:r>
              <w:rPr>
                <w:b/>
                <w:sz w:val="16"/>
              </w:rPr>
              <w:t>Flags</w:t>
            </w:r>
          </w:p>
        </w:tc>
        <w:tc>
          <w:tcPr>
            <w:tcW w:type="dxa" w:w="881"/>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38"/>
          </w:tcPr>
          <w:p>
            <w:pPr>
              <w:spacing w:after="0"/>
              <w:jc w:val="left"/>
            </w:pPr>
            <w:r>
              <w:rPr>
                <w:sz w:val="16"/>
              </w:rPr>
              <w:t>Major disaster</w:t>
            </w:r>
          </w:p>
        </w:tc>
        <w:tc>
          <w:tcPr>
            <w:tcW w:type="dxa" w:w="3232"/>
          </w:tcPr>
          <w:p>
            <w:pPr>
              <w:spacing w:after="0"/>
              <w:jc w:val="left"/>
            </w:pPr>
            <w:r>
              <w:rPr>
                <w:sz w:val="16"/>
              </w:rPr>
              <w:t>Severe Winter Storm and Straight-Line Winds</w:t>
            </w:r>
          </w:p>
        </w:tc>
        <w:tc>
          <w:tcPr>
            <w:tcW w:type="dxa" w:w="1902"/>
          </w:tcPr>
          <w:p>
            <w:pPr>
              <w:spacing w:after="0"/>
              <w:jc w:val="left"/>
            </w:pPr>
            <w:r>
              <w:rPr>
                <w:sz w:val="16"/>
              </w:rPr>
              <w:t>Winter Weather (primary); also designated: Strong Wind</w:t>
            </w:r>
          </w:p>
        </w:tc>
        <w:tc>
          <w:tcPr>
            <w:tcW w:type="dxa" w:w="3031"/>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2023-07-05</w:t>
            </w:r>
          </w:p>
        </w:tc>
        <w:tc>
          <w:tcPr>
            <w:tcW w:type="dxa" w:w="1037"/>
          </w:tcPr>
          <w:p>
            <w:pPr>
              <w:spacing w:after="0"/>
              <w:jc w:val="left"/>
            </w:pPr>
            <w:r>
              <w:rPr>
                <w:sz w:val="16"/>
              </w:rPr>
              <w:t>2023-04-10</w:t>
            </w:r>
          </w:p>
        </w:tc>
        <w:tc>
          <w:tcPr>
            <w:tcW w:type="dxa" w:w="1037"/>
          </w:tcPr>
          <w:p>
            <w:pPr>
              <w:spacing w:after="0"/>
              <w:jc w:val="left"/>
            </w:pPr>
            <w:r>
              <w:rPr>
                <w:sz w:val="16"/>
              </w:rPr>
              <w:t>DR-4717-ND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$65,888.24</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2023-02-05</w:t>
            </w:r>
          </w:p>
        </w:tc>
        <w:tc>
          <w:tcPr>
            <w:tcW w:type="dxa" w:w="1037"/>
          </w:tcPr>
          <w:p>
            <w:pPr>
              <w:spacing w:after="0"/>
              <w:jc w:val="left"/>
            </w:pPr>
            <w:r>
              <w:rPr>
                <w:sz w:val="16"/>
              </w:rPr>
              <w:t>2022-11-09</w:t>
            </w:r>
          </w:p>
        </w:tc>
        <w:tc>
          <w:tcPr>
            <w:tcW w:type="dxa" w:w="1037"/>
          </w:tcPr>
          <w:p>
            <w:pPr>
              <w:spacing w:after="0"/>
              <w:jc w:val="left"/>
            </w:pPr>
            <w:r>
              <w:rPr>
                <w:sz w:val="16"/>
              </w:rPr>
              <w:t>DR-4686-ND</w:t>
            </w:r>
          </w:p>
        </w:tc>
        <w:tc>
          <w:tcPr>
            <w:tcW w:type="dxa" w:w="1238"/>
          </w:tcPr>
          <w:p>
            <w:pPr>
              <w:spacing w:after="0"/>
              <w:jc w:val="left"/>
            </w:pPr>
            <w:r>
              <w:rPr>
                <w:sz w:val="16"/>
              </w:rPr>
              <w:t>Major disaster</w:t>
            </w:r>
          </w:p>
        </w:tc>
        <w:tc>
          <w:tcPr>
            <w:tcW w:type="dxa" w:w="3232"/>
          </w:tcPr>
          <w:p>
            <w:pPr>
              <w:spacing w:after="0"/>
              <w:jc w:val="left"/>
            </w:pPr>
            <w:r>
              <w:rPr>
                <w:sz w:val="16"/>
              </w:rPr>
              <w:t>Severe Winter Storm, Snowstorm, and Straight-Line Winds</w:t>
            </w:r>
          </w:p>
        </w:tc>
        <w:tc>
          <w:tcPr>
            <w:tcW w:type="dxa" w:w="1902"/>
          </w:tcPr>
          <w:p>
            <w:pPr>
              <w:spacing w:after="0"/>
              <w:jc w:val="left"/>
            </w:pPr>
            <w:r>
              <w:rPr>
                <w:sz w:val="16"/>
              </w:rPr>
              <w:t>Winter Weather (primary); also designated: Strong Wind</w:t>
            </w:r>
          </w:p>
        </w:tc>
        <w:tc>
          <w:tcPr>
            <w:tcW w:type="dxa" w:w="3031"/>
          </w:tcPr>
          <w:p>
            <w:pPr>
              <w:spacing w:after="0"/>
              <w:jc w:val="right"/>
            </w:pPr>
            <w:r>
              <w:rPr>
                <w:sz w:val="16"/>
              </w:rPr>
              <w:t>no Public Assistance recorded</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38"/>
          </w:tcPr>
          <w:p>
            <w:pPr>
              <w:spacing w:after="0"/>
              <w:jc w:val="left"/>
            </w:pPr>
            <w:r>
              <w:rPr>
                <w:sz w:val="16"/>
              </w:rPr>
              <w:t>Major disaster</w:t>
            </w:r>
          </w:p>
        </w:tc>
        <w:tc>
          <w:tcPr>
            <w:tcW w:type="dxa" w:w="3232"/>
          </w:tcPr>
          <w:p>
            <w:pPr>
              <w:spacing w:after="0"/>
              <w:jc w:val="left"/>
            </w:pPr>
            <w:r>
              <w:rPr>
                <w:sz w:val="16"/>
              </w:rPr>
              <w:t>Severe Winter Storm and Flooding</w:t>
            </w:r>
          </w:p>
        </w:tc>
        <w:tc>
          <w:tcPr>
            <w:tcW w:type="dxa" w:w="1902"/>
          </w:tcPr>
          <w:p>
            <w:pPr>
              <w:spacing w:after="0"/>
              <w:jc w:val="left"/>
            </w:pPr>
            <w:r>
              <w:rPr>
                <w:sz w:val="16"/>
              </w:rPr>
              <w:t>Inland Flooding; Winter Weather</w:t>
            </w:r>
          </w:p>
        </w:tc>
        <w:tc>
          <w:tcPr>
            <w:tcW w:type="dxa" w:w="3031"/>
          </w:tcPr>
          <w:p>
            <w:pPr>
              <w:spacing w:after="0"/>
              <w:jc w:val="right"/>
            </w:pPr>
            <w:r>
              <w:rPr>
                <w:sz w:val="16"/>
              </w:rPr>
              <w:t>$88,546.51</w:t>
            </w:r>
          </w:p>
        </w:tc>
        <w:tc>
          <w:tcPr>
            <w:tcW w:type="dxa" w:w="717"/>
          </w:tcPr>
          <w:p>
            <w:pPr>
              <w:spacing w:after="0"/>
              <w:jc w:val="left"/>
            </w:pPr>
            <w:r>
              <w:rPr>
                <w:sz w:val="16"/>
              </w:rPr>
              <w:t>within last 5 years</w:t>
            </w:r>
          </w:p>
        </w:tc>
        <w:tc>
          <w:tcPr>
            <w:tcW w:type="dxa" w:w="881"/>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$93,379.97</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38"/>
          </w:tcPr>
          <w:p>
            <w:pPr>
              <w:spacing w:after="0"/>
              <w:jc w:val="left"/>
            </w:pPr>
            <w:r>
              <w:rPr>
                <w:sz w:val="16"/>
              </w:rPr>
              <w:t>Major disaster</w:t>
            </w:r>
          </w:p>
        </w:tc>
        <w:tc>
          <w:tcPr>
            <w:tcW w:type="dxa" w:w="3232"/>
          </w:tcPr>
          <w:p>
            <w:pPr>
              <w:spacing w:after="0"/>
              <w:jc w:val="left"/>
            </w:pPr>
            <w:r>
              <w:rPr>
                <w:sz w:val="16"/>
              </w:rPr>
              <w:t>COVID-19 Pandemic</w:t>
            </w:r>
          </w:p>
        </w:tc>
        <w:tc>
          <w:tcPr>
            <w:tcW w:type="dxa" w:w="1902"/>
          </w:tcPr>
          <w:p>
            <w:pPr>
              <w:spacing w:after="0"/>
              <w:jc w:val="left"/>
            </w:pPr>
            <w:r>
              <w:rPr>
                <w:sz w:val="16"/>
              </w:rPr>
              <w:t>Non-natural, not counted</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38"/>
          </w:tcPr>
          <w:p>
            <w:pPr>
              <w:spacing w:after="0"/>
              <w:jc w:val="left"/>
            </w:pPr>
            <w:r>
              <w:rPr>
                <w:sz w:val="16"/>
              </w:rPr>
              <w:t>Emergency</w:t>
            </w:r>
          </w:p>
        </w:tc>
        <w:tc>
          <w:tcPr>
            <w:tcW w:type="dxa" w:w="3232"/>
          </w:tcPr>
          <w:p>
            <w:pPr>
              <w:spacing w:after="0"/>
              <w:jc w:val="left"/>
            </w:pPr>
            <w:r>
              <w:rPr>
                <w:sz w:val="16"/>
              </w:rPr>
              <w:t>COVID-19</w:t>
            </w:r>
          </w:p>
        </w:tc>
        <w:tc>
          <w:tcPr>
            <w:tcW w:type="dxa" w:w="1902"/>
          </w:tcPr>
          <w:p>
            <w:pPr>
              <w:spacing w:after="0"/>
              <w:jc w:val="left"/>
            </w:pPr>
            <w:r>
              <w:rPr>
                <w:sz w:val="16"/>
              </w:rPr>
              <w:t>Non-natural, not counted</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$204,483.26</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$128,275.36</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$696,365.32</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$358,028.69</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38"/>
          </w:tcPr>
          <w:p>
            <w:pPr>
              <w:spacing w:after="0"/>
              <w:jc w:val="left"/>
            </w:pPr>
            <w:r>
              <w:rPr>
                <w:sz w:val="16"/>
              </w:rPr>
              <w:t>Major disaster</w:t>
            </w:r>
          </w:p>
        </w:tc>
        <w:tc>
          <w:tcPr>
            <w:tcW w:type="dxa" w:w="3232"/>
          </w:tcPr>
          <w:p>
            <w:pPr>
              <w:spacing w:after="0"/>
              <w:jc w:val="left"/>
            </w:pPr>
            <w:r>
              <w:rPr>
                <w:sz w:val="16"/>
              </w:rPr>
              <w:t>Severe Storms and Flooding</w:t>
            </w:r>
          </w:p>
        </w:tc>
        <w:tc>
          <w:tcPr>
            <w:tcW w:type="dxa" w:w="1902"/>
          </w:tcPr>
          <w:p>
            <w:pPr>
              <w:spacing w:after="0"/>
              <w:jc w:val="left"/>
            </w:pPr>
            <w:r>
              <w:rPr>
                <w:sz w:val="16"/>
              </w:rPr>
              <w:t>Inland Flooding</w:t>
            </w:r>
          </w:p>
        </w:tc>
        <w:tc>
          <w:tcPr>
            <w:tcW w:type="dxa" w:w="3031"/>
          </w:tcPr>
          <w:p>
            <w:pPr>
              <w:spacing w:after="0"/>
              <w:jc w:val="right"/>
            </w:pPr>
            <w:r>
              <w:rPr>
                <w:sz w:val="16"/>
              </w:rPr>
              <w:t>$568,321.91</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38"/>
          </w:tcPr>
          <w:p>
            <w:pPr>
              <w:spacing w:after="0"/>
              <w:jc w:val="left"/>
            </w:pPr>
            <w:r>
              <w:rPr>
                <w:sz w:val="16"/>
              </w:rPr>
              <w:t>Major disaster</w:t>
            </w:r>
          </w:p>
        </w:tc>
        <w:tc>
          <w:tcPr>
            <w:tcW w:type="dxa" w:w="3232"/>
          </w:tcPr>
          <w:p>
            <w:pPr>
              <w:spacing w:after="0"/>
              <w:jc w:val="left"/>
            </w:pPr>
            <w:r>
              <w:rPr>
                <w:sz w:val="16"/>
              </w:rPr>
              <w:t>Severe Storms and Flooding</w:t>
            </w:r>
          </w:p>
        </w:tc>
        <w:tc>
          <w:tcPr>
            <w:tcW w:type="dxa" w:w="1902"/>
          </w:tcPr>
          <w:p>
            <w:pPr>
              <w:spacing w:after="0"/>
              <w:jc w:val="left"/>
            </w:pPr>
            <w:r>
              <w:rPr>
                <w:sz w:val="16"/>
              </w:rPr>
              <w:t>Inland Flooding</w:t>
            </w:r>
          </w:p>
        </w:tc>
        <w:tc>
          <w:tcPr>
            <w:tcW w:type="dxa" w:w="3031"/>
          </w:tcPr>
          <w:p>
            <w:pPr>
              <w:spacing w:after="0"/>
              <w:jc w:val="right"/>
            </w:pPr>
            <w:r>
              <w:rPr>
                <w:sz w:val="16"/>
              </w:rPr>
              <w:t>$226,953.52</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2006-06-05</w:t>
            </w:r>
          </w:p>
        </w:tc>
        <w:tc>
          <w:tcPr>
            <w:tcW w:type="dxa" w:w="1037"/>
          </w:tcPr>
          <w:p>
            <w:pPr>
              <w:spacing w:after="0"/>
              <w:jc w:val="left"/>
            </w:pPr>
            <w:r>
              <w:rPr>
                <w:sz w:val="16"/>
              </w:rPr>
              <w:t>2006-03-30</w:t>
            </w:r>
          </w:p>
        </w:tc>
        <w:tc>
          <w:tcPr>
            <w:tcW w:type="dxa" w:w="1037"/>
          </w:tcPr>
          <w:p>
            <w:pPr>
              <w:spacing w:after="0"/>
              <w:jc w:val="left"/>
            </w:pPr>
            <w:r>
              <w:rPr>
                <w:sz w:val="16"/>
              </w:rPr>
              <w:t>DR-1645-ND</w:t>
            </w:r>
          </w:p>
        </w:tc>
        <w:tc>
          <w:tcPr>
            <w:tcW w:type="dxa" w:w="1238"/>
          </w:tcPr>
          <w:p>
            <w:pPr>
              <w:spacing w:after="0"/>
              <w:jc w:val="left"/>
            </w:pPr>
            <w:r>
              <w:rPr>
                <w:sz w:val="16"/>
              </w:rPr>
              <w:t>Major disaster</w:t>
            </w:r>
          </w:p>
        </w:tc>
        <w:tc>
          <w:tcPr>
            <w:tcW w:type="dxa" w:w="3232"/>
          </w:tcPr>
          <w:p>
            <w:pPr>
              <w:spacing w:after="0"/>
              <w:jc w:val="left"/>
            </w:pPr>
            <w:r>
              <w:rPr>
                <w:sz w:val="16"/>
              </w:rPr>
              <w:t>Severe Storms, Flooding, and Ground Saturation</w:t>
            </w:r>
          </w:p>
        </w:tc>
        <w:tc>
          <w:tcPr>
            <w:tcW w:type="dxa" w:w="1902"/>
          </w:tcPr>
          <w:p>
            <w:pPr>
              <w:spacing w:after="0"/>
              <w:jc w:val="left"/>
            </w:pPr>
            <w:r>
              <w:rPr>
                <w:sz w:val="16"/>
              </w:rPr>
              <w:t>Inland Flooding</w:t>
            </w:r>
          </w:p>
        </w:tc>
        <w:tc>
          <w:tcPr>
            <w:tcW w:type="dxa" w:w="3031"/>
          </w:tcPr>
          <w:p>
            <w:pPr>
              <w:spacing w:after="0"/>
              <w:jc w:val="right"/>
            </w:pPr>
            <w:r>
              <w:rPr>
                <w:sz w:val="16"/>
              </w:rPr>
              <w:t>$171,217.60</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2006-01-04</w:t>
            </w:r>
          </w:p>
        </w:tc>
        <w:tc>
          <w:tcPr>
            <w:tcW w:type="dxa" w:w="1037"/>
          </w:tcPr>
          <w:p>
            <w:pPr>
              <w:spacing w:after="0"/>
              <w:jc w:val="left"/>
            </w:pPr>
            <w:r>
              <w:rPr>
                <w:sz w:val="16"/>
              </w:rPr>
              <w:t>2005-11-27</w:t>
            </w:r>
          </w:p>
        </w:tc>
        <w:tc>
          <w:tcPr>
            <w:tcW w:type="dxa" w:w="1037"/>
          </w:tcPr>
          <w:p>
            <w:pPr>
              <w:spacing w:after="0"/>
              <w:jc w:val="left"/>
            </w:pPr>
            <w:r>
              <w:rPr>
                <w:sz w:val="16"/>
              </w:rPr>
              <w:t>DR-1621-ND</w:t>
            </w:r>
          </w:p>
        </w:tc>
        <w:tc>
          <w:tcPr>
            <w:tcW w:type="dxa" w:w="1238"/>
          </w:tcPr>
          <w:p>
            <w:pPr>
              <w:spacing w:after="0"/>
              <w:jc w:val="left"/>
            </w:pPr>
            <w:r>
              <w:rPr>
                <w:sz w:val="16"/>
              </w:rPr>
              <w:t>Major disaster</w:t>
            </w:r>
          </w:p>
        </w:tc>
        <w:tc>
          <w:tcPr>
            <w:tcW w:type="dxa" w:w="3232"/>
          </w:tcPr>
          <w:p>
            <w:pPr>
              <w:spacing w:after="0"/>
              <w:jc w:val="left"/>
            </w:pPr>
            <w:r>
              <w:rPr>
                <w:sz w:val="16"/>
              </w:rPr>
              <w:t>Severe Winter Storm</w:t>
            </w:r>
          </w:p>
        </w:tc>
        <w:tc>
          <w:tcPr>
            <w:tcW w:type="dxa" w:w="1902"/>
          </w:tcPr>
          <w:p>
            <w:pPr>
              <w:spacing w:after="0"/>
              <w:jc w:val="left"/>
            </w:pPr>
            <w:r>
              <w:rPr>
                <w:sz w:val="16"/>
              </w:rPr>
              <w:t>Winter Weather</w:t>
            </w:r>
          </w:p>
        </w:tc>
        <w:tc>
          <w:tcPr>
            <w:tcW w:type="dxa" w:w="3031"/>
          </w:tcPr>
          <w:p>
            <w:pPr>
              <w:spacing w:after="0"/>
              <w:jc w:val="right"/>
            </w:pPr>
            <w:r>
              <w:rPr>
                <w:sz w:val="16"/>
              </w:rPr>
              <w:t>none placed in this county by FEMA's record; $23,693.61 for this declaration is not placed in any county (see the state page)</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38"/>
          </w:tcPr>
          <w:p>
            <w:pPr>
              <w:spacing w:after="0"/>
              <w:jc w:val="left"/>
            </w:pPr>
            <w:r>
              <w:rPr>
                <w:sz w:val="16"/>
              </w:rPr>
              <w:t>Emergency</w:t>
            </w:r>
          </w:p>
        </w:tc>
        <w:tc>
          <w:tcPr>
            <w:tcW w:type="dxa" w:w="3232"/>
          </w:tcPr>
          <w:p>
            <w:pPr>
              <w:spacing w:after="0"/>
              <w:jc w:val="left"/>
            </w:pPr>
            <w:r>
              <w:rPr>
                <w:sz w:val="16"/>
              </w:rPr>
              <w:t>Hurricane Katrina Evacuation</w:t>
            </w:r>
          </w:p>
        </w:tc>
        <w:tc>
          <w:tcPr>
            <w:tcW w:type="dxa" w:w="1902"/>
          </w:tcPr>
          <w:p>
            <w:pPr>
              <w:spacing w:after="0"/>
              <w:jc w:val="left"/>
            </w:pPr>
            <w:r>
              <w:rPr>
                <w:sz w:val="16"/>
              </w:rPr>
              <w:t>Hurricane: evacuation support, not a local hazard event; not counted</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2005-07-22</w:t>
            </w:r>
          </w:p>
        </w:tc>
        <w:tc>
          <w:tcPr>
            <w:tcW w:type="dxa" w:w="1037"/>
          </w:tcPr>
          <w:p>
            <w:pPr>
              <w:spacing w:after="0"/>
              <w:jc w:val="left"/>
            </w:pPr>
            <w:r>
              <w:rPr>
                <w:sz w:val="16"/>
              </w:rPr>
              <w:t>2005-06-01</w:t>
            </w:r>
          </w:p>
        </w:tc>
        <w:tc>
          <w:tcPr>
            <w:tcW w:type="dxa" w:w="1037"/>
          </w:tcPr>
          <w:p>
            <w:pPr>
              <w:spacing w:after="0"/>
              <w:jc w:val="left"/>
            </w:pPr>
            <w:r>
              <w:rPr>
                <w:sz w:val="16"/>
              </w:rPr>
              <w:t>DR-1597-ND</w:t>
            </w:r>
          </w:p>
        </w:tc>
        <w:tc>
          <w:tcPr>
            <w:tcW w:type="dxa" w:w="1238"/>
          </w:tcPr>
          <w:p>
            <w:pPr>
              <w:spacing w:after="0"/>
              <w:jc w:val="left"/>
            </w:pPr>
            <w:r>
              <w:rPr>
                <w:sz w:val="16"/>
              </w:rPr>
              <w:t>Major disaster</w:t>
            </w:r>
          </w:p>
        </w:tc>
        <w:tc>
          <w:tcPr>
            <w:tcW w:type="dxa" w:w="3232"/>
          </w:tcPr>
          <w:p>
            <w:pPr>
              <w:spacing w:after="0"/>
              <w:jc w:val="left"/>
            </w:pPr>
            <w:r>
              <w:rPr>
                <w:sz w:val="16"/>
              </w:rPr>
              <w:t>Severe Storms, Flooding, and Ground Saturation</w:t>
            </w:r>
          </w:p>
        </w:tc>
        <w:tc>
          <w:tcPr>
            <w:tcW w:type="dxa" w:w="1902"/>
          </w:tcPr>
          <w:p>
            <w:pPr>
              <w:spacing w:after="0"/>
              <w:jc w:val="left"/>
            </w:pPr>
            <w:r>
              <w:rPr>
                <w:sz w:val="16"/>
              </w:rPr>
              <w:t>Inland Flooding</w:t>
            </w:r>
          </w:p>
        </w:tc>
        <w:tc>
          <w:tcPr>
            <w:tcW w:type="dxa" w:w="3031"/>
          </w:tcPr>
          <w:p>
            <w:pPr>
              <w:spacing w:after="0"/>
              <w:jc w:val="right"/>
            </w:pPr>
            <w:r>
              <w:rPr>
                <w:sz w:val="16"/>
              </w:rPr>
              <w:t>$274,044.36</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38"/>
          </w:tcPr>
          <w:p>
            <w:pPr>
              <w:spacing w:after="0"/>
              <w:jc w:val="left"/>
            </w:pPr>
            <w:r>
              <w:rPr>
                <w:sz w:val="16"/>
              </w:rPr>
              <w:t>Major disaster</w:t>
            </w:r>
          </w:p>
        </w:tc>
        <w:tc>
          <w:tcPr>
            <w:tcW w:type="dxa" w:w="3232"/>
          </w:tcPr>
          <w:p>
            <w:pPr>
              <w:spacing w:after="0"/>
              <w:jc w:val="left"/>
            </w:pPr>
            <w:r>
              <w:rPr>
                <w:sz w:val="16"/>
              </w:rPr>
              <w:t>Severe Storms, Flooding, &amp; Ground Saturation</w:t>
            </w:r>
          </w:p>
        </w:tc>
        <w:tc>
          <w:tcPr>
            <w:tcW w:type="dxa" w:w="1902"/>
          </w:tcPr>
          <w:p>
            <w:pPr>
              <w:spacing w:after="0"/>
              <w:jc w:val="left"/>
            </w:pPr>
            <w:r>
              <w:rPr>
                <w:sz w:val="16"/>
              </w:rPr>
              <w:t>Inland Flooding</w:t>
            </w:r>
          </w:p>
        </w:tc>
        <w:tc>
          <w:tcPr>
            <w:tcW w:type="dxa" w:w="3031"/>
          </w:tcPr>
          <w:p>
            <w:pPr>
              <w:spacing w:after="0"/>
              <w:jc w:val="right"/>
            </w:pPr>
            <w:r>
              <w:rPr>
                <w:sz w:val="16"/>
              </w:rPr>
              <w:t>$108,296.99</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38"/>
          </w:tcPr>
          <w:p>
            <w:pPr>
              <w:spacing w:after="0"/>
              <w:jc w:val="left"/>
            </w:pPr>
            <w:r>
              <w:rPr>
                <w:sz w:val="16"/>
              </w:rPr>
              <w:t>Major disaster</w:t>
            </w:r>
          </w:p>
        </w:tc>
        <w:tc>
          <w:tcPr>
            <w:tcW w:type="dxa" w:w="3232"/>
          </w:tcPr>
          <w:p>
            <w:pPr>
              <w:spacing w:after="0"/>
              <w:jc w:val="left"/>
            </w:pPr>
            <w:r>
              <w:rPr>
                <w:sz w:val="16"/>
              </w:rPr>
              <w:t>Severe Storms, Flooding and Ground Saturation</w:t>
            </w:r>
          </w:p>
        </w:tc>
        <w:tc>
          <w:tcPr>
            <w:tcW w:type="dxa" w:w="1902"/>
          </w:tcPr>
          <w:p>
            <w:pPr>
              <w:spacing w:after="0"/>
              <w:jc w:val="left"/>
            </w:pPr>
            <w:r>
              <w:rPr>
                <w:sz w:val="16"/>
              </w:rPr>
              <w:t>Inland Flooding</w:t>
            </w:r>
          </w:p>
        </w:tc>
        <w:tc>
          <w:tcPr>
            <w:tcW w:type="dxa" w:w="3031"/>
          </w:tcPr>
          <w:p>
            <w:pPr>
              <w:spacing w:after="0"/>
              <w:jc w:val="right"/>
            </w:pPr>
            <w:r>
              <w:rPr>
                <w:sz w:val="16"/>
              </w:rPr>
              <w:t>$160,683.81</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38"/>
          </w:tcPr>
          <w:p>
            <w:pPr>
              <w:spacing w:after="0"/>
              <w:jc w:val="left"/>
            </w:pPr>
            <w:r>
              <w:rPr>
                <w:sz w:val="16"/>
              </w:rPr>
              <w:t>Major disaster</w:t>
            </w:r>
          </w:p>
        </w:tc>
        <w:tc>
          <w:tcPr>
            <w:tcW w:type="dxa" w:w="3232"/>
          </w:tcPr>
          <w:p>
            <w:pPr>
              <w:spacing w:after="0"/>
              <w:jc w:val="left"/>
            </w:pPr>
            <w:r>
              <w:rPr>
                <w:sz w:val="16"/>
              </w:rPr>
              <w:t>Severe Storms, Flooding, Snow, Ice, Ground Saturation, Lanslides, Mudslides, and Tor</w:t>
            </w:r>
          </w:p>
        </w:tc>
        <w:tc>
          <w:tcPr>
            <w:tcW w:type="dxa" w:w="1902"/>
          </w:tcPr>
          <w:p>
            <w:pPr>
              <w:spacing w:after="0"/>
              <w:jc w:val="left"/>
            </w:pPr>
            <w:r>
              <w:rPr>
                <w:sz w:val="16"/>
              </w:rPr>
              <w:t>Inland Flooding (primary); also designated: Landslide, Tornado</w:t>
            </w:r>
          </w:p>
        </w:tc>
        <w:tc>
          <w:tcPr>
            <w:tcW w:type="dxa" w:w="3031"/>
          </w:tcPr>
          <w:p>
            <w:pPr>
              <w:spacing w:after="0"/>
              <w:jc w:val="right"/>
            </w:pPr>
            <w:r>
              <w:rPr>
                <w:sz w:val="16"/>
              </w:rPr>
              <w:t>$703,433.95</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1998-06-15</w:t>
            </w:r>
          </w:p>
        </w:tc>
        <w:tc>
          <w:tcPr>
            <w:tcW w:type="dxa" w:w="1037"/>
          </w:tcPr>
          <w:p>
            <w:pPr>
              <w:spacing w:after="0"/>
              <w:jc w:val="left"/>
            </w:pPr>
            <w:r>
              <w:rPr>
                <w:sz w:val="16"/>
              </w:rPr>
              <w:t>1998-03-02</w:t>
            </w:r>
          </w:p>
        </w:tc>
        <w:tc>
          <w:tcPr>
            <w:tcW w:type="dxa" w:w="1037"/>
          </w:tcPr>
          <w:p>
            <w:pPr>
              <w:spacing w:after="0"/>
              <w:jc w:val="left"/>
            </w:pPr>
            <w:r>
              <w:rPr>
                <w:sz w:val="16"/>
              </w:rPr>
              <w:t>DR-1220-ND</w:t>
            </w:r>
          </w:p>
        </w:tc>
        <w:tc>
          <w:tcPr>
            <w:tcW w:type="dxa" w:w="1238"/>
          </w:tcPr>
          <w:p>
            <w:pPr>
              <w:spacing w:after="0"/>
              <w:jc w:val="left"/>
            </w:pPr>
            <w:r>
              <w:rPr>
                <w:sz w:val="16"/>
              </w:rPr>
              <w:t>Major disaster</w:t>
            </w:r>
          </w:p>
        </w:tc>
        <w:tc>
          <w:tcPr>
            <w:tcW w:type="dxa" w:w="3232"/>
          </w:tcPr>
          <w:p>
            <w:pPr>
              <w:spacing w:after="0"/>
              <w:jc w:val="left"/>
            </w:pPr>
            <w:r>
              <w:rPr>
                <w:sz w:val="16"/>
              </w:rPr>
              <w:t>Flooding, Ground Saturation,Severe Storms</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38"/>
          </w:tcPr>
          <w:p>
            <w:pPr>
              <w:spacing w:after="0"/>
              <w:jc w:val="left"/>
            </w:pPr>
            <w:r>
              <w:rPr>
                <w:sz w:val="16"/>
              </w:rPr>
              <w:t>Major disaster</w:t>
            </w:r>
          </w:p>
        </w:tc>
        <w:tc>
          <w:tcPr>
            <w:tcW w:type="dxa" w:w="3232"/>
          </w:tcPr>
          <w:p>
            <w:pPr>
              <w:spacing w:after="0"/>
              <w:jc w:val="left"/>
            </w:pPr>
            <w:r>
              <w:rPr>
                <w:sz w:val="16"/>
              </w:rPr>
              <w:t>Severe Flooding,Severe Winter Storms, Snowmelt, Spring Rains</w:t>
            </w:r>
          </w:p>
        </w:tc>
        <w:tc>
          <w:tcPr>
            <w:tcW w:type="dxa" w:w="1902"/>
          </w:tcPr>
          <w:p>
            <w:pPr>
              <w:spacing w:after="0"/>
              <w:jc w:val="left"/>
            </w:pPr>
            <w:r>
              <w:rPr>
                <w:sz w:val="16"/>
              </w:rPr>
              <w:t>Inland Flooding (primary); also designated: Wildfire, Winter Weather</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38"/>
          </w:tcPr>
          <w:p>
            <w:pPr>
              <w:spacing w:after="0"/>
              <w:jc w:val="left"/>
            </w:pPr>
            <w:r>
              <w:rPr>
                <w:sz w:val="16"/>
              </w:rPr>
              <w:t>Major disaster</w:t>
            </w:r>
          </w:p>
        </w:tc>
        <w:tc>
          <w:tcPr>
            <w:tcW w:type="dxa" w:w="3232"/>
          </w:tcPr>
          <w:p>
            <w:pPr>
              <w:spacing w:after="0"/>
              <w:jc w:val="left"/>
            </w:pPr>
            <w:r>
              <w:rPr>
                <w:sz w:val="16"/>
              </w:rPr>
              <w:t>Severe Winter Storms and Blizzard Conditions</w:t>
            </w:r>
          </w:p>
        </w:tc>
        <w:tc>
          <w:tcPr>
            <w:tcW w:type="dxa" w:w="1902"/>
          </w:tcPr>
          <w:p>
            <w:pPr>
              <w:spacing w:after="0"/>
              <w:jc w:val="left"/>
            </w:pPr>
            <w:r>
              <w:rPr>
                <w:sz w:val="16"/>
              </w:rPr>
              <w:t>Winter Weather</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38"/>
          </w:tcPr>
          <w:p>
            <w:pPr>
              <w:spacing w:after="0"/>
              <w:jc w:val="left"/>
            </w:pPr>
            <w:r>
              <w:rPr>
                <w:sz w:val="16"/>
              </w:rPr>
              <w:t>Major disaster</w:t>
            </w:r>
          </w:p>
        </w:tc>
        <w:tc>
          <w:tcPr>
            <w:tcW w:type="dxa" w:w="3232"/>
          </w:tcPr>
          <w:p>
            <w:pPr>
              <w:spacing w:after="0"/>
              <w:jc w:val="left"/>
            </w:pPr>
            <w:r>
              <w:rPr>
                <w:sz w:val="16"/>
              </w:rPr>
              <w:t>Severe Storms,Flooding, &amp;  Ice Jams</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38"/>
          </w:tcPr>
          <w:p>
            <w:pPr>
              <w:spacing w:after="0"/>
              <w:jc w:val="left"/>
            </w:pPr>
            <w:r>
              <w:rPr>
                <w:sz w:val="16"/>
              </w:rPr>
              <w:t>Major disaster</w:t>
            </w:r>
          </w:p>
        </w:tc>
        <w:tc>
          <w:tcPr>
            <w:tcW w:type="dxa" w:w="3232"/>
          </w:tcPr>
          <w:p>
            <w:pPr>
              <w:spacing w:after="0"/>
              <w:jc w:val="left"/>
            </w:pPr>
            <w:r>
              <w:rPr>
                <w:sz w:val="16"/>
              </w:rPr>
              <w:t>Severe Storms, Flooding, and Ground Saturation</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38"/>
          </w:tcPr>
          <w:p>
            <w:pPr>
              <w:spacing w:after="0"/>
              <w:jc w:val="left"/>
            </w:pPr>
            <w:r>
              <w:rPr>
                <w:sz w:val="16"/>
              </w:rPr>
              <w:t>Major disaster</w:t>
            </w:r>
          </w:p>
        </w:tc>
        <w:tc>
          <w:tcPr>
            <w:tcW w:type="dxa" w:w="3232"/>
          </w:tcPr>
          <w:p>
            <w:pPr>
              <w:spacing w:after="0"/>
              <w:jc w:val="left"/>
            </w:pPr>
            <w:r>
              <w:rPr>
                <w:sz w:val="16"/>
              </w:rPr>
              <w:t>Severe Storms, 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38"/>
          </w:tcPr>
          <w:p>
            <w:pPr>
              <w:spacing w:after="0"/>
              <w:jc w:val="left"/>
            </w:pPr>
            <w:r>
              <w:rPr>
                <w:sz w:val="16"/>
              </w:rPr>
              <w:t>Major disaster</w:t>
            </w:r>
          </w:p>
        </w:tc>
        <w:tc>
          <w:tcPr>
            <w:tcW w:type="dxa" w:w="3232"/>
          </w:tcPr>
          <w:p>
            <w:pPr>
              <w:spacing w:after="0"/>
              <w:jc w:val="left"/>
            </w:pPr>
            <w:r>
              <w:rPr>
                <w:sz w:val="16"/>
              </w:rPr>
              <w:t>Severe Storms &amp; 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38"/>
          </w:tcPr>
          <w:p>
            <w:pPr>
              <w:spacing w:after="0"/>
              <w:jc w:val="left"/>
            </w:pPr>
            <w:r>
              <w:rPr>
                <w:sz w:val="16"/>
              </w:rPr>
              <w:t>Major disaster</w:t>
            </w:r>
          </w:p>
        </w:tc>
        <w:tc>
          <w:tcPr>
            <w:tcW w:type="dxa" w:w="3232"/>
          </w:tcPr>
          <w:p>
            <w:pPr>
              <w:spacing w:after="0"/>
              <w:jc w:val="left"/>
            </w:pPr>
            <w:r>
              <w:rPr>
                <w:sz w:val="16"/>
              </w:rPr>
              <w:t>Severe Storms, Snowmelt &amp; 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38"/>
          </w:tcPr>
          <w:p>
            <w:pPr>
              <w:spacing w:after="0"/>
              <w:jc w:val="left"/>
            </w:pPr>
            <w:r>
              <w:rPr>
                <w:sz w:val="16"/>
              </w:rPr>
              <w:t>Emergency</w:t>
            </w:r>
          </w:p>
        </w:tc>
        <w:tc>
          <w:tcPr>
            <w:tcW w:type="dxa" w:w="3232"/>
          </w:tcPr>
          <w:p>
            <w:pPr>
              <w:spacing w:after="0"/>
              <w:jc w:val="left"/>
            </w:pPr>
            <w:r>
              <w:rPr>
                <w:sz w:val="16"/>
              </w:rPr>
              <w:t>Drought</w:t>
            </w:r>
          </w:p>
        </w:tc>
        <w:tc>
          <w:tcPr>
            <w:tcW w:type="dxa" w:w="1902"/>
          </w:tcPr>
          <w:p>
            <w:pPr>
              <w:spacing w:after="0"/>
              <w:jc w:val="left"/>
            </w:pPr>
            <w:r>
              <w:rPr>
                <w:sz w:val="16"/>
              </w:rPr>
              <w:t>Drought</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1975-07-11</w:t>
            </w:r>
          </w:p>
        </w:tc>
        <w:tc>
          <w:tcPr>
            <w:tcW w:type="dxa" w:w="1037"/>
          </w:tcPr>
          <w:p>
            <w:pPr>
              <w:spacing w:after="0"/>
              <w:jc w:val="left"/>
            </w:pPr>
            <w:r>
              <w:rPr>
                <w:sz w:val="16"/>
              </w:rPr>
              <w:t>1975-07-11</w:t>
            </w:r>
          </w:p>
        </w:tc>
        <w:tc>
          <w:tcPr>
            <w:tcW w:type="dxa" w:w="1037"/>
          </w:tcPr>
          <w:p>
            <w:pPr>
              <w:spacing w:after="0"/>
              <w:jc w:val="left"/>
            </w:pPr>
            <w:r>
              <w:rPr>
                <w:sz w:val="16"/>
              </w:rPr>
              <w:t>DR-475-ND</w:t>
            </w:r>
          </w:p>
        </w:tc>
        <w:tc>
          <w:tcPr>
            <w:tcW w:type="dxa" w:w="1238"/>
          </w:tcPr>
          <w:p>
            <w:pPr>
              <w:spacing w:after="0"/>
              <w:jc w:val="left"/>
            </w:pPr>
            <w:r>
              <w:rPr>
                <w:sz w:val="16"/>
              </w:rPr>
              <w:t>Major disaster</w:t>
            </w:r>
          </w:p>
        </w:tc>
        <w:tc>
          <w:tcPr>
            <w:tcW w:type="dxa" w:w="3232"/>
          </w:tcPr>
          <w:p>
            <w:pPr>
              <w:spacing w:after="0"/>
              <w:jc w:val="left"/>
            </w:pPr>
            <w:r>
              <w:rPr>
                <w:sz w:val="16"/>
              </w:rPr>
              <w:t>Severe Storms &amp; 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r>
        <w:trPr>
          <w:cantSplit/>
        </w:trPr>
        <w:tc>
          <w:tcPr>
            <w:tcW w:type="dxa" w:w="1037"/>
          </w:tcPr>
          <w:p>
            <w:pPr>
              <w:spacing w:after="0"/>
              <w:jc w:val="left"/>
            </w:pPr>
            <w:r>
              <w:rPr>
                <w:sz w:val="16"/>
              </w:rPr>
              <w:t>1966-03-23</w:t>
            </w:r>
          </w:p>
        </w:tc>
        <w:tc>
          <w:tcPr>
            <w:tcW w:type="dxa" w:w="1037"/>
          </w:tcPr>
          <w:p>
            <w:pPr>
              <w:spacing w:after="0"/>
              <w:jc w:val="left"/>
            </w:pPr>
            <w:r>
              <w:rPr>
                <w:sz w:val="16"/>
              </w:rPr>
              <w:t>1966-03-23</w:t>
            </w:r>
          </w:p>
        </w:tc>
        <w:tc>
          <w:tcPr>
            <w:tcW w:type="dxa" w:w="1037"/>
          </w:tcPr>
          <w:p>
            <w:pPr>
              <w:spacing w:after="0"/>
              <w:jc w:val="left"/>
            </w:pPr>
            <w:r>
              <w:rPr>
                <w:sz w:val="16"/>
              </w:rPr>
              <w:t>DR-216-ND</w:t>
            </w:r>
          </w:p>
        </w:tc>
        <w:tc>
          <w:tcPr>
            <w:tcW w:type="dxa" w:w="1238"/>
          </w:tcPr>
          <w:p>
            <w:pPr>
              <w:spacing w:after="0"/>
              <w:jc w:val="left"/>
            </w:pPr>
            <w:r>
              <w:rPr>
                <w:sz w:val="16"/>
              </w:rPr>
              <w:t>Major disaster</w:t>
            </w:r>
          </w:p>
        </w:tc>
        <w:tc>
          <w:tcPr>
            <w:tcW w:type="dxa" w:w="3232"/>
          </w:tcPr>
          <w:p>
            <w:pPr>
              <w:spacing w:after="0"/>
              <w:jc w:val="left"/>
            </w:pPr>
            <w:r>
              <w:rPr>
                <w:sz w:val="16"/>
              </w:rPr>
              <w:t>Flooding</w:t>
            </w:r>
          </w:p>
        </w:tc>
        <w:tc>
          <w:tcPr>
            <w:tcW w:type="dxa" w:w="1902"/>
          </w:tcPr>
          <w:p>
            <w:pPr>
              <w:spacing w:after="0"/>
              <w:jc w:val="left"/>
            </w:pPr>
            <w:r>
              <w:rPr>
                <w:sz w:val="16"/>
              </w:rPr>
              <w:t>Inland Flooding</w:t>
            </w:r>
          </w:p>
        </w:tc>
        <w:tc>
          <w:tcPr>
            <w:tcW w:type="dxa" w:w="3031"/>
          </w:tcPr>
          <w:p>
            <w:pPr>
              <w:spacing w:after="0"/>
              <w:jc w:val="right"/>
            </w:pPr>
            <w:r>
              <w:rPr>
                <w:sz w:val="16"/>
              </w:rPr>
              <w:t>no Public Assistance recorded</w:t>
            </w:r>
          </w:p>
        </w:tc>
        <w:tc>
          <w:tcPr>
            <w:tcW w:type="dxa" w:w="717"/>
          </w:tcPr>
          <w:p>
            <w:pPr>
              <w:spacing w:after="0"/>
              <w:jc w:val="left"/>
            </w:pPr>
          </w:p>
        </w:tc>
        <w:tc>
          <w:tcPr>
            <w:tcW w:type="dxa" w:w="8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68</w:t>
            </w:r>
          </w:p>
        </w:tc>
        <w:tc>
          <w:tcPr>
            <w:tcW w:type="dxa" w:w="1114"/>
          </w:tcPr>
          <w:p>
            <w:pPr>
              <w:spacing w:after="0"/>
              <w:jc w:val="right"/>
            </w:pPr>
          </w:p>
        </w:tc>
        <w:tc>
          <w:tcPr>
            <w:tcW w:type="dxa" w:w="1926"/>
          </w:tcPr>
          <w:p>
            <w:pPr>
              <w:spacing w:after="0"/>
              <w:jc w:val="right"/>
            </w:pPr>
            <w:r>
              <w:rPr>
                <w:sz w:val="16"/>
              </w:rPr>
              <w:t>4</w:t>
            </w:r>
          </w:p>
        </w:tc>
        <w:tc>
          <w:tcPr>
            <w:tcW w:type="dxa" w:w="774"/>
          </w:tcPr>
          <w:p>
            <w:pPr>
              <w:spacing w:after="0"/>
              <w:jc w:val="right"/>
            </w:pPr>
            <w:r>
              <w:rPr>
                <w:sz w:val="16"/>
              </w:rPr>
              <w:t>20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5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5</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177</w:t>
            </w:r>
          </w:p>
        </w:tc>
        <w:tc>
          <w:tcPr>
            <w:tcW w:type="dxa" w:w="1114"/>
          </w:tcPr>
          <w:p>
            <w:pPr>
              <w:spacing w:after="0"/>
              <w:jc w:val="right"/>
            </w:pPr>
          </w:p>
        </w:tc>
        <w:tc>
          <w:tcPr>
            <w:tcW w:type="dxa" w:w="1926"/>
          </w:tcPr>
          <w:p>
            <w:pPr>
              <w:spacing w:after="0"/>
              <w:jc w:val="right"/>
            </w:pPr>
            <w:r>
              <w:rPr>
                <w:sz w:val="16"/>
              </w:rPr>
              <w:t>4</w:t>
            </w:r>
          </w:p>
        </w:tc>
        <w:tc>
          <w:tcPr>
            <w:tcW w:type="dxa" w:w="774"/>
          </w:tcPr>
          <w:p>
            <w:pPr>
              <w:spacing w:after="0"/>
              <w:jc w:val="right"/>
            </w:pPr>
            <w:r>
              <w:rPr>
                <w:sz w:val="16"/>
              </w:rPr>
              <w:t>9</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8</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45</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24</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16"/>
          </w:tcPr>
          <w:p>
            <w:pPr>
              <w:spacing w:after="0"/>
              <w:jc w:val="right"/>
            </w:pPr>
            <w:r>
              <w:rPr>
                <w:sz w:val="16"/>
              </w:rPr>
              <w:t>1</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143</w:t>
            </w:r>
          </w:p>
        </w:tc>
        <w:tc>
          <w:tcPr>
            <w:tcW w:type="dxa" w:w="1114"/>
          </w:tcPr>
          <w:p>
            <w:pPr>
              <w:spacing w:after="0"/>
              <w:jc w:val="right"/>
            </w:pPr>
          </w:p>
        </w:tc>
        <w:tc>
          <w:tcPr>
            <w:tcW w:type="dxa" w:w="1926"/>
          </w:tcPr>
          <w:p>
            <w:pPr>
              <w:spacing w:after="0"/>
              <w:jc w:val="right"/>
            </w:pPr>
            <w:r>
              <w:rPr>
                <w:sz w:val="16"/>
              </w:rPr>
              <w:t>4</w:t>
            </w:r>
          </w:p>
        </w:tc>
        <w:tc>
          <w:tcPr>
            <w:tcW w:type="dxa" w:w="774"/>
          </w:tcPr>
          <w:p>
            <w:pPr>
              <w:spacing w:after="0"/>
              <w:jc w:val="right"/>
            </w:pPr>
            <w:r>
              <w:rPr>
                <w:sz w:val="16"/>
              </w:rPr>
              <w:t>10</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31 High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26</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153</w:t>
            </w:r>
          </w:p>
        </w:tc>
        <w:tc>
          <w:tcPr>
            <w:tcW w:type="dxa" w:w="1114"/>
          </w:tcPr>
          <w:p>
            <w:pPr>
              <w:spacing w:after="0"/>
              <w:jc w:val="right"/>
            </w:pPr>
          </w:p>
        </w:tc>
        <w:tc>
          <w:tcPr>
            <w:tcW w:type="dxa" w:w="1926"/>
          </w:tcPr>
          <w:p>
            <w:pPr>
              <w:spacing w:after="0"/>
              <w:jc w:val="right"/>
            </w:pPr>
            <w:r>
              <w:rPr>
                <w:sz w:val="16"/>
              </w:rPr>
              <w:t>2</w:t>
            </w:r>
          </w:p>
        </w:tc>
        <w:tc>
          <w:tcPr>
            <w:tcW w:type="dxa" w:w="774"/>
          </w:tcPr>
          <w:p>
            <w:pPr>
              <w:spacing w:after="0"/>
              <w:jc w:val="right"/>
            </w:pPr>
            <w:r>
              <w:rPr>
                <w:sz w:val="16"/>
              </w:rPr>
              <w:t>24</w:t>
            </w:r>
          </w:p>
        </w:tc>
        <w:tc>
          <w:tcPr>
            <w:tcW w:type="dxa" w:w="1593"/>
          </w:tcPr>
          <w:p>
            <w:pPr>
              <w:spacing w:after="0"/>
              <w:jc w:val="right"/>
            </w:pPr>
            <w:r>
              <w:rPr>
                <w:sz w:val="16"/>
              </w:rPr>
              <w:t>6</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434"/>
        <w:gridCol w:w="1729"/>
        <w:gridCol w:w="962"/>
        <w:gridCol w:w="2813"/>
        <w:gridCol w:w="722"/>
        <w:gridCol w:w="4070"/>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434"/>
            <w:shd w:val="clear" w:color="auto" w:fill="E8E8E8"/>
          </w:tcPr>
          <w:p>
            <w:pPr>
              <w:spacing w:after="0"/>
              <w:jc w:val="left"/>
            </w:pPr>
            <w:r>
              <w:rPr>
                <w:b/>
                <w:sz w:val="16"/>
              </w:rPr>
              <w:t>Magnitude or extent</w:t>
            </w:r>
          </w:p>
        </w:tc>
        <w:tc>
          <w:tcPr>
            <w:tcW w:type="dxa" w:w="1729"/>
            <w:shd w:val="clear" w:color="auto" w:fill="E8E8E8"/>
          </w:tcPr>
          <w:p>
            <w:pPr>
              <w:spacing w:after="0"/>
              <w:jc w:val="left"/>
            </w:pPr>
            <w:r>
              <w:rPr>
                <w:b/>
                <w:sz w:val="16"/>
              </w:rPr>
              <w:t>Damage</w:t>
            </w:r>
          </w:p>
          <w:p>
            <w:pPr>
              <w:spacing w:after="0"/>
              <w:jc w:val="left"/>
            </w:pPr>
            <w:r>
              <w:rPr>
                <w:i/>
                <w:color w:val="555555"/>
                <w:sz w:val="14"/>
              </w:rPr>
              <w:t>nominal dollars</w:t>
            </w:r>
          </w:p>
        </w:tc>
        <w:tc>
          <w:tcPr>
            <w:tcW w:type="dxa" w:w="96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13"/>
            <w:shd w:val="clear" w:color="auto" w:fill="E8E8E8"/>
          </w:tcPr>
          <w:p>
            <w:pPr>
              <w:spacing w:after="0"/>
              <w:jc w:val="left"/>
            </w:pPr>
            <w:r>
              <w:rPr>
                <w:b/>
                <w:sz w:val="16"/>
              </w:rPr>
              <w:t>Location</w:t>
            </w:r>
          </w:p>
        </w:tc>
        <w:tc>
          <w:tcPr>
            <w:tcW w:type="dxa" w:w="722"/>
            <w:shd w:val="clear" w:color="auto" w:fill="E8E8E8"/>
          </w:tcPr>
          <w:p>
            <w:pPr>
              <w:spacing w:after="0"/>
              <w:jc w:val="left"/>
            </w:pPr>
            <w:r>
              <w:rPr>
                <w:b/>
                <w:sz w:val="16"/>
              </w:rPr>
              <w:t>Flags</w:t>
            </w:r>
          </w:p>
        </w:tc>
        <w:tc>
          <w:tcPr>
            <w:tcW w:type="dxa" w:w="407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2022-10-18</w:t>
            </w:r>
          </w:p>
        </w:tc>
        <w:tc>
          <w:tcPr>
            <w:tcW w:type="dxa" w:w="1345"/>
          </w:tcPr>
          <w:p>
            <w:pPr>
              <w:spacing w:after="0"/>
              <w:jc w:val="left"/>
            </w:pPr>
            <w:r>
              <w:rPr>
                <w:sz w:val="16"/>
              </w:rPr>
              <w:t>Drought</w:t>
            </w:r>
          </w:p>
        </w:tc>
        <w:tc>
          <w:tcPr>
            <w:tcW w:type="dxa" w:w="1434"/>
          </w:tcPr>
          <w:p>
            <w:pPr>
              <w:spacing w:after="0"/>
              <w:jc w:val="left"/>
            </w:pPr>
          </w:p>
        </w:tc>
        <w:tc>
          <w:tcPr>
            <w:tcW w:type="dxa" w:w="1729"/>
          </w:tcPr>
          <w:p>
            <w:pPr>
              <w:spacing w:after="0"/>
              <w:jc w:val="left"/>
            </w:pPr>
            <w:r>
              <w:rPr>
                <w:sz w:val="16"/>
              </w:rPr>
              <w:t>$0 property; $0 crops (zone total, 2022 dollars)</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r>
              <w:rPr>
                <w:sz w:val="16"/>
              </w:rPr>
              <w:t>within last 5 years</w:t>
            </w:r>
          </w:p>
        </w:tc>
        <w:tc>
          <w:tcPr>
            <w:tcW w:type="dxa" w:w="4070"/>
          </w:tcPr>
          <w:p>
            <w:pPr>
              <w:spacing w:after="0"/>
              <w:jc w:val="left"/>
            </w:pPr>
            <w:r>
              <w:rPr>
                <w:sz w:val="16"/>
              </w:rPr>
              <w:t>B1-c worst recorded: Drought</w:t>
            </w:r>
          </w:p>
        </w:tc>
      </w:tr>
      <w:tr>
        <w:trPr>
          <w:cantSplit/>
        </w:trPr>
        <w:tc>
          <w:tcPr>
            <w:tcW w:type="dxa" w:w="1037"/>
          </w:tcPr>
          <w:p>
            <w:pPr>
              <w:spacing w:after="0"/>
              <w:jc w:val="left"/>
            </w:pPr>
            <w:r>
              <w:rPr>
                <w:sz w:val="16"/>
              </w:rPr>
              <w:t>2018-07-02</w:t>
            </w:r>
          </w:p>
        </w:tc>
        <w:tc>
          <w:tcPr>
            <w:tcW w:type="dxa" w:w="1345"/>
          </w:tcPr>
          <w:p>
            <w:pPr>
              <w:spacing w:after="0"/>
              <w:jc w:val="left"/>
            </w:pPr>
            <w:r>
              <w:rPr>
                <w:sz w:val="16"/>
              </w:rPr>
              <w:t>Hail</w:t>
            </w:r>
          </w:p>
        </w:tc>
        <w:tc>
          <w:tcPr>
            <w:tcW w:type="dxa" w:w="1434"/>
          </w:tcPr>
          <w:p>
            <w:pPr>
              <w:spacing w:after="0"/>
              <w:jc w:val="left"/>
            </w:pPr>
            <w:r>
              <w:rPr>
                <w:sz w:val="16"/>
              </w:rPr>
              <w:t>2.75 in</w:t>
            </w:r>
          </w:p>
        </w:tc>
        <w:tc>
          <w:tcPr>
            <w:tcW w:type="dxa" w:w="1729"/>
          </w:tcPr>
          <w:p>
            <w:pPr>
              <w:spacing w:after="0"/>
              <w:jc w:val="left"/>
            </w:pPr>
            <w:r>
              <w:rPr>
                <w:sz w:val="16"/>
              </w:rPr>
              <w:t>damage not reported</w:t>
            </w:r>
          </w:p>
        </w:tc>
        <w:tc>
          <w:tcPr>
            <w:tcW w:type="dxa" w:w="962"/>
          </w:tcPr>
          <w:p>
            <w:pPr>
              <w:spacing w:after="0"/>
              <w:jc w:val="right"/>
            </w:pPr>
            <w:r>
              <w:rPr>
                <w:sz w:val="16"/>
              </w:rPr>
              <w:t>0, 0</w:t>
            </w:r>
          </w:p>
        </w:tc>
        <w:tc>
          <w:tcPr>
            <w:tcW w:type="dxa" w:w="2813"/>
          </w:tcPr>
          <w:p>
            <w:pPr>
              <w:spacing w:after="0"/>
              <w:jc w:val="left"/>
            </w:pPr>
            <w:r>
              <w:rPr>
                <w:sz w:val="16"/>
              </w:rPr>
              <w:t>COGSWELL</w:t>
            </w:r>
          </w:p>
        </w:tc>
        <w:tc>
          <w:tcPr>
            <w:tcW w:type="dxa" w:w="722"/>
          </w:tcPr>
          <w:p>
            <w:pPr>
              <w:spacing w:after="0"/>
              <w:jc w:val="left"/>
            </w:pPr>
          </w:p>
        </w:tc>
        <w:tc>
          <w:tcPr>
            <w:tcW w:type="dxa" w:w="4070"/>
          </w:tcPr>
          <w:p>
            <w:pPr>
              <w:spacing w:after="0"/>
              <w:jc w:val="left"/>
            </w:pPr>
            <w:r>
              <w:rPr>
                <w:sz w:val="16"/>
              </w:rPr>
              <w:t>B1-c worst recorded: Hail</w:t>
            </w:r>
          </w:p>
        </w:tc>
      </w:tr>
      <w:tr>
        <w:trPr>
          <w:cantSplit/>
        </w:trPr>
        <w:tc>
          <w:tcPr>
            <w:tcW w:type="dxa" w:w="1037"/>
          </w:tcPr>
          <w:p>
            <w:pPr>
              <w:spacing w:after="0"/>
              <w:jc w:val="left"/>
            </w:pPr>
            <w:r>
              <w:rPr>
                <w:sz w:val="16"/>
              </w:rPr>
              <w:t>2011-07-16</w:t>
            </w:r>
          </w:p>
        </w:tc>
        <w:tc>
          <w:tcPr>
            <w:tcW w:type="dxa" w:w="1345"/>
          </w:tcPr>
          <w:p>
            <w:pPr>
              <w:spacing w:after="0"/>
              <w:jc w:val="left"/>
            </w:pPr>
            <w:r>
              <w:rPr>
                <w:sz w:val="16"/>
              </w:rPr>
              <w:t>Excessive Heat</w:t>
            </w:r>
          </w:p>
        </w:tc>
        <w:tc>
          <w:tcPr>
            <w:tcW w:type="dxa" w:w="1434"/>
          </w:tcPr>
          <w:p>
            <w:pPr>
              <w:spacing w:after="0"/>
              <w:jc w:val="left"/>
            </w:pPr>
          </w:p>
        </w:tc>
        <w:tc>
          <w:tcPr>
            <w:tcW w:type="dxa" w:w="1729"/>
          </w:tcPr>
          <w:p>
            <w:pPr>
              <w:spacing w:after="0"/>
              <w:jc w:val="left"/>
            </w:pPr>
            <w:r>
              <w:rPr>
                <w:sz w:val="16"/>
              </w:rPr>
              <w:t>damage not reported</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Excessive Heat, Heat</w:t>
            </w:r>
          </w:p>
        </w:tc>
      </w:tr>
      <w:tr>
        <w:trPr>
          <w:cantSplit/>
        </w:trPr>
        <w:tc>
          <w:tcPr>
            <w:tcW w:type="dxa" w:w="1037"/>
          </w:tcPr>
          <w:p>
            <w:pPr>
              <w:spacing w:after="0"/>
              <w:jc w:val="left"/>
            </w:pPr>
            <w:r>
              <w:rPr>
                <w:sz w:val="16"/>
              </w:rPr>
              <w:t>2011-07-10</w:t>
            </w:r>
          </w:p>
        </w:tc>
        <w:tc>
          <w:tcPr>
            <w:tcW w:type="dxa" w:w="1345"/>
          </w:tcPr>
          <w:p>
            <w:pPr>
              <w:spacing w:after="0"/>
              <w:jc w:val="left"/>
            </w:pPr>
            <w:r>
              <w:rPr>
                <w:sz w:val="16"/>
              </w:rPr>
              <w:t>Thunderstorm Wind</w:t>
            </w:r>
          </w:p>
        </w:tc>
        <w:tc>
          <w:tcPr>
            <w:tcW w:type="dxa" w:w="1434"/>
          </w:tcPr>
          <w:p>
            <w:pPr>
              <w:spacing w:after="0"/>
              <w:jc w:val="left"/>
            </w:pPr>
            <w:r>
              <w:rPr>
                <w:sz w:val="16"/>
              </w:rPr>
              <w:t>110 kt (127 mph) measured gust</w:t>
            </w:r>
          </w:p>
        </w:tc>
        <w:tc>
          <w:tcPr>
            <w:tcW w:type="dxa" w:w="1729"/>
          </w:tcPr>
          <w:p>
            <w:pPr>
              <w:spacing w:after="0"/>
              <w:jc w:val="left"/>
            </w:pPr>
            <w:r>
              <w:rPr>
                <w:sz w:val="16"/>
              </w:rPr>
              <w:t>property not reported; $150,000 crops (2011 dollars)</w:t>
            </w:r>
          </w:p>
        </w:tc>
        <w:tc>
          <w:tcPr>
            <w:tcW w:type="dxa" w:w="962"/>
          </w:tcPr>
          <w:p>
            <w:pPr>
              <w:spacing w:after="0"/>
              <w:jc w:val="right"/>
            </w:pPr>
            <w:r>
              <w:rPr>
                <w:sz w:val="16"/>
              </w:rPr>
              <w:t>0, 0</w:t>
            </w:r>
          </w:p>
        </w:tc>
        <w:tc>
          <w:tcPr>
            <w:tcW w:type="dxa" w:w="2813"/>
          </w:tcPr>
          <w:p>
            <w:pPr>
              <w:spacing w:after="0"/>
              <w:jc w:val="left"/>
            </w:pPr>
            <w:r>
              <w:rPr>
                <w:sz w:val="16"/>
              </w:rPr>
              <w:t>STRAUBVILLE</w:t>
            </w:r>
          </w:p>
        </w:tc>
        <w:tc>
          <w:tcPr>
            <w:tcW w:type="dxa" w:w="722"/>
          </w:tcPr>
          <w:p>
            <w:pPr>
              <w:spacing w:after="0"/>
              <w:jc w:val="left"/>
            </w:pPr>
          </w:p>
        </w:tc>
        <w:tc>
          <w:tcPr>
            <w:tcW w:type="dxa" w:w="4070"/>
          </w:tcPr>
          <w:p>
            <w:pPr>
              <w:spacing w:after="0"/>
              <w:jc w:val="left"/>
            </w:pPr>
            <w:r>
              <w:rPr>
                <w:sz w:val="16"/>
              </w:rPr>
              <w:t>B1-c worst recorded: Thunderstorm Wind</w:t>
            </w:r>
          </w:p>
        </w:tc>
      </w:tr>
      <w:tr>
        <w:trPr>
          <w:cantSplit/>
        </w:trPr>
        <w:tc>
          <w:tcPr>
            <w:tcW w:type="dxa" w:w="1037"/>
          </w:tcPr>
          <w:p>
            <w:pPr>
              <w:spacing w:after="0"/>
              <w:jc w:val="left"/>
            </w:pPr>
            <w:r>
              <w:rPr>
                <w:sz w:val="16"/>
              </w:rPr>
              <w:t>2008-10-11</w:t>
            </w:r>
          </w:p>
        </w:tc>
        <w:tc>
          <w:tcPr>
            <w:tcW w:type="dxa" w:w="1345"/>
          </w:tcPr>
          <w:p>
            <w:pPr>
              <w:spacing w:after="0"/>
              <w:jc w:val="left"/>
            </w:pPr>
            <w:r>
              <w:rPr>
                <w:sz w:val="16"/>
              </w:rPr>
              <w:t>Lightning</w:t>
            </w:r>
          </w:p>
        </w:tc>
        <w:tc>
          <w:tcPr>
            <w:tcW w:type="dxa" w:w="1434"/>
          </w:tcPr>
          <w:p>
            <w:pPr>
              <w:spacing w:after="0"/>
              <w:jc w:val="left"/>
            </w:pPr>
          </w:p>
        </w:tc>
        <w:tc>
          <w:tcPr>
            <w:tcW w:type="dxa" w:w="1729"/>
          </w:tcPr>
          <w:p>
            <w:pPr>
              <w:spacing w:after="0"/>
              <w:jc w:val="left"/>
            </w:pPr>
            <w:r>
              <w:rPr>
                <w:sz w:val="16"/>
              </w:rPr>
              <w:t>$5,000 property; $0 crops (2008 dollars)</w:t>
            </w:r>
          </w:p>
        </w:tc>
        <w:tc>
          <w:tcPr>
            <w:tcW w:type="dxa" w:w="962"/>
          </w:tcPr>
          <w:p>
            <w:pPr>
              <w:spacing w:after="0"/>
              <w:jc w:val="right"/>
            </w:pPr>
            <w:r>
              <w:rPr>
                <w:sz w:val="16"/>
              </w:rPr>
              <w:t>0, 0</w:t>
            </w:r>
          </w:p>
        </w:tc>
        <w:tc>
          <w:tcPr>
            <w:tcW w:type="dxa" w:w="2813"/>
          </w:tcPr>
          <w:p>
            <w:pPr>
              <w:spacing w:after="0"/>
              <w:jc w:val="left"/>
            </w:pPr>
            <w:r>
              <w:rPr>
                <w:sz w:val="16"/>
              </w:rPr>
              <w:t>RUTLAND</w:t>
            </w:r>
          </w:p>
        </w:tc>
        <w:tc>
          <w:tcPr>
            <w:tcW w:type="dxa" w:w="722"/>
          </w:tcPr>
          <w:p>
            <w:pPr>
              <w:spacing w:after="0"/>
              <w:jc w:val="left"/>
            </w:pPr>
          </w:p>
        </w:tc>
        <w:tc>
          <w:tcPr>
            <w:tcW w:type="dxa" w:w="4070"/>
          </w:tcPr>
          <w:p>
            <w:pPr>
              <w:spacing w:after="0"/>
              <w:jc w:val="left"/>
            </w:pPr>
            <w:r>
              <w:rPr>
                <w:sz w:val="16"/>
              </w:rPr>
              <w:t>B1-c worst recorded: Lightning</w:t>
            </w:r>
          </w:p>
        </w:tc>
      </w:tr>
      <w:tr>
        <w:trPr>
          <w:cantSplit/>
        </w:trPr>
        <w:tc>
          <w:tcPr>
            <w:tcW w:type="dxa" w:w="1037"/>
          </w:tcPr>
          <w:p>
            <w:pPr>
              <w:spacing w:after="0"/>
              <w:jc w:val="left"/>
            </w:pPr>
            <w:r>
              <w:rPr>
                <w:sz w:val="16"/>
              </w:rPr>
              <w:t>2003-03-08</w:t>
            </w:r>
          </w:p>
        </w:tc>
        <w:tc>
          <w:tcPr>
            <w:tcW w:type="dxa" w:w="1345"/>
          </w:tcPr>
          <w:p>
            <w:pPr>
              <w:spacing w:after="0"/>
              <w:jc w:val="left"/>
            </w:pPr>
            <w:r>
              <w:rPr>
                <w:sz w:val="16"/>
              </w:rPr>
              <w:t>Cold/Wind Chill</w:t>
            </w:r>
          </w:p>
        </w:tc>
        <w:tc>
          <w:tcPr>
            <w:tcW w:type="dxa" w:w="1434"/>
          </w:tcPr>
          <w:p>
            <w:pPr>
              <w:spacing w:after="0"/>
              <w:jc w:val="left"/>
            </w:pPr>
          </w:p>
        </w:tc>
        <w:tc>
          <w:tcPr>
            <w:tcW w:type="dxa" w:w="1729"/>
          </w:tcPr>
          <w:p>
            <w:pPr>
              <w:spacing w:after="0"/>
              <w:jc w:val="left"/>
            </w:pPr>
            <w:r>
              <w:rPr>
                <w:sz w:val="16"/>
              </w:rPr>
              <w:t>$5,000 property; crops not reported (zone total, 2003 dollars)</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1999-11-01</w:t>
            </w:r>
          </w:p>
        </w:tc>
        <w:tc>
          <w:tcPr>
            <w:tcW w:type="dxa" w:w="1345"/>
          </w:tcPr>
          <w:p>
            <w:pPr>
              <w:spacing w:after="0"/>
              <w:jc w:val="left"/>
            </w:pPr>
            <w:r>
              <w:rPr>
                <w:sz w:val="16"/>
              </w:rPr>
              <w:t>High Wind</w:t>
            </w:r>
          </w:p>
        </w:tc>
        <w:tc>
          <w:tcPr>
            <w:tcW w:type="dxa" w:w="1434"/>
          </w:tcPr>
          <w:p>
            <w:pPr>
              <w:spacing w:after="0"/>
              <w:jc w:val="left"/>
            </w:pPr>
            <w:r>
              <w:rPr>
                <w:sz w:val="16"/>
              </w:rPr>
              <w:t>66 kt (76 mph), measurement type not recorded</w:t>
            </w:r>
          </w:p>
        </w:tc>
        <w:tc>
          <w:tcPr>
            <w:tcW w:type="dxa" w:w="1729"/>
          </w:tcPr>
          <w:p>
            <w:pPr>
              <w:spacing w:after="0"/>
              <w:jc w:val="left"/>
            </w:pPr>
            <w:r>
              <w:rPr>
                <w:sz w:val="16"/>
              </w:rPr>
              <w:t>damage not reported</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High Wind and Strong Wind</w:t>
            </w:r>
          </w:p>
        </w:tc>
      </w:tr>
      <w:tr>
        <w:trPr>
          <w:cantSplit/>
        </w:trPr>
        <w:tc>
          <w:tcPr>
            <w:tcW w:type="dxa" w:w="1037"/>
          </w:tcPr>
          <w:p>
            <w:pPr>
              <w:spacing w:after="0"/>
              <w:jc w:val="left"/>
            </w:pPr>
            <w:r>
              <w:rPr>
                <w:sz w:val="16"/>
              </w:rPr>
              <w:t>1998-06-24</w:t>
            </w:r>
          </w:p>
        </w:tc>
        <w:tc>
          <w:tcPr>
            <w:tcW w:type="dxa" w:w="1345"/>
          </w:tcPr>
          <w:p>
            <w:pPr>
              <w:spacing w:after="0"/>
              <w:jc w:val="left"/>
            </w:pPr>
            <w:r>
              <w:rPr>
                <w:sz w:val="16"/>
              </w:rPr>
              <w:t>Flood</w:t>
            </w:r>
          </w:p>
        </w:tc>
        <w:tc>
          <w:tcPr>
            <w:tcW w:type="dxa" w:w="1434"/>
          </w:tcPr>
          <w:p>
            <w:pPr>
              <w:spacing w:after="0"/>
              <w:jc w:val="left"/>
            </w:pPr>
          </w:p>
        </w:tc>
        <w:tc>
          <w:tcPr>
            <w:tcW w:type="dxa" w:w="1729"/>
          </w:tcPr>
          <w:p>
            <w:pPr>
              <w:spacing w:after="0"/>
              <w:jc w:val="left"/>
            </w:pPr>
            <w:r>
              <w:rPr>
                <w:sz w:val="16"/>
              </w:rPr>
              <w:t>$250,000 property; crops not reported (zone total, 1998 dollars)</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1997-04-05</w:t>
            </w:r>
          </w:p>
        </w:tc>
        <w:tc>
          <w:tcPr>
            <w:tcW w:type="dxa" w:w="1345"/>
          </w:tcPr>
          <w:p>
            <w:pPr>
              <w:spacing w:after="0"/>
              <w:jc w:val="left"/>
            </w:pPr>
            <w:r>
              <w:rPr>
                <w:sz w:val="16"/>
              </w:rPr>
              <w:t>Blizzard</w:t>
            </w:r>
          </w:p>
        </w:tc>
        <w:tc>
          <w:tcPr>
            <w:tcW w:type="dxa" w:w="1434"/>
          </w:tcPr>
          <w:p>
            <w:pPr>
              <w:spacing w:after="0"/>
              <w:jc w:val="left"/>
            </w:pPr>
          </w:p>
        </w:tc>
        <w:tc>
          <w:tcPr>
            <w:tcW w:type="dxa" w:w="1729"/>
          </w:tcPr>
          <w:p>
            <w:pPr>
              <w:spacing w:after="0"/>
              <w:jc w:val="left"/>
            </w:pPr>
            <w:r>
              <w:rPr>
                <w:sz w:val="16"/>
              </w:rPr>
              <w:t>$6,000,000 property; crops not reported (zone total, 1997 dollars)</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1997-04-04</w:t>
            </w:r>
          </w:p>
        </w:tc>
        <w:tc>
          <w:tcPr>
            <w:tcW w:type="dxa" w:w="1345"/>
          </w:tcPr>
          <w:p>
            <w:pPr>
              <w:spacing w:after="0"/>
              <w:jc w:val="left"/>
            </w:pPr>
            <w:r>
              <w:rPr>
                <w:sz w:val="16"/>
              </w:rPr>
              <w:t>Ice Storm</w:t>
            </w:r>
          </w:p>
        </w:tc>
        <w:tc>
          <w:tcPr>
            <w:tcW w:type="dxa" w:w="1434"/>
          </w:tcPr>
          <w:p>
            <w:pPr>
              <w:spacing w:after="0"/>
              <w:jc w:val="left"/>
            </w:pPr>
          </w:p>
        </w:tc>
        <w:tc>
          <w:tcPr>
            <w:tcW w:type="dxa" w:w="1729"/>
          </w:tcPr>
          <w:p>
            <w:pPr>
              <w:spacing w:after="0"/>
              <w:jc w:val="left"/>
            </w:pPr>
            <w:r>
              <w:rPr>
                <w:sz w:val="16"/>
              </w:rPr>
              <w:t>$6,000,000 property; crops not reported (zone total, 1997 dollars)</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Ice Storm</w:t>
            </w:r>
          </w:p>
        </w:tc>
      </w:tr>
      <w:tr>
        <w:trPr>
          <w:cantSplit/>
        </w:trPr>
        <w:tc>
          <w:tcPr>
            <w:tcW w:type="dxa" w:w="1037"/>
          </w:tcPr>
          <w:p>
            <w:pPr>
              <w:spacing w:after="0"/>
              <w:jc w:val="left"/>
            </w:pPr>
            <w:r>
              <w:rPr>
                <w:sz w:val="16"/>
              </w:rPr>
              <w:t>1996-12-21</w:t>
            </w:r>
          </w:p>
        </w:tc>
        <w:tc>
          <w:tcPr>
            <w:tcW w:type="dxa" w:w="1345"/>
          </w:tcPr>
          <w:p>
            <w:pPr>
              <w:spacing w:after="0"/>
              <w:jc w:val="left"/>
            </w:pPr>
            <w:r>
              <w:rPr>
                <w:sz w:val="16"/>
              </w:rPr>
              <w:t>Cold/Wind Chill</w:t>
            </w:r>
          </w:p>
        </w:tc>
        <w:tc>
          <w:tcPr>
            <w:tcW w:type="dxa" w:w="1434"/>
          </w:tcPr>
          <w:p>
            <w:pPr>
              <w:spacing w:after="0"/>
              <w:jc w:val="left"/>
            </w:pPr>
          </w:p>
        </w:tc>
        <w:tc>
          <w:tcPr>
            <w:tcW w:type="dxa" w:w="1729"/>
          </w:tcPr>
          <w:p>
            <w:pPr>
              <w:spacing w:after="0"/>
              <w:jc w:val="left"/>
            </w:pPr>
            <w:r>
              <w:rPr>
                <w:sz w:val="16"/>
              </w:rPr>
              <w:t>damage not reported</w:t>
            </w:r>
          </w:p>
        </w:tc>
        <w:tc>
          <w:tcPr>
            <w:tcW w:type="dxa" w:w="962"/>
          </w:tcPr>
          <w:p>
            <w:pPr>
              <w:spacing w:after="0"/>
              <w:jc w:val="right"/>
            </w:pPr>
            <w:r>
              <w:rPr>
                <w:sz w:val="16"/>
              </w:rPr>
              <w:t>0, 0</w:t>
            </w:r>
          </w:p>
        </w:tc>
        <w:tc>
          <w:tcPr>
            <w:tcW w:type="dxa" w:w="2813"/>
          </w:tcPr>
          <w:p>
            <w:pPr>
              <w:spacing w:after="0"/>
              <w:jc w:val="left"/>
            </w:pPr>
            <w:r>
              <w:rPr>
                <w:sz w:val="16"/>
              </w:rPr>
              <w:t>NWS zone NDZ052 (SARGENT), zone-level</w:t>
            </w:r>
          </w:p>
        </w:tc>
        <w:tc>
          <w:tcPr>
            <w:tcW w:type="dxa" w:w="722"/>
          </w:tcPr>
          <w:p>
            <w:pPr>
              <w:spacing w:after="0"/>
              <w:jc w:val="left"/>
            </w:pPr>
          </w:p>
        </w:tc>
        <w:tc>
          <w:tcPr>
            <w:tcW w:type="dxa" w:w="407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1973-07-01</w:t>
            </w:r>
          </w:p>
        </w:tc>
        <w:tc>
          <w:tcPr>
            <w:tcW w:type="dxa" w:w="1345"/>
          </w:tcPr>
          <w:p>
            <w:pPr>
              <w:spacing w:after="0"/>
              <w:jc w:val="left"/>
            </w:pPr>
            <w:r>
              <w:rPr>
                <w:sz w:val="16"/>
              </w:rPr>
              <w:t>Tornado</w:t>
            </w:r>
          </w:p>
        </w:tc>
        <w:tc>
          <w:tcPr>
            <w:tcW w:type="dxa" w:w="1434"/>
          </w:tcPr>
          <w:p>
            <w:pPr>
              <w:spacing w:after="0"/>
              <w:jc w:val="left"/>
            </w:pPr>
            <w:r>
              <w:rPr>
                <w:sz w:val="16"/>
              </w:rPr>
              <w:t>F3, 33 yd wide</w:t>
            </w:r>
          </w:p>
        </w:tc>
        <w:tc>
          <w:tcPr>
            <w:tcW w:type="dxa" w:w="1729"/>
          </w:tcPr>
          <w:p>
            <w:pPr>
              <w:spacing w:after="0"/>
              <w:jc w:val="left"/>
            </w:pPr>
            <w:r>
              <w:rPr>
                <w:sz w:val="16"/>
              </w:rPr>
              <w:t>$250,000 property; crops not recorded (1973 dollars)</w:t>
            </w:r>
          </w:p>
        </w:tc>
        <w:tc>
          <w:tcPr>
            <w:tcW w:type="dxa" w:w="962"/>
          </w:tcPr>
          <w:p>
            <w:pPr>
              <w:spacing w:after="0"/>
              <w:jc w:val="right"/>
            </w:pPr>
            <w:r>
              <w:rPr>
                <w:sz w:val="16"/>
              </w:rPr>
              <w:t>0, 0</w:t>
            </w:r>
          </w:p>
        </w:tc>
        <w:tc>
          <w:tcPr>
            <w:tcW w:type="dxa" w:w="2813"/>
          </w:tcPr>
          <w:p>
            <w:pPr>
              <w:spacing w:after="0"/>
              <w:jc w:val="left"/>
            </w:pPr>
            <w:r>
              <w:rPr>
                <w:sz w:val="16"/>
              </w:rPr>
              <w:t>location not recorded</w:t>
            </w:r>
          </w:p>
        </w:tc>
        <w:tc>
          <w:tcPr>
            <w:tcW w:type="dxa" w:w="722"/>
          </w:tcPr>
          <w:p>
            <w:pPr>
              <w:spacing w:after="0"/>
              <w:jc w:val="left"/>
            </w:pPr>
          </w:p>
        </w:tc>
        <w:tc>
          <w:tcPr>
            <w:tcW w:type="dxa" w:w="4070"/>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(633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5"/>
        <w:gridCol w:w="1387"/>
        <w:gridCol w:w="1850"/>
        <w:gridCol w:w="1037"/>
        <w:gridCol w:w="1373"/>
        <w:gridCol w:w="1615"/>
        <w:gridCol w:w="1851"/>
        <w:gridCol w:w="1037"/>
        <w:gridCol w:w="1531"/>
      </w:tblGrid>
      <w:tr>
        <w:trPr>
          <w:cantSplit/>
          <w:tblHeader/>
        </w:trPr>
        <w:tc>
          <w:tcPr>
            <w:tcW w:type="dxa" w:w="1037"/>
            <w:shd w:val="clear" w:color="auto" w:fill="E8E8E8"/>
          </w:tcPr>
          <w:p>
            <w:pPr>
              <w:spacing w:after="0"/>
              <w:jc w:val="left"/>
            </w:pPr>
            <w:r>
              <w:rPr>
                <w:b/>
                <w:sz w:val="16"/>
              </w:rPr>
              <w:t>Hazard</w:t>
            </w:r>
          </w:p>
        </w:tc>
        <w:tc>
          <w:tcPr>
            <w:tcW w:type="dxa" w:w="139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7"/>
            <w:shd w:val="clear" w:color="auto" w:fill="E8E8E8"/>
          </w:tcPr>
          <w:p>
            <w:pPr>
              <w:spacing w:after="0"/>
              <w:jc w:val="left"/>
            </w:pPr>
            <w:r>
              <w:rPr>
                <w:b/>
                <w:sz w:val="16"/>
              </w:rPr>
              <w:t>Unit</w:t>
            </w:r>
          </w:p>
        </w:tc>
        <w:tc>
          <w:tcPr>
            <w:tcW w:type="dxa" w:w="185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73"/>
            <w:shd w:val="clear" w:color="auto" w:fill="E8E8E8"/>
          </w:tcPr>
          <w:p>
            <w:pPr>
              <w:spacing w:after="0"/>
              <w:jc w:val="left"/>
            </w:pPr>
            <w:r>
              <w:rPr>
                <w:b/>
                <w:sz w:val="16"/>
              </w:rPr>
              <w:t>Descriptor basis</w:t>
            </w:r>
          </w:p>
        </w:tc>
        <w:tc>
          <w:tcPr>
            <w:tcW w:type="dxa" w:w="1615"/>
            <w:shd w:val="clear" w:color="auto" w:fill="E8E8E8"/>
          </w:tcPr>
          <w:p>
            <w:pPr>
              <w:spacing w:after="0"/>
              <w:jc w:val="right"/>
            </w:pPr>
            <w:r>
              <w:rPr>
                <w:b/>
                <w:sz w:val="16"/>
              </w:rPr>
              <w:t>NRI events or days in its record period (hail, wind and tornado are area-weighted, so can be fractional)</w:t>
            </w:r>
          </w:p>
        </w:tc>
        <w:tc>
          <w:tcPr>
            <w:tcW w:type="dxa" w:w="185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5"/>
          </w:tcPr>
          <w:p>
            <w:pPr>
              <w:spacing w:after="0"/>
              <w:jc w:val="right"/>
            </w:pPr>
            <w:r>
              <w:rPr>
                <w:sz w:val="16"/>
              </w:rPr>
              <w:t>16.6</w:t>
            </w:r>
          </w:p>
        </w:tc>
        <w:tc>
          <w:tcPr>
            <w:tcW w:type="dxa" w:w="1387"/>
          </w:tcPr>
          <w:p>
            <w:pPr>
              <w:spacing w:after="0"/>
              <w:jc w:val="left"/>
            </w:pPr>
            <w:r>
              <w:rPr>
                <w:sz w:val="16"/>
              </w:rPr>
              <w:t>event-days per year</w:t>
            </w:r>
          </w:p>
        </w:tc>
        <w:tc>
          <w:tcPr>
            <w:tcW w:type="dxa" w:w="1850"/>
          </w:tcPr>
          <w:p>
            <w:pPr>
              <w:spacing w:after="0"/>
              <w:jc w:val="left"/>
            </w:pPr>
            <w:r>
              <w:rPr>
                <w:sz w:val="16"/>
              </w:rPr>
              <w:t>about 16.6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24 of 30 years, 1996 to 2025 (80%)</w:t>
            </w:r>
          </w:p>
        </w:tc>
        <w:tc>
          <w:tcPr>
            <w:tcW w:type="dxa" w:w="1615"/>
          </w:tcPr>
          <w:p>
            <w:pPr>
              <w:spacing w:after="0"/>
              <w:jc w:val="right"/>
            </w:pPr>
            <w:r>
              <w:rPr>
                <w:sz w:val="16"/>
              </w:rPr>
              <w:t>316</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Drought</w:t>
            </w:r>
          </w:p>
        </w:tc>
        <w:tc>
          <w:tcPr>
            <w:tcW w:type="dxa" w:w="1395"/>
          </w:tcPr>
          <w:p>
            <w:pPr>
              <w:spacing w:after="0"/>
              <w:jc w:val="right"/>
            </w:pPr>
            <w:r>
              <w:rPr>
                <w:sz w:val="16"/>
              </w:rPr>
              <w:t>0.831</w:t>
            </w:r>
          </w:p>
        </w:tc>
        <w:tc>
          <w:tcPr>
            <w:tcW w:type="dxa" w:w="1387"/>
          </w:tcPr>
          <w:p>
            <w:pPr>
              <w:spacing w:after="0"/>
              <w:jc w:val="left"/>
            </w:pPr>
            <w:r>
              <w:rPr>
                <w:sz w:val="16"/>
              </w:rPr>
              <w:t>event-days per year</w:t>
            </w:r>
          </w:p>
        </w:tc>
        <w:tc>
          <w:tcPr>
            <w:tcW w:type="dxa" w:w="1850"/>
          </w:tcPr>
          <w:p>
            <w:pPr>
              <w:spacing w:after="0"/>
              <w:jc w:val="left"/>
            </w:pPr>
            <w:r>
              <w:rPr>
                <w:sz w:val="16"/>
              </w:rPr>
              <w:t>about 0.831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21</w:t>
            </w:r>
          </w:p>
        </w:tc>
        <w:tc>
          <w:tcPr>
            <w:tcW w:type="dxa" w:w="185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Earthquake</w:t>
            </w:r>
          </w:p>
        </w:tc>
        <w:tc>
          <w:tcPr>
            <w:tcW w:type="dxa" w:w="1395"/>
          </w:tcPr>
          <w:p>
            <w:pPr>
              <w:spacing w:after="0"/>
              <w:jc w:val="right"/>
            </w:pPr>
            <w:r>
              <w:rPr>
                <w:sz w:val="16"/>
              </w:rPr>
              <w:t>0.000196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has at least minor-damage shaking in a year: 0.0196%</w:t>
            </w:r>
          </w:p>
        </w:tc>
        <w:tc>
          <w:tcPr>
            <w:tcW w:type="dxa" w:w="1037"/>
          </w:tcPr>
          <w:p>
            <w:pPr>
              <w:spacing w:after="0"/>
              <w:jc w:val="left"/>
            </w:pPr>
          </w:p>
        </w:tc>
        <w:tc>
          <w:tcPr>
            <w:tcW w:type="dxa" w:w="1373"/>
          </w:tcPr>
          <w:p>
            <w:pPr>
              <w:spacing w:after="0"/>
              <w:jc w:val="left"/>
            </w:pP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5"/>
          </w:tcPr>
          <w:p>
            <w:pPr>
              <w:spacing w:after="0"/>
              <w:jc w:val="right"/>
            </w:pPr>
            <w:r>
              <w:rPr>
                <w:sz w:val="16"/>
              </w:rPr>
              <w:t>3.8</w:t>
            </w:r>
          </w:p>
        </w:tc>
        <w:tc>
          <w:tcPr>
            <w:tcW w:type="dxa" w:w="1387"/>
          </w:tcPr>
          <w:p>
            <w:pPr>
              <w:spacing w:after="0"/>
              <w:jc w:val="left"/>
            </w:pPr>
            <w:r>
              <w:rPr>
                <w:sz w:val="16"/>
              </w:rPr>
              <w:t>events per year</w:t>
            </w:r>
          </w:p>
        </w:tc>
        <w:tc>
          <w:tcPr>
            <w:tcW w:type="dxa" w:w="1850"/>
          </w:tcPr>
          <w:p>
            <w:pPr>
              <w:spacing w:after="0"/>
              <w:jc w:val="left"/>
            </w:pPr>
            <w:r>
              <w:rPr>
                <w:sz w:val="16"/>
              </w:rPr>
              <w:t>about 3.8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144.6 (modeled)</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Heat Wave</w:t>
            </w:r>
          </w:p>
        </w:tc>
        <w:tc>
          <w:tcPr>
            <w:tcW w:type="dxa" w:w="1395"/>
          </w:tcPr>
          <w:p>
            <w:pPr>
              <w:spacing w:after="0"/>
              <w:jc w:val="right"/>
            </w:pPr>
            <w:r>
              <w:rPr>
                <w:sz w:val="16"/>
              </w:rPr>
              <w:t>1.95</w:t>
            </w:r>
          </w:p>
        </w:tc>
        <w:tc>
          <w:tcPr>
            <w:tcW w:type="dxa" w:w="1387"/>
          </w:tcPr>
          <w:p>
            <w:pPr>
              <w:spacing w:after="0"/>
              <w:jc w:val="left"/>
            </w:pPr>
            <w:r>
              <w:rPr>
                <w:sz w:val="16"/>
              </w:rPr>
              <w:t>event-days per year</w:t>
            </w:r>
          </w:p>
        </w:tc>
        <w:tc>
          <w:tcPr>
            <w:tcW w:type="dxa" w:w="1850"/>
          </w:tcPr>
          <w:p>
            <w:pPr>
              <w:spacing w:after="0"/>
              <w:jc w:val="left"/>
            </w:pPr>
            <w:r>
              <w:rPr>
                <w:sz w:val="16"/>
              </w:rPr>
              <w:t>about 1.95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4 of 30 years, 1996 to 2025 (13.3%)</w:t>
            </w:r>
          </w:p>
        </w:tc>
        <w:tc>
          <w:tcPr>
            <w:tcW w:type="dxa" w:w="1615"/>
          </w:tcPr>
          <w:p>
            <w:pPr>
              <w:spacing w:after="0"/>
              <w:jc w:val="right"/>
            </w:pPr>
            <w:r>
              <w:rPr>
                <w:sz w:val="16"/>
              </w:rPr>
              <w:t>28</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Hurricane</w:t>
            </w:r>
          </w:p>
        </w:tc>
        <w:tc>
          <w:tcPr>
            <w:tcW w:type="dxa" w:w="1395"/>
          </w:tcPr>
          <w:p>
            <w:pPr>
              <w:spacing w:after="0"/>
              <w:jc w:val="right"/>
            </w:pPr>
          </w:p>
        </w:tc>
        <w:tc>
          <w:tcPr>
            <w:tcW w:type="dxa" w:w="1387"/>
          </w:tcPr>
          <w:p>
            <w:pPr>
              <w:spacing w:after="0"/>
              <w:jc w:val="left"/>
            </w:pPr>
            <w:r>
              <w:rPr>
                <w:sz w:val="16"/>
              </w:rPr>
              <w:t>events per year</w:t>
            </w:r>
          </w:p>
        </w:tc>
        <w:tc>
          <w:tcPr>
            <w:tcW w:type="dxa" w:w="1850"/>
          </w:tcPr>
          <w:p>
            <w:pPr>
              <w:spacing w:after="0"/>
              <w:jc w:val="left"/>
            </w:pPr>
          </w:p>
        </w:tc>
        <w:tc>
          <w:tcPr>
            <w:tcW w:type="dxa" w:w="1037"/>
          </w:tcPr>
          <w:p>
            <w:pPr>
              <w:spacing w:after="0"/>
              <w:jc w:val="left"/>
            </w:pPr>
          </w:p>
        </w:tc>
        <w:tc>
          <w:tcPr>
            <w:tcW w:type="dxa" w:w="1373"/>
          </w:tcPr>
          <w:p>
            <w:pPr>
              <w:spacing w:after="0"/>
              <w:jc w:val="left"/>
            </w:pPr>
          </w:p>
        </w:tc>
        <w:tc>
          <w:tcPr>
            <w:tcW w:type="dxa" w:w="1615"/>
          </w:tcPr>
          <w:p>
            <w:pPr>
              <w:spacing w:after="0"/>
              <w:jc w:val="right"/>
            </w:pPr>
          </w:p>
        </w:tc>
        <w:tc>
          <w:tcPr>
            <w:tcW w:type="dxa" w:w="1851"/>
          </w:tcPr>
          <w:p>
            <w:pPr>
              <w:spacing w:after="0"/>
              <w:jc w:val="left"/>
            </w:pPr>
            <w:r>
              <w:rPr>
                <w:sz w:val="16"/>
              </w:rPr>
              <w:t>1851 to 2024 (Atlantic)</w:t>
            </w:r>
          </w:p>
        </w:tc>
        <w:tc>
          <w:tcPr>
            <w:tcW w:type="dxa" w:w="1037"/>
          </w:tcPr>
          <w:p>
            <w:pPr>
              <w:spacing w:after="0"/>
              <w:jc w:val="left"/>
            </w:pPr>
            <w:r>
              <w:rPr>
                <w:sz w:val="16"/>
              </w:rPr>
              <w:t>see B1-f</w:t>
            </w:r>
          </w:p>
        </w:tc>
        <w:tc>
          <w:tcPr>
            <w:tcW w:type="dxa" w:w="153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5"/>
          </w:tcPr>
          <w:p>
            <w:pPr>
              <w:spacing w:after="0"/>
              <w:jc w:val="right"/>
            </w:pPr>
            <w:r>
              <w:rPr>
                <w:sz w:val="16"/>
              </w:rPr>
              <w:t>0.399</w:t>
            </w:r>
          </w:p>
        </w:tc>
        <w:tc>
          <w:tcPr>
            <w:tcW w:type="dxa" w:w="1387"/>
          </w:tcPr>
          <w:p>
            <w:pPr>
              <w:spacing w:after="0"/>
              <w:jc w:val="left"/>
            </w:pPr>
            <w:r>
              <w:rPr>
                <w:sz w:val="16"/>
              </w:rPr>
              <w:t>event-days per year</w:t>
            </w:r>
          </w:p>
        </w:tc>
        <w:tc>
          <w:tcPr>
            <w:tcW w:type="dxa" w:w="1850"/>
          </w:tcPr>
          <w:p>
            <w:pPr>
              <w:spacing w:after="0"/>
              <w:jc w:val="left"/>
            </w:pPr>
            <w:r>
              <w:rPr>
                <w:sz w:val="16"/>
              </w:rPr>
              <w:t>about 0.399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6 of 30 years, 1996 to 2025 (20%)</w:t>
            </w:r>
          </w:p>
        </w:tc>
        <w:tc>
          <w:tcPr>
            <w:tcW w:type="dxa" w:w="1615"/>
          </w:tcPr>
          <w:p>
            <w:pPr>
              <w:spacing w:after="0"/>
              <w:jc w:val="right"/>
            </w:pPr>
            <w:r>
              <w:rPr>
                <w:sz w:val="16"/>
              </w:rPr>
              <w:t>27</w:t>
            </w:r>
          </w:p>
        </w:tc>
        <w:tc>
          <w:tcPr>
            <w:tcW w:type="dxa" w:w="1851"/>
          </w:tcPr>
          <w:p>
            <w:pPr>
              <w:spacing w:after="0"/>
              <w:jc w:val="left"/>
            </w:pPr>
            <w:r>
              <w:rPr>
                <w:sz w:val="16"/>
              </w:rPr>
              <w:t>1946-12-31 to 2014-02-12 (67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Inland Flooding</w:t>
            </w:r>
          </w:p>
        </w:tc>
        <w:tc>
          <w:tcPr>
            <w:tcW w:type="dxa" w:w="1395"/>
          </w:tcPr>
          <w:p>
            <w:pPr>
              <w:spacing w:after="0"/>
              <w:jc w:val="right"/>
            </w:pPr>
            <w:r>
              <w:rPr>
                <w:sz w:val="16"/>
              </w:rPr>
              <w:t>1.11</w:t>
            </w:r>
          </w:p>
        </w:tc>
        <w:tc>
          <w:tcPr>
            <w:tcW w:type="dxa" w:w="1387"/>
          </w:tcPr>
          <w:p>
            <w:pPr>
              <w:spacing w:after="0"/>
              <w:jc w:val="left"/>
            </w:pPr>
            <w:r>
              <w:rPr>
                <w:sz w:val="16"/>
              </w:rPr>
              <w:t>event-days per year</w:t>
            </w:r>
          </w:p>
        </w:tc>
        <w:tc>
          <w:tcPr>
            <w:tcW w:type="dxa" w:w="1850"/>
          </w:tcPr>
          <w:p>
            <w:pPr>
              <w:spacing w:after="0"/>
              <w:jc w:val="left"/>
            </w:pPr>
            <w:r>
              <w:rPr>
                <w:sz w:val="16"/>
              </w:rPr>
              <w:t>about 1.11 days per year</w:t>
            </w:r>
          </w:p>
        </w:tc>
        <w:tc>
          <w:tcPr>
            <w:tcW w:type="dxa" w:w="1037"/>
          </w:tcPr>
          <w:p>
            <w:pPr>
              <w:spacing w:after="0"/>
              <w:jc w:val="left"/>
            </w:pPr>
            <w:r>
              <w:rPr>
                <w:sz w:val="16"/>
              </w:rPr>
              <w:t>Likely</w:t>
            </w:r>
          </w:p>
        </w:tc>
        <w:tc>
          <w:tcPr>
            <w:tcW w:type="dxa" w:w="1373"/>
          </w:tcPr>
          <w:p>
            <w:pPr>
              <w:spacing w:after="0"/>
              <w:jc w:val="left"/>
            </w:pPr>
            <w:r>
              <w:rPr>
                <w:sz w:val="16"/>
              </w:rPr>
              <w:t>Storm Events event-days in 16 of 30 years, 1996 to 2025 (53.3%)</w:t>
            </w:r>
          </w:p>
        </w:tc>
        <w:tc>
          <w:tcPr>
            <w:tcW w:type="dxa" w:w="1615"/>
          </w:tcPr>
          <w:p>
            <w:pPr>
              <w:spacing w:after="0"/>
              <w:jc w:val="right"/>
            </w:pPr>
            <w:r>
              <w:rPr>
                <w:sz w:val="16"/>
              </w:rPr>
              <w:t>31</w:t>
            </w:r>
          </w:p>
        </w:tc>
        <w:tc>
          <w:tcPr>
            <w:tcW w:type="dxa" w:w="1851"/>
          </w:tcPr>
          <w:p>
            <w:pPr>
              <w:spacing w:after="0"/>
              <w:jc w:val="left"/>
            </w:pPr>
            <w:r>
              <w:rPr>
                <w:sz w:val="16"/>
              </w:rPr>
              <w:t>1996 to 2023 (28 years)</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Landslide</w:t>
            </w:r>
          </w:p>
        </w:tc>
        <w:tc>
          <w:tcPr>
            <w:tcW w:type="dxa" w:w="1395"/>
          </w:tcPr>
          <w:p>
            <w:pPr>
              <w:spacing w:after="0"/>
              <w:jc w:val="right"/>
            </w:pPr>
            <w:r>
              <w:rPr>
                <w:sz w:val="16"/>
              </w:rPr>
              <w:t>0.0833</w:t>
            </w:r>
          </w:p>
        </w:tc>
        <w:tc>
          <w:tcPr>
            <w:tcW w:type="dxa" w:w="1387"/>
          </w:tcPr>
          <w:p>
            <w:pPr>
              <w:spacing w:after="0"/>
              <w:jc w:val="left"/>
            </w:pPr>
            <w:r>
              <w:rPr>
                <w:sz w:val="16"/>
              </w:rPr>
              <w:t>events per year (modeled)</w:t>
            </w:r>
          </w:p>
        </w:tc>
        <w:tc>
          <w:tcPr>
            <w:tcW w:type="dxa" w:w="1850"/>
          </w:tcPr>
          <w:p>
            <w:pPr>
              <w:spacing w:after="0"/>
              <w:jc w:val="left"/>
            </w:pPr>
            <w:r>
              <w:rPr>
                <w:sz w:val="16"/>
              </w:rPr>
              <w:t>about 1 in 12 years</w:t>
            </w:r>
          </w:p>
        </w:tc>
        <w:tc>
          <w:tcPr>
            <w:tcW w:type="dxa" w:w="1037"/>
          </w:tcPr>
          <w:p>
            <w:pPr>
              <w:spacing w:after="0"/>
              <w:jc w:val="left"/>
            </w:pPr>
            <w:r>
              <w:rPr>
                <w:sz w:val="16"/>
              </w:rPr>
              <w:t>Possible</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Lightning</w:t>
            </w:r>
          </w:p>
        </w:tc>
        <w:tc>
          <w:tcPr>
            <w:tcW w:type="dxa" w:w="1395"/>
          </w:tcPr>
          <w:p>
            <w:pPr>
              <w:spacing w:after="0"/>
              <w:jc w:val="right"/>
            </w:pPr>
            <w:r>
              <w:rPr>
                <w:sz w:val="16"/>
              </w:rPr>
              <w:t>31.5</w:t>
            </w:r>
          </w:p>
        </w:tc>
        <w:tc>
          <w:tcPr>
            <w:tcW w:type="dxa" w:w="1387"/>
          </w:tcPr>
          <w:p>
            <w:pPr>
              <w:spacing w:after="0"/>
              <w:jc w:val="left"/>
            </w:pPr>
            <w:r>
              <w:rPr>
                <w:sz w:val="16"/>
              </w:rPr>
              <w:t>days per year with a strike</w:t>
            </w:r>
          </w:p>
        </w:tc>
        <w:tc>
          <w:tcPr>
            <w:tcW w:type="dxa" w:w="1850"/>
          </w:tcPr>
          <w:p>
            <w:pPr>
              <w:spacing w:after="0"/>
              <w:jc w:val="left"/>
            </w:pPr>
            <w:r>
              <w:rPr>
                <w:sz w:val="16"/>
              </w:rPr>
              <w:t>about 31.5 days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1995 to 2023 (29 years; CONUS)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Strong Wind</w:t>
            </w:r>
          </w:p>
        </w:tc>
        <w:tc>
          <w:tcPr>
            <w:tcW w:type="dxa" w:w="1395"/>
          </w:tcPr>
          <w:p>
            <w:pPr>
              <w:spacing w:after="0"/>
              <w:jc w:val="right"/>
            </w:pPr>
            <w:r>
              <w:rPr>
                <w:sz w:val="16"/>
              </w:rPr>
              <w:t>2.69</w:t>
            </w:r>
          </w:p>
        </w:tc>
        <w:tc>
          <w:tcPr>
            <w:tcW w:type="dxa" w:w="1387"/>
          </w:tcPr>
          <w:p>
            <w:pPr>
              <w:spacing w:after="0"/>
              <w:jc w:val="left"/>
            </w:pPr>
            <w:r>
              <w:rPr>
                <w:sz w:val="16"/>
              </w:rPr>
              <w:t>events per year</w:t>
            </w:r>
          </w:p>
        </w:tc>
        <w:tc>
          <w:tcPr>
            <w:tcW w:type="dxa" w:w="1850"/>
          </w:tcPr>
          <w:p>
            <w:pPr>
              <w:spacing w:after="0"/>
              <w:jc w:val="left"/>
            </w:pPr>
            <w:r>
              <w:rPr>
                <w:sz w:val="16"/>
              </w:rPr>
              <w:t>about 2.69 per year</w:t>
            </w:r>
          </w:p>
        </w:tc>
        <w:tc>
          <w:tcPr>
            <w:tcW w:type="dxa" w:w="1037"/>
          </w:tcPr>
          <w:p>
            <w:pPr>
              <w:spacing w:after="0"/>
              <w:jc w:val="left"/>
            </w:pPr>
            <w:r>
              <w:rPr>
                <w:sz w:val="16"/>
              </w:rPr>
              <w:t>Highly likely</w:t>
            </w:r>
          </w:p>
        </w:tc>
        <w:tc>
          <w:tcPr>
            <w:tcW w:type="dxa" w:w="1373"/>
          </w:tcPr>
          <w:p>
            <w:pPr>
              <w:spacing w:after="0"/>
              <w:jc w:val="left"/>
            </w:pPr>
            <w:r>
              <w:rPr>
                <w:sz w:val="16"/>
              </w:rPr>
              <w:t>FEMA annualized frequency (modeled)</w:t>
            </w:r>
          </w:p>
        </w:tc>
        <w:tc>
          <w:tcPr>
            <w:tcW w:type="dxa" w:w="1615"/>
          </w:tcPr>
          <w:p>
            <w:pPr>
              <w:spacing w:after="0"/>
              <w:jc w:val="right"/>
            </w:pPr>
            <w:r>
              <w:rPr>
                <w:sz w:val="16"/>
              </w:rPr>
              <w:t>103</w:t>
            </w:r>
          </w:p>
        </w:tc>
        <w:tc>
          <w:tcPr>
            <w:tcW w:type="dxa" w:w="1851"/>
          </w:tcPr>
          <w:p>
            <w:pPr>
              <w:spacing w:after="0"/>
              <w:jc w:val="left"/>
            </w:pPr>
            <w:r>
              <w:rPr>
                <w:sz w:val="16"/>
              </w:rPr>
              <w:t>1986 to 2023 (38 years)</w:t>
            </w:r>
          </w:p>
        </w:tc>
        <w:tc>
          <w:tcPr>
            <w:tcW w:type="dxa" w:w="1037"/>
          </w:tcPr>
          <w:p>
            <w:pPr>
              <w:spacing w:after="0"/>
              <w:jc w:val="left"/>
            </w:pPr>
            <w:r>
              <w:rPr>
                <w:sz w:val="16"/>
              </w:rPr>
              <w:t>countywide</w:t>
            </w:r>
          </w:p>
        </w:tc>
        <w:tc>
          <w:tcPr>
            <w:tcW w:type="dxa" w:w="1531"/>
          </w:tcPr>
          <w:p>
            <w:pPr>
              <w:spacing w:after="0"/>
              <w:jc w:val="left"/>
            </w:pPr>
          </w:p>
        </w:tc>
      </w:tr>
      <w:tr>
        <w:trPr>
          <w:cantSplit/>
        </w:trPr>
        <w:tc>
          <w:tcPr>
            <w:tcW w:type="dxa" w:w="1037"/>
          </w:tcPr>
          <w:p>
            <w:pPr>
              <w:spacing w:after="0"/>
              <w:jc w:val="left"/>
            </w:pPr>
            <w:r>
              <w:rPr>
                <w:sz w:val="16"/>
              </w:rPr>
              <w:t>Tornado</w:t>
            </w:r>
          </w:p>
        </w:tc>
        <w:tc>
          <w:tcPr>
            <w:tcW w:type="dxa" w:w="1395"/>
          </w:tcPr>
          <w:p>
            <w:pPr>
              <w:spacing w:after="0"/>
              <w:jc w:val="right"/>
            </w:pPr>
            <w:r>
              <w:rPr>
                <w:sz w:val="16"/>
              </w:rPr>
              <w:t>0.506</w:t>
            </w:r>
          </w:p>
        </w:tc>
        <w:tc>
          <w:tcPr>
            <w:tcW w:type="dxa" w:w="1387"/>
          </w:tcPr>
          <w:p>
            <w:pPr>
              <w:spacing w:after="0"/>
              <w:jc w:val="left"/>
            </w:pPr>
            <w:r>
              <w:rPr>
                <w:sz w:val="16"/>
              </w:rPr>
              <w:t>events per year</w:t>
            </w:r>
          </w:p>
        </w:tc>
        <w:tc>
          <w:tcPr>
            <w:tcW w:type="dxa" w:w="1850"/>
          </w:tcPr>
          <w:p>
            <w:pPr>
              <w:spacing w:after="0"/>
              <w:jc w:val="left"/>
            </w:pPr>
            <w:r>
              <w:rPr>
                <w:sz w:val="16"/>
              </w:rPr>
              <w:t>about 0.51 per year</w:t>
            </w:r>
          </w:p>
        </w:tc>
        <w:tc>
          <w:tcPr>
            <w:tcW w:type="dxa" w:w="1037"/>
          </w:tcPr>
          <w:p>
            <w:pPr>
              <w:spacing w:after="0"/>
              <w:jc w:val="left"/>
            </w:pPr>
            <w:r>
              <w:rPr>
                <w:sz w:val="16"/>
              </w:rPr>
              <w:t>Likely</w:t>
            </w:r>
          </w:p>
        </w:tc>
        <w:tc>
          <w:tcPr>
            <w:tcW w:type="dxa" w:w="1373"/>
          </w:tcPr>
          <w:p>
            <w:pPr>
              <w:spacing w:after="0"/>
              <w:jc w:val="left"/>
            </w:pPr>
            <w:r>
              <w:rPr>
                <w:sz w:val="16"/>
              </w:rPr>
              <w:t>FEMA annualized frequency (modeled)</w:t>
            </w:r>
          </w:p>
        </w:tc>
        <w:tc>
          <w:tcPr>
            <w:tcW w:type="dxa" w:w="1615"/>
          </w:tcPr>
          <w:p>
            <w:pPr>
              <w:spacing w:after="0"/>
              <w:jc w:val="right"/>
            </w:pPr>
            <w:r>
              <w:rPr>
                <w:sz w:val="16"/>
              </w:rPr>
              <w:t>not shown</w:t>
            </w:r>
          </w:p>
        </w:tc>
        <w:tc>
          <w:tcPr>
            <w:tcW w:type="dxa" w:w="1851"/>
          </w:tcPr>
          <w:p>
            <w:pPr>
              <w:spacing w:after="0"/>
              <w:jc w:val="left"/>
            </w:pPr>
            <w:r>
              <w:rPr>
                <w:sz w:val="16"/>
              </w:rPr>
              <w:t>1950 to 2023 (EF2+); 1986 to 2023 (EF0-1)</w:t>
            </w:r>
          </w:p>
        </w:tc>
        <w:tc>
          <w:tcPr>
            <w:tcW w:type="dxa" w:w="1037"/>
          </w:tcPr>
          <w:p>
            <w:pPr>
              <w:spacing w:after="0"/>
              <w:jc w:val="left"/>
            </w:pPr>
            <w:r>
              <w:rPr>
                <w:sz w:val="16"/>
              </w:rPr>
              <w:t>see B1-f</w:t>
            </w:r>
          </w:p>
        </w:tc>
        <w:tc>
          <w:tcPr>
            <w:tcW w:type="dxa" w:w="1531"/>
          </w:tcPr>
          <w:p>
            <w:pPr>
              <w:spacing w:after="0"/>
              <w:jc w:val="left"/>
            </w:pPr>
          </w:p>
        </w:tc>
      </w:tr>
      <w:tr>
        <w:trPr>
          <w:cantSplit/>
        </w:trPr>
        <w:tc>
          <w:tcPr>
            <w:tcW w:type="dxa" w:w="1037"/>
          </w:tcPr>
          <w:p>
            <w:pPr>
              <w:spacing w:after="0"/>
              <w:jc w:val="left"/>
            </w:pPr>
            <w:r>
              <w:rPr>
                <w:sz w:val="16"/>
              </w:rPr>
              <w:t>Wildfire</w:t>
            </w:r>
          </w:p>
        </w:tc>
        <w:tc>
          <w:tcPr>
            <w:tcW w:type="dxa" w:w="1395"/>
          </w:tcPr>
          <w:p>
            <w:pPr>
              <w:spacing w:after="0"/>
              <w:jc w:val="right"/>
            </w:pPr>
            <w:r>
              <w:rPr>
                <w:sz w:val="16"/>
              </w:rPr>
              <w:t>0.000906</w:t>
            </w:r>
          </w:p>
        </w:tc>
        <w:tc>
          <w:tcPr>
            <w:tcW w:type="dxa" w:w="1387"/>
          </w:tcPr>
          <w:p>
            <w:pPr>
              <w:spacing w:after="0"/>
              <w:jc w:val="left"/>
            </w:pPr>
            <w:r>
              <w:rPr>
                <w:sz w:val="16"/>
              </w:rPr>
              <w:t>annual probability at a location</w:t>
            </w:r>
          </w:p>
        </w:tc>
        <w:tc>
          <w:tcPr>
            <w:tcW w:type="dxa" w:w="1850"/>
          </w:tcPr>
          <w:p>
            <w:pPr>
              <w:spacing w:after="0"/>
              <w:jc w:val="left"/>
            </w:pPr>
            <w:r>
              <w:rPr>
                <w:sz w:val="16"/>
              </w:rPr>
              <w:t>chance a given location in the county burns in a year: 0.0906%</w:t>
            </w:r>
          </w:p>
        </w:tc>
        <w:tc>
          <w:tcPr>
            <w:tcW w:type="dxa" w:w="1037"/>
          </w:tcPr>
          <w:p>
            <w:pPr>
              <w:spacing w:after="0"/>
              <w:jc w:val="left"/>
            </w:pPr>
          </w:p>
        </w:tc>
        <w:tc>
          <w:tcPr>
            <w:tcW w:type="dxa" w:w="1373"/>
          </w:tcPr>
          <w:p>
            <w:pPr>
              <w:spacing w:after="0"/>
              <w:jc w:val="left"/>
            </w:pPr>
            <w:r>
              <w:rPr>
                <w:sz w:val="16"/>
              </w:rPr>
              <w:t>Storm Events records in 0 of 30 years, 1996 to 2025 (0%)</w:t>
            </w:r>
          </w:p>
        </w:tc>
        <w:tc>
          <w:tcPr>
            <w:tcW w:type="dxa" w:w="1615"/>
          </w:tcPr>
          <w:p>
            <w:pPr>
              <w:spacing w:after="0"/>
              <w:jc w:val="right"/>
            </w:pPr>
            <w:r>
              <w:rPr>
                <w:sz w:val="16"/>
              </w:rPr>
              <w:t>not shown</w:t>
            </w:r>
          </w:p>
        </w:tc>
        <w:tc>
          <w:tcPr>
            <w:tcW w:type="dxa" w:w="1851"/>
          </w:tcPr>
          <w:p>
            <w:pPr>
              <w:spacing w:after="0"/>
              <w:jc w:val="left"/>
            </w:pPr>
            <w:r>
              <w:rPr>
                <w:sz w:val="16"/>
              </w:rPr>
              <w:t>modeled</w:t>
            </w:r>
          </w:p>
        </w:tc>
        <w:tc>
          <w:tcPr>
            <w:tcW w:type="dxa" w:w="1037"/>
          </w:tcPr>
          <w:p>
            <w:pPr>
              <w:spacing w:after="0"/>
              <w:jc w:val="left"/>
            </w:pPr>
            <w:r>
              <w:rPr>
                <w:sz w:val="16"/>
              </w:rPr>
              <w:t>see B1-f</w:t>
            </w:r>
          </w:p>
        </w:tc>
        <w:tc>
          <w:tcPr>
            <w:tcW w:type="dxa" w:w="15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5"/>
          </w:tcPr>
          <w:p>
            <w:pPr>
              <w:spacing w:after="0"/>
              <w:jc w:val="right"/>
            </w:pPr>
            <w:r>
              <w:rPr>
                <w:sz w:val="16"/>
              </w:rPr>
              <w:t>23.7</w:t>
            </w:r>
          </w:p>
        </w:tc>
        <w:tc>
          <w:tcPr>
            <w:tcW w:type="dxa" w:w="1387"/>
          </w:tcPr>
          <w:p>
            <w:pPr>
              <w:spacing w:after="0"/>
              <w:jc w:val="left"/>
            </w:pPr>
            <w:r>
              <w:rPr>
                <w:sz w:val="16"/>
              </w:rPr>
              <w:t>event-days per year</w:t>
            </w:r>
          </w:p>
        </w:tc>
        <w:tc>
          <w:tcPr>
            <w:tcW w:type="dxa" w:w="1850"/>
          </w:tcPr>
          <w:p>
            <w:pPr>
              <w:spacing w:after="0"/>
              <w:jc w:val="left"/>
            </w:pPr>
            <w:r>
              <w:rPr>
                <w:sz w:val="16"/>
              </w:rPr>
              <w:t>about 23.7 days per year</w:t>
            </w:r>
          </w:p>
        </w:tc>
        <w:tc>
          <w:tcPr>
            <w:tcW w:type="dxa" w:w="1037"/>
          </w:tcPr>
          <w:p>
            <w:pPr>
              <w:spacing w:after="0"/>
              <w:jc w:val="left"/>
            </w:pPr>
            <w:r>
              <w:rPr>
                <w:sz w:val="16"/>
              </w:rPr>
              <w:t>Highly likely</w:t>
            </w:r>
          </w:p>
        </w:tc>
        <w:tc>
          <w:tcPr>
            <w:tcW w:type="dxa" w:w="1373"/>
          </w:tcPr>
          <w:p>
            <w:pPr>
              <w:spacing w:after="0"/>
              <w:jc w:val="left"/>
            </w:pPr>
            <w:r>
              <w:rPr>
                <w:sz w:val="16"/>
              </w:rPr>
              <w:t>Storm Events event-days in 28 of 30 years, 1996 to 2025 (93.3%)</w:t>
            </w:r>
          </w:p>
        </w:tc>
        <w:tc>
          <w:tcPr>
            <w:tcW w:type="dxa" w:w="1615"/>
          </w:tcPr>
          <w:p>
            <w:pPr>
              <w:spacing w:after="0"/>
              <w:jc w:val="right"/>
            </w:pPr>
            <w:r>
              <w:rPr>
                <w:sz w:val="16"/>
              </w:rPr>
              <w:t>450</w:t>
            </w:r>
          </w:p>
        </w:tc>
        <w:tc>
          <w:tcPr>
            <w:tcW w:type="dxa" w:w="1851"/>
          </w:tcPr>
          <w:p>
            <w:pPr>
              <w:spacing w:after="0"/>
              <w:jc w:val="left"/>
            </w:pPr>
            <w:r>
              <w:rPr>
                <w:sz w:val="16"/>
              </w:rPr>
              <w:t>2005-11-12 to 2024-11-12 (19 years)</w:t>
            </w:r>
          </w:p>
        </w:tc>
        <w:tc>
          <w:tcPr>
            <w:tcW w:type="dxa" w:w="1037"/>
          </w:tcPr>
          <w:p>
            <w:pPr>
              <w:spacing w:after="0"/>
              <w:jc w:val="left"/>
            </w:pPr>
            <w:r>
              <w:rPr>
                <w:sz w:val="16"/>
              </w:rPr>
              <w:t>countywide</w:t>
            </w:r>
          </w:p>
        </w:tc>
        <w:tc>
          <w:tcPr>
            <w:tcW w:type="dxa" w:w="15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76</w:t>
            </w:r>
          </w:p>
        </w:tc>
        <w:tc>
          <w:tcPr>
            <w:tcW w:type="dxa" w:w="1381"/>
          </w:tcPr>
          <w:p>
            <w:pPr>
              <w:spacing w:after="0"/>
              <w:jc w:val="right"/>
            </w:pPr>
            <w:r>
              <w:rPr>
                <w:sz w:val="16"/>
              </w:rPr>
              <w:t>30</w:t>
            </w:r>
          </w:p>
        </w:tc>
        <w:tc>
          <w:tcPr>
            <w:tcW w:type="dxa" w:w="1381"/>
          </w:tcPr>
          <w:p>
            <w:pPr>
              <w:spacing w:after="0"/>
              <w:jc w:val="right"/>
            </w:pPr>
            <w:r>
              <w:rPr>
                <w:sz w:val="16"/>
              </w:rPr>
              <w:t>2.53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56</w:t>
            </w:r>
          </w:p>
        </w:tc>
        <w:tc>
          <w:tcPr>
            <w:tcW w:type="dxa" w:w="1381"/>
          </w:tcPr>
          <w:p>
            <w:pPr>
              <w:spacing w:after="0"/>
              <w:jc w:val="right"/>
            </w:pPr>
            <w:r>
              <w:rPr>
                <w:sz w:val="16"/>
              </w:rPr>
              <w:t>30</w:t>
            </w:r>
          </w:p>
        </w:tc>
        <w:tc>
          <w:tcPr>
            <w:tcW w:type="dxa" w:w="1381"/>
          </w:tcPr>
          <w:p>
            <w:pPr>
              <w:spacing w:after="0"/>
              <w:jc w:val="right"/>
            </w:pPr>
            <w:r>
              <w:rPr>
                <w:sz w:val="16"/>
              </w:rPr>
              <w:t>1.87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2 of 2</w:t>
            </w:r>
          </w:p>
        </w:tc>
        <w:tc>
          <w:tcPr>
            <w:tcW w:type="dxa" w:w="1443"/>
          </w:tcPr>
          <w:p>
            <w:pPr>
              <w:spacing w:after="0"/>
              <w:jc w:val="right"/>
            </w:pPr>
            <w:r>
              <w:rPr>
                <w:sz w:val="16"/>
              </w:rPr>
              <w:t>97.9</w:t>
            </w:r>
          </w:p>
        </w:tc>
        <w:tc>
          <w:tcPr>
            <w:tcW w:type="dxa" w:w="1514"/>
          </w:tcPr>
          <w:p>
            <w:pPr>
              <w:spacing w:after="0"/>
              <w:jc w:val="right"/>
            </w:pPr>
            <w:r>
              <w:rPr>
                <w:sz w:val="16"/>
              </w:rPr>
              <w:t>98.6</w:t>
            </w:r>
          </w:p>
        </w:tc>
        <w:tc>
          <w:tcPr>
            <w:tcW w:type="dxa" w:w="1443"/>
          </w:tcPr>
          <w:p>
            <w:pPr>
              <w:spacing w:after="0"/>
              <w:jc w:val="right"/>
            </w:pPr>
            <w:r>
              <w:rPr>
                <w:sz w:val="16"/>
              </w:rPr>
              <w:t>99.4</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Drought</w:t>
            </w:r>
          </w:p>
        </w:tc>
        <w:tc>
          <w:tcPr>
            <w:tcW w:type="dxa" w:w="1514"/>
          </w:tcPr>
          <w:p>
            <w:pPr>
              <w:spacing w:after="0"/>
              <w:jc w:val="right"/>
            </w:pPr>
            <w:r>
              <w:rPr>
                <w:sz w:val="16"/>
              </w:rPr>
              <w:t>2 of 2</w:t>
            </w:r>
          </w:p>
        </w:tc>
        <w:tc>
          <w:tcPr>
            <w:tcW w:type="dxa" w:w="1443"/>
          </w:tcPr>
          <w:p>
            <w:pPr>
              <w:spacing w:after="0"/>
              <w:jc w:val="right"/>
            </w:pPr>
            <w:r>
              <w:rPr>
                <w:sz w:val="16"/>
              </w:rPr>
              <w:t>78.2</w:t>
            </w:r>
          </w:p>
        </w:tc>
        <w:tc>
          <w:tcPr>
            <w:tcW w:type="dxa" w:w="1514"/>
          </w:tcPr>
          <w:p>
            <w:pPr>
              <w:spacing w:after="0"/>
              <w:jc w:val="right"/>
            </w:pPr>
            <w:r>
              <w:rPr>
                <w:sz w:val="16"/>
              </w:rPr>
              <w:t>79.7</w:t>
            </w:r>
          </w:p>
        </w:tc>
        <w:tc>
          <w:tcPr>
            <w:tcW w:type="dxa" w:w="1443"/>
          </w:tcPr>
          <w:p>
            <w:pPr>
              <w:spacing w:after="0"/>
              <w:jc w:val="right"/>
            </w:pPr>
            <w:r>
              <w:rPr>
                <w:sz w:val="16"/>
              </w:rPr>
              <w:t>81.2</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2 of 2</w:t>
            </w:r>
          </w:p>
        </w:tc>
        <w:tc>
          <w:tcPr>
            <w:tcW w:type="dxa" w:w="1443"/>
          </w:tcPr>
          <w:p>
            <w:pPr>
              <w:spacing w:after="0"/>
              <w:jc w:val="right"/>
            </w:pPr>
            <w:r>
              <w:rPr>
                <w:sz w:val="16"/>
              </w:rPr>
              <w:t>6.5</w:t>
            </w:r>
          </w:p>
        </w:tc>
        <w:tc>
          <w:tcPr>
            <w:tcW w:type="dxa" w:w="1514"/>
          </w:tcPr>
          <w:p>
            <w:pPr>
              <w:spacing w:after="0"/>
              <w:jc w:val="right"/>
            </w:pPr>
            <w:r>
              <w:rPr>
                <w:sz w:val="16"/>
              </w:rPr>
              <w:t>7.8</w:t>
            </w:r>
          </w:p>
        </w:tc>
        <w:tc>
          <w:tcPr>
            <w:tcW w:type="dxa" w:w="1443"/>
          </w:tcPr>
          <w:p>
            <w:pPr>
              <w:spacing w:after="0"/>
              <w:jc w:val="right"/>
            </w:pPr>
            <w:r>
              <w:rPr>
                <w:sz w:val="16"/>
              </w:rPr>
              <w:t>9.1</w:t>
            </w:r>
          </w:p>
        </w:tc>
        <w:tc>
          <w:tcPr>
            <w:tcW w:type="dxa" w:w="5889"/>
          </w:tcPr>
          <w:p>
            <w:pPr>
              <w:spacing w:after="0"/>
              <w:jc w:val="left"/>
            </w:pPr>
            <w:r>
              <w:rPr>
                <w:sz w:val="16"/>
              </w:rPr>
              <w:t>Very Low 2</w:t>
            </w:r>
          </w:p>
        </w:tc>
      </w:tr>
      <w:tr>
        <w:trPr>
          <w:cantSplit/>
        </w:trPr>
        <w:tc>
          <w:tcPr>
            <w:tcW w:type="dxa" w:w="2309"/>
          </w:tcPr>
          <w:p>
            <w:pPr>
              <w:spacing w:after="0"/>
              <w:jc w:val="left"/>
            </w:pPr>
            <w:r>
              <w:rPr>
                <w:sz w:val="16"/>
              </w:rPr>
              <w:t>Hail</w:t>
            </w:r>
          </w:p>
        </w:tc>
        <w:tc>
          <w:tcPr>
            <w:tcW w:type="dxa" w:w="1514"/>
          </w:tcPr>
          <w:p>
            <w:pPr>
              <w:spacing w:after="0"/>
              <w:jc w:val="right"/>
            </w:pPr>
            <w:r>
              <w:rPr>
                <w:sz w:val="16"/>
              </w:rPr>
              <w:t>2 of 2</w:t>
            </w:r>
          </w:p>
        </w:tc>
        <w:tc>
          <w:tcPr>
            <w:tcW w:type="dxa" w:w="1443"/>
          </w:tcPr>
          <w:p>
            <w:pPr>
              <w:spacing w:after="0"/>
              <w:jc w:val="right"/>
            </w:pPr>
            <w:r>
              <w:rPr>
                <w:sz w:val="16"/>
              </w:rPr>
              <w:t>98.5</w:t>
            </w:r>
          </w:p>
        </w:tc>
        <w:tc>
          <w:tcPr>
            <w:tcW w:type="dxa" w:w="1514"/>
          </w:tcPr>
          <w:p>
            <w:pPr>
              <w:spacing w:after="0"/>
              <w:jc w:val="right"/>
            </w:pPr>
            <w:r>
              <w:rPr>
                <w:sz w:val="16"/>
              </w:rPr>
              <w:t>99.0</w:t>
            </w:r>
          </w:p>
        </w:tc>
        <w:tc>
          <w:tcPr>
            <w:tcW w:type="dxa" w:w="1443"/>
          </w:tcPr>
          <w:p>
            <w:pPr>
              <w:spacing w:after="0"/>
              <w:jc w:val="right"/>
            </w:pPr>
            <w:r>
              <w:rPr>
                <w:sz w:val="16"/>
              </w:rPr>
              <w:t>99.5</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Heat Wave</w:t>
            </w:r>
          </w:p>
        </w:tc>
        <w:tc>
          <w:tcPr>
            <w:tcW w:type="dxa" w:w="1514"/>
          </w:tcPr>
          <w:p>
            <w:pPr>
              <w:spacing w:after="0"/>
              <w:jc w:val="right"/>
            </w:pPr>
            <w:r>
              <w:rPr>
                <w:sz w:val="16"/>
              </w:rPr>
              <w:t>2 of 2</w:t>
            </w:r>
          </w:p>
        </w:tc>
        <w:tc>
          <w:tcPr>
            <w:tcW w:type="dxa" w:w="1443"/>
          </w:tcPr>
          <w:p>
            <w:pPr>
              <w:spacing w:after="0"/>
              <w:jc w:val="right"/>
            </w:pPr>
            <w:r>
              <w:rPr>
                <w:sz w:val="16"/>
              </w:rPr>
              <w:t>13.7</w:t>
            </w:r>
          </w:p>
        </w:tc>
        <w:tc>
          <w:tcPr>
            <w:tcW w:type="dxa" w:w="1514"/>
          </w:tcPr>
          <w:p>
            <w:pPr>
              <w:spacing w:after="0"/>
              <w:jc w:val="right"/>
            </w:pPr>
            <w:r>
              <w:rPr>
                <w:sz w:val="16"/>
              </w:rPr>
              <w:t>18.0</w:t>
            </w:r>
          </w:p>
        </w:tc>
        <w:tc>
          <w:tcPr>
            <w:tcW w:type="dxa" w:w="1443"/>
          </w:tcPr>
          <w:p>
            <w:pPr>
              <w:spacing w:after="0"/>
              <w:jc w:val="right"/>
            </w:pPr>
            <w:r>
              <w:rPr>
                <w:sz w:val="16"/>
              </w:rPr>
              <w:t>22.3</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2</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Not Applicable 2</w:t>
            </w:r>
          </w:p>
        </w:tc>
      </w:tr>
      <w:tr>
        <w:trPr>
          <w:cantSplit/>
        </w:trPr>
        <w:tc>
          <w:tcPr>
            <w:tcW w:type="dxa" w:w="2309"/>
          </w:tcPr>
          <w:p>
            <w:pPr>
              <w:spacing w:after="0"/>
              <w:jc w:val="left"/>
            </w:pPr>
            <w:r>
              <w:rPr>
                <w:sz w:val="16"/>
              </w:rPr>
              <w:t>Ice Storm</w:t>
            </w:r>
          </w:p>
        </w:tc>
        <w:tc>
          <w:tcPr>
            <w:tcW w:type="dxa" w:w="1514"/>
          </w:tcPr>
          <w:p>
            <w:pPr>
              <w:spacing w:after="0"/>
              <w:jc w:val="right"/>
            </w:pPr>
            <w:r>
              <w:rPr>
                <w:sz w:val="16"/>
              </w:rPr>
              <w:t>2 of 2</w:t>
            </w:r>
          </w:p>
        </w:tc>
        <w:tc>
          <w:tcPr>
            <w:tcW w:type="dxa" w:w="1443"/>
          </w:tcPr>
          <w:p>
            <w:pPr>
              <w:spacing w:after="0"/>
              <w:jc w:val="right"/>
            </w:pPr>
            <w:r>
              <w:rPr>
                <w:sz w:val="16"/>
              </w:rPr>
              <w:t>97.4</w:t>
            </w:r>
          </w:p>
        </w:tc>
        <w:tc>
          <w:tcPr>
            <w:tcW w:type="dxa" w:w="1514"/>
          </w:tcPr>
          <w:p>
            <w:pPr>
              <w:spacing w:after="0"/>
              <w:jc w:val="right"/>
            </w:pPr>
            <w:r>
              <w:rPr>
                <w:sz w:val="16"/>
              </w:rPr>
              <w:t>98.1</w:t>
            </w:r>
          </w:p>
        </w:tc>
        <w:tc>
          <w:tcPr>
            <w:tcW w:type="dxa" w:w="1443"/>
          </w:tcPr>
          <w:p>
            <w:pPr>
              <w:spacing w:after="0"/>
              <w:jc w:val="right"/>
            </w:pPr>
            <w:r>
              <w:rPr>
                <w:sz w:val="16"/>
              </w:rPr>
              <w:t>98.8</w:t>
            </w:r>
          </w:p>
        </w:tc>
        <w:tc>
          <w:tcPr>
            <w:tcW w:type="dxa" w:w="5889"/>
          </w:tcPr>
          <w:p>
            <w:pPr>
              <w:spacing w:after="0"/>
              <w:jc w:val="left"/>
            </w:pPr>
            <w:r>
              <w:rPr>
                <w:sz w:val="16"/>
              </w:rPr>
              <w:t>Very High 1, Relatively High 1</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2 of 2</w:t>
            </w:r>
          </w:p>
        </w:tc>
        <w:tc>
          <w:tcPr>
            <w:tcW w:type="dxa" w:w="1443"/>
          </w:tcPr>
          <w:p>
            <w:pPr>
              <w:spacing w:after="0"/>
              <w:jc w:val="right"/>
            </w:pPr>
            <w:r>
              <w:rPr>
                <w:sz w:val="16"/>
              </w:rPr>
              <w:t>11.0</w:t>
            </w:r>
          </w:p>
        </w:tc>
        <w:tc>
          <w:tcPr>
            <w:tcW w:type="dxa" w:w="1514"/>
          </w:tcPr>
          <w:p>
            <w:pPr>
              <w:spacing w:after="0"/>
              <w:jc w:val="right"/>
            </w:pPr>
            <w:r>
              <w:rPr>
                <w:sz w:val="16"/>
              </w:rPr>
              <w:t>22.3</w:t>
            </w:r>
          </w:p>
        </w:tc>
        <w:tc>
          <w:tcPr>
            <w:tcW w:type="dxa" w:w="1443"/>
          </w:tcPr>
          <w:p>
            <w:pPr>
              <w:spacing w:after="0"/>
              <w:jc w:val="right"/>
            </w:pPr>
            <w:r>
              <w:rPr>
                <w:sz w:val="16"/>
              </w:rPr>
              <w:t>33.6</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Landslide</w:t>
            </w:r>
          </w:p>
        </w:tc>
        <w:tc>
          <w:tcPr>
            <w:tcW w:type="dxa" w:w="1514"/>
          </w:tcPr>
          <w:p>
            <w:pPr>
              <w:spacing w:after="0"/>
              <w:jc w:val="right"/>
            </w:pPr>
            <w:r>
              <w:rPr>
                <w:sz w:val="16"/>
              </w:rPr>
              <w:t>2 of 2</w:t>
            </w:r>
          </w:p>
        </w:tc>
        <w:tc>
          <w:tcPr>
            <w:tcW w:type="dxa" w:w="1443"/>
          </w:tcPr>
          <w:p>
            <w:pPr>
              <w:spacing w:after="0"/>
              <w:jc w:val="right"/>
            </w:pPr>
            <w:r>
              <w:rPr>
                <w:sz w:val="16"/>
              </w:rPr>
              <w:t>54.4</w:t>
            </w:r>
          </w:p>
        </w:tc>
        <w:tc>
          <w:tcPr>
            <w:tcW w:type="dxa" w:w="1514"/>
          </w:tcPr>
          <w:p>
            <w:pPr>
              <w:spacing w:after="0"/>
              <w:jc w:val="right"/>
            </w:pPr>
            <w:r>
              <w:rPr>
                <w:sz w:val="16"/>
              </w:rPr>
              <w:t>67.1</w:t>
            </w:r>
          </w:p>
        </w:tc>
        <w:tc>
          <w:tcPr>
            <w:tcW w:type="dxa" w:w="1443"/>
          </w:tcPr>
          <w:p>
            <w:pPr>
              <w:spacing w:after="0"/>
              <w:jc w:val="right"/>
            </w:pPr>
            <w:r>
              <w:rPr>
                <w:sz w:val="16"/>
              </w:rPr>
              <w:t>79.8</w:t>
            </w:r>
          </w:p>
        </w:tc>
        <w:tc>
          <w:tcPr>
            <w:tcW w:type="dxa" w:w="5889"/>
          </w:tcPr>
          <w:p>
            <w:pPr>
              <w:spacing w:after="0"/>
              <w:jc w:val="left"/>
            </w:pPr>
            <w:r>
              <w:rPr>
                <w:sz w:val="16"/>
              </w:rPr>
              <w:t>Very Low 2</w:t>
            </w:r>
          </w:p>
        </w:tc>
      </w:tr>
      <w:tr>
        <w:trPr>
          <w:cantSplit/>
        </w:trPr>
        <w:tc>
          <w:tcPr>
            <w:tcW w:type="dxa" w:w="2309"/>
          </w:tcPr>
          <w:p>
            <w:pPr>
              <w:spacing w:after="0"/>
              <w:jc w:val="left"/>
            </w:pPr>
            <w:r>
              <w:rPr>
                <w:sz w:val="16"/>
              </w:rPr>
              <w:t>Lightning</w:t>
            </w:r>
          </w:p>
        </w:tc>
        <w:tc>
          <w:tcPr>
            <w:tcW w:type="dxa" w:w="1514"/>
          </w:tcPr>
          <w:p>
            <w:pPr>
              <w:spacing w:after="0"/>
              <w:jc w:val="right"/>
            </w:pPr>
            <w:r>
              <w:rPr>
                <w:sz w:val="16"/>
              </w:rPr>
              <w:t>2 of 2</w:t>
            </w:r>
          </w:p>
        </w:tc>
        <w:tc>
          <w:tcPr>
            <w:tcW w:type="dxa" w:w="1443"/>
          </w:tcPr>
          <w:p>
            <w:pPr>
              <w:spacing w:after="0"/>
              <w:jc w:val="right"/>
            </w:pPr>
            <w:r>
              <w:rPr>
                <w:sz w:val="16"/>
              </w:rPr>
              <w:t>15.7</w:t>
            </w:r>
          </w:p>
        </w:tc>
        <w:tc>
          <w:tcPr>
            <w:tcW w:type="dxa" w:w="1514"/>
          </w:tcPr>
          <w:p>
            <w:pPr>
              <w:spacing w:after="0"/>
              <w:jc w:val="right"/>
            </w:pPr>
            <w:r>
              <w:rPr>
                <w:sz w:val="16"/>
              </w:rPr>
              <w:t>19.2</w:t>
            </w:r>
          </w:p>
        </w:tc>
        <w:tc>
          <w:tcPr>
            <w:tcW w:type="dxa" w:w="1443"/>
          </w:tcPr>
          <w:p>
            <w:pPr>
              <w:spacing w:after="0"/>
              <w:jc w:val="right"/>
            </w:pPr>
            <w:r>
              <w:rPr>
                <w:sz w:val="16"/>
              </w:rPr>
              <w:t>22.8</w:t>
            </w:r>
          </w:p>
        </w:tc>
        <w:tc>
          <w:tcPr>
            <w:tcW w:type="dxa" w:w="5889"/>
          </w:tcPr>
          <w:p>
            <w:pPr>
              <w:spacing w:after="0"/>
              <w:jc w:val="left"/>
            </w:pPr>
            <w:r>
              <w:rPr>
                <w:sz w:val="16"/>
              </w:rPr>
              <w:t>Relatively Low 1, Very Low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2 of 2</w:t>
            </w:r>
          </w:p>
        </w:tc>
        <w:tc>
          <w:tcPr>
            <w:tcW w:type="dxa" w:w="1443"/>
          </w:tcPr>
          <w:p>
            <w:pPr>
              <w:spacing w:after="0"/>
              <w:jc w:val="right"/>
            </w:pPr>
            <w:r>
              <w:rPr>
                <w:sz w:val="16"/>
              </w:rPr>
              <w:t>99.1</w:t>
            </w:r>
          </w:p>
        </w:tc>
        <w:tc>
          <w:tcPr>
            <w:tcW w:type="dxa" w:w="1514"/>
          </w:tcPr>
          <w:p>
            <w:pPr>
              <w:spacing w:after="0"/>
              <w:jc w:val="right"/>
            </w:pPr>
            <w:r>
              <w:rPr>
                <w:sz w:val="16"/>
              </w:rPr>
              <w:t>99.4</w:t>
            </w:r>
          </w:p>
        </w:tc>
        <w:tc>
          <w:tcPr>
            <w:tcW w:type="dxa" w:w="1443"/>
          </w:tcPr>
          <w:p>
            <w:pPr>
              <w:spacing w:after="0"/>
              <w:jc w:val="right"/>
            </w:pPr>
            <w:r>
              <w:rPr>
                <w:sz w:val="16"/>
              </w:rPr>
              <w:t>99.8</w:t>
            </w:r>
          </w:p>
        </w:tc>
        <w:tc>
          <w:tcPr>
            <w:tcW w:type="dxa" w:w="5889"/>
          </w:tcPr>
          <w:p>
            <w:pPr>
              <w:spacing w:after="0"/>
              <w:jc w:val="left"/>
            </w:pPr>
            <w:r>
              <w:rPr>
                <w:sz w:val="16"/>
              </w:rPr>
              <w:t>Very High 2</w:t>
            </w:r>
          </w:p>
        </w:tc>
      </w:tr>
      <w:tr>
        <w:trPr>
          <w:cantSplit/>
        </w:trPr>
        <w:tc>
          <w:tcPr>
            <w:tcW w:type="dxa" w:w="2309"/>
          </w:tcPr>
          <w:p>
            <w:pPr>
              <w:spacing w:after="0"/>
              <w:jc w:val="left"/>
            </w:pPr>
            <w:r>
              <w:rPr>
                <w:sz w:val="16"/>
              </w:rPr>
              <w:t>Tornado</w:t>
            </w:r>
          </w:p>
        </w:tc>
        <w:tc>
          <w:tcPr>
            <w:tcW w:type="dxa" w:w="1514"/>
          </w:tcPr>
          <w:p>
            <w:pPr>
              <w:spacing w:after="0"/>
              <w:jc w:val="right"/>
            </w:pPr>
            <w:r>
              <w:rPr>
                <w:sz w:val="16"/>
              </w:rPr>
              <w:t>2 of 2</w:t>
            </w:r>
          </w:p>
        </w:tc>
        <w:tc>
          <w:tcPr>
            <w:tcW w:type="dxa" w:w="1443"/>
          </w:tcPr>
          <w:p>
            <w:pPr>
              <w:spacing w:after="0"/>
              <w:jc w:val="right"/>
            </w:pPr>
            <w:r>
              <w:rPr>
                <w:sz w:val="16"/>
              </w:rPr>
              <w:t>57.9</w:t>
            </w:r>
          </w:p>
        </w:tc>
        <w:tc>
          <w:tcPr>
            <w:tcW w:type="dxa" w:w="1514"/>
          </w:tcPr>
          <w:p>
            <w:pPr>
              <w:spacing w:after="0"/>
              <w:jc w:val="right"/>
            </w:pPr>
            <w:r>
              <w:rPr>
                <w:sz w:val="16"/>
              </w:rPr>
              <w:t>63.0</w:t>
            </w:r>
          </w:p>
        </w:tc>
        <w:tc>
          <w:tcPr>
            <w:tcW w:type="dxa" w:w="1443"/>
          </w:tcPr>
          <w:p>
            <w:pPr>
              <w:spacing w:after="0"/>
              <w:jc w:val="right"/>
            </w:pPr>
            <w:r>
              <w:rPr>
                <w:sz w:val="16"/>
              </w:rPr>
              <w:t>68.1</w:t>
            </w:r>
          </w:p>
        </w:tc>
        <w:tc>
          <w:tcPr>
            <w:tcW w:type="dxa" w:w="5889"/>
          </w:tcPr>
          <w:p>
            <w:pPr>
              <w:spacing w:after="0"/>
              <w:jc w:val="left"/>
            </w:pPr>
            <w:r>
              <w:rPr>
                <w:sz w:val="16"/>
              </w:rPr>
              <w:t>Relatively Moderate 2</w:t>
            </w:r>
          </w:p>
        </w:tc>
      </w:tr>
      <w:tr>
        <w:trPr>
          <w:cantSplit/>
        </w:trPr>
        <w:tc>
          <w:tcPr>
            <w:tcW w:type="dxa" w:w="2309"/>
          </w:tcPr>
          <w:p>
            <w:pPr>
              <w:spacing w:after="0"/>
              <w:jc w:val="left"/>
            </w:pPr>
            <w:r>
              <w:rPr>
                <w:sz w:val="16"/>
              </w:rPr>
              <w:t>Wildfire</w:t>
            </w:r>
          </w:p>
        </w:tc>
        <w:tc>
          <w:tcPr>
            <w:tcW w:type="dxa" w:w="1514"/>
          </w:tcPr>
          <w:p>
            <w:pPr>
              <w:spacing w:after="0"/>
              <w:jc w:val="right"/>
            </w:pPr>
            <w:r>
              <w:rPr>
                <w:sz w:val="16"/>
              </w:rPr>
              <w:t>2 of 2</w:t>
            </w:r>
          </w:p>
        </w:tc>
        <w:tc>
          <w:tcPr>
            <w:tcW w:type="dxa" w:w="1443"/>
          </w:tcPr>
          <w:p>
            <w:pPr>
              <w:spacing w:after="0"/>
              <w:jc w:val="right"/>
            </w:pPr>
            <w:r>
              <w:rPr>
                <w:sz w:val="16"/>
              </w:rPr>
              <w:t>84.4</w:t>
            </w:r>
          </w:p>
        </w:tc>
        <w:tc>
          <w:tcPr>
            <w:tcW w:type="dxa" w:w="1514"/>
          </w:tcPr>
          <w:p>
            <w:pPr>
              <w:spacing w:after="0"/>
              <w:jc w:val="right"/>
            </w:pPr>
            <w:r>
              <w:rPr>
                <w:sz w:val="16"/>
              </w:rPr>
              <w:t>87.0</w:t>
            </w:r>
          </w:p>
        </w:tc>
        <w:tc>
          <w:tcPr>
            <w:tcW w:type="dxa" w:w="1443"/>
          </w:tcPr>
          <w:p>
            <w:pPr>
              <w:spacing w:after="0"/>
              <w:jc w:val="right"/>
            </w:pPr>
            <w:r>
              <w:rPr>
                <w:sz w:val="16"/>
              </w:rPr>
              <w:t>89.7</w:t>
            </w:r>
          </w:p>
        </w:tc>
        <w:tc>
          <w:tcPr>
            <w:tcW w:type="dxa" w:w="5889"/>
          </w:tcPr>
          <w:p>
            <w:pPr>
              <w:spacing w:after="0"/>
              <w:jc w:val="left"/>
            </w:pPr>
            <w:r>
              <w:rPr>
                <w:sz w:val="16"/>
              </w:rPr>
              <w:t>Relatively Moderate 1, Relatively Low 1</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2 of 2</w:t>
            </w:r>
          </w:p>
        </w:tc>
        <w:tc>
          <w:tcPr>
            <w:tcW w:type="dxa" w:w="1443"/>
          </w:tcPr>
          <w:p>
            <w:pPr>
              <w:spacing w:after="0"/>
              <w:jc w:val="right"/>
            </w:pPr>
            <w:r>
              <w:rPr>
                <w:sz w:val="16"/>
              </w:rPr>
              <w:t>98.4</w:t>
            </w:r>
          </w:p>
        </w:tc>
        <w:tc>
          <w:tcPr>
            <w:tcW w:type="dxa" w:w="1514"/>
          </w:tcPr>
          <w:p>
            <w:pPr>
              <w:spacing w:after="0"/>
              <w:jc w:val="right"/>
            </w:pPr>
            <w:r>
              <w:rPr>
                <w:sz w:val="16"/>
              </w:rPr>
              <w:t>98.9</w:t>
            </w:r>
          </w:p>
        </w:tc>
        <w:tc>
          <w:tcPr>
            <w:tcW w:type="dxa" w:w="1443"/>
          </w:tcPr>
          <w:p>
            <w:pPr>
              <w:spacing w:after="0"/>
              <w:jc w:val="right"/>
            </w:pPr>
            <w:r>
              <w:rPr>
                <w:sz w:val="16"/>
              </w:rPr>
              <w:t>99.4</w:t>
            </w:r>
          </w:p>
        </w:tc>
        <w:tc>
          <w:tcPr>
            <w:tcW w:type="dxa" w:w="5889"/>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95% of NRI's expected annual loss for this hazard in the county, so the tract range mostly reflects where crop and livestock value is.</w:t>
      </w:r>
    </w:p>
    <w:p>
      <w:pPr>
        <w:spacing w:after="40" w:before="0"/>
      </w:pPr>
      <w:r>
        <w:rPr>
          <w:sz w:val="15"/>
        </w:rPr>
        <w:t>Strong Wind: Agriculture is 85%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31"/>
        <w:gridCol w:w="744"/>
        <w:gridCol w:w="2896"/>
        <w:gridCol w:w="2309"/>
        <w:gridCol w:w="2387"/>
        <w:gridCol w:w="2472"/>
        <w:gridCol w:w="1972"/>
      </w:tblGrid>
      <w:tr>
        <w:trPr>
          <w:cantSplit/>
          <w:tblHeader/>
        </w:trPr>
        <w:tc>
          <w:tcPr>
            <w:tcW w:type="dxa" w:w="1331"/>
            <w:shd w:val="clear" w:color="auto" w:fill="E8E8E8"/>
          </w:tcPr>
          <w:p>
            <w:pPr>
              <w:spacing w:after="0"/>
              <w:jc w:val="left"/>
            </w:pPr>
            <w:r>
              <w:rPr>
                <w:b/>
                <w:sz w:val="16"/>
              </w:rPr>
              <w:t>Jurisdiction</w:t>
            </w:r>
          </w:p>
        </w:tc>
        <w:tc>
          <w:tcPr>
            <w:tcW w:type="dxa" w:w="744"/>
            <w:shd w:val="clear" w:color="auto" w:fill="E8E8E8"/>
          </w:tcPr>
          <w:p>
            <w:pPr>
              <w:spacing w:after="0"/>
              <w:jc w:val="left"/>
            </w:pPr>
            <w:r>
              <w:rPr>
                <w:b/>
                <w:sz w:val="16"/>
              </w:rPr>
              <w:t>Type</w:t>
            </w:r>
          </w:p>
        </w:tc>
        <w:tc>
          <w:tcPr>
            <w:tcW w:type="dxa" w:w="2896"/>
            <w:shd w:val="clear" w:color="auto" w:fill="E8E8E8"/>
          </w:tcPr>
          <w:p>
            <w:pPr>
              <w:spacing w:after="0"/>
              <w:jc w:val="left"/>
            </w:pPr>
            <w:r>
              <w:rPr>
                <w:b/>
                <w:sz w:val="16"/>
              </w:rPr>
              <w:t>Plan status</w:t>
            </w:r>
          </w:p>
        </w:tc>
        <w:tc>
          <w:tcPr>
            <w:tcW w:type="dxa" w:w="230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7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72"/>
            <w:shd w:val="clear" w:color="auto" w:fill="E8E8E8"/>
          </w:tcPr>
          <w:p>
            <w:pPr>
              <w:spacing w:after="0"/>
              <w:jc w:val="left"/>
            </w:pPr>
            <w:r>
              <w:rPr>
                <w:b/>
                <w:sz w:val="16"/>
              </w:rPr>
              <w:t>Notes</w:t>
            </w:r>
          </w:p>
        </w:tc>
      </w:tr>
      <w:tr>
        <w:trPr>
          <w:cantSplit/>
        </w:trPr>
        <w:tc>
          <w:tcPr>
            <w:tcW w:type="dxa" w:w="1331"/>
          </w:tcPr>
          <w:p>
            <w:pPr>
              <w:spacing w:after="0"/>
              <w:jc w:val="left"/>
            </w:pPr>
            <w:r>
              <w:rPr>
                <w:sz w:val="16"/>
              </w:rPr>
              <w:t>Sargent County</w:t>
            </w:r>
          </w:p>
        </w:tc>
        <w:tc>
          <w:tcPr>
            <w:tcW w:type="dxa" w:w="744"/>
          </w:tcPr>
          <w:p>
            <w:pPr>
              <w:spacing w:after="0"/>
              <w:jc w:val="left"/>
            </w:pPr>
            <w:r>
              <w:rPr>
                <w:sz w:val="16"/>
              </w:rPr>
              <w:t>County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$3,067,997</w:t>
            </w:r>
          </w:p>
        </w:tc>
        <w:tc>
          <w:tcPr>
            <w:tcW w:type="dxa" w:w="2472"/>
          </w:tcPr>
          <w:p>
            <w:pPr>
              <w:spacing w:after="0"/>
              <w:jc w:val="right"/>
            </w:pPr>
            <w:r>
              <w:rPr>
                <w:sz w:val="16"/>
              </w:rPr>
              <w:t>0 total; Storm Events data end 2026-06-30, before this plan's approval</w:t>
            </w:r>
          </w:p>
        </w:tc>
        <w:tc>
          <w:tcPr>
            <w:tcW w:type="dxa" w:w="1972"/>
          </w:tcPr>
          <w:p>
            <w:pPr>
              <w:spacing w:after="0"/>
              <w:jc w:val="left"/>
            </w:pPr>
          </w:p>
        </w:tc>
      </w:tr>
      <w:tr>
        <w:trPr>
          <w:cantSplit/>
        </w:trPr>
        <w:tc>
          <w:tcPr>
            <w:tcW w:type="dxa" w:w="1331"/>
          </w:tcPr>
          <w:p>
            <w:pPr>
              <w:spacing w:after="0"/>
              <w:jc w:val="left"/>
            </w:pPr>
            <w:r>
              <w:rPr>
                <w:sz w:val="16"/>
              </w:rPr>
              <w:t>Cayuga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p>
        </w:tc>
        <w:tc>
          <w:tcPr>
            <w:tcW w:type="dxa" w:w="2387"/>
          </w:tcPr>
          <w:p>
            <w:pPr>
              <w:spacing w:after="0"/>
              <w:jc w:val="right"/>
            </w:pPr>
            <w:r>
              <w:rPr>
                <w:sz w:val="16"/>
              </w:rPr>
              <w:t>$2,292.30</w:t>
            </w:r>
          </w:p>
        </w:tc>
        <w:tc>
          <w:tcPr>
            <w:tcW w:type="dxa" w:w="2472"/>
          </w:tcPr>
          <w:p>
            <w:pPr>
              <w:spacing w:after="0"/>
              <w:jc w:val="right"/>
            </w:pPr>
            <w:r>
              <w:rPr>
                <w:sz w:val="16"/>
              </w:rPr>
              <w:t>27 total; Storm Events data end 2026-06-30, before this plan's approval</w:t>
            </w:r>
          </w:p>
        </w:tc>
        <w:tc>
          <w:tcPr>
            <w:tcW w:type="dxa" w:w="1972"/>
          </w:tcPr>
          <w:p>
            <w:pPr>
              <w:spacing w:after="0"/>
              <w:jc w:val="left"/>
            </w:pPr>
            <w:r>
              <w:rPr>
                <w:sz w:val="16"/>
              </w:rPr>
              <w:t>No NFIP community ID on this jurisdiction's plan row.</w:t>
            </w:r>
          </w:p>
        </w:tc>
      </w:tr>
      <w:tr>
        <w:trPr>
          <w:cantSplit/>
        </w:trPr>
        <w:tc>
          <w:tcPr>
            <w:tcW w:type="dxa" w:w="1331"/>
          </w:tcPr>
          <w:p>
            <w:pPr>
              <w:spacing w:after="0"/>
              <w:jc w:val="left"/>
            </w:pPr>
            <w:r>
              <w:rPr>
                <w:sz w:val="16"/>
              </w:rPr>
              <w:t>Cogswell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$55,312.75</w:t>
            </w:r>
          </w:p>
        </w:tc>
        <w:tc>
          <w:tcPr>
            <w:tcW w:type="dxa" w:w="2472"/>
          </w:tcPr>
          <w:p>
            <w:pPr>
              <w:spacing w:after="0"/>
              <w:jc w:val="right"/>
            </w:pPr>
            <w:r>
              <w:rPr>
                <w:sz w:val="16"/>
              </w:rPr>
              <w:t>23 total; Storm Events data end 2026-06-30, before this plan's approval</w:t>
            </w:r>
          </w:p>
        </w:tc>
        <w:tc>
          <w:tcPr>
            <w:tcW w:type="dxa" w:w="1972"/>
          </w:tcPr>
          <w:p>
            <w:pPr>
              <w:spacing w:after="0"/>
              <w:jc w:val="left"/>
            </w:pPr>
          </w:p>
        </w:tc>
      </w:tr>
      <w:tr>
        <w:trPr>
          <w:cantSplit/>
        </w:trPr>
        <w:tc>
          <w:tcPr>
            <w:tcW w:type="dxa" w:w="1331"/>
          </w:tcPr>
          <w:p>
            <w:pPr>
              <w:spacing w:after="0"/>
              <w:jc w:val="left"/>
            </w:pPr>
            <w:r>
              <w:rPr>
                <w:sz w:val="16"/>
              </w:rPr>
              <w:t>Forman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$32,040.73</w:t>
            </w:r>
          </w:p>
        </w:tc>
        <w:tc>
          <w:tcPr>
            <w:tcW w:type="dxa" w:w="2472"/>
          </w:tcPr>
          <w:p>
            <w:pPr>
              <w:spacing w:after="0"/>
              <w:jc w:val="right"/>
            </w:pPr>
            <w:r>
              <w:rPr>
                <w:sz w:val="16"/>
              </w:rPr>
              <w:t>29 total; Storm Events data end 2026-06-30, before this plan's approval</w:t>
            </w:r>
          </w:p>
        </w:tc>
        <w:tc>
          <w:tcPr>
            <w:tcW w:type="dxa" w:w="1972"/>
          </w:tcPr>
          <w:p>
            <w:pPr>
              <w:spacing w:after="0"/>
              <w:jc w:val="left"/>
            </w:pPr>
          </w:p>
        </w:tc>
      </w:tr>
      <w:tr>
        <w:trPr>
          <w:cantSplit/>
        </w:trPr>
        <w:tc>
          <w:tcPr>
            <w:tcW w:type="dxa" w:w="1331"/>
          </w:tcPr>
          <w:p>
            <w:pPr>
              <w:spacing w:after="0"/>
              <w:jc w:val="left"/>
            </w:pPr>
            <w:r>
              <w:rPr>
                <w:sz w:val="16"/>
              </w:rPr>
              <w:t>Gwinner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$250,202.98</w:t>
            </w:r>
          </w:p>
        </w:tc>
        <w:tc>
          <w:tcPr>
            <w:tcW w:type="dxa" w:w="2472"/>
          </w:tcPr>
          <w:p>
            <w:pPr>
              <w:spacing w:after="0"/>
              <w:jc w:val="right"/>
            </w:pPr>
            <w:r>
              <w:rPr>
                <w:sz w:val="16"/>
              </w:rPr>
              <w:t>23 total; Storm Events data end 2026-06-30, before this plan's approval</w:t>
            </w:r>
          </w:p>
        </w:tc>
        <w:tc>
          <w:tcPr>
            <w:tcW w:type="dxa" w:w="1972"/>
          </w:tcPr>
          <w:p>
            <w:pPr>
              <w:spacing w:after="0"/>
              <w:jc w:val="left"/>
            </w:pPr>
          </w:p>
        </w:tc>
      </w:tr>
      <w:tr>
        <w:trPr>
          <w:cantSplit/>
        </w:trPr>
        <w:tc>
          <w:tcPr>
            <w:tcW w:type="dxa" w:w="1331"/>
          </w:tcPr>
          <w:p>
            <w:pPr>
              <w:spacing w:after="0"/>
              <w:jc w:val="left"/>
            </w:pPr>
            <w:r>
              <w:rPr>
                <w:sz w:val="16"/>
              </w:rPr>
              <w:t>Havana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p>
        </w:tc>
        <w:tc>
          <w:tcPr>
            <w:tcW w:type="dxa" w:w="2387"/>
          </w:tcPr>
          <w:p>
            <w:pPr>
              <w:spacing w:after="0"/>
              <w:jc w:val="right"/>
            </w:pPr>
            <w:r>
              <w:rPr>
                <w:sz w:val="16"/>
              </w:rPr>
              <w:t>$1,092</w:t>
            </w:r>
          </w:p>
        </w:tc>
        <w:tc>
          <w:tcPr>
            <w:tcW w:type="dxa" w:w="2472"/>
          </w:tcPr>
          <w:p>
            <w:pPr>
              <w:spacing w:after="0"/>
              <w:jc w:val="right"/>
            </w:pPr>
            <w:r>
              <w:rPr>
                <w:sz w:val="16"/>
              </w:rPr>
              <w:t>27 total; Storm Events data end 2026-06-30, before this plan's approval</w:t>
            </w:r>
          </w:p>
        </w:tc>
        <w:tc>
          <w:tcPr>
            <w:tcW w:type="dxa" w:w="1972"/>
          </w:tcPr>
          <w:p>
            <w:pPr>
              <w:spacing w:after="0"/>
              <w:jc w:val="left"/>
            </w:pPr>
            <w:r>
              <w:rPr>
                <w:sz w:val="16"/>
              </w:rPr>
              <w:t>No NFIP community ID on this jurisdiction's plan row.</w:t>
            </w:r>
          </w:p>
        </w:tc>
      </w:tr>
      <w:tr>
        <w:trPr>
          <w:cantSplit/>
        </w:trPr>
        <w:tc>
          <w:tcPr>
            <w:tcW w:type="dxa" w:w="1331"/>
          </w:tcPr>
          <w:p>
            <w:pPr>
              <w:spacing w:after="0"/>
              <w:jc w:val="left"/>
            </w:pPr>
            <w:r>
              <w:rPr>
                <w:sz w:val="16"/>
              </w:rPr>
              <w:t>Milnor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$152,987.22</w:t>
            </w:r>
          </w:p>
        </w:tc>
        <w:tc>
          <w:tcPr>
            <w:tcW w:type="dxa" w:w="2472"/>
          </w:tcPr>
          <w:p>
            <w:pPr>
              <w:spacing w:after="0"/>
              <w:jc w:val="right"/>
            </w:pPr>
            <w:r>
              <w:rPr>
                <w:sz w:val="16"/>
              </w:rPr>
              <w:t>28 total; Storm Events data end 2026-06-30, before this plan's approval</w:t>
            </w:r>
          </w:p>
        </w:tc>
        <w:tc>
          <w:tcPr>
            <w:tcW w:type="dxa" w:w="1972"/>
          </w:tcPr>
          <w:p>
            <w:pPr>
              <w:spacing w:after="0"/>
              <w:jc w:val="left"/>
            </w:pPr>
          </w:p>
        </w:tc>
      </w:tr>
      <w:tr>
        <w:trPr>
          <w:cantSplit/>
        </w:trPr>
        <w:tc>
          <w:tcPr>
            <w:tcW w:type="dxa" w:w="1331"/>
          </w:tcPr>
          <w:p>
            <w:pPr>
              <w:spacing w:after="0"/>
              <w:jc w:val="left"/>
            </w:pPr>
            <w:r>
              <w:rPr>
                <w:sz w:val="16"/>
              </w:rPr>
              <w:t>Rutland city</w:t>
            </w:r>
          </w:p>
        </w:tc>
        <w:tc>
          <w:tcPr>
            <w:tcW w:type="dxa" w:w="744"/>
          </w:tcPr>
          <w:p>
            <w:pPr>
              <w:spacing w:after="0"/>
              <w:jc w:val="left"/>
            </w:pPr>
            <w:r>
              <w:rPr>
                <w:sz w:val="16"/>
              </w:rPr>
              <w:t>City</w:t>
            </w:r>
          </w:p>
        </w:tc>
        <w:tc>
          <w:tcPr>
            <w:tcW w:type="dxa" w:w="2896"/>
          </w:tcPr>
          <w:p>
            <w:pPr>
              <w:spacing w:after="0"/>
              <w:jc w:val="left"/>
            </w:pPr>
            <w:r>
              <w:rPr>
                <w:sz w:val="16"/>
              </w:rPr>
              <w:t>Approved, expires 2031-07-06</w:t>
            </w:r>
          </w:p>
        </w:tc>
        <w:tc>
          <w:tcPr>
            <w:tcW w:type="dxa" w:w="2309"/>
          </w:tcPr>
          <w:p>
            <w:pPr>
              <w:spacing w:after="0"/>
              <w:jc w:val="right"/>
            </w:pPr>
            <w:r>
              <w:rPr>
                <w:sz w:val="16"/>
              </w:rPr>
              <w:t>FMA RL 0, SRL 0; any 0</w:t>
            </w:r>
          </w:p>
        </w:tc>
        <w:tc>
          <w:tcPr>
            <w:tcW w:type="dxa" w:w="2387"/>
          </w:tcPr>
          <w:p>
            <w:pPr>
              <w:spacing w:after="0"/>
              <w:jc w:val="right"/>
            </w:pPr>
            <w:r>
              <w:rPr>
                <w:sz w:val="16"/>
              </w:rPr>
              <w:t>$7,363.90</w:t>
            </w:r>
          </w:p>
        </w:tc>
        <w:tc>
          <w:tcPr>
            <w:tcW w:type="dxa" w:w="2472"/>
          </w:tcPr>
          <w:p>
            <w:pPr>
              <w:spacing w:after="0"/>
              <w:jc w:val="right"/>
            </w:pPr>
            <w:r>
              <w:rPr>
                <w:sz w:val="16"/>
              </w:rPr>
              <w:t>23 total; Storm Events data end 2026-06-30, before this plan's approval</w:t>
            </w:r>
          </w:p>
        </w:tc>
        <w:tc>
          <w:tcPr>
            <w:tcW w:type="dxa" w:w="19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948"/>
        <w:gridCol w:w="1126"/>
        <w:gridCol w:w="1133"/>
        <w:gridCol w:w="1305"/>
        <w:gridCol w:w="1198"/>
        <w:gridCol w:w="1093"/>
        <w:gridCol w:w="1093"/>
        <w:gridCol w:w="152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8"/>
            <w:shd w:val="clear" w:color="auto" w:fill="E8E8E8"/>
          </w:tcPr>
          <w:p>
            <w:pPr>
              <w:spacing w:after="0"/>
              <w:jc w:val="right"/>
            </w:pPr>
            <w:r>
              <w:rPr>
                <w:b/>
                <w:sz w:val="16"/>
              </w:rPr>
              <w:t>Storm Events damage since 2026-07-07</w:t>
            </w:r>
          </w:p>
          <w:p>
            <w:pPr>
              <w:spacing w:after="0"/>
              <w:jc w:val="right"/>
            </w:pPr>
            <w:r>
              <w:rPr>
                <w:i/>
                <w:color w:val="555555"/>
                <w:sz w:val="14"/>
              </w:rPr>
              <w:t>county-coded records, property plus crops, nominal dollars</w:t>
            </w:r>
          </w:p>
        </w:tc>
        <w:tc>
          <w:tcPr>
            <w:tcW w:type="dxa" w:w="109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$401</w:t>
            </w:r>
          </w:p>
        </w:tc>
        <w:tc>
          <w:tcPr>
            <w:tcW w:type="dxa" w:w="1126"/>
          </w:tcPr>
          <w:p>
            <w:pPr>
              <w:spacing w:after="0"/>
              <w:jc w:val="right"/>
            </w:pPr>
            <w:r>
              <w:rPr>
                <w:sz w:val="16"/>
              </w:rPr>
              <w:t>$991,460</w:t>
            </w:r>
          </w:p>
        </w:tc>
        <w:tc>
          <w:tcPr>
            <w:tcW w:type="dxa" w:w="1133"/>
          </w:tcPr>
          <w:p>
            <w:pPr>
              <w:spacing w:after="0"/>
              <w:jc w:val="right"/>
            </w:pPr>
            <w:r>
              <w:rPr>
                <w:sz w:val="16"/>
              </w:rPr>
              <w:t>$1,055,877</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$68,641,169</w:t>
            </w:r>
          </w:p>
        </w:tc>
        <w:tc>
          <w:tcPr>
            <w:tcW w:type="dxa" w:w="1043"/>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$2,477</w:t>
            </w:r>
          </w:p>
        </w:tc>
        <w:tc>
          <w:tcPr>
            <w:tcW w:type="dxa" w:w="1133"/>
          </w:tcPr>
          <w:p>
            <w:pPr>
              <w:spacing w:after="0"/>
              <w:jc w:val="right"/>
            </w:pPr>
            <w:r>
              <w:rPr>
                <w:sz w:val="16"/>
              </w:rPr>
              <w:t>n/a</w:t>
            </w:r>
          </w:p>
        </w:tc>
        <w:tc>
          <w:tcPr>
            <w:tcW w:type="dxa" w:w="1305"/>
          </w:tcPr>
          <w:p>
            <w:pPr>
              <w:spacing w:after="0"/>
              <w:jc w:val="right"/>
            </w:pPr>
            <w:r>
              <w:rPr>
                <w:sz w:val="16"/>
              </w:rPr>
              <w:t>0.00361% (agriculture)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$2,238,111,688</w:t>
            </w:r>
          </w:p>
        </w:tc>
        <w:tc>
          <w:tcPr>
            <w:tcW w:type="dxa" w:w="1215"/>
          </w:tcPr>
          <w:p>
            <w:pPr>
              <w:spacing w:after="0"/>
              <w:jc w:val="right"/>
            </w:pPr>
            <w:r>
              <w:rPr>
                <w:sz w:val="16"/>
              </w:rPr>
              <w:t>n/a</w:t>
            </w:r>
          </w:p>
        </w:tc>
        <w:tc>
          <w:tcPr>
            <w:tcW w:type="dxa" w:w="1043"/>
          </w:tcPr>
          <w:p>
            <w:pPr>
              <w:spacing w:after="0"/>
              <w:jc w:val="right"/>
            </w:pPr>
            <w:r>
              <w:rPr>
                <w:sz w:val="16"/>
              </w:rPr>
              <w:t>3,862</w:t>
            </w:r>
          </w:p>
        </w:tc>
        <w:tc>
          <w:tcPr>
            <w:tcW w:type="dxa" w:w="948"/>
          </w:tcPr>
          <w:p>
            <w:pPr>
              <w:spacing w:after="0"/>
              <w:jc w:val="right"/>
            </w:pPr>
            <w:r>
              <w:rPr>
                <w:sz w:val="16"/>
              </w:rPr>
              <w:t>$2,418</w:t>
            </w:r>
          </w:p>
        </w:tc>
        <w:tc>
          <w:tcPr>
            <w:tcW w:type="dxa" w:w="1126"/>
          </w:tcPr>
          <w:p>
            <w:pPr>
              <w:spacing w:after="0"/>
              <w:jc w:val="right"/>
            </w:pPr>
            <w:r>
              <w:rPr>
                <w:sz w:val="16"/>
              </w:rPr>
              <w:t>n/a</w:t>
            </w:r>
          </w:p>
        </w:tc>
        <w:tc>
          <w:tcPr>
            <w:tcW w:type="dxa" w:w="1133"/>
          </w:tcPr>
          <w:p>
            <w:pPr>
              <w:spacing w:after="0"/>
              <w:jc w:val="right"/>
            </w:pPr>
            <w:r>
              <w:rPr>
                <w:sz w:val="16"/>
              </w:rPr>
              <w:t>$503</w:t>
            </w:r>
          </w:p>
        </w:tc>
        <w:tc>
          <w:tcPr>
            <w:tcW w:type="dxa" w:w="1305"/>
          </w:tcPr>
          <w:p>
            <w:pPr>
              <w:spacing w:after="0"/>
              <w:jc w:val="right"/>
            </w:pPr>
            <w:r>
              <w:rPr>
                <w:sz w:val="16"/>
              </w:rPr>
              <w:t>0.000108%</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$45,020</w:t>
            </w:r>
          </w:p>
        </w:tc>
        <w:tc>
          <w:tcPr>
            <w:tcW w:type="dxa" w:w="1126"/>
          </w:tcPr>
          <w:p>
            <w:pPr>
              <w:spacing w:after="0"/>
              <w:jc w:val="right"/>
            </w:pPr>
            <w:r>
              <w:rPr>
                <w:sz w:val="16"/>
              </w:rPr>
              <w:t>$1,010,782</w:t>
            </w:r>
          </w:p>
        </w:tc>
        <w:tc>
          <w:tcPr>
            <w:tcW w:type="dxa" w:w="1133"/>
          </w:tcPr>
          <w:p>
            <w:pPr>
              <w:spacing w:after="0"/>
              <w:jc w:val="right"/>
            </w:pPr>
            <w:r>
              <w:rPr>
                <w:sz w:val="16"/>
              </w:rPr>
              <w:t>$11,490</w:t>
            </w:r>
          </w:p>
        </w:tc>
        <w:tc>
          <w:tcPr>
            <w:tcW w:type="dxa" w:w="1305"/>
          </w:tcPr>
          <w:p>
            <w:pPr>
              <w:spacing w:after="0"/>
              <w:jc w:val="right"/>
            </w:pPr>
            <w:r>
              <w:rPr>
                <w:sz w:val="16"/>
              </w:rPr>
              <w:t>0.00335%</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$221</w:t>
            </w:r>
          </w:p>
        </w:tc>
        <w:tc>
          <w:tcPr>
            <w:tcW w:type="dxa" w:w="1126"/>
          </w:tcPr>
          <w:p>
            <w:pPr>
              <w:spacing w:after="0"/>
              <w:jc w:val="right"/>
            </w:pPr>
            <w:r>
              <w:rPr>
                <w:sz w:val="16"/>
              </w:rPr>
              <w:t>$2</w:t>
            </w:r>
          </w:p>
        </w:tc>
        <w:tc>
          <w:tcPr>
            <w:tcW w:type="dxa" w:w="1133"/>
          </w:tcPr>
          <w:p>
            <w:pPr>
              <w:spacing w:after="0"/>
              <w:jc w:val="right"/>
            </w:pPr>
            <w:r>
              <w:rPr>
                <w:sz w:val="16"/>
              </w:rPr>
              <w:t>$26,265</w:t>
            </w:r>
          </w:p>
        </w:tc>
        <w:tc>
          <w:tcPr>
            <w:tcW w:type="dxa" w:w="1305"/>
          </w:tcPr>
          <w:p>
            <w:pPr>
              <w:spacing w:after="0"/>
              <w:jc w:val="right"/>
            </w:pPr>
            <w:r>
              <w:rPr>
                <w:sz w:val="16"/>
              </w:rPr>
              <w:t>under 0.0001%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3"/>
          </w:tcPr>
          <w:p>
            <w:pPr>
              <w:spacing w:after="0"/>
              <w:jc w:val="right"/>
            </w:pPr>
          </w:p>
        </w:tc>
        <w:tc>
          <w:tcPr>
            <w:tcW w:type="dxa" w:w="948"/>
          </w:tcPr>
          <w:p>
            <w:pPr>
              <w:spacing w:after="0"/>
              <w:jc w:val="right"/>
            </w:pPr>
          </w:p>
        </w:tc>
        <w:tc>
          <w:tcPr>
            <w:tcW w:type="dxa" w:w="1126"/>
          </w:tcPr>
          <w:p>
            <w:pPr>
              <w:spacing w:after="0"/>
              <w:jc w:val="right"/>
            </w:pPr>
          </w:p>
        </w:tc>
        <w:tc>
          <w:tcPr>
            <w:tcW w:type="dxa" w:w="1133"/>
          </w:tcPr>
          <w:p>
            <w:pPr>
              <w:spacing w:after="0"/>
              <w:jc w:val="right"/>
            </w:pPr>
          </w:p>
        </w:tc>
        <w:tc>
          <w:tcPr>
            <w:tcW w:type="dxa" w:w="1305"/>
          </w:tcPr>
          <w:p>
            <w:pPr>
              <w:spacing w:after="0"/>
              <w:jc w:val="right"/>
            </w:pP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$1,343,685,539</w:t>
            </w:r>
          </w:p>
        </w:tc>
        <w:tc>
          <w:tcPr>
            <w:tcW w:type="dxa" w:w="1215"/>
          </w:tcPr>
          <w:p>
            <w:pPr>
              <w:spacing w:after="0"/>
              <w:jc w:val="right"/>
            </w:pPr>
            <w:r>
              <w:rPr>
                <w:sz w:val="16"/>
              </w:rPr>
              <w:t>n/a</w:t>
            </w:r>
          </w:p>
        </w:tc>
        <w:tc>
          <w:tcPr>
            <w:tcW w:type="dxa" w:w="1043"/>
          </w:tcPr>
          <w:p>
            <w:pPr>
              <w:spacing w:after="0"/>
              <w:jc w:val="right"/>
            </w:pPr>
            <w:r>
              <w:rPr>
                <w:sz w:val="16"/>
              </w:rPr>
              <w:t>3,851</w:t>
            </w:r>
          </w:p>
        </w:tc>
        <w:tc>
          <w:tcPr>
            <w:tcW w:type="dxa" w:w="948"/>
          </w:tcPr>
          <w:p>
            <w:pPr>
              <w:spacing w:after="0"/>
              <w:jc w:val="right"/>
            </w:pPr>
            <w:r>
              <w:rPr>
                <w:sz w:val="16"/>
              </w:rPr>
              <w:t>$264,603</w:t>
            </w:r>
          </w:p>
        </w:tc>
        <w:tc>
          <w:tcPr>
            <w:tcW w:type="dxa" w:w="1126"/>
          </w:tcPr>
          <w:p>
            <w:pPr>
              <w:spacing w:after="0"/>
              <w:jc w:val="right"/>
            </w:pPr>
            <w:r>
              <w:rPr>
                <w:sz w:val="16"/>
              </w:rPr>
              <w:t>n/a</w:t>
            </w:r>
          </w:p>
        </w:tc>
        <w:tc>
          <w:tcPr>
            <w:tcW w:type="dxa" w:w="1133"/>
          </w:tcPr>
          <w:p>
            <w:pPr>
              <w:spacing w:after="0"/>
              <w:jc w:val="right"/>
            </w:pPr>
            <w:r>
              <w:rPr>
                <w:sz w:val="16"/>
              </w:rPr>
              <w:t>$20,234</w:t>
            </w:r>
          </w:p>
        </w:tc>
        <w:tc>
          <w:tcPr>
            <w:tcW w:type="dxa" w:w="1305"/>
          </w:tcPr>
          <w:p>
            <w:pPr>
              <w:spacing w:after="0"/>
              <w:jc w:val="right"/>
            </w:pPr>
            <w:r>
              <w:rPr>
                <w:sz w:val="16"/>
              </w:rPr>
              <w:t>0.0197%</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$1,343,494,959</w:t>
            </w:r>
          </w:p>
        </w:tc>
        <w:tc>
          <w:tcPr>
            <w:tcW w:type="dxa" w:w="1215"/>
          </w:tcPr>
          <w:p>
            <w:pPr>
              <w:spacing w:after="0"/>
              <w:jc w:val="right"/>
            </w:pPr>
            <w:r>
              <w:rPr>
                <w:sz w:val="16"/>
              </w:rPr>
              <w:t>$329</w:t>
            </w:r>
          </w:p>
        </w:tc>
        <w:tc>
          <w:tcPr>
            <w:tcW w:type="dxa" w:w="1043"/>
          </w:tcPr>
          <w:p>
            <w:pPr>
              <w:spacing w:after="0"/>
              <w:jc w:val="right"/>
            </w:pPr>
            <w:r>
              <w:rPr>
                <w:sz w:val="16"/>
              </w:rPr>
              <w:t>0</w:t>
            </w:r>
          </w:p>
        </w:tc>
        <w:tc>
          <w:tcPr>
            <w:tcW w:type="dxa" w:w="948"/>
          </w:tcPr>
          <w:p>
            <w:pPr>
              <w:spacing w:after="0"/>
              <w:jc w:val="right"/>
            </w:pPr>
            <w:r>
              <w:rPr>
                <w:sz w:val="16"/>
              </w:rPr>
              <w:t>$661,611</w:t>
            </w:r>
          </w:p>
        </w:tc>
        <w:tc>
          <w:tcPr>
            <w:tcW w:type="dxa" w:w="1126"/>
          </w:tcPr>
          <w:p>
            <w:pPr>
              <w:spacing w:after="0"/>
              <w:jc w:val="right"/>
            </w:pPr>
            <w:r>
              <w:rPr>
                <w:sz w:val="16"/>
              </w:rPr>
              <w:t>$12</w:t>
            </w:r>
          </w:p>
        </w:tc>
        <w:tc>
          <w:tcPr>
            <w:tcW w:type="dxa" w:w="1133"/>
          </w:tcPr>
          <w:p>
            <w:pPr>
              <w:spacing w:after="0"/>
              <w:jc w:val="right"/>
            </w:pPr>
            <w:r>
              <w:rPr>
                <w:sz w:val="16"/>
              </w:rPr>
              <w:t>$0</w:t>
            </w:r>
          </w:p>
        </w:tc>
        <w:tc>
          <w:tcPr>
            <w:tcW w:type="dxa" w:w="1305"/>
          </w:tcPr>
          <w:p>
            <w:pPr>
              <w:spacing w:after="0"/>
              <w:jc w:val="right"/>
            </w:pPr>
            <w:r>
              <w:rPr>
                <w:sz w:val="16"/>
              </w:rPr>
              <w:t>n/a (see note)</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$1,487,343</w:t>
            </w:r>
          </w:p>
        </w:tc>
        <w:tc>
          <w:tcPr>
            <w:tcW w:type="dxa" w:w="1215"/>
          </w:tcPr>
          <w:p>
            <w:pPr>
              <w:spacing w:after="0"/>
              <w:jc w:val="right"/>
            </w:pPr>
            <w:r>
              <w:rPr>
                <w:sz w:val="16"/>
              </w:rPr>
              <w:t>n/a</w:t>
            </w:r>
          </w:p>
        </w:tc>
        <w:tc>
          <w:tcPr>
            <w:tcW w:type="dxa" w:w="1043"/>
          </w:tcPr>
          <w:p>
            <w:pPr>
              <w:spacing w:after="0"/>
              <w:jc w:val="right"/>
            </w:pPr>
            <w:r>
              <w:rPr>
                <w:sz w:val="16"/>
              </w:rPr>
              <w:t>4</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133"/>
          </w:tcPr>
          <w:p>
            <w:pPr>
              <w:spacing w:after="0"/>
              <w:jc w:val="right"/>
            </w:pPr>
            <w:r>
              <w:rPr>
                <w:sz w:val="16"/>
              </w:rPr>
              <w:t>$88</w:t>
            </w:r>
          </w:p>
        </w:tc>
        <w:tc>
          <w:tcPr>
            <w:tcW w:type="dxa" w:w="1305"/>
          </w:tcPr>
          <w:p>
            <w:pPr>
              <w:spacing w:after="0"/>
              <w:jc w:val="right"/>
            </w:pPr>
            <w:r>
              <w:rPr>
                <w:sz w:val="16"/>
              </w:rPr>
              <w:t>0.000131%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$1,343,685,539</w:t>
            </w:r>
          </w:p>
        </w:tc>
        <w:tc>
          <w:tcPr>
            <w:tcW w:type="dxa" w:w="1215"/>
          </w:tcPr>
          <w:p>
            <w:pPr>
              <w:spacing w:after="0"/>
              <w:jc w:val="right"/>
            </w:pPr>
            <w:r>
              <w:rPr>
                <w:sz w:val="16"/>
              </w:rPr>
              <w:t>n/a</w:t>
            </w:r>
          </w:p>
        </w:tc>
        <w:tc>
          <w:tcPr>
            <w:tcW w:type="dxa" w:w="1043"/>
          </w:tcPr>
          <w:p>
            <w:pPr>
              <w:spacing w:after="0"/>
              <w:jc w:val="right"/>
            </w:pPr>
            <w:r>
              <w:rPr>
                <w:sz w:val="16"/>
              </w:rPr>
              <w:t>3,851</w:t>
            </w:r>
          </w:p>
        </w:tc>
        <w:tc>
          <w:tcPr>
            <w:tcW w:type="dxa" w:w="948"/>
          </w:tcPr>
          <w:p>
            <w:pPr>
              <w:spacing w:after="0"/>
              <w:jc w:val="right"/>
            </w:pPr>
            <w:r>
              <w:rPr>
                <w:sz w:val="16"/>
              </w:rPr>
              <w:t>$1,706</w:t>
            </w:r>
          </w:p>
        </w:tc>
        <w:tc>
          <w:tcPr>
            <w:tcW w:type="dxa" w:w="1126"/>
          </w:tcPr>
          <w:p>
            <w:pPr>
              <w:spacing w:after="0"/>
              <w:jc w:val="right"/>
            </w:pPr>
            <w:r>
              <w:rPr>
                <w:sz w:val="16"/>
              </w:rPr>
              <w:t>n/a</w:t>
            </w:r>
          </w:p>
        </w:tc>
        <w:tc>
          <w:tcPr>
            <w:tcW w:type="dxa" w:w="1133"/>
          </w:tcPr>
          <w:p>
            <w:pPr>
              <w:spacing w:after="0"/>
              <w:jc w:val="right"/>
            </w:pPr>
            <w:r>
              <w:rPr>
                <w:sz w:val="16"/>
              </w:rPr>
              <w:t>$4,772</w:t>
            </w:r>
          </w:p>
        </w:tc>
        <w:tc>
          <w:tcPr>
            <w:tcW w:type="dxa" w:w="1305"/>
          </w:tcPr>
          <w:p>
            <w:pPr>
              <w:spacing w:after="0"/>
              <w:jc w:val="right"/>
            </w:pPr>
            <w:r>
              <w:rPr>
                <w:sz w:val="16"/>
              </w:rPr>
              <w:t>0.000127%</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$98,161</w:t>
            </w:r>
          </w:p>
        </w:tc>
        <w:tc>
          <w:tcPr>
            <w:tcW w:type="dxa" w:w="1126"/>
          </w:tcPr>
          <w:p>
            <w:pPr>
              <w:spacing w:after="0"/>
              <w:jc w:val="right"/>
            </w:pPr>
            <w:r>
              <w:rPr>
                <w:sz w:val="16"/>
              </w:rPr>
              <w:t>$847,330</w:t>
            </w:r>
          </w:p>
        </w:tc>
        <w:tc>
          <w:tcPr>
            <w:tcW w:type="dxa" w:w="1133"/>
          </w:tcPr>
          <w:p>
            <w:pPr>
              <w:spacing w:after="0"/>
              <w:jc w:val="right"/>
            </w:pPr>
            <w:r>
              <w:rPr>
                <w:sz w:val="16"/>
              </w:rPr>
              <w:t>$51,680</w:t>
            </w:r>
          </w:p>
        </w:tc>
        <w:tc>
          <w:tcPr>
            <w:tcW w:type="dxa" w:w="1305"/>
          </w:tcPr>
          <w:p>
            <w:pPr>
              <w:spacing w:after="0"/>
              <w:jc w:val="right"/>
            </w:pPr>
            <w:r>
              <w:rPr>
                <w:sz w:val="16"/>
              </w:rPr>
              <w:t>0.00731%</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$212,333</w:t>
            </w:r>
          </w:p>
        </w:tc>
        <w:tc>
          <w:tcPr>
            <w:tcW w:type="dxa" w:w="1126"/>
          </w:tcPr>
          <w:p>
            <w:pPr>
              <w:spacing w:after="0"/>
              <w:jc w:val="right"/>
            </w:pPr>
            <w:r>
              <w:rPr>
                <w:sz w:val="16"/>
              </w:rPr>
              <w:t>$11,273</w:t>
            </w:r>
          </w:p>
        </w:tc>
        <w:tc>
          <w:tcPr>
            <w:tcW w:type="dxa" w:w="1133"/>
          </w:tcPr>
          <w:p>
            <w:pPr>
              <w:spacing w:after="0"/>
              <w:jc w:val="right"/>
            </w:pPr>
            <w:r>
              <w:rPr>
                <w:sz w:val="16"/>
              </w:rPr>
              <w:t>$30,372</w:t>
            </w:r>
          </w:p>
        </w:tc>
        <w:tc>
          <w:tcPr>
            <w:tcW w:type="dxa" w:w="1305"/>
          </w:tcPr>
          <w:p>
            <w:pPr>
              <w:spacing w:after="0"/>
              <w:jc w:val="right"/>
            </w:pPr>
            <w:r>
              <w:rPr>
                <w:sz w:val="16"/>
              </w:rPr>
              <w:t>0.0158%</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$244,663,494</w:t>
            </w:r>
          </w:p>
        </w:tc>
        <w:tc>
          <w:tcPr>
            <w:tcW w:type="dxa" w:w="1215"/>
          </w:tcPr>
          <w:p>
            <w:pPr>
              <w:spacing w:after="0"/>
              <w:jc w:val="right"/>
            </w:pPr>
            <w:r>
              <w:rPr>
                <w:sz w:val="16"/>
              </w:rPr>
              <w:t>$79,710,117</w:t>
            </w:r>
          </w:p>
        </w:tc>
        <w:tc>
          <w:tcPr>
            <w:tcW w:type="dxa" w:w="1043"/>
          </w:tcPr>
          <w:p>
            <w:pPr>
              <w:spacing w:after="0"/>
              <w:jc w:val="right"/>
            </w:pPr>
            <w:r>
              <w:rPr>
                <w:sz w:val="16"/>
              </w:rPr>
              <w:t>973</w:t>
            </w:r>
          </w:p>
        </w:tc>
        <w:tc>
          <w:tcPr>
            <w:tcW w:type="dxa" w:w="948"/>
          </w:tcPr>
          <w:p>
            <w:pPr>
              <w:spacing w:after="0"/>
              <w:jc w:val="right"/>
            </w:pPr>
            <w:r>
              <w:rPr>
                <w:sz w:val="16"/>
              </w:rPr>
              <w:t>$38,166</w:t>
            </w:r>
          </w:p>
        </w:tc>
        <w:tc>
          <w:tcPr>
            <w:tcW w:type="dxa" w:w="1126"/>
          </w:tcPr>
          <w:p>
            <w:pPr>
              <w:spacing w:after="0"/>
              <w:jc w:val="right"/>
            </w:pPr>
            <w:r>
              <w:rPr>
                <w:sz w:val="16"/>
              </w:rPr>
              <w:t>$202</w:t>
            </w:r>
          </w:p>
        </w:tc>
        <w:tc>
          <w:tcPr>
            <w:tcW w:type="dxa" w:w="1133"/>
          </w:tcPr>
          <w:p>
            <w:pPr>
              <w:spacing w:after="0"/>
              <w:jc w:val="right"/>
            </w:pPr>
            <w:r>
              <w:rPr>
                <w:sz w:val="16"/>
              </w:rPr>
              <w:t>$1,718</w:t>
            </w:r>
          </w:p>
        </w:tc>
        <w:tc>
          <w:tcPr>
            <w:tcW w:type="dxa" w:w="1305"/>
          </w:tcPr>
          <w:p>
            <w:pPr>
              <w:spacing w:after="0"/>
              <w:jc w:val="right"/>
            </w:pPr>
            <w:r>
              <w:rPr>
                <w:sz w:val="16"/>
              </w:rPr>
              <w:t>0.0156%</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$1,343,685,539</w:t>
            </w:r>
          </w:p>
        </w:tc>
        <w:tc>
          <w:tcPr>
            <w:tcW w:type="dxa" w:w="1215"/>
          </w:tcPr>
          <w:p>
            <w:pPr>
              <w:spacing w:after="0"/>
              <w:jc w:val="right"/>
            </w:pPr>
            <w:r>
              <w:rPr>
                <w:sz w:val="16"/>
              </w:rPr>
              <w:t>$275,810,165</w:t>
            </w:r>
          </w:p>
        </w:tc>
        <w:tc>
          <w:tcPr>
            <w:tcW w:type="dxa" w:w="1043"/>
          </w:tcPr>
          <w:p>
            <w:pPr>
              <w:spacing w:after="0"/>
              <w:jc w:val="right"/>
            </w:pPr>
            <w:r>
              <w:rPr>
                <w:sz w:val="16"/>
              </w:rPr>
              <w:t>3,851</w:t>
            </w:r>
          </w:p>
        </w:tc>
        <w:tc>
          <w:tcPr>
            <w:tcW w:type="dxa" w:w="948"/>
          </w:tcPr>
          <w:p>
            <w:pPr>
              <w:spacing w:after="0"/>
              <w:jc w:val="right"/>
            </w:pPr>
            <w:r>
              <w:rPr>
                <w:sz w:val="16"/>
              </w:rPr>
              <w:t>$66,462</w:t>
            </w:r>
          </w:p>
        </w:tc>
        <w:tc>
          <w:tcPr>
            <w:tcW w:type="dxa" w:w="1126"/>
          </w:tcPr>
          <w:p>
            <w:pPr>
              <w:spacing w:after="0"/>
              <w:jc w:val="right"/>
            </w:pPr>
            <w:r>
              <w:rPr>
                <w:sz w:val="16"/>
              </w:rPr>
              <w:t>$431</w:t>
            </w:r>
          </w:p>
        </w:tc>
        <w:tc>
          <w:tcPr>
            <w:tcW w:type="dxa" w:w="1133"/>
          </w:tcPr>
          <w:p>
            <w:pPr>
              <w:spacing w:after="0"/>
              <w:jc w:val="right"/>
            </w:pPr>
            <w:r>
              <w:rPr>
                <w:sz w:val="16"/>
              </w:rPr>
              <w:t>$66,359</w:t>
            </w:r>
          </w:p>
        </w:tc>
        <w:tc>
          <w:tcPr>
            <w:tcW w:type="dxa" w:w="1305"/>
          </w:tcPr>
          <w:p>
            <w:pPr>
              <w:spacing w:after="0"/>
              <w:jc w:val="right"/>
            </w:pPr>
            <w:r>
              <w:rPr>
                <w:sz w:val="16"/>
              </w:rPr>
              <w:t>0.00495%</w:t>
            </w:r>
          </w:p>
        </w:tc>
        <w:tc>
          <w:tcPr>
            <w:tcW w:type="dxa" w:w="1198"/>
          </w:tcPr>
          <w:p>
            <w:pPr>
              <w:spacing w:after="0"/>
              <w:jc w:val="right"/>
            </w:pPr>
          </w:p>
        </w:tc>
        <w:tc>
          <w:tcPr>
            <w:tcW w:type="dxa" w:w="1093"/>
          </w:tcPr>
          <w:p>
            <w:pPr>
              <w:spacing w:after="0"/>
              <w:jc w:val="right"/>
            </w:pPr>
          </w:p>
        </w:tc>
        <w:tc>
          <w:tcPr>
            <w:tcW w:type="dxa" w:w="1093"/>
          </w:tcPr>
          <w:p>
            <w:pPr>
              <w:spacing w:after="0"/>
              <w:jc w:val="right"/>
            </w:pPr>
          </w:p>
        </w:tc>
        <w:tc>
          <w:tcPr>
            <w:tcW w:type="dxa" w:w="152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2026-07-07: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3,851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$1,343,685,539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$275,810,165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$4,255,071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$1,269,358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Sargent County</w:t>
            </w:r>
          </w:p>
        </w:tc>
        <w:tc>
          <w:tcPr>
            <w:tcW w:type="dxa" w:w="1652"/>
          </w:tcPr>
          <w:p>
            <w:pPr>
              <w:spacing w:after="0"/>
              <w:jc w:val="left"/>
            </w:pPr>
            <w:r>
              <w:rPr>
                <w:sz w:val="16"/>
              </w:rPr>
              <w:t>380295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Cogswell city</w:t>
            </w:r>
          </w:p>
        </w:tc>
        <w:tc>
          <w:tcPr>
            <w:tcW w:type="dxa" w:w="1652"/>
          </w:tcPr>
          <w:p>
            <w:pPr>
              <w:spacing w:after="0"/>
              <w:jc w:val="left"/>
            </w:pPr>
            <w:r>
              <w:rPr>
                <w:sz w:val="16"/>
              </w:rPr>
              <w:t>380164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Forman city</w:t>
            </w:r>
          </w:p>
        </w:tc>
        <w:tc>
          <w:tcPr>
            <w:tcW w:type="dxa" w:w="1652"/>
          </w:tcPr>
          <w:p>
            <w:pPr>
              <w:spacing w:after="0"/>
              <w:jc w:val="left"/>
            </w:pPr>
            <w:r>
              <w:rPr>
                <w:sz w:val="16"/>
              </w:rPr>
              <w:t>380228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Gwinner city</w:t>
            </w:r>
          </w:p>
        </w:tc>
        <w:tc>
          <w:tcPr>
            <w:tcW w:type="dxa" w:w="1652"/>
          </w:tcPr>
          <w:p>
            <w:pPr>
              <w:spacing w:after="0"/>
              <w:jc w:val="left"/>
            </w:pPr>
            <w:r>
              <w:rPr>
                <w:sz w:val="16"/>
              </w:rPr>
              <w:t>380229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Milnor city</w:t>
            </w:r>
          </w:p>
        </w:tc>
        <w:tc>
          <w:tcPr>
            <w:tcW w:type="dxa" w:w="1652"/>
          </w:tcPr>
          <w:p>
            <w:pPr>
              <w:spacing w:after="0"/>
              <w:jc w:val="left"/>
            </w:pPr>
            <w:r>
              <w:rPr>
                <w:sz w:val="16"/>
              </w:rPr>
              <w:t>380239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Rutland city</w:t>
            </w:r>
          </w:p>
        </w:tc>
        <w:tc>
          <w:tcPr>
            <w:tcW w:type="dxa" w:w="1652"/>
          </w:tcPr>
          <w:p>
            <w:pPr>
              <w:spacing w:after="0"/>
              <w:jc w:val="left"/>
            </w:pPr>
            <w:r>
              <w:rPr>
                <w:sz w:val="16"/>
              </w:rPr>
              <w:t>380200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Sargent County, ND: risk-assessment baseline packet, release 2026-10 (data as of 2026-09-30; County FIPS 38081). Automated baseline. </w:t>
      </w:r>
      <w:hyperlink r:id="rId15">
        <w:r>
          <w:rPr>
            <w:color w:val="1F4E99"/>
            <w:sz w:val="17"/>
            <w:u w:val="single"/>
          </w:rPr>
          <w:t>https://hazardplain.org/nd/38081/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hazard-plain_2026-10_ND_38081.docx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Sargent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8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Sargent County, ND: Risk-assessment baseline packet</dc:title>
  <dc:subject>Hazard Plain release 2026-10, as of 2026-09-30. Automated baseline</dc:subject>
  <dc:creator>Hazard Plain</dc:creator>
  <cp:keywords>Hazard Plain; hazard mitigation; risk assessment; 38081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