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Kidder County, ND</w:t>
      </w:r>
    </w:p>
    <w:p>
      <w:pPr>
        <w:spacing w:after="120" w:before="0"/>
      </w:pPr>
      <w:r>
        <w:rPr>
          <w:color w:val="555555"/>
          <w:sz w:val="24"/>
        </w:rPr>
        <w:t>Risk-assessment baseline packet</w:t>
      </w:r>
    </w:p>
    <w:p>
      <w:pPr>
        <w:spacing w:after="120" w:before="0"/>
      </w:pPr>
      <w:r>
        <w:rPr>
          <w:b/>
          <w:sz w:val="18"/>
        </w:rPr>
        <w:t xml:space="preserve">Unit: </w:t>
      </w:r>
      <w:r>
        <w:rPr>
          <w:sz w:val="18"/>
        </w:rPr>
        <w:t>County area 38043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2026-12-27</w:t>
      </w:r>
    </w:p>
    <w:p>
      <w:pPr>
        <w:keepNext/>
        <w:spacing w:after="40" w:before="0"/>
      </w:pPr>
      <w:r>
        <w:rPr>
          <w:b/>
        </w:rPr>
        <w:t xml:space="preserve">Plan: </w:t>
      </w:r>
      <w:r>
        <w:rPr/>
        <w:t>Kidder County, ND Hazard Mitigation Plan 2021 (FEMA plan 107988)</w:t>
      </w:r>
    </w:p>
    <w:p>
      <w:pPr>
        <w:keepNext/>
        <w:spacing w:after="40" w:before="0"/>
      </w:pPr>
      <w:r>
        <w:rPr>
          <w:b/>
        </w:rPr>
        <w:t xml:space="preserve">Approved: </w:t>
      </w:r>
      <w:r>
        <w:rPr/>
        <w:t>2021-12-28</w:t>
      </w:r>
    </w:p>
    <w:p>
      <w:pPr>
        <w:keepNext/>
        <w:spacing w:after="40" w:before="0"/>
      </w:pPr>
      <w:r>
        <w:rPr>
          <w:b/>
        </w:rPr>
        <w:t xml:space="preserve">Expires: </w:t>
      </w:r>
      <w:r>
        <w:rPr/>
        <w:t>2026-12-27</w:t>
      </w:r>
    </w:p>
    <w:p>
      <w:pPr>
        <w:keepNext/>
        <w:spacing w:after="40" w:before="0"/>
      </w:pPr>
      <w:r>
        <w:rPr>
          <w:b/>
        </w:rPr>
        <w:t xml:space="preserve">As of: </w:t>
      </w:r>
      <w:r>
        <w:rPr/>
        <w:t>2026-09-28</w:t>
      </w:r>
    </w:p>
    <w:p>
      <w:pPr>
        <w:keepNext/>
        <w:spacing w:after="40" w:before="0"/>
      </w:pPr>
      <w:r>
        <w:rPr>
          <w:b/>
        </w:rPr>
        <w:t xml:space="preserve">Days: </w:t>
      </w:r>
      <w:r>
        <w:rPr/>
        <w:t>90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2021-12-28)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DR-4660-ND, DR-4686-ND, DR-4888-ND, DR-4895-ND (4 declaration rows; 4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76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38"/>
        <w:gridCol w:w="853"/>
        <w:gridCol w:w="3319"/>
        <w:gridCol w:w="2572"/>
        <w:gridCol w:w="1302"/>
        <w:gridCol w:w="1302"/>
        <w:gridCol w:w="1122"/>
        <w:gridCol w:w="1190"/>
        <w:gridCol w:w="814"/>
      </w:tblGrid>
      <w:tr>
        <w:trPr>
          <w:cantSplit/>
          <w:tblHeader/>
        </w:trPr>
        <w:tc>
          <w:tcPr>
            <w:tcW w:type="dxa" w:w="1638"/>
            <w:shd w:val="clear" w:color="auto" w:fill="E8E8E8"/>
          </w:tcPr>
          <w:p>
            <w:pPr>
              <w:spacing w:after="0"/>
              <w:jc w:val="left"/>
            </w:pPr>
            <w:r>
              <w:rPr>
                <w:b/>
                <w:sz w:val="16"/>
              </w:rPr>
              <w:t>Jurisdiction</w:t>
            </w:r>
          </w:p>
        </w:tc>
        <w:tc>
          <w:tcPr>
            <w:tcW w:type="dxa" w:w="853"/>
            <w:shd w:val="clear" w:color="auto" w:fill="E8E8E8"/>
          </w:tcPr>
          <w:p>
            <w:pPr>
              <w:spacing w:after="0"/>
              <w:jc w:val="left"/>
            </w:pPr>
            <w:r>
              <w:rPr>
                <w:b/>
                <w:sz w:val="16"/>
              </w:rPr>
              <w:t>Type</w:t>
            </w:r>
          </w:p>
        </w:tc>
        <w:tc>
          <w:tcPr>
            <w:tcW w:type="dxa" w:w="3319"/>
            <w:shd w:val="clear" w:color="auto" w:fill="E8E8E8"/>
          </w:tcPr>
          <w:p>
            <w:pPr>
              <w:spacing w:after="0"/>
              <w:jc w:val="left"/>
            </w:pPr>
            <w:r>
              <w:rPr>
                <w:b/>
                <w:sz w:val="16"/>
              </w:rPr>
              <w:t>Status</w:t>
            </w:r>
          </w:p>
        </w:tc>
        <w:tc>
          <w:tcPr>
            <w:tcW w:type="dxa" w:w="2572"/>
            <w:shd w:val="clear" w:color="auto" w:fill="E8E8E8"/>
          </w:tcPr>
          <w:p>
            <w:pPr>
              <w:spacing w:after="0"/>
              <w:jc w:val="left"/>
            </w:pPr>
            <w:r>
              <w:rPr>
                <w:b/>
                <w:sz w:val="16"/>
              </w:rPr>
              <w:t>Plan</w:t>
            </w:r>
          </w:p>
        </w:tc>
        <w:tc>
          <w:tcPr>
            <w:tcW w:type="dxa" w:w="1302"/>
            <w:shd w:val="clear" w:color="auto" w:fill="E8E8E8"/>
          </w:tcPr>
          <w:p>
            <w:pPr>
              <w:spacing w:after="0"/>
              <w:jc w:val="left"/>
            </w:pPr>
            <w:r>
              <w:rPr>
                <w:b/>
                <w:sz w:val="16"/>
              </w:rPr>
              <w:t>Approved</w:t>
            </w:r>
          </w:p>
        </w:tc>
        <w:tc>
          <w:tcPr>
            <w:tcW w:type="dxa" w:w="1302"/>
            <w:shd w:val="clear" w:color="auto" w:fill="E8E8E8"/>
          </w:tcPr>
          <w:p>
            <w:pPr>
              <w:spacing w:after="0"/>
              <w:jc w:val="left"/>
            </w:pPr>
            <w:r>
              <w:rPr>
                <w:b/>
                <w:sz w:val="16"/>
              </w:rPr>
              <w:t>Expires</w:t>
            </w:r>
          </w:p>
        </w:tc>
        <w:tc>
          <w:tcPr>
            <w:tcW w:type="dxa" w:w="112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90"/>
            <w:shd w:val="clear" w:color="auto" w:fill="E8E8E8"/>
          </w:tcPr>
          <w:p>
            <w:pPr>
              <w:spacing w:after="0"/>
              <w:jc w:val="left"/>
            </w:pPr>
            <w:r>
              <w:rPr>
                <w:b/>
                <w:sz w:val="16"/>
              </w:rPr>
              <w:t>Update underway</w:t>
            </w:r>
          </w:p>
        </w:tc>
        <w:tc>
          <w:tcPr>
            <w:tcW w:type="dxa" w:w="814"/>
            <w:shd w:val="clear" w:color="auto" w:fill="E8E8E8"/>
          </w:tcPr>
          <w:p>
            <w:pPr>
              <w:spacing w:after="0"/>
              <w:jc w:val="left"/>
            </w:pPr>
            <w:r>
              <w:rPr>
                <w:b/>
                <w:sz w:val="16"/>
              </w:rPr>
              <w:t>Notes</w:t>
            </w:r>
          </w:p>
        </w:tc>
      </w:tr>
      <w:tr>
        <w:trPr>
          <w:cantSplit/>
        </w:trPr>
        <w:tc>
          <w:tcPr>
            <w:tcW w:type="dxa" w:w="1638"/>
          </w:tcPr>
          <w:p>
            <w:pPr>
              <w:spacing w:after="0"/>
              <w:jc w:val="left"/>
            </w:pPr>
            <w:r>
              <w:rPr>
                <w:sz w:val="16"/>
              </w:rPr>
              <w:t>Kidder County</w:t>
            </w:r>
          </w:p>
        </w:tc>
        <w:tc>
          <w:tcPr>
            <w:tcW w:type="dxa" w:w="853"/>
          </w:tcPr>
          <w:p>
            <w:pPr>
              <w:spacing w:after="0"/>
              <w:jc w:val="left"/>
            </w:pPr>
            <w:r>
              <w:rPr>
                <w:sz w:val="16"/>
              </w:rPr>
              <w:t>County</w:t>
            </w:r>
          </w:p>
        </w:tc>
        <w:tc>
          <w:tcPr>
            <w:tcW w:type="dxa" w:w="3319"/>
          </w:tcPr>
          <w:p>
            <w:pPr>
              <w:spacing w:after="0"/>
              <w:jc w:val="left"/>
            </w:pPr>
            <w:r>
              <w:rPr>
                <w:sz w:val="16"/>
              </w:rPr>
              <w:t>Approved, expires 2026-12-27</w:t>
            </w:r>
          </w:p>
        </w:tc>
        <w:tc>
          <w:tcPr>
            <w:tcW w:type="dxa" w:w="2572"/>
          </w:tcPr>
          <w:p>
            <w:pPr>
              <w:spacing w:after="0"/>
              <w:jc w:val="left"/>
            </w:pPr>
            <w:r>
              <w:rPr>
                <w:sz w:val="16"/>
              </w:rPr>
              <w:t>Kidder County, ND Hazard Mitigation Plan 2021 (FEMA plan 107988)</w:t>
            </w:r>
          </w:p>
        </w:tc>
        <w:tc>
          <w:tcPr>
            <w:tcW w:type="dxa" w:w="1302"/>
          </w:tcPr>
          <w:p>
            <w:pPr>
              <w:spacing w:after="0"/>
              <w:jc w:val="left"/>
            </w:pPr>
            <w:r>
              <w:rPr>
                <w:sz w:val="16"/>
              </w:rPr>
              <w:t>2021-12-28</w:t>
            </w:r>
          </w:p>
        </w:tc>
        <w:tc>
          <w:tcPr>
            <w:tcW w:type="dxa" w:w="1302"/>
          </w:tcPr>
          <w:p>
            <w:pPr>
              <w:spacing w:after="0"/>
              <w:jc w:val="left"/>
            </w:pPr>
            <w:r>
              <w:rPr>
                <w:sz w:val="16"/>
              </w:rPr>
              <w:t>2026-12-27</w:t>
            </w:r>
          </w:p>
        </w:tc>
        <w:tc>
          <w:tcPr>
            <w:tcW w:type="dxa" w:w="1122"/>
          </w:tcPr>
          <w:p>
            <w:pPr>
              <w:spacing w:after="0"/>
              <w:jc w:val="right"/>
            </w:pPr>
            <w:r>
              <w:rPr>
                <w:sz w:val="16"/>
              </w:rPr>
              <w:t>90</w:t>
            </w:r>
          </w:p>
        </w:tc>
        <w:tc>
          <w:tcPr>
            <w:tcW w:type="dxa" w:w="1190"/>
          </w:tcPr>
          <w:p>
            <w:pPr>
              <w:spacing w:after="0"/>
              <w:jc w:val="left"/>
            </w:pPr>
          </w:p>
        </w:tc>
        <w:tc>
          <w:tcPr>
            <w:tcW w:type="dxa" w:w="814"/>
          </w:tcPr>
          <w:p>
            <w:pPr>
              <w:spacing w:after="0"/>
              <w:jc w:val="left"/>
            </w:pPr>
          </w:p>
        </w:tc>
      </w:tr>
      <w:tr>
        <w:trPr>
          <w:cantSplit/>
        </w:trPr>
        <w:tc>
          <w:tcPr>
            <w:tcW w:type="dxa" w:w="1638"/>
          </w:tcPr>
          <w:p>
            <w:pPr>
              <w:spacing w:after="0"/>
              <w:jc w:val="left"/>
            </w:pPr>
            <w:r>
              <w:rPr>
                <w:sz w:val="16"/>
              </w:rPr>
              <w:t>Dawson city</w:t>
            </w:r>
          </w:p>
        </w:tc>
        <w:tc>
          <w:tcPr>
            <w:tcW w:type="dxa" w:w="853"/>
          </w:tcPr>
          <w:p>
            <w:pPr>
              <w:spacing w:after="0"/>
              <w:jc w:val="left"/>
            </w:pPr>
            <w:r>
              <w:rPr>
                <w:sz w:val="16"/>
              </w:rPr>
              <w:t>City</w:t>
            </w:r>
          </w:p>
        </w:tc>
        <w:tc>
          <w:tcPr>
            <w:tcW w:type="dxa" w:w="3319"/>
          </w:tcPr>
          <w:p>
            <w:pPr>
              <w:spacing w:after="0"/>
              <w:jc w:val="left"/>
            </w:pPr>
            <w:r>
              <w:rPr>
                <w:sz w:val="16"/>
              </w:rPr>
              <w:t>Approved, expires 2026-12-27</w:t>
            </w:r>
          </w:p>
        </w:tc>
        <w:tc>
          <w:tcPr>
            <w:tcW w:type="dxa" w:w="2572"/>
          </w:tcPr>
          <w:p>
            <w:pPr>
              <w:spacing w:after="0"/>
              <w:jc w:val="left"/>
            </w:pPr>
            <w:r>
              <w:rPr>
                <w:sz w:val="16"/>
              </w:rPr>
              <w:t>Kidder County, ND Hazard Mitigation Plan 2021 (FEMA plan 107988)</w:t>
            </w:r>
          </w:p>
        </w:tc>
        <w:tc>
          <w:tcPr>
            <w:tcW w:type="dxa" w:w="1302"/>
          </w:tcPr>
          <w:p>
            <w:pPr>
              <w:spacing w:after="0"/>
              <w:jc w:val="left"/>
            </w:pPr>
            <w:r>
              <w:rPr>
                <w:sz w:val="16"/>
              </w:rPr>
              <w:t>2021-12-28</w:t>
            </w:r>
          </w:p>
        </w:tc>
        <w:tc>
          <w:tcPr>
            <w:tcW w:type="dxa" w:w="1302"/>
          </w:tcPr>
          <w:p>
            <w:pPr>
              <w:spacing w:after="0"/>
              <w:jc w:val="left"/>
            </w:pPr>
            <w:r>
              <w:rPr>
                <w:sz w:val="16"/>
              </w:rPr>
              <w:t>2026-12-27</w:t>
            </w:r>
          </w:p>
        </w:tc>
        <w:tc>
          <w:tcPr>
            <w:tcW w:type="dxa" w:w="1122"/>
          </w:tcPr>
          <w:p>
            <w:pPr>
              <w:spacing w:after="0"/>
              <w:jc w:val="right"/>
            </w:pPr>
            <w:r>
              <w:rPr>
                <w:sz w:val="16"/>
              </w:rPr>
              <w:t>90</w:t>
            </w:r>
          </w:p>
        </w:tc>
        <w:tc>
          <w:tcPr>
            <w:tcW w:type="dxa" w:w="1190"/>
          </w:tcPr>
          <w:p>
            <w:pPr>
              <w:spacing w:after="0"/>
              <w:jc w:val="left"/>
            </w:pPr>
          </w:p>
        </w:tc>
        <w:tc>
          <w:tcPr>
            <w:tcW w:type="dxa" w:w="814"/>
          </w:tcPr>
          <w:p>
            <w:pPr>
              <w:spacing w:after="0"/>
              <w:jc w:val="left"/>
            </w:pPr>
          </w:p>
        </w:tc>
      </w:tr>
      <w:tr>
        <w:trPr>
          <w:cantSplit/>
        </w:trPr>
        <w:tc>
          <w:tcPr>
            <w:tcW w:type="dxa" w:w="1638"/>
          </w:tcPr>
          <w:p>
            <w:pPr>
              <w:spacing w:after="0"/>
              <w:jc w:val="left"/>
            </w:pPr>
            <w:r>
              <w:rPr>
                <w:sz w:val="16"/>
              </w:rPr>
              <w:t>Pettibone city</w:t>
            </w:r>
          </w:p>
        </w:tc>
        <w:tc>
          <w:tcPr>
            <w:tcW w:type="dxa" w:w="853"/>
          </w:tcPr>
          <w:p>
            <w:pPr>
              <w:spacing w:after="0"/>
              <w:jc w:val="left"/>
            </w:pPr>
            <w:r>
              <w:rPr>
                <w:sz w:val="16"/>
              </w:rPr>
              <w:t>City</w:t>
            </w:r>
          </w:p>
        </w:tc>
        <w:tc>
          <w:tcPr>
            <w:tcW w:type="dxa" w:w="3319"/>
          </w:tcPr>
          <w:p>
            <w:pPr>
              <w:spacing w:after="0"/>
              <w:jc w:val="left"/>
            </w:pPr>
            <w:r>
              <w:rPr>
                <w:sz w:val="16"/>
              </w:rPr>
              <w:t>Approved, expires 2026-12-27</w:t>
            </w:r>
          </w:p>
        </w:tc>
        <w:tc>
          <w:tcPr>
            <w:tcW w:type="dxa" w:w="2572"/>
          </w:tcPr>
          <w:p>
            <w:pPr>
              <w:spacing w:after="0"/>
              <w:jc w:val="left"/>
            </w:pPr>
            <w:r>
              <w:rPr>
                <w:sz w:val="16"/>
              </w:rPr>
              <w:t>Kidder County, ND Hazard Mitigation Plan 2021 (FEMA plan 107988)</w:t>
            </w:r>
          </w:p>
        </w:tc>
        <w:tc>
          <w:tcPr>
            <w:tcW w:type="dxa" w:w="1302"/>
          </w:tcPr>
          <w:p>
            <w:pPr>
              <w:spacing w:after="0"/>
              <w:jc w:val="left"/>
            </w:pPr>
            <w:r>
              <w:rPr>
                <w:sz w:val="16"/>
              </w:rPr>
              <w:t>2021-12-28</w:t>
            </w:r>
          </w:p>
        </w:tc>
        <w:tc>
          <w:tcPr>
            <w:tcW w:type="dxa" w:w="1302"/>
          </w:tcPr>
          <w:p>
            <w:pPr>
              <w:spacing w:after="0"/>
              <w:jc w:val="left"/>
            </w:pPr>
            <w:r>
              <w:rPr>
                <w:sz w:val="16"/>
              </w:rPr>
              <w:t>2026-12-27</w:t>
            </w:r>
          </w:p>
        </w:tc>
        <w:tc>
          <w:tcPr>
            <w:tcW w:type="dxa" w:w="1122"/>
          </w:tcPr>
          <w:p>
            <w:pPr>
              <w:spacing w:after="0"/>
              <w:jc w:val="right"/>
            </w:pPr>
            <w:r>
              <w:rPr>
                <w:sz w:val="16"/>
              </w:rPr>
              <w:t>90</w:t>
            </w:r>
          </w:p>
        </w:tc>
        <w:tc>
          <w:tcPr>
            <w:tcW w:type="dxa" w:w="1190"/>
          </w:tcPr>
          <w:p>
            <w:pPr>
              <w:spacing w:after="0"/>
              <w:jc w:val="left"/>
            </w:pPr>
          </w:p>
        </w:tc>
        <w:tc>
          <w:tcPr>
            <w:tcW w:type="dxa" w:w="814"/>
          </w:tcPr>
          <w:p>
            <w:pPr>
              <w:spacing w:after="0"/>
              <w:jc w:val="left"/>
            </w:pPr>
          </w:p>
        </w:tc>
      </w:tr>
      <w:tr>
        <w:trPr>
          <w:cantSplit/>
        </w:trPr>
        <w:tc>
          <w:tcPr>
            <w:tcW w:type="dxa" w:w="1638"/>
          </w:tcPr>
          <w:p>
            <w:pPr>
              <w:spacing w:after="0"/>
              <w:jc w:val="left"/>
            </w:pPr>
            <w:r>
              <w:rPr>
                <w:sz w:val="16"/>
              </w:rPr>
              <w:t>Robinson city</w:t>
            </w:r>
          </w:p>
        </w:tc>
        <w:tc>
          <w:tcPr>
            <w:tcW w:type="dxa" w:w="853"/>
          </w:tcPr>
          <w:p>
            <w:pPr>
              <w:spacing w:after="0"/>
              <w:jc w:val="left"/>
            </w:pPr>
            <w:r>
              <w:rPr>
                <w:sz w:val="16"/>
              </w:rPr>
              <w:t>City</w:t>
            </w:r>
          </w:p>
        </w:tc>
        <w:tc>
          <w:tcPr>
            <w:tcW w:type="dxa" w:w="3319"/>
          </w:tcPr>
          <w:p>
            <w:pPr>
              <w:spacing w:after="0"/>
              <w:jc w:val="left"/>
            </w:pPr>
            <w:r>
              <w:rPr>
                <w:sz w:val="16"/>
              </w:rPr>
              <w:t>Approved, expires 2026-12-27</w:t>
            </w:r>
          </w:p>
        </w:tc>
        <w:tc>
          <w:tcPr>
            <w:tcW w:type="dxa" w:w="2572"/>
          </w:tcPr>
          <w:p>
            <w:pPr>
              <w:spacing w:after="0"/>
              <w:jc w:val="left"/>
            </w:pPr>
            <w:r>
              <w:rPr>
                <w:sz w:val="16"/>
              </w:rPr>
              <w:t>Kidder County, ND Hazard Mitigation Plan 2021 (FEMA plan 107988)</w:t>
            </w:r>
          </w:p>
        </w:tc>
        <w:tc>
          <w:tcPr>
            <w:tcW w:type="dxa" w:w="1302"/>
          </w:tcPr>
          <w:p>
            <w:pPr>
              <w:spacing w:after="0"/>
              <w:jc w:val="left"/>
            </w:pPr>
            <w:r>
              <w:rPr>
                <w:sz w:val="16"/>
              </w:rPr>
              <w:t>2021-12-28</w:t>
            </w:r>
          </w:p>
        </w:tc>
        <w:tc>
          <w:tcPr>
            <w:tcW w:type="dxa" w:w="1302"/>
          </w:tcPr>
          <w:p>
            <w:pPr>
              <w:spacing w:after="0"/>
              <w:jc w:val="left"/>
            </w:pPr>
            <w:r>
              <w:rPr>
                <w:sz w:val="16"/>
              </w:rPr>
              <w:t>2026-12-27</w:t>
            </w:r>
          </w:p>
        </w:tc>
        <w:tc>
          <w:tcPr>
            <w:tcW w:type="dxa" w:w="1122"/>
          </w:tcPr>
          <w:p>
            <w:pPr>
              <w:spacing w:after="0"/>
              <w:jc w:val="right"/>
            </w:pPr>
            <w:r>
              <w:rPr>
                <w:sz w:val="16"/>
              </w:rPr>
              <w:t>90</w:t>
            </w:r>
          </w:p>
        </w:tc>
        <w:tc>
          <w:tcPr>
            <w:tcW w:type="dxa" w:w="1190"/>
          </w:tcPr>
          <w:p>
            <w:pPr>
              <w:spacing w:after="0"/>
              <w:jc w:val="left"/>
            </w:pPr>
          </w:p>
        </w:tc>
        <w:tc>
          <w:tcPr>
            <w:tcW w:type="dxa" w:w="814"/>
          </w:tcPr>
          <w:p>
            <w:pPr>
              <w:spacing w:after="0"/>
              <w:jc w:val="left"/>
            </w:pPr>
          </w:p>
        </w:tc>
      </w:tr>
      <w:tr>
        <w:trPr>
          <w:cantSplit/>
        </w:trPr>
        <w:tc>
          <w:tcPr>
            <w:tcW w:type="dxa" w:w="1638"/>
          </w:tcPr>
          <w:p>
            <w:pPr>
              <w:spacing w:after="0"/>
              <w:jc w:val="left"/>
            </w:pPr>
            <w:r>
              <w:rPr>
                <w:sz w:val="16"/>
              </w:rPr>
              <w:t>Steele city</w:t>
            </w:r>
          </w:p>
        </w:tc>
        <w:tc>
          <w:tcPr>
            <w:tcW w:type="dxa" w:w="853"/>
          </w:tcPr>
          <w:p>
            <w:pPr>
              <w:spacing w:after="0"/>
              <w:jc w:val="left"/>
            </w:pPr>
            <w:r>
              <w:rPr>
                <w:sz w:val="16"/>
              </w:rPr>
              <w:t>City</w:t>
            </w:r>
          </w:p>
        </w:tc>
        <w:tc>
          <w:tcPr>
            <w:tcW w:type="dxa" w:w="3319"/>
          </w:tcPr>
          <w:p>
            <w:pPr>
              <w:spacing w:after="0"/>
              <w:jc w:val="left"/>
            </w:pPr>
            <w:r>
              <w:rPr>
                <w:sz w:val="16"/>
              </w:rPr>
              <w:t>Approved, expires 2026-12-27</w:t>
            </w:r>
          </w:p>
        </w:tc>
        <w:tc>
          <w:tcPr>
            <w:tcW w:type="dxa" w:w="2572"/>
          </w:tcPr>
          <w:p>
            <w:pPr>
              <w:spacing w:after="0"/>
              <w:jc w:val="left"/>
            </w:pPr>
            <w:r>
              <w:rPr>
                <w:sz w:val="16"/>
              </w:rPr>
              <w:t>Kidder County, ND Hazard Mitigation Plan 2021 (FEMA plan 107988)</w:t>
            </w:r>
          </w:p>
        </w:tc>
        <w:tc>
          <w:tcPr>
            <w:tcW w:type="dxa" w:w="1302"/>
          </w:tcPr>
          <w:p>
            <w:pPr>
              <w:spacing w:after="0"/>
              <w:jc w:val="left"/>
            </w:pPr>
            <w:r>
              <w:rPr>
                <w:sz w:val="16"/>
              </w:rPr>
              <w:t>2021-12-28</w:t>
            </w:r>
          </w:p>
        </w:tc>
        <w:tc>
          <w:tcPr>
            <w:tcW w:type="dxa" w:w="1302"/>
          </w:tcPr>
          <w:p>
            <w:pPr>
              <w:spacing w:after="0"/>
              <w:jc w:val="left"/>
            </w:pPr>
            <w:r>
              <w:rPr>
                <w:sz w:val="16"/>
              </w:rPr>
              <w:t>2026-12-27</w:t>
            </w:r>
          </w:p>
        </w:tc>
        <w:tc>
          <w:tcPr>
            <w:tcW w:type="dxa" w:w="1122"/>
          </w:tcPr>
          <w:p>
            <w:pPr>
              <w:spacing w:after="0"/>
              <w:jc w:val="right"/>
            </w:pPr>
            <w:r>
              <w:rPr>
                <w:sz w:val="16"/>
              </w:rPr>
              <w:t>90</w:t>
            </w:r>
          </w:p>
        </w:tc>
        <w:tc>
          <w:tcPr>
            <w:tcW w:type="dxa" w:w="1190"/>
          </w:tcPr>
          <w:p>
            <w:pPr>
              <w:spacing w:after="0"/>
              <w:jc w:val="left"/>
            </w:pPr>
          </w:p>
        </w:tc>
        <w:tc>
          <w:tcPr>
            <w:tcW w:type="dxa" w:w="814"/>
          </w:tcPr>
          <w:p>
            <w:pPr>
              <w:spacing w:after="0"/>
              <w:jc w:val="left"/>
            </w:pPr>
          </w:p>
        </w:tc>
      </w:tr>
      <w:tr>
        <w:trPr>
          <w:cantSplit/>
        </w:trPr>
        <w:tc>
          <w:tcPr>
            <w:tcW w:type="dxa" w:w="1638"/>
          </w:tcPr>
          <w:p>
            <w:pPr>
              <w:spacing w:after="0"/>
              <w:jc w:val="left"/>
            </w:pPr>
            <w:r>
              <w:rPr>
                <w:sz w:val="16"/>
              </w:rPr>
              <w:t>Tappen city</w:t>
            </w:r>
          </w:p>
        </w:tc>
        <w:tc>
          <w:tcPr>
            <w:tcW w:type="dxa" w:w="853"/>
          </w:tcPr>
          <w:p>
            <w:pPr>
              <w:spacing w:after="0"/>
              <w:jc w:val="left"/>
            </w:pPr>
            <w:r>
              <w:rPr>
                <w:sz w:val="16"/>
              </w:rPr>
              <w:t>City</w:t>
            </w:r>
          </w:p>
        </w:tc>
        <w:tc>
          <w:tcPr>
            <w:tcW w:type="dxa" w:w="3319"/>
          </w:tcPr>
          <w:p>
            <w:pPr>
              <w:spacing w:after="0"/>
              <w:jc w:val="left"/>
            </w:pPr>
            <w:r>
              <w:rPr>
                <w:sz w:val="16"/>
              </w:rPr>
              <w:t>Approved, expires 2026-12-27</w:t>
            </w:r>
          </w:p>
        </w:tc>
        <w:tc>
          <w:tcPr>
            <w:tcW w:type="dxa" w:w="2572"/>
          </w:tcPr>
          <w:p>
            <w:pPr>
              <w:spacing w:after="0"/>
              <w:jc w:val="left"/>
            </w:pPr>
            <w:r>
              <w:rPr>
                <w:sz w:val="16"/>
              </w:rPr>
              <w:t>Kidder County, ND Hazard Mitigation Plan 2021 (FEMA plan 107988)</w:t>
            </w:r>
          </w:p>
        </w:tc>
        <w:tc>
          <w:tcPr>
            <w:tcW w:type="dxa" w:w="1302"/>
          </w:tcPr>
          <w:p>
            <w:pPr>
              <w:spacing w:after="0"/>
              <w:jc w:val="left"/>
            </w:pPr>
            <w:r>
              <w:rPr>
                <w:sz w:val="16"/>
              </w:rPr>
              <w:t>2021-12-28</w:t>
            </w:r>
          </w:p>
        </w:tc>
        <w:tc>
          <w:tcPr>
            <w:tcW w:type="dxa" w:w="1302"/>
          </w:tcPr>
          <w:p>
            <w:pPr>
              <w:spacing w:after="0"/>
              <w:jc w:val="left"/>
            </w:pPr>
            <w:r>
              <w:rPr>
                <w:sz w:val="16"/>
              </w:rPr>
              <w:t>2026-12-27</w:t>
            </w:r>
          </w:p>
        </w:tc>
        <w:tc>
          <w:tcPr>
            <w:tcW w:type="dxa" w:w="1122"/>
          </w:tcPr>
          <w:p>
            <w:pPr>
              <w:spacing w:after="0"/>
              <w:jc w:val="right"/>
            </w:pPr>
            <w:r>
              <w:rPr>
                <w:sz w:val="16"/>
              </w:rPr>
              <w:t>90</w:t>
            </w:r>
          </w:p>
        </w:tc>
        <w:tc>
          <w:tcPr>
            <w:tcW w:type="dxa" w:w="1190"/>
          </w:tcPr>
          <w:p>
            <w:pPr>
              <w:spacing w:after="0"/>
              <w:jc w:val="left"/>
            </w:pPr>
          </w:p>
        </w:tc>
        <w:tc>
          <w:tcPr>
            <w:tcW w:type="dxa" w:w="814"/>
          </w:tcPr>
          <w:p>
            <w:pPr>
              <w:spacing w:after="0"/>
              <w:jc w:val="left"/>
            </w:pPr>
          </w:p>
        </w:tc>
      </w:tr>
      <w:tr>
        <w:trPr>
          <w:cantSplit/>
        </w:trPr>
        <w:tc>
          <w:tcPr>
            <w:tcW w:type="dxa" w:w="1638"/>
          </w:tcPr>
          <w:p>
            <w:pPr>
              <w:spacing w:after="0"/>
              <w:jc w:val="left"/>
            </w:pPr>
            <w:r>
              <w:rPr>
                <w:sz w:val="16"/>
              </w:rPr>
              <w:t>Tuttle city</w:t>
            </w:r>
          </w:p>
        </w:tc>
        <w:tc>
          <w:tcPr>
            <w:tcW w:type="dxa" w:w="853"/>
          </w:tcPr>
          <w:p>
            <w:pPr>
              <w:spacing w:after="0"/>
              <w:jc w:val="left"/>
            </w:pPr>
            <w:r>
              <w:rPr>
                <w:sz w:val="16"/>
              </w:rPr>
              <w:t>City</w:t>
            </w:r>
          </w:p>
        </w:tc>
        <w:tc>
          <w:tcPr>
            <w:tcW w:type="dxa" w:w="3319"/>
          </w:tcPr>
          <w:p>
            <w:pPr>
              <w:spacing w:after="0"/>
              <w:jc w:val="left"/>
            </w:pPr>
            <w:r>
              <w:rPr>
                <w:sz w:val="16"/>
              </w:rPr>
              <w:t>Approved, expires 2026-12-27</w:t>
            </w:r>
          </w:p>
        </w:tc>
        <w:tc>
          <w:tcPr>
            <w:tcW w:type="dxa" w:w="2572"/>
          </w:tcPr>
          <w:p>
            <w:pPr>
              <w:spacing w:after="0"/>
              <w:jc w:val="left"/>
            </w:pPr>
            <w:r>
              <w:rPr>
                <w:sz w:val="16"/>
              </w:rPr>
              <w:t>Kidder County, ND Hazard Mitigation Plan 2021 (FEMA plan 107988)</w:t>
            </w:r>
          </w:p>
        </w:tc>
        <w:tc>
          <w:tcPr>
            <w:tcW w:type="dxa" w:w="1302"/>
          </w:tcPr>
          <w:p>
            <w:pPr>
              <w:spacing w:after="0"/>
              <w:jc w:val="left"/>
            </w:pPr>
            <w:r>
              <w:rPr>
                <w:sz w:val="16"/>
              </w:rPr>
              <w:t>2021-12-28</w:t>
            </w:r>
          </w:p>
        </w:tc>
        <w:tc>
          <w:tcPr>
            <w:tcW w:type="dxa" w:w="1302"/>
          </w:tcPr>
          <w:p>
            <w:pPr>
              <w:spacing w:after="0"/>
              <w:jc w:val="left"/>
            </w:pPr>
            <w:r>
              <w:rPr>
                <w:sz w:val="16"/>
              </w:rPr>
              <w:t>2026-12-27</w:t>
            </w:r>
          </w:p>
        </w:tc>
        <w:tc>
          <w:tcPr>
            <w:tcW w:type="dxa" w:w="1122"/>
          </w:tcPr>
          <w:p>
            <w:pPr>
              <w:spacing w:after="0"/>
              <w:jc w:val="right"/>
            </w:pPr>
            <w:r>
              <w:rPr>
                <w:sz w:val="16"/>
              </w:rPr>
              <w:t>90</w:t>
            </w:r>
          </w:p>
        </w:tc>
        <w:tc>
          <w:tcPr>
            <w:tcW w:type="dxa" w:w="1190"/>
          </w:tcPr>
          <w:p>
            <w:pPr>
              <w:spacing w:after="0"/>
              <w:jc w:val="left"/>
            </w:pPr>
          </w:p>
        </w:tc>
        <w:tc>
          <w:tcPr>
            <w:tcW w:type="dxa" w:w="814"/>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5"/>
        <w:gridCol w:w="1037"/>
        <w:gridCol w:w="1234"/>
        <w:gridCol w:w="1234"/>
        <w:gridCol w:w="948"/>
        <w:gridCol w:w="1126"/>
        <w:gridCol w:w="1353"/>
        <w:gridCol w:w="1135"/>
        <w:gridCol w:w="1340"/>
        <w:gridCol w:w="1647"/>
        <w:gridCol w:w="2364"/>
      </w:tblGrid>
      <w:tr>
        <w:trPr>
          <w:cantSplit/>
          <w:tblHeader/>
        </w:trPr>
        <w:tc>
          <w:tcPr>
            <w:tcW w:type="dxa" w:w="69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34"/>
            <w:shd w:val="clear" w:color="auto" w:fill="E8E8E8"/>
          </w:tcPr>
          <w:p>
            <w:pPr>
              <w:spacing w:after="0"/>
              <w:jc w:val="left"/>
            </w:pPr>
            <w:r>
              <w:rPr>
                <w:b/>
                <w:sz w:val="16"/>
              </w:rPr>
              <w:t>NRI risk rating</w:t>
            </w:r>
          </w:p>
        </w:tc>
        <w:tc>
          <w:tcPr>
            <w:tcW w:type="dxa" w:w="1234"/>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5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3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40"/>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647"/>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364"/>
            <w:shd w:val="clear" w:color="auto" w:fill="E8E8E8"/>
          </w:tcPr>
          <w:p>
            <w:pPr>
              <w:spacing w:after="0"/>
              <w:jc w:val="left"/>
            </w:pPr>
            <w:r>
              <w:rPr>
                <w:b/>
                <w:sz w:val="16"/>
              </w:rPr>
              <w:t>Storm Events coverage note</w:t>
            </w:r>
          </w:p>
        </w:tc>
      </w:tr>
      <w:tr>
        <w:trPr>
          <w:cantSplit/>
        </w:trPr>
        <w:tc>
          <w:tcPr>
            <w:tcW w:type="dxa" w:w="695"/>
          </w:tcPr>
          <w:p>
            <w:pPr>
              <w:spacing w:after="0"/>
              <w:jc w:val="right"/>
            </w:pPr>
            <w:r>
              <w:rPr>
                <w:sz w:val="16"/>
              </w:rPr>
              <w:t>1</w:t>
            </w:r>
          </w:p>
        </w:tc>
        <w:tc>
          <w:tcPr>
            <w:tcW w:type="dxa" w:w="1037"/>
          </w:tcPr>
          <w:p>
            <w:pPr>
              <w:spacing w:after="0"/>
              <w:jc w:val="left"/>
            </w:pPr>
            <w:r>
              <w:rPr>
                <w:sz w:val="16"/>
              </w:rPr>
              <w:t>Cold Wave</w:t>
            </w:r>
          </w:p>
        </w:tc>
        <w:tc>
          <w:tcPr>
            <w:tcW w:type="dxa" w:w="1234"/>
          </w:tcPr>
          <w:p>
            <w:pPr>
              <w:spacing w:after="0"/>
              <w:jc w:val="left"/>
            </w:pPr>
            <w:r>
              <w:rPr>
                <w:sz w:val="16"/>
              </w:rPr>
              <w:t>Relatively Low</w:t>
            </w:r>
          </w:p>
        </w:tc>
        <w:tc>
          <w:tcPr>
            <w:tcW w:type="dxa" w:w="1234"/>
          </w:tcPr>
          <w:p>
            <w:pPr>
              <w:spacing w:after="0"/>
              <w:jc w:val="left"/>
            </w:pPr>
            <w:r>
              <w:rPr>
                <w:sz w:val="16"/>
              </w:rPr>
              <w:t>Relatively Moderate</w:t>
            </w:r>
          </w:p>
        </w:tc>
        <w:tc>
          <w:tcPr>
            <w:tcW w:type="dxa" w:w="948"/>
          </w:tcPr>
          <w:p>
            <w:pPr>
              <w:spacing w:after="0"/>
              <w:jc w:val="right"/>
            </w:pPr>
            <w:r>
              <w:rPr>
                <w:sz w:val="16"/>
              </w:rPr>
              <w:t>$295</w:t>
            </w:r>
          </w:p>
        </w:tc>
        <w:tc>
          <w:tcPr>
            <w:tcW w:type="dxa" w:w="1126"/>
          </w:tcPr>
          <w:p>
            <w:pPr>
              <w:spacing w:after="0"/>
              <w:jc w:val="right"/>
            </w:pPr>
            <w:r>
              <w:rPr>
                <w:sz w:val="16"/>
              </w:rPr>
              <w:t>$565,868</w:t>
            </w:r>
          </w:p>
        </w:tc>
        <w:tc>
          <w:tcPr>
            <w:tcW w:type="dxa" w:w="1353"/>
          </w:tcPr>
          <w:p>
            <w:pPr>
              <w:spacing w:after="0"/>
              <w:jc w:val="right"/>
            </w:pPr>
            <w:r>
              <w:rPr>
                <w:sz w:val="16"/>
              </w:rPr>
              <w:t>$828,443</w:t>
            </w:r>
          </w:p>
        </w:tc>
        <w:tc>
          <w:tcPr>
            <w:tcW w:type="dxa" w:w="1135"/>
          </w:tcPr>
          <w:p>
            <w:pPr>
              <w:spacing w:after="0"/>
              <w:jc w:val="right"/>
            </w:pPr>
            <w:r>
              <w:rPr>
                <w:sz w:val="16"/>
              </w:rPr>
              <w:t>$1,394,607</w:t>
            </w:r>
          </w:p>
        </w:tc>
        <w:tc>
          <w:tcPr>
            <w:tcW w:type="dxa" w:w="1340"/>
          </w:tcPr>
          <w:p>
            <w:pPr>
              <w:spacing w:after="0"/>
              <w:jc w:val="right"/>
            </w:pPr>
            <w:r>
              <w:rPr>
                <w:sz w:val="16"/>
              </w:rPr>
              <w:t>31</w:t>
            </w:r>
          </w:p>
        </w:tc>
        <w:tc>
          <w:tcPr>
            <w:tcW w:type="dxa" w:w="1647"/>
          </w:tcPr>
          <w:p>
            <w:pPr>
              <w:spacing w:after="0"/>
              <w:jc w:val="left"/>
            </w:pPr>
          </w:p>
        </w:tc>
        <w:tc>
          <w:tcPr>
            <w:tcW w:type="dxa" w:w="2364"/>
          </w:tcPr>
          <w:p>
            <w:pPr>
              <w:spacing w:after="0"/>
              <w:jc w:val="left"/>
            </w:pPr>
          </w:p>
        </w:tc>
      </w:tr>
      <w:tr>
        <w:trPr>
          <w:cantSplit/>
        </w:trPr>
        <w:tc>
          <w:tcPr>
            <w:tcW w:type="dxa" w:w="695"/>
          </w:tcPr>
          <w:p>
            <w:pPr>
              <w:spacing w:after="0"/>
              <w:jc w:val="right"/>
            </w:pPr>
            <w:r>
              <w:rPr>
                <w:sz w:val="16"/>
              </w:rPr>
              <w:t>2</w:t>
            </w:r>
          </w:p>
        </w:tc>
        <w:tc>
          <w:tcPr>
            <w:tcW w:type="dxa" w:w="1037"/>
          </w:tcPr>
          <w:p>
            <w:pPr>
              <w:spacing w:after="0"/>
              <w:jc w:val="left"/>
            </w:pPr>
            <w:r>
              <w:rPr>
                <w:sz w:val="16"/>
              </w:rPr>
              <w:t>Inland Flooding</w:t>
            </w:r>
          </w:p>
        </w:tc>
        <w:tc>
          <w:tcPr>
            <w:tcW w:type="dxa" w:w="1234"/>
          </w:tcPr>
          <w:p>
            <w:pPr>
              <w:spacing w:after="0"/>
              <w:jc w:val="left"/>
            </w:pPr>
            <w:r>
              <w:rPr>
                <w:sz w:val="16"/>
              </w:rPr>
              <w:t>Very Low</w:t>
            </w:r>
          </w:p>
        </w:tc>
        <w:tc>
          <w:tcPr>
            <w:tcW w:type="dxa" w:w="1234"/>
          </w:tcPr>
          <w:p>
            <w:pPr>
              <w:spacing w:after="0"/>
              <w:jc w:val="left"/>
            </w:pPr>
            <w:r>
              <w:rPr>
                <w:sz w:val="16"/>
              </w:rPr>
              <w:t>Very Low</w:t>
            </w:r>
          </w:p>
        </w:tc>
        <w:tc>
          <w:tcPr>
            <w:tcW w:type="dxa" w:w="948"/>
          </w:tcPr>
          <w:p>
            <w:pPr>
              <w:spacing w:after="0"/>
              <w:jc w:val="right"/>
            </w:pPr>
            <w:r>
              <w:rPr>
                <w:sz w:val="16"/>
              </w:rPr>
              <w:t>$682,944</w:t>
            </w:r>
          </w:p>
        </w:tc>
        <w:tc>
          <w:tcPr>
            <w:tcW w:type="dxa" w:w="1126"/>
          </w:tcPr>
          <w:p>
            <w:pPr>
              <w:spacing w:after="0"/>
              <w:jc w:val="right"/>
            </w:pPr>
            <w:r>
              <w:rPr>
                <w:sz w:val="16"/>
              </w:rPr>
              <w:t>$0</w:t>
            </w:r>
          </w:p>
        </w:tc>
        <w:tc>
          <w:tcPr>
            <w:tcW w:type="dxa" w:w="1353"/>
          </w:tcPr>
          <w:p>
            <w:pPr>
              <w:spacing w:after="0"/>
              <w:jc w:val="right"/>
            </w:pPr>
            <w:r>
              <w:rPr>
                <w:sz w:val="16"/>
              </w:rPr>
              <w:t>$0</w:t>
            </w:r>
          </w:p>
        </w:tc>
        <w:tc>
          <w:tcPr>
            <w:tcW w:type="dxa" w:w="1135"/>
          </w:tcPr>
          <w:p>
            <w:pPr>
              <w:spacing w:after="0"/>
              <w:jc w:val="right"/>
            </w:pPr>
            <w:r>
              <w:rPr>
                <w:sz w:val="16"/>
              </w:rPr>
              <w:t>$682,944</w:t>
            </w:r>
          </w:p>
        </w:tc>
        <w:tc>
          <w:tcPr>
            <w:tcW w:type="dxa" w:w="1340"/>
          </w:tcPr>
          <w:p>
            <w:pPr>
              <w:spacing w:after="0"/>
              <w:jc w:val="right"/>
            </w:pPr>
            <w:r>
              <w:rPr>
                <w:sz w:val="16"/>
              </w:rPr>
              <w:t>8</w:t>
            </w:r>
          </w:p>
        </w:tc>
        <w:tc>
          <w:tcPr>
            <w:tcW w:type="dxa" w:w="1647"/>
          </w:tcPr>
          <w:p>
            <w:pPr>
              <w:spacing w:after="0"/>
              <w:jc w:val="left"/>
            </w:pPr>
          </w:p>
        </w:tc>
        <w:tc>
          <w:tcPr>
            <w:tcW w:type="dxa" w:w="2364"/>
          </w:tcPr>
          <w:p>
            <w:pPr>
              <w:spacing w:after="0"/>
              <w:jc w:val="left"/>
            </w:pPr>
          </w:p>
        </w:tc>
      </w:tr>
      <w:tr>
        <w:trPr>
          <w:cantSplit/>
        </w:trPr>
        <w:tc>
          <w:tcPr>
            <w:tcW w:type="dxa" w:w="695"/>
          </w:tcPr>
          <w:p>
            <w:pPr>
              <w:spacing w:after="0"/>
              <w:jc w:val="right"/>
            </w:pPr>
            <w:r>
              <w:rPr>
                <w:sz w:val="16"/>
              </w:rPr>
              <w:t>3</w:t>
            </w:r>
          </w:p>
        </w:tc>
        <w:tc>
          <w:tcPr>
            <w:tcW w:type="dxa" w:w="1037"/>
          </w:tcPr>
          <w:p>
            <w:pPr>
              <w:spacing w:after="0"/>
              <w:jc w:val="left"/>
            </w:pPr>
            <w:r>
              <w:rPr>
                <w:sz w:val="16"/>
              </w:rPr>
              <w:t>Hail</w:t>
            </w:r>
          </w:p>
        </w:tc>
        <w:tc>
          <w:tcPr>
            <w:tcW w:type="dxa" w:w="1234"/>
          </w:tcPr>
          <w:p>
            <w:pPr>
              <w:spacing w:after="0"/>
              <w:jc w:val="left"/>
            </w:pPr>
            <w:r>
              <w:rPr>
                <w:sz w:val="16"/>
              </w:rPr>
              <w:t>Relatively Low</w:t>
            </w:r>
          </w:p>
        </w:tc>
        <w:tc>
          <w:tcPr>
            <w:tcW w:type="dxa" w:w="1234"/>
          </w:tcPr>
          <w:p>
            <w:pPr>
              <w:spacing w:after="0"/>
              <w:jc w:val="left"/>
            </w:pPr>
            <w:r>
              <w:rPr>
                <w:sz w:val="16"/>
              </w:rPr>
              <w:t>Relatively Low</w:t>
            </w:r>
          </w:p>
        </w:tc>
        <w:tc>
          <w:tcPr>
            <w:tcW w:type="dxa" w:w="948"/>
          </w:tcPr>
          <w:p>
            <w:pPr>
              <w:spacing w:after="0"/>
              <w:jc w:val="right"/>
            </w:pPr>
            <w:r>
              <w:rPr>
                <w:sz w:val="16"/>
              </w:rPr>
              <w:t>$362,703</w:t>
            </w:r>
          </w:p>
        </w:tc>
        <w:tc>
          <w:tcPr>
            <w:tcW w:type="dxa" w:w="1126"/>
          </w:tcPr>
          <w:p>
            <w:pPr>
              <w:spacing w:after="0"/>
              <w:jc w:val="right"/>
            </w:pPr>
            <w:r>
              <w:rPr>
                <w:sz w:val="16"/>
              </w:rPr>
              <w:t>$65,652</w:t>
            </w:r>
          </w:p>
        </w:tc>
        <w:tc>
          <w:tcPr>
            <w:tcW w:type="dxa" w:w="1353"/>
          </w:tcPr>
          <w:p>
            <w:pPr>
              <w:spacing w:after="0"/>
              <w:jc w:val="right"/>
            </w:pPr>
            <w:r>
              <w:rPr>
                <w:sz w:val="16"/>
              </w:rPr>
              <w:t>$10,325</w:t>
            </w:r>
          </w:p>
        </w:tc>
        <w:tc>
          <w:tcPr>
            <w:tcW w:type="dxa" w:w="1135"/>
          </w:tcPr>
          <w:p>
            <w:pPr>
              <w:spacing w:after="0"/>
              <w:jc w:val="right"/>
            </w:pPr>
            <w:r>
              <w:rPr>
                <w:sz w:val="16"/>
              </w:rPr>
              <w:t>$438,680</w:t>
            </w:r>
          </w:p>
        </w:tc>
        <w:tc>
          <w:tcPr>
            <w:tcW w:type="dxa" w:w="1340"/>
          </w:tcPr>
          <w:p>
            <w:pPr>
              <w:spacing w:after="0"/>
              <w:jc w:val="right"/>
            </w:pPr>
            <w:r>
              <w:rPr>
                <w:sz w:val="16"/>
              </w:rPr>
              <w:t>117</w:t>
            </w:r>
          </w:p>
        </w:tc>
        <w:tc>
          <w:tcPr>
            <w:tcW w:type="dxa" w:w="1647"/>
          </w:tcPr>
          <w:p>
            <w:pPr>
              <w:spacing w:after="0"/>
              <w:jc w:val="left"/>
            </w:pPr>
          </w:p>
        </w:tc>
        <w:tc>
          <w:tcPr>
            <w:tcW w:type="dxa" w:w="2364"/>
          </w:tcPr>
          <w:p>
            <w:pPr>
              <w:spacing w:after="0"/>
              <w:jc w:val="left"/>
            </w:pPr>
          </w:p>
        </w:tc>
      </w:tr>
      <w:tr>
        <w:trPr>
          <w:cantSplit/>
        </w:trPr>
        <w:tc>
          <w:tcPr>
            <w:tcW w:type="dxa" w:w="695"/>
          </w:tcPr>
          <w:p>
            <w:pPr>
              <w:spacing w:after="0"/>
              <w:jc w:val="right"/>
            </w:pPr>
            <w:r>
              <w:rPr>
                <w:sz w:val="16"/>
              </w:rPr>
              <w:t>4</w:t>
            </w:r>
          </w:p>
        </w:tc>
        <w:tc>
          <w:tcPr>
            <w:tcW w:type="dxa" w:w="1037"/>
          </w:tcPr>
          <w:p>
            <w:pPr>
              <w:spacing w:after="0"/>
              <w:jc w:val="left"/>
            </w:pPr>
            <w:r>
              <w:rPr>
                <w:sz w:val="16"/>
              </w:rPr>
              <w:t>Strong Wind</w:t>
            </w:r>
          </w:p>
        </w:tc>
        <w:tc>
          <w:tcPr>
            <w:tcW w:type="dxa" w:w="1234"/>
          </w:tcPr>
          <w:p>
            <w:pPr>
              <w:spacing w:after="0"/>
              <w:jc w:val="left"/>
            </w:pPr>
            <w:r>
              <w:rPr>
                <w:sz w:val="16"/>
              </w:rPr>
              <w:t>Relatively Low</w:t>
            </w:r>
          </w:p>
        </w:tc>
        <w:tc>
          <w:tcPr>
            <w:tcW w:type="dxa" w:w="1234"/>
          </w:tcPr>
          <w:p>
            <w:pPr>
              <w:spacing w:after="0"/>
              <w:jc w:val="left"/>
            </w:pPr>
            <w:r>
              <w:rPr>
                <w:sz w:val="16"/>
              </w:rPr>
              <w:t>Relatively Low</w:t>
            </w:r>
          </w:p>
        </w:tc>
        <w:tc>
          <w:tcPr>
            <w:tcW w:type="dxa" w:w="948"/>
          </w:tcPr>
          <w:p>
            <w:pPr>
              <w:spacing w:after="0"/>
              <w:jc w:val="right"/>
            </w:pPr>
            <w:r>
              <w:rPr>
                <w:sz w:val="16"/>
              </w:rPr>
              <w:t>$265,966</w:t>
            </w:r>
          </w:p>
        </w:tc>
        <w:tc>
          <w:tcPr>
            <w:tcW w:type="dxa" w:w="1126"/>
          </w:tcPr>
          <w:p>
            <w:pPr>
              <w:spacing w:after="0"/>
              <w:jc w:val="right"/>
            </w:pPr>
            <w:r>
              <w:rPr>
                <w:sz w:val="16"/>
              </w:rPr>
              <w:t>$40,562</w:t>
            </w:r>
          </w:p>
        </w:tc>
        <w:tc>
          <w:tcPr>
            <w:tcW w:type="dxa" w:w="1353"/>
          </w:tcPr>
          <w:p>
            <w:pPr>
              <w:spacing w:after="0"/>
              <w:jc w:val="right"/>
            </w:pPr>
            <w:r>
              <w:rPr>
                <w:sz w:val="16"/>
              </w:rPr>
              <w:t>$26,352</w:t>
            </w:r>
          </w:p>
        </w:tc>
        <w:tc>
          <w:tcPr>
            <w:tcW w:type="dxa" w:w="1135"/>
          </w:tcPr>
          <w:p>
            <w:pPr>
              <w:spacing w:after="0"/>
              <w:jc w:val="right"/>
            </w:pPr>
            <w:r>
              <w:rPr>
                <w:sz w:val="16"/>
              </w:rPr>
              <w:t>$332,881</w:t>
            </w:r>
          </w:p>
        </w:tc>
        <w:tc>
          <w:tcPr>
            <w:tcW w:type="dxa" w:w="1340"/>
          </w:tcPr>
          <w:p>
            <w:pPr>
              <w:spacing w:after="0"/>
              <w:jc w:val="right"/>
            </w:pPr>
            <w:r>
              <w:rPr>
                <w:sz w:val="16"/>
              </w:rPr>
              <w:t>133</w:t>
            </w:r>
          </w:p>
        </w:tc>
        <w:tc>
          <w:tcPr>
            <w:tcW w:type="dxa" w:w="1647"/>
          </w:tcPr>
          <w:p>
            <w:pPr>
              <w:spacing w:after="0"/>
              <w:jc w:val="left"/>
            </w:pPr>
          </w:p>
        </w:tc>
        <w:tc>
          <w:tcPr>
            <w:tcW w:type="dxa" w:w="2364"/>
          </w:tcPr>
          <w:p>
            <w:pPr>
              <w:spacing w:after="0"/>
              <w:jc w:val="left"/>
            </w:pPr>
            <w:r>
              <w:rPr>
                <w:sz w:val="16"/>
              </w:rPr>
              <w:t>Includes 53 High Wind records, event types the NRI definition of this hazard leaves out.</w:t>
            </w:r>
          </w:p>
        </w:tc>
      </w:tr>
      <w:tr>
        <w:trPr>
          <w:cantSplit/>
        </w:trPr>
        <w:tc>
          <w:tcPr>
            <w:tcW w:type="dxa" w:w="695"/>
          </w:tcPr>
          <w:p>
            <w:pPr>
              <w:spacing w:after="0"/>
              <w:jc w:val="right"/>
            </w:pPr>
            <w:r>
              <w:rPr>
                <w:sz w:val="16"/>
              </w:rPr>
              <w:t>5</w:t>
            </w:r>
          </w:p>
        </w:tc>
        <w:tc>
          <w:tcPr>
            <w:tcW w:type="dxa" w:w="1037"/>
          </w:tcPr>
          <w:p>
            <w:pPr>
              <w:spacing w:after="0"/>
              <w:jc w:val="left"/>
            </w:pPr>
            <w:r>
              <w:rPr>
                <w:sz w:val="16"/>
              </w:rPr>
              <w:t>Tornado</w:t>
            </w:r>
          </w:p>
        </w:tc>
        <w:tc>
          <w:tcPr>
            <w:tcW w:type="dxa" w:w="1234"/>
          </w:tcPr>
          <w:p>
            <w:pPr>
              <w:spacing w:after="0"/>
              <w:jc w:val="left"/>
            </w:pPr>
            <w:r>
              <w:rPr>
                <w:sz w:val="16"/>
              </w:rPr>
              <w:t>Very Low</w:t>
            </w:r>
          </w:p>
        </w:tc>
        <w:tc>
          <w:tcPr>
            <w:tcW w:type="dxa" w:w="1234"/>
          </w:tcPr>
          <w:p>
            <w:pPr>
              <w:spacing w:after="0"/>
              <w:jc w:val="left"/>
            </w:pPr>
            <w:r>
              <w:rPr>
                <w:sz w:val="16"/>
              </w:rPr>
              <w:t>Very Low</w:t>
            </w:r>
          </w:p>
        </w:tc>
        <w:tc>
          <w:tcPr>
            <w:tcW w:type="dxa" w:w="948"/>
          </w:tcPr>
          <w:p>
            <w:pPr>
              <w:spacing w:after="0"/>
              <w:jc w:val="right"/>
            </w:pPr>
            <w:r>
              <w:rPr>
                <w:sz w:val="16"/>
              </w:rPr>
              <w:t>$125,179</w:t>
            </w:r>
          </w:p>
        </w:tc>
        <w:tc>
          <w:tcPr>
            <w:tcW w:type="dxa" w:w="1126"/>
          </w:tcPr>
          <w:p>
            <w:pPr>
              <w:spacing w:after="0"/>
              <w:jc w:val="right"/>
            </w:pPr>
            <w:r>
              <w:rPr>
                <w:sz w:val="16"/>
              </w:rPr>
              <w:t>$4,124</w:t>
            </w:r>
          </w:p>
        </w:tc>
        <w:tc>
          <w:tcPr>
            <w:tcW w:type="dxa" w:w="1353"/>
          </w:tcPr>
          <w:p>
            <w:pPr>
              <w:spacing w:after="0"/>
              <w:jc w:val="right"/>
            </w:pPr>
            <w:r>
              <w:rPr>
                <w:sz w:val="16"/>
              </w:rPr>
              <w:t>$116,515</w:t>
            </w:r>
          </w:p>
        </w:tc>
        <w:tc>
          <w:tcPr>
            <w:tcW w:type="dxa" w:w="1135"/>
          </w:tcPr>
          <w:p>
            <w:pPr>
              <w:spacing w:after="0"/>
              <w:jc w:val="right"/>
            </w:pPr>
            <w:r>
              <w:rPr>
                <w:sz w:val="16"/>
              </w:rPr>
              <w:t>$245,819</w:t>
            </w:r>
          </w:p>
        </w:tc>
        <w:tc>
          <w:tcPr>
            <w:tcW w:type="dxa" w:w="1340"/>
          </w:tcPr>
          <w:p>
            <w:pPr>
              <w:spacing w:after="0"/>
              <w:jc w:val="right"/>
            </w:pPr>
            <w:r>
              <w:rPr>
                <w:sz w:val="16"/>
              </w:rPr>
              <w:t>11</w:t>
            </w:r>
          </w:p>
        </w:tc>
        <w:tc>
          <w:tcPr>
            <w:tcW w:type="dxa" w:w="1647"/>
          </w:tcPr>
          <w:p>
            <w:pPr>
              <w:spacing w:after="0"/>
              <w:jc w:val="left"/>
            </w:pPr>
          </w:p>
        </w:tc>
        <w:tc>
          <w:tcPr>
            <w:tcW w:type="dxa" w:w="2364"/>
          </w:tcPr>
          <w:p>
            <w:pPr>
              <w:spacing w:after="0"/>
              <w:jc w:val="left"/>
            </w:pPr>
          </w:p>
        </w:tc>
      </w:tr>
      <w:tr>
        <w:trPr>
          <w:cantSplit/>
        </w:trPr>
        <w:tc>
          <w:tcPr>
            <w:tcW w:type="dxa" w:w="695"/>
          </w:tcPr>
          <w:p>
            <w:pPr>
              <w:spacing w:after="0"/>
              <w:jc w:val="right"/>
            </w:pPr>
            <w:r>
              <w:rPr>
                <w:sz w:val="16"/>
              </w:rPr>
              <w:t>6</w:t>
            </w:r>
          </w:p>
        </w:tc>
        <w:tc>
          <w:tcPr>
            <w:tcW w:type="dxa" w:w="1037"/>
          </w:tcPr>
          <w:p>
            <w:pPr>
              <w:spacing w:after="0"/>
              <w:jc w:val="left"/>
            </w:pPr>
            <w:r>
              <w:rPr>
                <w:sz w:val="16"/>
              </w:rPr>
              <w:t>Winter Weather</w:t>
            </w:r>
          </w:p>
        </w:tc>
        <w:tc>
          <w:tcPr>
            <w:tcW w:type="dxa" w:w="1234"/>
          </w:tcPr>
          <w:p>
            <w:pPr>
              <w:spacing w:after="0"/>
              <w:jc w:val="left"/>
            </w:pPr>
            <w:r>
              <w:rPr>
                <w:sz w:val="16"/>
              </w:rPr>
              <w:t>Relatively Low</w:t>
            </w:r>
          </w:p>
        </w:tc>
        <w:tc>
          <w:tcPr>
            <w:tcW w:type="dxa" w:w="1234"/>
          </w:tcPr>
          <w:p>
            <w:pPr>
              <w:spacing w:after="0"/>
              <w:jc w:val="left"/>
            </w:pPr>
            <w:r>
              <w:rPr>
                <w:sz w:val="16"/>
              </w:rPr>
              <w:t>Relatively Moderate</w:t>
            </w:r>
          </w:p>
        </w:tc>
        <w:tc>
          <w:tcPr>
            <w:tcW w:type="dxa" w:w="948"/>
          </w:tcPr>
          <w:p>
            <w:pPr>
              <w:spacing w:after="0"/>
              <w:jc w:val="right"/>
            </w:pPr>
            <w:r>
              <w:rPr>
                <w:sz w:val="16"/>
              </w:rPr>
              <w:t>$62,974</w:t>
            </w:r>
          </w:p>
        </w:tc>
        <w:tc>
          <w:tcPr>
            <w:tcW w:type="dxa" w:w="1126"/>
          </w:tcPr>
          <w:p>
            <w:pPr>
              <w:spacing w:after="0"/>
              <w:jc w:val="right"/>
            </w:pPr>
            <w:r>
              <w:rPr>
                <w:sz w:val="16"/>
              </w:rPr>
              <w:t>$195</w:t>
            </w:r>
          </w:p>
        </w:tc>
        <w:tc>
          <w:tcPr>
            <w:tcW w:type="dxa" w:w="1353"/>
          </w:tcPr>
          <w:p>
            <w:pPr>
              <w:spacing w:after="0"/>
              <w:jc w:val="right"/>
            </w:pPr>
            <w:r>
              <w:rPr>
                <w:sz w:val="16"/>
              </w:rPr>
              <w:t>$60,533</w:t>
            </w:r>
          </w:p>
        </w:tc>
        <w:tc>
          <w:tcPr>
            <w:tcW w:type="dxa" w:w="1135"/>
          </w:tcPr>
          <w:p>
            <w:pPr>
              <w:spacing w:after="0"/>
              <w:jc w:val="right"/>
            </w:pPr>
            <w:r>
              <w:rPr>
                <w:sz w:val="16"/>
              </w:rPr>
              <w:t>$123,701</w:t>
            </w:r>
          </w:p>
        </w:tc>
        <w:tc>
          <w:tcPr>
            <w:tcW w:type="dxa" w:w="1340"/>
          </w:tcPr>
          <w:p>
            <w:pPr>
              <w:spacing w:after="0"/>
              <w:jc w:val="right"/>
            </w:pPr>
            <w:r>
              <w:rPr>
                <w:sz w:val="16"/>
              </w:rPr>
              <w:t>102</w:t>
            </w:r>
          </w:p>
        </w:tc>
        <w:tc>
          <w:tcPr>
            <w:tcW w:type="dxa" w:w="1647"/>
          </w:tcPr>
          <w:p>
            <w:pPr>
              <w:spacing w:after="0"/>
              <w:jc w:val="left"/>
            </w:pPr>
          </w:p>
        </w:tc>
        <w:tc>
          <w:tcPr>
            <w:tcW w:type="dxa" w:w="2364"/>
          </w:tcPr>
          <w:p>
            <w:pPr>
              <w:spacing w:after="0"/>
              <w:jc w:val="left"/>
            </w:pPr>
          </w:p>
        </w:tc>
      </w:tr>
      <w:tr>
        <w:trPr>
          <w:cantSplit/>
        </w:trPr>
        <w:tc>
          <w:tcPr>
            <w:tcW w:type="dxa" w:w="695"/>
          </w:tcPr>
          <w:p>
            <w:pPr>
              <w:spacing w:after="0"/>
              <w:jc w:val="right"/>
            </w:pPr>
            <w:r>
              <w:rPr>
                <w:sz w:val="16"/>
              </w:rPr>
              <w:t>7</w:t>
            </w:r>
          </w:p>
        </w:tc>
        <w:tc>
          <w:tcPr>
            <w:tcW w:type="dxa" w:w="1037"/>
          </w:tcPr>
          <w:p>
            <w:pPr>
              <w:spacing w:after="0"/>
              <w:jc w:val="left"/>
            </w:pPr>
            <w:r>
              <w:rPr>
                <w:sz w:val="16"/>
              </w:rPr>
              <w:t>Ice Storm</w:t>
            </w:r>
          </w:p>
        </w:tc>
        <w:tc>
          <w:tcPr>
            <w:tcW w:type="dxa" w:w="1234"/>
          </w:tcPr>
          <w:p>
            <w:pPr>
              <w:spacing w:after="0"/>
              <w:jc w:val="left"/>
            </w:pPr>
            <w:r>
              <w:rPr>
                <w:sz w:val="16"/>
              </w:rPr>
              <w:t>Relatively Low</w:t>
            </w:r>
          </w:p>
        </w:tc>
        <w:tc>
          <w:tcPr>
            <w:tcW w:type="dxa" w:w="1234"/>
          </w:tcPr>
          <w:p>
            <w:pPr>
              <w:spacing w:after="0"/>
              <w:jc w:val="left"/>
            </w:pPr>
            <w:r>
              <w:rPr>
                <w:sz w:val="16"/>
              </w:rPr>
              <w:t>Relatively Low</w:t>
            </w:r>
          </w:p>
        </w:tc>
        <w:tc>
          <w:tcPr>
            <w:tcW w:type="dxa" w:w="948"/>
          </w:tcPr>
          <w:p>
            <w:pPr>
              <w:spacing w:after="0"/>
              <w:jc w:val="right"/>
            </w:pPr>
            <w:r>
              <w:rPr>
                <w:sz w:val="16"/>
              </w:rPr>
              <w:t>$86,158</w:t>
            </w:r>
          </w:p>
        </w:tc>
        <w:tc>
          <w:tcPr>
            <w:tcW w:type="dxa" w:w="1126"/>
          </w:tcPr>
          <w:p>
            <w:pPr>
              <w:spacing w:after="0"/>
              <w:jc w:val="right"/>
            </w:pPr>
          </w:p>
        </w:tc>
        <w:tc>
          <w:tcPr>
            <w:tcW w:type="dxa" w:w="1353"/>
          </w:tcPr>
          <w:p>
            <w:pPr>
              <w:spacing w:after="0"/>
              <w:jc w:val="right"/>
            </w:pPr>
            <w:r>
              <w:rPr>
                <w:sz w:val="16"/>
              </w:rPr>
              <w:t>$19,991</w:t>
            </w:r>
          </w:p>
        </w:tc>
        <w:tc>
          <w:tcPr>
            <w:tcW w:type="dxa" w:w="1135"/>
          </w:tcPr>
          <w:p>
            <w:pPr>
              <w:spacing w:after="0"/>
              <w:jc w:val="right"/>
            </w:pPr>
            <w:r>
              <w:rPr>
                <w:sz w:val="16"/>
              </w:rPr>
              <w:t>$106,149</w:t>
            </w:r>
          </w:p>
        </w:tc>
        <w:tc>
          <w:tcPr>
            <w:tcW w:type="dxa" w:w="1340"/>
          </w:tcPr>
          <w:p>
            <w:pPr>
              <w:spacing w:after="0"/>
              <w:jc w:val="right"/>
            </w:pPr>
            <w:r>
              <w:rPr>
                <w:sz w:val="16"/>
              </w:rPr>
              <w:t>1</w:t>
            </w:r>
          </w:p>
        </w:tc>
        <w:tc>
          <w:tcPr>
            <w:tcW w:type="dxa" w:w="1647"/>
          </w:tcPr>
          <w:p>
            <w:pPr>
              <w:spacing w:after="0"/>
              <w:jc w:val="left"/>
            </w:pPr>
          </w:p>
        </w:tc>
        <w:tc>
          <w:tcPr>
            <w:tcW w:type="dxa" w:w="2364"/>
          </w:tcPr>
          <w:p>
            <w:pPr>
              <w:spacing w:after="0"/>
              <w:jc w:val="left"/>
            </w:pPr>
          </w:p>
        </w:tc>
      </w:tr>
      <w:tr>
        <w:trPr>
          <w:cantSplit/>
        </w:trPr>
        <w:tc>
          <w:tcPr>
            <w:tcW w:type="dxa" w:w="695"/>
          </w:tcPr>
          <w:p>
            <w:pPr>
              <w:spacing w:after="0"/>
              <w:jc w:val="right"/>
            </w:pPr>
            <w:r>
              <w:rPr>
                <w:sz w:val="16"/>
              </w:rPr>
              <w:t>8</w:t>
            </w:r>
          </w:p>
        </w:tc>
        <w:tc>
          <w:tcPr>
            <w:tcW w:type="dxa" w:w="1037"/>
          </w:tcPr>
          <w:p>
            <w:pPr>
              <w:spacing w:after="0"/>
              <w:jc w:val="left"/>
            </w:pPr>
            <w:r>
              <w:rPr>
                <w:sz w:val="16"/>
              </w:rPr>
              <w:t>Wildfire</w:t>
            </w:r>
          </w:p>
        </w:tc>
        <w:tc>
          <w:tcPr>
            <w:tcW w:type="dxa" w:w="1234"/>
          </w:tcPr>
          <w:p>
            <w:pPr>
              <w:spacing w:after="0"/>
              <w:jc w:val="left"/>
            </w:pPr>
            <w:r>
              <w:rPr>
                <w:sz w:val="16"/>
              </w:rPr>
              <w:t>Very Low</w:t>
            </w:r>
          </w:p>
        </w:tc>
        <w:tc>
          <w:tcPr>
            <w:tcW w:type="dxa" w:w="1234"/>
          </w:tcPr>
          <w:p>
            <w:pPr>
              <w:spacing w:after="0"/>
              <w:jc w:val="left"/>
            </w:pPr>
            <w:r>
              <w:rPr>
                <w:sz w:val="16"/>
              </w:rPr>
              <w:t>Very Low</w:t>
            </w:r>
          </w:p>
        </w:tc>
        <w:tc>
          <w:tcPr>
            <w:tcW w:type="dxa" w:w="948"/>
          </w:tcPr>
          <w:p>
            <w:pPr>
              <w:spacing w:after="0"/>
              <w:jc w:val="right"/>
            </w:pPr>
            <w:r>
              <w:rPr>
                <w:sz w:val="16"/>
              </w:rPr>
              <w:t>$48,051</w:t>
            </w:r>
          </w:p>
        </w:tc>
        <w:tc>
          <w:tcPr>
            <w:tcW w:type="dxa" w:w="1126"/>
          </w:tcPr>
          <w:p>
            <w:pPr>
              <w:spacing w:after="0"/>
              <w:jc w:val="right"/>
            </w:pPr>
            <w:r>
              <w:rPr>
                <w:sz w:val="16"/>
              </w:rPr>
              <w:t>$73</w:t>
            </w:r>
          </w:p>
        </w:tc>
        <w:tc>
          <w:tcPr>
            <w:tcW w:type="dxa" w:w="1353"/>
          </w:tcPr>
          <w:p>
            <w:pPr>
              <w:spacing w:after="0"/>
              <w:jc w:val="right"/>
            </w:pPr>
            <w:r>
              <w:rPr>
                <w:sz w:val="16"/>
              </w:rPr>
              <w:t>$963</w:t>
            </w:r>
          </w:p>
        </w:tc>
        <w:tc>
          <w:tcPr>
            <w:tcW w:type="dxa" w:w="1135"/>
          </w:tcPr>
          <w:p>
            <w:pPr>
              <w:spacing w:after="0"/>
              <w:jc w:val="right"/>
            </w:pPr>
            <w:r>
              <w:rPr>
                <w:sz w:val="16"/>
              </w:rPr>
              <w:t>$49,087</w:t>
            </w:r>
          </w:p>
        </w:tc>
        <w:tc>
          <w:tcPr>
            <w:tcW w:type="dxa" w:w="1340"/>
          </w:tcPr>
          <w:p>
            <w:pPr>
              <w:spacing w:after="0"/>
              <w:jc w:val="right"/>
            </w:pPr>
            <w:r>
              <w:rPr>
                <w:sz w:val="16"/>
              </w:rPr>
              <w:t>0</w:t>
            </w:r>
          </w:p>
        </w:tc>
        <w:tc>
          <w:tcPr>
            <w:tcW w:type="dxa" w:w="1647"/>
          </w:tcPr>
          <w:p>
            <w:pPr>
              <w:spacing w:after="0"/>
              <w:jc w:val="left"/>
            </w:pPr>
          </w:p>
        </w:tc>
        <w:tc>
          <w:tcPr>
            <w:tcW w:type="dxa" w:w="2364"/>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95"/>
          </w:tcPr>
          <w:p>
            <w:pPr>
              <w:spacing w:after="0"/>
              <w:jc w:val="right"/>
            </w:pPr>
            <w:r>
              <w:rPr>
                <w:sz w:val="16"/>
              </w:rPr>
              <w:t>9</w:t>
            </w:r>
          </w:p>
        </w:tc>
        <w:tc>
          <w:tcPr>
            <w:tcW w:type="dxa" w:w="1037"/>
          </w:tcPr>
          <w:p>
            <w:pPr>
              <w:spacing w:after="0"/>
              <w:jc w:val="left"/>
            </w:pPr>
            <w:r>
              <w:rPr>
                <w:sz w:val="16"/>
              </w:rPr>
              <w:t>Drought</w:t>
            </w:r>
          </w:p>
        </w:tc>
        <w:tc>
          <w:tcPr>
            <w:tcW w:type="dxa" w:w="1234"/>
          </w:tcPr>
          <w:p>
            <w:pPr>
              <w:spacing w:after="0"/>
              <w:jc w:val="left"/>
            </w:pPr>
            <w:r>
              <w:rPr>
                <w:sz w:val="16"/>
              </w:rPr>
              <w:t>Very Low</w:t>
            </w:r>
          </w:p>
        </w:tc>
        <w:tc>
          <w:tcPr>
            <w:tcW w:type="dxa" w:w="1234"/>
          </w:tcPr>
          <w:p>
            <w:pPr>
              <w:spacing w:after="0"/>
              <w:jc w:val="left"/>
            </w:pPr>
            <w:r>
              <w:rPr>
                <w:sz w:val="16"/>
              </w:rPr>
              <w:t>Very Low</w:t>
            </w:r>
          </w:p>
        </w:tc>
        <w:tc>
          <w:tcPr>
            <w:tcW w:type="dxa" w:w="948"/>
          </w:tcPr>
          <w:p>
            <w:pPr>
              <w:spacing w:after="0"/>
              <w:jc w:val="right"/>
            </w:pPr>
          </w:p>
        </w:tc>
        <w:tc>
          <w:tcPr>
            <w:tcW w:type="dxa" w:w="1126"/>
          </w:tcPr>
          <w:p>
            <w:pPr>
              <w:spacing w:after="0"/>
              <w:jc w:val="right"/>
            </w:pPr>
            <w:r>
              <w:rPr>
                <w:sz w:val="16"/>
              </w:rPr>
              <w:t>$18,120</w:t>
            </w:r>
          </w:p>
        </w:tc>
        <w:tc>
          <w:tcPr>
            <w:tcW w:type="dxa" w:w="1353"/>
          </w:tcPr>
          <w:p>
            <w:pPr>
              <w:spacing w:after="0"/>
              <w:jc w:val="right"/>
            </w:pPr>
          </w:p>
        </w:tc>
        <w:tc>
          <w:tcPr>
            <w:tcW w:type="dxa" w:w="1135"/>
          </w:tcPr>
          <w:p>
            <w:pPr>
              <w:spacing w:after="0"/>
              <w:jc w:val="right"/>
            </w:pPr>
            <w:r>
              <w:rPr>
                <w:sz w:val="16"/>
              </w:rPr>
              <w:t>$18,120</w:t>
            </w:r>
          </w:p>
        </w:tc>
        <w:tc>
          <w:tcPr>
            <w:tcW w:type="dxa" w:w="1340"/>
          </w:tcPr>
          <w:p>
            <w:pPr>
              <w:spacing w:after="0"/>
              <w:jc w:val="right"/>
            </w:pPr>
            <w:r>
              <w:rPr>
                <w:sz w:val="16"/>
              </w:rPr>
              <w:t>9</w:t>
            </w:r>
          </w:p>
        </w:tc>
        <w:tc>
          <w:tcPr>
            <w:tcW w:type="dxa" w:w="1647"/>
          </w:tcPr>
          <w:p>
            <w:pPr>
              <w:spacing w:after="0"/>
              <w:jc w:val="left"/>
            </w:pPr>
          </w:p>
        </w:tc>
        <w:tc>
          <w:tcPr>
            <w:tcW w:type="dxa" w:w="2364"/>
          </w:tcPr>
          <w:p>
            <w:pPr>
              <w:spacing w:after="0"/>
              <w:jc w:val="left"/>
            </w:pPr>
          </w:p>
        </w:tc>
      </w:tr>
      <w:tr>
        <w:trPr>
          <w:cantSplit/>
        </w:trPr>
        <w:tc>
          <w:tcPr>
            <w:tcW w:type="dxa" w:w="695"/>
          </w:tcPr>
          <w:p>
            <w:pPr>
              <w:spacing w:after="0"/>
              <w:jc w:val="right"/>
            </w:pPr>
            <w:r>
              <w:rPr>
                <w:sz w:val="16"/>
              </w:rPr>
              <w:t>10</w:t>
            </w:r>
          </w:p>
        </w:tc>
        <w:tc>
          <w:tcPr>
            <w:tcW w:type="dxa" w:w="1037"/>
          </w:tcPr>
          <w:p>
            <w:pPr>
              <w:spacing w:after="0"/>
              <w:jc w:val="left"/>
            </w:pPr>
            <w:r>
              <w:rPr>
                <w:sz w:val="16"/>
              </w:rPr>
              <w:t>Heat Wave</w:t>
            </w:r>
          </w:p>
        </w:tc>
        <w:tc>
          <w:tcPr>
            <w:tcW w:type="dxa" w:w="1234"/>
          </w:tcPr>
          <w:p>
            <w:pPr>
              <w:spacing w:after="0"/>
              <w:jc w:val="left"/>
            </w:pPr>
            <w:r>
              <w:rPr>
                <w:sz w:val="16"/>
              </w:rPr>
              <w:t>Very Low</w:t>
            </w:r>
          </w:p>
        </w:tc>
        <w:tc>
          <w:tcPr>
            <w:tcW w:type="dxa" w:w="1234"/>
          </w:tcPr>
          <w:p>
            <w:pPr>
              <w:spacing w:after="0"/>
              <w:jc w:val="left"/>
            </w:pPr>
            <w:r>
              <w:rPr>
                <w:sz w:val="16"/>
              </w:rPr>
              <w:t>Very Low</w:t>
            </w:r>
          </w:p>
        </w:tc>
        <w:tc>
          <w:tcPr>
            <w:tcW w:type="dxa" w:w="948"/>
          </w:tcPr>
          <w:p>
            <w:pPr>
              <w:spacing w:after="0"/>
              <w:jc w:val="right"/>
            </w:pPr>
            <w:r>
              <w:rPr>
                <w:sz w:val="16"/>
              </w:rPr>
              <w:t>$917</w:t>
            </w:r>
          </w:p>
        </w:tc>
        <w:tc>
          <w:tcPr>
            <w:tcW w:type="dxa" w:w="1126"/>
          </w:tcPr>
          <w:p>
            <w:pPr>
              <w:spacing w:after="0"/>
              <w:jc w:val="right"/>
            </w:pPr>
            <w:r>
              <w:rPr>
                <w:sz w:val="16"/>
              </w:rPr>
              <w:t>$1</w:t>
            </w:r>
          </w:p>
        </w:tc>
        <w:tc>
          <w:tcPr>
            <w:tcW w:type="dxa" w:w="1353"/>
          </w:tcPr>
          <w:p>
            <w:pPr>
              <w:spacing w:after="0"/>
              <w:jc w:val="right"/>
            </w:pPr>
            <w:r>
              <w:rPr>
                <w:sz w:val="16"/>
              </w:rPr>
              <w:t>$10,422</w:t>
            </w:r>
          </w:p>
        </w:tc>
        <w:tc>
          <w:tcPr>
            <w:tcW w:type="dxa" w:w="1135"/>
          </w:tcPr>
          <w:p>
            <w:pPr>
              <w:spacing w:after="0"/>
              <w:jc w:val="right"/>
            </w:pPr>
            <w:r>
              <w:rPr>
                <w:sz w:val="16"/>
              </w:rPr>
              <w:t>$11,339</w:t>
            </w:r>
          </w:p>
        </w:tc>
        <w:tc>
          <w:tcPr>
            <w:tcW w:type="dxa" w:w="1340"/>
          </w:tcPr>
          <w:p>
            <w:pPr>
              <w:spacing w:after="0"/>
              <w:jc w:val="right"/>
            </w:pPr>
            <w:r>
              <w:rPr>
                <w:sz w:val="16"/>
              </w:rPr>
              <w:t>1</w:t>
            </w:r>
          </w:p>
        </w:tc>
        <w:tc>
          <w:tcPr>
            <w:tcW w:type="dxa" w:w="1647"/>
          </w:tcPr>
          <w:p>
            <w:pPr>
              <w:spacing w:after="0"/>
              <w:jc w:val="left"/>
            </w:pPr>
          </w:p>
        </w:tc>
        <w:tc>
          <w:tcPr>
            <w:tcW w:type="dxa" w:w="2364"/>
          </w:tcPr>
          <w:p>
            <w:pPr>
              <w:spacing w:after="0"/>
              <w:jc w:val="left"/>
            </w:pPr>
          </w:p>
        </w:tc>
      </w:tr>
      <w:tr>
        <w:trPr>
          <w:cantSplit/>
        </w:trPr>
        <w:tc>
          <w:tcPr>
            <w:tcW w:type="dxa" w:w="695"/>
          </w:tcPr>
          <w:p>
            <w:pPr>
              <w:spacing w:after="0"/>
              <w:jc w:val="right"/>
            </w:pPr>
            <w:r>
              <w:rPr>
                <w:sz w:val="16"/>
              </w:rPr>
              <w:t>11</w:t>
            </w:r>
          </w:p>
        </w:tc>
        <w:tc>
          <w:tcPr>
            <w:tcW w:type="dxa" w:w="1037"/>
          </w:tcPr>
          <w:p>
            <w:pPr>
              <w:spacing w:after="0"/>
              <w:jc w:val="left"/>
            </w:pPr>
            <w:r>
              <w:rPr>
                <w:sz w:val="16"/>
              </w:rPr>
              <w:t>Lightning</w:t>
            </w:r>
          </w:p>
        </w:tc>
        <w:tc>
          <w:tcPr>
            <w:tcW w:type="dxa" w:w="1234"/>
          </w:tcPr>
          <w:p>
            <w:pPr>
              <w:spacing w:after="0"/>
              <w:jc w:val="left"/>
            </w:pPr>
            <w:r>
              <w:rPr>
                <w:sz w:val="16"/>
              </w:rPr>
              <w:t>Very Low</w:t>
            </w:r>
          </w:p>
        </w:tc>
        <w:tc>
          <w:tcPr>
            <w:tcW w:type="dxa" w:w="1234"/>
          </w:tcPr>
          <w:p>
            <w:pPr>
              <w:spacing w:after="0"/>
              <w:jc w:val="left"/>
            </w:pPr>
            <w:r>
              <w:rPr>
                <w:sz w:val="16"/>
              </w:rPr>
              <w:t>Very Low</w:t>
            </w:r>
          </w:p>
        </w:tc>
        <w:tc>
          <w:tcPr>
            <w:tcW w:type="dxa" w:w="948"/>
          </w:tcPr>
          <w:p>
            <w:pPr>
              <w:spacing w:after="0"/>
              <w:jc w:val="right"/>
            </w:pPr>
            <w:r>
              <w:rPr>
                <w:sz w:val="16"/>
              </w:rPr>
              <w:t>$1,877</w:t>
            </w:r>
          </w:p>
        </w:tc>
        <w:tc>
          <w:tcPr>
            <w:tcW w:type="dxa" w:w="1126"/>
          </w:tcPr>
          <w:p>
            <w:pPr>
              <w:spacing w:after="0"/>
              <w:jc w:val="right"/>
            </w:pPr>
          </w:p>
        </w:tc>
        <w:tc>
          <w:tcPr>
            <w:tcW w:type="dxa" w:w="1353"/>
          </w:tcPr>
          <w:p>
            <w:pPr>
              <w:spacing w:after="0"/>
              <w:jc w:val="right"/>
            </w:pPr>
            <w:r>
              <w:rPr>
                <w:sz w:val="16"/>
              </w:rPr>
              <w:t>$5,462</w:t>
            </w:r>
          </w:p>
        </w:tc>
        <w:tc>
          <w:tcPr>
            <w:tcW w:type="dxa" w:w="1135"/>
          </w:tcPr>
          <w:p>
            <w:pPr>
              <w:spacing w:after="0"/>
              <w:jc w:val="right"/>
            </w:pPr>
            <w:r>
              <w:rPr>
                <w:sz w:val="16"/>
              </w:rPr>
              <w:t>$7,339</w:t>
            </w:r>
          </w:p>
        </w:tc>
        <w:tc>
          <w:tcPr>
            <w:tcW w:type="dxa" w:w="1340"/>
          </w:tcPr>
          <w:p>
            <w:pPr>
              <w:spacing w:after="0"/>
              <w:jc w:val="right"/>
            </w:pPr>
            <w:r>
              <w:rPr>
                <w:sz w:val="16"/>
              </w:rPr>
              <w:t>0</w:t>
            </w:r>
          </w:p>
        </w:tc>
        <w:tc>
          <w:tcPr>
            <w:tcW w:type="dxa" w:w="1647"/>
          </w:tcPr>
          <w:p>
            <w:pPr>
              <w:spacing w:after="0"/>
              <w:jc w:val="left"/>
            </w:pPr>
          </w:p>
        </w:tc>
        <w:tc>
          <w:tcPr>
            <w:tcW w:type="dxa" w:w="236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5"/>
          </w:tcPr>
          <w:p>
            <w:pPr>
              <w:spacing w:after="0"/>
              <w:jc w:val="right"/>
            </w:pPr>
            <w:r>
              <w:rPr>
                <w:sz w:val="16"/>
              </w:rPr>
              <w:t>12</w:t>
            </w:r>
          </w:p>
        </w:tc>
        <w:tc>
          <w:tcPr>
            <w:tcW w:type="dxa" w:w="1037"/>
          </w:tcPr>
          <w:p>
            <w:pPr>
              <w:spacing w:after="0"/>
              <w:jc w:val="left"/>
            </w:pPr>
            <w:r>
              <w:rPr>
                <w:sz w:val="16"/>
              </w:rPr>
              <w:t>Earthquake</w:t>
            </w:r>
          </w:p>
        </w:tc>
        <w:tc>
          <w:tcPr>
            <w:tcW w:type="dxa" w:w="1234"/>
          </w:tcPr>
          <w:p>
            <w:pPr>
              <w:spacing w:after="0"/>
              <w:jc w:val="left"/>
            </w:pPr>
            <w:r>
              <w:rPr>
                <w:sz w:val="16"/>
              </w:rPr>
              <w:t>Very Low</w:t>
            </w:r>
          </w:p>
        </w:tc>
        <w:tc>
          <w:tcPr>
            <w:tcW w:type="dxa" w:w="1234"/>
          </w:tcPr>
          <w:p>
            <w:pPr>
              <w:spacing w:after="0"/>
              <w:jc w:val="left"/>
            </w:pPr>
            <w:r>
              <w:rPr>
                <w:sz w:val="16"/>
              </w:rPr>
              <w:t>Very Low</w:t>
            </w:r>
          </w:p>
        </w:tc>
        <w:tc>
          <w:tcPr>
            <w:tcW w:type="dxa" w:w="948"/>
          </w:tcPr>
          <w:p>
            <w:pPr>
              <w:spacing w:after="0"/>
              <w:jc w:val="right"/>
            </w:pPr>
            <w:r>
              <w:rPr>
                <w:sz w:val="16"/>
              </w:rPr>
              <w:t>$973</w:t>
            </w:r>
          </w:p>
        </w:tc>
        <w:tc>
          <w:tcPr>
            <w:tcW w:type="dxa" w:w="1126"/>
          </w:tcPr>
          <w:p>
            <w:pPr>
              <w:spacing w:after="0"/>
              <w:jc w:val="right"/>
            </w:pPr>
          </w:p>
        </w:tc>
        <w:tc>
          <w:tcPr>
            <w:tcW w:type="dxa" w:w="1353"/>
          </w:tcPr>
          <w:p>
            <w:pPr>
              <w:spacing w:after="0"/>
              <w:jc w:val="right"/>
            </w:pPr>
            <w:r>
              <w:rPr>
                <w:sz w:val="16"/>
              </w:rPr>
              <w:t>$207</w:t>
            </w:r>
          </w:p>
        </w:tc>
        <w:tc>
          <w:tcPr>
            <w:tcW w:type="dxa" w:w="1135"/>
          </w:tcPr>
          <w:p>
            <w:pPr>
              <w:spacing w:after="0"/>
              <w:jc w:val="right"/>
            </w:pPr>
            <w:r>
              <w:rPr>
                <w:sz w:val="16"/>
              </w:rPr>
              <w:t>$1,180</w:t>
            </w:r>
          </w:p>
        </w:tc>
        <w:tc>
          <w:tcPr>
            <w:tcW w:type="dxa" w:w="1340"/>
          </w:tcPr>
          <w:p>
            <w:pPr>
              <w:spacing w:after="0"/>
              <w:jc w:val="right"/>
            </w:pPr>
          </w:p>
        </w:tc>
        <w:tc>
          <w:tcPr>
            <w:tcW w:type="dxa" w:w="1647"/>
          </w:tcPr>
          <w:p>
            <w:pPr>
              <w:spacing w:after="0"/>
              <w:jc w:val="left"/>
            </w:pPr>
          </w:p>
        </w:tc>
        <w:tc>
          <w:tcPr>
            <w:tcW w:type="dxa" w:w="2364"/>
          </w:tcPr>
          <w:p>
            <w:pPr>
              <w:spacing w:after="0"/>
              <w:jc w:val="left"/>
            </w:pPr>
            <w:r>
              <w:rPr>
                <w:sz w:val="16"/>
              </w:rPr>
              <w:t>Not in Storm Events. Storm Events coverage of this hazard is limited; absence is not evidence of low risk.</w:t>
            </w:r>
          </w:p>
        </w:tc>
      </w:tr>
      <w:tr>
        <w:trPr>
          <w:cantSplit/>
        </w:trPr>
        <w:tc>
          <w:tcPr>
            <w:tcW w:type="dxa" w:w="695"/>
          </w:tcPr>
          <w:p>
            <w:pPr>
              <w:spacing w:after="0"/>
              <w:jc w:val="right"/>
            </w:pPr>
            <w:r>
              <w:rPr>
                <w:sz w:val="16"/>
              </w:rPr>
              <w:t>13</w:t>
            </w:r>
          </w:p>
        </w:tc>
        <w:tc>
          <w:tcPr>
            <w:tcW w:type="dxa" w:w="1037"/>
          </w:tcPr>
          <w:p>
            <w:pPr>
              <w:spacing w:after="0"/>
              <w:jc w:val="left"/>
            </w:pPr>
            <w:r>
              <w:rPr>
                <w:sz w:val="16"/>
              </w:rPr>
              <w:t>Landslide</w:t>
            </w:r>
          </w:p>
        </w:tc>
        <w:tc>
          <w:tcPr>
            <w:tcW w:type="dxa" w:w="1234"/>
          </w:tcPr>
          <w:p>
            <w:pPr>
              <w:spacing w:after="0"/>
              <w:jc w:val="left"/>
            </w:pPr>
            <w:r>
              <w:rPr>
                <w:sz w:val="16"/>
              </w:rPr>
              <w:t>Very Low</w:t>
            </w:r>
          </w:p>
        </w:tc>
        <w:tc>
          <w:tcPr>
            <w:tcW w:type="dxa" w:w="1234"/>
          </w:tcPr>
          <w:p>
            <w:pPr>
              <w:spacing w:after="0"/>
              <w:jc w:val="left"/>
            </w:pPr>
            <w:r>
              <w:rPr>
                <w:sz w:val="16"/>
              </w:rPr>
              <w:t>Very Low</w:t>
            </w:r>
          </w:p>
        </w:tc>
        <w:tc>
          <w:tcPr>
            <w:tcW w:type="dxa" w:w="948"/>
          </w:tcPr>
          <w:p>
            <w:pPr>
              <w:spacing w:after="0"/>
              <w:jc w:val="right"/>
            </w:pPr>
            <w:r>
              <w:rPr>
                <w:sz w:val="16"/>
              </w:rPr>
              <w:t>$7</w:t>
            </w:r>
          </w:p>
        </w:tc>
        <w:tc>
          <w:tcPr>
            <w:tcW w:type="dxa" w:w="1126"/>
          </w:tcPr>
          <w:p>
            <w:pPr>
              <w:spacing w:after="0"/>
              <w:jc w:val="right"/>
            </w:pPr>
          </w:p>
        </w:tc>
        <w:tc>
          <w:tcPr>
            <w:tcW w:type="dxa" w:w="1353"/>
          </w:tcPr>
          <w:p>
            <w:pPr>
              <w:spacing w:after="0"/>
              <w:jc w:val="right"/>
            </w:pPr>
            <w:r>
              <w:rPr>
                <w:sz w:val="16"/>
              </w:rPr>
              <w:t>$5</w:t>
            </w:r>
          </w:p>
        </w:tc>
        <w:tc>
          <w:tcPr>
            <w:tcW w:type="dxa" w:w="1135"/>
          </w:tcPr>
          <w:p>
            <w:pPr>
              <w:spacing w:after="0"/>
              <w:jc w:val="right"/>
            </w:pPr>
            <w:r>
              <w:rPr>
                <w:sz w:val="16"/>
              </w:rPr>
              <w:t>$12</w:t>
            </w:r>
          </w:p>
        </w:tc>
        <w:tc>
          <w:tcPr>
            <w:tcW w:type="dxa" w:w="1340"/>
          </w:tcPr>
          <w:p>
            <w:pPr>
              <w:spacing w:after="0"/>
              <w:jc w:val="right"/>
            </w:pPr>
            <w:r>
              <w:rPr>
                <w:sz w:val="16"/>
              </w:rPr>
              <w:t>0</w:t>
            </w:r>
          </w:p>
        </w:tc>
        <w:tc>
          <w:tcPr>
            <w:tcW w:type="dxa" w:w="1647"/>
          </w:tcPr>
          <w:p>
            <w:pPr>
              <w:spacing w:after="0"/>
              <w:jc w:val="left"/>
            </w:pPr>
          </w:p>
        </w:tc>
        <w:tc>
          <w:tcPr>
            <w:tcW w:type="dxa" w:w="2364"/>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95"/>
          </w:tcPr>
          <w:p>
            <w:pPr>
              <w:spacing w:after="0"/>
              <w:jc w:val="right"/>
            </w:pPr>
          </w:p>
        </w:tc>
        <w:tc>
          <w:tcPr>
            <w:tcW w:type="dxa" w:w="1037"/>
          </w:tcPr>
          <w:p>
            <w:pPr>
              <w:spacing w:after="0"/>
              <w:jc w:val="left"/>
            </w:pPr>
            <w:r>
              <w:rPr>
                <w:sz w:val="16"/>
              </w:rPr>
              <w:t>Avalanche</w:t>
            </w:r>
          </w:p>
        </w:tc>
        <w:tc>
          <w:tcPr>
            <w:tcW w:type="dxa" w:w="1234"/>
          </w:tcPr>
          <w:p>
            <w:pPr>
              <w:spacing w:after="0"/>
              <w:jc w:val="left"/>
            </w:pPr>
            <w:r>
              <w:rPr>
                <w:sz w:val="16"/>
              </w:rPr>
              <w:t>Not Applicable</w:t>
            </w:r>
          </w:p>
        </w:tc>
        <w:tc>
          <w:tcPr>
            <w:tcW w:type="dxa" w:w="1234"/>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53"/>
          </w:tcPr>
          <w:p>
            <w:pPr>
              <w:spacing w:after="0"/>
              <w:jc w:val="right"/>
            </w:pPr>
          </w:p>
        </w:tc>
        <w:tc>
          <w:tcPr>
            <w:tcW w:type="dxa" w:w="1135"/>
          </w:tcPr>
          <w:p>
            <w:pPr>
              <w:spacing w:after="0"/>
              <w:jc w:val="right"/>
            </w:pPr>
          </w:p>
        </w:tc>
        <w:tc>
          <w:tcPr>
            <w:tcW w:type="dxa" w:w="1340"/>
          </w:tcPr>
          <w:p>
            <w:pPr>
              <w:spacing w:after="0"/>
              <w:jc w:val="right"/>
            </w:pPr>
            <w:r>
              <w:rPr>
                <w:sz w:val="16"/>
              </w:rPr>
              <w:t>0</w:t>
            </w:r>
          </w:p>
        </w:tc>
        <w:tc>
          <w:tcPr>
            <w:tcW w:type="dxa" w:w="1647"/>
          </w:tcPr>
          <w:p>
            <w:pPr>
              <w:spacing w:after="0"/>
              <w:jc w:val="left"/>
            </w:pPr>
            <w:r>
              <w:rPr>
                <w:sz w:val="16"/>
              </w:rPr>
              <w:t>NRI rates avalanche Not Applicable for this county, and no federal declaration for this county names it.</w:t>
            </w:r>
          </w:p>
        </w:tc>
        <w:tc>
          <w:tcPr>
            <w:tcW w:type="dxa" w:w="2364"/>
          </w:tcPr>
          <w:p>
            <w:pPr>
              <w:spacing w:after="0"/>
              <w:jc w:val="left"/>
            </w:pPr>
            <w:r>
              <w:rPr>
                <w:sz w:val="16"/>
              </w:rPr>
              <w:t>No recorded events in Storm Events since 1996 (data through 2026-06-30).</w:t>
            </w:r>
          </w:p>
        </w:tc>
      </w:tr>
      <w:tr>
        <w:trPr>
          <w:cantSplit/>
        </w:trPr>
        <w:tc>
          <w:tcPr>
            <w:tcW w:type="dxa" w:w="695"/>
          </w:tcPr>
          <w:p>
            <w:pPr>
              <w:spacing w:after="0"/>
              <w:jc w:val="right"/>
            </w:pPr>
          </w:p>
        </w:tc>
        <w:tc>
          <w:tcPr>
            <w:tcW w:type="dxa" w:w="1037"/>
          </w:tcPr>
          <w:p>
            <w:pPr>
              <w:spacing w:after="0"/>
              <w:jc w:val="left"/>
            </w:pPr>
            <w:r>
              <w:rPr>
                <w:sz w:val="16"/>
              </w:rPr>
              <w:t>Coastal Flooding</w:t>
            </w:r>
          </w:p>
        </w:tc>
        <w:tc>
          <w:tcPr>
            <w:tcW w:type="dxa" w:w="1234"/>
          </w:tcPr>
          <w:p>
            <w:pPr>
              <w:spacing w:after="0"/>
              <w:jc w:val="left"/>
            </w:pPr>
            <w:r>
              <w:rPr>
                <w:sz w:val="16"/>
              </w:rPr>
              <w:t>Not Applicable</w:t>
            </w:r>
          </w:p>
        </w:tc>
        <w:tc>
          <w:tcPr>
            <w:tcW w:type="dxa" w:w="1234"/>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53"/>
          </w:tcPr>
          <w:p>
            <w:pPr>
              <w:spacing w:after="0"/>
              <w:jc w:val="right"/>
            </w:pPr>
          </w:p>
        </w:tc>
        <w:tc>
          <w:tcPr>
            <w:tcW w:type="dxa" w:w="1135"/>
          </w:tcPr>
          <w:p>
            <w:pPr>
              <w:spacing w:after="0"/>
              <w:jc w:val="right"/>
            </w:pPr>
          </w:p>
        </w:tc>
        <w:tc>
          <w:tcPr>
            <w:tcW w:type="dxa" w:w="1340"/>
          </w:tcPr>
          <w:p>
            <w:pPr>
              <w:spacing w:after="0"/>
              <w:jc w:val="right"/>
            </w:pPr>
            <w:r>
              <w:rPr>
                <w:sz w:val="16"/>
              </w:rPr>
              <w:t>0</w:t>
            </w:r>
          </w:p>
        </w:tc>
        <w:tc>
          <w:tcPr>
            <w:tcW w:type="dxa" w:w="1647"/>
          </w:tcPr>
          <w:p>
            <w:pPr>
              <w:spacing w:after="0"/>
              <w:jc w:val="left"/>
            </w:pPr>
            <w:r>
              <w:rPr>
                <w:sz w:val="16"/>
              </w:rPr>
              <w:t>NRI rates coastal flooding Not Applicable for this county, and no federal declaration for this county names it.</w:t>
            </w:r>
          </w:p>
        </w:tc>
        <w:tc>
          <w:tcPr>
            <w:tcW w:type="dxa" w:w="2364"/>
          </w:tcPr>
          <w:p>
            <w:pPr>
              <w:spacing w:after="0"/>
              <w:jc w:val="left"/>
            </w:pPr>
            <w:r>
              <w:rPr>
                <w:sz w:val="16"/>
              </w:rPr>
              <w:t>No recorded events in Storm Events since 1996 (data through 2026-06-30).</w:t>
            </w:r>
          </w:p>
        </w:tc>
      </w:tr>
      <w:tr>
        <w:trPr>
          <w:cantSplit/>
        </w:trPr>
        <w:tc>
          <w:tcPr>
            <w:tcW w:type="dxa" w:w="695"/>
          </w:tcPr>
          <w:p>
            <w:pPr>
              <w:spacing w:after="0"/>
              <w:jc w:val="right"/>
            </w:pPr>
          </w:p>
        </w:tc>
        <w:tc>
          <w:tcPr>
            <w:tcW w:type="dxa" w:w="1037"/>
          </w:tcPr>
          <w:p>
            <w:pPr>
              <w:spacing w:after="0"/>
              <w:jc w:val="left"/>
            </w:pPr>
            <w:r>
              <w:rPr>
                <w:sz w:val="16"/>
              </w:rPr>
              <w:t>Hurricane</w:t>
            </w:r>
          </w:p>
        </w:tc>
        <w:tc>
          <w:tcPr>
            <w:tcW w:type="dxa" w:w="1234"/>
          </w:tcPr>
          <w:p>
            <w:pPr>
              <w:spacing w:after="0"/>
              <w:jc w:val="left"/>
            </w:pPr>
            <w:r>
              <w:rPr>
                <w:sz w:val="16"/>
              </w:rPr>
              <w:t>Not Applicable</w:t>
            </w:r>
          </w:p>
        </w:tc>
        <w:tc>
          <w:tcPr>
            <w:tcW w:type="dxa" w:w="1234"/>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53"/>
          </w:tcPr>
          <w:p>
            <w:pPr>
              <w:spacing w:after="0"/>
              <w:jc w:val="right"/>
            </w:pPr>
          </w:p>
        </w:tc>
        <w:tc>
          <w:tcPr>
            <w:tcW w:type="dxa" w:w="1135"/>
          </w:tcPr>
          <w:p>
            <w:pPr>
              <w:spacing w:after="0"/>
              <w:jc w:val="right"/>
            </w:pPr>
          </w:p>
        </w:tc>
        <w:tc>
          <w:tcPr>
            <w:tcW w:type="dxa" w:w="1340"/>
          </w:tcPr>
          <w:p>
            <w:pPr>
              <w:spacing w:after="0"/>
              <w:jc w:val="right"/>
            </w:pPr>
            <w:r>
              <w:rPr>
                <w:sz w:val="16"/>
              </w:rPr>
              <w:t>0</w:t>
            </w:r>
          </w:p>
        </w:tc>
        <w:tc>
          <w:tcPr>
            <w:tcW w:type="dxa" w:w="1647"/>
          </w:tcPr>
          <w:p>
            <w:pPr>
              <w:spacing w:after="0"/>
              <w:jc w:val="left"/>
            </w:pPr>
            <w:r>
              <w:rPr>
                <w:sz w:val="16"/>
              </w:rPr>
              <w:t>NRI rates hurricane Not Applicable for this county, and no counted federal declaration for this county names it (EM-3247-ND names it but is not counted as a local occurrence; see B1-d).</w:t>
            </w:r>
          </w:p>
        </w:tc>
        <w:tc>
          <w:tcPr>
            <w:tcW w:type="dxa" w:w="2364"/>
          </w:tcPr>
          <w:p>
            <w:pPr>
              <w:spacing w:after="0"/>
              <w:jc w:val="left"/>
            </w:pPr>
            <w:r>
              <w:rPr>
                <w:sz w:val="16"/>
              </w:rPr>
              <w:t>No recorded events in Storm Events since 1996 (data through 2026-06-30).</w:t>
            </w:r>
          </w:p>
        </w:tc>
      </w:tr>
      <w:tr>
        <w:trPr>
          <w:cantSplit/>
        </w:trPr>
        <w:tc>
          <w:tcPr>
            <w:tcW w:type="dxa" w:w="695"/>
          </w:tcPr>
          <w:p>
            <w:pPr>
              <w:spacing w:after="0"/>
              <w:jc w:val="right"/>
            </w:pPr>
          </w:p>
        </w:tc>
        <w:tc>
          <w:tcPr>
            <w:tcW w:type="dxa" w:w="1037"/>
          </w:tcPr>
          <w:p>
            <w:pPr>
              <w:spacing w:after="0"/>
              <w:jc w:val="left"/>
            </w:pPr>
            <w:r>
              <w:rPr>
                <w:sz w:val="16"/>
              </w:rPr>
              <w:t>Tsunami</w:t>
            </w:r>
          </w:p>
        </w:tc>
        <w:tc>
          <w:tcPr>
            <w:tcW w:type="dxa" w:w="1234"/>
          </w:tcPr>
          <w:p>
            <w:pPr>
              <w:spacing w:after="0"/>
              <w:jc w:val="left"/>
            </w:pPr>
            <w:r>
              <w:rPr>
                <w:sz w:val="16"/>
              </w:rPr>
              <w:t>Not Applicable</w:t>
            </w:r>
          </w:p>
        </w:tc>
        <w:tc>
          <w:tcPr>
            <w:tcW w:type="dxa" w:w="1234"/>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53"/>
          </w:tcPr>
          <w:p>
            <w:pPr>
              <w:spacing w:after="0"/>
              <w:jc w:val="right"/>
            </w:pPr>
          </w:p>
        </w:tc>
        <w:tc>
          <w:tcPr>
            <w:tcW w:type="dxa" w:w="1135"/>
          </w:tcPr>
          <w:p>
            <w:pPr>
              <w:spacing w:after="0"/>
              <w:jc w:val="right"/>
            </w:pPr>
          </w:p>
        </w:tc>
        <w:tc>
          <w:tcPr>
            <w:tcW w:type="dxa" w:w="1340"/>
          </w:tcPr>
          <w:p>
            <w:pPr>
              <w:spacing w:after="0"/>
              <w:jc w:val="right"/>
            </w:pPr>
            <w:r>
              <w:rPr>
                <w:sz w:val="16"/>
              </w:rPr>
              <w:t>0</w:t>
            </w:r>
          </w:p>
        </w:tc>
        <w:tc>
          <w:tcPr>
            <w:tcW w:type="dxa" w:w="1647"/>
          </w:tcPr>
          <w:p>
            <w:pPr>
              <w:spacing w:after="0"/>
              <w:jc w:val="left"/>
            </w:pPr>
            <w:r>
              <w:rPr>
                <w:sz w:val="16"/>
              </w:rPr>
              <w:t>NRI rates tsunami Not Applicable for this county, and no federal declaration for this county names it.</w:t>
            </w:r>
          </w:p>
        </w:tc>
        <w:tc>
          <w:tcPr>
            <w:tcW w:type="dxa" w:w="236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5"/>
          </w:tcPr>
          <w:p>
            <w:pPr>
              <w:spacing w:after="0"/>
              <w:jc w:val="right"/>
            </w:pPr>
          </w:p>
        </w:tc>
        <w:tc>
          <w:tcPr>
            <w:tcW w:type="dxa" w:w="1037"/>
          </w:tcPr>
          <w:p>
            <w:pPr>
              <w:spacing w:after="0"/>
              <w:jc w:val="left"/>
            </w:pPr>
            <w:r>
              <w:rPr>
                <w:sz w:val="16"/>
              </w:rPr>
              <w:t>Volcanic Activity</w:t>
            </w:r>
          </w:p>
        </w:tc>
        <w:tc>
          <w:tcPr>
            <w:tcW w:type="dxa" w:w="1234"/>
          </w:tcPr>
          <w:p>
            <w:pPr>
              <w:spacing w:after="0"/>
              <w:jc w:val="left"/>
            </w:pPr>
            <w:r>
              <w:rPr>
                <w:sz w:val="16"/>
              </w:rPr>
              <w:t>Not Applicable</w:t>
            </w:r>
          </w:p>
        </w:tc>
        <w:tc>
          <w:tcPr>
            <w:tcW w:type="dxa" w:w="1234"/>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53"/>
          </w:tcPr>
          <w:p>
            <w:pPr>
              <w:spacing w:after="0"/>
              <w:jc w:val="right"/>
            </w:pPr>
          </w:p>
        </w:tc>
        <w:tc>
          <w:tcPr>
            <w:tcW w:type="dxa" w:w="1135"/>
          </w:tcPr>
          <w:p>
            <w:pPr>
              <w:spacing w:after="0"/>
              <w:jc w:val="right"/>
            </w:pPr>
          </w:p>
        </w:tc>
        <w:tc>
          <w:tcPr>
            <w:tcW w:type="dxa" w:w="1340"/>
          </w:tcPr>
          <w:p>
            <w:pPr>
              <w:spacing w:after="0"/>
              <w:jc w:val="right"/>
            </w:pPr>
            <w:r>
              <w:rPr>
                <w:sz w:val="16"/>
              </w:rPr>
              <w:t>0</w:t>
            </w:r>
          </w:p>
        </w:tc>
        <w:tc>
          <w:tcPr>
            <w:tcW w:type="dxa" w:w="1647"/>
          </w:tcPr>
          <w:p>
            <w:pPr>
              <w:spacing w:after="0"/>
              <w:jc w:val="left"/>
            </w:pPr>
            <w:r>
              <w:rPr>
                <w:sz w:val="16"/>
              </w:rPr>
              <w:t>NRI rates volcanic activity Not Applicable for this county, and no federal declaration for this county names it.</w:t>
            </w:r>
          </w:p>
        </w:tc>
        <w:tc>
          <w:tcPr>
            <w:tcW w:type="dxa" w:w="2364"/>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 of 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31"/>
        <w:gridCol w:w="1795"/>
        <w:gridCol w:w="1635"/>
        <w:gridCol w:w="1527"/>
        <w:gridCol w:w="1591"/>
        <w:gridCol w:w="1647"/>
        <w:gridCol w:w="1715"/>
        <w:gridCol w:w="2371"/>
      </w:tblGrid>
      <w:tr>
        <w:trPr>
          <w:cantSplit/>
          <w:tblHeader/>
        </w:trPr>
        <w:tc>
          <w:tcPr>
            <w:tcW w:type="dxa" w:w="1831"/>
            <w:shd w:val="clear" w:color="auto" w:fill="E8E8E8"/>
          </w:tcPr>
          <w:p>
            <w:pPr>
              <w:spacing w:after="0"/>
              <w:jc w:val="left"/>
            </w:pPr>
            <w:r>
              <w:rPr>
                <w:b/>
                <w:sz w:val="16"/>
              </w:rPr>
              <w:t>Hazard</w:t>
            </w:r>
          </w:p>
        </w:tc>
        <w:tc>
          <w:tcPr>
            <w:tcW w:type="dxa" w:w="1795"/>
            <w:shd w:val="clear" w:color="auto" w:fill="E8E8E8"/>
          </w:tcPr>
          <w:p>
            <w:pPr>
              <w:spacing w:after="0"/>
              <w:jc w:val="left"/>
            </w:pPr>
            <w:r>
              <w:rPr>
                <w:b/>
                <w:sz w:val="16"/>
              </w:rPr>
              <w:t>Scale</w:t>
            </w:r>
          </w:p>
        </w:tc>
        <w:tc>
          <w:tcPr>
            <w:tcW w:type="dxa" w:w="1635"/>
            <w:shd w:val="clear" w:color="auto" w:fill="E8E8E8"/>
          </w:tcPr>
          <w:p>
            <w:pPr>
              <w:spacing w:after="0"/>
              <w:jc w:val="right"/>
            </w:pPr>
            <w:r>
              <w:rPr>
                <w:b/>
                <w:sz w:val="16"/>
              </w:rPr>
              <w:t>Records</w:t>
            </w:r>
          </w:p>
          <w:p>
            <w:pPr>
              <w:spacing w:after="0"/>
              <w:jc w:val="right"/>
            </w:pPr>
            <w:r>
              <w:rPr>
                <w:i/>
                <w:color w:val="555555"/>
                <w:sz w:val="14"/>
              </w:rPr>
              <w:t>count, years</w:t>
            </w:r>
          </w:p>
        </w:tc>
        <w:tc>
          <w:tcPr>
            <w:tcW w:type="dxa" w:w="1527"/>
            <w:shd w:val="clear" w:color="auto" w:fill="E8E8E8"/>
          </w:tcPr>
          <w:p>
            <w:pPr>
              <w:spacing w:after="0"/>
              <w:jc w:val="left"/>
            </w:pPr>
            <w:r>
              <w:rPr>
                <w:b/>
                <w:sz w:val="16"/>
              </w:rPr>
              <w:t>Observed range</w:t>
            </w:r>
          </w:p>
        </w:tc>
        <w:tc>
          <w:tcPr>
            <w:tcW w:type="dxa" w:w="1591"/>
            <w:shd w:val="clear" w:color="auto" w:fill="E8E8E8"/>
          </w:tcPr>
          <w:p>
            <w:pPr>
              <w:spacing w:after="0"/>
              <w:jc w:val="left"/>
            </w:pPr>
            <w:r>
              <w:rPr>
                <w:b/>
                <w:sz w:val="16"/>
              </w:rPr>
              <w:t>Worst recorded event</w:t>
            </w:r>
          </w:p>
        </w:tc>
        <w:tc>
          <w:tcPr>
            <w:tcW w:type="dxa" w:w="1647"/>
            <w:shd w:val="clear" w:color="auto" w:fill="E8E8E8"/>
          </w:tcPr>
          <w:p>
            <w:pPr>
              <w:spacing w:after="0"/>
              <w:jc w:val="left"/>
            </w:pPr>
            <w:r>
              <w:rPr>
                <w:b/>
                <w:sz w:val="16"/>
              </w:rPr>
              <w:t>Most damaging (when different)</w:t>
            </w:r>
          </w:p>
        </w:tc>
        <w:tc>
          <w:tcPr>
            <w:tcW w:type="dxa" w:w="1715"/>
            <w:shd w:val="clear" w:color="auto" w:fill="E8E8E8"/>
          </w:tcPr>
          <w:p>
            <w:pPr>
              <w:spacing w:after="0"/>
              <w:jc w:val="left"/>
            </w:pPr>
            <w:r>
              <w:rPr>
                <w:b/>
                <w:sz w:val="16"/>
              </w:rPr>
              <w:t>How it applies to members</w:t>
            </w:r>
          </w:p>
        </w:tc>
        <w:tc>
          <w:tcPr>
            <w:tcW w:type="dxa" w:w="2371"/>
            <w:shd w:val="clear" w:color="auto" w:fill="E8E8E8"/>
          </w:tcPr>
          <w:p>
            <w:pPr>
              <w:spacing w:after="0"/>
              <w:jc w:val="left"/>
            </w:pPr>
            <w:r>
              <w:rPr>
                <w:b/>
                <w:sz w:val="16"/>
              </w:rPr>
              <w:t>Note</w:t>
            </w:r>
          </w:p>
        </w:tc>
      </w:tr>
      <w:tr>
        <w:trPr>
          <w:cantSplit/>
        </w:trPr>
        <w:tc>
          <w:tcPr>
            <w:tcW w:type="dxa" w:w="1831"/>
          </w:tcPr>
          <w:p>
            <w:pPr>
              <w:spacing w:after="0"/>
              <w:jc w:val="left"/>
            </w:pPr>
            <w:r>
              <w:rPr>
                <w:sz w:val="16"/>
              </w:rPr>
              <w:t>Avalanche</w:t>
            </w:r>
          </w:p>
        </w:tc>
        <w:tc>
          <w:tcPr>
            <w:tcW w:type="dxa" w:w="1795"/>
          </w:tcPr>
          <w:p>
            <w:pPr>
              <w:spacing w:after="0"/>
              <w:jc w:val="left"/>
            </w:pPr>
            <w:r>
              <w:rPr>
                <w:sz w:val="16"/>
              </w:rPr>
              <w:t>none (count and damage)</w:t>
            </w:r>
          </w:p>
        </w:tc>
        <w:tc>
          <w:tcPr>
            <w:tcW w:type="dxa" w:w="1635"/>
          </w:tcPr>
          <w:p>
            <w:pPr>
              <w:spacing w:after="0"/>
              <w:jc w:val="right"/>
            </w:pPr>
            <w:r>
              <w:rPr>
                <w:sz w:val="16"/>
              </w:rPr>
              <w:t>0</w:t>
            </w:r>
          </w:p>
        </w:tc>
        <w:tc>
          <w:tcPr>
            <w:tcW w:type="dxa" w:w="1527"/>
          </w:tcPr>
          <w:p>
            <w:pPr>
              <w:spacing w:after="0"/>
              <w:jc w:val="left"/>
            </w:pPr>
          </w:p>
        </w:tc>
        <w:tc>
          <w:tcPr>
            <w:tcW w:type="dxa" w:w="1591"/>
          </w:tcPr>
          <w:p>
            <w:pPr>
              <w:spacing w:after="0"/>
              <w:jc w:val="left"/>
            </w:pPr>
          </w:p>
        </w:tc>
        <w:tc>
          <w:tcPr>
            <w:tcW w:type="dxa" w:w="1647"/>
          </w:tcPr>
          <w:p>
            <w:pPr>
              <w:spacing w:after="0"/>
              <w:jc w:val="left"/>
            </w:pPr>
          </w:p>
        </w:tc>
        <w:tc>
          <w:tcPr>
            <w:tcW w:type="dxa" w:w="1715"/>
          </w:tcPr>
          <w:p>
            <w:pPr>
              <w:spacing w:after="0"/>
              <w:jc w:val="left"/>
            </w:pPr>
          </w:p>
        </w:tc>
        <w:tc>
          <w:tcPr>
            <w:tcW w:type="dxa" w:w="2371"/>
          </w:tcPr>
          <w:p>
            <w:pPr>
              <w:spacing w:after="0"/>
              <w:jc w:val="left"/>
            </w:pPr>
            <w:r>
              <w:rPr>
                <w:sz w:val="16"/>
              </w:rPr>
              <w:t>Physical measure: in event narratives only; local data required.</w:t>
            </w:r>
          </w:p>
        </w:tc>
      </w:tr>
      <w:tr>
        <w:trPr>
          <w:cantSplit/>
        </w:trPr>
        <w:tc>
          <w:tcPr>
            <w:tcW w:type="dxa" w:w="1831"/>
          </w:tcPr>
          <w:p>
            <w:pPr>
              <w:spacing w:after="0"/>
              <w:jc w:val="left"/>
            </w:pPr>
            <w:r>
              <w:rPr>
                <w:sz w:val="16"/>
              </w:rPr>
              <w:t>Coastal Flood, Storm Surge/Tide</w:t>
            </w:r>
          </w:p>
        </w:tc>
        <w:tc>
          <w:tcPr>
            <w:tcW w:type="dxa" w:w="1795"/>
          </w:tcPr>
          <w:p>
            <w:pPr>
              <w:spacing w:after="0"/>
              <w:jc w:val="left"/>
            </w:pPr>
            <w:r>
              <w:rPr>
                <w:sz w:val="16"/>
              </w:rPr>
              <w:t>none in data (FIRM for depth)</w:t>
            </w:r>
          </w:p>
        </w:tc>
        <w:tc>
          <w:tcPr>
            <w:tcW w:type="dxa" w:w="1635"/>
          </w:tcPr>
          <w:p>
            <w:pPr>
              <w:spacing w:after="0"/>
              <w:jc w:val="right"/>
            </w:pPr>
            <w:r>
              <w:rPr>
                <w:sz w:val="16"/>
              </w:rPr>
              <w:t>0</w:t>
            </w:r>
          </w:p>
        </w:tc>
        <w:tc>
          <w:tcPr>
            <w:tcW w:type="dxa" w:w="1527"/>
          </w:tcPr>
          <w:p>
            <w:pPr>
              <w:spacing w:after="0"/>
              <w:jc w:val="left"/>
            </w:pPr>
          </w:p>
        </w:tc>
        <w:tc>
          <w:tcPr>
            <w:tcW w:type="dxa" w:w="1591"/>
          </w:tcPr>
          <w:p>
            <w:pPr>
              <w:spacing w:after="0"/>
              <w:jc w:val="left"/>
            </w:pPr>
          </w:p>
        </w:tc>
        <w:tc>
          <w:tcPr>
            <w:tcW w:type="dxa" w:w="1647"/>
          </w:tcPr>
          <w:p>
            <w:pPr>
              <w:spacing w:after="0"/>
              <w:jc w:val="left"/>
            </w:pPr>
          </w:p>
        </w:tc>
        <w:tc>
          <w:tcPr>
            <w:tcW w:type="dxa" w:w="1715"/>
          </w:tcPr>
          <w:p>
            <w:pPr>
              <w:spacing w:after="0"/>
              <w:jc w:val="left"/>
            </w:pPr>
          </w:p>
        </w:tc>
        <w:tc>
          <w:tcPr>
            <w:tcW w:type="dxa" w:w="2371"/>
          </w:tcPr>
          <w:p>
            <w:pPr>
              <w:spacing w:after="0"/>
              <w:jc w:val="left"/>
            </w:pPr>
            <w:r>
              <w:rPr>
                <w:sz w:val="16"/>
              </w:rPr>
              <w:t>Flood depth: see the FEMA Flood Insurance Rate Map.</w:t>
            </w:r>
          </w:p>
        </w:tc>
      </w:tr>
      <w:tr>
        <w:trPr>
          <w:cantSplit/>
        </w:trPr>
        <w:tc>
          <w:tcPr>
            <w:tcW w:type="dxa" w:w="1831"/>
          </w:tcPr>
          <w:p>
            <w:pPr>
              <w:spacing w:after="0"/>
              <w:jc w:val="left"/>
            </w:pPr>
            <w:r>
              <w:rPr>
                <w:sz w:val="16"/>
              </w:rPr>
              <w:t>Cold/Wind Chill, Extreme Cold/Wind Chill</w:t>
            </w:r>
          </w:p>
        </w:tc>
        <w:tc>
          <w:tcPr>
            <w:tcW w:type="dxa" w:w="1795"/>
          </w:tcPr>
          <w:p>
            <w:pPr>
              <w:spacing w:after="0"/>
              <w:jc w:val="left"/>
            </w:pPr>
            <w:r>
              <w:rPr>
                <w:sz w:val="16"/>
              </w:rPr>
              <w:t>wind chill</w:t>
            </w:r>
          </w:p>
        </w:tc>
        <w:tc>
          <w:tcPr>
            <w:tcW w:type="dxa" w:w="1635"/>
          </w:tcPr>
          <w:p>
            <w:pPr>
              <w:spacing w:after="0"/>
              <w:jc w:val="right"/>
            </w:pPr>
            <w:r>
              <w:rPr>
                <w:sz w:val="16"/>
              </w:rPr>
              <w:t>31, 1996 to 2025 (31 zone-level)</w:t>
            </w:r>
          </w:p>
        </w:tc>
        <w:tc>
          <w:tcPr>
            <w:tcW w:type="dxa" w:w="1527"/>
          </w:tcPr>
          <w:p>
            <w:pPr>
              <w:spacing w:after="0"/>
              <w:jc w:val="left"/>
            </w:pPr>
            <w:r>
              <w:rPr>
                <w:sz w:val="16"/>
              </w:rPr>
              <w:t>1 day to 6 days (median 2 days); 31 with a recorded value</w:t>
            </w:r>
          </w:p>
        </w:tc>
        <w:tc>
          <w:tcPr>
            <w:tcW w:type="dxa" w:w="1591"/>
          </w:tcPr>
          <w:p>
            <w:pPr>
              <w:spacing w:after="0"/>
              <w:jc w:val="left"/>
            </w:pPr>
            <w:r>
              <w:rPr>
                <w:sz w:val="16"/>
              </w:rPr>
              <w:t>6 consecutive days, 2021-02-10 to 2021-02-15, zone-level</w:t>
            </w:r>
          </w:p>
        </w:tc>
        <w:tc>
          <w:tcPr>
            <w:tcW w:type="dxa" w:w="1647"/>
          </w:tcPr>
          <w:p>
            <w:pPr>
              <w:spacing w:after="0"/>
              <w:jc w:val="left"/>
            </w:pPr>
          </w:p>
        </w:tc>
        <w:tc>
          <w:tcPr>
            <w:tcW w:type="dxa" w:w="1715"/>
          </w:tcPr>
          <w:p>
            <w:pPr>
              <w:spacing w:after="0"/>
              <w:jc w:val="left"/>
            </w:pPr>
            <w:r>
              <w:rPr>
                <w:sz w:val="16"/>
              </w:rPr>
              <w:t>Zone-level records: applies countywide; national data do not locate these events within the county.</w:t>
            </w:r>
          </w:p>
        </w:tc>
        <w:tc>
          <w:tcPr>
            <w:tcW w:type="dxa" w:w="2371"/>
          </w:tcPr>
          <w:p>
            <w:pPr>
              <w:spacing w:after="0"/>
              <w:jc w:val="left"/>
            </w:pPr>
            <w:r>
              <w:rPr>
                <w:sz w:val="16"/>
              </w:rPr>
              <w:t>Wind chill: in event narratives only; local data required.</w:t>
            </w:r>
          </w:p>
        </w:tc>
      </w:tr>
      <w:tr>
        <w:trPr>
          <w:cantSplit/>
        </w:trPr>
        <w:tc>
          <w:tcPr>
            <w:tcW w:type="dxa" w:w="1831"/>
          </w:tcPr>
          <w:p>
            <w:pPr>
              <w:spacing w:after="0"/>
              <w:jc w:val="left"/>
            </w:pPr>
            <w:r>
              <w:rPr>
                <w:sz w:val="16"/>
              </w:rPr>
              <w:t>Frost/Freeze (outside NRI Cold Wave definition)</w:t>
            </w:r>
          </w:p>
        </w:tc>
        <w:tc>
          <w:tcPr>
            <w:tcW w:type="dxa" w:w="1795"/>
          </w:tcPr>
          <w:p>
            <w:pPr>
              <w:spacing w:after="0"/>
              <w:jc w:val="left"/>
            </w:pPr>
            <w:r>
              <w:rPr>
                <w:sz w:val="16"/>
              </w:rPr>
              <w:t>crop damage</w:t>
            </w:r>
          </w:p>
        </w:tc>
        <w:tc>
          <w:tcPr>
            <w:tcW w:type="dxa" w:w="1635"/>
          </w:tcPr>
          <w:p>
            <w:pPr>
              <w:spacing w:after="0"/>
              <w:jc w:val="right"/>
            </w:pPr>
            <w:r>
              <w:rPr>
                <w:sz w:val="16"/>
              </w:rPr>
              <w:t>0</w:t>
            </w:r>
          </w:p>
        </w:tc>
        <w:tc>
          <w:tcPr>
            <w:tcW w:type="dxa" w:w="1527"/>
          </w:tcPr>
          <w:p>
            <w:pPr>
              <w:spacing w:after="0"/>
              <w:jc w:val="left"/>
            </w:pPr>
          </w:p>
        </w:tc>
        <w:tc>
          <w:tcPr>
            <w:tcW w:type="dxa" w:w="1591"/>
          </w:tcPr>
          <w:p>
            <w:pPr>
              <w:spacing w:after="0"/>
              <w:jc w:val="left"/>
            </w:pPr>
          </w:p>
        </w:tc>
        <w:tc>
          <w:tcPr>
            <w:tcW w:type="dxa" w:w="1647"/>
          </w:tcPr>
          <w:p>
            <w:pPr>
              <w:spacing w:after="0"/>
              <w:jc w:val="left"/>
            </w:pPr>
          </w:p>
        </w:tc>
        <w:tc>
          <w:tcPr>
            <w:tcW w:type="dxa" w:w="1715"/>
          </w:tcPr>
          <w:p>
            <w:pPr>
              <w:spacing w:after="0"/>
              <w:jc w:val="left"/>
            </w:pPr>
          </w:p>
        </w:tc>
        <w:tc>
          <w:tcPr>
            <w:tcW w:type="dxa" w:w="2371"/>
          </w:tcPr>
          <w:p>
            <w:pPr>
              <w:spacing w:after="0"/>
              <w:jc w:val="left"/>
            </w:pPr>
            <w:r>
              <w:rPr>
                <w:sz w:val="16"/>
              </w:rPr>
              <w:t>Temperature: in event narratives only; local data required.</w:t>
            </w:r>
          </w:p>
        </w:tc>
      </w:tr>
      <w:tr>
        <w:trPr>
          <w:cantSplit/>
        </w:trPr>
        <w:tc>
          <w:tcPr>
            <w:tcW w:type="dxa" w:w="1831"/>
          </w:tcPr>
          <w:p>
            <w:pPr>
              <w:spacing w:after="0"/>
              <w:jc w:val="left"/>
            </w:pPr>
            <w:r>
              <w:rPr>
                <w:sz w:val="16"/>
              </w:rPr>
              <w:t>Drought</w:t>
            </w:r>
          </w:p>
        </w:tc>
        <w:tc>
          <w:tcPr>
            <w:tcW w:type="dxa" w:w="1795"/>
          </w:tcPr>
          <w:p>
            <w:pPr>
              <w:spacing w:after="0"/>
              <w:jc w:val="left"/>
            </w:pPr>
            <w:r>
              <w:rPr>
                <w:sz w:val="16"/>
              </w:rPr>
              <w:t>US Drought Monitor D-scale</w:t>
            </w:r>
          </w:p>
        </w:tc>
        <w:tc>
          <w:tcPr>
            <w:tcW w:type="dxa" w:w="1635"/>
          </w:tcPr>
          <w:p>
            <w:pPr>
              <w:spacing w:after="0"/>
              <w:jc w:val="right"/>
            </w:pPr>
            <w:r>
              <w:rPr>
                <w:sz w:val="16"/>
              </w:rPr>
              <w:t>9, 2021 to 2021 (9 zone-level)</w:t>
            </w:r>
          </w:p>
        </w:tc>
        <w:tc>
          <w:tcPr>
            <w:tcW w:type="dxa" w:w="1527"/>
          </w:tcPr>
          <w:p>
            <w:pPr>
              <w:spacing w:after="0"/>
              <w:jc w:val="left"/>
            </w:pPr>
            <w:r>
              <w:rPr>
                <w:sz w:val="16"/>
              </w:rPr>
              <w:t>258 days; 1 with a recorded value</w:t>
            </w:r>
          </w:p>
        </w:tc>
        <w:tc>
          <w:tcPr>
            <w:tcW w:type="dxa" w:w="1591"/>
          </w:tcPr>
          <w:p>
            <w:pPr>
              <w:spacing w:after="0"/>
              <w:jc w:val="left"/>
            </w:pPr>
            <w:r>
              <w:rPr>
                <w:sz w:val="16"/>
              </w:rPr>
              <w:t>258 days (about 8.5 months), 2021-04-01 to 2021-12-14, a run of 9 consecutive Storm Events drought records, zone-level</w:t>
            </w:r>
          </w:p>
        </w:tc>
        <w:tc>
          <w:tcPr>
            <w:tcW w:type="dxa" w:w="1647"/>
          </w:tcPr>
          <w:p>
            <w:pPr>
              <w:spacing w:after="0"/>
              <w:jc w:val="left"/>
            </w:pPr>
          </w:p>
        </w:tc>
        <w:tc>
          <w:tcPr>
            <w:tcW w:type="dxa" w:w="1715"/>
          </w:tcPr>
          <w:p>
            <w:pPr>
              <w:spacing w:after="0"/>
              <w:jc w:val="left"/>
            </w:pPr>
            <w:r>
              <w:rPr>
                <w:sz w:val="16"/>
              </w:rPr>
              <w:t>Zone-level records: applies countywide; national data do not locate these events within the county.</w:t>
            </w:r>
          </w:p>
        </w:tc>
        <w:tc>
          <w:tcPr>
            <w:tcW w:type="dxa" w:w="237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31"/>
          </w:tcPr>
          <w:p>
            <w:pPr>
              <w:spacing w:after="0"/>
              <w:jc w:val="left"/>
            </w:pPr>
            <w:r>
              <w:rPr>
                <w:sz w:val="16"/>
              </w:rPr>
              <w:t>Earthquake</w:t>
            </w:r>
          </w:p>
        </w:tc>
        <w:tc>
          <w:tcPr>
            <w:tcW w:type="dxa" w:w="1795"/>
          </w:tcPr>
          <w:p>
            <w:pPr>
              <w:spacing w:after="0"/>
              <w:jc w:val="left"/>
            </w:pPr>
            <w:r>
              <w:rPr>
                <w:sz w:val="16"/>
              </w:rPr>
              <w:t>Modified Mercalli (local data)</w:t>
            </w:r>
          </w:p>
        </w:tc>
        <w:tc>
          <w:tcPr>
            <w:tcW w:type="dxa" w:w="1635"/>
          </w:tcPr>
          <w:p>
            <w:pPr>
              <w:spacing w:after="0"/>
              <w:jc w:val="right"/>
            </w:pPr>
            <w:r>
              <w:rPr>
                <w:sz w:val="16"/>
              </w:rPr>
              <w:t>0</w:t>
            </w:r>
          </w:p>
        </w:tc>
        <w:tc>
          <w:tcPr>
            <w:tcW w:type="dxa" w:w="1527"/>
          </w:tcPr>
          <w:p>
            <w:pPr>
              <w:spacing w:after="0"/>
              <w:jc w:val="left"/>
            </w:pPr>
          </w:p>
        </w:tc>
        <w:tc>
          <w:tcPr>
            <w:tcW w:type="dxa" w:w="1591"/>
          </w:tcPr>
          <w:p>
            <w:pPr>
              <w:spacing w:after="0"/>
              <w:jc w:val="left"/>
            </w:pPr>
          </w:p>
        </w:tc>
        <w:tc>
          <w:tcPr>
            <w:tcW w:type="dxa" w:w="1647"/>
          </w:tcPr>
          <w:p>
            <w:pPr>
              <w:spacing w:after="0"/>
              <w:jc w:val="left"/>
            </w:pPr>
          </w:p>
        </w:tc>
        <w:tc>
          <w:tcPr>
            <w:tcW w:type="dxa" w:w="1715"/>
          </w:tcPr>
          <w:p>
            <w:pPr>
              <w:spacing w:after="0"/>
              <w:jc w:val="left"/>
            </w:pPr>
          </w:p>
        </w:tc>
        <w:tc>
          <w:tcPr>
            <w:tcW w:type="dxa" w:w="2371"/>
          </w:tcPr>
          <w:p>
            <w:pPr>
              <w:spacing w:after="0"/>
              <w:jc w:val="left"/>
            </w:pPr>
            <w:r>
              <w:rPr>
                <w:sz w:val="16"/>
              </w:rPr>
              <w:t>No Storm Events record; local data required (e.g., USGS).</w:t>
            </w:r>
          </w:p>
        </w:tc>
      </w:tr>
      <w:tr>
        <w:trPr>
          <w:cantSplit/>
        </w:trPr>
        <w:tc>
          <w:tcPr>
            <w:tcW w:type="dxa" w:w="1831"/>
          </w:tcPr>
          <w:p>
            <w:pPr>
              <w:spacing w:after="0"/>
              <w:jc w:val="left"/>
            </w:pPr>
            <w:r>
              <w:rPr>
                <w:sz w:val="16"/>
              </w:rPr>
              <w:t>Hail</w:t>
            </w:r>
          </w:p>
        </w:tc>
        <w:tc>
          <w:tcPr>
            <w:tcW w:type="dxa" w:w="1795"/>
          </w:tcPr>
          <w:p>
            <w:pPr>
              <w:spacing w:after="0"/>
              <w:jc w:val="left"/>
            </w:pPr>
            <w:r>
              <w:rPr>
                <w:sz w:val="16"/>
              </w:rPr>
              <w:t>hail size (inches)</w:t>
            </w:r>
          </w:p>
        </w:tc>
        <w:tc>
          <w:tcPr>
            <w:tcW w:type="dxa" w:w="1635"/>
          </w:tcPr>
          <w:p>
            <w:pPr>
              <w:spacing w:after="0"/>
              <w:jc w:val="right"/>
            </w:pPr>
            <w:r>
              <w:rPr>
                <w:sz w:val="16"/>
              </w:rPr>
              <w:t>133, 1977 to 2026</w:t>
            </w:r>
          </w:p>
        </w:tc>
        <w:tc>
          <w:tcPr>
            <w:tcW w:type="dxa" w:w="1527"/>
          </w:tcPr>
          <w:p>
            <w:pPr>
              <w:spacing w:after="0"/>
              <w:jc w:val="left"/>
            </w:pPr>
            <w:r>
              <w:rPr>
                <w:sz w:val="16"/>
              </w:rPr>
              <w:t>0.75 in to 4.5 in (median 1 in); 133 with a recorded value</w:t>
            </w:r>
          </w:p>
        </w:tc>
        <w:tc>
          <w:tcPr>
            <w:tcW w:type="dxa" w:w="1591"/>
          </w:tcPr>
          <w:p>
            <w:pPr>
              <w:spacing w:after="0"/>
              <w:jc w:val="left"/>
            </w:pPr>
            <w:r>
              <w:rPr>
                <w:sz w:val="16"/>
              </w:rPr>
              <w:t>4.5 in hail, 1997-08-31</w:t>
            </w:r>
          </w:p>
        </w:tc>
        <w:tc>
          <w:tcPr>
            <w:tcW w:type="dxa" w:w="1647"/>
          </w:tcPr>
          <w:p>
            <w:pPr>
              <w:spacing w:after="0"/>
              <w:jc w:val="left"/>
            </w:pPr>
            <w:r>
              <w:rPr>
                <w:sz w:val="16"/>
              </w:rPr>
              <w:t>Hail, 1998-05-27, $2,000 property; $150,000 crops (1998 dollars)</w:t>
            </w:r>
          </w:p>
        </w:tc>
        <w:tc>
          <w:tcPr>
            <w:tcW w:type="dxa" w:w="1715"/>
          </w:tcPr>
          <w:p>
            <w:pPr>
              <w:spacing w:after="0"/>
              <w:jc w:val="left"/>
            </w:pPr>
            <w:r>
              <w:rPr>
                <w:sz w:val="16"/>
              </w:rPr>
              <w:t>Event records naming member places: Steele city (35 records), Tuttle city (16 records), Tappen city (13 records), Dawson city (12 records), Pettibone city (12 records), Robinson city (8 records).</w:t>
            </w:r>
          </w:p>
        </w:tc>
        <w:tc>
          <w:tcPr>
            <w:tcW w:type="dxa" w:w="2371"/>
          </w:tcPr>
          <w:p>
            <w:pPr>
              <w:spacing w:after="0"/>
              <w:jc w:val="left"/>
            </w:pPr>
          </w:p>
        </w:tc>
      </w:tr>
      <w:tr>
        <w:trPr>
          <w:cantSplit/>
        </w:trPr>
        <w:tc>
          <w:tcPr>
            <w:tcW w:type="dxa" w:w="1831"/>
          </w:tcPr>
          <w:p>
            <w:pPr>
              <w:spacing w:after="0"/>
              <w:jc w:val="left"/>
            </w:pPr>
            <w:r>
              <w:rPr>
                <w:sz w:val="16"/>
              </w:rPr>
              <w:t>Excessive Heat, Heat</w:t>
            </w:r>
          </w:p>
        </w:tc>
        <w:tc>
          <w:tcPr>
            <w:tcW w:type="dxa" w:w="1795"/>
          </w:tcPr>
          <w:p>
            <w:pPr>
              <w:spacing w:after="0"/>
              <w:jc w:val="left"/>
            </w:pPr>
            <w:r>
              <w:rPr>
                <w:sz w:val="16"/>
              </w:rPr>
              <w:t>heat index (narratives)</w:t>
            </w:r>
          </w:p>
        </w:tc>
        <w:tc>
          <w:tcPr>
            <w:tcW w:type="dxa" w:w="1635"/>
          </w:tcPr>
          <w:p>
            <w:pPr>
              <w:spacing w:after="0"/>
              <w:jc w:val="right"/>
            </w:pPr>
            <w:r>
              <w:rPr>
                <w:sz w:val="16"/>
              </w:rPr>
              <w:t>1, 2011 to 2011 (1 zone-level)</w:t>
            </w:r>
          </w:p>
        </w:tc>
        <w:tc>
          <w:tcPr>
            <w:tcW w:type="dxa" w:w="1527"/>
          </w:tcPr>
          <w:p>
            <w:pPr>
              <w:spacing w:after="0"/>
              <w:jc w:val="left"/>
            </w:pPr>
            <w:r>
              <w:rPr>
                <w:sz w:val="16"/>
              </w:rPr>
              <w:t>4 days; 1 with a recorded value</w:t>
            </w:r>
          </w:p>
        </w:tc>
        <w:tc>
          <w:tcPr>
            <w:tcW w:type="dxa" w:w="1591"/>
          </w:tcPr>
          <w:p>
            <w:pPr>
              <w:spacing w:after="0"/>
              <w:jc w:val="left"/>
            </w:pPr>
            <w:r>
              <w:rPr>
                <w:sz w:val="16"/>
              </w:rPr>
              <w:t>4 consecutive days, 2011-07-16 to 2011-07-19, zone-level</w:t>
            </w:r>
          </w:p>
        </w:tc>
        <w:tc>
          <w:tcPr>
            <w:tcW w:type="dxa" w:w="1647"/>
          </w:tcPr>
          <w:p>
            <w:pPr>
              <w:spacing w:after="0"/>
              <w:jc w:val="left"/>
            </w:pPr>
          </w:p>
        </w:tc>
        <w:tc>
          <w:tcPr>
            <w:tcW w:type="dxa" w:w="1715"/>
          </w:tcPr>
          <w:p>
            <w:pPr>
              <w:spacing w:after="0"/>
              <w:jc w:val="left"/>
            </w:pPr>
            <w:r>
              <w:rPr>
                <w:sz w:val="16"/>
              </w:rPr>
              <w:t>Zone-level records: applies countywide; national data do not locate these events within the county.</w:t>
            </w:r>
          </w:p>
        </w:tc>
        <w:tc>
          <w:tcPr>
            <w:tcW w:type="dxa" w:w="2371"/>
          </w:tcPr>
          <w:p>
            <w:pPr>
              <w:spacing w:after="0"/>
              <w:jc w:val="left"/>
            </w:pPr>
            <w:r>
              <w:rPr>
                <w:sz w:val="16"/>
              </w:rPr>
              <w:t>Heat index: in event narratives only; local data required.</w:t>
            </w:r>
          </w:p>
        </w:tc>
      </w:tr>
      <w:tr>
        <w:trPr>
          <w:cantSplit/>
        </w:trPr>
        <w:tc>
          <w:tcPr>
            <w:tcW w:type="dxa" w:w="1831"/>
          </w:tcPr>
          <w:p>
            <w:pPr>
              <w:spacing w:after="0"/>
              <w:jc w:val="left"/>
            </w:pPr>
            <w:r>
              <w:rPr>
                <w:sz w:val="16"/>
              </w:rPr>
              <w:t>Hurricane, Tropical Storm, Tropical Depression</w:t>
            </w:r>
          </w:p>
        </w:tc>
        <w:tc>
          <w:tcPr>
            <w:tcW w:type="dxa" w:w="1795"/>
          </w:tcPr>
          <w:p>
            <w:pPr>
              <w:spacing w:after="0"/>
              <w:jc w:val="left"/>
            </w:pPr>
            <w:r>
              <w:rPr>
                <w:sz w:val="16"/>
              </w:rPr>
              <w:t>Saffir-Simpson</w:t>
            </w:r>
          </w:p>
        </w:tc>
        <w:tc>
          <w:tcPr>
            <w:tcW w:type="dxa" w:w="1635"/>
          </w:tcPr>
          <w:p>
            <w:pPr>
              <w:spacing w:after="0"/>
              <w:jc w:val="right"/>
            </w:pPr>
            <w:r>
              <w:rPr>
                <w:sz w:val="16"/>
              </w:rPr>
              <w:t>0</w:t>
            </w:r>
          </w:p>
        </w:tc>
        <w:tc>
          <w:tcPr>
            <w:tcW w:type="dxa" w:w="1527"/>
          </w:tcPr>
          <w:p>
            <w:pPr>
              <w:spacing w:after="0"/>
              <w:jc w:val="left"/>
            </w:pPr>
          </w:p>
        </w:tc>
        <w:tc>
          <w:tcPr>
            <w:tcW w:type="dxa" w:w="1591"/>
          </w:tcPr>
          <w:p>
            <w:pPr>
              <w:spacing w:after="0"/>
              <w:jc w:val="left"/>
            </w:pPr>
          </w:p>
        </w:tc>
        <w:tc>
          <w:tcPr>
            <w:tcW w:type="dxa" w:w="1647"/>
          </w:tcPr>
          <w:p>
            <w:pPr>
              <w:spacing w:after="0"/>
              <w:jc w:val="left"/>
            </w:pPr>
          </w:p>
        </w:tc>
        <w:tc>
          <w:tcPr>
            <w:tcW w:type="dxa" w:w="1715"/>
          </w:tcPr>
          <w:p>
            <w:pPr>
              <w:spacing w:after="0"/>
              <w:jc w:val="left"/>
            </w:pPr>
          </w:p>
        </w:tc>
        <w:tc>
          <w:tcPr>
            <w:tcW w:type="dxa" w:w="2371"/>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31"/>
          </w:tcPr>
          <w:p>
            <w:pPr>
              <w:spacing w:after="0"/>
              <w:jc w:val="left"/>
            </w:pPr>
            <w:r>
              <w:rPr>
                <w:sz w:val="16"/>
              </w:rPr>
              <w:t>Ice Storm</w:t>
            </w:r>
          </w:p>
        </w:tc>
        <w:tc>
          <w:tcPr>
            <w:tcW w:type="dxa" w:w="1795"/>
          </w:tcPr>
          <w:p>
            <w:pPr>
              <w:spacing w:after="0"/>
              <w:jc w:val="left"/>
            </w:pPr>
            <w:r>
              <w:rPr>
                <w:sz w:val="16"/>
              </w:rPr>
              <w:t>Sperry-Piltz (local data)</w:t>
            </w:r>
          </w:p>
        </w:tc>
        <w:tc>
          <w:tcPr>
            <w:tcW w:type="dxa" w:w="1635"/>
          </w:tcPr>
          <w:p>
            <w:pPr>
              <w:spacing w:after="0"/>
              <w:jc w:val="right"/>
            </w:pPr>
            <w:r>
              <w:rPr>
                <w:sz w:val="16"/>
              </w:rPr>
              <w:t>1, 2023 to 2023 (1 zone-level)</w:t>
            </w:r>
          </w:p>
        </w:tc>
        <w:tc>
          <w:tcPr>
            <w:tcW w:type="dxa" w:w="1527"/>
          </w:tcPr>
          <w:p>
            <w:pPr>
              <w:spacing w:after="0"/>
              <w:jc w:val="left"/>
            </w:pPr>
          </w:p>
        </w:tc>
        <w:tc>
          <w:tcPr>
            <w:tcW w:type="dxa" w:w="1591"/>
          </w:tcPr>
          <w:p>
            <w:pPr>
              <w:spacing w:after="0"/>
              <w:jc w:val="left"/>
            </w:pPr>
            <w:r>
              <w:rPr>
                <w:sz w:val="16"/>
              </w:rPr>
              <w:t>Ice Storm, 2023-12-26, $250,000 property; $0 crops, reported for the zone (2023 dollars); NWS zone NDZ036 (KIDDER), zone-level: may include parts of neighboring counties</w:t>
            </w:r>
          </w:p>
        </w:tc>
        <w:tc>
          <w:tcPr>
            <w:tcW w:type="dxa" w:w="1647"/>
          </w:tcPr>
          <w:p>
            <w:pPr>
              <w:spacing w:after="0"/>
              <w:jc w:val="left"/>
            </w:pPr>
          </w:p>
        </w:tc>
        <w:tc>
          <w:tcPr>
            <w:tcW w:type="dxa" w:w="1715"/>
          </w:tcPr>
          <w:p>
            <w:pPr>
              <w:spacing w:after="0"/>
              <w:jc w:val="left"/>
            </w:pPr>
            <w:r>
              <w:rPr>
                <w:sz w:val="16"/>
              </w:rPr>
              <w:t>Zone-level records: applies countywide; national data do not locate these events within the county.</w:t>
            </w:r>
          </w:p>
        </w:tc>
        <w:tc>
          <w:tcPr>
            <w:tcW w:type="dxa" w:w="2371"/>
          </w:tcPr>
          <w:p>
            <w:pPr>
              <w:spacing w:after="0"/>
              <w:jc w:val="left"/>
            </w:pPr>
            <w:r>
              <w:rPr>
                <w:sz w:val="16"/>
              </w:rPr>
              <w:t>Ice thickness: in event narratives only; local data required.</w:t>
            </w:r>
          </w:p>
        </w:tc>
      </w:tr>
      <w:tr>
        <w:trPr>
          <w:cantSplit/>
        </w:trPr>
        <w:tc>
          <w:tcPr>
            <w:tcW w:type="dxa" w:w="1831"/>
          </w:tcPr>
          <w:p>
            <w:pPr>
              <w:spacing w:after="0"/>
              <w:jc w:val="left"/>
            </w:pPr>
            <w:r>
              <w:rPr>
                <w:sz w:val="16"/>
              </w:rPr>
              <w:t>Flash Flood, Flood, Lakeshore Flood</w:t>
            </w:r>
          </w:p>
        </w:tc>
        <w:tc>
          <w:tcPr>
            <w:tcW w:type="dxa" w:w="1795"/>
          </w:tcPr>
          <w:p>
            <w:pPr>
              <w:spacing w:after="0"/>
              <w:jc w:val="left"/>
            </w:pPr>
            <w:r>
              <w:rPr>
                <w:sz w:val="16"/>
              </w:rPr>
              <w:t>damage and flood days (FIRM for depth)</w:t>
            </w:r>
          </w:p>
        </w:tc>
        <w:tc>
          <w:tcPr>
            <w:tcW w:type="dxa" w:w="1635"/>
          </w:tcPr>
          <w:p>
            <w:pPr>
              <w:spacing w:after="0"/>
              <w:jc w:val="right"/>
            </w:pPr>
            <w:r>
              <w:rPr>
                <w:sz w:val="16"/>
              </w:rPr>
              <w:t>8, 1997 to 2021 (1 zone-level)</w:t>
            </w:r>
          </w:p>
        </w:tc>
        <w:tc>
          <w:tcPr>
            <w:tcW w:type="dxa" w:w="1527"/>
          </w:tcPr>
          <w:p>
            <w:pPr>
              <w:spacing w:after="0"/>
              <w:jc w:val="left"/>
            </w:pPr>
          </w:p>
        </w:tc>
        <w:tc>
          <w:tcPr>
            <w:tcW w:type="dxa" w:w="1591"/>
          </w:tcPr>
          <w:p>
            <w:pPr>
              <w:spacing w:after="0"/>
              <w:jc w:val="left"/>
            </w:pPr>
            <w:r>
              <w:rPr>
                <w:sz w:val="16"/>
              </w:rPr>
              <w:t>Flood, 2009-04-01, $1,300,000 property; $0 crops (2009 dollars)</w:t>
            </w:r>
          </w:p>
        </w:tc>
        <w:tc>
          <w:tcPr>
            <w:tcW w:type="dxa" w:w="1647"/>
          </w:tcPr>
          <w:p>
            <w:pPr>
              <w:spacing w:after="0"/>
              <w:jc w:val="left"/>
            </w:pPr>
          </w:p>
        </w:tc>
        <w:tc>
          <w:tcPr>
            <w:tcW w:type="dxa" w:w="1715"/>
          </w:tcPr>
          <w:p>
            <w:pPr>
              <w:spacing w:after="0"/>
              <w:jc w:val="left"/>
            </w:pPr>
            <w:r>
              <w:rPr>
                <w:sz w:val="16"/>
              </w:rPr>
              <w:t>Event records naming member places: Tuttle city (3 records), Steele city (2 records), Robinson city (1 record). Zone-level records (1) apply countywide.</w:t>
            </w:r>
          </w:p>
        </w:tc>
        <w:tc>
          <w:tcPr>
            <w:tcW w:type="dxa" w:w="2371"/>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31"/>
          </w:tcPr>
          <w:p>
            <w:pPr>
              <w:spacing w:after="0"/>
              <w:jc w:val="left"/>
            </w:pPr>
            <w:r>
              <w:rPr>
                <w:sz w:val="16"/>
              </w:rPr>
              <w:t>Debris Flow</w:t>
            </w:r>
          </w:p>
        </w:tc>
        <w:tc>
          <w:tcPr>
            <w:tcW w:type="dxa" w:w="1795"/>
          </w:tcPr>
          <w:p>
            <w:pPr>
              <w:spacing w:after="0"/>
              <w:jc w:val="left"/>
            </w:pPr>
            <w:r>
              <w:rPr>
                <w:sz w:val="16"/>
              </w:rPr>
              <w:t>none (count and damage)</w:t>
            </w:r>
          </w:p>
        </w:tc>
        <w:tc>
          <w:tcPr>
            <w:tcW w:type="dxa" w:w="1635"/>
          </w:tcPr>
          <w:p>
            <w:pPr>
              <w:spacing w:after="0"/>
              <w:jc w:val="right"/>
            </w:pPr>
            <w:r>
              <w:rPr>
                <w:sz w:val="16"/>
              </w:rPr>
              <w:t>0</w:t>
            </w:r>
          </w:p>
        </w:tc>
        <w:tc>
          <w:tcPr>
            <w:tcW w:type="dxa" w:w="1527"/>
          </w:tcPr>
          <w:p>
            <w:pPr>
              <w:spacing w:after="0"/>
              <w:jc w:val="left"/>
            </w:pPr>
          </w:p>
        </w:tc>
        <w:tc>
          <w:tcPr>
            <w:tcW w:type="dxa" w:w="1591"/>
          </w:tcPr>
          <w:p>
            <w:pPr>
              <w:spacing w:after="0"/>
              <w:jc w:val="left"/>
            </w:pPr>
          </w:p>
        </w:tc>
        <w:tc>
          <w:tcPr>
            <w:tcW w:type="dxa" w:w="1647"/>
          </w:tcPr>
          <w:p>
            <w:pPr>
              <w:spacing w:after="0"/>
              <w:jc w:val="left"/>
            </w:pPr>
          </w:p>
        </w:tc>
        <w:tc>
          <w:tcPr>
            <w:tcW w:type="dxa" w:w="1715"/>
          </w:tcPr>
          <w:p>
            <w:pPr>
              <w:spacing w:after="0"/>
              <w:jc w:val="left"/>
            </w:pPr>
          </w:p>
        </w:tc>
        <w:tc>
          <w:tcPr>
            <w:tcW w:type="dxa" w:w="2371"/>
          </w:tcPr>
          <w:p>
            <w:pPr>
              <w:spacing w:after="0"/>
              <w:jc w:val="left"/>
            </w:pPr>
            <w:r>
              <w:rPr>
                <w:sz w:val="16"/>
              </w:rPr>
              <w:t>Physical measure: in event narratives only; local data required.</w:t>
            </w:r>
          </w:p>
        </w:tc>
      </w:tr>
      <w:tr>
        <w:trPr>
          <w:cantSplit/>
        </w:trPr>
        <w:tc>
          <w:tcPr>
            <w:tcW w:type="dxa" w:w="1831"/>
          </w:tcPr>
          <w:p>
            <w:pPr>
              <w:spacing w:after="0"/>
              <w:jc w:val="left"/>
            </w:pPr>
            <w:r>
              <w:rPr>
                <w:sz w:val="16"/>
              </w:rPr>
              <w:t>Lightning</w:t>
            </w:r>
          </w:p>
        </w:tc>
        <w:tc>
          <w:tcPr>
            <w:tcW w:type="dxa" w:w="1795"/>
          </w:tcPr>
          <w:p>
            <w:pPr>
              <w:spacing w:after="0"/>
              <w:jc w:val="left"/>
            </w:pPr>
            <w:r>
              <w:rPr>
                <w:sz w:val="16"/>
              </w:rPr>
              <w:t>annualized frequency (the measure FEMA's Local Mitigation Planning Handbook names)</w:t>
            </w:r>
          </w:p>
        </w:tc>
        <w:tc>
          <w:tcPr>
            <w:tcW w:type="dxa" w:w="1635"/>
          </w:tcPr>
          <w:p>
            <w:pPr>
              <w:spacing w:after="0"/>
              <w:jc w:val="right"/>
            </w:pPr>
            <w:r>
              <w:rPr>
                <w:sz w:val="16"/>
              </w:rPr>
              <w:t>0</w:t>
            </w:r>
          </w:p>
        </w:tc>
        <w:tc>
          <w:tcPr>
            <w:tcW w:type="dxa" w:w="1527"/>
          </w:tcPr>
          <w:p>
            <w:pPr>
              <w:spacing w:after="0"/>
              <w:jc w:val="left"/>
            </w:pPr>
          </w:p>
        </w:tc>
        <w:tc>
          <w:tcPr>
            <w:tcW w:type="dxa" w:w="1591"/>
          </w:tcPr>
          <w:p>
            <w:pPr>
              <w:spacing w:after="0"/>
              <w:jc w:val="left"/>
            </w:pPr>
          </w:p>
        </w:tc>
        <w:tc>
          <w:tcPr>
            <w:tcW w:type="dxa" w:w="1647"/>
          </w:tcPr>
          <w:p>
            <w:pPr>
              <w:spacing w:after="0"/>
              <w:jc w:val="left"/>
            </w:pPr>
          </w:p>
        </w:tc>
        <w:tc>
          <w:tcPr>
            <w:tcW w:type="dxa" w:w="1715"/>
          </w:tcPr>
          <w:p>
            <w:pPr>
              <w:spacing w:after="0"/>
              <w:jc w:val="left"/>
            </w:pPr>
          </w:p>
        </w:tc>
        <w:tc>
          <w:tcPr>
            <w:tcW w:type="dxa" w:w="2371"/>
          </w:tcPr>
          <w:p>
            <w:pPr>
              <w:spacing w:after="0"/>
              <w:jc w:val="left"/>
            </w:pPr>
            <w:r>
              <w:rPr>
                <w:sz w:val="16"/>
              </w:rPr>
              <w:t>Storm Events lists lightning with damage or casualties; physical measure in event narratives only; local data required.</w:t>
            </w:r>
          </w:p>
        </w:tc>
      </w:tr>
      <w:tr>
        <w:trPr>
          <w:cantSplit/>
        </w:trPr>
        <w:tc>
          <w:tcPr>
            <w:tcW w:type="dxa" w:w="1831"/>
          </w:tcPr>
          <w:p>
            <w:pPr>
              <w:spacing w:after="0"/>
              <w:jc w:val="left"/>
            </w:pPr>
            <w:r>
              <w:rPr>
                <w:sz w:val="16"/>
              </w:rPr>
              <w:t>High Wind and Strong Wind (outside NRI Strong Wind definition)</w:t>
            </w:r>
          </w:p>
        </w:tc>
        <w:tc>
          <w:tcPr>
            <w:tcW w:type="dxa" w:w="1795"/>
          </w:tcPr>
          <w:p>
            <w:pPr>
              <w:spacing w:after="0"/>
              <w:jc w:val="left"/>
            </w:pPr>
            <w:r>
              <w:rPr>
                <w:sz w:val="16"/>
              </w:rPr>
              <w:t>wind speed (kt and mph)</w:t>
            </w:r>
          </w:p>
        </w:tc>
        <w:tc>
          <w:tcPr>
            <w:tcW w:type="dxa" w:w="1635"/>
          </w:tcPr>
          <w:p>
            <w:pPr>
              <w:spacing w:after="0"/>
              <w:jc w:val="right"/>
            </w:pPr>
            <w:r>
              <w:rPr>
                <w:sz w:val="16"/>
              </w:rPr>
              <w:t>53, 1996 to 2026 (53 zone-level)</w:t>
            </w:r>
          </w:p>
        </w:tc>
        <w:tc>
          <w:tcPr>
            <w:tcW w:type="dxa" w:w="1527"/>
          </w:tcPr>
          <w:p>
            <w:pPr>
              <w:spacing w:after="0"/>
              <w:jc w:val="left"/>
            </w:pPr>
            <w:r>
              <w:rPr>
                <w:sz w:val="16"/>
              </w:rPr>
              <w:t>35 kt (40 mph) to 60 kt (69 mph) (median 51 kt (59 mph)); 53 with a recorded value</w:t>
            </w:r>
          </w:p>
        </w:tc>
        <w:tc>
          <w:tcPr>
            <w:tcW w:type="dxa" w:w="1591"/>
          </w:tcPr>
          <w:p>
            <w:pPr>
              <w:spacing w:after="0"/>
              <w:jc w:val="left"/>
            </w:pPr>
            <w:r>
              <w:rPr>
                <w:sz w:val="16"/>
              </w:rPr>
              <w:t>60 kt (69 mph) estimated, High Wind, 2000-04-05; NWS zone NDZ036 (KIDDER), zone-level: may include parts of neighboring counties</w:t>
            </w:r>
          </w:p>
        </w:tc>
        <w:tc>
          <w:tcPr>
            <w:tcW w:type="dxa" w:w="1647"/>
          </w:tcPr>
          <w:p>
            <w:pPr>
              <w:spacing w:after="0"/>
              <w:jc w:val="left"/>
            </w:pPr>
            <w:r>
              <w:rPr>
                <w:sz w:val="16"/>
              </w:rPr>
              <w:t>High Wind, 2011-02-13, $20,000 property; $0 crops, reported for the zone (2011 dollars)</w:t>
            </w:r>
          </w:p>
        </w:tc>
        <w:tc>
          <w:tcPr>
            <w:tcW w:type="dxa" w:w="1715"/>
          </w:tcPr>
          <w:p>
            <w:pPr>
              <w:spacing w:after="0"/>
              <w:jc w:val="left"/>
            </w:pPr>
            <w:r>
              <w:rPr>
                <w:sz w:val="16"/>
              </w:rPr>
              <w:t>Zone-level records: applies countywide; national data do not locate these events within the county.</w:t>
            </w:r>
          </w:p>
        </w:tc>
        <w:tc>
          <w:tcPr>
            <w:tcW w:type="dxa" w:w="2371"/>
          </w:tcPr>
          <w:p>
            <w:pPr>
              <w:spacing w:after="0"/>
              <w:jc w:val="left"/>
            </w:pPr>
          </w:p>
        </w:tc>
      </w:tr>
      <w:tr>
        <w:trPr>
          <w:cantSplit/>
        </w:trPr>
        <w:tc>
          <w:tcPr>
            <w:tcW w:type="dxa" w:w="1831"/>
          </w:tcPr>
          <w:p>
            <w:pPr>
              <w:spacing w:after="0"/>
              <w:jc w:val="left"/>
            </w:pPr>
            <w:r>
              <w:rPr>
                <w:sz w:val="16"/>
              </w:rPr>
              <w:t>Thunderstorm Wind</w:t>
            </w:r>
          </w:p>
        </w:tc>
        <w:tc>
          <w:tcPr>
            <w:tcW w:type="dxa" w:w="1795"/>
          </w:tcPr>
          <w:p>
            <w:pPr>
              <w:spacing w:after="0"/>
              <w:jc w:val="left"/>
            </w:pPr>
            <w:r>
              <w:rPr>
                <w:sz w:val="16"/>
              </w:rPr>
              <w:t>wind speed (kt and mph)</w:t>
            </w:r>
          </w:p>
        </w:tc>
        <w:tc>
          <w:tcPr>
            <w:tcW w:type="dxa" w:w="1635"/>
          </w:tcPr>
          <w:p>
            <w:pPr>
              <w:spacing w:after="0"/>
              <w:jc w:val="right"/>
            </w:pPr>
            <w:r>
              <w:rPr>
                <w:sz w:val="16"/>
              </w:rPr>
              <w:t>90, 1957 to 2026</w:t>
            </w:r>
          </w:p>
        </w:tc>
        <w:tc>
          <w:tcPr>
            <w:tcW w:type="dxa" w:w="1527"/>
          </w:tcPr>
          <w:p>
            <w:pPr>
              <w:spacing w:after="0"/>
              <w:jc w:val="left"/>
            </w:pPr>
            <w:r>
              <w:rPr>
                <w:sz w:val="16"/>
              </w:rPr>
              <w:t>50 kt (58 mph) to 96 kt (110 mph) (median 59.5 kt (68 mph)); 82 with a recorded value</w:t>
            </w:r>
          </w:p>
        </w:tc>
        <w:tc>
          <w:tcPr>
            <w:tcW w:type="dxa" w:w="1591"/>
          </w:tcPr>
          <w:p>
            <w:pPr>
              <w:spacing w:after="0"/>
              <w:jc w:val="left"/>
            </w:pPr>
            <w:r>
              <w:rPr>
                <w:sz w:val="16"/>
              </w:rPr>
              <w:t>96 kt (110 mph), measurement type not recorded, Thunderstorm Wind, 1999-06-25</w:t>
            </w:r>
          </w:p>
        </w:tc>
        <w:tc>
          <w:tcPr>
            <w:tcW w:type="dxa" w:w="1647"/>
          </w:tcPr>
          <w:p>
            <w:pPr>
              <w:spacing w:after="0"/>
              <w:jc w:val="left"/>
            </w:pPr>
          </w:p>
        </w:tc>
        <w:tc>
          <w:tcPr>
            <w:tcW w:type="dxa" w:w="1715"/>
          </w:tcPr>
          <w:p>
            <w:pPr>
              <w:spacing w:after="0"/>
              <w:jc w:val="left"/>
            </w:pPr>
            <w:r>
              <w:rPr>
                <w:sz w:val="16"/>
              </w:rPr>
              <w:t>Event records naming member places: Steele city (20 records), Robinson city (12 records), Dawson city (9 records), Tappen city (9 records), Tuttle city (8 records), Pettibone city (7 records).</w:t>
            </w:r>
          </w:p>
        </w:tc>
        <w:tc>
          <w:tcPr>
            <w:tcW w:type="dxa" w:w="2371"/>
          </w:tcPr>
          <w:p>
            <w:pPr>
              <w:spacing w:after="0"/>
              <w:jc w:val="left"/>
            </w:pPr>
          </w:p>
        </w:tc>
      </w:tr>
      <w:tr>
        <w:trPr>
          <w:cantSplit/>
        </w:trPr>
        <w:tc>
          <w:tcPr>
            <w:tcW w:type="dxa" w:w="1831"/>
          </w:tcPr>
          <w:p>
            <w:pPr>
              <w:spacing w:after="0"/>
              <w:jc w:val="left"/>
            </w:pPr>
            <w:r>
              <w:rPr>
                <w:sz w:val="16"/>
              </w:rPr>
              <w:t>Tornado</w:t>
            </w:r>
          </w:p>
        </w:tc>
        <w:tc>
          <w:tcPr>
            <w:tcW w:type="dxa" w:w="1795"/>
          </w:tcPr>
          <w:p>
            <w:pPr>
              <w:spacing w:after="0"/>
              <w:jc w:val="left"/>
            </w:pPr>
            <w:r>
              <w:rPr>
                <w:sz w:val="16"/>
              </w:rPr>
              <w:t>Enhanced Fujita (F before Feb 2007)</w:t>
            </w:r>
          </w:p>
        </w:tc>
        <w:tc>
          <w:tcPr>
            <w:tcW w:type="dxa" w:w="1635"/>
          </w:tcPr>
          <w:p>
            <w:pPr>
              <w:spacing w:after="0"/>
              <w:jc w:val="right"/>
            </w:pPr>
            <w:r>
              <w:rPr>
                <w:sz w:val="16"/>
              </w:rPr>
              <w:t>20, 1960 to 2025</w:t>
            </w:r>
          </w:p>
        </w:tc>
        <w:tc>
          <w:tcPr>
            <w:tcW w:type="dxa" w:w="1527"/>
          </w:tcPr>
          <w:p>
            <w:pPr>
              <w:spacing w:after="0"/>
              <w:jc w:val="left"/>
            </w:pPr>
            <w:r>
              <w:rPr>
                <w:sz w:val="16"/>
              </w:rPr>
              <w:t>F/EF0 to F/EF2 (median F/EF1); 17 with a recorded value</w:t>
            </w:r>
          </w:p>
        </w:tc>
        <w:tc>
          <w:tcPr>
            <w:tcW w:type="dxa" w:w="1591"/>
          </w:tcPr>
          <w:p>
            <w:pPr>
              <w:spacing w:after="0"/>
              <w:jc w:val="left"/>
            </w:pPr>
            <w:r>
              <w:rPr>
                <w:sz w:val="16"/>
              </w:rPr>
              <w:t>F2 tornado, 2001-07-17, 10 mi within this county, 880 yd wide, $1,000,000 property; crops not reported (2001 dollars)</w:t>
            </w:r>
          </w:p>
        </w:tc>
        <w:tc>
          <w:tcPr>
            <w:tcW w:type="dxa" w:w="1647"/>
          </w:tcPr>
          <w:p>
            <w:pPr>
              <w:spacing w:after="0"/>
              <w:jc w:val="left"/>
            </w:pPr>
          </w:p>
        </w:tc>
        <w:tc>
          <w:tcPr>
            <w:tcW w:type="dxa" w:w="1715"/>
          </w:tcPr>
          <w:p>
            <w:pPr>
              <w:spacing w:after="0"/>
              <w:jc w:val="left"/>
            </w:pPr>
            <w:r>
              <w:rPr>
                <w:sz w:val="16"/>
              </w:rPr>
              <w:t>Event records naming member places: Steele city (4 records), Tappen city (3 records), Tuttle city (2 records), Pettibone city (1 record).</w:t>
            </w:r>
          </w:p>
        </w:tc>
        <w:tc>
          <w:tcPr>
            <w:tcW w:type="dxa" w:w="2371"/>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31"/>
          </w:tcPr>
          <w:p>
            <w:pPr>
              <w:spacing w:after="0"/>
              <w:jc w:val="left"/>
            </w:pPr>
            <w:r>
              <w:rPr>
                <w:sz w:val="16"/>
              </w:rPr>
              <w:t>Tsunami</w:t>
            </w:r>
          </w:p>
        </w:tc>
        <w:tc>
          <w:tcPr>
            <w:tcW w:type="dxa" w:w="1795"/>
          </w:tcPr>
          <w:p>
            <w:pPr>
              <w:spacing w:after="0"/>
              <w:jc w:val="left"/>
            </w:pPr>
            <w:r>
              <w:rPr>
                <w:sz w:val="16"/>
              </w:rPr>
              <w:t>none (count and damage)</w:t>
            </w:r>
          </w:p>
        </w:tc>
        <w:tc>
          <w:tcPr>
            <w:tcW w:type="dxa" w:w="1635"/>
          </w:tcPr>
          <w:p>
            <w:pPr>
              <w:spacing w:after="0"/>
              <w:jc w:val="right"/>
            </w:pPr>
            <w:r>
              <w:rPr>
                <w:sz w:val="16"/>
              </w:rPr>
              <w:t>0</w:t>
            </w:r>
          </w:p>
        </w:tc>
        <w:tc>
          <w:tcPr>
            <w:tcW w:type="dxa" w:w="1527"/>
          </w:tcPr>
          <w:p>
            <w:pPr>
              <w:spacing w:after="0"/>
              <w:jc w:val="left"/>
            </w:pPr>
          </w:p>
        </w:tc>
        <w:tc>
          <w:tcPr>
            <w:tcW w:type="dxa" w:w="1591"/>
          </w:tcPr>
          <w:p>
            <w:pPr>
              <w:spacing w:after="0"/>
              <w:jc w:val="left"/>
            </w:pPr>
          </w:p>
        </w:tc>
        <w:tc>
          <w:tcPr>
            <w:tcW w:type="dxa" w:w="1647"/>
          </w:tcPr>
          <w:p>
            <w:pPr>
              <w:spacing w:after="0"/>
              <w:jc w:val="left"/>
            </w:pPr>
          </w:p>
        </w:tc>
        <w:tc>
          <w:tcPr>
            <w:tcW w:type="dxa" w:w="1715"/>
          </w:tcPr>
          <w:p>
            <w:pPr>
              <w:spacing w:after="0"/>
              <w:jc w:val="left"/>
            </w:pPr>
          </w:p>
        </w:tc>
        <w:tc>
          <w:tcPr>
            <w:tcW w:type="dxa" w:w="2371"/>
          </w:tcPr>
          <w:p>
            <w:pPr>
              <w:spacing w:after="0"/>
              <w:jc w:val="left"/>
            </w:pPr>
            <w:r>
              <w:rPr>
                <w:sz w:val="16"/>
              </w:rPr>
              <w:t>Physical measure: in event narratives only; local data required.</w:t>
            </w:r>
          </w:p>
        </w:tc>
      </w:tr>
      <w:tr>
        <w:trPr>
          <w:cantSplit/>
        </w:trPr>
        <w:tc>
          <w:tcPr>
            <w:tcW w:type="dxa" w:w="1831"/>
          </w:tcPr>
          <w:p>
            <w:pPr>
              <w:spacing w:after="0"/>
              <w:jc w:val="left"/>
            </w:pPr>
            <w:r>
              <w:rPr>
                <w:sz w:val="16"/>
              </w:rPr>
              <w:t>Volcanic Ash, Volcanic Ashfall</w:t>
            </w:r>
          </w:p>
        </w:tc>
        <w:tc>
          <w:tcPr>
            <w:tcW w:type="dxa" w:w="1795"/>
          </w:tcPr>
          <w:p>
            <w:pPr>
              <w:spacing w:after="0"/>
              <w:jc w:val="left"/>
            </w:pPr>
            <w:r>
              <w:rPr>
                <w:sz w:val="16"/>
              </w:rPr>
              <w:t>Volcanic Explosivity Index (local data)</w:t>
            </w:r>
          </w:p>
        </w:tc>
        <w:tc>
          <w:tcPr>
            <w:tcW w:type="dxa" w:w="1635"/>
          </w:tcPr>
          <w:p>
            <w:pPr>
              <w:spacing w:after="0"/>
              <w:jc w:val="right"/>
            </w:pPr>
            <w:r>
              <w:rPr>
                <w:sz w:val="16"/>
              </w:rPr>
              <w:t>0</w:t>
            </w:r>
          </w:p>
        </w:tc>
        <w:tc>
          <w:tcPr>
            <w:tcW w:type="dxa" w:w="1527"/>
          </w:tcPr>
          <w:p>
            <w:pPr>
              <w:spacing w:after="0"/>
              <w:jc w:val="left"/>
            </w:pPr>
          </w:p>
        </w:tc>
        <w:tc>
          <w:tcPr>
            <w:tcW w:type="dxa" w:w="1591"/>
          </w:tcPr>
          <w:p>
            <w:pPr>
              <w:spacing w:after="0"/>
              <w:jc w:val="left"/>
            </w:pPr>
          </w:p>
        </w:tc>
        <w:tc>
          <w:tcPr>
            <w:tcW w:type="dxa" w:w="1647"/>
          </w:tcPr>
          <w:p>
            <w:pPr>
              <w:spacing w:after="0"/>
              <w:jc w:val="left"/>
            </w:pPr>
          </w:p>
        </w:tc>
        <w:tc>
          <w:tcPr>
            <w:tcW w:type="dxa" w:w="1715"/>
          </w:tcPr>
          <w:p>
            <w:pPr>
              <w:spacing w:after="0"/>
              <w:jc w:val="left"/>
            </w:pPr>
          </w:p>
        </w:tc>
        <w:tc>
          <w:tcPr>
            <w:tcW w:type="dxa" w:w="2371"/>
          </w:tcPr>
          <w:p>
            <w:pPr>
              <w:spacing w:after="0"/>
              <w:jc w:val="left"/>
            </w:pPr>
            <w:r>
              <w:rPr>
                <w:sz w:val="16"/>
              </w:rPr>
              <w:t>Physical measure: in event narratives only; local data required.</w:t>
            </w:r>
          </w:p>
        </w:tc>
      </w:tr>
      <w:tr>
        <w:trPr>
          <w:cantSplit/>
        </w:trPr>
        <w:tc>
          <w:tcPr>
            <w:tcW w:type="dxa" w:w="1831"/>
          </w:tcPr>
          <w:p>
            <w:pPr>
              <w:spacing w:after="0"/>
              <w:jc w:val="left"/>
            </w:pPr>
            <w:r>
              <w:rPr>
                <w:sz w:val="16"/>
              </w:rPr>
              <w:t>Wildfire</w:t>
            </w:r>
          </w:p>
        </w:tc>
        <w:tc>
          <w:tcPr>
            <w:tcW w:type="dxa" w:w="1795"/>
          </w:tcPr>
          <w:p>
            <w:pPr>
              <w:spacing w:after="0"/>
              <w:jc w:val="left"/>
            </w:pPr>
            <w:r>
              <w:rPr>
                <w:sz w:val="16"/>
              </w:rPr>
              <w:t>acres burned (local data)</w:t>
            </w:r>
          </w:p>
        </w:tc>
        <w:tc>
          <w:tcPr>
            <w:tcW w:type="dxa" w:w="1635"/>
          </w:tcPr>
          <w:p>
            <w:pPr>
              <w:spacing w:after="0"/>
              <w:jc w:val="right"/>
            </w:pPr>
            <w:r>
              <w:rPr>
                <w:sz w:val="16"/>
              </w:rPr>
              <w:t>0</w:t>
            </w:r>
          </w:p>
        </w:tc>
        <w:tc>
          <w:tcPr>
            <w:tcW w:type="dxa" w:w="1527"/>
          </w:tcPr>
          <w:p>
            <w:pPr>
              <w:spacing w:after="0"/>
              <w:jc w:val="left"/>
            </w:pPr>
          </w:p>
        </w:tc>
        <w:tc>
          <w:tcPr>
            <w:tcW w:type="dxa" w:w="1591"/>
          </w:tcPr>
          <w:p>
            <w:pPr>
              <w:spacing w:after="0"/>
              <w:jc w:val="left"/>
            </w:pPr>
          </w:p>
        </w:tc>
        <w:tc>
          <w:tcPr>
            <w:tcW w:type="dxa" w:w="1647"/>
          </w:tcPr>
          <w:p>
            <w:pPr>
              <w:spacing w:after="0"/>
              <w:jc w:val="left"/>
            </w:pPr>
          </w:p>
        </w:tc>
        <w:tc>
          <w:tcPr>
            <w:tcW w:type="dxa" w:w="1715"/>
          </w:tcPr>
          <w:p>
            <w:pPr>
              <w:spacing w:after="0"/>
              <w:jc w:val="left"/>
            </w:pPr>
          </w:p>
        </w:tc>
        <w:tc>
          <w:tcPr>
            <w:tcW w:type="dxa" w:w="2371"/>
          </w:tcPr>
          <w:p>
            <w:pPr>
              <w:spacing w:after="0"/>
              <w:jc w:val="left"/>
            </w:pPr>
            <w:r>
              <w:rPr>
                <w:sz w:val="16"/>
              </w:rPr>
              <w:t>Acres burned: in event narratives only; local data required.</w:t>
            </w:r>
          </w:p>
        </w:tc>
      </w:tr>
      <w:tr>
        <w:trPr>
          <w:cantSplit/>
        </w:trPr>
        <w:tc>
          <w:tcPr>
            <w:tcW w:type="dxa" w:w="1831"/>
          </w:tcPr>
          <w:p>
            <w:pPr>
              <w:spacing w:after="0"/>
              <w:jc w:val="left"/>
            </w:pPr>
            <w:r>
              <w:rPr>
                <w:sz w:val="16"/>
              </w:rPr>
              <w:t>Winter Storm, Heavy Snow, Blizzard, Lake-Effect Snow, Winter Weather, Sleet</w:t>
            </w:r>
          </w:p>
        </w:tc>
        <w:tc>
          <w:tcPr>
            <w:tcW w:type="dxa" w:w="1795"/>
          </w:tcPr>
          <w:p>
            <w:pPr>
              <w:spacing w:after="0"/>
              <w:jc w:val="left"/>
            </w:pPr>
            <w:r>
              <w:rPr>
                <w:sz w:val="16"/>
              </w:rPr>
              <w:t>none in data (snowfall local)</w:t>
            </w:r>
          </w:p>
        </w:tc>
        <w:tc>
          <w:tcPr>
            <w:tcW w:type="dxa" w:w="1635"/>
          </w:tcPr>
          <w:p>
            <w:pPr>
              <w:spacing w:after="0"/>
              <w:jc w:val="right"/>
            </w:pPr>
            <w:r>
              <w:rPr>
                <w:sz w:val="16"/>
              </w:rPr>
              <w:t>102, 1996 to 2026 (102 zone-level)</w:t>
            </w:r>
          </w:p>
        </w:tc>
        <w:tc>
          <w:tcPr>
            <w:tcW w:type="dxa" w:w="1527"/>
          </w:tcPr>
          <w:p>
            <w:pPr>
              <w:spacing w:after="0"/>
              <w:jc w:val="left"/>
            </w:pPr>
          </w:p>
        </w:tc>
        <w:tc>
          <w:tcPr>
            <w:tcW w:type="dxa" w:w="1591"/>
          </w:tcPr>
          <w:p>
            <w:pPr>
              <w:spacing w:after="0"/>
              <w:jc w:val="left"/>
            </w:pPr>
            <w:r>
              <w:rPr>
                <w:sz w:val="16"/>
              </w:rPr>
              <w:t>Blizzard, 1997-01-09, $1,530,000 property; crops not reported, reported for the zone (1997 dollars), 2 direct injuries (reported for the zone); NWS zone NDZ036 (KIDDER), zone-level: may include parts of neighboring counties</w:t>
            </w:r>
          </w:p>
        </w:tc>
        <w:tc>
          <w:tcPr>
            <w:tcW w:type="dxa" w:w="1647"/>
          </w:tcPr>
          <w:p>
            <w:pPr>
              <w:spacing w:after="0"/>
              <w:jc w:val="left"/>
            </w:pPr>
          </w:p>
        </w:tc>
        <w:tc>
          <w:tcPr>
            <w:tcW w:type="dxa" w:w="1715"/>
          </w:tcPr>
          <w:p>
            <w:pPr>
              <w:spacing w:after="0"/>
              <w:jc w:val="left"/>
            </w:pPr>
            <w:r>
              <w:rPr>
                <w:sz w:val="16"/>
              </w:rPr>
              <w:t>Zone-level records: applies countywide; national data do not locate these events within the county.</w:t>
            </w:r>
          </w:p>
        </w:tc>
        <w:tc>
          <w:tcPr>
            <w:tcW w:type="dxa" w:w="2371"/>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26</w:t>
      </w:r>
    </w:p>
    <w:p>
      <w:pPr>
        <w:keepNext/>
        <w:spacing w:after="40" w:before="0"/>
      </w:pPr>
      <w:r>
        <w:rPr>
          <w:b/>
        </w:rPr>
        <w:t xml:space="preserve">Counted incidents: </w:t>
      </w:r>
      <w:r>
        <w:rPr/>
        <w:t>23</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91"/>
        <w:gridCol w:w="3633"/>
        <w:gridCol w:w="2040"/>
        <w:gridCol w:w="1401"/>
        <w:gridCol w:w="1751"/>
        <w:gridCol w:w="88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91"/>
            <w:shd w:val="clear" w:color="auto" w:fill="E8E8E8"/>
          </w:tcPr>
          <w:p>
            <w:pPr>
              <w:spacing w:after="0"/>
              <w:jc w:val="left"/>
            </w:pPr>
            <w:r>
              <w:rPr>
                <w:b/>
                <w:sz w:val="16"/>
              </w:rPr>
              <w:t>Type</w:t>
            </w:r>
          </w:p>
        </w:tc>
        <w:tc>
          <w:tcPr>
            <w:tcW w:type="dxa" w:w="3633"/>
            <w:shd w:val="clear" w:color="auto" w:fill="E8E8E8"/>
          </w:tcPr>
          <w:p>
            <w:pPr>
              <w:spacing w:after="0"/>
              <w:jc w:val="left"/>
            </w:pPr>
            <w:r>
              <w:rPr>
                <w:b/>
                <w:sz w:val="16"/>
              </w:rPr>
              <w:t>Title</w:t>
            </w:r>
          </w:p>
        </w:tc>
        <w:tc>
          <w:tcPr>
            <w:tcW w:type="dxa" w:w="2040"/>
            <w:shd w:val="clear" w:color="auto" w:fill="E8E8E8"/>
          </w:tcPr>
          <w:p>
            <w:pPr>
              <w:spacing w:after="0"/>
              <w:jc w:val="left"/>
            </w:pPr>
            <w:r>
              <w:rPr>
                <w:b/>
                <w:sz w:val="16"/>
              </w:rPr>
              <w:t>Mapped hazard</w:t>
            </w:r>
          </w:p>
        </w:tc>
        <w:tc>
          <w:tcPr>
            <w:tcW w:type="dxa" w:w="140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751"/>
            <w:shd w:val="clear" w:color="auto" w:fill="E8E8E8"/>
          </w:tcPr>
          <w:p>
            <w:pPr>
              <w:spacing w:after="0"/>
              <w:jc w:val="left"/>
            </w:pPr>
            <w:r>
              <w:rPr>
                <w:b/>
                <w:sz w:val="16"/>
              </w:rPr>
              <w:t>Flags</w:t>
            </w:r>
          </w:p>
        </w:tc>
        <w:tc>
          <w:tcPr>
            <w:tcW w:type="dxa" w:w="886"/>
            <w:shd w:val="clear" w:color="auto" w:fill="E8E8E8"/>
          </w:tcPr>
          <w:p>
            <w:pPr>
              <w:spacing w:after="0"/>
              <w:jc w:val="left"/>
            </w:pPr>
            <w:r>
              <w:rPr>
                <w:b/>
                <w:sz w:val="16"/>
              </w:rPr>
              <w:t>Notes</w:t>
            </w:r>
          </w:p>
        </w:tc>
      </w:tr>
      <w:tr>
        <w:trPr>
          <w:cantSplit/>
        </w:trPr>
        <w:tc>
          <w:tcPr>
            <w:tcW w:type="dxa" w:w="1037"/>
          </w:tcPr>
          <w:p>
            <w:pPr>
              <w:spacing w:after="0"/>
              <w:jc w:val="left"/>
            </w:pPr>
            <w:r>
              <w:rPr>
                <w:sz w:val="16"/>
              </w:rPr>
              <w:t>2025-10-22</w:t>
            </w:r>
          </w:p>
        </w:tc>
        <w:tc>
          <w:tcPr>
            <w:tcW w:type="dxa" w:w="1037"/>
          </w:tcPr>
          <w:p>
            <w:pPr>
              <w:spacing w:after="0"/>
              <w:jc w:val="left"/>
            </w:pPr>
            <w:r>
              <w:rPr>
                <w:sz w:val="16"/>
              </w:rPr>
              <w:t>2025-08-07</w:t>
            </w:r>
          </w:p>
        </w:tc>
        <w:tc>
          <w:tcPr>
            <w:tcW w:type="dxa" w:w="1037"/>
          </w:tcPr>
          <w:p>
            <w:pPr>
              <w:spacing w:after="0"/>
              <w:jc w:val="left"/>
            </w:pPr>
            <w:r>
              <w:rPr>
                <w:sz w:val="16"/>
              </w:rPr>
              <w:t>DR-4895-ND</w:t>
            </w:r>
          </w:p>
        </w:tc>
        <w:tc>
          <w:tcPr>
            <w:tcW w:type="dxa" w:w="1291"/>
          </w:tcPr>
          <w:p>
            <w:pPr>
              <w:spacing w:after="0"/>
              <w:jc w:val="left"/>
            </w:pPr>
            <w:r>
              <w:rPr>
                <w:sz w:val="16"/>
              </w:rPr>
              <w:t>Major disaster</w:t>
            </w:r>
          </w:p>
        </w:tc>
        <w:tc>
          <w:tcPr>
            <w:tcW w:type="dxa" w:w="3633"/>
          </w:tcPr>
          <w:p>
            <w:pPr>
              <w:spacing w:after="0"/>
              <w:jc w:val="left"/>
            </w:pPr>
            <w:r>
              <w:rPr>
                <w:sz w:val="16"/>
              </w:rPr>
              <w:t>SEVERE STORMS, STRAIGHT-LINE WINDS, AND TORNADOES</w:t>
            </w:r>
          </w:p>
        </w:tc>
        <w:tc>
          <w:tcPr>
            <w:tcW w:type="dxa" w:w="2040"/>
          </w:tcPr>
          <w:p>
            <w:pPr>
              <w:spacing w:after="0"/>
              <w:jc w:val="left"/>
            </w:pPr>
            <w:r>
              <w:rPr>
                <w:sz w:val="16"/>
              </w:rPr>
              <w:t>Strong Wind; Tornado</w:t>
            </w:r>
          </w:p>
        </w:tc>
        <w:tc>
          <w:tcPr>
            <w:tcW w:type="dxa" w:w="1401"/>
          </w:tcPr>
          <w:p>
            <w:pPr>
              <w:spacing w:after="0"/>
              <w:jc w:val="right"/>
            </w:pPr>
            <w:r>
              <w:rPr>
                <w:sz w:val="16"/>
              </w:rPr>
              <w:t>none found</w:t>
            </w:r>
          </w:p>
        </w:tc>
        <w:tc>
          <w:tcPr>
            <w:tcW w:type="dxa" w:w="1751"/>
          </w:tcPr>
          <w:p>
            <w:pPr>
              <w:spacing w:after="0"/>
              <w:jc w:val="left"/>
            </w:pPr>
            <w:r>
              <w:rPr>
                <w:sz w:val="16"/>
              </w:rPr>
              <w:t>new since last plan; within last 5 years</w:t>
            </w:r>
          </w:p>
        </w:tc>
        <w:tc>
          <w:tcPr>
            <w:tcW w:type="dxa" w:w="886"/>
          </w:tcPr>
          <w:p>
            <w:pPr>
              <w:spacing w:after="0"/>
              <w:jc w:val="left"/>
            </w:pPr>
          </w:p>
        </w:tc>
      </w:tr>
      <w:tr>
        <w:trPr>
          <w:cantSplit/>
        </w:trPr>
        <w:tc>
          <w:tcPr>
            <w:tcW w:type="dxa" w:w="1037"/>
          </w:tcPr>
          <w:p>
            <w:pPr>
              <w:spacing w:after="0"/>
              <w:jc w:val="left"/>
            </w:pPr>
            <w:r>
              <w:rPr>
                <w:sz w:val="16"/>
              </w:rPr>
              <w:t>2025-09-11</w:t>
            </w:r>
          </w:p>
        </w:tc>
        <w:tc>
          <w:tcPr>
            <w:tcW w:type="dxa" w:w="1037"/>
          </w:tcPr>
          <w:p>
            <w:pPr>
              <w:spacing w:after="0"/>
              <w:jc w:val="left"/>
            </w:pPr>
            <w:r>
              <w:rPr>
                <w:sz w:val="16"/>
              </w:rPr>
              <w:t>2025-06-20</w:t>
            </w:r>
          </w:p>
        </w:tc>
        <w:tc>
          <w:tcPr>
            <w:tcW w:type="dxa" w:w="1037"/>
          </w:tcPr>
          <w:p>
            <w:pPr>
              <w:spacing w:after="0"/>
              <w:jc w:val="left"/>
            </w:pPr>
            <w:r>
              <w:rPr>
                <w:sz w:val="16"/>
              </w:rPr>
              <w:t>DR-4888-ND</w:t>
            </w:r>
          </w:p>
        </w:tc>
        <w:tc>
          <w:tcPr>
            <w:tcW w:type="dxa" w:w="1291"/>
          </w:tcPr>
          <w:p>
            <w:pPr>
              <w:spacing w:after="0"/>
              <w:jc w:val="left"/>
            </w:pPr>
            <w:r>
              <w:rPr>
                <w:sz w:val="16"/>
              </w:rPr>
              <w:t>Major disaster</w:t>
            </w:r>
          </w:p>
        </w:tc>
        <w:tc>
          <w:tcPr>
            <w:tcW w:type="dxa" w:w="3633"/>
          </w:tcPr>
          <w:p>
            <w:pPr>
              <w:spacing w:after="0"/>
              <w:jc w:val="left"/>
            </w:pPr>
            <w:r>
              <w:rPr>
                <w:sz w:val="16"/>
              </w:rPr>
              <w:t>SEVERE STORM, TORNADOES, AND STRAIGHT-LINE WINDS</w:t>
            </w:r>
          </w:p>
        </w:tc>
        <w:tc>
          <w:tcPr>
            <w:tcW w:type="dxa" w:w="2040"/>
          </w:tcPr>
          <w:p>
            <w:pPr>
              <w:spacing w:after="0"/>
              <w:jc w:val="left"/>
            </w:pPr>
            <w:r>
              <w:rPr>
                <w:sz w:val="16"/>
              </w:rPr>
              <w:t>Strong Wind; Tornado</w:t>
            </w:r>
          </w:p>
        </w:tc>
        <w:tc>
          <w:tcPr>
            <w:tcW w:type="dxa" w:w="1401"/>
          </w:tcPr>
          <w:p>
            <w:pPr>
              <w:spacing w:after="0"/>
              <w:jc w:val="right"/>
            </w:pPr>
            <w:r>
              <w:rPr>
                <w:sz w:val="16"/>
              </w:rPr>
              <w:t>$392,396.43</w:t>
            </w:r>
          </w:p>
        </w:tc>
        <w:tc>
          <w:tcPr>
            <w:tcW w:type="dxa" w:w="1751"/>
          </w:tcPr>
          <w:p>
            <w:pPr>
              <w:spacing w:after="0"/>
              <w:jc w:val="left"/>
            </w:pPr>
            <w:r>
              <w:rPr>
                <w:sz w:val="16"/>
              </w:rPr>
              <w:t>new since last plan; within last 5 years</w:t>
            </w:r>
          </w:p>
        </w:tc>
        <w:tc>
          <w:tcPr>
            <w:tcW w:type="dxa" w:w="886"/>
          </w:tcPr>
          <w:p>
            <w:pPr>
              <w:spacing w:after="0"/>
              <w:jc w:val="left"/>
            </w:pPr>
          </w:p>
        </w:tc>
      </w:tr>
      <w:tr>
        <w:trPr>
          <w:cantSplit/>
        </w:trPr>
        <w:tc>
          <w:tcPr>
            <w:tcW w:type="dxa" w:w="1037"/>
          </w:tcPr>
          <w:p>
            <w:pPr>
              <w:spacing w:after="0"/>
              <w:jc w:val="left"/>
            </w:pPr>
            <w:r>
              <w:rPr>
                <w:sz w:val="16"/>
              </w:rPr>
              <w:t>2023-02-05</w:t>
            </w:r>
          </w:p>
        </w:tc>
        <w:tc>
          <w:tcPr>
            <w:tcW w:type="dxa" w:w="1037"/>
          </w:tcPr>
          <w:p>
            <w:pPr>
              <w:spacing w:after="0"/>
              <w:jc w:val="left"/>
            </w:pPr>
            <w:r>
              <w:rPr>
                <w:sz w:val="16"/>
              </w:rPr>
              <w:t>2022-11-09</w:t>
            </w:r>
          </w:p>
        </w:tc>
        <w:tc>
          <w:tcPr>
            <w:tcW w:type="dxa" w:w="1037"/>
          </w:tcPr>
          <w:p>
            <w:pPr>
              <w:spacing w:after="0"/>
              <w:jc w:val="left"/>
            </w:pPr>
            <w:r>
              <w:rPr>
                <w:sz w:val="16"/>
              </w:rPr>
              <w:t>DR-4686-ND</w:t>
            </w:r>
          </w:p>
        </w:tc>
        <w:tc>
          <w:tcPr>
            <w:tcW w:type="dxa" w:w="1291"/>
          </w:tcPr>
          <w:p>
            <w:pPr>
              <w:spacing w:after="0"/>
              <w:jc w:val="left"/>
            </w:pPr>
            <w:r>
              <w:rPr>
                <w:sz w:val="16"/>
              </w:rPr>
              <w:t>Major disaster</w:t>
            </w:r>
          </w:p>
        </w:tc>
        <w:tc>
          <w:tcPr>
            <w:tcW w:type="dxa" w:w="3633"/>
          </w:tcPr>
          <w:p>
            <w:pPr>
              <w:spacing w:after="0"/>
              <w:jc w:val="left"/>
            </w:pPr>
            <w:r>
              <w:rPr>
                <w:sz w:val="16"/>
              </w:rPr>
              <w:t>SEVERE WINTER STORM, SNOWSTORM, AND STRAIGHT-LINE WINDS</w:t>
            </w:r>
          </w:p>
        </w:tc>
        <w:tc>
          <w:tcPr>
            <w:tcW w:type="dxa" w:w="2040"/>
          </w:tcPr>
          <w:p>
            <w:pPr>
              <w:spacing w:after="0"/>
              <w:jc w:val="left"/>
            </w:pPr>
            <w:r>
              <w:rPr>
                <w:sz w:val="16"/>
              </w:rPr>
              <w:t>Winter Weather (primary); also designated: Strong Wind</w:t>
            </w:r>
          </w:p>
        </w:tc>
        <w:tc>
          <w:tcPr>
            <w:tcW w:type="dxa" w:w="1401"/>
          </w:tcPr>
          <w:p>
            <w:pPr>
              <w:spacing w:after="0"/>
              <w:jc w:val="right"/>
            </w:pPr>
            <w:r>
              <w:rPr>
                <w:sz w:val="16"/>
              </w:rPr>
              <w:t>$8,317.79</w:t>
            </w:r>
          </w:p>
        </w:tc>
        <w:tc>
          <w:tcPr>
            <w:tcW w:type="dxa" w:w="1751"/>
          </w:tcPr>
          <w:p>
            <w:pPr>
              <w:spacing w:after="0"/>
              <w:jc w:val="left"/>
            </w:pPr>
            <w:r>
              <w:rPr>
                <w:sz w:val="16"/>
              </w:rPr>
              <w:t>new since last plan; within last 5 years</w:t>
            </w:r>
          </w:p>
        </w:tc>
        <w:tc>
          <w:tcPr>
            <w:tcW w:type="dxa" w:w="886"/>
          </w:tcPr>
          <w:p>
            <w:pPr>
              <w:spacing w:after="0"/>
              <w:jc w:val="left"/>
            </w:pPr>
          </w:p>
        </w:tc>
      </w:tr>
      <w:tr>
        <w:trPr>
          <w:cantSplit/>
        </w:trPr>
        <w:tc>
          <w:tcPr>
            <w:tcW w:type="dxa" w:w="1037"/>
          </w:tcPr>
          <w:p>
            <w:pPr>
              <w:spacing w:after="0"/>
              <w:jc w:val="left"/>
            </w:pPr>
            <w:r>
              <w:rPr>
                <w:sz w:val="16"/>
              </w:rPr>
              <w:t>2022-07-13</w:t>
            </w:r>
          </w:p>
        </w:tc>
        <w:tc>
          <w:tcPr>
            <w:tcW w:type="dxa" w:w="1037"/>
          </w:tcPr>
          <w:p>
            <w:pPr>
              <w:spacing w:after="0"/>
              <w:jc w:val="left"/>
            </w:pPr>
            <w:r>
              <w:rPr>
                <w:sz w:val="16"/>
              </w:rPr>
              <w:t>2022-04-22</w:t>
            </w:r>
          </w:p>
        </w:tc>
        <w:tc>
          <w:tcPr>
            <w:tcW w:type="dxa" w:w="1037"/>
          </w:tcPr>
          <w:p>
            <w:pPr>
              <w:spacing w:after="0"/>
              <w:jc w:val="left"/>
            </w:pPr>
            <w:r>
              <w:rPr>
                <w:sz w:val="16"/>
              </w:rPr>
              <w:t>DR-4660-ND</w:t>
            </w:r>
          </w:p>
        </w:tc>
        <w:tc>
          <w:tcPr>
            <w:tcW w:type="dxa" w:w="1291"/>
          </w:tcPr>
          <w:p>
            <w:pPr>
              <w:spacing w:after="0"/>
              <w:jc w:val="left"/>
            </w:pPr>
            <w:r>
              <w:rPr>
                <w:sz w:val="16"/>
              </w:rPr>
              <w:t>Major disaster</w:t>
            </w:r>
          </w:p>
        </w:tc>
        <w:tc>
          <w:tcPr>
            <w:tcW w:type="dxa" w:w="3633"/>
          </w:tcPr>
          <w:p>
            <w:pPr>
              <w:spacing w:after="0"/>
              <w:jc w:val="left"/>
            </w:pPr>
            <w:r>
              <w:rPr>
                <w:sz w:val="16"/>
              </w:rPr>
              <w:t>SEVERE WINTER STORM AND FLOODING</w:t>
            </w:r>
          </w:p>
        </w:tc>
        <w:tc>
          <w:tcPr>
            <w:tcW w:type="dxa" w:w="2040"/>
          </w:tcPr>
          <w:p>
            <w:pPr>
              <w:spacing w:after="0"/>
              <w:jc w:val="left"/>
            </w:pPr>
            <w:r>
              <w:rPr>
                <w:sz w:val="16"/>
              </w:rPr>
              <w:t>Inland Flooding; Winter Weather</w:t>
            </w:r>
          </w:p>
        </w:tc>
        <w:tc>
          <w:tcPr>
            <w:tcW w:type="dxa" w:w="1401"/>
          </w:tcPr>
          <w:p>
            <w:pPr>
              <w:spacing w:after="0"/>
              <w:jc w:val="right"/>
            </w:pPr>
            <w:r>
              <w:rPr>
                <w:sz w:val="16"/>
              </w:rPr>
              <w:t>$127,765.53</w:t>
            </w:r>
          </w:p>
        </w:tc>
        <w:tc>
          <w:tcPr>
            <w:tcW w:type="dxa" w:w="1751"/>
          </w:tcPr>
          <w:p>
            <w:pPr>
              <w:spacing w:after="0"/>
              <w:jc w:val="left"/>
            </w:pPr>
            <w:r>
              <w:rPr>
                <w:sz w:val="16"/>
              </w:rPr>
              <w:t>new since last plan; within last 5 years</w:t>
            </w:r>
          </w:p>
        </w:tc>
        <w:tc>
          <w:tcPr>
            <w:tcW w:type="dxa" w:w="886"/>
          </w:tcPr>
          <w:p>
            <w:pPr>
              <w:spacing w:after="0"/>
              <w:jc w:val="left"/>
            </w:pPr>
          </w:p>
        </w:tc>
      </w:tr>
      <w:tr>
        <w:trPr>
          <w:cantSplit/>
        </w:trPr>
        <w:tc>
          <w:tcPr>
            <w:tcW w:type="dxa" w:w="1037"/>
          </w:tcPr>
          <w:p>
            <w:pPr>
              <w:spacing w:after="0"/>
              <w:jc w:val="left"/>
            </w:pPr>
            <w:r>
              <w:rPr>
                <w:sz w:val="16"/>
              </w:rPr>
              <w:t>2021-09-01</w:t>
            </w:r>
          </w:p>
        </w:tc>
        <w:tc>
          <w:tcPr>
            <w:tcW w:type="dxa" w:w="1037"/>
          </w:tcPr>
          <w:p>
            <w:pPr>
              <w:spacing w:after="0"/>
              <w:jc w:val="left"/>
            </w:pPr>
            <w:r>
              <w:rPr>
                <w:sz w:val="16"/>
              </w:rPr>
              <w:t>2021-06-07</w:t>
            </w:r>
          </w:p>
        </w:tc>
        <w:tc>
          <w:tcPr>
            <w:tcW w:type="dxa" w:w="1037"/>
          </w:tcPr>
          <w:p>
            <w:pPr>
              <w:spacing w:after="0"/>
              <w:jc w:val="left"/>
            </w:pPr>
            <w:r>
              <w:rPr>
                <w:sz w:val="16"/>
              </w:rPr>
              <w:t>DR-4613-ND</w:t>
            </w:r>
          </w:p>
        </w:tc>
        <w:tc>
          <w:tcPr>
            <w:tcW w:type="dxa" w:w="1291"/>
          </w:tcPr>
          <w:p>
            <w:pPr>
              <w:spacing w:after="0"/>
              <w:jc w:val="left"/>
            </w:pPr>
            <w:r>
              <w:rPr>
                <w:sz w:val="16"/>
              </w:rPr>
              <w:t>Major disaster</w:t>
            </w:r>
          </w:p>
        </w:tc>
        <w:tc>
          <w:tcPr>
            <w:tcW w:type="dxa" w:w="3633"/>
          </w:tcPr>
          <w:p>
            <w:pPr>
              <w:spacing w:after="0"/>
              <w:jc w:val="left"/>
            </w:pPr>
            <w:r>
              <w:rPr>
                <w:sz w:val="16"/>
              </w:rPr>
              <w:t>SEVERE STORM, STRAIGHT-LINE WINDS, AND FLOODING</w:t>
            </w:r>
          </w:p>
        </w:tc>
        <w:tc>
          <w:tcPr>
            <w:tcW w:type="dxa" w:w="2040"/>
          </w:tcPr>
          <w:p>
            <w:pPr>
              <w:spacing w:after="0"/>
              <w:jc w:val="left"/>
            </w:pPr>
            <w:r>
              <w:rPr>
                <w:sz w:val="16"/>
              </w:rPr>
              <w:t>Inland Flooding; Strong Wind</w:t>
            </w:r>
          </w:p>
        </w:tc>
        <w:tc>
          <w:tcPr>
            <w:tcW w:type="dxa" w:w="1401"/>
          </w:tcPr>
          <w:p>
            <w:pPr>
              <w:spacing w:after="0"/>
              <w:jc w:val="right"/>
            </w:pPr>
            <w:r>
              <w:rPr>
                <w:sz w:val="16"/>
              </w:rPr>
              <w:t>$21,547.36</w:t>
            </w:r>
          </w:p>
        </w:tc>
        <w:tc>
          <w:tcPr>
            <w:tcW w:type="dxa" w:w="1751"/>
          </w:tcPr>
          <w:p>
            <w:pPr>
              <w:spacing w:after="0"/>
              <w:jc w:val="left"/>
            </w:pPr>
            <w:r>
              <w:rPr>
                <w:sz w:val="16"/>
              </w:rPr>
              <w:t>during plan review, check whether your last plan included it</w:t>
            </w:r>
          </w:p>
        </w:tc>
        <w:tc>
          <w:tcPr>
            <w:tcW w:type="dxa" w:w="886"/>
          </w:tcPr>
          <w:p>
            <w:pPr>
              <w:spacing w:after="0"/>
              <w:jc w:val="left"/>
            </w:pPr>
          </w:p>
        </w:tc>
      </w:tr>
      <w:tr>
        <w:trPr>
          <w:cantSplit/>
        </w:trPr>
        <w:tc>
          <w:tcPr>
            <w:tcW w:type="dxa" w:w="1037"/>
          </w:tcPr>
          <w:p>
            <w:pPr>
              <w:spacing w:after="0"/>
              <w:jc w:val="left"/>
            </w:pPr>
            <w:r>
              <w:rPr>
                <w:sz w:val="16"/>
              </w:rPr>
              <w:t>2020-07-09</w:t>
            </w:r>
          </w:p>
        </w:tc>
        <w:tc>
          <w:tcPr>
            <w:tcW w:type="dxa" w:w="1037"/>
          </w:tcPr>
          <w:p>
            <w:pPr>
              <w:spacing w:after="0"/>
              <w:jc w:val="left"/>
            </w:pPr>
            <w:r>
              <w:rPr>
                <w:sz w:val="16"/>
              </w:rPr>
              <w:t>2020-04-01</w:t>
            </w:r>
          </w:p>
        </w:tc>
        <w:tc>
          <w:tcPr>
            <w:tcW w:type="dxa" w:w="1037"/>
          </w:tcPr>
          <w:p>
            <w:pPr>
              <w:spacing w:after="0"/>
              <w:jc w:val="left"/>
            </w:pPr>
            <w:r>
              <w:rPr>
                <w:sz w:val="16"/>
              </w:rPr>
              <w:t>DR-4553-ND</w:t>
            </w:r>
          </w:p>
        </w:tc>
        <w:tc>
          <w:tcPr>
            <w:tcW w:type="dxa" w:w="1291"/>
          </w:tcPr>
          <w:p>
            <w:pPr>
              <w:spacing w:after="0"/>
              <w:jc w:val="left"/>
            </w:pPr>
            <w:r>
              <w:rPr>
                <w:sz w:val="16"/>
              </w:rPr>
              <w:t>Major disaster</w:t>
            </w:r>
          </w:p>
        </w:tc>
        <w:tc>
          <w:tcPr>
            <w:tcW w:type="dxa" w:w="3633"/>
          </w:tcPr>
          <w:p>
            <w:pPr>
              <w:spacing w:after="0"/>
              <w:jc w:val="left"/>
            </w:pPr>
            <w:r>
              <w:rPr>
                <w:sz w:val="16"/>
              </w:rPr>
              <w:t>FLOODING</w:t>
            </w:r>
          </w:p>
        </w:tc>
        <w:tc>
          <w:tcPr>
            <w:tcW w:type="dxa" w:w="2040"/>
          </w:tcPr>
          <w:p>
            <w:pPr>
              <w:spacing w:after="0"/>
              <w:jc w:val="left"/>
            </w:pPr>
            <w:r>
              <w:rPr>
                <w:sz w:val="16"/>
              </w:rPr>
              <w:t>Inland Flooding</w:t>
            </w:r>
          </w:p>
        </w:tc>
        <w:tc>
          <w:tcPr>
            <w:tcW w:type="dxa" w:w="1401"/>
          </w:tcPr>
          <w:p>
            <w:pPr>
              <w:spacing w:after="0"/>
              <w:jc w:val="right"/>
            </w:pPr>
            <w:r>
              <w:rPr>
                <w:sz w:val="16"/>
              </w:rPr>
              <w:t>$823,133.54</w:t>
            </w:r>
          </w:p>
        </w:tc>
        <w:tc>
          <w:tcPr>
            <w:tcW w:type="dxa" w:w="1751"/>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2020-04-01</w:t>
            </w:r>
          </w:p>
        </w:tc>
        <w:tc>
          <w:tcPr>
            <w:tcW w:type="dxa" w:w="1037"/>
          </w:tcPr>
          <w:p>
            <w:pPr>
              <w:spacing w:after="0"/>
              <w:jc w:val="left"/>
            </w:pPr>
            <w:r>
              <w:rPr>
                <w:sz w:val="16"/>
              </w:rPr>
              <w:t>2020-01-20</w:t>
            </w:r>
          </w:p>
        </w:tc>
        <w:tc>
          <w:tcPr>
            <w:tcW w:type="dxa" w:w="1037"/>
          </w:tcPr>
          <w:p>
            <w:pPr>
              <w:spacing w:after="0"/>
              <w:jc w:val="left"/>
            </w:pPr>
            <w:r>
              <w:rPr>
                <w:sz w:val="16"/>
              </w:rPr>
              <w:t>DR-4509-ND</w:t>
            </w:r>
          </w:p>
        </w:tc>
        <w:tc>
          <w:tcPr>
            <w:tcW w:type="dxa" w:w="1291"/>
          </w:tcPr>
          <w:p>
            <w:pPr>
              <w:spacing w:after="0"/>
              <w:jc w:val="left"/>
            </w:pPr>
            <w:r>
              <w:rPr>
                <w:sz w:val="16"/>
              </w:rPr>
              <w:t>Major disaster</w:t>
            </w:r>
          </w:p>
        </w:tc>
        <w:tc>
          <w:tcPr>
            <w:tcW w:type="dxa" w:w="3633"/>
          </w:tcPr>
          <w:p>
            <w:pPr>
              <w:spacing w:after="0"/>
              <w:jc w:val="left"/>
            </w:pPr>
            <w:r>
              <w:rPr>
                <w:sz w:val="16"/>
              </w:rPr>
              <w:t>COVID-19 PANDEMIC</w:t>
            </w:r>
          </w:p>
        </w:tc>
        <w:tc>
          <w:tcPr>
            <w:tcW w:type="dxa" w:w="2040"/>
          </w:tcPr>
          <w:p>
            <w:pPr>
              <w:spacing w:after="0"/>
              <w:jc w:val="left"/>
            </w:pPr>
            <w:r>
              <w:rPr>
                <w:sz w:val="16"/>
              </w:rPr>
              <w:t>Non-natural, not counted</w:t>
            </w:r>
          </w:p>
        </w:tc>
        <w:tc>
          <w:tcPr>
            <w:tcW w:type="dxa" w:w="1401"/>
          </w:tcPr>
          <w:p>
            <w:pPr>
              <w:spacing w:after="0"/>
              <w:jc w:val="right"/>
            </w:pPr>
            <w:r>
              <w:rPr>
                <w:sz w:val="16"/>
              </w:rPr>
              <w:t>none found</w:t>
            </w:r>
          </w:p>
        </w:tc>
        <w:tc>
          <w:tcPr>
            <w:tcW w:type="dxa" w:w="1751"/>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EM-3477-ND</w:t>
            </w:r>
          </w:p>
        </w:tc>
        <w:tc>
          <w:tcPr>
            <w:tcW w:type="dxa" w:w="1291"/>
          </w:tcPr>
          <w:p>
            <w:pPr>
              <w:spacing w:after="0"/>
              <w:jc w:val="left"/>
            </w:pPr>
            <w:r>
              <w:rPr>
                <w:sz w:val="16"/>
              </w:rPr>
              <w:t>Emergency</w:t>
            </w:r>
          </w:p>
        </w:tc>
        <w:tc>
          <w:tcPr>
            <w:tcW w:type="dxa" w:w="3633"/>
          </w:tcPr>
          <w:p>
            <w:pPr>
              <w:spacing w:after="0"/>
              <w:jc w:val="left"/>
            </w:pPr>
            <w:r>
              <w:rPr>
                <w:sz w:val="16"/>
              </w:rPr>
              <w:t>COVID-19</w:t>
            </w:r>
          </w:p>
        </w:tc>
        <w:tc>
          <w:tcPr>
            <w:tcW w:type="dxa" w:w="2040"/>
          </w:tcPr>
          <w:p>
            <w:pPr>
              <w:spacing w:after="0"/>
              <w:jc w:val="left"/>
            </w:pPr>
            <w:r>
              <w:rPr>
                <w:sz w:val="16"/>
              </w:rPr>
              <w:t>Non-natural, not counted</w:t>
            </w:r>
          </w:p>
        </w:tc>
        <w:tc>
          <w:tcPr>
            <w:tcW w:type="dxa" w:w="1401"/>
          </w:tcPr>
          <w:p>
            <w:pPr>
              <w:spacing w:after="0"/>
              <w:jc w:val="right"/>
            </w:pPr>
            <w:r>
              <w:rPr>
                <w:sz w:val="16"/>
              </w:rPr>
              <w:t>none found</w:t>
            </w:r>
          </w:p>
        </w:tc>
        <w:tc>
          <w:tcPr>
            <w:tcW w:type="dxa" w:w="1751"/>
          </w:tcPr>
          <w:p>
            <w:pPr>
              <w:spacing w:after="0"/>
              <w:jc w:val="left"/>
            </w:pPr>
          </w:p>
        </w:tc>
        <w:tc>
          <w:tcPr>
            <w:tcW w:type="dxa" w:w="886"/>
          </w:tcPr>
          <w:p>
            <w:pPr>
              <w:spacing w:after="0"/>
              <w:jc w:val="left"/>
            </w:pPr>
            <w:r>
              <w:rPr>
                <w:sz w:val="16"/>
              </w:rPr>
              <w:t>same incident as DR-4509</w:t>
            </w:r>
          </w:p>
        </w:tc>
      </w:tr>
      <w:tr>
        <w:trPr>
          <w:cantSplit/>
        </w:trPr>
        <w:tc>
          <w:tcPr>
            <w:tcW w:type="dxa" w:w="1037"/>
          </w:tcPr>
          <w:p>
            <w:pPr>
              <w:spacing w:after="0"/>
              <w:jc w:val="left"/>
            </w:pPr>
            <w:r>
              <w:rPr>
                <w:sz w:val="16"/>
              </w:rPr>
              <w:t>2020-01-21</w:t>
            </w:r>
          </w:p>
        </w:tc>
        <w:tc>
          <w:tcPr>
            <w:tcW w:type="dxa" w:w="1037"/>
          </w:tcPr>
          <w:p>
            <w:pPr>
              <w:spacing w:after="0"/>
              <w:jc w:val="left"/>
            </w:pPr>
            <w:r>
              <w:rPr>
                <w:sz w:val="16"/>
              </w:rPr>
              <w:t>2019-10-09</w:t>
            </w:r>
          </w:p>
        </w:tc>
        <w:tc>
          <w:tcPr>
            <w:tcW w:type="dxa" w:w="1037"/>
          </w:tcPr>
          <w:p>
            <w:pPr>
              <w:spacing w:after="0"/>
              <w:jc w:val="left"/>
            </w:pPr>
            <w:r>
              <w:rPr>
                <w:sz w:val="16"/>
              </w:rPr>
              <w:t>DR-4475-ND</w:t>
            </w:r>
          </w:p>
        </w:tc>
        <w:tc>
          <w:tcPr>
            <w:tcW w:type="dxa" w:w="1291"/>
          </w:tcPr>
          <w:p>
            <w:pPr>
              <w:spacing w:after="0"/>
              <w:jc w:val="left"/>
            </w:pPr>
            <w:r>
              <w:rPr>
                <w:sz w:val="16"/>
              </w:rPr>
              <w:t>Major disaster</w:t>
            </w:r>
          </w:p>
        </w:tc>
        <w:tc>
          <w:tcPr>
            <w:tcW w:type="dxa" w:w="3633"/>
          </w:tcPr>
          <w:p>
            <w:pPr>
              <w:spacing w:after="0"/>
              <w:jc w:val="left"/>
            </w:pPr>
            <w:r>
              <w:rPr>
                <w:sz w:val="16"/>
              </w:rPr>
              <w:t>FLOODING</w:t>
            </w:r>
          </w:p>
        </w:tc>
        <w:tc>
          <w:tcPr>
            <w:tcW w:type="dxa" w:w="2040"/>
          </w:tcPr>
          <w:p>
            <w:pPr>
              <w:spacing w:after="0"/>
              <w:jc w:val="left"/>
            </w:pPr>
            <w:r>
              <w:rPr>
                <w:sz w:val="16"/>
              </w:rPr>
              <w:t>Inland Flooding</w:t>
            </w:r>
          </w:p>
        </w:tc>
        <w:tc>
          <w:tcPr>
            <w:tcW w:type="dxa" w:w="1401"/>
          </w:tcPr>
          <w:p>
            <w:pPr>
              <w:spacing w:after="0"/>
              <w:jc w:val="right"/>
            </w:pPr>
            <w:r>
              <w:rPr>
                <w:sz w:val="16"/>
              </w:rPr>
              <w:t>$1,243,019.10</w:t>
            </w:r>
          </w:p>
        </w:tc>
        <w:tc>
          <w:tcPr>
            <w:tcW w:type="dxa" w:w="1751"/>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2013-07-12</w:t>
            </w:r>
          </w:p>
        </w:tc>
        <w:tc>
          <w:tcPr>
            <w:tcW w:type="dxa" w:w="1037"/>
          </w:tcPr>
          <w:p>
            <w:pPr>
              <w:spacing w:after="0"/>
              <w:jc w:val="left"/>
            </w:pPr>
            <w:r>
              <w:rPr>
                <w:sz w:val="16"/>
              </w:rPr>
              <w:t>2013-05-17</w:t>
            </w:r>
          </w:p>
        </w:tc>
        <w:tc>
          <w:tcPr>
            <w:tcW w:type="dxa" w:w="1037"/>
          </w:tcPr>
          <w:p>
            <w:pPr>
              <w:spacing w:after="0"/>
              <w:jc w:val="left"/>
            </w:pPr>
            <w:r>
              <w:rPr>
                <w:sz w:val="16"/>
              </w:rPr>
              <w:t>DR-4128-ND</w:t>
            </w:r>
          </w:p>
        </w:tc>
        <w:tc>
          <w:tcPr>
            <w:tcW w:type="dxa" w:w="1291"/>
          </w:tcPr>
          <w:p>
            <w:pPr>
              <w:spacing w:after="0"/>
              <w:jc w:val="left"/>
            </w:pPr>
            <w:r>
              <w:rPr>
                <w:sz w:val="16"/>
              </w:rPr>
              <w:t>Major disaster</w:t>
            </w:r>
          </w:p>
        </w:tc>
        <w:tc>
          <w:tcPr>
            <w:tcW w:type="dxa" w:w="3633"/>
          </w:tcPr>
          <w:p>
            <w:pPr>
              <w:spacing w:after="0"/>
              <w:jc w:val="left"/>
            </w:pPr>
            <w:r>
              <w:rPr>
                <w:sz w:val="16"/>
              </w:rPr>
              <w:t>SEVERE STORMS AND FLOODING</w:t>
            </w:r>
          </w:p>
        </w:tc>
        <w:tc>
          <w:tcPr>
            <w:tcW w:type="dxa" w:w="2040"/>
          </w:tcPr>
          <w:p>
            <w:pPr>
              <w:spacing w:after="0"/>
              <w:jc w:val="left"/>
            </w:pPr>
            <w:r>
              <w:rPr>
                <w:sz w:val="16"/>
              </w:rPr>
              <w:t>Inland Flooding</w:t>
            </w:r>
          </w:p>
        </w:tc>
        <w:tc>
          <w:tcPr>
            <w:tcW w:type="dxa" w:w="1401"/>
          </w:tcPr>
          <w:p>
            <w:pPr>
              <w:spacing w:after="0"/>
              <w:jc w:val="right"/>
            </w:pPr>
            <w:r>
              <w:rPr>
                <w:sz w:val="16"/>
              </w:rPr>
              <w:t>$112,519.54</w:t>
            </w:r>
          </w:p>
        </w:tc>
        <w:tc>
          <w:tcPr>
            <w:tcW w:type="dxa" w:w="1751"/>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2011-05-10</w:t>
            </w:r>
          </w:p>
        </w:tc>
        <w:tc>
          <w:tcPr>
            <w:tcW w:type="dxa" w:w="1037"/>
          </w:tcPr>
          <w:p>
            <w:pPr>
              <w:spacing w:after="0"/>
              <w:jc w:val="left"/>
            </w:pPr>
            <w:r>
              <w:rPr>
                <w:sz w:val="16"/>
              </w:rPr>
              <w:t>2011-02-14</w:t>
            </w:r>
          </w:p>
        </w:tc>
        <w:tc>
          <w:tcPr>
            <w:tcW w:type="dxa" w:w="1037"/>
          </w:tcPr>
          <w:p>
            <w:pPr>
              <w:spacing w:after="0"/>
              <w:jc w:val="left"/>
            </w:pPr>
            <w:r>
              <w:rPr>
                <w:sz w:val="16"/>
              </w:rPr>
              <w:t>DR-1981-ND</w:t>
            </w:r>
          </w:p>
        </w:tc>
        <w:tc>
          <w:tcPr>
            <w:tcW w:type="dxa" w:w="1291"/>
          </w:tcPr>
          <w:p>
            <w:pPr>
              <w:spacing w:after="0"/>
              <w:jc w:val="left"/>
            </w:pPr>
            <w:r>
              <w:rPr>
                <w:sz w:val="16"/>
              </w:rPr>
              <w:t>Major disaster</w:t>
            </w:r>
          </w:p>
        </w:tc>
        <w:tc>
          <w:tcPr>
            <w:tcW w:type="dxa" w:w="3633"/>
          </w:tcPr>
          <w:p>
            <w:pPr>
              <w:spacing w:after="0"/>
              <w:jc w:val="left"/>
            </w:pPr>
            <w:r>
              <w:rPr>
                <w:sz w:val="16"/>
              </w:rPr>
              <w:t>FLOODING</w:t>
            </w:r>
          </w:p>
        </w:tc>
        <w:tc>
          <w:tcPr>
            <w:tcW w:type="dxa" w:w="2040"/>
          </w:tcPr>
          <w:p>
            <w:pPr>
              <w:spacing w:after="0"/>
              <w:jc w:val="left"/>
            </w:pPr>
            <w:r>
              <w:rPr>
                <w:sz w:val="16"/>
              </w:rPr>
              <w:t>Inland Flooding</w:t>
            </w:r>
          </w:p>
        </w:tc>
        <w:tc>
          <w:tcPr>
            <w:tcW w:type="dxa" w:w="1401"/>
          </w:tcPr>
          <w:p>
            <w:pPr>
              <w:spacing w:after="0"/>
              <w:jc w:val="right"/>
            </w:pPr>
            <w:r>
              <w:rPr>
                <w:sz w:val="16"/>
              </w:rPr>
              <w:t>$1,216,155.44</w:t>
            </w:r>
          </w:p>
        </w:tc>
        <w:tc>
          <w:tcPr>
            <w:tcW w:type="dxa" w:w="1751"/>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2010-04-30</w:t>
            </w:r>
          </w:p>
        </w:tc>
        <w:tc>
          <w:tcPr>
            <w:tcW w:type="dxa" w:w="1037"/>
          </w:tcPr>
          <w:p>
            <w:pPr>
              <w:spacing w:after="0"/>
              <w:jc w:val="left"/>
            </w:pPr>
            <w:r>
              <w:rPr>
                <w:sz w:val="16"/>
              </w:rPr>
              <w:t>2010-02-26</w:t>
            </w:r>
          </w:p>
        </w:tc>
        <w:tc>
          <w:tcPr>
            <w:tcW w:type="dxa" w:w="1037"/>
          </w:tcPr>
          <w:p>
            <w:pPr>
              <w:spacing w:after="0"/>
              <w:jc w:val="left"/>
            </w:pPr>
            <w:r>
              <w:rPr>
                <w:sz w:val="16"/>
              </w:rPr>
              <w:t>DR-1907-ND</w:t>
            </w:r>
          </w:p>
        </w:tc>
        <w:tc>
          <w:tcPr>
            <w:tcW w:type="dxa" w:w="1291"/>
          </w:tcPr>
          <w:p>
            <w:pPr>
              <w:spacing w:after="0"/>
              <w:jc w:val="left"/>
            </w:pPr>
            <w:r>
              <w:rPr>
                <w:sz w:val="16"/>
              </w:rPr>
              <w:t>Major disaster</w:t>
            </w:r>
          </w:p>
        </w:tc>
        <w:tc>
          <w:tcPr>
            <w:tcW w:type="dxa" w:w="3633"/>
          </w:tcPr>
          <w:p>
            <w:pPr>
              <w:spacing w:after="0"/>
              <w:jc w:val="left"/>
            </w:pPr>
            <w:r>
              <w:rPr>
                <w:sz w:val="16"/>
              </w:rPr>
              <w:t>FLOODING</w:t>
            </w:r>
          </w:p>
        </w:tc>
        <w:tc>
          <w:tcPr>
            <w:tcW w:type="dxa" w:w="2040"/>
          </w:tcPr>
          <w:p>
            <w:pPr>
              <w:spacing w:after="0"/>
              <w:jc w:val="left"/>
            </w:pPr>
            <w:r>
              <w:rPr>
                <w:sz w:val="16"/>
              </w:rPr>
              <w:t>Inland Flooding</w:t>
            </w:r>
          </w:p>
        </w:tc>
        <w:tc>
          <w:tcPr>
            <w:tcW w:type="dxa" w:w="1401"/>
          </w:tcPr>
          <w:p>
            <w:pPr>
              <w:spacing w:after="0"/>
              <w:jc w:val="right"/>
            </w:pPr>
            <w:r>
              <w:rPr>
                <w:sz w:val="16"/>
              </w:rPr>
              <w:t>$69,477.31</w:t>
            </w:r>
          </w:p>
        </w:tc>
        <w:tc>
          <w:tcPr>
            <w:tcW w:type="dxa" w:w="1751"/>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2009-03-24</w:t>
            </w:r>
          </w:p>
        </w:tc>
        <w:tc>
          <w:tcPr>
            <w:tcW w:type="dxa" w:w="1037"/>
          </w:tcPr>
          <w:p>
            <w:pPr>
              <w:spacing w:after="0"/>
              <w:jc w:val="left"/>
            </w:pPr>
            <w:r>
              <w:rPr>
                <w:sz w:val="16"/>
              </w:rPr>
              <w:t>2009-03-13</w:t>
            </w:r>
          </w:p>
        </w:tc>
        <w:tc>
          <w:tcPr>
            <w:tcW w:type="dxa" w:w="1037"/>
          </w:tcPr>
          <w:p>
            <w:pPr>
              <w:spacing w:after="0"/>
              <w:jc w:val="left"/>
            </w:pPr>
            <w:r>
              <w:rPr>
                <w:sz w:val="16"/>
              </w:rPr>
              <w:t>DR-1829-ND</w:t>
            </w:r>
          </w:p>
        </w:tc>
        <w:tc>
          <w:tcPr>
            <w:tcW w:type="dxa" w:w="1291"/>
          </w:tcPr>
          <w:p>
            <w:pPr>
              <w:spacing w:after="0"/>
              <w:jc w:val="left"/>
            </w:pPr>
            <w:r>
              <w:rPr>
                <w:sz w:val="16"/>
              </w:rPr>
              <w:t>Major disaster</w:t>
            </w:r>
          </w:p>
        </w:tc>
        <w:tc>
          <w:tcPr>
            <w:tcW w:type="dxa" w:w="3633"/>
          </w:tcPr>
          <w:p>
            <w:pPr>
              <w:spacing w:after="0"/>
              <w:jc w:val="left"/>
            </w:pPr>
            <w:r>
              <w:rPr>
                <w:sz w:val="16"/>
              </w:rPr>
              <w:t>SEVERE STORMS AND FLOODING</w:t>
            </w:r>
          </w:p>
        </w:tc>
        <w:tc>
          <w:tcPr>
            <w:tcW w:type="dxa" w:w="2040"/>
          </w:tcPr>
          <w:p>
            <w:pPr>
              <w:spacing w:after="0"/>
              <w:jc w:val="left"/>
            </w:pPr>
            <w:r>
              <w:rPr>
                <w:sz w:val="16"/>
              </w:rPr>
              <w:t>Inland Flooding</w:t>
            </w:r>
          </w:p>
        </w:tc>
        <w:tc>
          <w:tcPr>
            <w:tcW w:type="dxa" w:w="1401"/>
          </w:tcPr>
          <w:p>
            <w:pPr>
              <w:spacing w:after="0"/>
              <w:jc w:val="right"/>
            </w:pPr>
            <w:r>
              <w:rPr>
                <w:sz w:val="16"/>
              </w:rPr>
              <w:t>$2,014,306.45</w:t>
            </w:r>
          </w:p>
        </w:tc>
        <w:tc>
          <w:tcPr>
            <w:tcW w:type="dxa" w:w="1751"/>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EM-3247-ND</w:t>
            </w:r>
          </w:p>
        </w:tc>
        <w:tc>
          <w:tcPr>
            <w:tcW w:type="dxa" w:w="1291"/>
          </w:tcPr>
          <w:p>
            <w:pPr>
              <w:spacing w:after="0"/>
              <w:jc w:val="left"/>
            </w:pPr>
            <w:r>
              <w:rPr>
                <w:sz w:val="16"/>
              </w:rPr>
              <w:t>Emergency</w:t>
            </w:r>
          </w:p>
        </w:tc>
        <w:tc>
          <w:tcPr>
            <w:tcW w:type="dxa" w:w="3633"/>
          </w:tcPr>
          <w:p>
            <w:pPr>
              <w:spacing w:after="0"/>
              <w:jc w:val="left"/>
            </w:pPr>
            <w:r>
              <w:rPr>
                <w:sz w:val="16"/>
              </w:rPr>
              <w:t>HURRICANE KATRINA EVACUATION</w:t>
            </w:r>
          </w:p>
        </w:tc>
        <w:tc>
          <w:tcPr>
            <w:tcW w:type="dxa" w:w="2040"/>
          </w:tcPr>
          <w:p>
            <w:pPr>
              <w:spacing w:after="0"/>
              <w:jc w:val="left"/>
            </w:pPr>
            <w:r>
              <w:rPr>
                <w:sz w:val="16"/>
              </w:rPr>
              <w:t>Hurricane: evacuation support, not a local hazard event; not counted</w:t>
            </w:r>
          </w:p>
        </w:tc>
        <w:tc>
          <w:tcPr>
            <w:tcW w:type="dxa" w:w="1401"/>
          </w:tcPr>
          <w:p>
            <w:pPr>
              <w:spacing w:after="0"/>
              <w:jc w:val="right"/>
            </w:pPr>
            <w:r>
              <w:rPr>
                <w:sz w:val="16"/>
              </w:rPr>
              <w:t>none found</w:t>
            </w:r>
          </w:p>
        </w:tc>
        <w:tc>
          <w:tcPr>
            <w:tcW w:type="dxa" w:w="1751"/>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2005-07-22</w:t>
            </w:r>
          </w:p>
        </w:tc>
        <w:tc>
          <w:tcPr>
            <w:tcW w:type="dxa" w:w="1037"/>
          </w:tcPr>
          <w:p>
            <w:pPr>
              <w:spacing w:after="0"/>
              <w:jc w:val="left"/>
            </w:pPr>
            <w:r>
              <w:rPr>
                <w:sz w:val="16"/>
              </w:rPr>
              <w:t>2005-06-01</w:t>
            </w:r>
          </w:p>
        </w:tc>
        <w:tc>
          <w:tcPr>
            <w:tcW w:type="dxa" w:w="1037"/>
          </w:tcPr>
          <w:p>
            <w:pPr>
              <w:spacing w:after="0"/>
              <w:jc w:val="left"/>
            </w:pPr>
            <w:r>
              <w:rPr>
                <w:sz w:val="16"/>
              </w:rPr>
              <w:t>DR-1597-ND</w:t>
            </w:r>
          </w:p>
        </w:tc>
        <w:tc>
          <w:tcPr>
            <w:tcW w:type="dxa" w:w="1291"/>
          </w:tcPr>
          <w:p>
            <w:pPr>
              <w:spacing w:after="0"/>
              <w:jc w:val="left"/>
            </w:pPr>
            <w:r>
              <w:rPr>
                <w:sz w:val="16"/>
              </w:rPr>
              <w:t>Major disaster</w:t>
            </w:r>
          </w:p>
        </w:tc>
        <w:tc>
          <w:tcPr>
            <w:tcW w:type="dxa" w:w="3633"/>
          </w:tcPr>
          <w:p>
            <w:pPr>
              <w:spacing w:after="0"/>
              <w:jc w:val="left"/>
            </w:pPr>
            <w:r>
              <w:rPr>
                <w:sz w:val="16"/>
              </w:rPr>
              <w:t>SEVERE STORMS, FLOODING, AND GROUND SATURATION</w:t>
            </w:r>
          </w:p>
        </w:tc>
        <w:tc>
          <w:tcPr>
            <w:tcW w:type="dxa" w:w="2040"/>
          </w:tcPr>
          <w:p>
            <w:pPr>
              <w:spacing w:after="0"/>
              <w:jc w:val="left"/>
            </w:pPr>
            <w:r>
              <w:rPr>
                <w:sz w:val="16"/>
              </w:rPr>
              <w:t>Inland Flooding</w:t>
            </w:r>
          </w:p>
        </w:tc>
        <w:tc>
          <w:tcPr>
            <w:tcW w:type="dxa" w:w="1401"/>
          </w:tcPr>
          <w:p>
            <w:pPr>
              <w:spacing w:after="0"/>
              <w:jc w:val="right"/>
            </w:pPr>
            <w:r>
              <w:rPr>
                <w:sz w:val="16"/>
              </w:rPr>
              <w:t>none found</w:t>
            </w:r>
          </w:p>
        </w:tc>
        <w:tc>
          <w:tcPr>
            <w:tcW w:type="dxa" w:w="1751"/>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2001-05-28</w:t>
            </w:r>
          </w:p>
        </w:tc>
        <w:tc>
          <w:tcPr>
            <w:tcW w:type="dxa" w:w="1037"/>
          </w:tcPr>
          <w:p>
            <w:pPr>
              <w:spacing w:after="0"/>
              <w:jc w:val="left"/>
            </w:pPr>
            <w:r>
              <w:rPr>
                <w:sz w:val="16"/>
              </w:rPr>
              <w:t>2001-03-01</w:t>
            </w:r>
          </w:p>
        </w:tc>
        <w:tc>
          <w:tcPr>
            <w:tcW w:type="dxa" w:w="1037"/>
          </w:tcPr>
          <w:p>
            <w:pPr>
              <w:spacing w:after="0"/>
              <w:jc w:val="left"/>
            </w:pPr>
            <w:r>
              <w:rPr>
                <w:sz w:val="16"/>
              </w:rPr>
              <w:t>DR-1376-ND</w:t>
            </w:r>
          </w:p>
        </w:tc>
        <w:tc>
          <w:tcPr>
            <w:tcW w:type="dxa" w:w="1291"/>
          </w:tcPr>
          <w:p>
            <w:pPr>
              <w:spacing w:after="0"/>
              <w:jc w:val="left"/>
            </w:pPr>
            <w:r>
              <w:rPr>
                <w:sz w:val="16"/>
              </w:rPr>
              <w:t>Major disaster</w:t>
            </w:r>
          </w:p>
        </w:tc>
        <w:tc>
          <w:tcPr>
            <w:tcW w:type="dxa" w:w="3633"/>
          </w:tcPr>
          <w:p>
            <w:pPr>
              <w:spacing w:after="0"/>
              <w:jc w:val="left"/>
            </w:pPr>
            <w:r>
              <w:rPr>
                <w:sz w:val="16"/>
              </w:rPr>
              <w:t>SEVERE STORMS, FLOODING, &amp; GROUND SATURATION</w:t>
            </w:r>
          </w:p>
        </w:tc>
        <w:tc>
          <w:tcPr>
            <w:tcW w:type="dxa" w:w="2040"/>
          </w:tcPr>
          <w:p>
            <w:pPr>
              <w:spacing w:after="0"/>
              <w:jc w:val="left"/>
            </w:pPr>
            <w:r>
              <w:rPr>
                <w:sz w:val="16"/>
              </w:rPr>
              <w:t>Inland Flooding</w:t>
            </w:r>
          </w:p>
        </w:tc>
        <w:tc>
          <w:tcPr>
            <w:tcW w:type="dxa" w:w="1401"/>
          </w:tcPr>
          <w:p>
            <w:pPr>
              <w:spacing w:after="0"/>
              <w:jc w:val="right"/>
            </w:pPr>
            <w:r>
              <w:rPr>
                <w:sz w:val="16"/>
              </w:rPr>
              <w:t>$676,503.18</w:t>
            </w:r>
          </w:p>
        </w:tc>
        <w:tc>
          <w:tcPr>
            <w:tcW w:type="dxa" w:w="1751"/>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2000-06-27</w:t>
            </w:r>
          </w:p>
        </w:tc>
        <w:tc>
          <w:tcPr>
            <w:tcW w:type="dxa" w:w="1037"/>
          </w:tcPr>
          <w:p>
            <w:pPr>
              <w:spacing w:after="0"/>
              <w:jc w:val="left"/>
            </w:pPr>
            <w:r>
              <w:rPr>
                <w:sz w:val="16"/>
              </w:rPr>
              <w:t>2000-04-05</w:t>
            </w:r>
          </w:p>
        </w:tc>
        <w:tc>
          <w:tcPr>
            <w:tcW w:type="dxa" w:w="1037"/>
          </w:tcPr>
          <w:p>
            <w:pPr>
              <w:spacing w:after="0"/>
              <w:jc w:val="left"/>
            </w:pPr>
            <w:r>
              <w:rPr>
                <w:sz w:val="16"/>
              </w:rPr>
              <w:t>DR-1334-ND</w:t>
            </w:r>
          </w:p>
        </w:tc>
        <w:tc>
          <w:tcPr>
            <w:tcW w:type="dxa" w:w="1291"/>
          </w:tcPr>
          <w:p>
            <w:pPr>
              <w:spacing w:after="0"/>
              <w:jc w:val="left"/>
            </w:pPr>
            <w:r>
              <w:rPr>
                <w:sz w:val="16"/>
              </w:rPr>
              <w:t>Major disaster</w:t>
            </w:r>
          </w:p>
        </w:tc>
        <w:tc>
          <w:tcPr>
            <w:tcW w:type="dxa" w:w="3633"/>
          </w:tcPr>
          <w:p>
            <w:pPr>
              <w:spacing w:after="0"/>
              <w:jc w:val="left"/>
            </w:pPr>
            <w:r>
              <w:rPr>
                <w:sz w:val="16"/>
              </w:rPr>
              <w:t>SEVERE STORMS, FLOODING AND GROUND SATURATION</w:t>
            </w:r>
          </w:p>
        </w:tc>
        <w:tc>
          <w:tcPr>
            <w:tcW w:type="dxa" w:w="2040"/>
          </w:tcPr>
          <w:p>
            <w:pPr>
              <w:spacing w:after="0"/>
              <w:jc w:val="left"/>
            </w:pPr>
            <w:r>
              <w:rPr>
                <w:sz w:val="16"/>
              </w:rPr>
              <w:t>Inland Flooding</w:t>
            </w:r>
          </w:p>
        </w:tc>
        <w:tc>
          <w:tcPr>
            <w:tcW w:type="dxa" w:w="1401"/>
          </w:tcPr>
          <w:p>
            <w:pPr>
              <w:spacing w:after="0"/>
              <w:jc w:val="right"/>
            </w:pPr>
            <w:r>
              <w:rPr>
                <w:sz w:val="16"/>
              </w:rPr>
              <w:t>$1,179,370.15</w:t>
            </w:r>
          </w:p>
        </w:tc>
        <w:tc>
          <w:tcPr>
            <w:tcW w:type="dxa" w:w="1751"/>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1999-06-08</w:t>
            </w:r>
          </w:p>
        </w:tc>
        <w:tc>
          <w:tcPr>
            <w:tcW w:type="dxa" w:w="1037"/>
          </w:tcPr>
          <w:p>
            <w:pPr>
              <w:spacing w:after="0"/>
              <w:jc w:val="left"/>
            </w:pPr>
            <w:r>
              <w:rPr>
                <w:sz w:val="16"/>
              </w:rPr>
              <w:t>1999-03-01</w:t>
            </w:r>
          </w:p>
        </w:tc>
        <w:tc>
          <w:tcPr>
            <w:tcW w:type="dxa" w:w="1037"/>
          </w:tcPr>
          <w:p>
            <w:pPr>
              <w:spacing w:after="0"/>
              <w:jc w:val="left"/>
            </w:pPr>
            <w:r>
              <w:rPr>
                <w:sz w:val="16"/>
              </w:rPr>
              <w:t>DR-1279-ND</w:t>
            </w:r>
          </w:p>
        </w:tc>
        <w:tc>
          <w:tcPr>
            <w:tcW w:type="dxa" w:w="1291"/>
          </w:tcPr>
          <w:p>
            <w:pPr>
              <w:spacing w:after="0"/>
              <w:jc w:val="left"/>
            </w:pPr>
            <w:r>
              <w:rPr>
                <w:sz w:val="16"/>
              </w:rPr>
              <w:t>Major disaster</w:t>
            </w:r>
          </w:p>
        </w:tc>
        <w:tc>
          <w:tcPr>
            <w:tcW w:type="dxa" w:w="3633"/>
          </w:tcPr>
          <w:p>
            <w:pPr>
              <w:spacing w:after="0"/>
              <w:jc w:val="left"/>
            </w:pPr>
            <w:r>
              <w:rPr>
                <w:sz w:val="16"/>
              </w:rPr>
              <w:t>SEVERE STORMS, FLOODING, SNOW, ICE, GROUND SATURATION, LANSLIDES, MUDSLIDES, AND TOR</w:t>
            </w:r>
          </w:p>
        </w:tc>
        <w:tc>
          <w:tcPr>
            <w:tcW w:type="dxa" w:w="2040"/>
          </w:tcPr>
          <w:p>
            <w:pPr>
              <w:spacing w:after="0"/>
              <w:jc w:val="left"/>
            </w:pPr>
            <w:r>
              <w:rPr>
                <w:sz w:val="16"/>
              </w:rPr>
              <w:t>Inland Flooding (primary); also designated: Landslide, Tornado</w:t>
            </w:r>
          </w:p>
        </w:tc>
        <w:tc>
          <w:tcPr>
            <w:tcW w:type="dxa" w:w="1401"/>
          </w:tcPr>
          <w:p>
            <w:pPr>
              <w:spacing w:after="0"/>
              <w:jc w:val="right"/>
            </w:pPr>
            <w:r>
              <w:rPr>
                <w:sz w:val="16"/>
              </w:rPr>
              <w:t>$958,043.78</w:t>
            </w:r>
          </w:p>
        </w:tc>
        <w:tc>
          <w:tcPr>
            <w:tcW w:type="dxa" w:w="1751"/>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1997-04-07</w:t>
            </w:r>
          </w:p>
        </w:tc>
        <w:tc>
          <w:tcPr>
            <w:tcW w:type="dxa" w:w="1037"/>
          </w:tcPr>
          <w:p>
            <w:pPr>
              <w:spacing w:after="0"/>
              <w:jc w:val="left"/>
            </w:pPr>
            <w:r>
              <w:rPr>
                <w:sz w:val="16"/>
              </w:rPr>
              <w:t>1997-02-28</w:t>
            </w:r>
          </w:p>
        </w:tc>
        <w:tc>
          <w:tcPr>
            <w:tcW w:type="dxa" w:w="1037"/>
          </w:tcPr>
          <w:p>
            <w:pPr>
              <w:spacing w:after="0"/>
              <w:jc w:val="left"/>
            </w:pPr>
            <w:r>
              <w:rPr>
                <w:sz w:val="16"/>
              </w:rPr>
              <w:t>DR-1174-ND</w:t>
            </w:r>
          </w:p>
        </w:tc>
        <w:tc>
          <w:tcPr>
            <w:tcW w:type="dxa" w:w="1291"/>
          </w:tcPr>
          <w:p>
            <w:pPr>
              <w:spacing w:after="0"/>
              <w:jc w:val="left"/>
            </w:pPr>
            <w:r>
              <w:rPr>
                <w:sz w:val="16"/>
              </w:rPr>
              <w:t>Major disaster</w:t>
            </w:r>
          </w:p>
        </w:tc>
        <w:tc>
          <w:tcPr>
            <w:tcW w:type="dxa" w:w="3633"/>
          </w:tcPr>
          <w:p>
            <w:pPr>
              <w:spacing w:after="0"/>
              <w:jc w:val="left"/>
            </w:pPr>
            <w:r>
              <w:rPr>
                <w:sz w:val="16"/>
              </w:rPr>
              <w:t>SEVERE FLOODING,SEVERE WINTER STORMS, SNOWMELT, SPRING RAINS</w:t>
            </w:r>
          </w:p>
        </w:tc>
        <w:tc>
          <w:tcPr>
            <w:tcW w:type="dxa" w:w="2040"/>
          </w:tcPr>
          <w:p>
            <w:pPr>
              <w:spacing w:after="0"/>
              <w:jc w:val="left"/>
            </w:pPr>
            <w:r>
              <w:rPr>
                <w:sz w:val="16"/>
              </w:rPr>
              <w:t>Inland Flooding (primary); also designated: Wildfire, Winter Weather</w:t>
            </w:r>
          </w:p>
        </w:tc>
        <w:tc>
          <w:tcPr>
            <w:tcW w:type="dxa" w:w="1401"/>
          </w:tcPr>
          <w:p>
            <w:pPr>
              <w:spacing w:after="0"/>
              <w:jc w:val="right"/>
            </w:pPr>
            <w:r>
              <w:rPr>
                <w:sz w:val="16"/>
              </w:rPr>
              <w:t>none found</w:t>
            </w:r>
          </w:p>
        </w:tc>
        <w:tc>
          <w:tcPr>
            <w:tcW w:type="dxa" w:w="1751"/>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1997-01-12</w:t>
            </w:r>
          </w:p>
        </w:tc>
        <w:tc>
          <w:tcPr>
            <w:tcW w:type="dxa" w:w="1037"/>
          </w:tcPr>
          <w:p>
            <w:pPr>
              <w:spacing w:after="0"/>
              <w:jc w:val="left"/>
            </w:pPr>
            <w:r>
              <w:rPr>
                <w:sz w:val="16"/>
              </w:rPr>
              <w:t>1997-01-03</w:t>
            </w:r>
          </w:p>
        </w:tc>
        <w:tc>
          <w:tcPr>
            <w:tcW w:type="dxa" w:w="1037"/>
          </w:tcPr>
          <w:p>
            <w:pPr>
              <w:spacing w:after="0"/>
              <w:jc w:val="left"/>
            </w:pPr>
            <w:r>
              <w:rPr>
                <w:sz w:val="16"/>
              </w:rPr>
              <w:t>DR-1157-ND</w:t>
            </w:r>
          </w:p>
        </w:tc>
        <w:tc>
          <w:tcPr>
            <w:tcW w:type="dxa" w:w="1291"/>
          </w:tcPr>
          <w:p>
            <w:pPr>
              <w:spacing w:after="0"/>
              <w:jc w:val="left"/>
            </w:pPr>
            <w:r>
              <w:rPr>
                <w:sz w:val="16"/>
              </w:rPr>
              <w:t>Major disaster</w:t>
            </w:r>
          </w:p>
        </w:tc>
        <w:tc>
          <w:tcPr>
            <w:tcW w:type="dxa" w:w="3633"/>
          </w:tcPr>
          <w:p>
            <w:pPr>
              <w:spacing w:after="0"/>
              <w:jc w:val="left"/>
            </w:pPr>
            <w:r>
              <w:rPr>
                <w:sz w:val="16"/>
              </w:rPr>
              <w:t>SEVERE WINTER STORMS AND BLIZZARD CONDITIONS</w:t>
            </w:r>
          </w:p>
        </w:tc>
        <w:tc>
          <w:tcPr>
            <w:tcW w:type="dxa" w:w="2040"/>
          </w:tcPr>
          <w:p>
            <w:pPr>
              <w:spacing w:after="0"/>
              <w:jc w:val="left"/>
            </w:pPr>
            <w:r>
              <w:rPr>
                <w:sz w:val="16"/>
              </w:rPr>
              <w:t>Winter Weather</w:t>
            </w:r>
          </w:p>
        </w:tc>
        <w:tc>
          <w:tcPr>
            <w:tcW w:type="dxa" w:w="1401"/>
          </w:tcPr>
          <w:p>
            <w:pPr>
              <w:spacing w:after="0"/>
              <w:jc w:val="right"/>
            </w:pPr>
            <w:r>
              <w:rPr>
                <w:sz w:val="16"/>
              </w:rPr>
              <w:t>none found</w:t>
            </w:r>
          </w:p>
        </w:tc>
        <w:tc>
          <w:tcPr>
            <w:tcW w:type="dxa" w:w="1751"/>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1996-06-05</w:t>
            </w:r>
          </w:p>
        </w:tc>
        <w:tc>
          <w:tcPr>
            <w:tcW w:type="dxa" w:w="1037"/>
          </w:tcPr>
          <w:p>
            <w:pPr>
              <w:spacing w:after="0"/>
              <w:jc w:val="left"/>
            </w:pPr>
            <w:r>
              <w:rPr>
                <w:sz w:val="16"/>
              </w:rPr>
              <w:t>1996-03-12</w:t>
            </w:r>
          </w:p>
        </w:tc>
        <w:tc>
          <w:tcPr>
            <w:tcW w:type="dxa" w:w="1037"/>
          </w:tcPr>
          <w:p>
            <w:pPr>
              <w:spacing w:after="0"/>
              <w:jc w:val="left"/>
            </w:pPr>
            <w:r>
              <w:rPr>
                <w:sz w:val="16"/>
              </w:rPr>
              <w:t>DR-1118-ND</w:t>
            </w:r>
          </w:p>
        </w:tc>
        <w:tc>
          <w:tcPr>
            <w:tcW w:type="dxa" w:w="1291"/>
          </w:tcPr>
          <w:p>
            <w:pPr>
              <w:spacing w:after="0"/>
              <w:jc w:val="left"/>
            </w:pPr>
            <w:r>
              <w:rPr>
                <w:sz w:val="16"/>
              </w:rPr>
              <w:t>Major disaster</w:t>
            </w:r>
          </w:p>
        </w:tc>
        <w:tc>
          <w:tcPr>
            <w:tcW w:type="dxa" w:w="3633"/>
          </w:tcPr>
          <w:p>
            <w:pPr>
              <w:spacing w:after="0"/>
              <w:jc w:val="left"/>
            </w:pPr>
            <w:r>
              <w:rPr>
                <w:sz w:val="16"/>
              </w:rPr>
              <w:t>SEVERE STORMS,FLOODING, &amp;  ICE JAMS</w:t>
            </w:r>
          </w:p>
        </w:tc>
        <w:tc>
          <w:tcPr>
            <w:tcW w:type="dxa" w:w="2040"/>
          </w:tcPr>
          <w:p>
            <w:pPr>
              <w:spacing w:after="0"/>
              <w:jc w:val="left"/>
            </w:pPr>
            <w:r>
              <w:rPr>
                <w:sz w:val="16"/>
              </w:rPr>
              <w:t>Inland Flooding</w:t>
            </w:r>
          </w:p>
        </w:tc>
        <w:tc>
          <w:tcPr>
            <w:tcW w:type="dxa" w:w="1401"/>
          </w:tcPr>
          <w:p>
            <w:pPr>
              <w:spacing w:after="0"/>
              <w:jc w:val="right"/>
            </w:pPr>
            <w:r>
              <w:rPr>
                <w:sz w:val="16"/>
              </w:rPr>
              <w:t>none found</w:t>
            </w:r>
          </w:p>
        </w:tc>
        <w:tc>
          <w:tcPr>
            <w:tcW w:type="dxa" w:w="1751"/>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1995-05-16</w:t>
            </w:r>
          </w:p>
        </w:tc>
        <w:tc>
          <w:tcPr>
            <w:tcW w:type="dxa" w:w="1037"/>
          </w:tcPr>
          <w:p>
            <w:pPr>
              <w:spacing w:after="0"/>
              <w:jc w:val="left"/>
            </w:pPr>
            <w:r>
              <w:rPr>
                <w:sz w:val="16"/>
              </w:rPr>
              <w:t>1995-03-01</w:t>
            </w:r>
          </w:p>
        </w:tc>
        <w:tc>
          <w:tcPr>
            <w:tcW w:type="dxa" w:w="1037"/>
          </w:tcPr>
          <w:p>
            <w:pPr>
              <w:spacing w:after="0"/>
              <w:jc w:val="left"/>
            </w:pPr>
            <w:r>
              <w:rPr>
                <w:sz w:val="16"/>
              </w:rPr>
              <w:t>DR-1050-ND</w:t>
            </w:r>
          </w:p>
        </w:tc>
        <w:tc>
          <w:tcPr>
            <w:tcW w:type="dxa" w:w="1291"/>
          </w:tcPr>
          <w:p>
            <w:pPr>
              <w:spacing w:after="0"/>
              <w:jc w:val="left"/>
            </w:pPr>
            <w:r>
              <w:rPr>
                <w:sz w:val="16"/>
              </w:rPr>
              <w:t>Major disaster</w:t>
            </w:r>
          </w:p>
        </w:tc>
        <w:tc>
          <w:tcPr>
            <w:tcW w:type="dxa" w:w="3633"/>
          </w:tcPr>
          <w:p>
            <w:pPr>
              <w:spacing w:after="0"/>
              <w:jc w:val="left"/>
            </w:pPr>
            <w:r>
              <w:rPr>
                <w:sz w:val="16"/>
              </w:rPr>
              <w:t>SEVERE STORMS, FLOODING, AND GROUND SATURATION</w:t>
            </w:r>
          </w:p>
        </w:tc>
        <w:tc>
          <w:tcPr>
            <w:tcW w:type="dxa" w:w="2040"/>
          </w:tcPr>
          <w:p>
            <w:pPr>
              <w:spacing w:after="0"/>
              <w:jc w:val="left"/>
            </w:pPr>
            <w:r>
              <w:rPr>
                <w:sz w:val="16"/>
              </w:rPr>
              <w:t>Inland Flooding</w:t>
            </w:r>
          </w:p>
        </w:tc>
        <w:tc>
          <w:tcPr>
            <w:tcW w:type="dxa" w:w="1401"/>
          </w:tcPr>
          <w:p>
            <w:pPr>
              <w:spacing w:after="0"/>
              <w:jc w:val="right"/>
            </w:pPr>
            <w:r>
              <w:rPr>
                <w:sz w:val="16"/>
              </w:rPr>
              <w:t>none found</w:t>
            </w:r>
          </w:p>
        </w:tc>
        <w:tc>
          <w:tcPr>
            <w:tcW w:type="dxa" w:w="1751"/>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1994-07-01</w:t>
            </w:r>
          </w:p>
        </w:tc>
        <w:tc>
          <w:tcPr>
            <w:tcW w:type="dxa" w:w="1037"/>
          </w:tcPr>
          <w:p>
            <w:pPr>
              <w:spacing w:after="0"/>
              <w:jc w:val="left"/>
            </w:pPr>
            <w:r>
              <w:rPr>
                <w:sz w:val="16"/>
              </w:rPr>
              <w:t>1994-03-05</w:t>
            </w:r>
          </w:p>
        </w:tc>
        <w:tc>
          <w:tcPr>
            <w:tcW w:type="dxa" w:w="1037"/>
          </w:tcPr>
          <w:p>
            <w:pPr>
              <w:spacing w:after="0"/>
              <w:jc w:val="left"/>
            </w:pPr>
            <w:r>
              <w:rPr>
                <w:sz w:val="16"/>
              </w:rPr>
              <w:t>DR-1032-ND</w:t>
            </w:r>
          </w:p>
        </w:tc>
        <w:tc>
          <w:tcPr>
            <w:tcW w:type="dxa" w:w="1291"/>
          </w:tcPr>
          <w:p>
            <w:pPr>
              <w:spacing w:after="0"/>
              <w:jc w:val="left"/>
            </w:pPr>
            <w:r>
              <w:rPr>
                <w:sz w:val="16"/>
              </w:rPr>
              <w:t>Major disaster</w:t>
            </w:r>
          </w:p>
        </w:tc>
        <w:tc>
          <w:tcPr>
            <w:tcW w:type="dxa" w:w="3633"/>
          </w:tcPr>
          <w:p>
            <w:pPr>
              <w:spacing w:after="0"/>
              <w:jc w:val="left"/>
            </w:pPr>
            <w:r>
              <w:rPr>
                <w:sz w:val="16"/>
              </w:rPr>
              <w:t>SEVERE STORMS, FLOODING</w:t>
            </w:r>
          </w:p>
        </w:tc>
        <w:tc>
          <w:tcPr>
            <w:tcW w:type="dxa" w:w="2040"/>
          </w:tcPr>
          <w:p>
            <w:pPr>
              <w:spacing w:after="0"/>
              <w:jc w:val="left"/>
            </w:pPr>
            <w:r>
              <w:rPr>
                <w:sz w:val="16"/>
              </w:rPr>
              <w:t>Inland Flooding</w:t>
            </w:r>
          </w:p>
        </w:tc>
        <w:tc>
          <w:tcPr>
            <w:tcW w:type="dxa" w:w="1401"/>
          </w:tcPr>
          <w:p>
            <w:pPr>
              <w:spacing w:after="0"/>
              <w:jc w:val="right"/>
            </w:pPr>
            <w:r>
              <w:rPr>
                <w:sz w:val="16"/>
              </w:rPr>
              <w:t>none found</w:t>
            </w:r>
          </w:p>
        </w:tc>
        <w:tc>
          <w:tcPr>
            <w:tcW w:type="dxa" w:w="1751"/>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1993-07-26</w:t>
            </w:r>
          </w:p>
        </w:tc>
        <w:tc>
          <w:tcPr>
            <w:tcW w:type="dxa" w:w="1037"/>
          </w:tcPr>
          <w:p>
            <w:pPr>
              <w:spacing w:after="0"/>
              <w:jc w:val="left"/>
            </w:pPr>
            <w:r>
              <w:rPr>
                <w:sz w:val="16"/>
              </w:rPr>
              <w:t>1993-06-22</w:t>
            </w:r>
          </w:p>
        </w:tc>
        <w:tc>
          <w:tcPr>
            <w:tcW w:type="dxa" w:w="1037"/>
          </w:tcPr>
          <w:p>
            <w:pPr>
              <w:spacing w:after="0"/>
              <w:jc w:val="left"/>
            </w:pPr>
            <w:r>
              <w:rPr>
                <w:sz w:val="16"/>
              </w:rPr>
              <w:t>DR-1001-ND</w:t>
            </w:r>
          </w:p>
        </w:tc>
        <w:tc>
          <w:tcPr>
            <w:tcW w:type="dxa" w:w="1291"/>
          </w:tcPr>
          <w:p>
            <w:pPr>
              <w:spacing w:after="0"/>
              <w:jc w:val="left"/>
            </w:pPr>
            <w:r>
              <w:rPr>
                <w:sz w:val="16"/>
              </w:rPr>
              <w:t>Major disaster</w:t>
            </w:r>
          </w:p>
        </w:tc>
        <w:tc>
          <w:tcPr>
            <w:tcW w:type="dxa" w:w="3633"/>
          </w:tcPr>
          <w:p>
            <w:pPr>
              <w:spacing w:after="0"/>
              <w:jc w:val="left"/>
            </w:pPr>
            <w:r>
              <w:rPr>
                <w:sz w:val="16"/>
              </w:rPr>
              <w:t>SEVERE STORMS &amp; FLOODING</w:t>
            </w:r>
          </w:p>
        </w:tc>
        <w:tc>
          <w:tcPr>
            <w:tcW w:type="dxa" w:w="2040"/>
          </w:tcPr>
          <w:p>
            <w:pPr>
              <w:spacing w:after="0"/>
              <w:jc w:val="left"/>
            </w:pPr>
            <w:r>
              <w:rPr>
                <w:sz w:val="16"/>
              </w:rPr>
              <w:t>Inland Flooding</w:t>
            </w:r>
          </w:p>
        </w:tc>
        <w:tc>
          <w:tcPr>
            <w:tcW w:type="dxa" w:w="1401"/>
          </w:tcPr>
          <w:p>
            <w:pPr>
              <w:spacing w:after="0"/>
              <w:jc w:val="right"/>
            </w:pPr>
            <w:r>
              <w:rPr>
                <w:sz w:val="16"/>
              </w:rPr>
              <w:t>none found</w:t>
            </w:r>
          </w:p>
        </w:tc>
        <w:tc>
          <w:tcPr>
            <w:tcW w:type="dxa" w:w="1751"/>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1979-04-26</w:t>
            </w:r>
          </w:p>
        </w:tc>
        <w:tc>
          <w:tcPr>
            <w:tcW w:type="dxa" w:w="1037"/>
          </w:tcPr>
          <w:p>
            <w:pPr>
              <w:spacing w:after="0"/>
              <w:jc w:val="left"/>
            </w:pPr>
            <w:r>
              <w:rPr>
                <w:sz w:val="16"/>
              </w:rPr>
              <w:t>1979-04-26</w:t>
            </w:r>
          </w:p>
        </w:tc>
        <w:tc>
          <w:tcPr>
            <w:tcW w:type="dxa" w:w="1037"/>
          </w:tcPr>
          <w:p>
            <w:pPr>
              <w:spacing w:after="0"/>
              <w:jc w:val="left"/>
            </w:pPr>
            <w:r>
              <w:rPr>
                <w:sz w:val="16"/>
              </w:rPr>
              <w:t>DR-581-ND</w:t>
            </w:r>
          </w:p>
        </w:tc>
        <w:tc>
          <w:tcPr>
            <w:tcW w:type="dxa" w:w="1291"/>
          </w:tcPr>
          <w:p>
            <w:pPr>
              <w:spacing w:after="0"/>
              <w:jc w:val="left"/>
            </w:pPr>
            <w:r>
              <w:rPr>
                <w:sz w:val="16"/>
              </w:rPr>
              <w:t>Major disaster</w:t>
            </w:r>
          </w:p>
        </w:tc>
        <w:tc>
          <w:tcPr>
            <w:tcW w:type="dxa" w:w="3633"/>
          </w:tcPr>
          <w:p>
            <w:pPr>
              <w:spacing w:after="0"/>
              <w:jc w:val="left"/>
            </w:pPr>
            <w:r>
              <w:rPr>
                <w:sz w:val="16"/>
              </w:rPr>
              <w:t>SEVERE STORMS, SNOWMELT &amp; FLOODING</w:t>
            </w:r>
          </w:p>
        </w:tc>
        <w:tc>
          <w:tcPr>
            <w:tcW w:type="dxa" w:w="2040"/>
          </w:tcPr>
          <w:p>
            <w:pPr>
              <w:spacing w:after="0"/>
              <w:jc w:val="left"/>
            </w:pPr>
            <w:r>
              <w:rPr>
                <w:sz w:val="16"/>
              </w:rPr>
              <w:t>Inland Flooding</w:t>
            </w:r>
          </w:p>
        </w:tc>
        <w:tc>
          <w:tcPr>
            <w:tcW w:type="dxa" w:w="1401"/>
          </w:tcPr>
          <w:p>
            <w:pPr>
              <w:spacing w:after="0"/>
              <w:jc w:val="right"/>
            </w:pPr>
            <w:r>
              <w:rPr>
                <w:sz w:val="16"/>
              </w:rPr>
              <w:t>none found</w:t>
            </w:r>
          </w:p>
        </w:tc>
        <w:tc>
          <w:tcPr>
            <w:tcW w:type="dxa" w:w="1751"/>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1976-07-21</w:t>
            </w:r>
          </w:p>
        </w:tc>
        <w:tc>
          <w:tcPr>
            <w:tcW w:type="dxa" w:w="1037"/>
          </w:tcPr>
          <w:p>
            <w:pPr>
              <w:spacing w:after="0"/>
              <w:jc w:val="left"/>
            </w:pPr>
            <w:r>
              <w:rPr>
                <w:sz w:val="16"/>
              </w:rPr>
              <w:t>1976-07-21</w:t>
            </w:r>
          </w:p>
        </w:tc>
        <w:tc>
          <w:tcPr>
            <w:tcW w:type="dxa" w:w="1037"/>
          </w:tcPr>
          <w:p>
            <w:pPr>
              <w:spacing w:after="0"/>
              <w:jc w:val="left"/>
            </w:pPr>
            <w:r>
              <w:rPr>
                <w:sz w:val="16"/>
              </w:rPr>
              <w:t>EM-3016-ND</w:t>
            </w:r>
          </w:p>
        </w:tc>
        <w:tc>
          <w:tcPr>
            <w:tcW w:type="dxa" w:w="1291"/>
          </w:tcPr>
          <w:p>
            <w:pPr>
              <w:spacing w:after="0"/>
              <w:jc w:val="left"/>
            </w:pPr>
            <w:r>
              <w:rPr>
                <w:sz w:val="16"/>
              </w:rPr>
              <w:t>Emergency</w:t>
            </w:r>
          </w:p>
        </w:tc>
        <w:tc>
          <w:tcPr>
            <w:tcW w:type="dxa" w:w="3633"/>
          </w:tcPr>
          <w:p>
            <w:pPr>
              <w:spacing w:after="0"/>
              <w:jc w:val="left"/>
            </w:pPr>
            <w:r>
              <w:rPr>
                <w:sz w:val="16"/>
              </w:rPr>
              <w:t>DROUGHT</w:t>
            </w:r>
          </w:p>
        </w:tc>
        <w:tc>
          <w:tcPr>
            <w:tcW w:type="dxa" w:w="2040"/>
          </w:tcPr>
          <w:p>
            <w:pPr>
              <w:spacing w:after="0"/>
              <w:jc w:val="left"/>
            </w:pPr>
            <w:r>
              <w:rPr>
                <w:sz w:val="16"/>
              </w:rPr>
              <w:t>Drought</w:t>
            </w:r>
          </w:p>
        </w:tc>
        <w:tc>
          <w:tcPr>
            <w:tcW w:type="dxa" w:w="1401"/>
          </w:tcPr>
          <w:p>
            <w:pPr>
              <w:spacing w:after="0"/>
              <w:jc w:val="right"/>
            </w:pPr>
            <w:r>
              <w:rPr>
                <w:sz w:val="16"/>
              </w:rPr>
              <w:t>none found</w:t>
            </w:r>
          </w:p>
        </w:tc>
        <w:tc>
          <w:tcPr>
            <w:tcW w:type="dxa" w:w="1751"/>
          </w:tcPr>
          <w:p>
            <w:pPr>
              <w:spacing w:after="0"/>
              <w:jc w:val="left"/>
            </w:pPr>
          </w:p>
        </w:tc>
        <w:tc>
          <w:tcPr>
            <w:tcW w:type="dxa" w:w="886"/>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23"/>
        <w:gridCol w:w="2023"/>
        <w:gridCol w:w="1675"/>
        <w:gridCol w:w="2720"/>
        <w:gridCol w:w="1501"/>
        <w:gridCol w:w="1640"/>
        <w:gridCol w:w="1265"/>
        <w:gridCol w:w="1265"/>
      </w:tblGrid>
      <w:tr>
        <w:trPr>
          <w:cantSplit/>
          <w:tblHeader/>
        </w:trPr>
        <w:tc>
          <w:tcPr>
            <w:tcW w:type="dxa" w:w="2023"/>
            <w:shd w:val="clear" w:color="auto" w:fill="E8E8E8"/>
          </w:tcPr>
          <w:p>
            <w:pPr>
              <w:spacing w:after="0"/>
              <w:jc w:val="left"/>
            </w:pPr>
            <w:r>
              <w:rPr>
                <w:b/>
                <w:sz w:val="16"/>
              </w:rPr>
              <w:t>Declared</w:t>
            </w:r>
          </w:p>
        </w:tc>
        <w:tc>
          <w:tcPr>
            <w:tcW w:type="dxa" w:w="2023"/>
            <w:shd w:val="clear" w:color="auto" w:fill="E8E8E8"/>
          </w:tcPr>
          <w:p>
            <w:pPr>
              <w:spacing w:after="0"/>
              <w:jc w:val="left"/>
            </w:pPr>
            <w:r>
              <w:rPr>
                <w:b/>
                <w:sz w:val="16"/>
              </w:rPr>
              <w:t>Incident began</w:t>
            </w:r>
          </w:p>
        </w:tc>
        <w:tc>
          <w:tcPr>
            <w:tcW w:type="dxa" w:w="1675"/>
            <w:shd w:val="clear" w:color="auto" w:fill="E8E8E8"/>
          </w:tcPr>
          <w:p>
            <w:pPr>
              <w:spacing w:after="0"/>
              <w:jc w:val="left"/>
            </w:pPr>
            <w:r>
              <w:rPr>
                <w:b/>
                <w:sz w:val="16"/>
              </w:rPr>
              <w:t>FEMA number</w:t>
            </w:r>
          </w:p>
        </w:tc>
        <w:tc>
          <w:tcPr>
            <w:tcW w:type="dxa" w:w="2720"/>
            <w:shd w:val="clear" w:color="auto" w:fill="E8E8E8"/>
          </w:tcPr>
          <w:p>
            <w:pPr>
              <w:spacing w:after="0"/>
              <w:jc w:val="left"/>
            </w:pPr>
            <w:r>
              <w:rPr>
                <w:b/>
                <w:sz w:val="16"/>
              </w:rPr>
              <w:t>Type</w:t>
            </w:r>
          </w:p>
        </w:tc>
        <w:tc>
          <w:tcPr>
            <w:tcW w:type="dxa" w:w="1501"/>
            <w:shd w:val="clear" w:color="auto" w:fill="E8E8E8"/>
          </w:tcPr>
          <w:p>
            <w:pPr>
              <w:spacing w:after="0"/>
              <w:jc w:val="left"/>
            </w:pPr>
            <w:r>
              <w:rPr>
                <w:b/>
                <w:sz w:val="16"/>
              </w:rPr>
              <w:t>Title</w:t>
            </w:r>
          </w:p>
        </w:tc>
        <w:tc>
          <w:tcPr>
            <w:tcW w:type="dxa" w:w="1640"/>
            <w:shd w:val="clear" w:color="auto" w:fill="E8E8E8"/>
          </w:tcPr>
          <w:p>
            <w:pPr>
              <w:spacing w:after="0"/>
              <w:jc w:val="left"/>
            </w:pPr>
            <w:r>
              <w:rPr>
                <w:b/>
                <w:sz w:val="16"/>
              </w:rPr>
              <w:t>Mapped hazard</w:t>
            </w:r>
          </w:p>
        </w:tc>
        <w:tc>
          <w:tcPr>
            <w:tcW w:type="dxa" w:w="1265"/>
            <w:shd w:val="clear" w:color="auto" w:fill="E8E8E8"/>
          </w:tcPr>
          <w:p>
            <w:pPr>
              <w:spacing w:after="0"/>
              <w:jc w:val="left"/>
            </w:pPr>
            <w:r>
              <w:rPr>
                <w:b/>
                <w:sz w:val="16"/>
              </w:rPr>
              <w:t>Flags</w:t>
            </w:r>
          </w:p>
        </w:tc>
        <w:tc>
          <w:tcPr>
            <w:tcW w:type="dxa" w:w="1265"/>
            <w:shd w:val="clear" w:color="auto" w:fill="E8E8E8"/>
          </w:tcPr>
          <w:p>
            <w:pPr>
              <w:spacing w:after="0"/>
              <w:jc w:val="left"/>
            </w:pPr>
            <w:r>
              <w:rPr>
                <w:b/>
                <w:sz w:val="16"/>
              </w:rPr>
              <w:t>Notes</w:t>
            </w:r>
          </w:p>
        </w:tc>
      </w:tr>
      <w:tr>
        <w:trPr>
          <w:cantSplit/>
        </w:trPr>
        <w:tc>
          <w:tcPr>
            <w:tcW w:type="dxa" w:w="2023"/>
          </w:tcPr>
          <w:p>
            <w:pPr>
              <w:spacing w:after="0"/>
              <w:jc w:val="left"/>
            </w:pPr>
            <w:r>
              <w:rPr>
                <w:sz w:val="16"/>
              </w:rPr>
              <w:t>1957-06-22</w:t>
            </w:r>
          </w:p>
        </w:tc>
        <w:tc>
          <w:tcPr>
            <w:tcW w:type="dxa" w:w="2023"/>
          </w:tcPr>
          <w:p>
            <w:pPr>
              <w:spacing w:after="0"/>
              <w:jc w:val="left"/>
            </w:pPr>
            <w:r>
              <w:rPr>
                <w:sz w:val="16"/>
              </w:rPr>
              <w:t>1957-06-22</w:t>
            </w:r>
          </w:p>
        </w:tc>
        <w:tc>
          <w:tcPr>
            <w:tcW w:type="dxa" w:w="1675"/>
          </w:tcPr>
          <w:p>
            <w:pPr>
              <w:spacing w:after="0"/>
              <w:jc w:val="left"/>
            </w:pPr>
            <w:r>
              <w:rPr>
                <w:sz w:val="16"/>
              </w:rPr>
              <w:t>DR-79-ND</w:t>
            </w:r>
          </w:p>
        </w:tc>
        <w:tc>
          <w:tcPr>
            <w:tcW w:type="dxa" w:w="2720"/>
          </w:tcPr>
          <w:p>
            <w:pPr>
              <w:spacing w:after="0"/>
              <w:jc w:val="left"/>
            </w:pPr>
            <w:r>
              <w:rPr>
                <w:sz w:val="16"/>
              </w:rPr>
              <w:t>Major disaster</w:t>
            </w:r>
          </w:p>
        </w:tc>
        <w:tc>
          <w:tcPr>
            <w:tcW w:type="dxa" w:w="1501"/>
          </w:tcPr>
          <w:p>
            <w:pPr>
              <w:spacing w:after="0"/>
              <w:jc w:val="left"/>
            </w:pPr>
            <w:r>
              <w:rPr>
                <w:sz w:val="16"/>
              </w:rPr>
              <w:t>TORNADO</w:t>
            </w:r>
          </w:p>
        </w:tc>
        <w:tc>
          <w:tcPr>
            <w:tcW w:type="dxa" w:w="1640"/>
          </w:tcPr>
          <w:p>
            <w:pPr>
              <w:spacing w:after="0"/>
              <w:jc w:val="left"/>
            </w:pPr>
            <w:r>
              <w:rPr>
                <w:sz w:val="16"/>
              </w:rPr>
              <w:t>Tornado</w:t>
            </w:r>
          </w:p>
        </w:tc>
        <w:tc>
          <w:tcPr>
            <w:tcW w:type="dxa" w:w="1265"/>
          </w:tcPr>
          <w:p>
            <w:pPr>
              <w:spacing w:after="0"/>
              <w:jc w:val="left"/>
            </w:pPr>
          </w:p>
        </w:tc>
        <w:tc>
          <w:tcPr>
            <w:tcW w:type="dxa" w:w="126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$23,693.61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23,693.61"/>
        <w:tblDescription w:val="Hazard Plain table b1d_pa_not_placed"/>
      </w:tblPr>
      <w:tblGrid>
        <w:gridCol w:w="1167"/>
        <w:gridCol w:w="1277"/>
        <w:gridCol w:w="4246"/>
        <w:gridCol w:w="1827"/>
        <w:gridCol w:w="1277"/>
        <w:gridCol w:w="4319"/>
      </w:tblGrid>
      <w:tr>
        <w:trPr>
          <w:cantSplit/>
          <w:tblHeader/>
        </w:trPr>
        <w:tc>
          <w:tcPr>
            <w:tcW w:type="dxa" w:w="1167"/>
            <w:shd w:val="clear" w:color="auto" w:fill="E8E8E8"/>
          </w:tcPr>
          <w:p>
            <w:pPr>
              <w:spacing w:after="0"/>
              <w:jc w:val="left"/>
            </w:pPr>
            <w:r>
              <w:rPr>
                <w:b/>
                <w:sz w:val="16"/>
              </w:rPr>
              <w:t>Disaster number</w:t>
            </w:r>
          </w:p>
        </w:tc>
        <w:tc>
          <w:tcPr>
            <w:tcW w:type="dxa" w:w="1277"/>
            <w:shd w:val="clear" w:color="auto" w:fill="E8E8E8"/>
          </w:tcPr>
          <w:p>
            <w:pPr>
              <w:spacing w:after="0"/>
              <w:jc w:val="left"/>
            </w:pPr>
            <w:r>
              <w:rPr>
                <w:b/>
                <w:sz w:val="16"/>
              </w:rPr>
              <w:t>Declared</w:t>
            </w:r>
          </w:p>
        </w:tc>
        <w:tc>
          <w:tcPr>
            <w:tcW w:type="dxa" w:w="4246"/>
            <w:shd w:val="clear" w:color="auto" w:fill="E8E8E8"/>
          </w:tcPr>
          <w:p>
            <w:pPr>
              <w:spacing w:after="0"/>
              <w:jc w:val="left"/>
            </w:pPr>
            <w:r>
              <w:rPr>
                <w:b/>
                <w:sz w:val="16"/>
              </w:rPr>
              <w:t>Applicant</w:t>
            </w:r>
          </w:p>
        </w:tc>
        <w:tc>
          <w:tcPr>
            <w:tcW w:type="dxa" w:w="1827"/>
            <w:shd w:val="clear" w:color="auto" w:fill="E8E8E8"/>
          </w:tcPr>
          <w:p>
            <w:pPr>
              <w:spacing w:after="0"/>
              <w:jc w:val="left"/>
            </w:pPr>
            <w:r>
              <w:rPr>
                <w:b/>
                <w:sz w:val="16"/>
              </w:rPr>
              <w:t>County field in FEMA data</w:t>
            </w:r>
          </w:p>
        </w:tc>
        <w:tc>
          <w:tcPr>
            <w:tcW w:type="dxa" w:w="1277"/>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319"/>
            <w:shd w:val="clear" w:color="auto" w:fill="E8E8E8"/>
          </w:tcPr>
          <w:p>
            <w:pPr>
              <w:spacing w:after="0"/>
              <w:jc w:val="left"/>
            </w:pPr>
            <w:r>
              <w:rPr>
                <w:b/>
                <w:sz w:val="16"/>
              </w:rPr>
              <w:t>Why not placed</w:t>
            </w:r>
          </w:p>
        </w:tc>
      </w:tr>
      <w:tr>
        <w:trPr>
          <w:cantSplit/>
        </w:trPr>
        <w:tc>
          <w:tcPr>
            <w:tcW w:type="dxa" w:w="1167"/>
          </w:tcPr>
          <w:p>
            <w:pPr>
              <w:spacing w:after="0"/>
              <w:jc w:val="left"/>
            </w:pPr>
            <w:r>
              <w:rPr>
                <w:sz w:val="16"/>
              </w:rPr>
              <w:t>1621</w:t>
            </w:r>
          </w:p>
        </w:tc>
        <w:tc>
          <w:tcPr>
            <w:tcW w:type="dxa" w:w="1277"/>
          </w:tcPr>
          <w:p>
            <w:pPr>
              <w:spacing w:after="0"/>
              <w:jc w:val="left"/>
            </w:pPr>
            <w:r>
              <w:rPr>
                <w:sz w:val="16"/>
              </w:rPr>
              <w:t>2006-01-04</w:t>
            </w:r>
          </w:p>
        </w:tc>
        <w:tc>
          <w:tcPr>
            <w:tcW w:type="dxa" w:w="4246"/>
          </w:tcPr>
          <w:p>
            <w:pPr>
              <w:spacing w:after="0"/>
              <w:jc w:val="left"/>
            </w:pPr>
            <w:r>
              <w:rPr>
                <w:sz w:val="16"/>
              </w:rPr>
              <w:t>SISSETON INDIAN RESERVATION (ALSO SD)</w:t>
            </w:r>
          </w:p>
        </w:tc>
        <w:tc>
          <w:tcPr>
            <w:tcW w:type="dxa" w:w="1827"/>
          </w:tcPr>
          <w:p>
            <w:pPr>
              <w:spacing w:after="0"/>
              <w:jc w:val="left"/>
            </w:pPr>
            <w:r>
              <w:rPr>
                <w:sz w:val="16"/>
              </w:rPr>
              <w:t>Roberts County</w:t>
            </w:r>
          </w:p>
        </w:tc>
        <w:tc>
          <w:tcPr>
            <w:tcW w:type="dxa" w:w="1277"/>
          </w:tcPr>
          <w:p>
            <w:pPr>
              <w:spacing w:after="0"/>
              <w:jc w:val="right"/>
            </w:pPr>
            <w:r>
              <w:rPr>
                <w:sz w:val="16"/>
              </w:rPr>
              <w:t>$23,693.61</w:t>
            </w:r>
          </w:p>
        </w:tc>
        <w:tc>
          <w:tcPr>
            <w:tcW w:type="dxa" w:w="4319"/>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31</w:t>
            </w:r>
          </w:p>
        </w:tc>
        <w:tc>
          <w:tcPr>
            <w:tcW w:type="dxa" w:w="1422"/>
          </w:tcPr>
          <w:p>
            <w:pPr>
              <w:spacing w:after="0"/>
              <w:jc w:val="right"/>
            </w:pPr>
            <w:r>
              <w:rPr>
                <w:sz w:val="16"/>
              </w:rPr>
              <w:t>3</w:t>
            </w:r>
          </w:p>
        </w:tc>
        <w:tc>
          <w:tcPr>
            <w:tcW w:type="dxa" w:w="1356"/>
          </w:tcPr>
          <w:p>
            <w:pPr>
              <w:spacing w:after="0"/>
              <w:jc w:val="right"/>
            </w:pPr>
            <w:r>
              <w:rPr>
                <w:sz w:val="16"/>
              </w:rPr>
              <w:t>1</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9</w:t>
            </w:r>
          </w:p>
        </w:tc>
        <w:tc>
          <w:tcPr>
            <w:tcW w:type="dxa" w:w="1422"/>
          </w:tcPr>
          <w:p>
            <w:pPr>
              <w:spacing w:after="0"/>
              <w:jc w:val="right"/>
            </w:pPr>
            <w:r>
              <w:rPr>
                <w:sz w:val="16"/>
              </w:rPr>
              <w:t>0</w:t>
            </w:r>
          </w:p>
        </w:tc>
        <w:tc>
          <w:tcPr>
            <w:tcW w:type="dxa" w:w="1356"/>
          </w:tcPr>
          <w:p>
            <w:pPr>
              <w:spacing w:after="0"/>
              <w:jc w:val="right"/>
            </w:pPr>
            <w:r>
              <w:rPr>
                <w:sz w:val="16"/>
              </w:rPr>
              <w:t>9</w:t>
            </w:r>
          </w:p>
        </w:tc>
        <w:tc>
          <w:tcPr>
            <w:tcW w:type="dxa" w:w="963"/>
          </w:tcPr>
          <w:p>
            <w:pPr>
              <w:spacing w:after="0"/>
              <w:jc w:val="right"/>
            </w:pPr>
            <w:r>
              <w:rPr>
                <w:sz w:val="16"/>
              </w:rPr>
              <w:t>3</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133</w:t>
            </w:r>
          </w:p>
        </w:tc>
        <w:tc>
          <w:tcPr>
            <w:tcW w:type="dxa" w:w="1422"/>
          </w:tcPr>
          <w:p>
            <w:pPr>
              <w:spacing w:after="0"/>
              <w:jc w:val="right"/>
            </w:pPr>
            <w:r>
              <w:rPr>
                <w:sz w:val="16"/>
              </w:rPr>
              <w:t>11</w:t>
            </w:r>
          </w:p>
        </w:tc>
        <w:tc>
          <w:tcPr>
            <w:tcW w:type="dxa" w:w="1356"/>
          </w:tcPr>
          <w:p>
            <w:pPr>
              <w:spacing w:after="0"/>
              <w:jc w:val="right"/>
            </w:pPr>
            <w:r>
              <w:rPr>
                <w:sz w:val="16"/>
              </w:rPr>
              <w:t>4</w:t>
            </w:r>
          </w:p>
        </w:tc>
        <w:tc>
          <w:tcPr>
            <w:tcW w:type="dxa" w:w="963"/>
          </w:tcPr>
          <w:p>
            <w:pPr>
              <w:spacing w:after="0"/>
              <w:jc w:val="right"/>
            </w:pPr>
            <w:r>
              <w:rPr>
                <w:sz w:val="16"/>
              </w:rPr>
              <w:t>11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8</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0</w:t>
            </w:r>
          </w:p>
        </w:tc>
        <w:tc>
          <w:tcPr>
            <w:tcW w:type="dxa" w:w="1356"/>
          </w:tcPr>
          <w:p>
            <w:pPr>
              <w:spacing w:after="0"/>
              <w:jc w:val="right"/>
            </w:pPr>
            <w:r>
              <w:rPr>
                <w:sz w:val="16"/>
              </w:rPr>
              <w:t>18</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143</w:t>
            </w:r>
          </w:p>
        </w:tc>
        <w:tc>
          <w:tcPr>
            <w:tcW w:type="dxa" w:w="1422"/>
          </w:tcPr>
          <w:p>
            <w:pPr>
              <w:spacing w:after="0"/>
              <w:jc w:val="right"/>
            </w:pPr>
            <w:r>
              <w:rPr>
                <w:sz w:val="16"/>
              </w:rPr>
              <w:t>42</w:t>
            </w:r>
          </w:p>
        </w:tc>
        <w:tc>
          <w:tcPr>
            <w:tcW w:type="dxa" w:w="1356"/>
          </w:tcPr>
          <w:p>
            <w:pPr>
              <w:spacing w:after="0"/>
              <w:jc w:val="right"/>
            </w:pPr>
            <w:r>
              <w:rPr>
                <w:sz w:val="16"/>
              </w:rPr>
              <w:t>8</w:t>
            </w:r>
          </w:p>
        </w:tc>
        <w:tc>
          <w:tcPr>
            <w:tcW w:type="dxa" w:w="963"/>
          </w:tcPr>
          <w:p>
            <w:pPr>
              <w:spacing w:after="0"/>
              <w:jc w:val="right"/>
            </w:pPr>
            <w:r>
              <w:rPr>
                <w:sz w:val="16"/>
              </w:rPr>
              <w:t>44</w:t>
            </w:r>
          </w:p>
        </w:tc>
        <w:tc>
          <w:tcPr>
            <w:tcW w:type="dxa" w:w="1356"/>
          </w:tcPr>
          <w:p>
            <w:pPr>
              <w:spacing w:after="0"/>
              <w:jc w:val="right"/>
            </w:pPr>
            <w:r>
              <w:rPr>
                <w:sz w:val="16"/>
              </w:rPr>
              <w:t>4</w:t>
            </w:r>
          </w:p>
        </w:tc>
        <w:tc>
          <w:tcPr>
            <w:tcW w:type="dxa" w:w="1684"/>
          </w:tcPr>
          <w:p>
            <w:pPr>
              <w:spacing w:after="0"/>
              <w:jc w:val="right"/>
            </w:pPr>
            <w:r>
              <w:rPr>
                <w:sz w:val="16"/>
              </w:rPr>
              <w:t>3</w:t>
            </w:r>
          </w:p>
        </w:tc>
        <w:tc>
          <w:tcPr>
            <w:tcW w:type="dxa" w:w="2143"/>
          </w:tcPr>
          <w:p>
            <w:pPr>
              <w:spacing w:after="0"/>
              <w:jc w:val="left"/>
            </w:pPr>
            <w:r>
              <w:rPr>
                <w:sz w:val="16"/>
              </w:rPr>
              <w:t>1955 to 2026-06-30</w:t>
            </w:r>
          </w:p>
        </w:tc>
        <w:tc>
          <w:tcPr>
            <w:tcW w:type="dxa" w:w="2434"/>
          </w:tcPr>
          <w:p>
            <w:pPr>
              <w:spacing w:after="0"/>
              <w:jc w:val="left"/>
            </w:pPr>
            <w:r>
              <w:rPr>
                <w:sz w:val="16"/>
              </w:rPr>
              <w:t>Includes 53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20</w:t>
            </w:r>
          </w:p>
        </w:tc>
        <w:tc>
          <w:tcPr>
            <w:tcW w:type="dxa" w:w="1422"/>
          </w:tcPr>
          <w:p>
            <w:pPr>
              <w:spacing w:after="0"/>
              <w:jc w:val="right"/>
            </w:pPr>
            <w:r>
              <w:rPr>
                <w:sz w:val="16"/>
              </w:rPr>
              <w:t>3</w:t>
            </w:r>
          </w:p>
        </w:tc>
        <w:tc>
          <w:tcPr>
            <w:tcW w:type="dxa" w:w="1356"/>
          </w:tcPr>
          <w:p>
            <w:pPr>
              <w:spacing w:after="0"/>
              <w:jc w:val="right"/>
            </w:pPr>
            <w:r>
              <w:rPr>
                <w:sz w:val="16"/>
              </w:rPr>
              <w:t>1</w:t>
            </w:r>
          </w:p>
        </w:tc>
        <w:tc>
          <w:tcPr>
            <w:tcW w:type="dxa" w:w="963"/>
          </w:tcPr>
          <w:p>
            <w:pPr>
              <w:spacing w:after="0"/>
              <w:jc w:val="right"/>
            </w:pPr>
            <w:r>
              <w:rPr>
                <w:sz w:val="16"/>
              </w:rPr>
              <w:t>3</w:t>
            </w:r>
          </w:p>
        </w:tc>
        <w:tc>
          <w:tcPr>
            <w:tcW w:type="dxa" w:w="1356"/>
          </w:tcPr>
          <w:p>
            <w:pPr>
              <w:spacing w:after="0"/>
              <w:jc w:val="right"/>
            </w:pPr>
            <w:r>
              <w:rPr>
                <w:sz w:val="16"/>
              </w:rPr>
              <w:t>3</w:t>
            </w:r>
          </w:p>
        </w:tc>
        <w:tc>
          <w:tcPr>
            <w:tcW w:type="dxa" w:w="1684"/>
          </w:tcPr>
          <w:p>
            <w:pPr>
              <w:spacing w:after="0"/>
              <w:jc w:val="right"/>
            </w:pPr>
            <w:r>
              <w:rPr>
                <w:sz w:val="16"/>
              </w:rPr>
              <w:t>2</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102</w:t>
            </w:r>
          </w:p>
        </w:tc>
        <w:tc>
          <w:tcPr>
            <w:tcW w:type="dxa" w:w="1422"/>
          </w:tcPr>
          <w:p>
            <w:pPr>
              <w:spacing w:after="0"/>
              <w:jc w:val="right"/>
            </w:pPr>
            <w:r>
              <w:rPr>
                <w:sz w:val="16"/>
              </w:rPr>
              <w:t>16</w:t>
            </w:r>
          </w:p>
        </w:tc>
        <w:tc>
          <w:tcPr>
            <w:tcW w:type="dxa" w:w="1356"/>
          </w:tcPr>
          <w:p>
            <w:pPr>
              <w:spacing w:after="0"/>
              <w:jc w:val="right"/>
            </w:pPr>
            <w:r>
              <w:rPr>
                <w:sz w:val="16"/>
              </w:rPr>
              <w:t>2</w:t>
            </w:r>
          </w:p>
        </w:tc>
        <w:tc>
          <w:tcPr>
            <w:tcW w:type="dxa" w:w="963"/>
          </w:tcPr>
          <w:p>
            <w:pPr>
              <w:spacing w:after="0"/>
              <w:jc w:val="right"/>
            </w:pPr>
            <w:r>
              <w:rPr>
                <w:sz w:val="16"/>
              </w:rPr>
              <w:t>18</w:t>
            </w:r>
          </w:p>
        </w:tc>
        <w:tc>
          <w:tcPr>
            <w:tcW w:type="dxa" w:w="1356"/>
          </w:tcPr>
          <w:p>
            <w:pPr>
              <w:spacing w:after="0"/>
              <w:jc w:val="right"/>
            </w:pPr>
            <w:r>
              <w:rPr>
                <w:sz w:val="16"/>
              </w:rPr>
              <w:t>4</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486"/>
        <w:gridCol w:w="1860"/>
        <w:gridCol w:w="1268"/>
        <w:gridCol w:w="2208"/>
        <w:gridCol w:w="1776"/>
        <w:gridCol w:w="3262"/>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486"/>
            <w:shd w:val="clear" w:color="auto" w:fill="E8E8E8"/>
          </w:tcPr>
          <w:p>
            <w:pPr>
              <w:spacing w:after="0"/>
              <w:jc w:val="left"/>
            </w:pPr>
            <w:r>
              <w:rPr>
                <w:b/>
                <w:sz w:val="16"/>
              </w:rPr>
              <w:t>Magnitude or extent</w:t>
            </w:r>
          </w:p>
        </w:tc>
        <w:tc>
          <w:tcPr>
            <w:tcW w:type="dxa" w:w="1860"/>
            <w:shd w:val="clear" w:color="auto" w:fill="E8E8E8"/>
          </w:tcPr>
          <w:p>
            <w:pPr>
              <w:spacing w:after="0"/>
              <w:jc w:val="left"/>
            </w:pPr>
            <w:r>
              <w:rPr>
                <w:b/>
                <w:sz w:val="16"/>
              </w:rPr>
              <w:t>Damage</w:t>
            </w:r>
          </w:p>
          <w:p>
            <w:pPr>
              <w:spacing w:after="0"/>
              <w:jc w:val="left"/>
            </w:pPr>
            <w:r>
              <w:rPr>
                <w:i/>
                <w:color w:val="555555"/>
                <w:sz w:val="14"/>
              </w:rPr>
              <w:t>nominal dollars</w:t>
            </w:r>
          </w:p>
        </w:tc>
        <w:tc>
          <w:tcPr>
            <w:tcW w:type="dxa" w:w="1268"/>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208"/>
            <w:shd w:val="clear" w:color="auto" w:fill="E8E8E8"/>
          </w:tcPr>
          <w:p>
            <w:pPr>
              <w:spacing w:after="0"/>
              <w:jc w:val="left"/>
            </w:pPr>
            <w:r>
              <w:rPr>
                <w:b/>
                <w:sz w:val="16"/>
              </w:rPr>
              <w:t>Location</w:t>
            </w:r>
          </w:p>
        </w:tc>
        <w:tc>
          <w:tcPr>
            <w:tcW w:type="dxa" w:w="1776"/>
            <w:shd w:val="clear" w:color="auto" w:fill="E8E8E8"/>
          </w:tcPr>
          <w:p>
            <w:pPr>
              <w:spacing w:after="0"/>
              <w:jc w:val="left"/>
            </w:pPr>
            <w:r>
              <w:rPr>
                <w:b/>
                <w:sz w:val="16"/>
              </w:rPr>
              <w:t>Flags</w:t>
            </w:r>
          </w:p>
        </w:tc>
        <w:tc>
          <w:tcPr>
            <w:tcW w:type="dxa" w:w="326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2023-12-26</w:t>
            </w:r>
          </w:p>
        </w:tc>
        <w:tc>
          <w:tcPr>
            <w:tcW w:type="dxa" w:w="1215"/>
          </w:tcPr>
          <w:p>
            <w:pPr>
              <w:spacing w:after="0"/>
              <w:jc w:val="left"/>
            </w:pPr>
            <w:r>
              <w:rPr>
                <w:sz w:val="16"/>
              </w:rPr>
              <w:t>Ice Storm</w:t>
            </w:r>
          </w:p>
        </w:tc>
        <w:tc>
          <w:tcPr>
            <w:tcW w:type="dxa" w:w="1486"/>
          </w:tcPr>
          <w:p>
            <w:pPr>
              <w:spacing w:after="0"/>
              <w:jc w:val="left"/>
            </w:pPr>
          </w:p>
        </w:tc>
        <w:tc>
          <w:tcPr>
            <w:tcW w:type="dxa" w:w="1860"/>
          </w:tcPr>
          <w:p>
            <w:pPr>
              <w:spacing w:after="0"/>
              <w:jc w:val="left"/>
            </w:pPr>
            <w:r>
              <w:rPr>
                <w:sz w:val="16"/>
              </w:rPr>
              <w:t>$250,000 property; $0 crops, reported for the zone (2023 dollars)</w:t>
            </w:r>
          </w:p>
        </w:tc>
        <w:tc>
          <w:tcPr>
            <w:tcW w:type="dxa" w:w="1268"/>
          </w:tcPr>
          <w:p>
            <w:pPr>
              <w:spacing w:after="0"/>
              <w:jc w:val="right"/>
            </w:pPr>
            <w:r>
              <w:rPr>
                <w:sz w:val="16"/>
              </w:rPr>
              <w:t>0, 0</w:t>
            </w:r>
          </w:p>
        </w:tc>
        <w:tc>
          <w:tcPr>
            <w:tcW w:type="dxa" w:w="2208"/>
          </w:tcPr>
          <w:p>
            <w:pPr>
              <w:spacing w:after="0"/>
              <w:jc w:val="left"/>
            </w:pPr>
            <w:r>
              <w:rPr>
                <w:sz w:val="16"/>
              </w:rPr>
              <w:t>NWS zone NDZ036 (KIDDER), zone-level: may include parts of neighboring counties</w:t>
            </w:r>
          </w:p>
        </w:tc>
        <w:tc>
          <w:tcPr>
            <w:tcW w:type="dxa" w:w="1776"/>
          </w:tcPr>
          <w:p>
            <w:pPr>
              <w:spacing w:after="0"/>
              <w:jc w:val="left"/>
            </w:pPr>
            <w:r>
              <w:rPr>
                <w:sz w:val="16"/>
              </w:rPr>
              <w:t>new since last plan; within last 5 years</w:t>
            </w:r>
          </w:p>
        </w:tc>
        <w:tc>
          <w:tcPr>
            <w:tcW w:type="dxa" w:w="3262"/>
          </w:tcPr>
          <w:p>
            <w:pPr>
              <w:spacing w:after="0"/>
              <w:jc w:val="left"/>
            </w:pPr>
            <w:r>
              <w:rPr>
                <w:sz w:val="16"/>
              </w:rPr>
              <w:t>B1-c worst recorded: Ice Storm</w:t>
            </w:r>
          </w:p>
        </w:tc>
      </w:tr>
      <w:tr>
        <w:trPr>
          <w:cantSplit/>
        </w:trPr>
        <w:tc>
          <w:tcPr>
            <w:tcW w:type="dxa" w:w="1037"/>
          </w:tcPr>
          <w:p>
            <w:pPr>
              <w:spacing w:after="0"/>
              <w:jc w:val="left"/>
            </w:pPr>
            <w:r>
              <w:rPr>
                <w:sz w:val="16"/>
              </w:rPr>
              <w:t>2021-04-01</w:t>
            </w:r>
          </w:p>
        </w:tc>
        <w:tc>
          <w:tcPr>
            <w:tcW w:type="dxa" w:w="1215"/>
          </w:tcPr>
          <w:p>
            <w:pPr>
              <w:spacing w:after="0"/>
              <w:jc w:val="left"/>
            </w:pPr>
            <w:r>
              <w:rPr>
                <w:sz w:val="16"/>
              </w:rPr>
              <w:t>Drought</w:t>
            </w:r>
          </w:p>
        </w:tc>
        <w:tc>
          <w:tcPr>
            <w:tcW w:type="dxa" w:w="1486"/>
          </w:tcPr>
          <w:p>
            <w:pPr>
              <w:spacing w:after="0"/>
              <w:jc w:val="left"/>
            </w:pPr>
          </w:p>
        </w:tc>
        <w:tc>
          <w:tcPr>
            <w:tcW w:type="dxa" w:w="1860"/>
          </w:tcPr>
          <w:p>
            <w:pPr>
              <w:spacing w:after="0"/>
              <w:jc w:val="left"/>
            </w:pPr>
            <w:r>
              <w:rPr>
                <w:sz w:val="16"/>
              </w:rPr>
              <w:t>$0 property; $0 crops, reported for the zone (2021 dollars)</w:t>
            </w:r>
          </w:p>
        </w:tc>
        <w:tc>
          <w:tcPr>
            <w:tcW w:type="dxa" w:w="1268"/>
          </w:tcPr>
          <w:p>
            <w:pPr>
              <w:spacing w:after="0"/>
              <w:jc w:val="right"/>
            </w:pPr>
            <w:r>
              <w:rPr>
                <w:sz w:val="16"/>
              </w:rPr>
              <w:t>0, 0</w:t>
            </w:r>
          </w:p>
        </w:tc>
        <w:tc>
          <w:tcPr>
            <w:tcW w:type="dxa" w:w="2208"/>
          </w:tcPr>
          <w:p>
            <w:pPr>
              <w:spacing w:after="0"/>
              <w:jc w:val="left"/>
            </w:pPr>
            <w:r>
              <w:rPr>
                <w:sz w:val="16"/>
              </w:rPr>
              <w:t>NWS zone NDZ036 (KIDDER), zone-level: may include parts of neighboring counties</w:t>
            </w:r>
          </w:p>
        </w:tc>
        <w:tc>
          <w:tcPr>
            <w:tcW w:type="dxa" w:w="1776"/>
          </w:tcPr>
          <w:p>
            <w:pPr>
              <w:spacing w:after="0"/>
              <w:jc w:val="left"/>
            </w:pPr>
            <w:r>
              <w:rPr>
                <w:sz w:val="16"/>
              </w:rPr>
              <w:t>during plan review, check whether your last plan included it</w:t>
            </w:r>
          </w:p>
        </w:tc>
        <w:tc>
          <w:tcPr>
            <w:tcW w:type="dxa" w:w="3262"/>
          </w:tcPr>
          <w:p>
            <w:pPr>
              <w:spacing w:after="0"/>
              <w:jc w:val="left"/>
            </w:pPr>
            <w:r>
              <w:rPr>
                <w:sz w:val="16"/>
              </w:rPr>
              <w:t>B1-c worst recorded: Drought</w:t>
            </w:r>
          </w:p>
        </w:tc>
      </w:tr>
      <w:tr>
        <w:trPr>
          <w:cantSplit/>
        </w:trPr>
        <w:tc>
          <w:tcPr>
            <w:tcW w:type="dxa" w:w="1037"/>
          </w:tcPr>
          <w:p>
            <w:pPr>
              <w:spacing w:after="0"/>
              <w:jc w:val="left"/>
            </w:pPr>
            <w:r>
              <w:rPr>
                <w:sz w:val="16"/>
              </w:rPr>
              <w:t>2021-02-10</w:t>
            </w:r>
          </w:p>
        </w:tc>
        <w:tc>
          <w:tcPr>
            <w:tcW w:type="dxa" w:w="1215"/>
          </w:tcPr>
          <w:p>
            <w:pPr>
              <w:spacing w:after="0"/>
              <w:jc w:val="left"/>
            </w:pPr>
            <w:r>
              <w:rPr>
                <w:sz w:val="16"/>
              </w:rPr>
              <w:t>Extreme Cold/Wind Chill</w:t>
            </w:r>
          </w:p>
        </w:tc>
        <w:tc>
          <w:tcPr>
            <w:tcW w:type="dxa" w:w="1486"/>
          </w:tcPr>
          <w:p>
            <w:pPr>
              <w:spacing w:after="0"/>
              <w:jc w:val="left"/>
            </w:pPr>
          </w:p>
        </w:tc>
        <w:tc>
          <w:tcPr>
            <w:tcW w:type="dxa" w:w="1860"/>
          </w:tcPr>
          <w:p>
            <w:pPr>
              <w:spacing w:after="0"/>
              <w:jc w:val="left"/>
            </w:pPr>
            <w:r>
              <w:rPr>
                <w:sz w:val="16"/>
              </w:rPr>
              <w:t>$0 property; $0 crops, reported for the zone (2021 dollars)</w:t>
            </w:r>
          </w:p>
        </w:tc>
        <w:tc>
          <w:tcPr>
            <w:tcW w:type="dxa" w:w="1268"/>
          </w:tcPr>
          <w:p>
            <w:pPr>
              <w:spacing w:after="0"/>
              <w:jc w:val="right"/>
            </w:pPr>
            <w:r>
              <w:rPr>
                <w:sz w:val="16"/>
              </w:rPr>
              <w:t>0, 0</w:t>
            </w:r>
          </w:p>
        </w:tc>
        <w:tc>
          <w:tcPr>
            <w:tcW w:type="dxa" w:w="2208"/>
          </w:tcPr>
          <w:p>
            <w:pPr>
              <w:spacing w:after="0"/>
              <w:jc w:val="left"/>
            </w:pPr>
            <w:r>
              <w:rPr>
                <w:sz w:val="16"/>
              </w:rPr>
              <w:t>NWS zone NDZ036 (KIDDER), zone-level: may include parts of neighboring counties</w:t>
            </w:r>
          </w:p>
        </w:tc>
        <w:tc>
          <w:tcPr>
            <w:tcW w:type="dxa" w:w="1776"/>
          </w:tcPr>
          <w:p>
            <w:pPr>
              <w:spacing w:after="0"/>
              <w:jc w:val="left"/>
            </w:pPr>
            <w:r>
              <w:rPr>
                <w:sz w:val="16"/>
              </w:rPr>
              <w:t>during plan review, check whether your last plan included it</w:t>
            </w:r>
          </w:p>
        </w:tc>
        <w:tc>
          <w:tcPr>
            <w:tcW w:type="dxa" w:w="326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2011-07-16</w:t>
            </w:r>
          </w:p>
        </w:tc>
        <w:tc>
          <w:tcPr>
            <w:tcW w:type="dxa" w:w="1215"/>
          </w:tcPr>
          <w:p>
            <w:pPr>
              <w:spacing w:after="0"/>
              <w:jc w:val="left"/>
            </w:pPr>
            <w:r>
              <w:rPr>
                <w:sz w:val="16"/>
              </w:rPr>
              <w:t>Excessive Heat</w:t>
            </w:r>
          </w:p>
        </w:tc>
        <w:tc>
          <w:tcPr>
            <w:tcW w:type="dxa" w:w="1486"/>
          </w:tcPr>
          <w:p>
            <w:pPr>
              <w:spacing w:after="0"/>
              <w:jc w:val="left"/>
            </w:pPr>
          </w:p>
        </w:tc>
        <w:tc>
          <w:tcPr>
            <w:tcW w:type="dxa" w:w="1860"/>
          </w:tcPr>
          <w:p>
            <w:pPr>
              <w:spacing w:after="0"/>
              <w:jc w:val="left"/>
            </w:pPr>
            <w:r>
              <w:rPr>
                <w:sz w:val="16"/>
              </w:rPr>
              <w:t>$0 property; $0 crops, reported for the zone (2011 dollars)</w:t>
            </w:r>
          </w:p>
        </w:tc>
        <w:tc>
          <w:tcPr>
            <w:tcW w:type="dxa" w:w="1268"/>
          </w:tcPr>
          <w:p>
            <w:pPr>
              <w:spacing w:after="0"/>
              <w:jc w:val="right"/>
            </w:pPr>
            <w:r>
              <w:rPr>
                <w:sz w:val="16"/>
              </w:rPr>
              <w:t>0, 0</w:t>
            </w:r>
          </w:p>
        </w:tc>
        <w:tc>
          <w:tcPr>
            <w:tcW w:type="dxa" w:w="2208"/>
          </w:tcPr>
          <w:p>
            <w:pPr>
              <w:spacing w:after="0"/>
              <w:jc w:val="left"/>
            </w:pPr>
            <w:r>
              <w:rPr>
                <w:sz w:val="16"/>
              </w:rPr>
              <w:t>NWS zone NDZ036 (KIDDER), zone-level: may include parts of neighboring counties</w:t>
            </w:r>
          </w:p>
        </w:tc>
        <w:tc>
          <w:tcPr>
            <w:tcW w:type="dxa" w:w="1776"/>
          </w:tcPr>
          <w:p>
            <w:pPr>
              <w:spacing w:after="0"/>
              <w:jc w:val="left"/>
            </w:pPr>
          </w:p>
        </w:tc>
        <w:tc>
          <w:tcPr>
            <w:tcW w:type="dxa" w:w="3262"/>
          </w:tcPr>
          <w:p>
            <w:pPr>
              <w:spacing w:after="0"/>
              <w:jc w:val="left"/>
            </w:pPr>
            <w:r>
              <w:rPr>
                <w:sz w:val="16"/>
              </w:rPr>
              <w:t>B1-c worst recorded: Excessive Heat, Heat</w:t>
            </w:r>
          </w:p>
        </w:tc>
      </w:tr>
      <w:tr>
        <w:trPr>
          <w:cantSplit/>
        </w:trPr>
        <w:tc>
          <w:tcPr>
            <w:tcW w:type="dxa" w:w="1037"/>
          </w:tcPr>
          <w:p>
            <w:pPr>
              <w:spacing w:after="0"/>
              <w:jc w:val="left"/>
            </w:pPr>
            <w:r>
              <w:rPr>
                <w:sz w:val="16"/>
              </w:rPr>
              <w:t>2009-04-01</w:t>
            </w:r>
          </w:p>
        </w:tc>
        <w:tc>
          <w:tcPr>
            <w:tcW w:type="dxa" w:w="1215"/>
          </w:tcPr>
          <w:p>
            <w:pPr>
              <w:spacing w:after="0"/>
              <w:jc w:val="left"/>
            </w:pPr>
            <w:r>
              <w:rPr>
                <w:sz w:val="16"/>
              </w:rPr>
              <w:t>Flood</w:t>
            </w:r>
          </w:p>
        </w:tc>
        <w:tc>
          <w:tcPr>
            <w:tcW w:type="dxa" w:w="1486"/>
          </w:tcPr>
          <w:p>
            <w:pPr>
              <w:spacing w:after="0"/>
              <w:jc w:val="left"/>
            </w:pPr>
          </w:p>
        </w:tc>
        <w:tc>
          <w:tcPr>
            <w:tcW w:type="dxa" w:w="1860"/>
          </w:tcPr>
          <w:p>
            <w:pPr>
              <w:spacing w:after="0"/>
              <w:jc w:val="left"/>
            </w:pPr>
            <w:r>
              <w:rPr>
                <w:sz w:val="16"/>
              </w:rPr>
              <w:t>$1,300,000 property; $0 crops (2009 dollars)</w:t>
            </w:r>
          </w:p>
        </w:tc>
        <w:tc>
          <w:tcPr>
            <w:tcW w:type="dxa" w:w="1268"/>
          </w:tcPr>
          <w:p>
            <w:pPr>
              <w:spacing w:after="0"/>
              <w:jc w:val="right"/>
            </w:pPr>
            <w:r>
              <w:rPr>
                <w:sz w:val="16"/>
              </w:rPr>
              <w:t>0, 0</w:t>
            </w:r>
          </w:p>
        </w:tc>
        <w:tc>
          <w:tcPr>
            <w:tcW w:type="dxa" w:w="2208"/>
          </w:tcPr>
          <w:p>
            <w:pPr>
              <w:spacing w:after="0"/>
              <w:jc w:val="left"/>
            </w:pPr>
            <w:r>
              <w:rPr>
                <w:sz w:val="16"/>
              </w:rPr>
              <w:t>TUTTLE to STEELE MUNI ARPT</w:t>
            </w:r>
          </w:p>
        </w:tc>
        <w:tc>
          <w:tcPr>
            <w:tcW w:type="dxa" w:w="1776"/>
          </w:tcPr>
          <w:p>
            <w:pPr>
              <w:spacing w:after="0"/>
              <w:jc w:val="left"/>
            </w:pPr>
          </w:p>
        </w:tc>
        <w:tc>
          <w:tcPr>
            <w:tcW w:type="dxa" w:w="326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2001-07-17</w:t>
            </w:r>
          </w:p>
        </w:tc>
        <w:tc>
          <w:tcPr>
            <w:tcW w:type="dxa" w:w="1215"/>
          </w:tcPr>
          <w:p>
            <w:pPr>
              <w:spacing w:after="0"/>
              <w:jc w:val="left"/>
            </w:pPr>
            <w:r>
              <w:rPr>
                <w:sz w:val="16"/>
              </w:rPr>
              <w:t>Tornado</w:t>
            </w:r>
          </w:p>
        </w:tc>
        <w:tc>
          <w:tcPr>
            <w:tcW w:type="dxa" w:w="1486"/>
          </w:tcPr>
          <w:p>
            <w:pPr>
              <w:spacing w:after="0"/>
              <w:jc w:val="left"/>
            </w:pPr>
            <w:r>
              <w:rPr>
                <w:sz w:val="16"/>
              </w:rPr>
              <w:t>F2, 10 mi within this county, 880 yd wide</w:t>
            </w:r>
          </w:p>
        </w:tc>
        <w:tc>
          <w:tcPr>
            <w:tcW w:type="dxa" w:w="1860"/>
          </w:tcPr>
          <w:p>
            <w:pPr>
              <w:spacing w:after="0"/>
              <w:jc w:val="left"/>
            </w:pPr>
            <w:r>
              <w:rPr>
                <w:sz w:val="16"/>
              </w:rPr>
              <w:t>$1,000,000 property; crops not reported (2001 dollars)</w:t>
            </w:r>
          </w:p>
        </w:tc>
        <w:tc>
          <w:tcPr>
            <w:tcW w:type="dxa" w:w="1268"/>
          </w:tcPr>
          <w:p>
            <w:pPr>
              <w:spacing w:after="0"/>
              <w:jc w:val="right"/>
            </w:pPr>
            <w:r>
              <w:rPr>
                <w:sz w:val="16"/>
              </w:rPr>
              <w:t>0, 0</w:t>
            </w:r>
          </w:p>
        </w:tc>
        <w:tc>
          <w:tcPr>
            <w:tcW w:type="dxa" w:w="2208"/>
          </w:tcPr>
          <w:p>
            <w:pPr>
              <w:spacing w:after="0"/>
              <w:jc w:val="left"/>
            </w:pPr>
            <w:r>
              <w:rPr>
                <w:sz w:val="16"/>
              </w:rPr>
              <w:t>LAKE WILLIAMS</w:t>
            </w:r>
          </w:p>
        </w:tc>
        <w:tc>
          <w:tcPr>
            <w:tcW w:type="dxa" w:w="1776"/>
          </w:tcPr>
          <w:p>
            <w:pPr>
              <w:spacing w:after="0"/>
              <w:jc w:val="left"/>
            </w:pPr>
          </w:p>
        </w:tc>
        <w:tc>
          <w:tcPr>
            <w:tcW w:type="dxa" w:w="3262"/>
          </w:tcPr>
          <w:p>
            <w:pPr>
              <w:spacing w:after="0"/>
              <w:jc w:val="left"/>
            </w:pPr>
            <w:r>
              <w:rPr>
                <w:sz w:val="16"/>
              </w:rPr>
              <w:t>B1-c worst recorded: Tornado</w:t>
            </w:r>
          </w:p>
        </w:tc>
      </w:tr>
      <w:tr>
        <w:trPr>
          <w:cantSplit/>
        </w:trPr>
        <w:tc>
          <w:tcPr>
            <w:tcW w:type="dxa" w:w="1037"/>
          </w:tcPr>
          <w:p>
            <w:pPr>
              <w:spacing w:after="0"/>
              <w:jc w:val="left"/>
            </w:pPr>
            <w:r>
              <w:rPr>
                <w:sz w:val="16"/>
              </w:rPr>
              <w:t>2000-04-05</w:t>
            </w:r>
          </w:p>
        </w:tc>
        <w:tc>
          <w:tcPr>
            <w:tcW w:type="dxa" w:w="1215"/>
          </w:tcPr>
          <w:p>
            <w:pPr>
              <w:spacing w:after="0"/>
              <w:jc w:val="left"/>
            </w:pPr>
            <w:r>
              <w:rPr>
                <w:sz w:val="16"/>
              </w:rPr>
              <w:t>High Wind</w:t>
            </w:r>
          </w:p>
        </w:tc>
        <w:tc>
          <w:tcPr>
            <w:tcW w:type="dxa" w:w="1486"/>
          </w:tcPr>
          <w:p>
            <w:pPr>
              <w:spacing w:after="0"/>
              <w:jc w:val="left"/>
            </w:pPr>
            <w:r>
              <w:rPr>
                <w:sz w:val="16"/>
              </w:rPr>
              <w:t>60 kt (69 mph) estimated</w:t>
            </w:r>
          </w:p>
        </w:tc>
        <w:tc>
          <w:tcPr>
            <w:tcW w:type="dxa" w:w="1860"/>
          </w:tcPr>
          <w:p>
            <w:pPr>
              <w:spacing w:after="0"/>
              <w:jc w:val="left"/>
            </w:pPr>
            <w:r>
              <w:rPr>
                <w:sz w:val="16"/>
              </w:rPr>
              <w:t>damage not reported</w:t>
            </w:r>
          </w:p>
        </w:tc>
        <w:tc>
          <w:tcPr>
            <w:tcW w:type="dxa" w:w="1268"/>
          </w:tcPr>
          <w:p>
            <w:pPr>
              <w:spacing w:after="0"/>
              <w:jc w:val="right"/>
            </w:pPr>
            <w:r>
              <w:rPr>
                <w:sz w:val="16"/>
              </w:rPr>
              <w:t>0, 0</w:t>
            </w:r>
          </w:p>
        </w:tc>
        <w:tc>
          <w:tcPr>
            <w:tcW w:type="dxa" w:w="2208"/>
          </w:tcPr>
          <w:p>
            <w:pPr>
              <w:spacing w:after="0"/>
              <w:jc w:val="left"/>
            </w:pPr>
            <w:r>
              <w:rPr>
                <w:sz w:val="16"/>
              </w:rPr>
              <w:t>NWS zone NDZ036 (KIDDER), zone-level: may include parts of neighboring counties</w:t>
            </w:r>
          </w:p>
        </w:tc>
        <w:tc>
          <w:tcPr>
            <w:tcW w:type="dxa" w:w="1776"/>
          </w:tcPr>
          <w:p>
            <w:pPr>
              <w:spacing w:after="0"/>
              <w:jc w:val="left"/>
            </w:pPr>
          </w:p>
        </w:tc>
        <w:tc>
          <w:tcPr>
            <w:tcW w:type="dxa" w:w="3262"/>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1999-06-25</w:t>
            </w:r>
          </w:p>
        </w:tc>
        <w:tc>
          <w:tcPr>
            <w:tcW w:type="dxa" w:w="1215"/>
          </w:tcPr>
          <w:p>
            <w:pPr>
              <w:spacing w:after="0"/>
              <w:jc w:val="left"/>
            </w:pPr>
            <w:r>
              <w:rPr>
                <w:sz w:val="16"/>
              </w:rPr>
              <w:t>Thunderstorm Wind</w:t>
            </w:r>
          </w:p>
        </w:tc>
        <w:tc>
          <w:tcPr>
            <w:tcW w:type="dxa" w:w="1486"/>
          </w:tcPr>
          <w:p>
            <w:pPr>
              <w:spacing w:after="0"/>
              <w:jc w:val="left"/>
            </w:pPr>
            <w:r>
              <w:rPr>
                <w:sz w:val="16"/>
              </w:rPr>
              <w:t>96 kt (110 mph), measurement type not recorded</w:t>
            </w:r>
          </w:p>
        </w:tc>
        <w:tc>
          <w:tcPr>
            <w:tcW w:type="dxa" w:w="1860"/>
          </w:tcPr>
          <w:p>
            <w:pPr>
              <w:spacing w:after="0"/>
              <w:jc w:val="left"/>
            </w:pPr>
            <w:r>
              <w:rPr>
                <w:sz w:val="16"/>
              </w:rPr>
              <w:t>$5,000,000 property; crops not reported (1999 dollars)</w:t>
            </w:r>
          </w:p>
        </w:tc>
        <w:tc>
          <w:tcPr>
            <w:tcW w:type="dxa" w:w="1268"/>
          </w:tcPr>
          <w:p>
            <w:pPr>
              <w:spacing w:after="0"/>
              <w:jc w:val="right"/>
            </w:pPr>
            <w:r>
              <w:rPr>
                <w:sz w:val="16"/>
              </w:rPr>
              <w:t>0, 0</w:t>
            </w:r>
          </w:p>
        </w:tc>
        <w:tc>
          <w:tcPr>
            <w:tcW w:type="dxa" w:w="2208"/>
          </w:tcPr>
          <w:p>
            <w:pPr>
              <w:spacing w:after="0"/>
              <w:jc w:val="left"/>
            </w:pPr>
            <w:r>
              <w:rPr>
                <w:sz w:val="16"/>
              </w:rPr>
              <w:t>TUTTLE</w:t>
            </w:r>
          </w:p>
        </w:tc>
        <w:tc>
          <w:tcPr>
            <w:tcW w:type="dxa" w:w="1776"/>
          </w:tcPr>
          <w:p>
            <w:pPr>
              <w:spacing w:after="0"/>
              <w:jc w:val="left"/>
            </w:pPr>
          </w:p>
        </w:tc>
        <w:tc>
          <w:tcPr>
            <w:tcW w:type="dxa" w:w="3262"/>
          </w:tcPr>
          <w:p>
            <w:pPr>
              <w:spacing w:after="0"/>
              <w:jc w:val="left"/>
            </w:pPr>
            <w:r>
              <w:rPr>
                <w:sz w:val="16"/>
              </w:rPr>
              <w:t>B1-c worst recorded: Thunderstorm Wind</w:t>
            </w:r>
          </w:p>
        </w:tc>
      </w:tr>
      <w:tr>
        <w:trPr>
          <w:cantSplit/>
        </w:trPr>
        <w:tc>
          <w:tcPr>
            <w:tcW w:type="dxa" w:w="1037"/>
          </w:tcPr>
          <w:p>
            <w:pPr>
              <w:spacing w:after="0"/>
              <w:jc w:val="left"/>
            </w:pPr>
            <w:r>
              <w:rPr>
                <w:sz w:val="16"/>
              </w:rPr>
              <w:t>1997-08-31</w:t>
            </w:r>
          </w:p>
        </w:tc>
        <w:tc>
          <w:tcPr>
            <w:tcW w:type="dxa" w:w="1215"/>
          </w:tcPr>
          <w:p>
            <w:pPr>
              <w:spacing w:after="0"/>
              <w:jc w:val="left"/>
            </w:pPr>
            <w:r>
              <w:rPr>
                <w:sz w:val="16"/>
              </w:rPr>
              <w:t>Hail</w:t>
            </w:r>
          </w:p>
        </w:tc>
        <w:tc>
          <w:tcPr>
            <w:tcW w:type="dxa" w:w="1486"/>
          </w:tcPr>
          <w:p>
            <w:pPr>
              <w:spacing w:after="0"/>
              <w:jc w:val="left"/>
            </w:pPr>
            <w:r>
              <w:rPr>
                <w:sz w:val="16"/>
              </w:rPr>
              <w:t>4.5 in</w:t>
            </w:r>
          </w:p>
        </w:tc>
        <w:tc>
          <w:tcPr>
            <w:tcW w:type="dxa" w:w="1860"/>
          </w:tcPr>
          <w:p>
            <w:pPr>
              <w:spacing w:after="0"/>
              <w:jc w:val="left"/>
            </w:pPr>
            <w:r>
              <w:rPr>
                <w:sz w:val="16"/>
              </w:rPr>
              <w:t>$100,000 property; crops not reported (1997 dollars)</w:t>
            </w:r>
          </w:p>
        </w:tc>
        <w:tc>
          <w:tcPr>
            <w:tcW w:type="dxa" w:w="1268"/>
          </w:tcPr>
          <w:p>
            <w:pPr>
              <w:spacing w:after="0"/>
              <w:jc w:val="right"/>
            </w:pPr>
            <w:r>
              <w:rPr>
                <w:sz w:val="16"/>
              </w:rPr>
              <w:t>0, 0</w:t>
            </w:r>
          </w:p>
        </w:tc>
        <w:tc>
          <w:tcPr>
            <w:tcW w:type="dxa" w:w="2208"/>
          </w:tcPr>
          <w:p>
            <w:pPr>
              <w:spacing w:after="0"/>
              <w:jc w:val="left"/>
            </w:pPr>
            <w:r>
              <w:rPr>
                <w:sz w:val="16"/>
              </w:rPr>
              <w:t>STEELE to DAWSON</w:t>
            </w:r>
          </w:p>
        </w:tc>
        <w:tc>
          <w:tcPr>
            <w:tcW w:type="dxa" w:w="1776"/>
          </w:tcPr>
          <w:p>
            <w:pPr>
              <w:spacing w:after="0"/>
              <w:jc w:val="left"/>
            </w:pPr>
          </w:p>
        </w:tc>
        <w:tc>
          <w:tcPr>
            <w:tcW w:type="dxa" w:w="3262"/>
          </w:tcPr>
          <w:p>
            <w:pPr>
              <w:spacing w:after="0"/>
              <w:jc w:val="left"/>
            </w:pPr>
            <w:r>
              <w:rPr>
                <w:sz w:val="16"/>
              </w:rPr>
              <w:t>B1-c worst recorded: Hail</w:t>
            </w:r>
          </w:p>
        </w:tc>
      </w:tr>
      <w:tr>
        <w:trPr>
          <w:cantSplit/>
        </w:trPr>
        <w:tc>
          <w:tcPr>
            <w:tcW w:type="dxa" w:w="1037"/>
          </w:tcPr>
          <w:p>
            <w:pPr>
              <w:spacing w:after="0"/>
              <w:jc w:val="left"/>
            </w:pPr>
            <w:r>
              <w:rPr>
                <w:sz w:val="16"/>
              </w:rPr>
              <w:t>1997-01-21</w:t>
            </w:r>
          </w:p>
        </w:tc>
        <w:tc>
          <w:tcPr>
            <w:tcW w:type="dxa" w:w="1215"/>
          </w:tcPr>
          <w:p>
            <w:pPr>
              <w:spacing w:after="0"/>
              <w:jc w:val="left"/>
            </w:pPr>
            <w:r>
              <w:rPr>
                <w:sz w:val="16"/>
              </w:rPr>
              <w:t>Blizzard</w:t>
            </w:r>
          </w:p>
        </w:tc>
        <w:tc>
          <w:tcPr>
            <w:tcW w:type="dxa" w:w="1486"/>
          </w:tcPr>
          <w:p>
            <w:pPr>
              <w:spacing w:after="0"/>
              <w:jc w:val="left"/>
            </w:pPr>
          </w:p>
        </w:tc>
        <w:tc>
          <w:tcPr>
            <w:tcW w:type="dxa" w:w="1860"/>
          </w:tcPr>
          <w:p>
            <w:pPr>
              <w:spacing w:after="0"/>
              <w:jc w:val="left"/>
            </w:pPr>
            <w:r>
              <w:rPr>
                <w:sz w:val="16"/>
              </w:rPr>
              <w:t>$790,000 property; crops not reported, reported for the zone (1997 dollars)</w:t>
            </w:r>
          </w:p>
        </w:tc>
        <w:tc>
          <w:tcPr>
            <w:tcW w:type="dxa" w:w="1268"/>
          </w:tcPr>
          <w:p>
            <w:pPr>
              <w:spacing w:after="0"/>
              <w:jc w:val="right"/>
            </w:pPr>
            <w:r>
              <w:rPr>
                <w:sz w:val="16"/>
              </w:rPr>
              <w:t>0, 4</w:t>
            </w:r>
          </w:p>
        </w:tc>
        <w:tc>
          <w:tcPr>
            <w:tcW w:type="dxa" w:w="2208"/>
          </w:tcPr>
          <w:p>
            <w:pPr>
              <w:spacing w:after="0"/>
              <w:jc w:val="left"/>
            </w:pPr>
            <w:r>
              <w:rPr>
                <w:sz w:val="16"/>
              </w:rPr>
              <w:t>NWS zone NDZ036 (KIDDER), zone-level: may include parts of neighboring counties</w:t>
            </w:r>
          </w:p>
        </w:tc>
        <w:tc>
          <w:tcPr>
            <w:tcW w:type="dxa" w:w="1776"/>
          </w:tcPr>
          <w:p>
            <w:pPr>
              <w:spacing w:after="0"/>
              <w:jc w:val="left"/>
            </w:pPr>
          </w:p>
        </w:tc>
        <w:tc>
          <w:tcPr>
            <w:tcW w:type="dxa" w:w="3262"/>
          </w:tcPr>
          <w:p>
            <w:pPr>
              <w:spacing w:after="0"/>
              <w:jc w:val="left"/>
            </w:pPr>
            <w:r>
              <w:rPr>
                <w:sz w:val="16"/>
              </w:rPr>
              <w:t>deaths or injuries recorded</w:t>
            </w:r>
          </w:p>
        </w:tc>
      </w:tr>
      <w:tr>
        <w:trPr>
          <w:cantSplit/>
        </w:trPr>
        <w:tc>
          <w:tcPr>
            <w:tcW w:type="dxa" w:w="1037"/>
          </w:tcPr>
          <w:p>
            <w:pPr>
              <w:spacing w:after="0"/>
              <w:jc w:val="left"/>
            </w:pPr>
            <w:r>
              <w:rPr>
                <w:sz w:val="16"/>
              </w:rPr>
              <w:t>1997-01-15</w:t>
            </w:r>
          </w:p>
        </w:tc>
        <w:tc>
          <w:tcPr>
            <w:tcW w:type="dxa" w:w="1215"/>
          </w:tcPr>
          <w:p>
            <w:pPr>
              <w:spacing w:after="0"/>
              <w:jc w:val="left"/>
            </w:pPr>
            <w:r>
              <w:rPr>
                <w:sz w:val="16"/>
              </w:rPr>
              <w:t>Blizzard</w:t>
            </w:r>
          </w:p>
        </w:tc>
        <w:tc>
          <w:tcPr>
            <w:tcW w:type="dxa" w:w="1486"/>
          </w:tcPr>
          <w:p>
            <w:pPr>
              <w:spacing w:after="0"/>
              <w:jc w:val="left"/>
            </w:pPr>
          </w:p>
        </w:tc>
        <w:tc>
          <w:tcPr>
            <w:tcW w:type="dxa" w:w="1860"/>
          </w:tcPr>
          <w:p>
            <w:pPr>
              <w:spacing w:after="0"/>
              <w:jc w:val="left"/>
            </w:pPr>
            <w:r>
              <w:rPr>
                <w:sz w:val="16"/>
              </w:rPr>
              <w:t>$900,000 property; crops not reported, reported for the zone (1997 dollars)</w:t>
            </w:r>
          </w:p>
        </w:tc>
        <w:tc>
          <w:tcPr>
            <w:tcW w:type="dxa" w:w="1268"/>
          </w:tcPr>
          <w:p>
            <w:pPr>
              <w:spacing w:after="0"/>
              <w:jc w:val="right"/>
            </w:pPr>
            <w:r>
              <w:rPr>
                <w:sz w:val="16"/>
              </w:rPr>
              <w:t>0, 3</w:t>
            </w:r>
          </w:p>
        </w:tc>
        <w:tc>
          <w:tcPr>
            <w:tcW w:type="dxa" w:w="2208"/>
          </w:tcPr>
          <w:p>
            <w:pPr>
              <w:spacing w:after="0"/>
              <w:jc w:val="left"/>
            </w:pPr>
            <w:r>
              <w:rPr>
                <w:sz w:val="16"/>
              </w:rPr>
              <w:t>NWS zone NDZ036 (KIDDER), zone-level: may include parts of neighboring counties</w:t>
            </w:r>
          </w:p>
        </w:tc>
        <w:tc>
          <w:tcPr>
            <w:tcW w:type="dxa" w:w="1776"/>
          </w:tcPr>
          <w:p>
            <w:pPr>
              <w:spacing w:after="0"/>
              <w:jc w:val="left"/>
            </w:pPr>
          </w:p>
        </w:tc>
        <w:tc>
          <w:tcPr>
            <w:tcW w:type="dxa" w:w="3262"/>
          </w:tcPr>
          <w:p>
            <w:pPr>
              <w:spacing w:after="0"/>
              <w:jc w:val="left"/>
            </w:pPr>
            <w:r>
              <w:rPr>
                <w:sz w:val="16"/>
              </w:rPr>
              <w:t>deaths or injuries recorded</w:t>
            </w:r>
          </w:p>
        </w:tc>
      </w:tr>
      <w:tr>
        <w:trPr>
          <w:cantSplit/>
        </w:trPr>
        <w:tc>
          <w:tcPr>
            <w:tcW w:type="dxa" w:w="1037"/>
          </w:tcPr>
          <w:p>
            <w:pPr>
              <w:spacing w:after="0"/>
              <w:jc w:val="left"/>
            </w:pPr>
            <w:r>
              <w:rPr>
                <w:sz w:val="16"/>
              </w:rPr>
              <w:t>1997-01-09</w:t>
            </w:r>
          </w:p>
        </w:tc>
        <w:tc>
          <w:tcPr>
            <w:tcW w:type="dxa" w:w="1215"/>
          </w:tcPr>
          <w:p>
            <w:pPr>
              <w:spacing w:after="0"/>
              <w:jc w:val="left"/>
            </w:pPr>
            <w:r>
              <w:rPr>
                <w:sz w:val="16"/>
              </w:rPr>
              <w:t>Blizzard</w:t>
            </w:r>
          </w:p>
        </w:tc>
        <w:tc>
          <w:tcPr>
            <w:tcW w:type="dxa" w:w="1486"/>
          </w:tcPr>
          <w:p>
            <w:pPr>
              <w:spacing w:after="0"/>
              <w:jc w:val="left"/>
            </w:pPr>
          </w:p>
        </w:tc>
        <w:tc>
          <w:tcPr>
            <w:tcW w:type="dxa" w:w="1860"/>
          </w:tcPr>
          <w:p>
            <w:pPr>
              <w:spacing w:after="0"/>
              <w:jc w:val="left"/>
            </w:pPr>
            <w:r>
              <w:rPr>
                <w:sz w:val="16"/>
              </w:rPr>
              <w:t>$1,530,000 property; crops not reported, reported for the zone (1997 dollars)</w:t>
            </w:r>
          </w:p>
        </w:tc>
        <w:tc>
          <w:tcPr>
            <w:tcW w:type="dxa" w:w="1268"/>
          </w:tcPr>
          <w:p>
            <w:pPr>
              <w:spacing w:after="0"/>
              <w:jc w:val="right"/>
            </w:pPr>
            <w:r>
              <w:rPr>
                <w:sz w:val="16"/>
              </w:rPr>
              <w:t>0, 2</w:t>
            </w:r>
          </w:p>
        </w:tc>
        <w:tc>
          <w:tcPr>
            <w:tcW w:type="dxa" w:w="2208"/>
          </w:tcPr>
          <w:p>
            <w:pPr>
              <w:spacing w:after="0"/>
              <w:jc w:val="left"/>
            </w:pPr>
            <w:r>
              <w:rPr>
                <w:sz w:val="16"/>
              </w:rPr>
              <w:t>NWS zone NDZ036 (KIDDER), zone-level: may include parts of neighboring counties</w:t>
            </w:r>
          </w:p>
        </w:tc>
        <w:tc>
          <w:tcPr>
            <w:tcW w:type="dxa" w:w="1776"/>
          </w:tcPr>
          <w:p>
            <w:pPr>
              <w:spacing w:after="0"/>
              <w:jc w:val="left"/>
            </w:pPr>
          </w:p>
        </w:tc>
        <w:tc>
          <w:tcPr>
            <w:tcW w:type="dxa" w:w="3262"/>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(448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7"/>
        <w:gridCol w:w="1473"/>
        <w:gridCol w:w="1605"/>
        <w:gridCol w:w="1037"/>
        <w:gridCol w:w="1797"/>
        <w:gridCol w:w="1530"/>
        <w:gridCol w:w="1537"/>
        <w:gridCol w:w="1037"/>
        <w:gridCol w:w="1804"/>
      </w:tblGrid>
      <w:tr>
        <w:trPr>
          <w:cantSplit/>
          <w:tblHeader/>
        </w:trPr>
        <w:tc>
          <w:tcPr>
            <w:tcW w:type="dxa" w:w="1037"/>
            <w:shd w:val="clear" w:color="auto" w:fill="E8E8E8"/>
          </w:tcPr>
          <w:p>
            <w:pPr>
              <w:spacing w:after="0"/>
              <w:jc w:val="left"/>
            </w:pPr>
            <w:r>
              <w:rPr>
                <w:b/>
                <w:sz w:val="16"/>
              </w:rPr>
              <w:t>Hazard</w:t>
            </w:r>
          </w:p>
        </w:tc>
        <w:tc>
          <w:tcPr>
            <w:tcW w:type="dxa" w:w="125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3"/>
            <w:shd w:val="clear" w:color="auto" w:fill="E8E8E8"/>
          </w:tcPr>
          <w:p>
            <w:pPr>
              <w:spacing w:after="0"/>
              <w:jc w:val="left"/>
            </w:pPr>
            <w:r>
              <w:rPr>
                <w:b/>
                <w:sz w:val="16"/>
              </w:rPr>
              <w:t>Unit</w:t>
            </w:r>
          </w:p>
        </w:tc>
        <w:tc>
          <w:tcPr>
            <w:tcW w:type="dxa" w:w="160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97"/>
            <w:shd w:val="clear" w:color="auto" w:fill="E8E8E8"/>
          </w:tcPr>
          <w:p>
            <w:pPr>
              <w:spacing w:after="0"/>
              <w:jc w:val="left"/>
            </w:pPr>
            <w:r>
              <w:rPr>
                <w:b/>
                <w:sz w:val="16"/>
              </w:rPr>
              <w:t>Descriptor basis</w:t>
            </w:r>
          </w:p>
        </w:tc>
        <w:tc>
          <w:tcPr>
            <w:tcW w:type="dxa" w:w="1530"/>
            <w:shd w:val="clear" w:color="auto" w:fill="E8E8E8"/>
          </w:tcPr>
          <w:p>
            <w:pPr>
              <w:spacing w:after="0"/>
              <w:jc w:val="right"/>
            </w:pPr>
            <w:r>
              <w:rPr>
                <w:b/>
                <w:sz w:val="16"/>
              </w:rPr>
              <w:t>NRI events or days in its record period (hail, wind and tornado are area-weighted, so can be fractional)</w:t>
            </w:r>
          </w:p>
        </w:tc>
        <w:tc>
          <w:tcPr>
            <w:tcW w:type="dxa" w:w="153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0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7"/>
          </w:tcPr>
          <w:p>
            <w:pPr>
              <w:spacing w:after="0"/>
              <w:jc w:val="right"/>
            </w:pPr>
          </w:p>
        </w:tc>
        <w:tc>
          <w:tcPr>
            <w:tcW w:type="dxa" w:w="1473"/>
          </w:tcPr>
          <w:p>
            <w:pPr>
              <w:spacing w:after="0"/>
              <w:jc w:val="left"/>
            </w:pPr>
            <w:r>
              <w:rPr>
                <w:sz w:val="16"/>
              </w:rPr>
              <w:t>events per year</w:t>
            </w:r>
          </w:p>
        </w:tc>
        <w:tc>
          <w:tcPr>
            <w:tcW w:type="dxa" w:w="1605"/>
          </w:tcPr>
          <w:p>
            <w:pPr>
              <w:spacing w:after="0"/>
              <w:jc w:val="left"/>
            </w:pPr>
          </w:p>
        </w:tc>
        <w:tc>
          <w:tcPr>
            <w:tcW w:type="dxa" w:w="1037"/>
          </w:tcPr>
          <w:p>
            <w:pPr>
              <w:spacing w:after="0"/>
              <w:jc w:val="left"/>
            </w:pPr>
          </w:p>
        </w:tc>
        <w:tc>
          <w:tcPr>
            <w:tcW w:type="dxa" w:w="1797"/>
          </w:tcPr>
          <w:p>
            <w:pPr>
              <w:spacing w:after="0"/>
              <w:jc w:val="left"/>
            </w:pPr>
          </w:p>
        </w:tc>
        <w:tc>
          <w:tcPr>
            <w:tcW w:type="dxa" w:w="1530"/>
          </w:tcPr>
          <w:p>
            <w:pPr>
              <w:spacing w:after="0"/>
              <w:jc w:val="right"/>
            </w:pPr>
          </w:p>
        </w:tc>
        <w:tc>
          <w:tcPr>
            <w:tcW w:type="dxa" w:w="1537"/>
          </w:tcPr>
          <w:p>
            <w:pPr>
              <w:spacing w:after="0"/>
              <w:jc w:val="left"/>
            </w:pPr>
            <w:r>
              <w:rPr>
                <w:sz w:val="16"/>
              </w:rPr>
              <w:t>1994 to 2023 (30 years)</w:t>
            </w:r>
          </w:p>
        </w:tc>
        <w:tc>
          <w:tcPr>
            <w:tcW w:type="dxa" w:w="1037"/>
          </w:tcPr>
          <w:p>
            <w:pPr>
              <w:spacing w:after="0"/>
              <w:jc w:val="left"/>
            </w:pPr>
            <w:r>
              <w:rPr>
                <w:sz w:val="16"/>
              </w:rPr>
              <w:t>see B1-f</w:t>
            </w:r>
          </w:p>
        </w:tc>
        <w:tc>
          <w:tcPr>
            <w:tcW w:type="dxa" w:w="1804"/>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7"/>
          </w:tcPr>
          <w:p>
            <w:pPr>
              <w:spacing w:after="0"/>
              <w:jc w:val="right"/>
            </w:pPr>
          </w:p>
        </w:tc>
        <w:tc>
          <w:tcPr>
            <w:tcW w:type="dxa" w:w="1473"/>
          </w:tcPr>
          <w:p>
            <w:pPr>
              <w:spacing w:after="0"/>
              <w:jc w:val="left"/>
            </w:pPr>
            <w:r>
              <w:rPr>
                <w:sz w:val="16"/>
              </w:rPr>
              <w:t>events per year at a location (modeled)</w:t>
            </w:r>
          </w:p>
        </w:tc>
        <w:tc>
          <w:tcPr>
            <w:tcW w:type="dxa" w:w="1605"/>
          </w:tcPr>
          <w:p>
            <w:pPr>
              <w:spacing w:after="0"/>
              <w:jc w:val="left"/>
            </w:pPr>
          </w:p>
        </w:tc>
        <w:tc>
          <w:tcPr>
            <w:tcW w:type="dxa" w:w="1037"/>
          </w:tcPr>
          <w:p>
            <w:pPr>
              <w:spacing w:after="0"/>
              <w:jc w:val="left"/>
            </w:pPr>
          </w:p>
        </w:tc>
        <w:tc>
          <w:tcPr>
            <w:tcW w:type="dxa" w:w="1797"/>
          </w:tcPr>
          <w:p>
            <w:pPr>
              <w:spacing w:after="0"/>
              <w:jc w:val="left"/>
            </w:pP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4"/>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7"/>
          </w:tcPr>
          <w:p>
            <w:pPr>
              <w:spacing w:after="0"/>
              <w:jc w:val="right"/>
            </w:pPr>
            <w:r>
              <w:rPr>
                <w:sz w:val="16"/>
              </w:rPr>
              <w:t>17.9</w:t>
            </w:r>
          </w:p>
        </w:tc>
        <w:tc>
          <w:tcPr>
            <w:tcW w:type="dxa" w:w="1473"/>
          </w:tcPr>
          <w:p>
            <w:pPr>
              <w:spacing w:after="0"/>
              <w:jc w:val="left"/>
            </w:pPr>
            <w:r>
              <w:rPr>
                <w:sz w:val="16"/>
              </w:rPr>
              <w:t>event-days per year</w:t>
            </w:r>
          </w:p>
        </w:tc>
        <w:tc>
          <w:tcPr>
            <w:tcW w:type="dxa" w:w="1605"/>
          </w:tcPr>
          <w:p>
            <w:pPr>
              <w:spacing w:after="0"/>
              <w:jc w:val="left"/>
            </w:pPr>
            <w:r>
              <w:rPr>
                <w:sz w:val="16"/>
              </w:rPr>
              <w:t>about 17.9 days per year</w:t>
            </w:r>
          </w:p>
        </w:tc>
        <w:tc>
          <w:tcPr>
            <w:tcW w:type="dxa" w:w="1037"/>
          </w:tcPr>
          <w:p>
            <w:pPr>
              <w:spacing w:after="0"/>
              <w:jc w:val="left"/>
            </w:pPr>
            <w:r>
              <w:rPr>
                <w:sz w:val="16"/>
              </w:rPr>
              <w:t>Likely</w:t>
            </w:r>
          </w:p>
        </w:tc>
        <w:tc>
          <w:tcPr>
            <w:tcW w:type="dxa" w:w="1797"/>
          </w:tcPr>
          <w:p>
            <w:pPr>
              <w:spacing w:after="0"/>
              <w:jc w:val="left"/>
            </w:pPr>
            <w:r>
              <w:rPr>
                <w:sz w:val="16"/>
              </w:rPr>
              <w:t>event-days in 17 of 30 years, 1996 to 2025 (56.7%)</w:t>
            </w:r>
          </w:p>
        </w:tc>
        <w:tc>
          <w:tcPr>
            <w:tcW w:type="dxa" w:w="1530"/>
          </w:tcPr>
          <w:p>
            <w:pPr>
              <w:spacing w:after="0"/>
              <w:jc w:val="right"/>
            </w:pPr>
            <w:r>
              <w:rPr>
                <w:sz w:val="16"/>
              </w:rPr>
              <w:t>340</w:t>
            </w:r>
          </w:p>
        </w:tc>
        <w:tc>
          <w:tcPr>
            <w:tcW w:type="dxa" w:w="1537"/>
          </w:tcPr>
          <w:p>
            <w:pPr>
              <w:spacing w:after="0"/>
              <w:jc w:val="left"/>
            </w:pPr>
            <w:r>
              <w:rPr>
                <w:sz w:val="16"/>
              </w:rPr>
              <w:t>2005-11-12 to 2024-11-12 (19 years)</w:t>
            </w:r>
          </w:p>
        </w:tc>
        <w:tc>
          <w:tcPr>
            <w:tcW w:type="dxa" w:w="1037"/>
          </w:tcPr>
          <w:p>
            <w:pPr>
              <w:spacing w:after="0"/>
              <w:jc w:val="left"/>
            </w:pPr>
            <w:r>
              <w:rPr>
                <w:sz w:val="16"/>
              </w:rPr>
              <w:t>countywide</w:t>
            </w:r>
          </w:p>
        </w:tc>
        <w:tc>
          <w:tcPr>
            <w:tcW w:type="dxa" w:w="1804"/>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7"/>
          </w:tcPr>
          <w:p>
            <w:pPr>
              <w:spacing w:after="0"/>
              <w:jc w:val="right"/>
            </w:pPr>
            <w:r>
              <w:rPr>
                <w:sz w:val="16"/>
              </w:rPr>
              <w:t>12.7</w:t>
            </w:r>
          </w:p>
        </w:tc>
        <w:tc>
          <w:tcPr>
            <w:tcW w:type="dxa" w:w="1473"/>
          </w:tcPr>
          <w:p>
            <w:pPr>
              <w:spacing w:after="0"/>
              <w:jc w:val="left"/>
            </w:pPr>
            <w:r>
              <w:rPr>
                <w:sz w:val="16"/>
              </w:rPr>
              <w:t>event-days per year</w:t>
            </w:r>
          </w:p>
        </w:tc>
        <w:tc>
          <w:tcPr>
            <w:tcW w:type="dxa" w:w="1605"/>
          </w:tcPr>
          <w:p>
            <w:pPr>
              <w:spacing w:after="0"/>
              <w:jc w:val="left"/>
            </w:pPr>
            <w:r>
              <w:rPr>
                <w:sz w:val="16"/>
              </w:rPr>
              <w:t>about 12.7 days per year</w:t>
            </w:r>
          </w:p>
        </w:tc>
        <w:tc>
          <w:tcPr>
            <w:tcW w:type="dxa" w:w="1037"/>
          </w:tcPr>
          <w:p>
            <w:pPr>
              <w:spacing w:after="0"/>
              <w:jc w:val="left"/>
            </w:pPr>
            <w:r>
              <w:rPr>
                <w:sz w:val="16"/>
              </w:rPr>
              <w:t>Possible</w:t>
            </w:r>
          </w:p>
        </w:tc>
        <w:tc>
          <w:tcPr>
            <w:tcW w:type="dxa" w:w="1797"/>
          </w:tcPr>
          <w:p>
            <w:pPr>
              <w:spacing w:after="0"/>
              <w:jc w:val="left"/>
            </w:pPr>
            <w:r>
              <w:rPr>
                <w:sz w:val="16"/>
              </w:rPr>
              <w:t>event-days in 1 of 30 years, 1996 to 2025 (3.33%)</w:t>
            </w:r>
          </w:p>
        </w:tc>
        <w:tc>
          <w:tcPr>
            <w:tcW w:type="dxa" w:w="1530"/>
          </w:tcPr>
          <w:p>
            <w:pPr>
              <w:spacing w:after="0"/>
              <w:jc w:val="right"/>
            </w:pPr>
            <w:r>
              <w:rPr>
                <w:sz w:val="16"/>
              </w:rPr>
              <w:t>322</w:t>
            </w:r>
          </w:p>
        </w:tc>
        <w:tc>
          <w:tcPr>
            <w:tcW w:type="dxa" w:w="153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04"/>
          </w:tcPr>
          <w:p>
            <w:pPr>
              <w:spacing w:after="0"/>
              <w:jc w:val="left"/>
            </w:pPr>
            <w:r>
              <w:rPr>
                <w:sz w:val="16"/>
              </w:rPr>
              <w:t>NRI gives about 12.7 drought event-days a year here (its annualized frequency over 25.25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7"/>
          </w:tcPr>
          <w:p>
            <w:pPr>
              <w:spacing w:after="0"/>
              <w:jc w:val="right"/>
            </w:pPr>
            <w:r>
              <w:rPr>
                <w:sz w:val="16"/>
              </w:rPr>
              <w:t>0.000108</w:t>
            </w:r>
          </w:p>
        </w:tc>
        <w:tc>
          <w:tcPr>
            <w:tcW w:type="dxa" w:w="1473"/>
          </w:tcPr>
          <w:p>
            <w:pPr>
              <w:spacing w:after="0"/>
              <w:jc w:val="left"/>
            </w:pPr>
            <w:r>
              <w:rPr>
                <w:sz w:val="16"/>
              </w:rPr>
              <w:t>annual probability at a location</w:t>
            </w:r>
          </w:p>
        </w:tc>
        <w:tc>
          <w:tcPr>
            <w:tcW w:type="dxa" w:w="1605"/>
          </w:tcPr>
          <w:p>
            <w:pPr>
              <w:spacing w:after="0"/>
              <w:jc w:val="left"/>
            </w:pPr>
            <w:r>
              <w:rPr>
                <w:sz w:val="16"/>
              </w:rPr>
              <w:t>chance a given location in the county has at least minor-damage shaking in a year: 0.0108%</w:t>
            </w:r>
          </w:p>
        </w:tc>
        <w:tc>
          <w:tcPr>
            <w:tcW w:type="dxa" w:w="1037"/>
          </w:tcPr>
          <w:p>
            <w:pPr>
              <w:spacing w:after="0"/>
              <w:jc w:val="left"/>
            </w:pPr>
          </w:p>
        </w:tc>
        <w:tc>
          <w:tcPr>
            <w:tcW w:type="dxa" w:w="1797"/>
          </w:tcPr>
          <w:p>
            <w:pPr>
              <w:spacing w:after="0"/>
              <w:jc w:val="left"/>
            </w:pP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4"/>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7"/>
          </w:tcPr>
          <w:p>
            <w:pPr>
              <w:spacing w:after="0"/>
              <w:jc w:val="right"/>
            </w:pPr>
            <w:r>
              <w:rPr>
                <w:sz w:val="16"/>
              </w:rPr>
              <w:t>2.43</w:t>
            </w:r>
          </w:p>
        </w:tc>
        <w:tc>
          <w:tcPr>
            <w:tcW w:type="dxa" w:w="1473"/>
          </w:tcPr>
          <w:p>
            <w:pPr>
              <w:spacing w:after="0"/>
              <w:jc w:val="left"/>
            </w:pPr>
            <w:r>
              <w:rPr>
                <w:sz w:val="16"/>
              </w:rPr>
              <w:t>events per year</w:t>
            </w:r>
          </w:p>
        </w:tc>
        <w:tc>
          <w:tcPr>
            <w:tcW w:type="dxa" w:w="1605"/>
          </w:tcPr>
          <w:p>
            <w:pPr>
              <w:spacing w:after="0"/>
              <w:jc w:val="left"/>
            </w:pPr>
            <w:r>
              <w:rPr>
                <w:sz w:val="16"/>
              </w:rPr>
              <w:t>about 2.43 per year</w:t>
            </w:r>
          </w:p>
        </w:tc>
        <w:tc>
          <w:tcPr>
            <w:tcW w:type="dxa" w:w="1037"/>
          </w:tcPr>
          <w:p>
            <w:pPr>
              <w:spacing w:after="0"/>
              <w:jc w:val="left"/>
            </w:pPr>
            <w:r>
              <w:rPr>
                <w:sz w:val="16"/>
              </w:rPr>
              <w:t>Highly likely</w:t>
            </w:r>
          </w:p>
        </w:tc>
        <w:tc>
          <w:tcPr>
            <w:tcW w:type="dxa" w:w="1797"/>
          </w:tcPr>
          <w:p>
            <w:pPr>
              <w:spacing w:after="0"/>
              <w:jc w:val="left"/>
            </w:pPr>
            <w:r>
              <w:rPr>
                <w:sz w:val="16"/>
              </w:rPr>
              <w:t>FEMA annualized frequency (modeled)</w:t>
            </w:r>
          </w:p>
        </w:tc>
        <w:tc>
          <w:tcPr>
            <w:tcW w:type="dxa" w:w="1530"/>
          </w:tcPr>
          <w:p>
            <w:pPr>
              <w:spacing w:after="0"/>
              <w:jc w:val="right"/>
            </w:pPr>
            <w:r>
              <w:rPr>
                <w:sz w:val="16"/>
              </w:rPr>
              <w:t>92.5 (modeled)</w:t>
            </w:r>
          </w:p>
        </w:tc>
        <w:tc>
          <w:tcPr>
            <w:tcW w:type="dxa" w:w="1537"/>
          </w:tcPr>
          <w:p>
            <w:pPr>
              <w:spacing w:after="0"/>
              <w:jc w:val="left"/>
            </w:pPr>
            <w:r>
              <w:rPr>
                <w:sz w:val="16"/>
              </w:rPr>
              <w:t>1986 to 2023 (38 years)</w:t>
            </w:r>
          </w:p>
        </w:tc>
        <w:tc>
          <w:tcPr>
            <w:tcW w:type="dxa" w:w="1037"/>
          </w:tcPr>
          <w:p>
            <w:pPr>
              <w:spacing w:after="0"/>
              <w:jc w:val="left"/>
            </w:pPr>
            <w:r>
              <w:rPr>
                <w:sz w:val="16"/>
              </w:rPr>
              <w:t>countywide</w:t>
            </w:r>
          </w:p>
        </w:tc>
        <w:tc>
          <w:tcPr>
            <w:tcW w:type="dxa" w:w="1804"/>
          </w:tcPr>
          <w:p>
            <w:pPr>
              <w:spacing w:after="0"/>
              <w:jc w:val="left"/>
            </w:pPr>
          </w:p>
        </w:tc>
      </w:tr>
      <w:tr>
        <w:trPr>
          <w:cantSplit/>
        </w:trPr>
        <w:tc>
          <w:tcPr>
            <w:tcW w:type="dxa" w:w="1037"/>
          </w:tcPr>
          <w:p>
            <w:pPr>
              <w:spacing w:after="0"/>
              <w:jc w:val="left"/>
            </w:pPr>
            <w:r>
              <w:rPr>
                <w:sz w:val="16"/>
              </w:rPr>
              <w:t>Heat Wave</w:t>
            </w:r>
          </w:p>
        </w:tc>
        <w:tc>
          <w:tcPr>
            <w:tcW w:type="dxa" w:w="1257"/>
          </w:tcPr>
          <w:p>
            <w:pPr>
              <w:spacing w:after="0"/>
              <w:jc w:val="right"/>
            </w:pPr>
            <w:r>
              <w:rPr>
                <w:sz w:val="16"/>
              </w:rPr>
              <w:t>1.53</w:t>
            </w:r>
          </w:p>
        </w:tc>
        <w:tc>
          <w:tcPr>
            <w:tcW w:type="dxa" w:w="1473"/>
          </w:tcPr>
          <w:p>
            <w:pPr>
              <w:spacing w:after="0"/>
              <w:jc w:val="left"/>
            </w:pPr>
            <w:r>
              <w:rPr>
                <w:sz w:val="16"/>
              </w:rPr>
              <w:t>event-days per year</w:t>
            </w:r>
          </w:p>
        </w:tc>
        <w:tc>
          <w:tcPr>
            <w:tcW w:type="dxa" w:w="1605"/>
          </w:tcPr>
          <w:p>
            <w:pPr>
              <w:spacing w:after="0"/>
              <w:jc w:val="left"/>
            </w:pPr>
            <w:r>
              <w:rPr>
                <w:sz w:val="16"/>
              </w:rPr>
              <w:t>about 1.53 days per year</w:t>
            </w:r>
          </w:p>
        </w:tc>
        <w:tc>
          <w:tcPr>
            <w:tcW w:type="dxa" w:w="1037"/>
          </w:tcPr>
          <w:p>
            <w:pPr>
              <w:spacing w:after="0"/>
              <w:jc w:val="left"/>
            </w:pPr>
            <w:r>
              <w:rPr>
                <w:sz w:val="16"/>
              </w:rPr>
              <w:t>Possible</w:t>
            </w:r>
          </w:p>
        </w:tc>
        <w:tc>
          <w:tcPr>
            <w:tcW w:type="dxa" w:w="1797"/>
          </w:tcPr>
          <w:p>
            <w:pPr>
              <w:spacing w:after="0"/>
              <w:jc w:val="left"/>
            </w:pPr>
            <w:r>
              <w:rPr>
                <w:sz w:val="16"/>
              </w:rPr>
              <w:t>event-days in 1 of 30 years, 1996 to 2025 (3.33%)</w:t>
            </w:r>
          </w:p>
        </w:tc>
        <w:tc>
          <w:tcPr>
            <w:tcW w:type="dxa" w:w="1530"/>
          </w:tcPr>
          <w:p>
            <w:pPr>
              <w:spacing w:after="0"/>
              <w:jc w:val="right"/>
            </w:pPr>
            <w:r>
              <w:rPr>
                <w:sz w:val="16"/>
              </w:rPr>
              <w:t>24</w:t>
            </w:r>
          </w:p>
        </w:tc>
        <w:tc>
          <w:tcPr>
            <w:tcW w:type="dxa" w:w="1537"/>
          </w:tcPr>
          <w:p>
            <w:pPr>
              <w:spacing w:after="0"/>
              <w:jc w:val="left"/>
            </w:pPr>
            <w:r>
              <w:rPr>
                <w:sz w:val="16"/>
              </w:rPr>
              <w:t>2005-11-12 to 2024-11-12 (19 years)</w:t>
            </w:r>
          </w:p>
        </w:tc>
        <w:tc>
          <w:tcPr>
            <w:tcW w:type="dxa" w:w="1037"/>
          </w:tcPr>
          <w:p>
            <w:pPr>
              <w:spacing w:after="0"/>
              <w:jc w:val="left"/>
            </w:pPr>
            <w:r>
              <w:rPr>
                <w:sz w:val="16"/>
              </w:rPr>
              <w:t>countywide</w:t>
            </w:r>
          </w:p>
        </w:tc>
        <w:tc>
          <w:tcPr>
            <w:tcW w:type="dxa" w:w="1804"/>
          </w:tcPr>
          <w:p>
            <w:pPr>
              <w:spacing w:after="0"/>
              <w:jc w:val="left"/>
            </w:pPr>
            <w:r>
              <w:rPr>
                <w:sz w:val="16"/>
              </w:rPr>
              <w:t>NRI gives about 1.53 heat wave event-days a year here (its annualized frequency over 19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57"/>
          </w:tcPr>
          <w:p>
            <w:pPr>
              <w:spacing w:after="0"/>
              <w:jc w:val="right"/>
            </w:pPr>
          </w:p>
        </w:tc>
        <w:tc>
          <w:tcPr>
            <w:tcW w:type="dxa" w:w="1473"/>
          </w:tcPr>
          <w:p>
            <w:pPr>
              <w:spacing w:after="0"/>
              <w:jc w:val="left"/>
            </w:pPr>
            <w:r>
              <w:rPr>
                <w:sz w:val="16"/>
              </w:rPr>
              <w:t>events per year</w:t>
            </w:r>
          </w:p>
        </w:tc>
        <w:tc>
          <w:tcPr>
            <w:tcW w:type="dxa" w:w="1605"/>
          </w:tcPr>
          <w:p>
            <w:pPr>
              <w:spacing w:after="0"/>
              <w:jc w:val="left"/>
            </w:pPr>
          </w:p>
        </w:tc>
        <w:tc>
          <w:tcPr>
            <w:tcW w:type="dxa" w:w="1037"/>
          </w:tcPr>
          <w:p>
            <w:pPr>
              <w:spacing w:after="0"/>
              <w:jc w:val="left"/>
            </w:pPr>
          </w:p>
        </w:tc>
        <w:tc>
          <w:tcPr>
            <w:tcW w:type="dxa" w:w="1797"/>
          </w:tcPr>
          <w:p>
            <w:pPr>
              <w:spacing w:after="0"/>
              <w:jc w:val="left"/>
            </w:pPr>
          </w:p>
        </w:tc>
        <w:tc>
          <w:tcPr>
            <w:tcW w:type="dxa" w:w="1530"/>
          </w:tcPr>
          <w:p>
            <w:pPr>
              <w:spacing w:after="0"/>
              <w:jc w:val="right"/>
            </w:pPr>
          </w:p>
        </w:tc>
        <w:tc>
          <w:tcPr>
            <w:tcW w:type="dxa" w:w="1537"/>
          </w:tcPr>
          <w:p>
            <w:pPr>
              <w:spacing w:after="0"/>
              <w:jc w:val="left"/>
            </w:pPr>
            <w:r>
              <w:rPr>
                <w:sz w:val="16"/>
              </w:rPr>
              <w:t>1851 to 2024 (Atlantic)</w:t>
            </w:r>
          </w:p>
        </w:tc>
        <w:tc>
          <w:tcPr>
            <w:tcW w:type="dxa" w:w="1037"/>
          </w:tcPr>
          <w:p>
            <w:pPr>
              <w:spacing w:after="0"/>
              <w:jc w:val="left"/>
            </w:pPr>
            <w:r>
              <w:rPr>
                <w:sz w:val="16"/>
              </w:rPr>
              <w:t>see B1-f</w:t>
            </w:r>
          </w:p>
        </w:tc>
        <w:tc>
          <w:tcPr>
            <w:tcW w:type="dxa" w:w="1804"/>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57"/>
          </w:tcPr>
          <w:p>
            <w:pPr>
              <w:spacing w:after="0"/>
              <w:jc w:val="right"/>
            </w:pPr>
            <w:r>
              <w:rPr>
                <w:sz w:val="16"/>
              </w:rPr>
              <w:t>0.923</w:t>
            </w:r>
          </w:p>
        </w:tc>
        <w:tc>
          <w:tcPr>
            <w:tcW w:type="dxa" w:w="1473"/>
          </w:tcPr>
          <w:p>
            <w:pPr>
              <w:spacing w:after="0"/>
              <w:jc w:val="left"/>
            </w:pPr>
            <w:r>
              <w:rPr>
                <w:sz w:val="16"/>
              </w:rPr>
              <w:t>event-days per year</w:t>
            </w:r>
          </w:p>
        </w:tc>
        <w:tc>
          <w:tcPr>
            <w:tcW w:type="dxa" w:w="1605"/>
          </w:tcPr>
          <w:p>
            <w:pPr>
              <w:spacing w:after="0"/>
              <w:jc w:val="left"/>
            </w:pPr>
            <w:r>
              <w:rPr>
                <w:sz w:val="16"/>
              </w:rPr>
              <w:t>about 0.923 days per year</w:t>
            </w:r>
          </w:p>
        </w:tc>
        <w:tc>
          <w:tcPr>
            <w:tcW w:type="dxa" w:w="1037"/>
          </w:tcPr>
          <w:p>
            <w:pPr>
              <w:spacing w:after="0"/>
              <w:jc w:val="left"/>
            </w:pPr>
            <w:r>
              <w:rPr>
                <w:sz w:val="16"/>
              </w:rPr>
              <w:t>Possible</w:t>
            </w:r>
          </w:p>
        </w:tc>
        <w:tc>
          <w:tcPr>
            <w:tcW w:type="dxa" w:w="1797"/>
          </w:tcPr>
          <w:p>
            <w:pPr>
              <w:spacing w:after="0"/>
              <w:jc w:val="left"/>
            </w:pPr>
            <w:r>
              <w:rPr>
                <w:sz w:val="16"/>
              </w:rPr>
              <w:t>event-days in 1 of 30 years, 1996 to 2025 (3.33%)</w:t>
            </w:r>
          </w:p>
        </w:tc>
        <w:tc>
          <w:tcPr>
            <w:tcW w:type="dxa" w:w="1530"/>
          </w:tcPr>
          <w:p>
            <w:pPr>
              <w:spacing w:after="0"/>
              <w:jc w:val="right"/>
            </w:pPr>
            <w:r>
              <w:rPr>
                <w:sz w:val="16"/>
              </w:rPr>
              <w:t>62</w:t>
            </w:r>
          </w:p>
        </w:tc>
        <w:tc>
          <w:tcPr>
            <w:tcW w:type="dxa" w:w="1537"/>
          </w:tcPr>
          <w:p>
            <w:pPr>
              <w:spacing w:after="0"/>
              <w:jc w:val="left"/>
            </w:pPr>
            <w:r>
              <w:rPr>
                <w:sz w:val="16"/>
              </w:rPr>
              <w:t>1946-12-31 to 2014-02-12 (67 years)</w:t>
            </w:r>
          </w:p>
        </w:tc>
        <w:tc>
          <w:tcPr>
            <w:tcW w:type="dxa" w:w="1037"/>
          </w:tcPr>
          <w:p>
            <w:pPr>
              <w:spacing w:after="0"/>
              <w:jc w:val="left"/>
            </w:pPr>
            <w:r>
              <w:rPr>
                <w:sz w:val="16"/>
              </w:rPr>
              <w:t>countywide</w:t>
            </w:r>
          </w:p>
        </w:tc>
        <w:tc>
          <w:tcPr>
            <w:tcW w:type="dxa" w:w="1804"/>
          </w:tcPr>
          <w:p>
            <w:pPr>
              <w:spacing w:after="0"/>
              <w:jc w:val="left"/>
            </w:pPr>
          </w:p>
        </w:tc>
      </w:tr>
      <w:tr>
        <w:trPr>
          <w:cantSplit/>
        </w:trPr>
        <w:tc>
          <w:tcPr>
            <w:tcW w:type="dxa" w:w="1037"/>
          </w:tcPr>
          <w:p>
            <w:pPr>
              <w:spacing w:after="0"/>
              <w:jc w:val="left"/>
            </w:pPr>
            <w:r>
              <w:rPr>
                <w:sz w:val="16"/>
              </w:rPr>
              <w:t>Inland Flooding</w:t>
            </w:r>
          </w:p>
        </w:tc>
        <w:tc>
          <w:tcPr>
            <w:tcW w:type="dxa" w:w="1257"/>
          </w:tcPr>
          <w:p>
            <w:pPr>
              <w:spacing w:after="0"/>
              <w:jc w:val="right"/>
            </w:pPr>
            <w:r>
              <w:rPr>
                <w:sz w:val="16"/>
              </w:rPr>
              <w:t>0.286</w:t>
            </w:r>
          </w:p>
        </w:tc>
        <w:tc>
          <w:tcPr>
            <w:tcW w:type="dxa" w:w="1473"/>
          </w:tcPr>
          <w:p>
            <w:pPr>
              <w:spacing w:after="0"/>
              <w:jc w:val="left"/>
            </w:pPr>
            <w:r>
              <w:rPr>
                <w:sz w:val="16"/>
              </w:rPr>
              <w:t>event-days per year</w:t>
            </w:r>
          </w:p>
        </w:tc>
        <w:tc>
          <w:tcPr>
            <w:tcW w:type="dxa" w:w="1605"/>
          </w:tcPr>
          <w:p>
            <w:pPr>
              <w:spacing w:after="0"/>
              <w:jc w:val="left"/>
            </w:pPr>
            <w:r>
              <w:rPr>
                <w:sz w:val="16"/>
              </w:rPr>
              <w:t>about 0.286 days per year</w:t>
            </w:r>
          </w:p>
        </w:tc>
        <w:tc>
          <w:tcPr>
            <w:tcW w:type="dxa" w:w="1037"/>
          </w:tcPr>
          <w:p>
            <w:pPr>
              <w:spacing w:after="0"/>
              <w:jc w:val="left"/>
            </w:pPr>
            <w:r>
              <w:rPr>
                <w:sz w:val="16"/>
              </w:rPr>
              <w:t>Likely</w:t>
            </w:r>
          </w:p>
        </w:tc>
        <w:tc>
          <w:tcPr>
            <w:tcW w:type="dxa" w:w="1797"/>
          </w:tcPr>
          <w:p>
            <w:pPr>
              <w:spacing w:after="0"/>
              <w:jc w:val="left"/>
            </w:pPr>
            <w:r>
              <w:rPr>
                <w:sz w:val="16"/>
              </w:rPr>
              <w:t>event-days in 6 of 30 years, 1996 to 2025 (20%)</w:t>
            </w:r>
          </w:p>
        </w:tc>
        <w:tc>
          <w:tcPr>
            <w:tcW w:type="dxa" w:w="1530"/>
          </w:tcPr>
          <w:p>
            <w:pPr>
              <w:spacing w:after="0"/>
              <w:jc w:val="right"/>
            </w:pPr>
            <w:r>
              <w:rPr>
                <w:sz w:val="16"/>
              </w:rPr>
              <w:t>8</w:t>
            </w:r>
          </w:p>
        </w:tc>
        <w:tc>
          <w:tcPr>
            <w:tcW w:type="dxa" w:w="1537"/>
          </w:tcPr>
          <w:p>
            <w:pPr>
              <w:spacing w:after="0"/>
              <w:jc w:val="left"/>
            </w:pPr>
            <w:r>
              <w:rPr>
                <w:sz w:val="16"/>
              </w:rPr>
              <w:t>1996 to 2023 (28 years)</w:t>
            </w:r>
          </w:p>
        </w:tc>
        <w:tc>
          <w:tcPr>
            <w:tcW w:type="dxa" w:w="1037"/>
          </w:tcPr>
          <w:p>
            <w:pPr>
              <w:spacing w:after="0"/>
              <w:jc w:val="left"/>
            </w:pPr>
            <w:r>
              <w:rPr>
                <w:sz w:val="16"/>
              </w:rPr>
              <w:t>see B1-f</w:t>
            </w:r>
          </w:p>
        </w:tc>
        <w:tc>
          <w:tcPr>
            <w:tcW w:type="dxa" w:w="1804"/>
          </w:tcPr>
          <w:p>
            <w:pPr>
              <w:spacing w:after="0"/>
              <w:jc w:val="left"/>
            </w:pPr>
          </w:p>
        </w:tc>
      </w:tr>
      <w:tr>
        <w:trPr>
          <w:cantSplit/>
        </w:trPr>
        <w:tc>
          <w:tcPr>
            <w:tcW w:type="dxa" w:w="1037"/>
          </w:tcPr>
          <w:p>
            <w:pPr>
              <w:spacing w:after="0"/>
              <w:jc w:val="left"/>
            </w:pPr>
            <w:r>
              <w:rPr>
                <w:sz w:val="16"/>
              </w:rPr>
              <w:t>Landslide</w:t>
            </w:r>
          </w:p>
        </w:tc>
        <w:tc>
          <w:tcPr>
            <w:tcW w:type="dxa" w:w="1257"/>
          </w:tcPr>
          <w:p>
            <w:pPr>
              <w:spacing w:after="0"/>
              <w:jc w:val="right"/>
            </w:pPr>
            <w:r>
              <w:rPr>
                <w:sz w:val="16"/>
              </w:rPr>
              <w:t>0.197</w:t>
            </w:r>
          </w:p>
        </w:tc>
        <w:tc>
          <w:tcPr>
            <w:tcW w:type="dxa" w:w="1473"/>
          </w:tcPr>
          <w:p>
            <w:pPr>
              <w:spacing w:after="0"/>
              <w:jc w:val="left"/>
            </w:pPr>
            <w:r>
              <w:rPr>
                <w:sz w:val="16"/>
              </w:rPr>
              <w:t>events per year (modeled)</w:t>
            </w:r>
          </w:p>
        </w:tc>
        <w:tc>
          <w:tcPr>
            <w:tcW w:type="dxa" w:w="1605"/>
          </w:tcPr>
          <w:p>
            <w:pPr>
              <w:spacing w:after="0"/>
              <w:jc w:val="left"/>
            </w:pPr>
            <w:r>
              <w:rPr>
                <w:sz w:val="16"/>
              </w:rPr>
              <w:t>about 1 in 5 years</w:t>
            </w:r>
          </w:p>
        </w:tc>
        <w:tc>
          <w:tcPr>
            <w:tcW w:type="dxa" w:w="1037"/>
          </w:tcPr>
          <w:p>
            <w:pPr>
              <w:spacing w:after="0"/>
              <w:jc w:val="left"/>
            </w:pPr>
            <w:r>
              <w:rPr>
                <w:sz w:val="16"/>
              </w:rPr>
              <w:t>Likely</w:t>
            </w:r>
          </w:p>
        </w:tc>
        <w:tc>
          <w:tcPr>
            <w:tcW w:type="dxa" w:w="1797"/>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4"/>
          </w:tcPr>
          <w:p>
            <w:pPr>
              <w:spacing w:after="0"/>
              <w:jc w:val="left"/>
            </w:pPr>
          </w:p>
        </w:tc>
      </w:tr>
      <w:tr>
        <w:trPr>
          <w:cantSplit/>
        </w:trPr>
        <w:tc>
          <w:tcPr>
            <w:tcW w:type="dxa" w:w="1037"/>
          </w:tcPr>
          <w:p>
            <w:pPr>
              <w:spacing w:after="0"/>
              <w:jc w:val="left"/>
            </w:pPr>
            <w:r>
              <w:rPr>
                <w:sz w:val="16"/>
              </w:rPr>
              <w:t>Lightning</w:t>
            </w:r>
          </w:p>
        </w:tc>
        <w:tc>
          <w:tcPr>
            <w:tcW w:type="dxa" w:w="1257"/>
          </w:tcPr>
          <w:p>
            <w:pPr>
              <w:spacing w:after="0"/>
              <w:jc w:val="right"/>
            </w:pPr>
            <w:r>
              <w:rPr>
                <w:sz w:val="16"/>
              </w:rPr>
              <w:t>29.6</w:t>
            </w:r>
          </w:p>
        </w:tc>
        <w:tc>
          <w:tcPr>
            <w:tcW w:type="dxa" w:w="1473"/>
          </w:tcPr>
          <w:p>
            <w:pPr>
              <w:spacing w:after="0"/>
              <w:jc w:val="left"/>
            </w:pPr>
            <w:r>
              <w:rPr>
                <w:sz w:val="16"/>
              </w:rPr>
              <w:t>days per year with a strike</w:t>
            </w:r>
          </w:p>
        </w:tc>
        <w:tc>
          <w:tcPr>
            <w:tcW w:type="dxa" w:w="1605"/>
          </w:tcPr>
          <w:p>
            <w:pPr>
              <w:spacing w:after="0"/>
              <w:jc w:val="left"/>
            </w:pPr>
            <w:r>
              <w:rPr>
                <w:sz w:val="16"/>
              </w:rPr>
              <w:t>about 29.6 days per year</w:t>
            </w:r>
          </w:p>
        </w:tc>
        <w:tc>
          <w:tcPr>
            <w:tcW w:type="dxa" w:w="1037"/>
          </w:tcPr>
          <w:p>
            <w:pPr>
              <w:spacing w:after="0"/>
              <w:jc w:val="left"/>
            </w:pPr>
            <w:r>
              <w:rPr>
                <w:sz w:val="16"/>
              </w:rPr>
              <w:t>Highly likely</w:t>
            </w:r>
          </w:p>
        </w:tc>
        <w:tc>
          <w:tcPr>
            <w:tcW w:type="dxa" w:w="1797"/>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7"/>
          </w:tcPr>
          <w:p>
            <w:pPr>
              <w:spacing w:after="0"/>
              <w:jc w:val="left"/>
            </w:pPr>
            <w:r>
              <w:rPr>
                <w:sz w:val="16"/>
              </w:rPr>
              <w:t>1995 to 2023 (29 years; CONUS)</w:t>
            </w:r>
          </w:p>
        </w:tc>
        <w:tc>
          <w:tcPr>
            <w:tcW w:type="dxa" w:w="1037"/>
          </w:tcPr>
          <w:p>
            <w:pPr>
              <w:spacing w:after="0"/>
              <w:jc w:val="left"/>
            </w:pPr>
            <w:r>
              <w:rPr>
                <w:sz w:val="16"/>
              </w:rPr>
              <w:t>countywide</w:t>
            </w:r>
          </w:p>
        </w:tc>
        <w:tc>
          <w:tcPr>
            <w:tcW w:type="dxa" w:w="1804"/>
          </w:tcPr>
          <w:p>
            <w:pPr>
              <w:spacing w:after="0"/>
              <w:jc w:val="left"/>
            </w:pPr>
          </w:p>
        </w:tc>
      </w:tr>
      <w:tr>
        <w:trPr>
          <w:cantSplit/>
        </w:trPr>
        <w:tc>
          <w:tcPr>
            <w:tcW w:type="dxa" w:w="1037"/>
          </w:tcPr>
          <w:p>
            <w:pPr>
              <w:spacing w:after="0"/>
              <w:jc w:val="left"/>
            </w:pPr>
            <w:r>
              <w:rPr>
                <w:sz w:val="16"/>
              </w:rPr>
              <w:t>Strong Wind</w:t>
            </w:r>
          </w:p>
        </w:tc>
        <w:tc>
          <w:tcPr>
            <w:tcW w:type="dxa" w:w="1257"/>
          </w:tcPr>
          <w:p>
            <w:pPr>
              <w:spacing w:after="0"/>
              <w:jc w:val="right"/>
            </w:pPr>
            <w:r>
              <w:rPr>
                <w:sz w:val="16"/>
              </w:rPr>
              <w:t>1.42</w:t>
            </w:r>
          </w:p>
        </w:tc>
        <w:tc>
          <w:tcPr>
            <w:tcW w:type="dxa" w:w="1473"/>
          </w:tcPr>
          <w:p>
            <w:pPr>
              <w:spacing w:after="0"/>
              <w:jc w:val="left"/>
            </w:pPr>
            <w:r>
              <w:rPr>
                <w:sz w:val="16"/>
              </w:rPr>
              <w:t>events per year</w:t>
            </w:r>
          </w:p>
        </w:tc>
        <w:tc>
          <w:tcPr>
            <w:tcW w:type="dxa" w:w="1605"/>
          </w:tcPr>
          <w:p>
            <w:pPr>
              <w:spacing w:after="0"/>
              <w:jc w:val="left"/>
            </w:pPr>
            <w:r>
              <w:rPr>
                <w:sz w:val="16"/>
              </w:rPr>
              <w:t>about 1.42 per year</w:t>
            </w:r>
          </w:p>
        </w:tc>
        <w:tc>
          <w:tcPr>
            <w:tcW w:type="dxa" w:w="1037"/>
          </w:tcPr>
          <w:p>
            <w:pPr>
              <w:spacing w:after="0"/>
              <w:jc w:val="left"/>
            </w:pPr>
            <w:r>
              <w:rPr>
                <w:sz w:val="16"/>
              </w:rPr>
              <w:t>Highly likely</w:t>
            </w:r>
          </w:p>
        </w:tc>
        <w:tc>
          <w:tcPr>
            <w:tcW w:type="dxa" w:w="1797"/>
          </w:tcPr>
          <w:p>
            <w:pPr>
              <w:spacing w:after="0"/>
              <w:jc w:val="left"/>
            </w:pPr>
            <w:r>
              <w:rPr>
                <w:sz w:val="16"/>
              </w:rPr>
              <w:t>FEMA annualized frequency (modeled)</w:t>
            </w:r>
          </w:p>
        </w:tc>
        <w:tc>
          <w:tcPr>
            <w:tcW w:type="dxa" w:w="1530"/>
          </w:tcPr>
          <w:p>
            <w:pPr>
              <w:spacing w:after="0"/>
              <w:jc w:val="right"/>
            </w:pPr>
            <w:r>
              <w:rPr>
                <w:sz w:val="16"/>
              </w:rPr>
              <w:t>54</w:t>
            </w:r>
          </w:p>
        </w:tc>
        <w:tc>
          <w:tcPr>
            <w:tcW w:type="dxa" w:w="1537"/>
          </w:tcPr>
          <w:p>
            <w:pPr>
              <w:spacing w:after="0"/>
              <w:jc w:val="left"/>
            </w:pPr>
            <w:r>
              <w:rPr>
                <w:sz w:val="16"/>
              </w:rPr>
              <w:t>1986 to 2023 (38 years)</w:t>
            </w:r>
          </w:p>
        </w:tc>
        <w:tc>
          <w:tcPr>
            <w:tcW w:type="dxa" w:w="1037"/>
          </w:tcPr>
          <w:p>
            <w:pPr>
              <w:spacing w:after="0"/>
              <w:jc w:val="left"/>
            </w:pPr>
            <w:r>
              <w:rPr>
                <w:sz w:val="16"/>
              </w:rPr>
              <w:t>countywide</w:t>
            </w:r>
          </w:p>
        </w:tc>
        <w:tc>
          <w:tcPr>
            <w:tcW w:type="dxa" w:w="1804"/>
          </w:tcPr>
          <w:p>
            <w:pPr>
              <w:spacing w:after="0"/>
              <w:jc w:val="left"/>
            </w:pPr>
          </w:p>
        </w:tc>
      </w:tr>
      <w:tr>
        <w:trPr>
          <w:cantSplit/>
        </w:trPr>
        <w:tc>
          <w:tcPr>
            <w:tcW w:type="dxa" w:w="1037"/>
          </w:tcPr>
          <w:p>
            <w:pPr>
              <w:spacing w:after="0"/>
              <w:jc w:val="left"/>
            </w:pPr>
            <w:r>
              <w:rPr>
                <w:sz w:val="16"/>
              </w:rPr>
              <w:t>Tornado</w:t>
            </w:r>
          </w:p>
        </w:tc>
        <w:tc>
          <w:tcPr>
            <w:tcW w:type="dxa" w:w="1257"/>
          </w:tcPr>
          <w:p>
            <w:pPr>
              <w:spacing w:after="0"/>
              <w:jc w:val="right"/>
            </w:pPr>
            <w:r>
              <w:rPr>
                <w:sz w:val="16"/>
              </w:rPr>
              <w:t>0.492</w:t>
            </w:r>
          </w:p>
        </w:tc>
        <w:tc>
          <w:tcPr>
            <w:tcW w:type="dxa" w:w="1473"/>
          </w:tcPr>
          <w:p>
            <w:pPr>
              <w:spacing w:after="0"/>
              <w:jc w:val="left"/>
            </w:pPr>
            <w:r>
              <w:rPr>
                <w:sz w:val="16"/>
              </w:rPr>
              <w:t>events per year</w:t>
            </w:r>
          </w:p>
        </w:tc>
        <w:tc>
          <w:tcPr>
            <w:tcW w:type="dxa" w:w="1605"/>
          </w:tcPr>
          <w:p>
            <w:pPr>
              <w:spacing w:after="0"/>
              <w:jc w:val="left"/>
            </w:pPr>
            <w:r>
              <w:rPr>
                <w:sz w:val="16"/>
              </w:rPr>
              <w:t>about 1 in 2 years</w:t>
            </w:r>
          </w:p>
        </w:tc>
        <w:tc>
          <w:tcPr>
            <w:tcW w:type="dxa" w:w="1037"/>
          </w:tcPr>
          <w:p>
            <w:pPr>
              <w:spacing w:after="0"/>
              <w:jc w:val="left"/>
            </w:pPr>
            <w:r>
              <w:rPr>
                <w:sz w:val="16"/>
              </w:rPr>
              <w:t>Likely</w:t>
            </w:r>
          </w:p>
        </w:tc>
        <w:tc>
          <w:tcPr>
            <w:tcW w:type="dxa" w:w="1797"/>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7"/>
          </w:tcPr>
          <w:p>
            <w:pPr>
              <w:spacing w:after="0"/>
              <w:jc w:val="left"/>
            </w:pPr>
            <w:r>
              <w:rPr>
                <w:sz w:val="16"/>
              </w:rPr>
              <w:t>1950 to 2023 (EF2+); 1986 to 2023 (EF0-1)</w:t>
            </w:r>
          </w:p>
        </w:tc>
        <w:tc>
          <w:tcPr>
            <w:tcW w:type="dxa" w:w="1037"/>
          </w:tcPr>
          <w:p>
            <w:pPr>
              <w:spacing w:after="0"/>
              <w:jc w:val="left"/>
            </w:pPr>
            <w:r>
              <w:rPr>
                <w:sz w:val="16"/>
              </w:rPr>
              <w:t>see B1-f</w:t>
            </w:r>
          </w:p>
        </w:tc>
        <w:tc>
          <w:tcPr>
            <w:tcW w:type="dxa" w:w="1804"/>
          </w:tcPr>
          <w:p>
            <w:pPr>
              <w:spacing w:after="0"/>
              <w:jc w:val="left"/>
            </w:pPr>
          </w:p>
        </w:tc>
      </w:tr>
      <w:tr>
        <w:trPr>
          <w:cantSplit/>
        </w:trPr>
        <w:tc>
          <w:tcPr>
            <w:tcW w:type="dxa" w:w="1037"/>
          </w:tcPr>
          <w:p>
            <w:pPr>
              <w:spacing w:after="0"/>
              <w:jc w:val="left"/>
            </w:pPr>
            <w:r>
              <w:rPr>
                <w:sz w:val="16"/>
              </w:rPr>
              <w:t>Tsunami</w:t>
            </w:r>
          </w:p>
        </w:tc>
        <w:tc>
          <w:tcPr>
            <w:tcW w:type="dxa" w:w="1257"/>
          </w:tcPr>
          <w:p>
            <w:pPr>
              <w:spacing w:after="0"/>
              <w:jc w:val="right"/>
            </w:pPr>
          </w:p>
        </w:tc>
        <w:tc>
          <w:tcPr>
            <w:tcW w:type="dxa" w:w="1473"/>
          </w:tcPr>
          <w:p>
            <w:pPr>
              <w:spacing w:after="0"/>
              <w:jc w:val="left"/>
            </w:pPr>
            <w:r>
              <w:rPr>
                <w:sz w:val="16"/>
              </w:rPr>
              <w:t>annual probability at the most exposed location (used in place of a county value)</w:t>
            </w:r>
          </w:p>
        </w:tc>
        <w:tc>
          <w:tcPr>
            <w:tcW w:type="dxa" w:w="1605"/>
          </w:tcPr>
          <w:p>
            <w:pPr>
              <w:spacing w:after="0"/>
              <w:jc w:val="left"/>
            </w:pPr>
          </w:p>
        </w:tc>
        <w:tc>
          <w:tcPr>
            <w:tcW w:type="dxa" w:w="1037"/>
          </w:tcPr>
          <w:p>
            <w:pPr>
              <w:spacing w:after="0"/>
              <w:jc w:val="left"/>
            </w:pPr>
          </w:p>
        </w:tc>
        <w:tc>
          <w:tcPr>
            <w:tcW w:type="dxa" w:w="1797"/>
          </w:tcPr>
          <w:p>
            <w:pPr>
              <w:spacing w:after="0"/>
              <w:jc w:val="left"/>
            </w:pP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4"/>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7"/>
          </w:tcPr>
          <w:p>
            <w:pPr>
              <w:spacing w:after="0"/>
              <w:jc w:val="right"/>
            </w:pPr>
          </w:p>
        </w:tc>
        <w:tc>
          <w:tcPr>
            <w:tcW w:type="dxa" w:w="1473"/>
          </w:tcPr>
          <w:p>
            <w:pPr>
              <w:spacing w:after="0"/>
              <w:jc w:val="left"/>
            </w:pPr>
            <w:r>
              <w:rPr>
                <w:sz w:val="16"/>
              </w:rPr>
              <w:t>annual probability</w:t>
            </w:r>
          </w:p>
        </w:tc>
        <w:tc>
          <w:tcPr>
            <w:tcW w:type="dxa" w:w="1605"/>
          </w:tcPr>
          <w:p>
            <w:pPr>
              <w:spacing w:after="0"/>
              <w:jc w:val="left"/>
            </w:pPr>
          </w:p>
        </w:tc>
        <w:tc>
          <w:tcPr>
            <w:tcW w:type="dxa" w:w="1037"/>
          </w:tcPr>
          <w:p>
            <w:pPr>
              <w:spacing w:after="0"/>
              <w:jc w:val="left"/>
            </w:pPr>
          </w:p>
        </w:tc>
        <w:tc>
          <w:tcPr>
            <w:tcW w:type="dxa" w:w="1797"/>
          </w:tcPr>
          <w:p>
            <w:pPr>
              <w:spacing w:after="0"/>
              <w:jc w:val="left"/>
            </w:pP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4"/>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7"/>
          </w:tcPr>
          <w:p>
            <w:pPr>
              <w:spacing w:after="0"/>
              <w:jc w:val="right"/>
            </w:pPr>
            <w:r>
              <w:rPr>
                <w:sz w:val="16"/>
              </w:rPr>
              <w:t>0.000352</w:t>
            </w:r>
          </w:p>
        </w:tc>
        <w:tc>
          <w:tcPr>
            <w:tcW w:type="dxa" w:w="1473"/>
          </w:tcPr>
          <w:p>
            <w:pPr>
              <w:spacing w:after="0"/>
              <w:jc w:val="left"/>
            </w:pPr>
            <w:r>
              <w:rPr>
                <w:sz w:val="16"/>
              </w:rPr>
              <w:t>annual probability at a location</w:t>
            </w:r>
          </w:p>
        </w:tc>
        <w:tc>
          <w:tcPr>
            <w:tcW w:type="dxa" w:w="1605"/>
          </w:tcPr>
          <w:p>
            <w:pPr>
              <w:spacing w:after="0"/>
              <w:jc w:val="left"/>
            </w:pPr>
            <w:r>
              <w:rPr>
                <w:sz w:val="16"/>
              </w:rPr>
              <w:t>chance a given location in the county burns in a year: 0.0352%</w:t>
            </w:r>
          </w:p>
        </w:tc>
        <w:tc>
          <w:tcPr>
            <w:tcW w:type="dxa" w:w="1037"/>
          </w:tcPr>
          <w:p>
            <w:pPr>
              <w:spacing w:after="0"/>
              <w:jc w:val="left"/>
            </w:pPr>
          </w:p>
        </w:tc>
        <w:tc>
          <w:tcPr>
            <w:tcW w:type="dxa" w:w="1797"/>
          </w:tcPr>
          <w:p>
            <w:pPr>
              <w:spacing w:after="0"/>
              <w:jc w:val="left"/>
            </w:pPr>
            <w:r>
              <w:rPr>
                <w:sz w:val="16"/>
              </w:rPr>
              <w:t>Storm Events records in 0 of 30 years, 1996 to 2025 (0%)</w:t>
            </w: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4"/>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7"/>
          </w:tcPr>
          <w:p>
            <w:pPr>
              <w:spacing w:after="0"/>
              <w:jc w:val="right"/>
            </w:pPr>
            <w:r>
              <w:rPr>
                <w:sz w:val="16"/>
              </w:rPr>
              <w:t>21.2</w:t>
            </w:r>
          </w:p>
        </w:tc>
        <w:tc>
          <w:tcPr>
            <w:tcW w:type="dxa" w:w="1473"/>
          </w:tcPr>
          <w:p>
            <w:pPr>
              <w:spacing w:after="0"/>
              <w:jc w:val="left"/>
            </w:pPr>
            <w:r>
              <w:rPr>
                <w:sz w:val="16"/>
              </w:rPr>
              <w:t>event-days per year</w:t>
            </w:r>
          </w:p>
        </w:tc>
        <w:tc>
          <w:tcPr>
            <w:tcW w:type="dxa" w:w="1605"/>
          </w:tcPr>
          <w:p>
            <w:pPr>
              <w:spacing w:after="0"/>
              <w:jc w:val="left"/>
            </w:pPr>
            <w:r>
              <w:rPr>
                <w:sz w:val="16"/>
              </w:rPr>
              <w:t>about 21.2 days per year</w:t>
            </w:r>
          </w:p>
        </w:tc>
        <w:tc>
          <w:tcPr>
            <w:tcW w:type="dxa" w:w="1037"/>
          </w:tcPr>
          <w:p>
            <w:pPr>
              <w:spacing w:after="0"/>
              <w:jc w:val="left"/>
            </w:pPr>
            <w:r>
              <w:rPr>
                <w:sz w:val="16"/>
              </w:rPr>
              <w:t>Highly likely</w:t>
            </w:r>
          </w:p>
        </w:tc>
        <w:tc>
          <w:tcPr>
            <w:tcW w:type="dxa" w:w="1797"/>
          </w:tcPr>
          <w:p>
            <w:pPr>
              <w:spacing w:after="0"/>
              <w:jc w:val="left"/>
            </w:pPr>
            <w:r>
              <w:rPr>
                <w:sz w:val="16"/>
              </w:rPr>
              <w:t>event-days in 27 of 30 years, 1996 to 2025 (90%)</w:t>
            </w:r>
          </w:p>
        </w:tc>
        <w:tc>
          <w:tcPr>
            <w:tcW w:type="dxa" w:w="1530"/>
          </w:tcPr>
          <w:p>
            <w:pPr>
              <w:spacing w:after="0"/>
              <w:jc w:val="right"/>
            </w:pPr>
            <w:r>
              <w:rPr>
                <w:sz w:val="16"/>
              </w:rPr>
              <w:t>403</w:t>
            </w:r>
          </w:p>
        </w:tc>
        <w:tc>
          <w:tcPr>
            <w:tcW w:type="dxa" w:w="1537"/>
          </w:tcPr>
          <w:p>
            <w:pPr>
              <w:spacing w:after="0"/>
              <w:jc w:val="left"/>
            </w:pPr>
            <w:r>
              <w:rPr>
                <w:sz w:val="16"/>
              </w:rPr>
              <w:t>2005-11-12 to 2024-11-12 (19 years)</w:t>
            </w:r>
          </w:p>
        </w:tc>
        <w:tc>
          <w:tcPr>
            <w:tcW w:type="dxa" w:w="1037"/>
          </w:tcPr>
          <w:p>
            <w:pPr>
              <w:spacing w:after="0"/>
              <w:jc w:val="left"/>
            </w:pPr>
            <w:r>
              <w:rPr>
                <w:sz w:val="16"/>
              </w:rPr>
              <w:t>countywide</w:t>
            </w:r>
          </w:p>
        </w:tc>
        <w:tc>
          <w:tcPr>
            <w:tcW w:type="dxa" w:w="1804"/>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70</w:t>
            </w:r>
          </w:p>
        </w:tc>
        <w:tc>
          <w:tcPr>
            <w:tcW w:type="dxa" w:w="1476"/>
          </w:tcPr>
          <w:p>
            <w:pPr>
              <w:spacing w:after="0"/>
              <w:jc w:val="right"/>
            </w:pPr>
            <w:r>
              <w:rPr>
                <w:sz w:val="16"/>
              </w:rPr>
              <w:t>30</w:t>
            </w:r>
          </w:p>
        </w:tc>
        <w:tc>
          <w:tcPr>
            <w:tcW w:type="dxa" w:w="1476"/>
          </w:tcPr>
          <w:p>
            <w:pPr>
              <w:spacing w:after="0"/>
              <w:jc w:val="right"/>
            </w:pPr>
            <w:r>
              <w:rPr>
                <w:sz w:val="16"/>
              </w:rPr>
              <w:t>2.33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54</w:t>
            </w:r>
          </w:p>
        </w:tc>
        <w:tc>
          <w:tcPr>
            <w:tcW w:type="dxa" w:w="1476"/>
          </w:tcPr>
          <w:p>
            <w:pPr>
              <w:spacing w:after="0"/>
              <w:jc w:val="right"/>
            </w:pPr>
            <w:r>
              <w:rPr>
                <w:sz w:val="16"/>
              </w:rPr>
              <w:t>30</w:t>
            </w:r>
          </w:p>
        </w:tc>
        <w:tc>
          <w:tcPr>
            <w:tcW w:type="dxa" w:w="1476"/>
          </w:tcPr>
          <w:p>
            <w:pPr>
              <w:spacing w:after="0"/>
              <w:jc w:val="right"/>
            </w:pPr>
            <w:r>
              <w:rPr>
                <w:sz w:val="16"/>
              </w:rPr>
              <w:t>1.8</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22</w:t>
            </w:r>
          </w:p>
        </w:tc>
        <w:tc>
          <w:tcPr>
            <w:tcW w:type="dxa" w:w="1476"/>
          </w:tcPr>
          <w:p>
            <w:pPr>
              <w:spacing w:after="0"/>
              <w:jc w:val="right"/>
            </w:pPr>
            <w:r>
              <w:rPr>
                <w:sz w:val="16"/>
              </w:rPr>
              <w:t>30</w:t>
            </w:r>
          </w:p>
        </w:tc>
        <w:tc>
          <w:tcPr>
            <w:tcW w:type="dxa" w:w="1476"/>
          </w:tcPr>
          <w:p>
            <w:pPr>
              <w:spacing w:after="0"/>
              <w:jc w:val="right"/>
            </w:pPr>
            <w:r>
              <w:rPr>
                <w:sz w:val="16"/>
              </w:rPr>
              <w:t>0.733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76"/>
        <w:gridCol w:w="771"/>
        <w:gridCol w:w="1014"/>
        <w:gridCol w:w="771"/>
        <w:gridCol w:w="735"/>
        <w:gridCol w:w="1784"/>
        <w:gridCol w:w="7861"/>
      </w:tblGrid>
      <w:tr>
        <w:trPr>
          <w:cantSplit/>
          <w:tblHeader/>
        </w:trPr>
        <w:tc>
          <w:tcPr>
            <w:tcW w:type="dxa" w:w="1176"/>
            <w:shd w:val="clear" w:color="auto" w:fill="E8E8E8"/>
          </w:tcPr>
          <w:p>
            <w:pPr>
              <w:spacing w:after="0"/>
              <w:jc w:val="left"/>
            </w:pPr>
            <w:r>
              <w:rPr>
                <w:b/>
                <w:sz w:val="16"/>
              </w:rPr>
              <w:t>Hazard</w:t>
            </w:r>
          </w:p>
        </w:tc>
        <w:tc>
          <w:tcPr>
            <w:tcW w:type="dxa" w:w="771"/>
            <w:shd w:val="clear" w:color="auto" w:fill="E8E8E8"/>
          </w:tcPr>
          <w:p>
            <w:pPr>
              <w:spacing w:after="0"/>
              <w:jc w:val="right"/>
            </w:pPr>
            <w:r>
              <w:rPr>
                <w:b/>
                <w:sz w:val="16"/>
              </w:rPr>
              <w:t>Tracts</w:t>
            </w:r>
          </w:p>
          <w:p>
            <w:pPr>
              <w:spacing w:after="0"/>
              <w:jc w:val="right"/>
            </w:pPr>
            <w:r>
              <w:rPr>
                <w:i/>
                <w:color w:val="555555"/>
                <w:sz w:val="14"/>
              </w:rPr>
              <w:t>rated of all</w:t>
            </w:r>
          </w:p>
        </w:tc>
        <w:tc>
          <w:tcPr>
            <w:tcW w:type="dxa" w:w="101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71"/>
            <w:shd w:val="clear" w:color="auto" w:fill="E8E8E8"/>
          </w:tcPr>
          <w:p>
            <w:pPr>
              <w:spacing w:after="0"/>
              <w:jc w:val="right"/>
            </w:pPr>
            <w:r>
              <w:rPr>
                <w:b/>
                <w:sz w:val="16"/>
              </w:rPr>
              <w:t>Median</w:t>
            </w:r>
          </w:p>
        </w:tc>
        <w:tc>
          <w:tcPr>
            <w:tcW w:type="dxa" w:w="735"/>
            <w:shd w:val="clear" w:color="auto" w:fill="E8E8E8"/>
          </w:tcPr>
          <w:p>
            <w:pPr>
              <w:spacing w:after="0"/>
              <w:jc w:val="right"/>
            </w:pPr>
            <w:r>
              <w:rPr>
                <w:b/>
                <w:sz w:val="16"/>
              </w:rPr>
              <w:t>Max</w:t>
            </w:r>
          </w:p>
        </w:tc>
        <w:tc>
          <w:tcPr>
            <w:tcW w:type="dxa" w:w="1784"/>
            <w:shd w:val="clear" w:color="auto" w:fill="E8E8E8"/>
          </w:tcPr>
          <w:p>
            <w:pPr>
              <w:spacing w:after="0"/>
              <w:jc w:val="left"/>
            </w:pPr>
            <w:r>
              <w:rPr>
                <w:b/>
                <w:sz w:val="16"/>
              </w:rPr>
              <w:t>Tracts by rating</w:t>
            </w:r>
          </w:p>
        </w:tc>
        <w:tc>
          <w:tcPr>
            <w:tcW w:type="dxa" w:w="7861"/>
            <w:shd w:val="clear" w:color="auto" w:fill="E8E8E8"/>
          </w:tcPr>
          <w:p>
            <w:pPr>
              <w:spacing w:after="0"/>
              <w:jc w:val="left"/>
            </w:pPr>
            <w:r>
              <w:rPr>
                <w:b/>
                <w:sz w:val="16"/>
              </w:rPr>
              <w:t>Note</w:t>
            </w:r>
          </w:p>
        </w:tc>
      </w:tr>
      <w:tr>
        <w:trPr>
          <w:cantSplit/>
        </w:trPr>
        <w:tc>
          <w:tcPr>
            <w:tcW w:type="dxa" w:w="1176"/>
          </w:tcPr>
          <w:p>
            <w:pPr>
              <w:spacing w:after="0"/>
              <w:jc w:val="left"/>
            </w:pPr>
            <w:r>
              <w:rPr>
                <w:sz w:val="16"/>
              </w:rPr>
              <w:t>Avalanche</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1</w:t>
            </w:r>
          </w:p>
        </w:tc>
        <w:tc>
          <w:tcPr>
            <w:tcW w:type="dxa" w:w="7861"/>
          </w:tcPr>
          <w:p>
            <w:pPr>
              <w:spacing w:after="0"/>
              <w:jc w:val="left"/>
            </w:pPr>
          </w:p>
        </w:tc>
      </w:tr>
      <w:tr>
        <w:trPr>
          <w:cantSplit/>
        </w:trPr>
        <w:tc>
          <w:tcPr>
            <w:tcW w:type="dxa" w:w="1176"/>
          </w:tcPr>
          <w:p>
            <w:pPr>
              <w:spacing w:after="0"/>
              <w:jc w:val="left"/>
            </w:pPr>
            <w:r>
              <w:rPr>
                <w:sz w:val="16"/>
              </w:rPr>
              <w:t>Coastal Flooding</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1</w:t>
            </w:r>
          </w:p>
        </w:tc>
        <w:tc>
          <w:tcPr>
            <w:tcW w:type="dxa" w:w="7861"/>
          </w:tcPr>
          <w:p>
            <w:pPr>
              <w:spacing w:after="0"/>
              <w:jc w:val="left"/>
            </w:pPr>
          </w:p>
        </w:tc>
      </w:tr>
      <w:tr>
        <w:trPr>
          <w:cantSplit/>
        </w:trPr>
        <w:tc>
          <w:tcPr>
            <w:tcW w:type="dxa" w:w="1176"/>
          </w:tcPr>
          <w:p>
            <w:pPr>
              <w:spacing w:after="0"/>
              <w:jc w:val="left"/>
            </w:pPr>
            <w:r>
              <w:rPr>
                <w:sz w:val="16"/>
              </w:rPr>
              <w:t>Cold Wave</w:t>
            </w:r>
          </w:p>
        </w:tc>
        <w:tc>
          <w:tcPr>
            <w:tcW w:type="dxa" w:w="771"/>
          </w:tcPr>
          <w:p>
            <w:pPr>
              <w:spacing w:after="0"/>
              <w:jc w:val="right"/>
            </w:pPr>
            <w:r>
              <w:rPr>
                <w:sz w:val="16"/>
              </w:rPr>
              <w:t>1 of 1</w:t>
            </w:r>
          </w:p>
        </w:tc>
        <w:tc>
          <w:tcPr>
            <w:tcW w:type="dxa" w:w="1014"/>
          </w:tcPr>
          <w:p>
            <w:pPr>
              <w:spacing w:after="0"/>
              <w:jc w:val="right"/>
            </w:pPr>
            <w:r>
              <w:rPr>
                <w:sz w:val="16"/>
              </w:rPr>
              <w:t>99.5</w:t>
            </w:r>
          </w:p>
        </w:tc>
        <w:tc>
          <w:tcPr>
            <w:tcW w:type="dxa" w:w="771"/>
          </w:tcPr>
          <w:p>
            <w:pPr>
              <w:spacing w:after="0"/>
              <w:jc w:val="right"/>
            </w:pPr>
            <w:r>
              <w:rPr>
                <w:sz w:val="16"/>
              </w:rPr>
              <w:t>99.5</w:t>
            </w:r>
          </w:p>
        </w:tc>
        <w:tc>
          <w:tcPr>
            <w:tcW w:type="dxa" w:w="735"/>
          </w:tcPr>
          <w:p>
            <w:pPr>
              <w:spacing w:after="0"/>
              <w:jc w:val="right"/>
            </w:pPr>
            <w:r>
              <w:rPr>
                <w:sz w:val="16"/>
              </w:rPr>
              <w:t>99.5</w:t>
            </w:r>
          </w:p>
        </w:tc>
        <w:tc>
          <w:tcPr>
            <w:tcW w:type="dxa" w:w="1784"/>
          </w:tcPr>
          <w:p>
            <w:pPr>
              <w:spacing w:after="0"/>
              <w:jc w:val="left"/>
            </w:pPr>
            <w:r>
              <w:rPr>
                <w:sz w:val="16"/>
              </w:rPr>
              <w:t>Very High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Drought</w:t>
            </w:r>
          </w:p>
        </w:tc>
        <w:tc>
          <w:tcPr>
            <w:tcW w:type="dxa" w:w="771"/>
          </w:tcPr>
          <w:p>
            <w:pPr>
              <w:spacing w:after="0"/>
              <w:jc w:val="right"/>
            </w:pPr>
            <w:r>
              <w:rPr>
                <w:sz w:val="16"/>
              </w:rPr>
              <w:t>1 of 1</w:t>
            </w:r>
          </w:p>
        </w:tc>
        <w:tc>
          <w:tcPr>
            <w:tcW w:type="dxa" w:w="1014"/>
          </w:tcPr>
          <w:p>
            <w:pPr>
              <w:spacing w:after="0"/>
              <w:jc w:val="right"/>
            </w:pPr>
            <w:r>
              <w:rPr>
                <w:sz w:val="16"/>
              </w:rPr>
              <w:t>90.1</w:t>
            </w:r>
          </w:p>
        </w:tc>
        <w:tc>
          <w:tcPr>
            <w:tcW w:type="dxa" w:w="771"/>
          </w:tcPr>
          <w:p>
            <w:pPr>
              <w:spacing w:after="0"/>
              <w:jc w:val="right"/>
            </w:pPr>
            <w:r>
              <w:rPr>
                <w:sz w:val="16"/>
              </w:rPr>
              <w:t>90.1</w:t>
            </w:r>
          </w:p>
        </w:tc>
        <w:tc>
          <w:tcPr>
            <w:tcW w:type="dxa" w:w="735"/>
          </w:tcPr>
          <w:p>
            <w:pPr>
              <w:spacing w:after="0"/>
              <w:jc w:val="right"/>
            </w:pPr>
            <w:r>
              <w:rPr>
                <w:sz w:val="16"/>
              </w:rPr>
              <w:t>90.1</w:t>
            </w:r>
          </w:p>
        </w:tc>
        <w:tc>
          <w:tcPr>
            <w:tcW w:type="dxa" w:w="1784"/>
          </w:tcPr>
          <w:p>
            <w:pPr>
              <w:spacing w:after="0"/>
              <w:jc w:val="left"/>
            </w:pPr>
            <w:r>
              <w:rPr>
                <w:sz w:val="16"/>
              </w:rPr>
              <w:t>Relatively Low 1</w:t>
            </w:r>
          </w:p>
        </w:tc>
        <w:tc>
          <w:tcPr>
            <w:tcW w:type="dxa" w:w="7861"/>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76"/>
          </w:tcPr>
          <w:p>
            <w:pPr>
              <w:spacing w:after="0"/>
              <w:jc w:val="left"/>
            </w:pPr>
            <w:r>
              <w:rPr>
                <w:sz w:val="16"/>
              </w:rPr>
              <w:t>Earthquake</w:t>
            </w:r>
          </w:p>
        </w:tc>
        <w:tc>
          <w:tcPr>
            <w:tcW w:type="dxa" w:w="771"/>
          </w:tcPr>
          <w:p>
            <w:pPr>
              <w:spacing w:after="0"/>
              <w:jc w:val="right"/>
            </w:pPr>
            <w:r>
              <w:rPr>
                <w:sz w:val="16"/>
              </w:rPr>
              <w:t>1 of 1</w:t>
            </w:r>
          </w:p>
        </w:tc>
        <w:tc>
          <w:tcPr>
            <w:tcW w:type="dxa" w:w="1014"/>
          </w:tcPr>
          <w:p>
            <w:pPr>
              <w:spacing w:after="0"/>
              <w:jc w:val="right"/>
            </w:pPr>
            <w:r>
              <w:rPr>
                <w:sz w:val="16"/>
              </w:rPr>
              <w:t>6.8</w:t>
            </w:r>
          </w:p>
        </w:tc>
        <w:tc>
          <w:tcPr>
            <w:tcW w:type="dxa" w:w="771"/>
          </w:tcPr>
          <w:p>
            <w:pPr>
              <w:spacing w:after="0"/>
              <w:jc w:val="right"/>
            </w:pPr>
            <w:r>
              <w:rPr>
                <w:sz w:val="16"/>
              </w:rPr>
              <w:t>6.8</w:t>
            </w:r>
          </w:p>
        </w:tc>
        <w:tc>
          <w:tcPr>
            <w:tcW w:type="dxa" w:w="735"/>
          </w:tcPr>
          <w:p>
            <w:pPr>
              <w:spacing w:after="0"/>
              <w:jc w:val="right"/>
            </w:pPr>
            <w:r>
              <w:rPr>
                <w:sz w:val="16"/>
              </w:rPr>
              <w:t>6.8</w:t>
            </w:r>
          </w:p>
        </w:tc>
        <w:tc>
          <w:tcPr>
            <w:tcW w:type="dxa" w:w="1784"/>
          </w:tcPr>
          <w:p>
            <w:pPr>
              <w:spacing w:after="0"/>
              <w:jc w:val="left"/>
            </w:pPr>
            <w:r>
              <w:rPr>
                <w:sz w:val="16"/>
              </w:rPr>
              <w:t>Very Low 1</w:t>
            </w:r>
          </w:p>
        </w:tc>
        <w:tc>
          <w:tcPr>
            <w:tcW w:type="dxa" w:w="7861"/>
          </w:tcPr>
          <w:p>
            <w:pPr>
              <w:spacing w:after="0"/>
              <w:jc w:val="left"/>
            </w:pPr>
          </w:p>
        </w:tc>
      </w:tr>
      <w:tr>
        <w:trPr>
          <w:cantSplit/>
        </w:trPr>
        <w:tc>
          <w:tcPr>
            <w:tcW w:type="dxa" w:w="1176"/>
          </w:tcPr>
          <w:p>
            <w:pPr>
              <w:spacing w:after="0"/>
              <w:jc w:val="left"/>
            </w:pPr>
            <w:r>
              <w:rPr>
                <w:sz w:val="16"/>
              </w:rPr>
              <w:t>Hail</w:t>
            </w:r>
          </w:p>
        </w:tc>
        <w:tc>
          <w:tcPr>
            <w:tcW w:type="dxa" w:w="771"/>
          </w:tcPr>
          <w:p>
            <w:pPr>
              <w:spacing w:after="0"/>
              <w:jc w:val="right"/>
            </w:pPr>
            <w:r>
              <w:rPr>
                <w:sz w:val="16"/>
              </w:rPr>
              <w:t>1 of 1</w:t>
            </w:r>
          </w:p>
        </w:tc>
        <w:tc>
          <w:tcPr>
            <w:tcW w:type="dxa" w:w="1014"/>
          </w:tcPr>
          <w:p>
            <w:pPr>
              <w:spacing w:after="0"/>
              <w:jc w:val="right"/>
            </w:pPr>
            <w:r>
              <w:rPr>
                <w:sz w:val="16"/>
              </w:rPr>
              <w:t>98.9</w:t>
            </w:r>
          </w:p>
        </w:tc>
        <w:tc>
          <w:tcPr>
            <w:tcW w:type="dxa" w:w="771"/>
          </w:tcPr>
          <w:p>
            <w:pPr>
              <w:spacing w:after="0"/>
              <w:jc w:val="right"/>
            </w:pPr>
            <w:r>
              <w:rPr>
                <w:sz w:val="16"/>
              </w:rPr>
              <w:t>98.9</w:t>
            </w:r>
          </w:p>
        </w:tc>
        <w:tc>
          <w:tcPr>
            <w:tcW w:type="dxa" w:w="735"/>
          </w:tcPr>
          <w:p>
            <w:pPr>
              <w:spacing w:after="0"/>
              <w:jc w:val="right"/>
            </w:pPr>
            <w:r>
              <w:rPr>
                <w:sz w:val="16"/>
              </w:rPr>
              <w:t>98.9</w:t>
            </w:r>
          </w:p>
        </w:tc>
        <w:tc>
          <w:tcPr>
            <w:tcW w:type="dxa" w:w="1784"/>
          </w:tcPr>
          <w:p>
            <w:pPr>
              <w:spacing w:after="0"/>
              <w:jc w:val="left"/>
            </w:pPr>
            <w:r>
              <w:rPr>
                <w:sz w:val="16"/>
              </w:rPr>
              <w:t>Very High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Heat Wave</w:t>
            </w:r>
          </w:p>
        </w:tc>
        <w:tc>
          <w:tcPr>
            <w:tcW w:type="dxa" w:w="771"/>
          </w:tcPr>
          <w:p>
            <w:pPr>
              <w:spacing w:after="0"/>
              <w:jc w:val="right"/>
            </w:pPr>
            <w:r>
              <w:rPr>
                <w:sz w:val="16"/>
              </w:rPr>
              <w:t>1 of 1</w:t>
            </w:r>
          </w:p>
        </w:tc>
        <w:tc>
          <w:tcPr>
            <w:tcW w:type="dxa" w:w="1014"/>
          </w:tcPr>
          <w:p>
            <w:pPr>
              <w:spacing w:after="0"/>
              <w:jc w:val="right"/>
            </w:pPr>
            <w:r>
              <w:rPr>
                <w:sz w:val="16"/>
              </w:rPr>
              <w:t>15.0</w:t>
            </w:r>
          </w:p>
        </w:tc>
        <w:tc>
          <w:tcPr>
            <w:tcW w:type="dxa" w:w="771"/>
          </w:tcPr>
          <w:p>
            <w:pPr>
              <w:spacing w:after="0"/>
              <w:jc w:val="right"/>
            </w:pPr>
            <w:r>
              <w:rPr>
                <w:sz w:val="16"/>
              </w:rPr>
              <w:t>15.0</w:t>
            </w:r>
          </w:p>
        </w:tc>
        <w:tc>
          <w:tcPr>
            <w:tcW w:type="dxa" w:w="735"/>
          </w:tcPr>
          <w:p>
            <w:pPr>
              <w:spacing w:after="0"/>
              <w:jc w:val="right"/>
            </w:pPr>
            <w:r>
              <w:rPr>
                <w:sz w:val="16"/>
              </w:rPr>
              <w:t>15.0</w:t>
            </w:r>
          </w:p>
        </w:tc>
        <w:tc>
          <w:tcPr>
            <w:tcW w:type="dxa" w:w="1784"/>
          </w:tcPr>
          <w:p>
            <w:pPr>
              <w:spacing w:after="0"/>
              <w:jc w:val="left"/>
            </w:pPr>
            <w:r>
              <w:rPr>
                <w:sz w:val="16"/>
              </w:rPr>
              <w:t>Very Low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Hurricane</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1</w:t>
            </w:r>
          </w:p>
        </w:tc>
        <w:tc>
          <w:tcPr>
            <w:tcW w:type="dxa" w:w="7861"/>
          </w:tcPr>
          <w:p>
            <w:pPr>
              <w:spacing w:after="0"/>
              <w:jc w:val="left"/>
            </w:pPr>
          </w:p>
        </w:tc>
      </w:tr>
      <w:tr>
        <w:trPr>
          <w:cantSplit/>
        </w:trPr>
        <w:tc>
          <w:tcPr>
            <w:tcW w:type="dxa" w:w="1176"/>
          </w:tcPr>
          <w:p>
            <w:pPr>
              <w:spacing w:after="0"/>
              <w:jc w:val="left"/>
            </w:pPr>
            <w:r>
              <w:rPr>
                <w:sz w:val="16"/>
              </w:rPr>
              <w:t>Ice Storm</w:t>
            </w:r>
          </w:p>
        </w:tc>
        <w:tc>
          <w:tcPr>
            <w:tcW w:type="dxa" w:w="771"/>
          </w:tcPr>
          <w:p>
            <w:pPr>
              <w:spacing w:after="0"/>
              <w:jc w:val="right"/>
            </w:pPr>
            <w:r>
              <w:rPr>
                <w:sz w:val="16"/>
              </w:rPr>
              <w:t>1 of 1</w:t>
            </w:r>
          </w:p>
        </w:tc>
        <w:tc>
          <w:tcPr>
            <w:tcW w:type="dxa" w:w="1014"/>
          </w:tcPr>
          <w:p>
            <w:pPr>
              <w:spacing w:after="0"/>
              <w:jc w:val="right"/>
            </w:pPr>
            <w:r>
              <w:rPr>
                <w:sz w:val="16"/>
              </w:rPr>
              <w:t>97.2</w:t>
            </w:r>
          </w:p>
        </w:tc>
        <w:tc>
          <w:tcPr>
            <w:tcW w:type="dxa" w:w="771"/>
          </w:tcPr>
          <w:p>
            <w:pPr>
              <w:spacing w:after="0"/>
              <w:jc w:val="right"/>
            </w:pPr>
            <w:r>
              <w:rPr>
                <w:sz w:val="16"/>
              </w:rPr>
              <w:t>97.2</w:t>
            </w:r>
          </w:p>
        </w:tc>
        <w:tc>
          <w:tcPr>
            <w:tcW w:type="dxa" w:w="735"/>
          </w:tcPr>
          <w:p>
            <w:pPr>
              <w:spacing w:after="0"/>
              <w:jc w:val="right"/>
            </w:pPr>
            <w:r>
              <w:rPr>
                <w:sz w:val="16"/>
              </w:rPr>
              <w:t>97.2</w:t>
            </w:r>
          </w:p>
        </w:tc>
        <w:tc>
          <w:tcPr>
            <w:tcW w:type="dxa" w:w="1784"/>
          </w:tcPr>
          <w:p>
            <w:pPr>
              <w:spacing w:after="0"/>
              <w:jc w:val="left"/>
            </w:pPr>
            <w:r>
              <w:rPr>
                <w:sz w:val="16"/>
              </w:rPr>
              <w:t>Relatively High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Inland Flooding</w:t>
            </w:r>
          </w:p>
        </w:tc>
        <w:tc>
          <w:tcPr>
            <w:tcW w:type="dxa" w:w="771"/>
          </w:tcPr>
          <w:p>
            <w:pPr>
              <w:spacing w:after="0"/>
              <w:jc w:val="right"/>
            </w:pPr>
            <w:r>
              <w:rPr>
                <w:sz w:val="16"/>
              </w:rPr>
              <w:t>1 of 1</w:t>
            </w:r>
          </w:p>
        </w:tc>
        <w:tc>
          <w:tcPr>
            <w:tcW w:type="dxa" w:w="1014"/>
          </w:tcPr>
          <w:p>
            <w:pPr>
              <w:spacing w:after="0"/>
              <w:jc w:val="right"/>
            </w:pPr>
            <w:r>
              <w:rPr>
                <w:sz w:val="16"/>
              </w:rPr>
              <w:t>57.1</w:t>
            </w:r>
          </w:p>
        </w:tc>
        <w:tc>
          <w:tcPr>
            <w:tcW w:type="dxa" w:w="771"/>
          </w:tcPr>
          <w:p>
            <w:pPr>
              <w:spacing w:after="0"/>
              <w:jc w:val="right"/>
            </w:pPr>
            <w:r>
              <w:rPr>
                <w:sz w:val="16"/>
              </w:rPr>
              <w:t>57.1</w:t>
            </w:r>
          </w:p>
        </w:tc>
        <w:tc>
          <w:tcPr>
            <w:tcW w:type="dxa" w:w="735"/>
          </w:tcPr>
          <w:p>
            <w:pPr>
              <w:spacing w:after="0"/>
              <w:jc w:val="right"/>
            </w:pPr>
            <w:r>
              <w:rPr>
                <w:sz w:val="16"/>
              </w:rPr>
              <w:t>57.1</w:t>
            </w:r>
          </w:p>
        </w:tc>
        <w:tc>
          <w:tcPr>
            <w:tcW w:type="dxa" w:w="1784"/>
          </w:tcPr>
          <w:p>
            <w:pPr>
              <w:spacing w:after="0"/>
              <w:jc w:val="left"/>
            </w:pPr>
            <w:r>
              <w:rPr>
                <w:sz w:val="16"/>
              </w:rPr>
              <w:t>Relatively Moderate 1</w:t>
            </w:r>
          </w:p>
        </w:tc>
        <w:tc>
          <w:tcPr>
            <w:tcW w:type="dxa" w:w="7861"/>
          </w:tcPr>
          <w:p>
            <w:pPr>
              <w:spacing w:after="0"/>
              <w:jc w:val="left"/>
            </w:pPr>
          </w:p>
        </w:tc>
      </w:tr>
      <w:tr>
        <w:trPr>
          <w:cantSplit/>
        </w:trPr>
        <w:tc>
          <w:tcPr>
            <w:tcW w:type="dxa" w:w="1176"/>
          </w:tcPr>
          <w:p>
            <w:pPr>
              <w:spacing w:after="0"/>
              <w:jc w:val="left"/>
            </w:pPr>
            <w:r>
              <w:rPr>
                <w:sz w:val="16"/>
              </w:rPr>
              <w:t>Landslide</w:t>
            </w:r>
          </w:p>
        </w:tc>
        <w:tc>
          <w:tcPr>
            <w:tcW w:type="dxa" w:w="771"/>
          </w:tcPr>
          <w:p>
            <w:pPr>
              <w:spacing w:after="0"/>
              <w:jc w:val="right"/>
            </w:pPr>
            <w:r>
              <w:rPr>
                <w:sz w:val="16"/>
              </w:rPr>
              <w:t>1 of 1</w:t>
            </w:r>
          </w:p>
        </w:tc>
        <w:tc>
          <w:tcPr>
            <w:tcW w:type="dxa" w:w="1014"/>
          </w:tcPr>
          <w:p>
            <w:pPr>
              <w:spacing w:after="0"/>
              <w:jc w:val="right"/>
            </w:pPr>
            <w:r>
              <w:rPr>
                <w:sz w:val="16"/>
              </w:rPr>
              <w:t>63.8</w:t>
            </w:r>
          </w:p>
        </w:tc>
        <w:tc>
          <w:tcPr>
            <w:tcW w:type="dxa" w:w="771"/>
          </w:tcPr>
          <w:p>
            <w:pPr>
              <w:spacing w:after="0"/>
              <w:jc w:val="right"/>
            </w:pPr>
            <w:r>
              <w:rPr>
                <w:sz w:val="16"/>
              </w:rPr>
              <w:t>63.8</w:t>
            </w:r>
          </w:p>
        </w:tc>
        <w:tc>
          <w:tcPr>
            <w:tcW w:type="dxa" w:w="735"/>
          </w:tcPr>
          <w:p>
            <w:pPr>
              <w:spacing w:after="0"/>
              <w:jc w:val="right"/>
            </w:pPr>
            <w:r>
              <w:rPr>
                <w:sz w:val="16"/>
              </w:rPr>
              <w:t>63.8</w:t>
            </w:r>
          </w:p>
        </w:tc>
        <w:tc>
          <w:tcPr>
            <w:tcW w:type="dxa" w:w="1784"/>
          </w:tcPr>
          <w:p>
            <w:pPr>
              <w:spacing w:after="0"/>
              <w:jc w:val="left"/>
            </w:pPr>
            <w:r>
              <w:rPr>
                <w:sz w:val="16"/>
              </w:rPr>
              <w:t>Very Low 1</w:t>
            </w:r>
          </w:p>
        </w:tc>
        <w:tc>
          <w:tcPr>
            <w:tcW w:type="dxa" w:w="7861"/>
          </w:tcPr>
          <w:p>
            <w:pPr>
              <w:spacing w:after="0"/>
              <w:jc w:val="left"/>
            </w:pPr>
          </w:p>
        </w:tc>
      </w:tr>
      <w:tr>
        <w:trPr>
          <w:cantSplit/>
        </w:trPr>
        <w:tc>
          <w:tcPr>
            <w:tcW w:type="dxa" w:w="1176"/>
          </w:tcPr>
          <w:p>
            <w:pPr>
              <w:spacing w:after="0"/>
              <w:jc w:val="left"/>
            </w:pPr>
            <w:r>
              <w:rPr>
                <w:sz w:val="16"/>
              </w:rPr>
              <w:t>Lightning</w:t>
            </w:r>
          </w:p>
        </w:tc>
        <w:tc>
          <w:tcPr>
            <w:tcW w:type="dxa" w:w="771"/>
          </w:tcPr>
          <w:p>
            <w:pPr>
              <w:spacing w:after="0"/>
              <w:jc w:val="right"/>
            </w:pPr>
            <w:r>
              <w:rPr>
                <w:sz w:val="16"/>
              </w:rPr>
              <w:t>1 of 1</w:t>
            </w:r>
          </w:p>
        </w:tc>
        <w:tc>
          <w:tcPr>
            <w:tcW w:type="dxa" w:w="1014"/>
          </w:tcPr>
          <w:p>
            <w:pPr>
              <w:spacing w:after="0"/>
              <w:jc w:val="right"/>
            </w:pPr>
            <w:r>
              <w:rPr>
                <w:sz w:val="16"/>
              </w:rPr>
              <w:t>36.8</w:t>
            </w:r>
          </w:p>
        </w:tc>
        <w:tc>
          <w:tcPr>
            <w:tcW w:type="dxa" w:w="771"/>
          </w:tcPr>
          <w:p>
            <w:pPr>
              <w:spacing w:after="0"/>
              <w:jc w:val="right"/>
            </w:pPr>
            <w:r>
              <w:rPr>
                <w:sz w:val="16"/>
              </w:rPr>
              <w:t>36.8</w:t>
            </w:r>
          </w:p>
        </w:tc>
        <w:tc>
          <w:tcPr>
            <w:tcW w:type="dxa" w:w="735"/>
          </w:tcPr>
          <w:p>
            <w:pPr>
              <w:spacing w:after="0"/>
              <w:jc w:val="right"/>
            </w:pPr>
            <w:r>
              <w:rPr>
                <w:sz w:val="16"/>
              </w:rPr>
              <w:t>36.8</w:t>
            </w:r>
          </w:p>
        </w:tc>
        <w:tc>
          <w:tcPr>
            <w:tcW w:type="dxa" w:w="1784"/>
          </w:tcPr>
          <w:p>
            <w:pPr>
              <w:spacing w:after="0"/>
              <w:jc w:val="left"/>
            </w:pPr>
            <w:r>
              <w:rPr>
                <w:sz w:val="16"/>
              </w:rPr>
              <w:t>Relatively Low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Strong Wind</w:t>
            </w:r>
          </w:p>
        </w:tc>
        <w:tc>
          <w:tcPr>
            <w:tcW w:type="dxa" w:w="771"/>
          </w:tcPr>
          <w:p>
            <w:pPr>
              <w:spacing w:after="0"/>
              <w:jc w:val="right"/>
            </w:pPr>
            <w:r>
              <w:rPr>
                <w:sz w:val="16"/>
              </w:rPr>
              <w:t>1 of 1</w:t>
            </w:r>
          </w:p>
        </w:tc>
        <w:tc>
          <w:tcPr>
            <w:tcW w:type="dxa" w:w="1014"/>
          </w:tcPr>
          <w:p>
            <w:pPr>
              <w:spacing w:after="0"/>
              <w:jc w:val="right"/>
            </w:pPr>
            <w:r>
              <w:rPr>
                <w:sz w:val="16"/>
              </w:rPr>
              <w:t>99.0</w:t>
            </w:r>
          </w:p>
        </w:tc>
        <w:tc>
          <w:tcPr>
            <w:tcW w:type="dxa" w:w="771"/>
          </w:tcPr>
          <w:p>
            <w:pPr>
              <w:spacing w:after="0"/>
              <w:jc w:val="right"/>
            </w:pPr>
            <w:r>
              <w:rPr>
                <w:sz w:val="16"/>
              </w:rPr>
              <w:t>99.0</w:t>
            </w:r>
          </w:p>
        </w:tc>
        <w:tc>
          <w:tcPr>
            <w:tcW w:type="dxa" w:w="735"/>
          </w:tcPr>
          <w:p>
            <w:pPr>
              <w:spacing w:after="0"/>
              <w:jc w:val="right"/>
            </w:pPr>
            <w:r>
              <w:rPr>
                <w:sz w:val="16"/>
              </w:rPr>
              <w:t>99.0</w:t>
            </w:r>
          </w:p>
        </w:tc>
        <w:tc>
          <w:tcPr>
            <w:tcW w:type="dxa" w:w="1784"/>
          </w:tcPr>
          <w:p>
            <w:pPr>
              <w:spacing w:after="0"/>
              <w:jc w:val="left"/>
            </w:pPr>
            <w:r>
              <w:rPr>
                <w:sz w:val="16"/>
              </w:rPr>
              <w:t>Very High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Tornado</w:t>
            </w:r>
          </w:p>
        </w:tc>
        <w:tc>
          <w:tcPr>
            <w:tcW w:type="dxa" w:w="771"/>
          </w:tcPr>
          <w:p>
            <w:pPr>
              <w:spacing w:after="0"/>
              <w:jc w:val="right"/>
            </w:pPr>
            <w:r>
              <w:rPr>
                <w:sz w:val="16"/>
              </w:rPr>
              <w:t>1 of 1</w:t>
            </w:r>
          </w:p>
        </w:tc>
        <w:tc>
          <w:tcPr>
            <w:tcW w:type="dxa" w:w="1014"/>
          </w:tcPr>
          <w:p>
            <w:pPr>
              <w:spacing w:after="0"/>
              <w:jc w:val="right"/>
            </w:pPr>
            <w:r>
              <w:rPr>
                <w:sz w:val="16"/>
              </w:rPr>
              <w:t>79.3</w:t>
            </w:r>
          </w:p>
        </w:tc>
        <w:tc>
          <w:tcPr>
            <w:tcW w:type="dxa" w:w="771"/>
          </w:tcPr>
          <w:p>
            <w:pPr>
              <w:spacing w:after="0"/>
              <w:jc w:val="right"/>
            </w:pPr>
            <w:r>
              <w:rPr>
                <w:sz w:val="16"/>
              </w:rPr>
              <w:t>79.3</w:t>
            </w:r>
          </w:p>
        </w:tc>
        <w:tc>
          <w:tcPr>
            <w:tcW w:type="dxa" w:w="735"/>
          </w:tcPr>
          <w:p>
            <w:pPr>
              <w:spacing w:after="0"/>
              <w:jc w:val="right"/>
            </w:pPr>
            <w:r>
              <w:rPr>
                <w:sz w:val="16"/>
              </w:rPr>
              <w:t>79.3</w:t>
            </w:r>
          </w:p>
        </w:tc>
        <w:tc>
          <w:tcPr>
            <w:tcW w:type="dxa" w:w="1784"/>
          </w:tcPr>
          <w:p>
            <w:pPr>
              <w:spacing w:after="0"/>
              <w:jc w:val="left"/>
            </w:pPr>
            <w:r>
              <w:rPr>
                <w:sz w:val="16"/>
              </w:rPr>
              <w:t>Relatively High 1</w:t>
            </w:r>
          </w:p>
        </w:tc>
        <w:tc>
          <w:tcPr>
            <w:tcW w:type="dxa" w:w="7861"/>
          </w:tcPr>
          <w:p>
            <w:pPr>
              <w:spacing w:after="0"/>
              <w:jc w:val="left"/>
            </w:pPr>
          </w:p>
        </w:tc>
      </w:tr>
      <w:tr>
        <w:trPr>
          <w:cantSplit/>
        </w:trPr>
        <w:tc>
          <w:tcPr>
            <w:tcW w:type="dxa" w:w="1176"/>
          </w:tcPr>
          <w:p>
            <w:pPr>
              <w:spacing w:after="0"/>
              <w:jc w:val="left"/>
            </w:pPr>
            <w:r>
              <w:rPr>
                <w:sz w:val="16"/>
              </w:rPr>
              <w:t>Tsunami</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1</w:t>
            </w:r>
          </w:p>
        </w:tc>
        <w:tc>
          <w:tcPr>
            <w:tcW w:type="dxa" w:w="7861"/>
          </w:tcPr>
          <w:p>
            <w:pPr>
              <w:spacing w:after="0"/>
              <w:jc w:val="left"/>
            </w:pPr>
          </w:p>
        </w:tc>
      </w:tr>
      <w:tr>
        <w:trPr>
          <w:cantSplit/>
        </w:trPr>
        <w:tc>
          <w:tcPr>
            <w:tcW w:type="dxa" w:w="1176"/>
          </w:tcPr>
          <w:p>
            <w:pPr>
              <w:spacing w:after="0"/>
              <w:jc w:val="left"/>
            </w:pPr>
            <w:r>
              <w:rPr>
                <w:sz w:val="16"/>
              </w:rPr>
              <w:t>Volcanic Activity</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1</w:t>
            </w:r>
          </w:p>
        </w:tc>
        <w:tc>
          <w:tcPr>
            <w:tcW w:type="dxa" w:w="7861"/>
          </w:tcPr>
          <w:p>
            <w:pPr>
              <w:spacing w:after="0"/>
              <w:jc w:val="left"/>
            </w:pPr>
          </w:p>
        </w:tc>
      </w:tr>
      <w:tr>
        <w:trPr>
          <w:cantSplit/>
        </w:trPr>
        <w:tc>
          <w:tcPr>
            <w:tcW w:type="dxa" w:w="1176"/>
          </w:tcPr>
          <w:p>
            <w:pPr>
              <w:spacing w:after="0"/>
              <w:jc w:val="left"/>
            </w:pPr>
            <w:r>
              <w:rPr>
                <w:sz w:val="16"/>
              </w:rPr>
              <w:t>Wildfire</w:t>
            </w:r>
          </w:p>
        </w:tc>
        <w:tc>
          <w:tcPr>
            <w:tcW w:type="dxa" w:w="771"/>
          </w:tcPr>
          <w:p>
            <w:pPr>
              <w:spacing w:after="0"/>
              <w:jc w:val="right"/>
            </w:pPr>
            <w:r>
              <w:rPr>
                <w:sz w:val="16"/>
              </w:rPr>
              <w:t>1 of 1</w:t>
            </w:r>
          </w:p>
        </w:tc>
        <w:tc>
          <w:tcPr>
            <w:tcW w:type="dxa" w:w="1014"/>
          </w:tcPr>
          <w:p>
            <w:pPr>
              <w:spacing w:after="0"/>
              <w:jc w:val="right"/>
            </w:pPr>
            <w:r>
              <w:rPr>
                <w:sz w:val="16"/>
              </w:rPr>
              <w:t>92.1</w:t>
            </w:r>
          </w:p>
        </w:tc>
        <w:tc>
          <w:tcPr>
            <w:tcW w:type="dxa" w:w="771"/>
          </w:tcPr>
          <w:p>
            <w:pPr>
              <w:spacing w:after="0"/>
              <w:jc w:val="right"/>
            </w:pPr>
            <w:r>
              <w:rPr>
                <w:sz w:val="16"/>
              </w:rPr>
              <w:t>92.1</w:t>
            </w:r>
          </w:p>
        </w:tc>
        <w:tc>
          <w:tcPr>
            <w:tcW w:type="dxa" w:w="735"/>
          </w:tcPr>
          <w:p>
            <w:pPr>
              <w:spacing w:after="0"/>
              <w:jc w:val="right"/>
            </w:pPr>
            <w:r>
              <w:rPr>
                <w:sz w:val="16"/>
              </w:rPr>
              <w:t>92.1</w:t>
            </w:r>
          </w:p>
        </w:tc>
        <w:tc>
          <w:tcPr>
            <w:tcW w:type="dxa" w:w="1784"/>
          </w:tcPr>
          <w:p>
            <w:pPr>
              <w:spacing w:after="0"/>
              <w:jc w:val="left"/>
            </w:pPr>
            <w:r>
              <w:rPr>
                <w:sz w:val="16"/>
              </w:rPr>
              <w:t>Relatively Moderate 1</w:t>
            </w:r>
          </w:p>
        </w:tc>
        <w:tc>
          <w:tcPr>
            <w:tcW w:type="dxa" w:w="7861"/>
          </w:tcPr>
          <w:p>
            <w:pPr>
              <w:spacing w:after="0"/>
              <w:jc w:val="left"/>
            </w:pPr>
          </w:p>
        </w:tc>
      </w:tr>
      <w:tr>
        <w:trPr>
          <w:cantSplit/>
        </w:trPr>
        <w:tc>
          <w:tcPr>
            <w:tcW w:type="dxa" w:w="1176"/>
          </w:tcPr>
          <w:p>
            <w:pPr>
              <w:spacing w:after="0"/>
              <w:jc w:val="left"/>
            </w:pPr>
            <w:r>
              <w:rPr>
                <w:sz w:val="16"/>
              </w:rPr>
              <w:t>Winter Weather</w:t>
            </w:r>
          </w:p>
        </w:tc>
        <w:tc>
          <w:tcPr>
            <w:tcW w:type="dxa" w:w="771"/>
          </w:tcPr>
          <w:p>
            <w:pPr>
              <w:spacing w:after="0"/>
              <w:jc w:val="right"/>
            </w:pPr>
            <w:r>
              <w:rPr>
                <w:sz w:val="16"/>
              </w:rPr>
              <w:t>1 of 1</w:t>
            </w:r>
          </w:p>
        </w:tc>
        <w:tc>
          <w:tcPr>
            <w:tcW w:type="dxa" w:w="1014"/>
          </w:tcPr>
          <w:p>
            <w:pPr>
              <w:spacing w:after="0"/>
              <w:jc w:val="right"/>
            </w:pPr>
            <w:r>
              <w:rPr>
                <w:sz w:val="16"/>
              </w:rPr>
              <w:t>99.8</w:t>
            </w:r>
          </w:p>
        </w:tc>
        <w:tc>
          <w:tcPr>
            <w:tcW w:type="dxa" w:w="771"/>
          </w:tcPr>
          <w:p>
            <w:pPr>
              <w:spacing w:after="0"/>
              <w:jc w:val="right"/>
            </w:pPr>
            <w:r>
              <w:rPr>
                <w:sz w:val="16"/>
              </w:rPr>
              <w:t>99.8</w:t>
            </w:r>
          </w:p>
        </w:tc>
        <w:tc>
          <w:tcPr>
            <w:tcW w:type="dxa" w:w="735"/>
          </w:tcPr>
          <w:p>
            <w:pPr>
              <w:spacing w:after="0"/>
              <w:jc w:val="right"/>
            </w:pPr>
            <w:r>
              <w:rPr>
                <w:sz w:val="16"/>
              </w:rPr>
              <w:t>99.8</w:t>
            </w:r>
          </w:p>
        </w:tc>
        <w:tc>
          <w:tcPr>
            <w:tcW w:type="dxa" w:w="1784"/>
          </w:tcPr>
          <w:p>
            <w:pPr>
              <w:spacing w:after="0"/>
              <w:jc w:val="left"/>
            </w:pPr>
            <w:r>
              <w:rPr>
                <w:sz w:val="16"/>
              </w:rPr>
              <w:t>Very High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82"/>
        <w:gridCol w:w="824"/>
        <w:gridCol w:w="3206"/>
        <w:gridCol w:w="2557"/>
        <w:gridCol w:w="1799"/>
        <w:gridCol w:w="2188"/>
        <w:gridCol w:w="1956"/>
      </w:tblGrid>
      <w:tr>
        <w:trPr>
          <w:cantSplit/>
          <w:tblHeader/>
        </w:trPr>
        <w:tc>
          <w:tcPr>
            <w:tcW w:type="dxa" w:w="1582"/>
            <w:shd w:val="clear" w:color="auto" w:fill="E8E8E8"/>
          </w:tcPr>
          <w:p>
            <w:pPr>
              <w:spacing w:after="0"/>
              <w:jc w:val="left"/>
            </w:pPr>
            <w:r>
              <w:rPr>
                <w:b/>
                <w:sz w:val="16"/>
              </w:rPr>
              <w:t>Member</w:t>
            </w:r>
          </w:p>
        </w:tc>
        <w:tc>
          <w:tcPr>
            <w:tcW w:type="dxa" w:w="824"/>
            <w:shd w:val="clear" w:color="auto" w:fill="E8E8E8"/>
          </w:tcPr>
          <w:p>
            <w:pPr>
              <w:spacing w:after="0"/>
              <w:jc w:val="left"/>
            </w:pPr>
            <w:r>
              <w:rPr>
                <w:b/>
                <w:sz w:val="16"/>
              </w:rPr>
              <w:t>Type</w:t>
            </w:r>
          </w:p>
        </w:tc>
        <w:tc>
          <w:tcPr>
            <w:tcW w:type="dxa" w:w="3206"/>
            <w:shd w:val="clear" w:color="auto" w:fill="E8E8E8"/>
          </w:tcPr>
          <w:p>
            <w:pPr>
              <w:spacing w:after="0"/>
              <w:jc w:val="left"/>
            </w:pPr>
            <w:r>
              <w:rPr>
                <w:b/>
                <w:sz w:val="16"/>
              </w:rPr>
              <w:t>Plan status</w:t>
            </w:r>
          </w:p>
        </w:tc>
        <w:tc>
          <w:tcPr>
            <w:tcW w:type="dxa" w:w="255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799"/>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188"/>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1956"/>
            <w:shd w:val="clear" w:color="auto" w:fill="E8E8E8"/>
          </w:tcPr>
          <w:p>
            <w:pPr>
              <w:spacing w:after="0"/>
              <w:jc w:val="left"/>
            </w:pPr>
            <w:r>
              <w:rPr>
                <w:b/>
                <w:sz w:val="16"/>
              </w:rPr>
              <w:t>Notes</w:t>
            </w:r>
          </w:p>
        </w:tc>
      </w:tr>
      <w:tr>
        <w:trPr>
          <w:cantSplit/>
        </w:trPr>
        <w:tc>
          <w:tcPr>
            <w:tcW w:type="dxa" w:w="1582"/>
          </w:tcPr>
          <w:p>
            <w:pPr>
              <w:spacing w:after="0"/>
              <w:jc w:val="left"/>
            </w:pPr>
            <w:r>
              <w:rPr>
                <w:sz w:val="16"/>
              </w:rPr>
              <w:t>Kidder County</w:t>
            </w:r>
          </w:p>
        </w:tc>
        <w:tc>
          <w:tcPr>
            <w:tcW w:type="dxa" w:w="824"/>
          </w:tcPr>
          <w:p>
            <w:pPr>
              <w:spacing w:after="0"/>
              <w:jc w:val="left"/>
            </w:pPr>
            <w:r>
              <w:rPr>
                <w:sz w:val="16"/>
              </w:rPr>
              <w:t>County</w:t>
            </w:r>
          </w:p>
        </w:tc>
        <w:tc>
          <w:tcPr>
            <w:tcW w:type="dxa" w:w="3206"/>
          </w:tcPr>
          <w:p>
            <w:pPr>
              <w:spacing w:after="0"/>
              <w:jc w:val="left"/>
            </w:pPr>
            <w:r>
              <w:rPr>
                <w:sz w:val="16"/>
              </w:rPr>
              <w:t>Approved, expires 2026-12-27</w:t>
            </w:r>
          </w:p>
        </w:tc>
        <w:tc>
          <w:tcPr>
            <w:tcW w:type="dxa" w:w="2557"/>
          </w:tcPr>
          <w:p>
            <w:pPr>
              <w:spacing w:after="0"/>
              <w:jc w:val="right"/>
            </w:pPr>
            <w:r>
              <w:rPr>
                <w:sz w:val="16"/>
              </w:rPr>
              <w:t>FMA RL 0, SRL 0; any 0</w:t>
            </w:r>
          </w:p>
        </w:tc>
        <w:tc>
          <w:tcPr>
            <w:tcW w:type="dxa" w:w="1799"/>
          </w:tcPr>
          <w:p>
            <w:pPr>
              <w:spacing w:after="0"/>
              <w:jc w:val="right"/>
            </w:pPr>
            <w:r>
              <w:rPr>
                <w:sz w:val="16"/>
              </w:rPr>
              <w:t>$8,480,965.97</w:t>
            </w:r>
          </w:p>
        </w:tc>
        <w:tc>
          <w:tcPr>
            <w:tcW w:type="dxa" w:w="2188"/>
          </w:tcPr>
          <w:p>
            <w:pPr>
              <w:spacing w:after="0"/>
              <w:jc w:val="right"/>
            </w:pPr>
            <w:r>
              <w:rPr>
                <w:sz w:val="16"/>
              </w:rPr>
              <w:t>0; 0</w:t>
            </w:r>
          </w:p>
        </w:tc>
        <w:tc>
          <w:tcPr>
            <w:tcW w:type="dxa" w:w="1956"/>
          </w:tcPr>
          <w:p>
            <w:pPr>
              <w:spacing w:after="0"/>
              <w:jc w:val="left"/>
            </w:pPr>
          </w:p>
        </w:tc>
      </w:tr>
      <w:tr>
        <w:trPr>
          <w:cantSplit/>
        </w:trPr>
        <w:tc>
          <w:tcPr>
            <w:tcW w:type="dxa" w:w="1582"/>
          </w:tcPr>
          <w:p>
            <w:pPr>
              <w:spacing w:after="0"/>
              <w:jc w:val="left"/>
            </w:pPr>
            <w:r>
              <w:rPr>
                <w:sz w:val="16"/>
              </w:rPr>
              <w:t>Dawson city</w:t>
            </w:r>
          </w:p>
        </w:tc>
        <w:tc>
          <w:tcPr>
            <w:tcW w:type="dxa" w:w="824"/>
          </w:tcPr>
          <w:p>
            <w:pPr>
              <w:spacing w:after="0"/>
              <w:jc w:val="left"/>
            </w:pPr>
            <w:r>
              <w:rPr>
                <w:sz w:val="16"/>
              </w:rPr>
              <w:t>City</w:t>
            </w:r>
          </w:p>
        </w:tc>
        <w:tc>
          <w:tcPr>
            <w:tcW w:type="dxa" w:w="3206"/>
          </w:tcPr>
          <w:p>
            <w:pPr>
              <w:spacing w:after="0"/>
              <w:jc w:val="left"/>
            </w:pPr>
            <w:r>
              <w:rPr>
                <w:sz w:val="16"/>
              </w:rPr>
              <w:t>Approved, expires 2026-12-27</w:t>
            </w:r>
          </w:p>
        </w:tc>
        <w:tc>
          <w:tcPr>
            <w:tcW w:type="dxa" w:w="2557"/>
          </w:tcPr>
          <w:p>
            <w:pPr>
              <w:spacing w:after="0"/>
              <w:jc w:val="right"/>
            </w:pPr>
            <w:r>
              <w:rPr>
                <w:sz w:val="16"/>
              </w:rPr>
              <w:t>FMA RL 0, SRL 0; any 0</w:t>
            </w:r>
          </w:p>
        </w:tc>
        <w:tc>
          <w:tcPr>
            <w:tcW w:type="dxa" w:w="1799"/>
          </w:tcPr>
          <w:p>
            <w:pPr>
              <w:spacing w:after="0"/>
              <w:jc w:val="right"/>
            </w:pPr>
            <w:r>
              <w:rPr>
                <w:sz w:val="16"/>
              </w:rPr>
              <w:t>$122,217.14</w:t>
            </w:r>
          </w:p>
        </w:tc>
        <w:tc>
          <w:tcPr>
            <w:tcW w:type="dxa" w:w="2188"/>
          </w:tcPr>
          <w:p>
            <w:pPr>
              <w:spacing w:after="0"/>
              <w:jc w:val="right"/>
            </w:pPr>
            <w:r>
              <w:rPr>
                <w:sz w:val="16"/>
              </w:rPr>
              <w:t>21; 3</w:t>
            </w:r>
          </w:p>
        </w:tc>
        <w:tc>
          <w:tcPr>
            <w:tcW w:type="dxa" w:w="1956"/>
          </w:tcPr>
          <w:p>
            <w:pPr>
              <w:spacing w:after="0"/>
              <w:jc w:val="left"/>
            </w:pPr>
          </w:p>
        </w:tc>
      </w:tr>
      <w:tr>
        <w:trPr>
          <w:cantSplit/>
        </w:trPr>
        <w:tc>
          <w:tcPr>
            <w:tcW w:type="dxa" w:w="1582"/>
          </w:tcPr>
          <w:p>
            <w:pPr>
              <w:spacing w:after="0"/>
              <w:jc w:val="left"/>
            </w:pPr>
            <w:r>
              <w:rPr>
                <w:sz w:val="16"/>
              </w:rPr>
              <w:t>Pettibone city</w:t>
            </w:r>
          </w:p>
        </w:tc>
        <w:tc>
          <w:tcPr>
            <w:tcW w:type="dxa" w:w="824"/>
          </w:tcPr>
          <w:p>
            <w:pPr>
              <w:spacing w:after="0"/>
              <w:jc w:val="left"/>
            </w:pPr>
            <w:r>
              <w:rPr>
                <w:sz w:val="16"/>
              </w:rPr>
              <w:t>City</w:t>
            </w:r>
          </w:p>
        </w:tc>
        <w:tc>
          <w:tcPr>
            <w:tcW w:type="dxa" w:w="3206"/>
          </w:tcPr>
          <w:p>
            <w:pPr>
              <w:spacing w:after="0"/>
              <w:jc w:val="left"/>
            </w:pPr>
            <w:r>
              <w:rPr>
                <w:sz w:val="16"/>
              </w:rPr>
              <w:t>Approved, expires 2026-12-27</w:t>
            </w:r>
          </w:p>
        </w:tc>
        <w:tc>
          <w:tcPr>
            <w:tcW w:type="dxa" w:w="2557"/>
          </w:tcPr>
          <w:p>
            <w:pPr>
              <w:spacing w:after="0"/>
              <w:jc w:val="right"/>
            </w:pPr>
          </w:p>
        </w:tc>
        <w:tc>
          <w:tcPr>
            <w:tcW w:type="dxa" w:w="1799"/>
          </w:tcPr>
          <w:p>
            <w:pPr>
              <w:spacing w:after="0"/>
              <w:jc w:val="right"/>
            </w:pPr>
            <w:r>
              <w:rPr>
                <w:sz w:val="16"/>
              </w:rPr>
              <w:t>$85,505.98</w:t>
            </w:r>
          </w:p>
        </w:tc>
        <w:tc>
          <w:tcPr>
            <w:tcW w:type="dxa" w:w="2188"/>
          </w:tcPr>
          <w:p>
            <w:pPr>
              <w:spacing w:after="0"/>
              <w:jc w:val="right"/>
            </w:pPr>
            <w:r>
              <w:rPr>
                <w:sz w:val="16"/>
              </w:rPr>
              <w:t>20; 8</w:t>
            </w:r>
          </w:p>
        </w:tc>
        <w:tc>
          <w:tcPr>
            <w:tcW w:type="dxa" w:w="1956"/>
          </w:tcPr>
          <w:p>
            <w:pPr>
              <w:spacing w:after="0"/>
              <w:jc w:val="left"/>
            </w:pPr>
            <w:r>
              <w:rPr>
                <w:sz w:val="16"/>
              </w:rPr>
              <w:t>No NFIP community ID on this member's plan row.</w:t>
            </w:r>
          </w:p>
        </w:tc>
      </w:tr>
      <w:tr>
        <w:trPr>
          <w:cantSplit/>
        </w:trPr>
        <w:tc>
          <w:tcPr>
            <w:tcW w:type="dxa" w:w="1582"/>
          </w:tcPr>
          <w:p>
            <w:pPr>
              <w:spacing w:after="0"/>
              <w:jc w:val="left"/>
            </w:pPr>
            <w:r>
              <w:rPr>
                <w:sz w:val="16"/>
              </w:rPr>
              <w:t>Robinson city</w:t>
            </w:r>
          </w:p>
        </w:tc>
        <w:tc>
          <w:tcPr>
            <w:tcW w:type="dxa" w:w="824"/>
          </w:tcPr>
          <w:p>
            <w:pPr>
              <w:spacing w:after="0"/>
              <w:jc w:val="left"/>
            </w:pPr>
            <w:r>
              <w:rPr>
                <w:sz w:val="16"/>
              </w:rPr>
              <w:t>City</w:t>
            </w:r>
          </w:p>
        </w:tc>
        <w:tc>
          <w:tcPr>
            <w:tcW w:type="dxa" w:w="3206"/>
          </w:tcPr>
          <w:p>
            <w:pPr>
              <w:spacing w:after="0"/>
              <w:jc w:val="left"/>
            </w:pPr>
            <w:r>
              <w:rPr>
                <w:sz w:val="16"/>
              </w:rPr>
              <w:t>Approved, expires 2026-12-27</w:t>
            </w:r>
          </w:p>
        </w:tc>
        <w:tc>
          <w:tcPr>
            <w:tcW w:type="dxa" w:w="2557"/>
          </w:tcPr>
          <w:p>
            <w:pPr>
              <w:spacing w:after="0"/>
              <w:jc w:val="right"/>
            </w:pPr>
          </w:p>
        </w:tc>
        <w:tc>
          <w:tcPr>
            <w:tcW w:type="dxa" w:w="1799"/>
          </w:tcPr>
          <w:p>
            <w:pPr>
              <w:spacing w:after="0"/>
              <w:jc w:val="right"/>
            </w:pPr>
            <w:r>
              <w:rPr>
                <w:sz w:val="16"/>
              </w:rPr>
              <w:t>none found</w:t>
            </w:r>
          </w:p>
        </w:tc>
        <w:tc>
          <w:tcPr>
            <w:tcW w:type="dxa" w:w="2188"/>
          </w:tcPr>
          <w:p>
            <w:pPr>
              <w:spacing w:after="0"/>
              <w:jc w:val="right"/>
            </w:pPr>
            <w:r>
              <w:rPr>
                <w:sz w:val="16"/>
              </w:rPr>
              <w:t>21; 6</w:t>
            </w:r>
          </w:p>
        </w:tc>
        <w:tc>
          <w:tcPr>
            <w:tcW w:type="dxa" w:w="1956"/>
          </w:tcPr>
          <w:p>
            <w:pPr>
              <w:spacing w:after="0"/>
              <w:jc w:val="left"/>
            </w:pPr>
            <w:r>
              <w:rPr>
                <w:sz w:val="16"/>
              </w:rPr>
              <w:t>No NFIP community ID on this member's plan row.</w:t>
            </w:r>
          </w:p>
        </w:tc>
      </w:tr>
      <w:tr>
        <w:trPr>
          <w:cantSplit/>
        </w:trPr>
        <w:tc>
          <w:tcPr>
            <w:tcW w:type="dxa" w:w="1582"/>
          </w:tcPr>
          <w:p>
            <w:pPr>
              <w:spacing w:after="0"/>
              <w:jc w:val="left"/>
            </w:pPr>
            <w:r>
              <w:rPr>
                <w:sz w:val="16"/>
              </w:rPr>
              <w:t>Steele city</w:t>
            </w:r>
          </w:p>
        </w:tc>
        <w:tc>
          <w:tcPr>
            <w:tcW w:type="dxa" w:w="824"/>
          </w:tcPr>
          <w:p>
            <w:pPr>
              <w:spacing w:after="0"/>
              <w:jc w:val="left"/>
            </w:pPr>
            <w:r>
              <w:rPr>
                <w:sz w:val="16"/>
              </w:rPr>
              <w:t>City</w:t>
            </w:r>
          </w:p>
        </w:tc>
        <w:tc>
          <w:tcPr>
            <w:tcW w:type="dxa" w:w="3206"/>
          </w:tcPr>
          <w:p>
            <w:pPr>
              <w:spacing w:after="0"/>
              <w:jc w:val="left"/>
            </w:pPr>
            <w:r>
              <w:rPr>
                <w:sz w:val="16"/>
              </w:rPr>
              <w:t>Approved, expires 2026-12-27</w:t>
            </w:r>
          </w:p>
        </w:tc>
        <w:tc>
          <w:tcPr>
            <w:tcW w:type="dxa" w:w="2557"/>
          </w:tcPr>
          <w:p>
            <w:pPr>
              <w:spacing w:after="0"/>
              <w:jc w:val="right"/>
            </w:pPr>
            <w:r>
              <w:rPr>
                <w:sz w:val="16"/>
              </w:rPr>
              <w:t>FMA RL 0, SRL 0; any 0</w:t>
            </w:r>
          </w:p>
        </w:tc>
        <w:tc>
          <w:tcPr>
            <w:tcW w:type="dxa" w:w="1799"/>
          </w:tcPr>
          <w:p>
            <w:pPr>
              <w:spacing w:after="0"/>
              <w:jc w:val="right"/>
            </w:pPr>
            <w:r>
              <w:rPr>
                <w:sz w:val="16"/>
              </w:rPr>
              <w:t>$69,859.02</w:t>
            </w:r>
          </w:p>
        </w:tc>
        <w:tc>
          <w:tcPr>
            <w:tcW w:type="dxa" w:w="2188"/>
          </w:tcPr>
          <w:p>
            <w:pPr>
              <w:spacing w:after="0"/>
              <w:jc w:val="right"/>
            </w:pPr>
            <w:r>
              <w:rPr>
                <w:sz w:val="16"/>
              </w:rPr>
              <w:t>61; 6</w:t>
            </w:r>
          </w:p>
        </w:tc>
        <w:tc>
          <w:tcPr>
            <w:tcW w:type="dxa" w:w="1956"/>
          </w:tcPr>
          <w:p>
            <w:pPr>
              <w:spacing w:after="0"/>
              <w:jc w:val="left"/>
            </w:pPr>
          </w:p>
        </w:tc>
      </w:tr>
      <w:tr>
        <w:trPr>
          <w:cantSplit/>
        </w:trPr>
        <w:tc>
          <w:tcPr>
            <w:tcW w:type="dxa" w:w="1582"/>
          </w:tcPr>
          <w:p>
            <w:pPr>
              <w:spacing w:after="0"/>
              <w:jc w:val="left"/>
            </w:pPr>
            <w:r>
              <w:rPr>
                <w:sz w:val="16"/>
              </w:rPr>
              <w:t>Tappen city</w:t>
            </w:r>
          </w:p>
        </w:tc>
        <w:tc>
          <w:tcPr>
            <w:tcW w:type="dxa" w:w="824"/>
          </w:tcPr>
          <w:p>
            <w:pPr>
              <w:spacing w:after="0"/>
              <w:jc w:val="left"/>
            </w:pPr>
            <w:r>
              <w:rPr>
                <w:sz w:val="16"/>
              </w:rPr>
              <w:t>City</w:t>
            </w:r>
          </w:p>
        </w:tc>
        <w:tc>
          <w:tcPr>
            <w:tcW w:type="dxa" w:w="3206"/>
          </w:tcPr>
          <w:p>
            <w:pPr>
              <w:spacing w:after="0"/>
              <w:jc w:val="left"/>
            </w:pPr>
            <w:r>
              <w:rPr>
                <w:sz w:val="16"/>
              </w:rPr>
              <w:t>Approved, expires 2026-12-27</w:t>
            </w:r>
          </w:p>
        </w:tc>
        <w:tc>
          <w:tcPr>
            <w:tcW w:type="dxa" w:w="2557"/>
          </w:tcPr>
          <w:p>
            <w:pPr>
              <w:spacing w:after="0"/>
              <w:jc w:val="right"/>
            </w:pPr>
            <w:r>
              <w:rPr>
                <w:sz w:val="16"/>
              </w:rPr>
              <w:t>FMA RL 0, SRL 0; any 0</w:t>
            </w:r>
          </w:p>
        </w:tc>
        <w:tc>
          <w:tcPr>
            <w:tcW w:type="dxa" w:w="1799"/>
          </w:tcPr>
          <w:p>
            <w:pPr>
              <w:spacing w:after="0"/>
              <w:jc w:val="right"/>
            </w:pPr>
            <w:r>
              <w:rPr>
                <w:sz w:val="16"/>
              </w:rPr>
              <w:t>$48,096.39</w:t>
            </w:r>
          </w:p>
        </w:tc>
        <w:tc>
          <w:tcPr>
            <w:tcW w:type="dxa" w:w="2188"/>
          </w:tcPr>
          <w:p>
            <w:pPr>
              <w:spacing w:after="0"/>
              <w:jc w:val="right"/>
            </w:pPr>
            <w:r>
              <w:rPr>
                <w:sz w:val="16"/>
              </w:rPr>
              <w:t>25; 6</w:t>
            </w:r>
          </w:p>
        </w:tc>
        <w:tc>
          <w:tcPr>
            <w:tcW w:type="dxa" w:w="1956"/>
          </w:tcPr>
          <w:p>
            <w:pPr>
              <w:spacing w:after="0"/>
              <w:jc w:val="left"/>
            </w:pPr>
          </w:p>
        </w:tc>
      </w:tr>
      <w:tr>
        <w:trPr>
          <w:cantSplit/>
        </w:trPr>
        <w:tc>
          <w:tcPr>
            <w:tcW w:type="dxa" w:w="1582"/>
          </w:tcPr>
          <w:p>
            <w:pPr>
              <w:spacing w:after="0"/>
              <w:jc w:val="left"/>
            </w:pPr>
            <w:r>
              <w:rPr>
                <w:sz w:val="16"/>
              </w:rPr>
              <w:t>Tuttle city</w:t>
            </w:r>
          </w:p>
        </w:tc>
        <w:tc>
          <w:tcPr>
            <w:tcW w:type="dxa" w:w="824"/>
          </w:tcPr>
          <w:p>
            <w:pPr>
              <w:spacing w:after="0"/>
              <w:jc w:val="left"/>
            </w:pPr>
            <w:r>
              <w:rPr>
                <w:sz w:val="16"/>
              </w:rPr>
              <w:t>City</w:t>
            </w:r>
          </w:p>
        </w:tc>
        <w:tc>
          <w:tcPr>
            <w:tcW w:type="dxa" w:w="3206"/>
          </w:tcPr>
          <w:p>
            <w:pPr>
              <w:spacing w:after="0"/>
              <w:jc w:val="left"/>
            </w:pPr>
            <w:r>
              <w:rPr>
                <w:sz w:val="16"/>
              </w:rPr>
              <w:t>Approved, expires 2026-12-27</w:t>
            </w:r>
          </w:p>
        </w:tc>
        <w:tc>
          <w:tcPr>
            <w:tcW w:type="dxa" w:w="2557"/>
          </w:tcPr>
          <w:p>
            <w:pPr>
              <w:spacing w:after="0"/>
              <w:jc w:val="right"/>
            </w:pPr>
            <w:r>
              <w:rPr>
                <w:sz w:val="16"/>
              </w:rPr>
              <w:t>FMA RL 0, SRL 0; any 0</w:t>
            </w:r>
          </w:p>
        </w:tc>
        <w:tc>
          <w:tcPr>
            <w:tcW w:type="dxa" w:w="1799"/>
          </w:tcPr>
          <w:p>
            <w:pPr>
              <w:spacing w:after="0"/>
              <w:jc w:val="right"/>
            </w:pPr>
            <w:r>
              <w:rPr>
                <w:sz w:val="16"/>
              </w:rPr>
              <w:t>$27,758.51</w:t>
            </w:r>
          </w:p>
        </w:tc>
        <w:tc>
          <w:tcPr>
            <w:tcW w:type="dxa" w:w="2188"/>
          </w:tcPr>
          <w:p>
            <w:pPr>
              <w:spacing w:after="0"/>
              <w:jc w:val="right"/>
            </w:pPr>
            <w:r>
              <w:rPr>
                <w:sz w:val="16"/>
              </w:rPr>
              <w:t>29; 1</w:t>
            </w:r>
          </w:p>
        </w:tc>
        <w:tc>
          <w:tcPr>
            <w:tcW w:type="dxa" w:w="195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7"/>
        <w:gridCol w:w="948"/>
        <w:gridCol w:w="1126"/>
        <w:gridCol w:w="1186"/>
        <w:gridCol w:w="1305"/>
        <w:gridCol w:w="1248"/>
        <w:gridCol w:w="1125"/>
        <w:gridCol w:w="1201"/>
        <w:gridCol w:w="1280"/>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8"/>
            <w:shd w:val="clear" w:color="auto" w:fill="E8E8E8"/>
          </w:tcPr>
          <w:p>
            <w:pPr>
              <w:spacing w:after="0"/>
              <w:jc w:val="right"/>
            </w:pPr>
            <w:r>
              <w:rPr>
                <w:b/>
                <w:sz w:val="16"/>
              </w:rPr>
              <w:t>Storm Events damage since 2021-12-28</w:t>
            </w:r>
          </w:p>
          <w:p>
            <w:pPr>
              <w:spacing w:after="0"/>
              <w:jc w:val="right"/>
            </w:pPr>
            <w:r>
              <w:rPr>
                <w:i/>
                <w:color w:val="555555"/>
                <w:sz w:val="14"/>
              </w:rPr>
              <w:t>county-coded records, property plus crops, nominal dollars</w:t>
            </w:r>
          </w:p>
        </w:tc>
        <w:tc>
          <w:tcPr>
            <w:tcW w:type="dxa" w:w="112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0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8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948"/>
          </w:tcPr>
          <w:p>
            <w:pPr>
              <w:spacing w:after="0"/>
              <w:jc w:val="right"/>
            </w:pPr>
          </w:p>
        </w:tc>
        <w:tc>
          <w:tcPr>
            <w:tcW w:type="dxa" w:w="1126"/>
          </w:tcPr>
          <w:p>
            <w:pPr>
              <w:spacing w:after="0"/>
              <w:jc w:val="right"/>
            </w:pPr>
          </w:p>
        </w:tc>
        <w:tc>
          <w:tcPr>
            <w:tcW w:type="dxa" w:w="1186"/>
          </w:tcPr>
          <w:p>
            <w:pPr>
              <w:spacing w:after="0"/>
              <w:jc w:val="right"/>
            </w:pPr>
          </w:p>
        </w:tc>
        <w:tc>
          <w:tcPr>
            <w:tcW w:type="dxa" w:w="1305"/>
          </w:tcPr>
          <w:p>
            <w:pPr>
              <w:spacing w:after="0"/>
              <w:jc w:val="right"/>
            </w:pPr>
          </w:p>
        </w:tc>
        <w:tc>
          <w:tcPr>
            <w:tcW w:type="dxa" w:w="1248"/>
          </w:tcPr>
          <w:p>
            <w:pPr>
              <w:spacing w:after="0"/>
              <w:jc w:val="right"/>
            </w:pPr>
          </w:p>
        </w:tc>
        <w:tc>
          <w:tcPr>
            <w:tcW w:type="dxa" w:w="1125"/>
          </w:tcPr>
          <w:p>
            <w:pPr>
              <w:spacing w:after="0"/>
              <w:jc w:val="right"/>
            </w:pPr>
          </w:p>
        </w:tc>
        <w:tc>
          <w:tcPr>
            <w:tcW w:type="dxa" w:w="1201"/>
          </w:tcPr>
          <w:p>
            <w:pPr>
              <w:spacing w:after="0"/>
              <w:jc w:val="right"/>
            </w:pPr>
          </w:p>
        </w:tc>
        <w:tc>
          <w:tcPr>
            <w:tcW w:type="dxa" w:w="1280"/>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948"/>
          </w:tcPr>
          <w:p>
            <w:pPr>
              <w:spacing w:after="0"/>
              <w:jc w:val="right"/>
            </w:pPr>
          </w:p>
        </w:tc>
        <w:tc>
          <w:tcPr>
            <w:tcW w:type="dxa" w:w="1126"/>
          </w:tcPr>
          <w:p>
            <w:pPr>
              <w:spacing w:after="0"/>
              <w:jc w:val="right"/>
            </w:pPr>
          </w:p>
        </w:tc>
        <w:tc>
          <w:tcPr>
            <w:tcW w:type="dxa" w:w="1186"/>
          </w:tcPr>
          <w:p>
            <w:pPr>
              <w:spacing w:after="0"/>
              <w:jc w:val="right"/>
            </w:pPr>
          </w:p>
        </w:tc>
        <w:tc>
          <w:tcPr>
            <w:tcW w:type="dxa" w:w="1305"/>
          </w:tcPr>
          <w:p>
            <w:pPr>
              <w:spacing w:after="0"/>
              <w:jc w:val="right"/>
            </w:pPr>
          </w:p>
        </w:tc>
        <w:tc>
          <w:tcPr>
            <w:tcW w:type="dxa" w:w="1248"/>
          </w:tcPr>
          <w:p>
            <w:pPr>
              <w:spacing w:after="0"/>
              <w:jc w:val="right"/>
            </w:pPr>
          </w:p>
        </w:tc>
        <w:tc>
          <w:tcPr>
            <w:tcW w:type="dxa" w:w="1125"/>
          </w:tcPr>
          <w:p>
            <w:pPr>
              <w:spacing w:after="0"/>
              <w:jc w:val="right"/>
            </w:pPr>
          </w:p>
        </w:tc>
        <w:tc>
          <w:tcPr>
            <w:tcW w:type="dxa" w:w="1201"/>
          </w:tcPr>
          <w:p>
            <w:pPr>
              <w:spacing w:after="0"/>
              <w:jc w:val="right"/>
            </w:pPr>
          </w:p>
        </w:tc>
        <w:tc>
          <w:tcPr>
            <w:tcW w:type="dxa" w:w="1280"/>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$1,055,062,610</w:t>
            </w:r>
          </w:p>
        </w:tc>
        <w:tc>
          <w:tcPr>
            <w:tcW w:type="dxa" w:w="1215"/>
          </w:tcPr>
          <w:p>
            <w:pPr>
              <w:spacing w:after="0"/>
              <w:jc w:val="right"/>
            </w:pPr>
            <w:r>
              <w:rPr>
                <w:sz w:val="16"/>
              </w:rPr>
              <w:t>$146,304,593</w:t>
            </w:r>
          </w:p>
        </w:tc>
        <w:tc>
          <w:tcPr>
            <w:tcW w:type="dxa" w:w="1047"/>
          </w:tcPr>
          <w:p>
            <w:pPr>
              <w:spacing w:after="0"/>
              <w:jc w:val="right"/>
            </w:pPr>
            <w:r>
              <w:rPr>
                <w:sz w:val="16"/>
              </w:rPr>
              <w:t>2,383</w:t>
            </w:r>
          </w:p>
        </w:tc>
        <w:tc>
          <w:tcPr>
            <w:tcW w:type="dxa" w:w="948"/>
          </w:tcPr>
          <w:p>
            <w:pPr>
              <w:spacing w:after="0"/>
              <w:jc w:val="right"/>
            </w:pPr>
            <w:r>
              <w:rPr>
                <w:sz w:val="16"/>
              </w:rPr>
              <w:t>$295</w:t>
            </w:r>
          </w:p>
        </w:tc>
        <w:tc>
          <w:tcPr>
            <w:tcW w:type="dxa" w:w="1126"/>
          </w:tcPr>
          <w:p>
            <w:pPr>
              <w:spacing w:after="0"/>
              <w:jc w:val="right"/>
            </w:pPr>
            <w:r>
              <w:rPr>
                <w:sz w:val="16"/>
              </w:rPr>
              <w:t>$565,868</w:t>
            </w:r>
          </w:p>
        </w:tc>
        <w:tc>
          <w:tcPr>
            <w:tcW w:type="dxa" w:w="1186"/>
          </w:tcPr>
          <w:p>
            <w:pPr>
              <w:spacing w:after="0"/>
              <w:jc w:val="right"/>
            </w:pPr>
            <w:r>
              <w:rPr>
                <w:sz w:val="16"/>
              </w:rPr>
              <w:t>$828,443</w:t>
            </w:r>
          </w:p>
        </w:tc>
        <w:tc>
          <w:tcPr>
            <w:tcW w:type="dxa" w:w="1305"/>
          </w:tcPr>
          <w:p>
            <w:pPr>
              <w:spacing w:after="0"/>
              <w:jc w:val="right"/>
            </w:pPr>
            <w:r>
              <w:rPr>
                <w:sz w:val="16"/>
              </w:rPr>
              <w:t>under 0.0001%</w:t>
            </w:r>
          </w:p>
        </w:tc>
        <w:tc>
          <w:tcPr>
            <w:tcW w:type="dxa" w:w="1248"/>
          </w:tcPr>
          <w:p>
            <w:pPr>
              <w:spacing w:after="0"/>
              <w:jc w:val="right"/>
            </w:pPr>
          </w:p>
        </w:tc>
        <w:tc>
          <w:tcPr>
            <w:tcW w:type="dxa" w:w="1125"/>
          </w:tcPr>
          <w:p>
            <w:pPr>
              <w:spacing w:after="0"/>
              <w:jc w:val="right"/>
            </w:pPr>
            <w:r>
              <w:rPr>
                <w:sz w:val="16"/>
              </w:rPr>
              <w:t>$0</w:t>
            </w:r>
          </w:p>
        </w:tc>
        <w:tc>
          <w:tcPr>
            <w:tcW w:type="dxa" w:w="1201"/>
          </w:tcPr>
          <w:p>
            <w:pPr>
              <w:spacing w:after="0"/>
              <w:jc w:val="right"/>
            </w:pPr>
          </w:p>
        </w:tc>
        <w:tc>
          <w:tcPr>
            <w:tcW w:type="dxa" w:w="1280"/>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$59,976,875</w:t>
            </w:r>
          </w:p>
        </w:tc>
        <w:tc>
          <w:tcPr>
            <w:tcW w:type="dxa" w:w="1047"/>
          </w:tcPr>
          <w:p>
            <w:pPr>
              <w:spacing w:after="0"/>
              <w:jc w:val="right"/>
            </w:pPr>
          </w:p>
        </w:tc>
        <w:tc>
          <w:tcPr>
            <w:tcW w:type="dxa" w:w="948"/>
          </w:tcPr>
          <w:p>
            <w:pPr>
              <w:spacing w:after="0"/>
              <w:jc w:val="right"/>
            </w:pPr>
          </w:p>
        </w:tc>
        <w:tc>
          <w:tcPr>
            <w:tcW w:type="dxa" w:w="1126"/>
          </w:tcPr>
          <w:p>
            <w:pPr>
              <w:spacing w:after="0"/>
              <w:jc w:val="right"/>
            </w:pPr>
            <w:r>
              <w:rPr>
                <w:sz w:val="16"/>
              </w:rPr>
              <w:t>$18,120</w:t>
            </w:r>
          </w:p>
        </w:tc>
        <w:tc>
          <w:tcPr>
            <w:tcW w:type="dxa" w:w="1186"/>
          </w:tcPr>
          <w:p>
            <w:pPr>
              <w:spacing w:after="0"/>
              <w:jc w:val="right"/>
            </w:pPr>
          </w:p>
        </w:tc>
        <w:tc>
          <w:tcPr>
            <w:tcW w:type="dxa" w:w="1305"/>
          </w:tcPr>
          <w:p>
            <w:pPr>
              <w:spacing w:after="0"/>
              <w:jc w:val="right"/>
            </w:pPr>
            <w:r>
              <w:rPr>
                <w:sz w:val="16"/>
              </w:rPr>
              <w:t>0.0302% (agriculture)</w:t>
            </w:r>
          </w:p>
        </w:tc>
        <w:tc>
          <w:tcPr>
            <w:tcW w:type="dxa" w:w="1248"/>
          </w:tcPr>
          <w:p>
            <w:pPr>
              <w:spacing w:after="0"/>
              <w:jc w:val="right"/>
            </w:pPr>
          </w:p>
        </w:tc>
        <w:tc>
          <w:tcPr>
            <w:tcW w:type="dxa" w:w="1125"/>
          </w:tcPr>
          <w:p>
            <w:pPr>
              <w:spacing w:after="0"/>
              <w:jc w:val="right"/>
            </w:pPr>
          </w:p>
        </w:tc>
        <w:tc>
          <w:tcPr>
            <w:tcW w:type="dxa" w:w="1201"/>
          </w:tcPr>
          <w:p>
            <w:pPr>
              <w:spacing w:after="0"/>
              <w:jc w:val="right"/>
            </w:pPr>
          </w:p>
        </w:tc>
        <w:tc>
          <w:tcPr>
            <w:tcW w:type="dxa" w:w="1280"/>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$1,713,137,231</w:t>
            </w:r>
          </w:p>
        </w:tc>
        <w:tc>
          <w:tcPr>
            <w:tcW w:type="dxa" w:w="1215"/>
          </w:tcPr>
          <w:p>
            <w:pPr>
              <w:spacing w:after="0"/>
              <w:jc w:val="right"/>
            </w:pPr>
          </w:p>
        </w:tc>
        <w:tc>
          <w:tcPr>
            <w:tcW w:type="dxa" w:w="1047"/>
          </w:tcPr>
          <w:p>
            <w:pPr>
              <w:spacing w:after="0"/>
              <w:jc w:val="right"/>
            </w:pPr>
            <w:r>
              <w:rPr>
                <w:sz w:val="16"/>
              </w:rPr>
              <w:t>2,394</w:t>
            </w:r>
          </w:p>
        </w:tc>
        <w:tc>
          <w:tcPr>
            <w:tcW w:type="dxa" w:w="948"/>
          </w:tcPr>
          <w:p>
            <w:pPr>
              <w:spacing w:after="0"/>
              <w:jc w:val="right"/>
            </w:pPr>
            <w:r>
              <w:rPr>
                <w:sz w:val="16"/>
              </w:rPr>
              <w:t>$973</w:t>
            </w:r>
          </w:p>
        </w:tc>
        <w:tc>
          <w:tcPr>
            <w:tcW w:type="dxa" w:w="1126"/>
          </w:tcPr>
          <w:p>
            <w:pPr>
              <w:spacing w:after="0"/>
              <w:jc w:val="right"/>
            </w:pPr>
          </w:p>
        </w:tc>
        <w:tc>
          <w:tcPr>
            <w:tcW w:type="dxa" w:w="1186"/>
          </w:tcPr>
          <w:p>
            <w:pPr>
              <w:spacing w:after="0"/>
              <w:jc w:val="right"/>
            </w:pPr>
            <w:r>
              <w:rPr>
                <w:sz w:val="16"/>
              </w:rPr>
              <w:t>$207</w:t>
            </w:r>
          </w:p>
        </w:tc>
        <w:tc>
          <w:tcPr>
            <w:tcW w:type="dxa" w:w="1305"/>
          </w:tcPr>
          <w:p>
            <w:pPr>
              <w:spacing w:after="0"/>
              <w:jc w:val="right"/>
            </w:pPr>
            <w:r>
              <w:rPr>
                <w:sz w:val="16"/>
              </w:rPr>
              <w:t>under 0.0001%</w:t>
            </w:r>
          </w:p>
        </w:tc>
        <w:tc>
          <w:tcPr>
            <w:tcW w:type="dxa" w:w="1248"/>
          </w:tcPr>
          <w:p>
            <w:pPr>
              <w:spacing w:after="0"/>
              <w:jc w:val="right"/>
            </w:pPr>
          </w:p>
        </w:tc>
        <w:tc>
          <w:tcPr>
            <w:tcW w:type="dxa" w:w="1125"/>
          </w:tcPr>
          <w:p>
            <w:pPr>
              <w:spacing w:after="0"/>
              <w:jc w:val="right"/>
            </w:pPr>
          </w:p>
        </w:tc>
        <w:tc>
          <w:tcPr>
            <w:tcW w:type="dxa" w:w="1201"/>
          </w:tcPr>
          <w:p>
            <w:pPr>
              <w:spacing w:after="0"/>
              <w:jc w:val="right"/>
            </w:pPr>
          </w:p>
        </w:tc>
        <w:tc>
          <w:tcPr>
            <w:tcW w:type="dxa" w:w="1280"/>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$1,055,062,610</w:t>
            </w:r>
          </w:p>
        </w:tc>
        <w:tc>
          <w:tcPr>
            <w:tcW w:type="dxa" w:w="1215"/>
          </w:tcPr>
          <w:p>
            <w:pPr>
              <w:spacing w:after="0"/>
              <w:jc w:val="right"/>
            </w:pPr>
            <w:r>
              <w:rPr>
                <w:sz w:val="16"/>
              </w:rPr>
              <w:t>$146,304,593</w:t>
            </w:r>
          </w:p>
        </w:tc>
        <w:tc>
          <w:tcPr>
            <w:tcW w:type="dxa" w:w="1047"/>
          </w:tcPr>
          <w:p>
            <w:pPr>
              <w:spacing w:after="0"/>
              <w:jc w:val="right"/>
            </w:pPr>
            <w:r>
              <w:rPr>
                <w:sz w:val="16"/>
              </w:rPr>
              <w:t>2,383</w:t>
            </w:r>
          </w:p>
        </w:tc>
        <w:tc>
          <w:tcPr>
            <w:tcW w:type="dxa" w:w="948"/>
          </w:tcPr>
          <w:p>
            <w:pPr>
              <w:spacing w:after="0"/>
              <w:jc w:val="right"/>
            </w:pPr>
            <w:r>
              <w:rPr>
                <w:sz w:val="16"/>
              </w:rPr>
              <w:t>$362,703</w:t>
            </w:r>
          </w:p>
        </w:tc>
        <w:tc>
          <w:tcPr>
            <w:tcW w:type="dxa" w:w="1126"/>
          </w:tcPr>
          <w:p>
            <w:pPr>
              <w:spacing w:after="0"/>
              <w:jc w:val="right"/>
            </w:pPr>
            <w:r>
              <w:rPr>
                <w:sz w:val="16"/>
              </w:rPr>
              <w:t>$65,652</w:t>
            </w:r>
          </w:p>
        </w:tc>
        <w:tc>
          <w:tcPr>
            <w:tcW w:type="dxa" w:w="1186"/>
          </w:tcPr>
          <w:p>
            <w:pPr>
              <w:spacing w:after="0"/>
              <w:jc w:val="right"/>
            </w:pPr>
            <w:r>
              <w:rPr>
                <w:sz w:val="16"/>
              </w:rPr>
              <w:t>$10,325</w:t>
            </w:r>
          </w:p>
        </w:tc>
        <w:tc>
          <w:tcPr>
            <w:tcW w:type="dxa" w:w="1305"/>
          </w:tcPr>
          <w:p>
            <w:pPr>
              <w:spacing w:after="0"/>
              <w:jc w:val="right"/>
            </w:pPr>
            <w:r>
              <w:rPr>
                <w:sz w:val="16"/>
              </w:rPr>
              <w:t>0.0344%</w:t>
            </w:r>
          </w:p>
        </w:tc>
        <w:tc>
          <w:tcPr>
            <w:tcW w:type="dxa" w:w="1248"/>
          </w:tcPr>
          <w:p>
            <w:pPr>
              <w:spacing w:after="0"/>
              <w:jc w:val="right"/>
            </w:pPr>
            <w:r>
              <w:rPr>
                <w:sz w:val="16"/>
              </w:rPr>
              <w:t>$20,000</w:t>
            </w:r>
          </w:p>
        </w:tc>
        <w:tc>
          <w:tcPr>
            <w:tcW w:type="dxa" w:w="1125"/>
          </w:tcPr>
          <w:p>
            <w:pPr>
              <w:spacing w:after="0"/>
              <w:jc w:val="right"/>
            </w:pPr>
          </w:p>
        </w:tc>
        <w:tc>
          <w:tcPr>
            <w:tcW w:type="dxa" w:w="1201"/>
          </w:tcPr>
          <w:p>
            <w:pPr>
              <w:spacing w:after="0"/>
              <w:jc w:val="right"/>
            </w:pPr>
          </w:p>
        </w:tc>
        <w:tc>
          <w:tcPr>
            <w:tcW w:type="dxa" w:w="1280"/>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$1,055,062,610</w:t>
            </w:r>
          </w:p>
        </w:tc>
        <w:tc>
          <w:tcPr>
            <w:tcW w:type="dxa" w:w="1215"/>
          </w:tcPr>
          <w:p>
            <w:pPr>
              <w:spacing w:after="0"/>
              <w:jc w:val="right"/>
            </w:pPr>
            <w:r>
              <w:rPr>
                <w:sz w:val="16"/>
              </w:rPr>
              <w:t>$146,304,593</w:t>
            </w:r>
          </w:p>
        </w:tc>
        <w:tc>
          <w:tcPr>
            <w:tcW w:type="dxa" w:w="1047"/>
          </w:tcPr>
          <w:p>
            <w:pPr>
              <w:spacing w:after="0"/>
              <w:jc w:val="right"/>
            </w:pPr>
            <w:r>
              <w:rPr>
                <w:sz w:val="16"/>
              </w:rPr>
              <w:t>2,383</w:t>
            </w:r>
          </w:p>
        </w:tc>
        <w:tc>
          <w:tcPr>
            <w:tcW w:type="dxa" w:w="948"/>
          </w:tcPr>
          <w:p>
            <w:pPr>
              <w:spacing w:after="0"/>
              <w:jc w:val="right"/>
            </w:pPr>
            <w:r>
              <w:rPr>
                <w:sz w:val="16"/>
              </w:rPr>
              <w:t>$917</w:t>
            </w:r>
          </w:p>
        </w:tc>
        <w:tc>
          <w:tcPr>
            <w:tcW w:type="dxa" w:w="1126"/>
          </w:tcPr>
          <w:p>
            <w:pPr>
              <w:spacing w:after="0"/>
              <w:jc w:val="right"/>
            </w:pPr>
            <w:r>
              <w:rPr>
                <w:sz w:val="16"/>
              </w:rPr>
              <w:t>$1</w:t>
            </w:r>
          </w:p>
        </w:tc>
        <w:tc>
          <w:tcPr>
            <w:tcW w:type="dxa" w:w="1186"/>
          </w:tcPr>
          <w:p>
            <w:pPr>
              <w:spacing w:after="0"/>
              <w:jc w:val="right"/>
            </w:pPr>
            <w:r>
              <w:rPr>
                <w:sz w:val="16"/>
              </w:rPr>
              <w:t>$10,422</w:t>
            </w:r>
          </w:p>
        </w:tc>
        <w:tc>
          <w:tcPr>
            <w:tcW w:type="dxa" w:w="1305"/>
          </w:tcPr>
          <w:p>
            <w:pPr>
              <w:spacing w:after="0"/>
              <w:jc w:val="right"/>
            </w:pPr>
            <w:r>
              <w:rPr>
                <w:sz w:val="16"/>
              </w:rPr>
              <w:t>under 0.0001%</w:t>
            </w:r>
          </w:p>
        </w:tc>
        <w:tc>
          <w:tcPr>
            <w:tcW w:type="dxa" w:w="1248"/>
          </w:tcPr>
          <w:p>
            <w:pPr>
              <w:spacing w:after="0"/>
              <w:jc w:val="right"/>
            </w:pPr>
          </w:p>
        </w:tc>
        <w:tc>
          <w:tcPr>
            <w:tcW w:type="dxa" w:w="1125"/>
          </w:tcPr>
          <w:p>
            <w:pPr>
              <w:spacing w:after="0"/>
              <w:jc w:val="right"/>
            </w:pPr>
          </w:p>
        </w:tc>
        <w:tc>
          <w:tcPr>
            <w:tcW w:type="dxa" w:w="1201"/>
          </w:tcPr>
          <w:p>
            <w:pPr>
              <w:spacing w:after="0"/>
              <w:jc w:val="right"/>
            </w:pPr>
          </w:p>
        </w:tc>
        <w:tc>
          <w:tcPr>
            <w:tcW w:type="dxa" w:w="1280"/>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948"/>
          </w:tcPr>
          <w:p>
            <w:pPr>
              <w:spacing w:after="0"/>
              <w:jc w:val="right"/>
            </w:pPr>
          </w:p>
        </w:tc>
        <w:tc>
          <w:tcPr>
            <w:tcW w:type="dxa" w:w="1126"/>
          </w:tcPr>
          <w:p>
            <w:pPr>
              <w:spacing w:after="0"/>
              <w:jc w:val="right"/>
            </w:pPr>
          </w:p>
        </w:tc>
        <w:tc>
          <w:tcPr>
            <w:tcW w:type="dxa" w:w="1186"/>
          </w:tcPr>
          <w:p>
            <w:pPr>
              <w:spacing w:after="0"/>
              <w:jc w:val="right"/>
            </w:pPr>
          </w:p>
        </w:tc>
        <w:tc>
          <w:tcPr>
            <w:tcW w:type="dxa" w:w="1305"/>
          </w:tcPr>
          <w:p>
            <w:pPr>
              <w:spacing w:after="0"/>
              <w:jc w:val="right"/>
            </w:pPr>
          </w:p>
        </w:tc>
        <w:tc>
          <w:tcPr>
            <w:tcW w:type="dxa" w:w="1248"/>
          </w:tcPr>
          <w:p>
            <w:pPr>
              <w:spacing w:after="0"/>
              <w:jc w:val="right"/>
            </w:pPr>
          </w:p>
        </w:tc>
        <w:tc>
          <w:tcPr>
            <w:tcW w:type="dxa" w:w="1125"/>
          </w:tcPr>
          <w:p>
            <w:pPr>
              <w:spacing w:after="0"/>
              <w:jc w:val="right"/>
            </w:pPr>
          </w:p>
        </w:tc>
        <w:tc>
          <w:tcPr>
            <w:tcW w:type="dxa" w:w="1201"/>
          </w:tcPr>
          <w:p>
            <w:pPr>
              <w:spacing w:after="0"/>
              <w:jc w:val="right"/>
            </w:pPr>
          </w:p>
        </w:tc>
        <w:tc>
          <w:tcPr>
            <w:tcW w:type="dxa" w:w="1280"/>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$1,055,062,610</w:t>
            </w:r>
          </w:p>
        </w:tc>
        <w:tc>
          <w:tcPr>
            <w:tcW w:type="dxa" w:w="1215"/>
          </w:tcPr>
          <w:p>
            <w:pPr>
              <w:spacing w:after="0"/>
              <w:jc w:val="right"/>
            </w:pPr>
          </w:p>
        </w:tc>
        <w:tc>
          <w:tcPr>
            <w:tcW w:type="dxa" w:w="1047"/>
          </w:tcPr>
          <w:p>
            <w:pPr>
              <w:spacing w:after="0"/>
              <w:jc w:val="right"/>
            </w:pPr>
            <w:r>
              <w:rPr>
                <w:sz w:val="16"/>
              </w:rPr>
              <w:t>2,383</w:t>
            </w:r>
          </w:p>
        </w:tc>
        <w:tc>
          <w:tcPr>
            <w:tcW w:type="dxa" w:w="948"/>
          </w:tcPr>
          <w:p>
            <w:pPr>
              <w:spacing w:after="0"/>
              <w:jc w:val="right"/>
            </w:pPr>
            <w:r>
              <w:rPr>
                <w:sz w:val="16"/>
              </w:rPr>
              <w:t>$86,158</w:t>
            </w:r>
          </w:p>
        </w:tc>
        <w:tc>
          <w:tcPr>
            <w:tcW w:type="dxa" w:w="1126"/>
          </w:tcPr>
          <w:p>
            <w:pPr>
              <w:spacing w:after="0"/>
              <w:jc w:val="right"/>
            </w:pPr>
          </w:p>
        </w:tc>
        <w:tc>
          <w:tcPr>
            <w:tcW w:type="dxa" w:w="1186"/>
          </w:tcPr>
          <w:p>
            <w:pPr>
              <w:spacing w:after="0"/>
              <w:jc w:val="right"/>
            </w:pPr>
            <w:r>
              <w:rPr>
                <w:sz w:val="16"/>
              </w:rPr>
              <w:t>$19,991</w:t>
            </w:r>
          </w:p>
        </w:tc>
        <w:tc>
          <w:tcPr>
            <w:tcW w:type="dxa" w:w="1305"/>
          </w:tcPr>
          <w:p>
            <w:pPr>
              <w:spacing w:after="0"/>
              <w:jc w:val="right"/>
            </w:pPr>
            <w:r>
              <w:rPr>
                <w:sz w:val="16"/>
              </w:rPr>
              <w:t>0.00817%</w:t>
            </w:r>
          </w:p>
        </w:tc>
        <w:tc>
          <w:tcPr>
            <w:tcW w:type="dxa" w:w="1248"/>
          </w:tcPr>
          <w:p>
            <w:pPr>
              <w:spacing w:after="0"/>
              <w:jc w:val="right"/>
            </w:pPr>
          </w:p>
        </w:tc>
        <w:tc>
          <w:tcPr>
            <w:tcW w:type="dxa" w:w="1125"/>
          </w:tcPr>
          <w:p>
            <w:pPr>
              <w:spacing w:after="0"/>
              <w:jc w:val="right"/>
            </w:pPr>
            <w:r>
              <w:rPr>
                <w:sz w:val="16"/>
              </w:rPr>
              <w:t>$250,000</w:t>
            </w:r>
          </w:p>
        </w:tc>
        <w:tc>
          <w:tcPr>
            <w:tcW w:type="dxa" w:w="1201"/>
          </w:tcPr>
          <w:p>
            <w:pPr>
              <w:spacing w:after="0"/>
              <w:jc w:val="right"/>
            </w:pPr>
          </w:p>
        </w:tc>
        <w:tc>
          <w:tcPr>
            <w:tcW w:type="dxa" w:w="1280"/>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$1,052,288,488</w:t>
            </w:r>
          </w:p>
        </w:tc>
        <w:tc>
          <w:tcPr>
            <w:tcW w:type="dxa" w:w="1215"/>
          </w:tcPr>
          <w:p>
            <w:pPr>
              <w:spacing w:after="0"/>
              <w:jc w:val="right"/>
            </w:pPr>
            <w:r>
              <w:rPr>
                <w:sz w:val="16"/>
              </w:rPr>
              <w:t>$0</w:t>
            </w:r>
          </w:p>
        </w:tc>
        <w:tc>
          <w:tcPr>
            <w:tcW w:type="dxa" w:w="1047"/>
          </w:tcPr>
          <w:p>
            <w:pPr>
              <w:spacing w:after="0"/>
              <w:jc w:val="right"/>
            </w:pPr>
            <w:r>
              <w:rPr>
                <w:sz w:val="16"/>
              </w:rPr>
              <w:t>0</w:t>
            </w:r>
          </w:p>
        </w:tc>
        <w:tc>
          <w:tcPr>
            <w:tcW w:type="dxa" w:w="948"/>
          </w:tcPr>
          <w:p>
            <w:pPr>
              <w:spacing w:after="0"/>
              <w:jc w:val="right"/>
            </w:pPr>
            <w:r>
              <w:rPr>
                <w:sz w:val="16"/>
              </w:rPr>
              <w:t>$682,944</w:t>
            </w:r>
          </w:p>
        </w:tc>
        <w:tc>
          <w:tcPr>
            <w:tcW w:type="dxa" w:w="1126"/>
          </w:tcPr>
          <w:p>
            <w:pPr>
              <w:spacing w:after="0"/>
              <w:jc w:val="right"/>
            </w:pPr>
            <w:r>
              <w:rPr>
                <w:sz w:val="16"/>
              </w:rPr>
              <w:t>$0</w:t>
            </w:r>
          </w:p>
        </w:tc>
        <w:tc>
          <w:tcPr>
            <w:tcW w:type="dxa" w:w="1186"/>
          </w:tcPr>
          <w:p>
            <w:pPr>
              <w:spacing w:after="0"/>
              <w:jc w:val="right"/>
            </w:pPr>
            <w:r>
              <w:rPr>
                <w:sz w:val="16"/>
              </w:rPr>
              <w:t>$0</w:t>
            </w:r>
          </w:p>
        </w:tc>
        <w:tc>
          <w:tcPr>
            <w:tcW w:type="dxa" w:w="1305"/>
          </w:tcPr>
          <w:p>
            <w:pPr>
              <w:spacing w:after="0"/>
              <w:jc w:val="right"/>
            </w:pPr>
            <w:r>
              <w:rPr>
                <w:sz w:val="16"/>
              </w:rPr>
              <w:t>n/a (see note)</w:t>
            </w:r>
          </w:p>
        </w:tc>
        <w:tc>
          <w:tcPr>
            <w:tcW w:type="dxa" w:w="1248"/>
          </w:tcPr>
          <w:p>
            <w:pPr>
              <w:spacing w:after="0"/>
              <w:jc w:val="right"/>
            </w:pPr>
          </w:p>
        </w:tc>
        <w:tc>
          <w:tcPr>
            <w:tcW w:type="dxa" w:w="1125"/>
          </w:tcPr>
          <w:p>
            <w:pPr>
              <w:spacing w:after="0"/>
              <w:jc w:val="right"/>
            </w:pPr>
          </w:p>
        </w:tc>
        <w:tc>
          <w:tcPr>
            <w:tcW w:type="dxa" w:w="1201"/>
          </w:tcPr>
          <w:p>
            <w:pPr>
              <w:spacing w:after="0"/>
              <w:jc w:val="right"/>
            </w:pPr>
            <w:r>
              <w:rPr>
                <w:sz w:val="16"/>
              </w:rPr>
              <w:t>$127,765.53</w:t>
            </w:r>
          </w:p>
        </w:tc>
        <w:tc>
          <w:tcPr>
            <w:tcW w:type="dxa" w:w="1280"/>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$3,878,369</w:t>
            </w:r>
          </w:p>
        </w:tc>
        <w:tc>
          <w:tcPr>
            <w:tcW w:type="dxa" w:w="1215"/>
          </w:tcPr>
          <w:p>
            <w:pPr>
              <w:spacing w:after="0"/>
              <w:jc w:val="right"/>
            </w:pPr>
          </w:p>
        </w:tc>
        <w:tc>
          <w:tcPr>
            <w:tcW w:type="dxa" w:w="1047"/>
          </w:tcPr>
          <w:p>
            <w:pPr>
              <w:spacing w:after="0"/>
              <w:jc w:val="right"/>
            </w:pPr>
            <w:r>
              <w:rPr>
                <w:sz w:val="16"/>
              </w:rPr>
              <w:t>6</w:t>
            </w:r>
          </w:p>
        </w:tc>
        <w:tc>
          <w:tcPr>
            <w:tcW w:type="dxa" w:w="948"/>
          </w:tcPr>
          <w:p>
            <w:pPr>
              <w:spacing w:after="0"/>
              <w:jc w:val="right"/>
            </w:pPr>
            <w:r>
              <w:rPr>
                <w:sz w:val="16"/>
              </w:rPr>
              <w:t>$7</w:t>
            </w:r>
          </w:p>
        </w:tc>
        <w:tc>
          <w:tcPr>
            <w:tcW w:type="dxa" w:w="1126"/>
          </w:tcPr>
          <w:p>
            <w:pPr>
              <w:spacing w:after="0"/>
              <w:jc w:val="right"/>
            </w:pPr>
          </w:p>
        </w:tc>
        <w:tc>
          <w:tcPr>
            <w:tcW w:type="dxa" w:w="1186"/>
          </w:tcPr>
          <w:p>
            <w:pPr>
              <w:spacing w:after="0"/>
              <w:jc w:val="right"/>
            </w:pPr>
            <w:r>
              <w:rPr>
                <w:sz w:val="16"/>
              </w:rPr>
              <w:t>$5</w:t>
            </w:r>
          </w:p>
        </w:tc>
        <w:tc>
          <w:tcPr>
            <w:tcW w:type="dxa" w:w="1305"/>
          </w:tcPr>
          <w:p>
            <w:pPr>
              <w:spacing w:after="0"/>
              <w:jc w:val="right"/>
            </w:pPr>
            <w:r>
              <w:rPr>
                <w:sz w:val="16"/>
              </w:rPr>
              <w:t>0.000187%</w:t>
            </w:r>
          </w:p>
        </w:tc>
        <w:tc>
          <w:tcPr>
            <w:tcW w:type="dxa" w:w="1248"/>
          </w:tcPr>
          <w:p>
            <w:pPr>
              <w:spacing w:after="0"/>
              <w:jc w:val="right"/>
            </w:pPr>
          </w:p>
        </w:tc>
        <w:tc>
          <w:tcPr>
            <w:tcW w:type="dxa" w:w="1125"/>
          </w:tcPr>
          <w:p>
            <w:pPr>
              <w:spacing w:after="0"/>
              <w:jc w:val="right"/>
            </w:pPr>
          </w:p>
        </w:tc>
        <w:tc>
          <w:tcPr>
            <w:tcW w:type="dxa" w:w="1201"/>
          </w:tcPr>
          <w:p>
            <w:pPr>
              <w:spacing w:after="0"/>
              <w:jc w:val="right"/>
            </w:pPr>
          </w:p>
        </w:tc>
        <w:tc>
          <w:tcPr>
            <w:tcW w:type="dxa" w:w="1280"/>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$1,055,062,610</w:t>
            </w:r>
          </w:p>
        </w:tc>
        <w:tc>
          <w:tcPr>
            <w:tcW w:type="dxa" w:w="1215"/>
          </w:tcPr>
          <w:p>
            <w:pPr>
              <w:spacing w:after="0"/>
              <w:jc w:val="right"/>
            </w:pPr>
          </w:p>
        </w:tc>
        <w:tc>
          <w:tcPr>
            <w:tcW w:type="dxa" w:w="1047"/>
          </w:tcPr>
          <w:p>
            <w:pPr>
              <w:spacing w:after="0"/>
              <w:jc w:val="right"/>
            </w:pPr>
            <w:r>
              <w:rPr>
                <w:sz w:val="16"/>
              </w:rPr>
              <w:t>2,383</w:t>
            </w:r>
          </w:p>
        </w:tc>
        <w:tc>
          <w:tcPr>
            <w:tcW w:type="dxa" w:w="948"/>
          </w:tcPr>
          <w:p>
            <w:pPr>
              <w:spacing w:after="0"/>
              <w:jc w:val="right"/>
            </w:pPr>
            <w:r>
              <w:rPr>
                <w:sz w:val="16"/>
              </w:rPr>
              <w:t>$1,877</w:t>
            </w:r>
          </w:p>
        </w:tc>
        <w:tc>
          <w:tcPr>
            <w:tcW w:type="dxa" w:w="1126"/>
          </w:tcPr>
          <w:p>
            <w:pPr>
              <w:spacing w:after="0"/>
              <w:jc w:val="right"/>
            </w:pPr>
          </w:p>
        </w:tc>
        <w:tc>
          <w:tcPr>
            <w:tcW w:type="dxa" w:w="1186"/>
          </w:tcPr>
          <w:p>
            <w:pPr>
              <w:spacing w:after="0"/>
              <w:jc w:val="right"/>
            </w:pPr>
            <w:r>
              <w:rPr>
                <w:sz w:val="16"/>
              </w:rPr>
              <w:t>$5,462</w:t>
            </w:r>
          </w:p>
        </w:tc>
        <w:tc>
          <w:tcPr>
            <w:tcW w:type="dxa" w:w="1305"/>
          </w:tcPr>
          <w:p>
            <w:pPr>
              <w:spacing w:after="0"/>
              <w:jc w:val="right"/>
            </w:pPr>
            <w:r>
              <w:rPr>
                <w:sz w:val="16"/>
              </w:rPr>
              <w:t>0.000178%</w:t>
            </w:r>
          </w:p>
        </w:tc>
        <w:tc>
          <w:tcPr>
            <w:tcW w:type="dxa" w:w="1248"/>
          </w:tcPr>
          <w:p>
            <w:pPr>
              <w:spacing w:after="0"/>
              <w:jc w:val="right"/>
            </w:pPr>
          </w:p>
        </w:tc>
        <w:tc>
          <w:tcPr>
            <w:tcW w:type="dxa" w:w="1125"/>
          </w:tcPr>
          <w:p>
            <w:pPr>
              <w:spacing w:after="0"/>
              <w:jc w:val="right"/>
            </w:pPr>
          </w:p>
        </w:tc>
        <w:tc>
          <w:tcPr>
            <w:tcW w:type="dxa" w:w="1201"/>
          </w:tcPr>
          <w:p>
            <w:pPr>
              <w:spacing w:after="0"/>
              <w:jc w:val="right"/>
            </w:pPr>
          </w:p>
        </w:tc>
        <w:tc>
          <w:tcPr>
            <w:tcW w:type="dxa" w:w="1280"/>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$1,055,062,610</w:t>
            </w:r>
          </w:p>
        </w:tc>
        <w:tc>
          <w:tcPr>
            <w:tcW w:type="dxa" w:w="1215"/>
          </w:tcPr>
          <w:p>
            <w:pPr>
              <w:spacing w:after="0"/>
              <w:jc w:val="right"/>
            </w:pPr>
            <w:r>
              <w:rPr>
                <w:sz w:val="16"/>
              </w:rPr>
              <w:t>$146,304,593</w:t>
            </w:r>
          </w:p>
        </w:tc>
        <w:tc>
          <w:tcPr>
            <w:tcW w:type="dxa" w:w="1047"/>
          </w:tcPr>
          <w:p>
            <w:pPr>
              <w:spacing w:after="0"/>
              <w:jc w:val="right"/>
            </w:pPr>
            <w:r>
              <w:rPr>
                <w:sz w:val="16"/>
              </w:rPr>
              <w:t>2,383</w:t>
            </w:r>
          </w:p>
        </w:tc>
        <w:tc>
          <w:tcPr>
            <w:tcW w:type="dxa" w:w="948"/>
          </w:tcPr>
          <w:p>
            <w:pPr>
              <w:spacing w:after="0"/>
              <w:jc w:val="right"/>
            </w:pPr>
            <w:r>
              <w:rPr>
                <w:sz w:val="16"/>
              </w:rPr>
              <w:t>$265,966</w:t>
            </w:r>
          </w:p>
        </w:tc>
        <w:tc>
          <w:tcPr>
            <w:tcW w:type="dxa" w:w="1126"/>
          </w:tcPr>
          <w:p>
            <w:pPr>
              <w:spacing w:after="0"/>
              <w:jc w:val="right"/>
            </w:pPr>
            <w:r>
              <w:rPr>
                <w:sz w:val="16"/>
              </w:rPr>
              <w:t>$40,562</w:t>
            </w:r>
          </w:p>
        </w:tc>
        <w:tc>
          <w:tcPr>
            <w:tcW w:type="dxa" w:w="1186"/>
          </w:tcPr>
          <w:p>
            <w:pPr>
              <w:spacing w:after="0"/>
              <w:jc w:val="right"/>
            </w:pPr>
            <w:r>
              <w:rPr>
                <w:sz w:val="16"/>
              </w:rPr>
              <w:t>$26,352</w:t>
            </w:r>
          </w:p>
        </w:tc>
        <w:tc>
          <w:tcPr>
            <w:tcW w:type="dxa" w:w="1305"/>
          </w:tcPr>
          <w:p>
            <w:pPr>
              <w:spacing w:after="0"/>
              <w:jc w:val="right"/>
            </w:pPr>
            <w:r>
              <w:rPr>
                <w:sz w:val="16"/>
              </w:rPr>
              <w:t>0.0252%</w:t>
            </w:r>
          </w:p>
        </w:tc>
        <w:tc>
          <w:tcPr>
            <w:tcW w:type="dxa" w:w="1248"/>
          </w:tcPr>
          <w:p>
            <w:pPr>
              <w:spacing w:after="0"/>
              <w:jc w:val="right"/>
            </w:pPr>
            <w:r>
              <w:rPr>
                <w:sz w:val="16"/>
              </w:rPr>
              <w:t>$616,000</w:t>
            </w:r>
          </w:p>
        </w:tc>
        <w:tc>
          <w:tcPr>
            <w:tcW w:type="dxa" w:w="1125"/>
          </w:tcPr>
          <w:p>
            <w:pPr>
              <w:spacing w:after="0"/>
              <w:jc w:val="right"/>
            </w:pPr>
            <w:r>
              <w:rPr>
                <w:sz w:val="16"/>
              </w:rPr>
              <w:t>$0</w:t>
            </w:r>
          </w:p>
        </w:tc>
        <w:tc>
          <w:tcPr>
            <w:tcW w:type="dxa" w:w="1201"/>
          </w:tcPr>
          <w:p>
            <w:pPr>
              <w:spacing w:after="0"/>
              <w:jc w:val="right"/>
            </w:pPr>
            <w:r>
              <w:rPr>
                <w:sz w:val="16"/>
              </w:rPr>
              <w:t>$400,714.22</w:t>
            </w:r>
          </w:p>
        </w:tc>
        <w:tc>
          <w:tcPr>
            <w:tcW w:type="dxa" w:w="1280"/>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$1,055,062,610</w:t>
            </w:r>
          </w:p>
        </w:tc>
        <w:tc>
          <w:tcPr>
            <w:tcW w:type="dxa" w:w="1215"/>
          </w:tcPr>
          <w:p>
            <w:pPr>
              <w:spacing w:after="0"/>
              <w:jc w:val="right"/>
            </w:pPr>
            <w:r>
              <w:rPr>
                <w:sz w:val="16"/>
              </w:rPr>
              <w:t>$146,304,593</w:t>
            </w:r>
          </w:p>
        </w:tc>
        <w:tc>
          <w:tcPr>
            <w:tcW w:type="dxa" w:w="1047"/>
          </w:tcPr>
          <w:p>
            <w:pPr>
              <w:spacing w:after="0"/>
              <w:jc w:val="right"/>
            </w:pPr>
            <w:r>
              <w:rPr>
                <w:sz w:val="16"/>
              </w:rPr>
              <w:t>2,383</w:t>
            </w:r>
          </w:p>
        </w:tc>
        <w:tc>
          <w:tcPr>
            <w:tcW w:type="dxa" w:w="948"/>
          </w:tcPr>
          <w:p>
            <w:pPr>
              <w:spacing w:after="0"/>
              <w:jc w:val="right"/>
            </w:pPr>
            <w:r>
              <w:rPr>
                <w:sz w:val="16"/>
              </w:rPr>
              <w:t>$125,179</w:t>
            </w:r>
          </w:p>
        </w:tc>
        <w:tc>
          <w:tcPr>
            <w:tcW w:type="dxa" w:w="1126"/>
          </w:tcPr>
          <w:p>
            <w:pPr>
              <w:spacing w:after="0"/>
              <w:jc w:val="right"/>
            </w:pPr>
            <w:r>
              <w:rPr>
                <w:sz w:val="16"/>
              </w:rPr>
              <w:t>$4,124</w:t>
            </w:r>
          </w:p>
        </w:tc>
        <w:tc>
          <w:tcPr>
            <w:tcW w:type="dxa" w:w="1186"/>
          </w:tcPr>
          <w:p>
            <w:pPr>
              <w:spacing w:after="0"/>
              <w:jc w:val="right"/>
            </w:pPr>
            <w:r>
              <w:rPr>
                <w:sz w:val="16"/>
              </w:rPr>
              <w:t>$116,515</w:t>
            </w:r>
          </w:p>
        </w:tc>
        <w:tc>
          <w:tcPr>
            <w:tcW w:type="dxa" w:w="1305"/>
          </w:tcPr>
          <w:p>
            <w:pPr>
              <w:spacing w:after="0"/>
              <w:jc w:val="right"/>
            </w:pPr>
            <w:r>
              <w:rPr>
                <w:sz w:val="16"/>
              </w:rPr>
              <w:t>0.0119%</w:t>
            </w:r>
          </w:p>
        </w:tc>
        <w:tc>
          <w:tcPr>
            <w:tcW w:type="dxa" w:w="1248"/>
          </w:tcPr>
          <w:p>
            <w:pPr>
              <w:spacing w:after="0"/>
              <w:jc w:val="right"/>
            </w:pPr>
            <w:r>
              <w:rPr>
                <w:sz w:val="16"/>
              </w:rPr>
              <w:t>$1,375,000</w:t>
            </w:r>
          </w:p>
        </w:tc>
        <w:tc>
          <w:tcPr>
            <w:tcW w:type="dxa" w:w="1125"/>
          </w:tcPr>
          <w:p>
            <w:pPr>
              <w:spacing w:after="0"/>
              <w:jc w:val="right"/>
            </w:pPr>
          </w:p>
        </w:tc>
        <w:tc>
          <w:tcPr>
            <w:tcW w:type="dxa" w:w="1201"/>
          </w:tcPr>
          <w:p>
            <w:pPr>
              <w:spacing w:after="0"/>
              <w:jc w:val="right"/>
            </w:pPr>
            <w:r>
              <w:rPr>
                <w:sz w:val="16"/>
              </w:rPr>
              <w:t>$392,396.43</w:t>
            </w:r>
          </w:p>
        </w:tc>
        <w:tc>
          <w:tcPr>
            <w:tcW w:type="dxa" w:w="1280"/>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948"/>
          </w:tcPr>
          <w:p>
            <w:pPr>
              <w:spacing w:after="0"/>
              <w:jc w:val="right"/>
            </w:pPr>
          </w:p>
        </w:tc>
        <w:tc>
          <w:tcPr>
            <w:tcW w:type="dxa" w:w="1126"/>
          </w:tcPr>
          <w:p>
            <w:pPr>
              <w:spacing w:after="0"/>
              <w:jc w:val="right"/>
            </w:pPr>
          </w:p>
        </w:tc>
        <w:tc>
          <w:tcPr>
            <w:tcW w:type="dxa" w:w="1186"/>
          </w:tcPr>
          <w:p>
            <w:pPr>
              <w:spacing w:after="0"/>
              <w:jc w:val="right"/>
            </w:pPr>
          </w:p>
        </w:tc>
        <w:tc>
          <w:tcPr>
            <w:tcW w:type="dxa" w:w="1305"/>
          </w:tcPr>
          <w:p>
            <w:pPr>
              <w:spacing w:after="0"/>
              <w:jc w:val="right"/>
            </w:pPr>
          </w:p>
        </w:tc>
        <w:tc>
          <w:tcPr>
            <w:tcW w:type="dxa" w:w="1248"/>
          </w:tcPr>
          <w:p>
            <w:pPr>
              <w:spacing w:after="0"/>
              <w:jc w:val="right"/>
            </w:pPr>
          </w:p>
        </w:tc>
        <w:tc>
          <w:tcPr>
            <w:tcW w:type="dxa" w:w="1125"/>
          </w:tcPr>
          <w:p>
            <w:pPr>
              <w:spacing w:after="0"/>
              <w:jc w:val="right"/>
            </w:pPr>
          </w:p>
        </w:tc>
        <w:tc>
          <w:tcPr>
            <w:tcW w:type="dxa" w:w="1201"/>
          </w:tcPr>
          <w:p>
            <w:pPr>
              <w:spacing w:after="0"/>
              <w:jc w:val="right"/>
            </w:pPr>
          </w:p>
        </w:tc>
        <w:tc>
          <w:tcPr>
            <w:tcW w:type="dxa" w:w="1280"/>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948"/>
          </w:tcPr>
          <w:p>
            <w:pPr>
              <w:spacing w:after="0"/>
              <w:jc w:val="right"/>
            </w:pPr>
          </w:p>
        </w:tc>
        <w:tc>
          <w:tcPr>
            <w:tcW w:type="dxa" w:w="1126"/>
          </w:tcPr>
          <w:p>
            <w:pPr>
              <w:spacing w:after="0"/>
              <w:jc w:val="right"/>
            </w:pPr>
          </w:p>
        </w:tc>
        <w:tc>
          <w:tcPr>
            <w:tcW w:type="dxa" w:w="1186"/>
          </w:tcPr>
          <w:p>
            <w:pPr>
              <w:spacing w:after="0"/>
              <w:jc w:val="right"/>
            </w:pPr>
          </w:p>
        </w:tc>
        <w:tc>
          <w:tcPr>
            <w:tcW w:type="dxa" w:w="1305"/>
          </w:tcPr>
          <w:p>
            <w:pPr>
              <w:spacing w:after="0"/>
              <w:jc w:val="right"/>
            </w:pPr>
          </w:p>
        </w:tc>
        <w:tc>
          <w:tcPr>
            <w:tcW w:type="dxa" w:w="1248"/>
          </w:tcPr>
          <w:p>
            <w:pPr>
              <w:spacing w:after="0"/>
              <w:jc w:val="right"/>
            </w:pPr>
          </w:p>
        </w:tc>
        <w:tc>
          <w:tcPr>
            <w:tcW w:type="dxa" w:w="1125"/>
          </w:tcPr>
          <w:p>
            <w:pPr>
              <w:spacing w:after="0"/>
              <w:jc w:val="right"/>
            </w:pPr>
          </w:p>
        </w:tc>
        <w:tc>
          <w:tcPr>
            <w:tcW w:type="dxa" w:w="1201"/>
          </w:tcPr>
          <w:p>
            <w:pPr>
              <w:spacing w:after="0"/>
              <w:jc w:val="right"/>
            </w:pPr>
          </w:p>
        </w:tc>
        <w:tc>
          <w:tcPr>
            <w:tcW w:type="dxa" w:w="1280"/>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$381,027,222</w:t>
            </w:r>
          </w:p>
        </w:tc>
        <w:tc>
          <w:tcPr>
            <w:tcW w:type="dxa" w:w="1215"/>
          </w:tcPr>
          <w:p>
            <w:pPr>
              <w:spacing w:after="0"/>
              <w:jc w:val="right"/>
            </w:pPr>
            <w:r>
              <w:rPr>
                <w:sz w:val="16"/>
              </w:rPr>
              <w:t>$72,849,590</w:t>
            </w:r>
          </w:p>
        </w:tc>
        <w:tc>
          <w:tcPr>
            <w:tcW w:type="dxa" w:w="1047"/>
          </w:tcPr>
          <w:p>
            <w:pPr>
              <w:spacing w:after="0"/>
              <w:jc w:val="right"/>
            </w:pPr>
            <w:r>
              <w:rPr>
                <w:sz w:val="16"/>
              </w:rPr>
              <w:t>983</w:t>
            </w:r>
          </w:p>
        </w:tc>
        <w:tc>
          <w:tcPr>
            <w:tcW w:type="dxa" w:w="948"/>
          </w:tcPr>
          <w:p>
            <w:pPr>
              <w:spacing w:after="0"/>
              <w:jc w:val="right"/>
            </w:pPr>
            <w:r>
              <w:rPr>
                <w:sz w:val="16"/>
              </w:rPr>
              <w:t>$48,051</w:t>
            </w:r>
          </w:p>
        </w:tc>
        <w:tc>
          <w:tcPr>
            <w:tcW w:type="dxa" w:w="1126"/>
          </w:tcPr>
          <w:p>
            <w:pPr>
              <w:spacing w:after="0"/>
              <w:jc w:val="right"/>
            </w:pPr>
            <w:r>
              <w:rPr>
                <w:sz w:val="16"/>
              </w:rPr>
              <w:t>$73</w:t>
            </w:r>
          </w:p>
        </w:tc>
        <w:tc>
          <w:tcPr>
            <w:tcW w:type="dxa" w:w="1186"/>
          </w:tcPr>
          <w:p>
            <w:pPr>
              <w:spacing w:after="0"/>
              <w:jc w:val="right"/>
            </w:pPr>
            <w:r>
              <w:rPr>
                <w:sz w:val="16"/>
              </w:rPr>
              <w:t>$963</w:t>
            </w:r>
          </w:p>
        </w:tc>
        <w:tc>
          <w:tcPr>
            <w:tcW w:type="dxa" w:w="1305"/>
          </w:tcPr>
          <w:p>
            <w:pPr>
              <w:spacing w:after="0"/>
              <w:jc w:val="right"/>
            </w:pPr>
            <w:r>
              <w:rPr>
                <w:sz w:val="16"/>
              </w:rPr>
              <w:t>0.0126%</w:t>
            </w:r>
          </w:p>
        </w:tc>
        <w:tc>
          <w:tcPr>
            <w:tcW w:type="dxa" w:w="1248"/>
          </w:tcPr>
          <w:p>
            <w:pPr>
              <w:spacing w:after="0"/>
              <w:jc w:val="right"/>
            </w:pPr>
          </w:p>
        </w:tc>
        <w:tc>
          <w:tcPr>
            <w:tcW w:type="dxa" w:w="1125"/>
          </w:tcPr>
          <w:p>
            <w:pPr>
              <w:spacing w:after="0"/>
              <w:jc w:val="right"/>
            </w:pPr>
          </w:p>
        </w:tc>
        <w:tc>
          <w:tcPr>
            <w:tcW w:type="dxa" w:w="1201"/>
          </w:tcPr>
          <w:p>
            <w:pPr>
              <w:spacing w:after="0"/>
              <w:jc w:val="right"/>
            </w:pPr>
          </w:p>
        </w:tc>
        <w:tc>
          <w:tcPr>
            <w:tcW w:type="dxa" w:w="1280"/>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$1,055,062,610</w:t>
            </w:r>
          </w:p>
        </w:tc>
        <w:tc>
          <w:tcPr>
            <w:tcW w:type="dxa" w:w="1215"/>
          </w:tcPr>
          <w:p>
            <w:pPr>
              <w:spacing w:after="0"/>
              <w:jc w:val="right"/>
            </w:pPr>
            <w:r>
              <w:rPr>
                <w:sz w:val="16"/>
              </w:rPr>
              <w:t>$146,304,593</w:t>
            </w:r>
          </w:p>
        </w:tc>
        <w:tc>
          <w:tcPr>
            <w:tcW w:type="dxa" w:w="1047"/>
          </w:tcPr>
          <w:p>
            <w:pPr>
              <w:spacing w:after="0"/>
              <w:jc w:val="right"/>
            </w:pPr>
            <w:r>
              <w:rPr>
                <w:sz w:val="16"/>
              </w:rPr>
              <w:t>2,383</w:t>
            </w:r>
          </w:p>
        </w:tc>
        <w:tc>
          <w:tcPr>
            <w:tcW w:type="dxa" w:w="948"/>
          </w:tcPr>
          <w:p>
            <w:pPr>
              <w:spacing w:after="0"/>
              <w:jc w:val="right"/>
            </w:pPr>
            <w:r>
              <w:rPr>
                <w:sz w:val="16"/>
              </w:rPr>
              <w:t>$62,974</w:t>
            </w:r>
          </w:p>
        </w:tc>
        <w:tc>
          <w:tcPr>
            <w:tcW w:type="dxa" w:w="1126"/>
          </w:tcPr>
          <w:p>
            <w:pPr>
              <w:spacing w:after="0"/>
              <w:jc w:val="right"/>
            </w:pPr>
            <w:r>
              <w:rPr>
                <w:sz w:val="16"/>
              </w:rPr>
              <w:t>$195</w:t>
            </w:r>
          </w:p>
        </w:tc>
        <w:tc>
          <w:tcPr>
            <w:tcW w:type="dxa" w:w="1186"/>
          </w:tcPr>
          <w:p>
            <w:pPr>
              <w:spacing w:after="0"/>
              <w:jc w:val="right"/>
            </w:pPr>
            <w:r>
              <w:rPr>
                <w:sz w:val="16"/>
              </w:rPr>
              <w:t>$60,533</w:t>
            </w:r>
          </w:p>
        </w:tc>
        <w:tc>
          <w:tcPr>
            <w:tcW w:type="dxa" w:w="1305"/>
          </w:tcPr>
          <w:p>
            <w:pPr>
              <w:spacing w:after="0"/>
              <w:jc w:val="right"/>
            </w:pPr>
            <w:r>
              <w:rPr>
                <w:sz w:val="16"/>
              </w:rPr>
              <w:t>0.00597%</w:t>
            </w:r>
          </w:p>
        </w:tc>
        <w:tc>
          <w:tcPr>
            <w:tcW w:type="dxa" w:w="1248"/>
          </w:tcPr>
          <w:p>
            <w:pPr>
              <w:spacing w:after="0"/>
              <w:jc w:val="right"/>
            </w:pPr>
          </w:p>
        </w:tc>
        <w:tc>
          <w:tcPr>
            <w:tcW w:type="dxa" w:w="1125"/>
          </w:tcPr>
          <w:p>
            <w:pPr>
              <w:spacing w:after="0"/>
              <w:jc w:val="right"/>
            </w:pPr>
            <w:r>
              <w:rPr>
                <w:sz w:val="16"/>
              </w:rPr>
              <w:t>$20,000</w:t>
            </w:r>
          </w:p>
        </w:tc>
        <w:tc>
          <w:tcPr>
            <w:tcW w:type="dxa" w:w="1201"/>
          </w:tcPr>
          <w:p>
            <w:pPr>
              <w:spacing w:after="0"/>
              <w:jc w:val="right"/>
            </w:pPr>
            <w:r>
              <w:rPr>
                <w:sz w:val="16"/>
              </w:rPr>
              <w:t>$136,083.32</w:t>
            </w:r>
          </w:p>
        </w:tc>
        <w:tc>
          <w:tcPr>
            <w:tcW w:type="dxa" w:w="1280"/>
          </w:tcPr>
          <w:p>
            <w:pPr>
              <w:spacing w:after="0"/>
              <w:jc w:val="left"/>
            </w:pPr>
          </w:p>
        </w:tc>
      </w:tr>
    </w:tbl>
    <w:p>
      <w:pPr>
        <w:spacing w:after="40" w:before="60"/>
      </w:pPr>
      <w:r>
        <w:rPr>
          <w:sz w:val="15"/>
        </w:rPr>
        <w:t>Totals since 2021-12-28 (Storm Events through 2026-06-30): 44 county-coded records, 44 with a damage value recorded (including $0), $2,011,000; 32 zone-level records, 32 with a damage value recorded (including $0), $270,000 reported for the zone; Public Assistance on counted declarations $528,479.75 (4 declarations, 3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2,383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$1,055,062,610</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$146,304,593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$2,332,639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$1,079,218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661"/>
        <w:gridCol w:w="1555"/>
        <w:gridCol w:w="1397"/>
        <w:gridCol w:w="1397"/>
        <w:gridCol w:w="1397"/>
        <w:gridCol w:w="1397"/>
        <w:gridCol w:w="1397"/>
        <w:gridCol w:w="1397"/>
        <w:gridCol w:w="1555"/>
        <w:gridCol w:w="956"/>
      </w:tblGrid>
      <w:tr>
        <w:trPr>
          <w:cantSplit/>
          <w:tblHeader/>
        </w:trPr>
        <w:tc>
          <w:tcPr>
            <w:tcW w:type="dxa" w:w="1661"/>
            <w:shd w:val="clear" w:color="auto" w:fill="E8E8E8"/>
          </w:tcPr>
          <w:p>
            <w:pPr>
              <w:spacing w:after="0"/>
              <w:jc w:val="left"/>
            </w:pPr>
            <w:r>
              <w:rPr>
                <w:b/>
                <w:sz w:val="16"/>
              </w:rPr>
              <w:t>Member</w:t>
            </w:r>
          </w:p>
        </w:tc>
        <w:tc>
          <w:tcPr>
            <w:tcW w:type="dxa" w:w="1555"/>
            <w:shd w:val="clear" w:color="auto" w:fill="E8E8E8"/>
          </w:tcPr>
          <w:p>
            <w:pPr>
              <w:spacing w:after="0"/>
              <w:jc w:val="left"/>
            </w:pPr>
            <w:r>
              <w:rPr>
                <w:b/>
                <w:sz w:val="16"/>
              </w:rPr>
              <w:t>NFIP community ID</w:t>
            </w:r>
          </w:p>
        </w:tc>
        <w:tc>
          <w:tcPr>
            <w:tcW w:type="dxa" w:w="1397"/>
            <w:shd w:val="clear" w:color="auto" w:fill="E8E8E8"/>
          </w:tcPr>
          <w:p>
            <w:pPr>
              <w:spacing w:after="0"/>
              <w:jc w:val="right"/>
            </w:pPr>
            <w:r>
              <w:rPr>
                <w:b/>
                <w:sz w:val="16"/>
              </w:rPr>
              <w:t>RL, FMA</w:t>
            </w:r>
          </w:p>
          <w:p>
            <w:pPr>
              <w:spacing w:after="0"/>
              <w:jc w:val="right"/>
            </w:pPr>
            <w:r>
              <w:rPr>
                <w:i/>
                <w:color w:val="555555"/>
                <w:sz w:val="14"/>
              </w:rPr>
              <w:t>properties</w:t>
            </w:r>
          </w:p>
        </w:tc>
        <w:tc>
          <w:tcPr>
            <w:tcW w:type="dxa" w:w="1397"/>
            <w:shd w:val="clear" w:color="auto" w:fill="E8E8E8"/>
          </w:tcPr>
          <w:p>
            <w:pPr>
              <w:spacing w:after="0"/>
              <w:jc w:val="right"/>
            </w:pPr>
            <w:r>
              <w:rPr>
                <w:b/>
                <w:sz w:val="16"/>
              </w:rPr>
              <w:t>SRL, FMA</w:t>
            </w:r>
          </w:p>
          <w:p>
            <w:pPr>
              <w:spacing w:after="0"/>
              <w:jc w:val="right"/>
            </w:pPr>
            <w:r>
              <w:rPr>
                <w:i/>
                <w:color w:val="555555"/>
                <w:sz w:val="14"/>
              </w:rPr>
              <w:t>properties</w:t>
            </w:r>
          </w:p>
        </w:tc>
        <w:tc>
          <w:tcPr>
            <w:tcW w:type="dxa" w:w="1397"/>
            <w:shd w:val="clear" w:color="auto" w:fill="E8E8E8"/>
          </w:tcPr>
          <w:p>
            <w:pPr>
              <w:spacing w:after="0"/>
              <w:jc w:val="right"/>
            </w:pPr>
            <w:r>
              <w:rPr>
                <w:b/>
                <w:sz w:val="16"/>
              </w:rPr>
              <w:t>RL, NFIP</w:t>
            </w:r>
          </w:p>
          <w:p>
            <w:pPr>
              <w:spacing w:after="0"/>
              <w:jc w:val="right"/>
            </w:pPr>
            <w:r>
              <w:rPr>
                <w:i/>
                <w:color w:val="555555"/>
                <w:sz w:val="14"/>
              </w:rPr>
              <w:t>properties</w:t>
            </w:r>
          </w:p>
        </w:tc>
        <w:tc>
          <w:tcPr>
            <w:tcW w:type="dxa" w:w="1397"/>
            <w:shd w:val="clear" w:color="auto" w:fill="E8E8E8"/>
          </w:tcPr>
          <w:p>
            <w:pPr>
              <w:spacing w:after="0"/>
              <w:jc w:val="right"/>
            </w:pPr>
            <w:r>
              <w:rPr>
                <w:b/>
                <w:sz w:val="16"/>
              </w:rPr>
              <w:t>SRL, NFIP</w:t>
            </w:r>
          </w:p>
          <w:p>
            <w:pPr>
              <w:spacing w:after="0"/>
              <w:jc w:val="right"/>
            </w:pPr>
            <w:r>
              <w:rPr>
                <w:i/>
                <w:color w:val="555555"/>
                <w:sz w:val="14"/>
              </w:rPr>
              <w:t>properties</w:t>
            </w:r>
          </w:p>
        </w:tc>
        <w:tc>
          <w:tcPr>
            <w:tcW w:type="dxa" w:w="139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97"/>
            <w:shd w:val="clear" w:color="auto" w:fill="E8E8E8"/>
          </w:tcPr>
          <w:p>
            <w:pPr>
              <w:spacing w:after="0"/>
              <w:jc w:val="right"/>
            </w:pPr>
            <w:r>
              <w:rPr>
                <w:b/>
                <w:sz w:val="16"/>
              </w:rPr>
              <w:t>Mitigated</w:t>
            </w:r>
          </w:p>
          <w:p>
            <w:pPr>
              <w:spacing w:after="0"/>
              <w:jc w:val="right"/>
            </w:pPr>
            <w:r>
              <w:rPr>
                <w:i/>
                <w:color w:val="555555"/>
                <w:sz w:val="14"/>
              </w:rPr>
              <w:t>properties</w:t>
            </w:r>
          </w:p>
        </w:tc>
        <w:tc>
          <w:tcPr>
            <w:tcW w:type="dxa" w:w="1555"/>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56"/>
            <w:shd w:val="clear" w:color="auto" w:fill="E8E8E8"/>
          </w:tcPr>
          <w:p>
            <w:pPr>
              <w:spacing w:after="0"/>
              <w:jc w:val="left"/>
            </w:pPr>
            <w:r>
              <w:rPr>
                <w:b/>
                <w:sz w:val="16"/>
              </w:rPr>
              <w:t>Note</w:t>
            </w:r>
          </w:p>
        </w:tc>
      </w:tr>
      <w:tr>
        <w:trPr>
          <w:cantSplit/>
        </w:trPr>
        <w:tc>
          <w:tcPr>
            <w:tcW w:type="dxa" w:w="1661"/>
          </w:tcPr>
          <w:p>
            <w:pPr>
              <w:spacing w:after="0"/>
              <w:jc w:val="left"/>
            </w:pPr>
            <w:r>
              <w:rPr>
                <w:sz w:val="16"/>
              </w:rPr>
              <w:t>Kidder County</w:t>
            </w:r>
          </w:p>
        </w:tc>
        <w:tc>
          <w:tcPr>
            <w:tcW w:type="dxa" w:w="1555"/>
          </w:tcPr>
          <w:p>
            <w:pPr>
              <w:spacing w:after="0"/>
              <w:jc w:val="left"/>
            </w:pPr>
            <w:r>
              <w:rPr>
                <w:sz w:val="16"/>
              </w:rPr>
              <w:t>380376</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555"/>
          </w:tcPr>
          <w:p>
            <w:pPr>
              <w:spacing w:after="0"/>
              <w:jc w:val="right"/>
            </w:pPr>
            <w:r>
              <w:rPr>
                <w:sz w:val="16"/>
              </w:rPr>
              <w:t>0</w:t>
            </w:r>
          </w:p>
        </w:tc>
        <w:tc>
          <w:tcPr>
            <w:tcW w:type="dxa" w:w="956"/>
          </w:tcPr>
          <w:p>
            <w:pPr>
              <w:spacing w:after="0"/>
              <w:jc w:val="left"/>
            </w:pPr>
          </w:p>
        </w:tc>
      </w:tr>
      <w:tr>
        <w:trPr>
          <w:cantSplit/>
        </w:trPr>
        <w:tc>
          <w:tcPr>
            <w:tcW w:type="dxa" w:w="1661"/>
          </w:tcPr>
          <w:p>
            <w:pPr>
              <w:spacing w:after="0"/>
              <w:jc w:val="left"/>
            </w:pPr>
            <w:r>
              <w:rPr>
                <w:sz w:val="16"/>
              </w:rPr>
              <w:t>Dawson city</w:t>
            </w:r>
          </w:p>
        </w:tc>
        <w:tc>
          <w:tcPr>
            <w:tcW w:type="dxa" w:w="1555"/>
          </w:tcPr>
          <w:p>
            <w:pPr>
              <w:spacing w:after="0"/>
              <w:jc w:val="left"/>
            </w:pPr>
            <w:r>
              <w:rPr>
                <w:sz w:val="16"/>
              </w:rPr>
              <w:t>380039</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555"/>
          </w:tcPr>
          <w:p>
            <w:pPr>
              <w:spacing w:after="0"/>
              <w:jc w:val="right"/>
            </w:pPr>
            <w:r>
              <w:rPr>
                <w:sz w:val="16"/>
              </w:rPr>
              <w:t>0</w:t>
            </w:r>
          </w:p>
        </w:tc>
        <w:tc>
          <w:tcPr>
            <w:tcW w:type="dxa" w:w="956"/>
          </w:tcPr>
          <w:p>
            <w:pPr>
              <w:spacing w:after="0"/>
              <w:jc w:val="left"/>
            </w:pPr>
          </w:p>
        </w:tc>
      </w:tr>
      <w:tr>
        <w:trPr>
          <w:cantSplit/>
        </w:trPr>
        <w:tc>
          <w:tcPr>
            <w:tcW w:type="dxa" w:w="1661"/>
          </w:tcPr>
          <w:p>
            <w:pPr>
              <w:spacing w:after="0"/>
              <w:jc w:val="left"/>
            </w:pPr>
            <w:r>
              <w:rPr>
                <w:sz w:val="16"/>
              </w:rPr>
              <w:t>Steele city</w:t>
            </w:r>
          </w:p>
        </w:tc>
        <w:tc>
          <w:tcPr>
            <w:tcW w:type="dxa" w:w="1555"/>
          </w:tcPr>
          <w:p>
            <w:pPr>
              <w:spacing w:after="0"/>
              <w:jc w:val="left"/>
            </w:pPr>
            <w:r>
              <w:rPr>
                <w:sz w:val="16"/>
              </w:rPr>
              <w:t>380251</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555"/>
          </w:tcPr>
          <w:p>
            <w:pPr>
              <w:spacing w:after="0"/>
              <w:jc w:val="right"/>
            </w:pPr>
            <w:r>
              <w:rPr>
                <w:sz w:val="16"/>
              </w:rPr>
              <w:t>0</w:t>
            </w:r>
          </w:p>
        </w:tc>
        <w:tc>
          <w:tcPr>
            <w:tcW w:type="dxa" w:w="956"/>
          </w:tcPr>
          <w:p>
            <w:pPr>
              <w:spacing w:after="0"/>
              <w:jc w:val="left"/>
            </w:pPr>
          </w:p>
        </w:tc>
      </w:tr>
      <w:tr>
        <w:trPr>
          <w:cantSplit/>
        </w:trPr>
        <w:tc>
          <w:tcPr>
            <w:tcW w:type="dxa" w:w="1661"/>
          </w:tcPr>
          <w:p>
            <w:pPr>
              <w:spacing w:after="0"/>
              <w:jc w:val="left"/>
            </w:pPr>
            <w:r>
              <w:rPr>
                <w:sz w:val="16"/>
              </w:rPr>
              <w:t>Tappen city</w:t>
            </w:r>
          </w:p>
        </w:tc>
        <w:tc>
          <w:tcPr>
            <w:tcW w:type="dxa" w:w="1555"/>
          </w:tcPr>
          <w:p>
            <w:pPr>
              <w:spacing w:after="0"/>
              <w:jc w:val="left"/>
            </w:pPr>
            <w:r>
              <w:rPr>
                <w:sz w:val="16"/>
              </w:rPr>
              <w:t>380040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555"/>
          </w:tcPr>
          <w:p>
            <w:pPr>
              <w:spacing w:after="0"/>
              <w:jc w:val="right"/>
            </w:pPr>
            <w:r>
              <w:rPr>
                <w:sz w:val="16"/>
              </w:rPr>
              <w:t>0</w:t>
            </w:r>
          </w:p>
        </w:tc>
        <w:tc>
          <w:tcPr>
            <w:tcW w:type="dxa" w:w="956"/>
          </w:tcPr>
          <w:p>
            <w:pPr>
              <w:spacing w:after="0"/>
              <w:jc w:val="left"/>
            </w:pPr>
          </w:p>
        </w:tc>
      </w:tr>
      <w:tr>
        <w:trPr>
          <w:cantSplit/>
        </w:trPr>
        <w:tc>
          <w:tcPr>
            <w:tcW w:type="dxa" w:w="1661"/>
          </w:tcPr>
          <w:p>
            <w:pPr>
              <w:spacing w:after="0"/>
              <w:jc w:val="left"/>
            </w:pPr>
            <w:r>
              <w:rPr>
                <w:sz w:val="16"/>
              </w:rPr>
              <w:t>Tuttle city</w:t>
            </w:r>
          </w:p>
        </w:tc>
        <w:tc>
          <w:tcPr>
            <w:tcW w:type="dxa" w:w="1555"/>
          </w:tcPr>
          <w:p>
            <w:pPr>
              <w:spacing w:after="0"/>
              <w:jc w:val="left"/>
            </w:pPr>
            <w:r>
              <w:rPr>
                <w:sz w:val="16"/>
              </w:rPr>
              <w:t>380041</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555"/>
          </w:tcPr>
          <w:p>
            <w:pPr>
              <w:spacing w:after="0"/>
              <w:jc w:val="right"/>
            </w:pPr>
            <w:r>
              <w:rPr>
                <w:sz w:val="16"/>
              </w:rPr>
              <w:t>0</w:t>
            </w:r>
          </w:p>
        </w:tc>
        <w:tc>
          <w:tcPr>
            <w:tcW w:type="dxa" w:w="95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Kidder County, ND: risk-assessment baseline packet, release 2026-10 (data as of 2026-09-28; County area 38043).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hazard-plain_2026-10_ND_38043.docx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Kidder County, ND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Kidder County, ND: Risk-assessment baseline packet</dc:title>
  <dc:subject>Hazard Plain release 2026-10, as of 2026-09-28. Preview: automated baseline</dc:subject>
  <dc:creator>Hazard Plain</dc:creator>
  <cp:keywords>Hazard Plain; hazard mitigation; risk assessment; 38043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