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Burke County, ND</w:t>
      </w:r>
    </w:p>
    <w:p>
      <w:pPr>
        <w:spacing w:after="120" w:before="0"/>
      </w:pPr>
      <w:r>
        <w:rPr>
          <w:color w:val="555555"/>
          <w:sz w:val="24"/>
        </w:rPr>
        <w:t>Risk-assessment baseline packet</w:t>
      </w:r>
    </w:p>
    <w:p>
      <w:pPr>
        <w:spacing w:after="120" w:before="0"/>
      </w:pPr>
      <w:r>
        <w:rPr>
          <w:b/>
          <w:sz w:val="18"/>
        </w:rPr>
        <w:t xml:space="preserve">Unit: </w:t>
      </w:r>
      <w:r>
        <w:rPr>
          <w:sz w:val="18"/>
        </w:rPr>
        <w:t>County area 38013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2024-06-16</w:t>
      </w:r>
    </w:p>
    <w:p>
      <w:pPr>
        <w:keepNext/>
        <w:spacing w:after="40" w:before="0"/>
      </w:pPr>
      <w:r>
        <w:rPr>
          <w:b/>
        </w:rPr>
        <w:t xml:space="preserve">Plan: </w:t>
      </w:r>
      <w:r>
        <w:rPr/>
        <w:t>Burke &amp; Divide Counties, ND Hazard Mitigation Plan 2019 (FEMA plan 105820)</w:t>
      </w:r>
    </w:p>
    <w:p>
      <w:pPr>
        <w:keepNext/>
        <w:spacing w:after="40" w:before="0"/>
      </w:pPr>
      <w:r>
        <w:rPr>
          <w:b/>
        </w:rPr>
        <w:t xml:space="preserve">Approved: </w:t>
      </w:r>
      <w:r>
        <w:rPr/>
        <w:t>2019-06-17</w:t>
      </w:r>
    </w:p>
    <w:p>
      <w:pPr>
        <w:keepNext/>
        <w:spacing w:after="40" w:before="0"/>
      </w:pPr>
      <w:r>
        <w:rPr>
          <w:b/>
        </w:rPr>
        <w:t xml:space="preserve">Expires: </w:t>
      </w:r>
      <w:r>
        <w:rPr/>
        <w:t>2024-06-16</w:t>
      </w:r>
    </w:p>
    <w:p>
      <w:pPr>
        <w:keepNext/>
        <w:spacing w:after="40" w:before="0"/>
      </w:pPr>
      <w:r>
        <w:rPr>
          <w:b/>
        </w:rPr>
        <w:t xml:space="preserve">As of: </w:t>
      </w:r>
      <w:r>
        <w:rPr/>
        <w:t>2026-09-28</w:t>
      </w:r>
    </w:p>
    <w:p>
      <w:pPr>
        <w:keepNext/>
        <w:spacing w:after="40" w:before="0"/>
      </w:pPr>
      <w:r>
        <w:rPr>
          <w:b/>
        </w:rPr>
        <w:t xml:space="preserve">Days: </w:t>
      </w:r>
      <w:r>
        <w:rPr/>
        <w:t>834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2019-06-17)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EM-3477-ND (non-natural, not counted), DR-4509-ND (non-natural, not counted), DR-4613-ND, DR-4660-ND, DR-4717-ND, DR-4934-ND (6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87"/>
        <w:gridCol w:w="879"/>
        <w:gridCol w:w="2611"/>
        <w:gridCol w:w="3034"/>
        <w:gridCol w:w="1341"/>
        <w:gridCol w:w="1341"/>
        <w:gridCol w:w="1156"/>
        <w:gridCol w:w="1225"/>
        <w:gridCol w:w="838"/>
      </w:tblGrid>
      <w:tr>
        <w:trPr>
          <w:cantSplit/>
          <w:tblHeader/>
        </w:trPr>
        <w:tc>
          <w:tcPr>
            <w:tcW w:type="dxa" w:w="1687"/>
            <w:shd w:val="clear" w:color="auto" w:fill="E8E8E8"/>
          </w:tcPr>
          <w:p>
            <w:pPr>
              <w:spacing w:after="0"/>
              <w:jc w:val="left"/>
            </w:pPr>
            <w:r>
              <w:rPr>
                <w:b/>
                <w:sz w:val="16"/>
              </w:rPr>
              <w:t>Jurisdiction</w:t>
            </w:r>
          </w:p>
        </w:tc>
        <w:tc>
          <w:tcPr>
            <w:tcW w:type="dxa" w:w="879"/>
            <w:shd w:val="clear" w:color="auto" w:fill="E8E8E8"/>
          </w:tcPr>
          <w:p>
            <w:pPr>
              <w:spacing w:after="0"/>
              <w:jc w:val="left"/>
            </w:pPr>
            <w:r>
              <w:rPr>
                <w:b/>
                <w:sz w:val="16"/>
              </w:rPr>
              <w:t>Type</w:t>
            </w:r>
          </w:p>
        </w:tc>
        <w:tc>
          <w:tcPr>
            <w:tcW w:type="dxa" w:w="2611"/>
            <w:shd w:val="clear" w:color="auto" w:fill="E8E8E8"/>
          </w:tcPr>
          <w:p>
            <w:pPr>
              <w:spacing w:after="0"/>
              <w:jc w:val="left"/>
            </w:pPr>
            <w:r>
              <w:rPr>
                <w:b/>
                <w:sz w:val="16"/>
              </w:rPr>
              <w:t>Status</w:t>
            </w:r>
          </w:p>
        </w:tc>
        <w:tc>
          <w:tcPr>
            <w:tcW w:type="dxa" w:w="3034"/>
            <w:shd w:val="clear" w:color="auto" w:fill="E8E8E8"/>
          </w:tcPr>
          <w:p>
            <w:pPr>
              <w:spacing w:after="0"/>
              <w:jc w:val="left"/>
            </w:pPr>
            <w:r>
              <w:rPr>
                <w:b/>
                <w:sz w:val="16"/>
              </w:rPr>
              <w:t>Plan</w:t>
            </w:r>
          </w:p>
        </w:tc>
        <w:tc>
          <w:tcPr>
            <w:tcW w:type="dxa" w:w="1341"/>
            <w:shd w:val="clear" w:color="auto" w:fill="E8E8E8"/>
          </w:tcPr>
          <w:p>
            <w:pPr>
              <w:spacing w:after="0"/>
              <w:jc w:val="left"/>
            </w:pPr>
            <w:r>
              <w:rPr>
                <w:b/>
                <w:sz w:val="16"/>
              </w:rPr>
              <w:t>Approved</w:t>
            </w:r>
          </w:p>
        </w:tc>
        <w:tc>
          <w:tcPr>
            <w:tcW w:type="dxa" w:w="1341"/>
            <w:shd w:val="clear" w:color="auto" w:fill="E8E8E8"/>
          </w:tcPr>
          <w:p>
            <w:pPr>
              <w:spacing w:after="0"/>
              <w:jc w:val="left"/>
            </w:pPr>
            <w:r>
              <w:rPr>
                <w:b/>
                <w:sz w:val="16"/>
              </w:rPr>
              <w:t>Expires</w:t>
            </w:r>
          </w:p>
        </w:tc>
        <w:tc>
          <w:tcPr>
            <w:tcW w:type="dxa" w:w="115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25"/>
            <w:shd w:val="clear" w:color="auto" w:fill="E8E8E8"/>
          </w:tcPr>
          <w:p>
            <w:pPr>
              <w:spacing w:after="0"/>
              <w:jc w:val="left"/>
            </w:pPr>
            <w:r>
              <w:rPr>
                <w:b/>
                <w:sz w:val="16"/>
              </w:rPr>
              <w:t>Update underway</w:t>
            </w:r>
          </w:p>
        </w:tc>
        <w:tc>
          <w:tcPr>
            <w:tcW w:type="dxa" w:w="838"/>
            <w:shd w:val="clear" w:color="auto" w:fill="E8E8E8"/>
          </w:tcPr>
          <w:p>
            <w:pPr>
              <w:spacing w:after="0"/>
              <w:jc w:val="left"/>
            </w:pPr>
            <w:r>
              <w:rPr>
                <w:b/>
                <w:sz w:val="16"/>
              </w:rPr>
              <w:t>Notes</w:t>
            </w:r>
          </w:p>
        </w:tc>
      </w:tr>
      <w:tr>
        <w:trPr>
          <w:cantSplit/>
        </w:trPr>
        <w:tc>
          <w:tcPr>
            <w:tcW w:type="dxa" w:w="1687"/>
          </w:tcPr>
          <w:p>
            <w:pPr>
              <w:spacing w:after="0"/>
              <w:jc w:val="left"/>
            </w:pPr>
            <w:r>
              <w:rPr>
                <w:sz w:val="16"/>
              </w:rPr>
              <w:t>Burke County</w:t>
            </w:r>
          </w:p>
        </w:tc>
        <w:tc>
          <w:tcPr>
            <w:tcW w:type="dxa" w:w="879"/>
          </w:tcPr>
          <w:p>
            <w:pPr>
              <w:spacing w:after="0"/>
              <w:jc w:val="left"/>
            </w:pPr>
            <w:r>
              <w:rPr>
                <w:sz w:val="16"/>
              </w:rPr>
              <w:t>County</w:t>
            </w:r>
          </w:p>
        </w:tc>
        <w:tc>
          <w:tcPr>
            <w:tcW w:type="dxa" w:w="2611"/>
          </w:tcPr>
          <w:p>
            <w:pPr>
              <w:spacing w:after="0"/>
              <w:jc w:val="left"/>
            </w:pPr>
            <w:r>
              <w:rPr>
                <w:sz w:val="16"/>
              </w:rPr>
              <w:t>Expired on 2024-06-16</w:t>
            </w:r>
          </w:p>
        </w:tc>
        <w:tc>
          <w:tcPr>
            <w:tcW w:type="dxa" w:w="3034"/>
          </w:tcPr>
          <w:p>
            <w:pPr>
              <w:spacing w:after="0"/>
              <w:jc w:val="left"/>
            </w:pPr>
            <w:r>
              <w:rPr>
                <w:sz w:val="16"/>
              </w:rPr>
              <w:t>Burke &amp; Divide Counties, ND Hazard Mitigation Plan 2019 (FEMA plan 105820)</w:t>
            </w:r>
          </w:p>
        </w:tc>
        <w:tc>
          <w:tcPr>
            <w:tcW w:type="dxa" w:w="1341"/>
          </w:tcPr>
          <w:p>
            <w:pPr>
              <w:spacing w:after="0"/>
              <w:jc w:val="left"/>
            </w:pPr>
            <w:r>
              <w:rPr>
                <w:sz w:val="16"/>
              </w:rPr>
              <w:t>2019-06-17</w:t>
            </w:r>
          </w:p>
        </w:tc>
        <w:tc>
          <w:tcPr>
            <w:tcW w:type="dxa" w:w="1341"/>
          </w:tcPr>
          <w:p>
            <w:pPr>
              <w:spacing w:after="0"/>
              <w:jc w:val="left"/>
            </w:pPr>
            <w:r>
              <w:rPr>
                <w:sz w:val="16"/>
              </w:rPr>
              <w:t>2024-06-16</w:t>
            </w:r>
          </w:p>
        </w:tc>
        <w:tc>
          <w:tcPr>
            <w:tcW w:type="dxa" w:w="1156"/>
          </w:tcPr>
          <w:p>
            <w:pPr>
              <w:spacing w:after="0"/>
              <w:jc w:val="right"/>
            </w:pPr>
            <w:r>
              <w:rPr>
                <w:sz w:val="16"/>
              </w:rPr>
              <w:t>-834</w:t>
            </w:r>
          </w:p>
        </w:tc>
        <w:tc>
          <w:tcPr>
            <w:tcW w:type="dxa" w:w="1225"/>
          </w:tcPr>
          <w:p>
            <w:pPr>
              <w:spacing w:after="0"/>
              <w:jc w:val="left"/>
            </w:pPr>
          </w:p>
        </w:tc>
        <w:tc>
          <w:tcPr>
            <w:tcW w:type="dxa" w:w="838"/>
          </w:tcPr>
          <w:p>
            <w:pPr>
              <w:spacing w:after="0"/>
              <w:jc w:val="left"/>
            </w:pPr>
          </w:p>
        </w:tc>
      </w:tr>
      <w:tr>
        <w:trPr>
          <w:cantSplit/>
        </w:trPr>
        <w:tc>
          <w:tcPr>
            <w:tcW w:type="dxa" w:w="1687"/>
          </w:tcPr>
          <w:p>
            <w:pPr>
              <w:spacing w:after="0"/>
              <w:jc w:val="left"/>
            </w:pPr>
            <w:r>
              <w:rPr>
                <w:sz w:val="16"/>
              </w:rPr>
              <w:t>Bowbells city</w:t>
            </w:r>
          </w:p>
        </w:tc>
        <w:tc>
          <w:tcPr>
            <w:tcW w:type="dxa" w:w="879"/>
          </w:tcPr>
          <w:p>
            <w:pPr>
              <w:spacing w:after="0"/>
              <w:jc w:val="left"/>
            </w:pPr>
            <w:r>
              <w:rPr>
                <w:sz w:val="16"/>
              </w:rPr>
              <w:t>City</w:t>
            </w:r>
          </w:p>
        </w:tc>
        <w:tc>
          <w:tcPr>
            <w:tcW w:type="dxa" w:w="2611"/>
          </w:tcPr>
          <w:p>
            <w:pPr>
              <w:spacing w:after="0"/>
              <w:jc w:val="left"/>
            </w:pPr>
            <w:r>
              <w:rPr>
                <w:sz w:val="16"/>
              </w:rPr>
              <w:t>Expired on 2024-06-16</w:t>
            </w:r>
          </w:p>
        </w:tc>
        <w:tc>
          <w:tcPr>
            <w:tcW w:type="dxa" w:w="3034"/>
          </w:tcPr>
          <w:p>
            <w:pPr>
              <w:spacing w:after="0"/>
              <w:jc w:val="left"/>
            </w:pPr>
            <w:r>
              <w:rPr>
                <w:sz w:val="16"/>
              </w:rPr>
              <w:t>Burke &amp; Divide Counties, ND Hazard Mitigation Plan 2019 (FEMA plan 105820)</w:t>
            </w:r>
          </w:p>
        </w:tc>
        <w:tc>
          <w:tcPr>
            <w:tcW w:type="dxa" w:w="1341"/>
          </w:tcPr>
          <w:p>
            <w:pPr>
              <w:spacing w:after="0"/>
              <w:jc w:val="left"/>
            </w:pPr>
            <w:r>
              <w:rPr>
                <w:sz w:val="16"/>
              </w:rPr>
              <w:t>2019-06-17</w:t>
            </w:r>
          </w:p>
        </w:tc>
        <w:tc>
          <w:tcPr>
            <w:tcW w:type="dxa" w:w="1341"/>
          </w:tcPr>
          <w:p>
            <w:pPr>
              <w:spacing w:after="0"/>
              <w:jc w:val="left"/>
            </w:pPr>
            <w:r>
              <w:rPr>
                <w:sz w:val="16"/>
              </w:rPr>
              <w:t>2024-06-16</w:t>
            </w:r>
          </w:p>
        </w:tc>
        <w:tc>
          <w:tcPr>
            <w:tcW w:type="dxa" w:w="1156"/>
          </w:tcPr>
          <w:p>
            <w:pPr>
              <w:spacing w:after="0"/>
              <w:jc w:val="right"/>
            </w:pPr>
            <w:r>
              <w:rPr>
                <w:sz w:val="16"/>
              </w:rPr>
              <w:t>-834</w:t>
            </w:r>
          </w:p>
        </w:tc>
        <w:tc>
          <w:tcPr>
            <w:tcW w:type="dxa" w:w="1225"/>
          </w:tcPr>
          <w:p>
            <w:pPr>
              <w:spacing w:after="0"/>
              <w:jc w:val="left"/>
            </w:pPr>
          </w:p>
        </w:tc>
        <w:tc>
          <w:tcPr>
            <w:tcW w:type="dxa" w:w="838"/>
          </w:tcPr>
          <w:p>
            <w:pPr>
              <w:spacing w:after="0"/>
              <w:jc w:val="left"/>
            </w:pPr>
          </w:p>
        </w:tc>
      </w:tr>
      <w:tr>
        <w:trPr>
          <w:cantSplit/>
        </w:trPr>
        <w:tc>
          <w:tcPr>
            <w:tcW w:type="dxa" w:w="1687"/>
          </w:tcPr>
          <w:p>
            <w:pPr>
              <w:spacing w:after="0"/>
              <w:jc w:val="left"/>
            </w:pPr>
            <w:r>
              <w:rPr>
                <w:sz w:val="16"/>
              </w:rPr>
              <w:t>Columbus city</w:t>
            </w:r>
          </w:p>
        </w:tc>
        <w:tc>
          <w:tcPr>
            <w:tcW w:type="dxa" w:w="879"/>
          </w:tcPr>
          <w:p>
            <w:pPr>
              <w:spacing w:after="0"/>
              <w:jc w:val="left"/>
            </w:pPr>
            <w:r>
              <w:rPr>
                <w:sz w:val="16"/>
              </w:rPr>
              <w:t>City</w:t>
            </w:r>
          </w:p>
        </w:tc>
        <w:tc>
          <w:tcPr>
            <w:tcW w:type="dxa" w:w="2611"/>
          </w:tcPr>
          <w:p>
            <w:pPr>
              <w:spacing w:after="0"/>
              <w:jc w:val="left"/>
            </w:pPr>
            <w:r>
              <w:rPr>
                <w:sz w:val="16"/>
              </w:rPr>
              <w:t>Expired on 2024-06-16</w:t>
            </w:r>
          </w:p>
        </w:tc>
        <w:tc>
          <w:tcPr>
            <w:tcW w:type="dxa" w:w="3034"/>
          </w:tcPr>
          <w:p>
            <w:pPr>
              <w:spacing w:after="0"/>
              <w:jc w:val="left"/>
            </w:pPr>
            <w:r>
              <w:rPr>
                <w:sz w:val="16"/>
              </w:rPr>
              <w:t>Burke &amp; Divide Counties, ND Hazard Mitigation Plan 2019 (FEMA plan 105820)</w:t>
            </w:r>
          </w:p>
        </w:tc>
        <w:tc>
          <w:tcPr>
            <w:tcW w:type="dxa" w:w="1341"/>
          </w:tcPr>
          <w:p>
            <w:pPr>
              <w:spacing w:after="0"/>
              <w:jc w:val="left"/>
            </w:pPr>
            <w:r>
              <w:rPr>
                <w:sz w:val="16"/>
              </w:rPr>
              <w:t>2019-06-17</w:t>
            </w:r>
          </w:p>
        </w:tc>
        <w:tc>
          <w:tcPr>
            <w:tcW w:type="dxa" w:w="1341"/>
          </w:tcPr>
          <w:p>
            <w:pPr>
              <w:spacing w:after="0"/>
              <w:jc w:val="left"/>
            </w:pPr>
            <w:r>
              <w:rPr>
                <w:sz w:val="16"/>
              </w:rPr>
              <w:t>2024-06-16</w:t>
            </w:r>
          </w:p>
        </w:tc>
        <w:tc>
          <w:tcPr>
            <w:tcW w:type="dxa" w:w="1156"/>
          </w:tcPr>
          <w:p>
            <w:pPr>
              <w:spacing w:after="0"/>
              <w:jc w:val="right"/>
            </w:pPr>
            <w:r>
              <w:rPr>
                <w:sz w:val="16"/>
              </w:rPr>
              <w:t>-834</w:t>
            </w:r>
          </w:p>
        </w:tc>
        <w:tc>
          <w:tcPr>
            <w:tcW w:type="dxa" w:w="1225"/>
          </w:tcPr>
          <w:p>
            <w:pPr>
              <w:spacing w:after="0"/>
              <w:jc w:val="left"/>
            </w:pPr>
          </w:p>
        </w:tc>
        <w:tc>
          <w:tcPr>
            <w:tcW w:type="dxa" w:w="838"/>
          </w:tcPr>
          <w:p>
            <w:pPr>
              <w:spacing w:after="0"/>
              <w:jc w:val="left"/>
            </w:pPr>
          </w:p>
        </w:tc>
      </w:tr>
      <w:tr>
        <w:trPr>
          <w:cantSplit/>
        </w:trPr>
        <w:tc>
          <w:tcPr>
            <w:tcW w:type="dxa" w:w="1687"/>
          </w:tcPr>
          <w:p>
            <w:pPr>
              <w:spacing w:after="0"/>
              <w:jc w:val="left"/>
            </w:pPr>
            <w:r>
              <w:rPr>
                <w:sz w:val="16"/>
              </w:rPr>
              <w:t>Flaxton city</w:t>
            </w:r>
          </w:p>
        </w:tc>
        <w:tc>
          <w:tcPr>
            <w:tcW w:type="dxa" w:w="879"/>
          </w:tcPr>
          <w:p>
            <w:pPr>
              <w:spacing w:after="0"/>
              <w:jc w:val="left"/>
            </w:pPr>
            <w:r>
              <w:rPr>
                <w:sz w:val="16"/>
              </w:rPr>
              <w:t>City</w:t>
            </w:r>
          </w:p>
        </w:tc>
        <w:tc>
          <w:tcPr>
            <w:tcW w:type="dxa" w:w="2611"/>
          </w:tcPr>
          <w:p>
            <w:pPr>
              <w:spacing w:after="0"/>
              <w:jc w:val="left"/>
            </w:pPr>
            <w:r>
              <w:rPr>
                <w:sz w:val="16"/>
              </w:rPr>
              <w:t>Expired on 2024-06-16</w:t>
            </w:r>
          </w:p>
        </w:tc>
        <w:tc>
          <w:tcPr>
            <w:tcW w:type="dxa" w:w="3034"/>
          </w:tcPr>
          <w:p>
            <w:pPr>
              <w:spacing w:after="0"/>
              <w:jc w:val="left"/>
            </w:pPr>
            <w:r>
              <w:rPr>
                <w:sz w:val="16"/>
              </w:rPr>
              <w:t>Burke &amp; Divide Counties, ND Hazard Mitigation Plan 2019 (FEMA plan 105820)</w:t>
            </w:r>
          </w:p>
        </w:tc>
        <w:tc>
          <w:tcPr>
            <w:tcW w:type="dxa" w:w="1341"/>
          </w:tcPr>
          <w:p>
            <w:pPr>
              <w:spacing w:after="0"/>
              <w:jc w:val="left"/>
            </w:pPr>
            <w:r>
              <w:rPr>
                <w:sz w:val="16"/>
              </w:rPr>
              <w:t>2019-06-17</w:t>
            </w:r>
          </w:p>
        </w:tc>
        <w:tc>
          <w:tcPr>
            <w:tcW w:type="dxa" w:w="1341"/>
          </w:tcPr>
          <w:p>
            <w:pPr>
              <w:spacing w:after="0"/>
              <w:jc w:val="left"/>
            </w:pPr>
            <w:r>
              <w:rPr>
                <w:sz w:val="16"/>
              </w:rPr>
              <w:t>2024-06-16</w:t>
            </w:r>
          </w:p>
        </w:tc>
        <w:tc>
          <w:tcPr>
            <w:tcW w:type="dxa" w:w="1156"/>
          </w:tcPr>
          <w:p>
            <w:pPr>
              <w:spacing w:after="0"/>
              <w:jc w:val="right"/>
            </w:pPr>
            <w:r>
              <w:rPr>
                <w:sz w:val="16"/>
              </w:rPr>
              <w:t>-834</w:t>
            </w:r>
          </w:p>
        </w:tc>
        <w:tc>
          <w:tcPr>
            <w:tcW w:type="dxa" w:w="1225"/>
          </w:tcPr>
          <w:p>
            <w:pPr>
              <w:spacing w:after="0"/>
              <w:jc w:val="left"/>
            </w:pPr>
          </w:p>
        </w:tc>
        <w:tc>
          <w:tcPr>
            <w:tcW w:type="dxa" w:w="838"/>
          </w:tcPr>
          <w:p>
            <w:pPr>
              <w:spacing w:after="0"/>
              <w:jc w:val="left"/>
            </w:pPr>
          </w:p>
        </w:tc>
      </w:tr>
      <w:tr>
        <w:trPr>
          <w:cantSplit/>
        </w:trPr>
        <w:tc>
          <w:tcPr>
            <w:tcW w:type="dxa" w:w="1687"/>
          </w:tcPr>
          <w:p>
            <w:pPr>
              <w:spacing w:after="0"/>
              <w:jc w:val="left"/>
            </w:pPr>
            <w:r>
              <w:rPr>
                <w:sz w:val="16"/>
              </w:rPr>
              <w:t>Lignite city</w:t>
            </w:r>
          </w:p>
        </w:tc>
        <w:tc>
          <w:tcPr>
            <w:tcW w:type="dxa" w:w="879"/>
          </w:tcPr>
          <w:p>
            <w:pPr>
              <w:spacing w:after="0"/>
              <w:jc w:val="left"/>
            </w:pPr>
            <w:r>
              <w:rPr>
                <w:sz w:val="16"/>
              </w:rPr>
              <w:t>City</w:t>
            </w:r>
          </w:p>
        </w:tc>
        <w:tc>
          <w:tcPr>
            <w:tcW w:type="dxa" w:w="2611"/>
          </w:tcPr>
          <w:p>
            <w:pPr>
              <w:spacing w:after="0"/>
              <w:jc w:val="left"/>
            </w:pPr>
            <w:r>
              <w:rPr>
                <w:sz w:val="16"/>
              </w:rPr>
              <w:t>Expired on 2024-06-16</w:t>
            </w:r>
          </w:p>
        </w:tc>
        <w:tc>
          <w:tcPr>
            <w:tcW w:type="dxa" w:w="3034"/>
          </w:tcPr>
          <w:p>
            <w:pPr>
              <w:spacing w:after="0"/>
              <w:jc w:val="left"/>
            </w:pPr>
            <w:r>
              <w:rPr>
                <w:sz w:val="16"/>
              </w:rPr>
              <w:t>Burke &amp; Divide Counties, ND Hazard Mitigation Plan 2019 (FEMA plan 105820)</w:t>
            </w:r>
          </w:p>
        </w:tc>
        <w:tc>
          <w:tcPr>
            <w:tcW w:type="dxa" w:w="1341"/>
          </w:tcPr>
          <w:p>
            <w:pPr>
              <w:spacing w:after="0"/>
              <w:jc w:val="left"/>
            </w:pPr>
            <w:r>
              <w:rPr>
                <w:sz w:val="16"/>
              </w:rPr>
              <w:t>2019-06-17</w:t>
            </w:r>
          </w:p>
        </w:tc>
        <w:tc>
          <w:tcPr>
            <w:tcW w:type="dxa" w:w="1341"/>
          </w:tcPr>
          <w:p>
            <w:pPr>
              <w:spacing w:after="0"/>
              <w:jc w:val="left"/>
            </w:pPr>
            <w:r>
              <w:rPr>
                <w:sz w:val="16"/>
              </w:rPr>
              <w:t>2024-06-16</w:t>
            </w:r>
          </w:p>
        </w:tc>
        <w:tc>
          <w:tcPr>
            <w:tcW w:type="dxa" w:w="1156"/>
          </w:tcPr>
          <w:p>
            <w:pPr>
              <w:spacing w:after="0"/>
              <w:jc w:val="right"/>
            </w:pPr>
            <w:r>
              <w:rPr>
                <w:sz w:val="16"/>
              </w:rPr>
              <w:t>-834</w:t>
            </w:r>
          </w:p>
        </w:tc>
        <w:tc>
          <w:tcPr>
            <w:tcW w:type="dxa" w:w="1225"/>
          </w:tcPr>
          <w:p>
            <w:pPr>
              <w:spacing w:after="0"/>
              <w:jc w:val="left"/>
            </w:pPr>
          </w:p>
        </w:tc>
        <w:tc>
          <w:tcPr>
            <w:tcW w:type="dxa" w:w="838"/>
          </w:tcPr>
          <w:p>
            <w:pPr>
              <w:spacing w:after="0"/>
              <w:jc w:val="left"/>
            </w:pPr>
          </w:p>
        </w:tc>
      </w:tr>
      <w:tr>
        <w:trPr>
          <w:cantSplit/>
        </w:trPr>
        <w:tc>
          <w:tcPr>
            <w:tcW w:type="dxa" w:w="1687"/>
          </w:tcPr>
          <w:p>
            <w:pPr>
              <w:spacing w:after="0"/>
              <w:jc w:val="left"/>
            </w:pPr>
            <w:r>
              <w:rPr>
                <w:sz w:val="16"/>
              </w:rPr>
              <w:t>Portal city</w:t>
            </w:r>
          </w:p>
        </w:tc>
        <w:tc>
          <w:tcPr>
            <w:tcW w:type="dxa" w:w="879"/>
          </w:tcPr>
          <w:p>
            <w:pPr>
              <w:spacing w:after="0"/>
              <w:jc w:val="left"/>
            </w:pPr>
            <w:r>
              <w:rPr>
                <w:sz w:val="16"/>
              </w:rPr>
              <w:t>City</w:t>
            </w:r>
          </w:p>
        </w:tc>
        <w:tc>
          <w:tcPr>
            <w:tcW w:type="dxa" w:w="2611"/>
          </w:tcPr>
          <w:p>
            <w:pPr>
              <w:spacing w:after="0"/>
              <w:jc w:val="left"/>
            </w:pPr>
            <w:r>
              <w:rPr>
                <w:sz w:val="16"/>
              </w:rPr>
              <w:t>Expired on 2024-06-16</w:t>
            </w:r>
          </w:p>
        </w:tc>
        <w:tc>
          <w:tcPr>
            <w:tcW w:type="dxa" w:w="3034"/>
          </w:tcPr>
          <w:p>
            <w:pPr>
              <w:spacing w:after="0"/>
              <w:jc w:val="left"/>
            </w:pPr>
            <w:r>
              <w:rPr>
                <w:sz w:val="16"/>
              </w:rPr>
              <w:t>Burke &amp; Divide Counties, ND Hazard Mitigation Plan 2019 (FEMA plan 105820)</w:t>
            </w:r>
          </w:p>
        </w:tc>
        <w:tc>
          <w:tcPr>
            <w:tcW w:type="dxa" w:w="1341"/>
          </w:tcPr>
          <w:p>
            <w:pPr>
              <w:spacing w:after="0"/>
              <w:jc w:val="left"/>
            </w:pPr>
            <w:r>
              <w:rPr>
                <w:sz w:val="16"/>
              </w:rPr>
              <w:t>2019-06-17</w:t>
            </w:r>
          </w:p>
        </w:tc>
        <w:tc>
          <w:tcPr>
            <w:tcW w:type="dxa" w:w="1341"/>
          </w:tcPr>
          <w:p>
            <w:pPr>
              <w:spacing w:after="0"/>
              <w:jc w:val="left"/>
            </w:pPr>
            <w:r>
              <w:rPr>
                <w:sz w:val="16"/>
              </w:rPr>
              <w:t>2024-06-16</w:t>
            </w:r>
          </w:p>
        </w:tc>
        <w:tc>
          <w:tcPr>
            <w:tcW w:type="dxa" w:w="1156"/>
          </w:tcPr>
          <w:p>
            <w:pPr>
              <w:spacing w:after="0"/>
              <w:jc w:val="right"/>
            </w:pPr>
            <w:r>
              <w:rPr>
                <w:sz w:val="16"/>
              </w:rPr>
              <w:t>-834</w:t>
            </w:r>
          </w:p>
        </w:tc>
        <w:tc>
          <w:tcPr>
            <w:tcW w:type="dxa" w:w="1225"/>
          </w:tcPr>
          <w:p>
            <w:pPr>
              <w:spacing w:after="0"/>
              <w:jc w:val="left"/>
            </w:pPr>
          </w:p>
        </w:tc>
        <w:tc>
          <w:tcPr>
            <w:tcW w:type="dxa" w:w="838"/>
          </w:tcPr>
          <w:p>
            <w:pPr>
              <w:spacing w:after="0"/>
              <w:jc w:val="left"/>
            </w:pPr>
          </w:p>
        </w:tc>
      </w:tr>
      <w:tr>
        <w:trPr>
          <w:cantSplit/>
        </w:trPr>
        <w:tc>
          <w:tcPr>
            <w:tcW w:type="dxa" w:w="1687"/>
          </w:tcPr>
          <w:p>
            <w:pPr>
              <w:spacing w:after="0"/>
              <w:jc w:val="left"/>
            </w:pPr>
            <w:r>
              <w:rPr>
                <w:sz w:val="16"/>
              </w:rPr>
              <w:t>Powers Lake city</w:t>
            </w:r>
          </w:p>
        </w:tc>
        <w:tc>
          <w:tcPr>
            <w:tcW w:type="dxa" w:w="879"/>
          </w:tcPr>
          <w:p>
            <w:pPr>
              <w:spacing w:after="0"/>
              <w:jc w:val="left"/>
            </w:pPr>
            <w:r>
              <w:rPr>
                <w:sz w:val="16"/>
              </w:rPr>
              <w:t>City</w:t>
            </w:r>
          </w:p>
        </w:tc>
        <w:tc>
          <w:tcPr>
            <w:tcW w:type="dxa" w:w="2611"/>
          </w:tcPr>
          <w:p>
            <w:pPr>
              <w:spacing w:after="0"/>
              <w:jc w:val="left"/>
            </w:pPr>
            <w:r>
              <w:rPr>
                <w:sz w:val="16"/>
              </w:rPr>
              <w:t>Expired on 2024-06-16</w:t>
            </w:r>
          </w:p>
        </w:tc>
        <w:tc>
          <w:tcPr>
            <w:tcW w:type="dxa" w:w="3034"/>
          </w:tcPr>
          <w:p>
            <w:pPr>
              <w:spacing w:after="0"/>
              <w:jc w:val="left"/>
            </w:pPr>
            <w:r>
              <w:rPr>
                <w:sz w:val="16"/>
              </w:rPr>
              <w:t>Burke &amp; Divide Counties, ND Hazard Mitigation Plan 2019 (FEMA plan 105820)</w:t>
            </w:r>
          </w:p>
        </w:tc>
        <w:tc>
          <w:tcPr>
            <w:tcW w:type="dxa" w:w="1341"/>
          </w:tcPr>
          <w:p>
            <w:pPr>
              <w:spacing w:after="0"/>
              <w:jc w:val="left"/>
            </w:pPr>
            <w:r>
              <w:rPr>
                <w:sz w:val="16"/>
              </w:rPr>
              <w:t>2019-06-17</w:t>
            </w:r>
          </w:p>
        </w:tc>
        <w:tc>
          <w:tcPr>
            <w:tcW w:type="dxa" w:w="1341"/>
          </w:tcPr>
          <w:p>
            <w:pPr>
              <w:spacing w:after="0"/>
              <w:jc w:val="left"/>
            </w:pPr>
            <w:r>
              <w:rPr>
                <w:sz w:val="16"/>
              </w:rPr>
              <w:t>2024-06-16</w:t>
            </w:r>
          </w:p>
        </w:tc>
        <w:tc>
          <w:tcPr>
            <w:tcW w:type="dxa" w:w="1156"/>
          </w:tcPr>
          <w:p>
            <w:pPr>
              <w:spacing w:after="0"/>
              <w:jc w:val="right"/>
            </w:pPr>
            <w:r>
              <w:rPr>
                <w:sz w:val="16"/>
              </w:rPr>
              <w:t>-834</w:t>
            </w:r>
          </w:p>
        </w:tc>
        <w:tc>
          <w:tcPr>
            <w:tcW w:type="dxa" w:w="1225"/>
          </w:tcPr>
          <w:p>
            <w:pPr>
              <w:spacing w:after="0"/>
              <w:jc w:val="left"/>
            </w:pPr>
          </w:p>
        </w:tc>
        <w:tc>
          <w:tcPr>
            <w:tcW w:type="dxa" w:w="838"/>
          </w:tcPr>
          <w:p>
            <w:pPr>
              <w:spacing w:after="0"/>
              <w:jc w:val="left"/>
            </w:pPr>
          </w:p>
        </w:tc>
      </w:tr>
    </w:tbl>
    <w:p>
      <w:pPr>
        <w:spacing w:after="40" w:before="60"/>
      </w:pPr>
      <w:r>
        <w:rPr>
          <w:sz w:val="15"/>
        </w:rPr>
        <w:t>Plan 105820 also lists 4 other participants not listed on this page: Crosby city (Divide County); Divide County; Fortuna city (Divide County); Noonan city (Divide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255"/>
        <w:gridCol w:w="1255"/>
        <w:gridCol w:w="948"/>
        <w:gridCol w:w="1126"/>
        <w:gridCol w:w="1377"/>
        <w:gridCol w:w="1146"/>
        <w:gridCol w:w="1402"/>
        <w:gridCol w:w="1704"/>
        <w:gridCol w:w="2162"/>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5"/>
            <w:shd w:val="clear" w:color="auto" w:fill="E8E8E8"/>
          </w:tcPr>
          <w:p>
            <w:pPr>
              <w:spacing w:after="0"/>
              <w:jc w:val="left"/>
            </w:pPr>
            <w:r>
              <w:rPr>
                <w:b/>
                <w:sz w:val="16"/>
              </w:rPr>
              <w:t>NRI risk rating</w:t>
            </w:r>
          </w:p>
        </w:tc>
        <w:tc>
          <w:tcPr>
            <w:tcW w:type="dxa" w:w="1255"/>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0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62"/>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Cold Wave</w:t>
            </w:r>
          </w:p>
        </w:tc>
        <w:tc>
          <w:tcPr>
            <w:tcW w:type="dxa" w:w="1255"/>
          </w:tcPr>
          <w:p>
            <w:pPr>
              <w:spacing w:after="0"/>
              <w:jc w:val="left"/>
            </w:pPr>
            <w:r>
              <w:rPr>
                <w:sz w:val="16"/>
              </w:rPr>
              <w:t>Relatively Low</w:t>
            </w:r>
          </w:p>
        </w:tc>
        <w:tc>
          <w:tcPr>
            <w:tcW w:type="dxa" w:w="1255"/>
          </w:tcPr>
          <w:p>
            <w:pPr>
              <w:spacing w:after="0"/>
              <w:jc w:val="left"/>
            </w:pPr>
            <w:r>
              <w:rPr>
                <w:sz w:val="16"/>
              </w:rPr>
              <w:t>Relatively Moderate</w:t>
            </w:r>
          </w:p>
        </w:tc>
        <w:tc>
          <w:tcPr>
            <w:tcW w:type="dxa" w:w="948"/>
          </w:tcPr>
          <w:p>
            <w:pPr>
              <w:spacing w:after="0"/>
              <w:jc w:val="right"/>
            </w:pPr>
            <w:r>
              <w:rPr>
                <w:sz w:val="16"/>
              </w:rPr>
              <w:t>$660</w:t>
            </w:r>
          </w:p>
        </w:tc>
        <w:tc>
          <w:tcPr>
            <w:tcW w:type="dxa" w:w="1126"/>
          </w:tcPr>
          <w:p>
            <w:pPr>
              <w:spacing w:after="0"/>
              <w:jc w:val="right"/>
            </w:pPr>
            <w:r>
              <w:rPr>
                <w:sz w:val="16"/>
              </w:rPr>
              <w:t>$432,610</w:t>
            </w:r>
          </w:p>
        </w:tc>
        <w:tc>
          <w:tcPr>
            <w:tcW w:type="dxa" w:w="1377"/>
          </w:tcPr>
          <w:p>
            <w:pPr>
              <w:spacing w:after="0"/>
              <w:jc w:val="right"/>
            </w:pPr>
            <w:r>
              <w:rPr>
                <w:sz w:val="16"/>
              </w:rPr>
              <w:t>$570,933</w:t>
            </w:r>
          </w:p>
        </w:tc>
        <w:tc>
          <w:tcPr>
            <w:tcW w:type="dxa" w:w="1146"/>
          </w:tcPr>
          <w:p>
            <w:pPr>
              <w:spacing w:after="0"/>
              <w:jc w:val="right"/>
            </w:pPr>
            <w:r>
              <w:rPr>
                <w:sz w:val="16"/>
              </w:rPr>
              <w:t>$1,004,203</w:t>
            </w:r>
          </w:p>
        </w:tc>
        <w:tc>
          <w:tcPr>
            <w:tcW w:type="dxa" w:w="1402"/>
          </w:tcPr>
          <w:p>
            <w:pPr>
              <w:spacing w:after="0"/>
              <w:jc w:val="right"/>
            </w:pPr>
            <w:r>
              <w:rPr>
                <w:sz w:val="16"/>
              </w:rPr>
              <w:t>37</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Inland Flooding</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$474,868</w:t>
            </w:r>
          </w:p>
        </w:tc>
        <w:tc>
          <w:tcPr>
            <w:tcW w:type="dxa" w:w="1126"/>
          </w:tcPr>
          <w:p>
            <w:pPr>
              <w:spacing w:after="0"/>
              <w:jc w:val="right"/>
            </w:pPr>
            <w:r>
              <w:rPr>
                <w:sz w:val="16"/>
              </w:rPr>
              <w:t>$1</w:t>
            </w:r>
          </w:p>
        </w:tc>
        <w:tc>
          <w:tcPr>
            <w:tcW w:type="dxa" w:w="1377"/>
          </w:tcPr>
          <w:p>
            <w:pPr>
              <w:spacing w:after="0"/>
              <w:jc w:val="right"/>
            </w:pPr>
            <w:r>
              <w:rPr>
                <w:sz w:val="16"/>
              </w:rPr>
              <w:t>under $1</w:t>
            </w:r>
          </w:p>
        </w:tc>
        <w:tc>
          <w:tcPr>
            <w:tcW w:type="dxa" w:w="1146"/>
          </w:tcPr>
          <w:p>
            <w:pPr>
              <w:spacing w:after="0"/>
              <w:jc w:val="right"/>
            </w:pPr>
            <w:r>
              <w:rPr>
                <w:sz w:val="16"/>
              </w:rPr>
              <w:t>$474,869</w:t>
            </w:r>
          </w:p>
        </w:tc>
        <w:tc>
          <w:tcPr>
            <w:tcW w:type="dxa" w:w="1402"/>
          </w:tcPr>
          <w:p>
            <w:pPr>
              <w:spacing w:after="0"/>
              <w:jc w:val="right"/>
            </w:pPr>
            <w:r>
              <w:rPr>
                <w:sz w:val="16"/>
              </w:rPr>
              <w:t>3</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Winter Weather</w:t>
            </w:r>
          </w:p>
        </w:tc>
        <w:tc>
          <w:tcPr>
            <w:tcW w:type="dxa" w:w="1255"/>
          </w:tcPr>
          <w:p>
            <w:pPr>
              <w:spacing w:after="0"/>
              <w:jc w:val="left"/>
            </w:pPr>
            <w:r>
              <w:rPr>
                <w:sz w:val="16"/>
              </w:rPr>
              <w:t>Relatively Low</w:t>
            </w:r>
          </w:p>
        </w:tc>
        <w:tc>
          <w:tcPr>
            <w:tcW w:type="dxa" w:w="1255"/>
          </w:tcPr>
          <w:p>
            <w:pPr>
              <w:spacing w:after="0"/>
              <w:jc w:val="left"/>
            </w:pPr>
            <w:r>
              <w:rPr>
                <w:sz w:val="16"/>
              </w:rPr>
              <w:t>Relatively Moderate</w:t>
            </w:r>
          </w:p>
        </w:tc>
        <w:tc>
          <w:tcPr>
            <w:tcW w:type="dxa" w:w="948"/>
          </w:tcPr>
          <w:p>
            <w:pPr>
              <w:spacing w:after="0"/>
              <w:jc w:val="right"/>
            </w:pPr>
            <w:r>
              <w:rPr>
                <w:sz w:val="16"/>
              </w:rPr>
              <w:t>$53,231</w:t>
            </w:r>
          </w:p>
        </w:tc>
        <w:tc>
          <w:tcPr>
            <w:tcW w:type="dxa" w:w="1126"/>
          </w:tcPr>
          <w:p>
            <w:pPr>
              <w:spacing w:after="0"/>
              <w:jc w:val="right"/>
            </w:pPr>
            <w:r>
              <w:rPr>
                <w:sz w:val="16"/>
              </w:rPr>
              <w:t>$99</w:t>
            </w:r>
          </w:p>
        </w:tc>
        <w:tc>
          <w:tcPr>
            <w:tcW w:type="dxa" w:w="1377"/>
          </w:tcPr>
          <w:p>
            <w:pPr>
              <w:spacing w:after="0"/>
              <w:jc w:val="right"/>
            </w:pPr>
            <w:r>
              <w:rPr>
                <w:sz w:val="16"/>
              </w:rPr>
              <w:t>$38,340</w:t>
            </w:r>
          </w:p>
        </w:tc>
        <w:tc>
          <w:tcPr>
            <w:tcW w:type="dxa" w:w="1146"/>
          </w:tcPr>
          <w:p>
            <w:pPr>
              <w:spacing w:after="0"/>
              <w:jc w:val="right"/>
            </w:pPr>
            <w:r>
              <w:rPr>
                <w:sz w:val="16"/>
              </w:rPr>
              <w:t>$91,671</w:t>
            </w:r>
          </w:p>
        </w:tc>
        <w:tc>
          <w:tcPr>
            <w:tcW w:type="dxa" w:w="1402"/>
          </w:tcPr>
          <w:p>
            <w:pPr>
              <w:spacing w:after="0"/>
              <w:jc w:val="right"/>
            </w:pPr>
            <w:r>
              <w:rPr>
                <w:sz w:val="16"/>
              </w:rPr>
              <w:t>94</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4</w:t>
            </w:r>
          </w:p>
        </w:tc>
        <w:tc>
          <w:tcPr>
            <w:tcW w:type="dxa" w:w="1037"/>
          </w:tcPr>
          <w:p>
            <w:pPr>
              <w:spacing w:after="0"/>
              <w:jc w:val="left"/>
            </w:pPr>
            <w:r>
              <w:rPr>
                <w:sz w:val="16"/>
              </w:rPr>
              <w:t>Tornado</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$43,342</w:t>
            </w:r>
          </w:p>
        </w:tc>
        <w:tc>
          <w:tcPr>
            <w:tcW w:type="dxa" w:w="1126"/>
          </w:tcPr>
          <w:p>
            <w:pPr>
              <w:spacing w:after="0"/>
              <w:jc w:val="right"/>
            </w:pPr>
            <w:r>
              <w:rPr>
                <w:sz w:val="16"/>
              </w:rPr>
              <w:t>$1,018</w:t>
            </w:r>
          </w:p>
        </w:tc>
        <w:tc>
          <w:tcPr>
            <w:tcW w:type="dxa" w:w="1377"/>
          </w:tcPr>
          <w:p>
            <w:pPr>
              <w:spacing w:after="0"/>
              <w:jc w:val="right"/>
            </w:pPr>
            <w:r>
              <w:rPr>
                <w:sz w:val="16"/>
              </w:rPr>
              <w:t>$37,625</w:t>
            </w:r>
          </w:p>
        </w:tc>
        <w:tc>
          <w:tcPr>
            <w:tcW w:type="dxa" w:w="1146"/>
          </w:tcPr>
          <w:p>
            <w:pPr>
              <w:spacing w:after="0"/>
              <w:jc w:val="right"/>
            </w:pPr>
            <w:r>
              <w:rPr>
                <w:sz w:val="16"/>
              </w:rPr>
              <w:t>$81,985</w:t>
            </w:r>
          </w:p>
        </w:tc>
        <w:tc>
          <w:tcPr>
            <w:tcW w:type="dxa" w:w="1402"/>
          </w:tcPr>
          <w:p>
            <w:pPr>
              <w:spacing w:after="0"/>
              <w:jc w:val="right"/>
            </w:pPr>
            <w:r>
              <w:rPr>
                <w:sz w:val="16"/>
              </w:rPr>
              <w:t>19</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5</w:t>
            </w:r>
          </w:p>
        </w:tc>
        <w:tc>
          <w:tcPr>
            <w:tcW w:type="dxa" w:w="1037"/>
          </w:tcPr>
          <w:p>
            <w:pPr>
              <w:spacing w:after="0"/>
              <w:jc w:val="left"/>
            </w:pPr>
            <w:r>
              <w:rPr>
                <w:sz w:val="16"/>
              </w:rPr>
              <w:t>Hail</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$43,540</w:t>
            </w:r>
          </w:p>
        </w:tc>
        <w:tc>
          <w:tcPr>
            <w:tcW w:type="dxa" w:w="1126"/>
          </w:tcPr>
          <w:p>
            <w:pPr>
              <w:spacing w:after="0"/>
              <w:jc w:val="right"/>
            </w:pPr>
            <w:r>
              <w:rPr>
                <w:sz w:val="16"/>
              </w:rPr>
              <w:t>$30,320</w:t>
            </w:r>
          </w:p>
        </w:tc>
        <w:tc>
          <w:tcPr>
            <w:tcW w:type="dxa" w:w="1377"/>
          </w:tcPr>
          <w:p>
            <w:pPr>
              <w:spacing w:after="0"/>
              <w:jc w:val="right"/>
            </w:pPr>
            <w:r>
              <w:rPr>
                <w:sz w:val="16"/>
              </w:rPr>
              <w:t>$3,015</w:t>
            </w:r>
          </w:p>
        </w:tc>
        <w:tc>
          <w:tcPr>
            <w:tcW w:type="dxa" w:w="1146"/>
          </w:tcPr>
          <w:p>
            <w:pPr>
              <w:spacing w:after="0"/>
              <w:jc w:val="right"/>
            </w:pPr>
            <w:r>
              <w:rPr>
                <w:sz w:val="16"/>
              </w:rPr>
              <w:t>$76,875</w:t>
            </w:r>
          </w:p>
        </w:tc>
        <w:tc>
          <w:tcPr>
            <w:tcW w:type="dxa" w:w="1402"/>
          </w:tcPr>
          <w:p>
            <w:pPr>
              <w:spacing w:after="0"/>
              <w:jc w:val="right"/>
            </w:pPr>
            <w:r>
              <w:rPr>
                <w:sz w:val="16"/>
              </w:rPr>
              <w:t>93</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Strong Wind</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$31,205</w:t>
            </w:r>
          </w:p>
        </w:tc>
        <w:tc>
          <w:tcPr>
            <w:tcW w:type="dxa" w:w="1126"/>
          </w:tcPr>
          <w:p>
            <w:pPr>
              <w:spacing w:after="0"/>
              <w:jc w:val="right"/>
            </w:pPr>
            <w:r>
              <w:rPr>
                <w:sz w:val="16"/>
              </w:rPr>
              <w:t>$19,769</w:t>
            </w:r>
          </w:p>
        </w:tc>
        <w:tc>
          <w:tcPr>
            <w:tcW w:type="dxa" w:w="1377"/>
          </w:tcPr>
          <w:p>
            <w:pPr>
              <w:spacing w:after="0"/>
              <w:jc w:val="right"/>
            </w:pPr>
            <w:r>
              <w:rPr>
                <w:sz w:val="16"/>
              </w:rPr>
              <w:t>$8,502</w:t>
            </w:r>
          </w:p>
        </w:tc>
        <w:tc>
          <w:tcPr>
            <w:tcW w:type="dxa" w:w="1146"/>
          </w:tcPr>
          <w:p>
            <w:pPr>
              <w:spacing w:after="0"/>
              <w:jc w:val="right"/>
            </w:pPr>
            <w:r>
              <w:rPr>
                <w:sz w:val="16"/>
              </w:rPr>
              <w:t>$59,476</w:t>
            </w:r>
          </w:p>
        </w:tc>
        <w:tc>
          <w:tcPr>
            <w:tcW w:type="dxa" w:w="1402"/>
          </w:tcPr>
          <w:p>
            <w:pPr>
              <w:spacing w:after="0"/>
              <w:jc w:val="right"/>
            </w:pPr>
            <w:r>
              <w:rPr>
                <w:sz w:val="16"/>
              </w:rPr>
              <w:t>79</w:t>
            </w:r>
          </w:p>
        </w:tc>
        <w:tc>
          <w:tcPr>
            <w:tcW w:type="dxa" w:w="1704"/>
          </w:tcPr>
          <w:p>
            <w:pPr>
              <w:spacing w:after="0"/>
              <w:jc w:val="left"/>
            </w:pPr>
          </w:p>
        </w:tc>
        <w:tc>
          <w:tcPr>
            <w:tcW w:type="dxa" w:w="2162"/>
          </w:tcPr>
          <w:p>
            <w:pPr>
              <w:spacing w:after="0"/>
              <w:jc w:val="left"/>
            </w:pPr>
            <w:r>
              <w:rPr>
                <w:sz w:val="16"/>
              </w:rPr>
              <w:t>Includes 44 High Wind records, event types the NRI definition of this hazard leaves out.</w:t>
            </w:r>
          </w:p>
        </w:tc>
      </w:tr>
      <w:tr>
        <w:trPr>
          <w:cantSplit/>
        </w:trPr>
        <w:tc>
          <w:tcPr>
            <w:tcW w:type="dxa" w:w="700"/>
          </w:tcPr>
          <w:p>
            <w:pPr>
              <w:spacing w:after="0"/>
              <w:jc w:val="right"/>
            </w:pPr>
            <w:r>
              <w:rPr>
                <w:sz w:val="16"/>
              </w:rPr>
              <w:t>7</w:t>
            </w:r>
          </w:p>
        </w:tc>
        <w:tc>
          <w:tcPr>
            <w:tcW w:type="dxa" w:w="1037"/>
          </w:tcPr>
          <w:p>
            <w:pPr>
              <w:spacing w:after="0"/>
              <w:jc w:val="left"/>
            </w:pPr>
            <w:r>
              <w:rPr>
                <w:sz w:val="16"/>
              </w:rPr>
              <w:t>Ice Storm</w:t>
            </w:r>
          </w:p>
        </w:tc>
        <w:tc>
          <w:tcPr>
            <w:tcW w:type="dxa" w:w="1255"/>
          </w:tcPr>
          <w:p>
            <w:pPr>
              <w:spacing w:after="0"/>
              <w:jc w:val="left"/>
            </w:pPr>
            <w:r>
              <w:rPr>
                <w:sz w:val="16"/>
              </w:rPr>
              <w:t>Relatively Low</w:t>
            </w:r>
          </w:p>
        </w:tc>
        <w:tc>
          <w:tcPr>
            <w:tcW w:type="dxa" w:w="1255"/>
          </w:tcPr>
          <w:p>
            <w:pPr>
              <w:spacing w:after="0"/>
              <w:jc w:val="left"/>
            </w:pPr>
            <w:r>
              <w:rPr>
                <w:sz w:val="16"/>
              </w:rPr>
              <w:t>Relatively Low</w:t>
            </w:r>
          </w:p>
        </w:tc>
        <w:tc>
          <w:tcPr>
            <w:tcW w:type="dxa" w:w="948"/>
          </w:tcPr>
          <w:p>
            <w:pPr>
              <w:spacing w:after="0"/>
              <w:jc w:val="right"/>
            </w:pPr>
            <w:r>
              <w:rPr>
                <w:sz w:val="16"/>
              </w:rPr>
              <w:t>$46,983</w:t>
            </w:r>
          </w:p>
        </w:tc>
        <w:tc>
          <w:tcPr>
            <w:tcW w:type="dxa" w:w="1126"/>
          </w:tcPr>
          <w:p>
            <w:pPr>
              <w:spacing w:after="0"/>
              <w:jc w:val="right"/>
            </w:pPr>
          </w:p>
        </w:tc>
        <w:tc>
          <w:tcPr>
            <w:tcW w:type="dxa" w:w="1377"/>
          </w:tcPr>
          <w:p>
            <w:pPr>
              <w:spacing w:after="0"/>
              <w:jc w:val="right"/>
            </w:pPr>
            <w:r>
              <w:rPr>
                <w:sz w:val="16"/>
              </w:rPr>
              <w:t>$9,525</w:t>
            </w:r>
          </w:p>
        </w:tc>
        <w:tc>
          <w:tcPr>
            <w:tcW w:type="dxa" w:w="1146"/>
          </w:tcPr>
          <w:p>
            <w:pPr>
              <w:spacing w:after="0"/>
              <w:jc w:val="right"/>
            </w:pPr>
            <w:r>
              <w:rPr>
                <w:sz w:val="16"/>
              </w:rPr>
              <w:t>$56,508</w:t>
            </w:r>
          </w:p>
        </w:tc>
        <w:tc>
          <w:tcPr>
            <w:tcW w:type="dxa" w:w="1402"/>
          </w:tcPr>
          <w:p>
            <w:pPr>
              <w:spacing w:after="0"/>
              <w:jc w:val="right"/>
            </w:pPr>
            <w:r>
              <w:rPr>
                <w:sz w:val="16"/>
              </w:rPr>
              <w:t>1</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8</w:t>
            </w:r>
          </w:p>
        </w:tc>
        <w:tc>
          <w:tcPr>
            <w:tcW w:type="dxa" w:w="1037"/>
          </w:tcPr>
          <w:p>
            <w:pPr>
              <w:spacing w:after="0"/>
              <w:jc w:val="left"/>
            </w:pPr>
            <w:r>
              <w:rPr>
                <w:sz w:val="16"/>
              </w:rPr>
              <w:t>Wildfire</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$54,291</w:t>
            </w:r>
          </w:p>
        </w:tc>
        <w:tc>
          <w:tcPr>
            <w:tcW w:type="dxa" w:w="1126"/>
          </w:tcPr>
          <w:p>
            <w:pPr>
              <w:spacing w:after="0"/>
              <w:jc w:val="right"/>
            </w:pPr>
            <w:r>
              <w:rPr>
                <w:sz w:val="16"/>
              </w:rPr>
              <w:t>$30</w:t>
            </w:r>
          </w:p>
        </w:tc>
        <w:tc>
          <w:tcPr>
            <w:tcW w:type="dxa" w:w="1377"/>
          </w:tcPr>
          <w:p>
            <w:pPr>
              <w:spacing w:after="0"/>
              <w:jc w:val="right"/>
            </w:pPr>
            <w:r>
              <w:rPr>
                <w:sz w:val="16"/>
              </w:rPr>
              <w:t>$992</w:t>
            </w:r>
          </w:p>
        </w:tc>
        <w:tc>
          <w:tcPr>
            <w:tcW w:type="dxa" w:w="1146"/>
          </w:tcPr>
          <w:p>
            <w:pPr>
              <w:spacing w:after="0"/>
              <w:jc w:val="right"/>
            </w:pPr>
            <w:r>
              <w:rPr>
                <w:sz w:val="16"/>
              </w:rPr>
              <w:t>$55,314</w:t>
            </w:r>
          </w:p>
        </w:tc>
        <w:tc>
          <w:tcPr>
            <w:tcW w:type="dxa" w:w="1402"/>
          </w:tcPr>
          <w:p>
            <w:pPr>
              <w:spacing w:after="0"/>
              <w:jc w:val="right"/>
            </w:pPr>
            <w:r>
              <w:rPr>
                <w:sz w:val="16"/>
              </w:rPr>
              <w:t>0</w:t>
            </w:r>
          </w:p>
        </w:tc>
        <w:tc>
          <w:tcPr>
            <w:tcW w:type="dxa" w:w="1704"/>
          </w:tcPr>
          <w:p>
            <w:pPr>
              <w:spacing w:after="0"/>
              <w:jc w:val="left"/>
            </w:pPr>
          </w:p>
        </w:tc>
        <w:tc>
          <w:tcPr>
            <w:tcW w:type="dxa" w:w="2162"/>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700"/>
          </w:tcPr>
          <w:p>
            <w:pPr>
              <w:spacing w:after="0"/>
              <w:jc w:val="right"/>
            </w:pPr>
            <w:r>
              <w:rPr>
                <w:sz w:val="16"/>
              </w:rPr>
              <w:t>9</w:t>
            </w:r>
          </w:p>
        </w:tc>
        <w:tc>
          <w:tcPr>
            <w:tcW w:type="dxa" w:w="1037"/>
          </w:tcPr>
          <w:p>
            <w:pPr>
              <w:spacing w:after="0"/>
              <w:jc w:val="left"/>
            </w:pPr>
            <w:r>
              <w:rPr>
                <w:sz w:val="16"/>
              </w:rPr>
              <w:t>Lightning</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$26,393</w:t>
            </w:r>
          </w:p>
        </w:tc>
        <w:tc>
          <w:tcPr>
            <w:tcW w:type="dxa" w:w="1126"/>
          </w:tcPr>
          <w:p>
            <w:pPr>
              <w:spacing w:after="0"/>
              <w:jc w:val="right"/>
            </w:pPr>
          </w:p>
        </w:tc>
        <w:tc>
          <w:tcPr>
            <w:tcW w:type="dxa" w:w="1377"/>
          </w:tcPr>
          <w:p>
            <w:pPr>
              <w:spacing w:after="0"/>
              <w:jc w:val="right"/>
            </w:pPr>
            <w:r>
              <w:rPr>
                <w:sz w:val="16"/>
              </w:rPr>
              <w:t>$9,430</w:t>
            </w:r>
          </w:p>
        </w:tc>
        <w:tc>
          <w:tcPr>
            <w:tcW w:type="dxa" w:w="1146"/>
          </w:tcPr>
          <w:p>
            <w:pPr>
              <w:spacing w:after="0"/>
              <w:jc w:val="right"/>
            </w:pPr>
            <w:r>
              <w:rPr>
                <w:sz w:val="16"/>
              </w:rPr>
              <w:t>$35,823</w:t>
            </w:r>
          </w:p>
        </w:tc>
        <w:tc>
          <w:tcPr>
            <w:tcW w:type="dxa" w:w="1402"/>
          </w:tcPr>
          <w:p>
            <w:pPr>
              <w:spacing w:after="0"/>
              <w:jc w:val="right"/>
            </w:pPr>
            <w:r>
              <w:rPr>
                <w:sz w:val="16"/>
              </w:rPr>
              <w:t>9</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10</w:t>
            </w:r>
          </w:p>
        </w:tc>
        <w:tc>
          <w:tcPr>
            <w:tcW w:type="dxa" w:w="1037"/>
          </w:tcPr>
          <w:p>
            <w:pPr>
              <w:spacing w:after="0"/>
              <w:jc w:val="left"/>
            </w:pPr>
            <w:r>
              <w:rPr>
                <w:sz w:val="16"/>
              </w:rPr>
              <w:t>Drought</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p>
        </w:tc>
        <w:tc>
          <w:tcPr>
            <w:tcW w:type="dxa" w:w="1126"/>
          </w:tcPr>
          <w:p>
            <w:pPr>
              <w:spacing w:after="0"/>
              <w:jc w:val="right"/>
            </w:pPr>
            <w:r>
              <w:rPr>
                <w:sz w:val="16"/>
              </w:rPr>
              <w:t>$17,076</w:t>
            </w:r>
          </w:p>
        </w:tc>
        <w:tc>
          <w:tcPr>
            <w:tcW w:type="dxa" w:w="1377"/>
          </w:tcPr>
          <w:p>
            <w:pPr>
              <w:spacing w:after="0"/>
              <w:jc w:val="right"/>
            </w:pPr>
          </w:p>
        </w:tc>
        <w:tc>
          <w:tcPr>
            <w:tcW w:type="dxa" w:w="1146"/>
          </w:tcPr>
          <w:p>
            <w:pPr>
              <w:spacing w:after="0"/>
              <w:jc w:val="right"/>
            </w:pPr>
            <w:r>
              <w:rPr>
                <w:sz w:val="16"/>
              </w:rPr>
              <w:t>$17,076</w:t>
            </w:r>
          </w:p>
        </w:tc>
        <w:tc>
          <w:tcPr>
            <w:tcW w:type="dxa" w:w="1402"/>
          </w:tcPr>
          <w:p>
            <w:pPr>
              <w:spacing w:after="0"/>
              <w:jc w:val="right"/>
            </w:pPr>
            <w:r>
              <w:rPr>
                <w:sz w:val="16"/>
              </w:rPr>
              <w:t>21</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11</w:t>
            </w:r>
          </w:p>
        </w:tc>
        <w:tc>
          <w:tcPr>
            <w:tcW w:type="dxa" w:w="1037"/>
          </w:tcPr>
          <w:p>
            <w:pPr>
              <w:spacing w:after="0"/>
              <w:jc w:val="left"/>
            </w:pPr>
            <w:r>
              <w:rPr>
                <w:sz w:val="16"/>
              </w:rPr>
              <w:t>Heat Wave</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$517</w:t>
            </w:r>
          </w:p>
        </w:tc>
        <w:tc>
          <w:tcPr>
            <w:tcW w:type="dxa" w:w="1126"/>
          </w:tcPr>
          <w:p>
            <w:pPr>
              <w:spacing w:after="0"/>
              <w:jc w:val="right"/>
            </w:pPr>
            <w:r>
              <w:rPr>
                <w:sz w:val="16"/>
              </w:rPr>
              <w:t>under $1</w:t>
            </w:r>
          </w:p>
        </w:tc>
        <w:tc>
          <w:tcPr>
            <w:tcW w:type="dxa" w:w="1377"/>
          </w:tcPr>
          <w:p>
            <w:pPr>
              <w:spacing w:after="0"/>
              <w:jc w:val="right"/>
            </w:pPr>
            <w:r>
              <w:rPr>
                <w:sz w:val="16"/>
              </w:rPr>
              <w:t>$3,617</w:t>
            </w:r>
          </w:p>
        </w:tc>
        <w:tc>
          <w:tcPr>
            <w:tcW w:type="dxa" w:w="1146"/>
          </w:tcPr>
          <w:p>
            <w:pPr>
              <w:spacing w:after="0"/>
              <w:jc w:val="right"/>
            </w:pPr>
            <w:r>
              <w:rPr>
                <w:sz w:val="16"/>
              </w:rPr>
              <w:t>$4,134</w:t>
            </w:r>
          </w:p>
        </w:tc>
        <w:tc>
          <w:tcPr>
            <w:tcW w:type="dxa" w:w="1402"/>
          </w:tcPr>
          <w:p>
            <w:pPr>
              <w:spacing w:after="0"/>
              <w:jc w:val="right"/>
            </w:pPr>
            <w:r>
              <w:rPr>
                <w:sz w:val="16"/>
              </w:rPr>
              <w:t>1</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12</w:t>
            </w:r>
          </w:p>
        </w:tc>
        <w:tc>
          <w:tcPr>
            <w:tcW w:type="dxa" w:w="1037"/>
          </w:tcPr>
          <w:p>
            <w:pPr>
              <w:spacing w:after="0"/>
              <w:jc w:val="left"/>
            </w:pPr>
            <w:r>
              <w:rPr>
                <w:sz w:val="16"/>
              </w:rPr>
              <w:t>Earthquake</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$1,075</w:t>
            </w:r>
          </w:p>
        </w:tc>
        <w:tc>
          <w:tcPr>
            <w:tcW w:type="dxa" w:w="1126"/>
          </w:tcPr>
          <w:p>
            <w:pPr>
              <w:spacing w:after="0"/>
              <w:jc w:val="right"/>
            </w:pPr>
          </w:p>
        </w:tc>
        <w:tc>
          <w:tcPr>
            <w:tcW w:type="dxa" w:w="1377"/>
          </w:tcPr>
          <w:p>
            <w:pPr>
              <w:spacing w:after="0"/>
              <w:jc w:val="right"/>
            </w:pPr>
            <w:r>
              <w:rPr>
                <w:sz w:val="16"/>
              </w:rPr>
              <w:t>$204</w:t>
            </w:r>
          </w:p>
        </w:tc>
        <w:tc>
          <w:tcPr>
            <w:tcW w:type="dxa" w:w="1146"/>
          </w:tcPr>
          <w:p>
            <w:pPr>
              <w:spacing w:after="0"/>
              <w:jc w:val="right"/>
            </w:pPr>
            <w:r>
              <w:rPr>
                <w:sz w:val="16"/>
              </w:rPr>
              <w:t>$1,279</w:t>
            </w:r>
          </w:p>
        </w:tc>
        <w:tc>
          <w:tcPr>
            <w:tcW w:type="dxa" w:w="1402"/>
          </w:tcPr>
          <w:p>
            <w:pPr>
              <w:spacing w:after="0"/>
              <w:jc w:val="right"/>
            </w:pPr>
          </w:p>
        </w:tc>
        <w:tc>
          <w:tcPr>
            <w:tcW w:type="dxa" w:w="1704"/>
          </w:tcPr>
          <w:p>
            <w:pPr>
              <w:spacing w:after="0"/>
              <w:jc w:val="left"/>
            </w:pPr>
          </w:p>
        </w:tc>
        <w:tc>
          <w:tcPr>
            <w:tcW w:type="dxa" w:w="2162"/>
          </w:tcPr>
          <w:p>
            <w:pPr>
              <w:spacing w:after="0"/>
              <w:jc w:val="left"/>
            </w:pPr>
            <w:r>
              <w:rPr>
                <w:sz w:val="16"/>
              </w:rPr>
              <w:t>Not in Storm Events. Storm Events coverage of this hazard is limited; absence is not evidence of low risk.</w:t>
            </w:r>
          </w:p>
        </w:tc>
      </w:tr>
      <w:tr>
        <w:trPr>
          <w:cantSplit/>
        </w:trPr>
        <w:tc>
          <w:tcPr>
            <w:tcW w:type="dxa" w:w="700"/>
          </w:tcPr>
          <w:p>
            <w:pPr>
              <w:spacing w:after="0"/>
              <w:jc w:val="right"/>
            </w:pPr>
            <w:r>
              <w:rPr>
                <w:sz w:val="16"/>
              </w:rPr>
              <w:t>13</w:t>
            </w:r>
          </w:p>
        </w:tc>
        <w:tc>
          <w:tcPr>
            <w:tcW w:type="dxa" w:w="1037"/>
          </w:tcPr>
          <w:p>
            <w:pPr>
              <w:spacing w:after="0"/>
              <w:jc w:val="left"/>
            </w:pPr>
            <w:r>
              <w:rPr>
                <w:sz w:val="16"/>
              </w:rPr>
              <w:t>Landslide</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$5</w:t>
            </w:r>
          </w:p>
        </w:tc>
        <w:tc>
          <w:tcPr>
            <w:tcW w:type="dxa" w:w="1126"/>
          </w:tcPr>
          <w:p>
            <w:pPr>
              <w:spacing w:after="0"/>
              <w:jc w:val="right"/>
            </w:pPr>
          </w:p>
        </w:tc>
        <w:tc>
          <w:tcPr>
            <w:tcW w:type="dxa" w:w="1377"/>
          </w:tcPr>
          <w:p>
            <w:pPr>
              <w:spacing w:after="0"/>
              <w:jc w:val="right"/>
            </w:pPr>
            <w:r>
              <w:rPr>
                <w:sz w:val="16"/>
              </w:rPr>
              <w:t>$279</w:t>
            </w:r>
          </w:p>
        </w:tc>
        <w:tc>
          <w:tcPr>
            <w:tcW w:type="dxa" w:w="1146"/>
          </w:tcPr>
          <w:p>
            <w:pPr>
              <w:spacing w:after="0"/>
              <w:jc w:val="right"/>
            </w:pPr>
            <w:r>
              <w:rPr>
                <w:sz w:val="16"/>
              </w:rPr>
              <w:t>$284</w:t>
            </w:r>
          </w:p>
        </w:tc>
        <w:tc>
          <w:tcPr>
            <w:tcW w:type="dxa" w:w="1402"/>
          </w:tcPr>
          <w:p>
            <w:pPr>
              <w:spacing w:after="0"/>
              <w:jc w:val="right"/>
            </w:pPr>
            <w:r>
              <w:rPr>
                <w:sz w:val="16"/>
              </w:rPr>
              <w:t>0</w:t>
            </w:r>
          </w:p>
        </w:tc>
        <w:tc>
          <w:tcPr>
            <w:tcW w:type="dxa" w:w="1704"/>
          </w:tcPr>
          <w:p>
            <w:pPr>
              <w:spacing w:after="0"/>
              <w:jc w:val="left"/>
            </w:pPr>
          </w:p>
        </w:tc>
        <w:tc>
          <w:tcPr>
            <w:tcW w:type="dxa" w:w="2162"/>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700"/>
          </w:tcPr>
          <w:p>
            <w:pPr>
              <w:spacing w:after="0"/>
              <w:jc w:val="right"/>
            </w:pPr>
          </w:p>
        </w:tc>
        <w:tc>
          <w:tcPr>
            <w:tcW w:type="dxa" w:w="1037"/>
          </w:tcPr>
          <w:p>
            <w:pPr>
              <w:spacing w:after="0"/>
              <w:jc w:val="left"/>
            </w:pPr>
            <w:r>
              <w:rPr>
                <w:sz w:val="16"/>
              </w:rPr>
              <w:t>Avalanche</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avalanche Not Applicable for this county, and no federal declaration for this county names it.</w:t>
            </w:r>
          </w:p>
        </w:tc>
        <w:tc>
          <w:tcPr>
            <w:tcW w:type="dxa" w:w="2162"/>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Coastal Flooding</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coastal flooding Not Applicable for this county, and no federal declaration for this county names it.</w:t>
            </w:r>
          </w:p>
        </w:tc>
        <w:tc>
          <w:tcPr>
            <w:tcW w:type="dxa" w:w="2162"/>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Hurricane</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162"/>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Tsunami</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tsunami Not Applicable for this county, and no federal declaration for this county names it.</w:t>
            </w:r>
          </w:p>
        </w:tc>
        <w:tc>
          <w:tcPr>
            <w:tcW w:type="dxa" w:w="216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p>
        </w:tc>
        <w:tc>
          <w:tcPr>
            <w:tcW w:type="dxa" w:w="1037"/>
          </w:tcPr>
          <w:p>
            <w:pPr>
              <w:spacing w:after="0"/>
              <w:jc w:val="left"/>
            </w:pPr>
            <w:r>
              <w:rPr>
                <w:sz w:val="16"/>
              </w:rPr>
              <w:t>Volcanic Activity</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volcanic activity Not Applicable for this county, and no federal declaration for this county names it.</w:t>
            </w:r>
          </w:p>
        </w:tc>
        <w:tc>
          <w:tcPr>
            <w:tcW w:type="dxa" w:w="216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5"/>
        <w:gridCol w:w="1753"/>
        <w:gridCol w:w="1580"/>
        <w:gridCol w:w="1982"/>
        <w:gridCol w:w="1446"/>
        <w:gridCol w:w="1657"/>
        <w:gridCol w:w="1652"/>
        <w:gridCol w:w="2277"/>
      </w:tblGrid>
      <w:tr>
        <w:trPr>
          <w:cantSplit/>
          <w:tblHeader/>
        </w:trPr>
        <w:tc>
          <w:tcPr>
            <w:tcW w:type="dxa" w:w="1765"/>
            <w:shd w:val="clear" w:color="auto" w:fill="E8E8E8"/>
          </w:tcPr>
          <w:p>
            <w:pPr>
              <w:spacing w:after="0"/>
              <w:jc w:val="left"/>
            </w:pPr>
            <w:r>
              <w:rPr>
                <w:b/>
                <w:sz w:val="16"/>
              </w:rPr>
              <w:t>Hazard</w:t>
            </w:r>
          </w:p>
        </w:tc>
        <w:tc>
          <w:tcPr>
            <w:tcW w:type="dxa" w:w="1753"/>
            <w:shd w:val="clear" w:color="auto" w:fill="E8E8E8"/>
          </w:tcPr>
          <w:p>
            <w:pPr>
              <w:spacing w:after="0"/>
              <w:jc w:val="left"/>
            </w:pPr>
            <w:r>
              <w:rPr>
                <w:b/>
                <w:sz w:val="16"/>
              </w:rPr>
              <w:t>Scale</w:t>
            </w:r>
          </w:p>
        </w:tc>
        <w:tc>
          <w:tcPr>
            <w:tcW w:type="dxa" w:w="1580"/>
            <w:shd w:val="clear" w:color="auto" w:fill="E8E8E8"/>
          </w:tcPr>
          <w:p>
            <w:pPr>
              <w:spacing w:after="0"/>
              <w:jc w:val="right"/>
            </w:pPr>
            <w:r>
              <w:rPr>
                <w:b/>
                <w:sz w:val="16"/>
              </w:rPr>
              <w:t>Records</w:t>
            </w:r>
          </w:p>
          <w:p>
            <w:pPr>
              <w:spacing w:after="0"/>
              <w:jc w:val="right"/>
            </w:pPr>
            <w:r>
              <w:rPr>
                <w:i/>
                <w:color w:val="555555"/>
                <w:sz w:val="14"/>
              </w:rPr>
              <w:t>count, years</w:t>
            </w:r>
          </w:p>
        </w:tc>
        <w:tc>
          <w:tcPr>
            <w:tcW w:type="dxa" w:w="1982"/>
            <w:shd w:val="clear" w:color="auto" w:fill="E8E8E8"/>
          </w:tcPr>
          <w:p>
            <w:pPr>
              <w:spacing w:after="0"/>
              <w:jc w:val="left"/>
            </w:pPr>
            <w:r>
              <w:rPr>
                <w:b/>
                <w:sz w:val="16"/>
              </w:rPr>
              <w:t>Observed range</w:t>
            </w:r>
          </w:p>
        </w:tc>
        <w:tc>
          <w:tcPr>
            <w:tcW w:type="dxa" w:w="1446"/>
            <w:shd w:val="clear" w:color="auto" w:fill="E8E8E8"/>
          </w:tcPr>
          <w:p>
            <w:pPr>
              <w:spacing w:after="0"/>
              <w:jc w:val="left"/>
            </w:pPr>
            <w:r>
              <w:rPr>
                <w:b/>
                <w:sz w:val="16"/>
              </w:rPr>
              <w:t>Worst recorded event</w:t>
            </w:r>
          </w:p>
        </w:tc>
        <w:tc>
          <w:tcPr>
            <w:tcW w:type="dxa" w:w="1657"/>
            <w:shd w:val="clear" w:color="auto" w:fill="E8E8E8"/>
          </w:tcPr>
          <w:p>
            <w:pPr>
              <w:spacing w:after="0"/>
              <w:jc w:val="left"/>
            </w:pPr>
            <w:r>
              <w:rPr>
                <w:b/>
                <w:sz w:val="16"/>
              </w:rPr>
              <w:t>Most damaging (when different)</w:t>
            </w:r>
          </w:p>
        </w:tc>
        <w:tc>
          <w:tcPr>
            <w:tcW w:type="dxa" w:w="1652"/>
            <w:shd w:val="clear" w:color="auto" w:fill="E8E8E8"/>
          </w:tcPr>
          <w:p>
            <w:pPr>
              <w:spacing w:after="0"/>
              <w:jc w:val="left"/>
            </w:pPr>
            <w:r>
              <w:rPr>
                <w:b/>
                <w:sz w:val="16"/>
              </w:rPr>
              <w:t>How it applies to members</w:t>
            </w:r>
          </w:p>
        </w:tc>
        <w:tc>
          <w:tcPr>
            <w:tcW w:type="dxa" w:w="2277"/>
            <w:shd w:val="clear" w:color="auto" w:fill="E8E8E8"/>
          </w:tcPr>
          <w:p>
            <w:pPr>
              <w:spacing w:after="0"/>
              <w:jc w:val="left"/>
            </w:pPr>
            <w:r>
              <w:rPr>
                <w:b/>
                <w:sz w:val="16"/>
              </w:rPr>
              <w:t>Note</w:t>
            </w:r>
          </w:p>
        </w:tc>
      </w:tr>
      <w:tr>
        <w:trPr>
          <w:cantSplit/>
        </w:trPr>
        <w:tc>
          <w:tcPr>
            <w:tcW w:type="dxa" w:w="1765"/>
          </w:tcPr>
          <w:p>
            <w:pPr>
              <w:spacing w:after="0"/>
              <w:jc w:val="left"/>
            </w:pPr>
            <w:r>
              <w:rPr>
                <w:sz w:val="16"/>
              </w:rPr>
              <w:t>Avalanche</w:t>
            </w:r>
          </w:p>
        </w:tc>
        <w:tc>
          <w:tcPr>
            <w:tcW w:type="dxa" w:w="1753"/>
          </w:tcPr>
          <w:p>
            <w:pPr>
              <w:spacing w:after="0"/>
              <w:jc w:val="left"/>
            </w:pPr>
            <w:r>
              <w:rPr>
                <w:sz w:val="16"/>
              </w:rPr>
              <w:t>none (count and damage)</w:t>
            </w:r>
          </w:p>
        </w:tc>
        <w:tc>
          <w:tcPr>
            <w:tcW w:type="dxa" w:w="1580"/>
          </w:tcPr>
          <w:p>
            <w:pPr>
              <w:spacing w:after="0"/>
              <w:jc w:val="right"/>
            </w:pPr>
            <w:r>
              <w:rPr>
                <w:sz w:val="16"/>
              </w:rPr>
              <w:t>0</w:t>
            </w:r>
          </w:p>
        </w:tc>
        <w:tc>
          <w:tcPr>
            <w:tcW w:type="dxa" w:w="1982"/>
          </w:tcPr>
          <w:p>
            <w:pPr>
              <w:spacing w:after="0"/>
              <w:jc w:val="left"/>
            </w:pPr>
          </w:p>
        </w:tc>
        <w:tc>
          <w:tcPr>
            <w:tcW w:type="dxa" w:w="1446"/>
          </w:tcPr>
          <w:p>
            <w:pPr>
              <w:spacing w:after="0"/>
              <w:jc w:val="left"/>
            </w:pPr>
          </w:p>
        </w:tc>
        <w:tc>
          <w:tcPr>
            <w:tcW w:type="dxa" w:w="1657"/>
          </w:tcPr>
          <w:p>
            <w:pPr>
              <w:spacing w:after="0"/>
              <w:jc w:val="left"/>
            </w:pPr>
          </w:p>
        </w:tc>
        <w:tc>
          <w:tcPr>
            <w:tcW w:type="dxa" w:w="1652"/>
          </w:tcPr>
          <w:p>
            <w:pPr>
              <w:spacing w:after="0"/>
              <w:jc w:val="left"/>
            </w:pPr>
          </w:p>
        </w:tc>
        <w:tc>
          <w:tcPr>
            <w:tcW w:type="dxa" w:w="2277"/>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Coastal Flood, Storm Surge/Tide</w:t>
            </w:r>
          </w:p>
        </w:tc>
        <w:tc>
          <w:tcPr>
            <w:tcW w:type="dxa" w:w="1753"/>
          </w:tcPr>
          <w:p>
            <w:pPr>
              <w:spacing w:after="0"/>
              <w:jc w:val="left"/>
            </w:pPr>
            <w:r>
              <w:rPr>
                <w:sz w:val="16"/>
              </w:rPr>
              <w:t>none in data (FIRM for depth)</w:t>
            </w:r>
          </w:p>
        </w:tc>
        <w:tc>
          <w:tcPr>
            <w:tcW w:type="dxa" w:w="1580"/>
          </w:tcPr>
          <w:p>
            <w:pPr>
              <w:spacing w:after="0"/>
              <w:jc w:val="right"/>
            </w:pPr>
            <w:r>
              <w:rPr>
                <w:sz w:val="16"/>
              </w:rPr>
              <w:t>0</w:t>
            </w:r>
          </w:p>
        </w:tc>
        <w:tc>
          <w:tcPr>
            <w:tcW w:type="dxa" w:w="1982"/>
          </w:tcPr>
          <w:p>
            <w:pPr>
              <w:spacing w:after="0"/>
              <w:jc w:val="left"/>
            </w:pPr>
          </w:p>
        </w:tc>
        <w:tc>
          <w:tcPr>
            <w:tcW w:type="dxa" w:w="1446"/>
          </w:tcPr>
          <w:p>
            <w:pPr>
              <w:spacing w:after="0"/>
              <w:jc w:val="left"/>
            </w:pPr>
          </w:p>
        </w:tc>
        <w:tc>
          <w:tcPr>
            <w:tcW w:type="dxa" w:w="1657"/>
          </w:tcPr>
          <w:p>
            <w:pPr>
              <w:spacing w:after="0"/>
              <w:jc w:val="left"/>
            </w:pPr>
          </w:p>
        </w:tc>
        <w:tc>
          <w:tcPr>
            <w:tcW w:type="dxa" w:w="1652"/>
          </w:tcPr>
          <w:p>
            <w:pPr>
              <w:spacing w:after="0"/>
              <w:jc w:val="left"/>
            </w:pPr>
          </w:p>
        </w:tc>
        <w:tc>
          <w:tcPr>
            <w:tcW w:type="dxa" w:w="2277"/>
          </w:tcPr>
          <w:p>
            <w:pPr>
              <w:spacing w:after="0"/>
              <w:jc w:val="left"/>
            </w:pPr>
            <w:r>
              <w:rPr>
                <w:sz w:val="16"/>
              </w:rPr>
              <w:t>Flood depth: see the FEMA Flood Insurance Rate Map.</w:t>
            </w:r>
          </w:p>
        </w:tc>
      </w:tr>
      <w:tr>
        <w:trPr>
          <w:cantSplit/>
        </w:trPr>
        <w:tc>
          <w:tcPr>
            <w:tcW w:type="dxa" w:w="1765"/>
          </w:tcPr>
          <w:p>
            <w:pPr>
              <w:spacing w:after="0"/>
              <w:jc w:val="left"/>
            </w:pPr>
            <w:r>
              <w:rPr>
                <w:sz w:val="16"/>
              </w:rPr>
              <w:t>Cold/Wind Chill, Extreme Cold/Wind Chill</w:t>
            </w:r>
          </w:p>
        </w:tc>
        <w:tc>
          <w:tcPr>
            <w:tcW w:type="dxa" w:w="1753"/>
          </w:tcPr>
          <w:p>
            <w:pPr>
              <w:spacing w:after="0"/>
              <w:jc w:val="left"/>
            </w:pPr>
            <w:r>
              <w:rPr>
                <w:sz w:val="16"/>
              </w:rPr>
              <w:t>wind chill</w:t>
            </w:r>
          </w:p>
        </w:tc>
        <w:tc>
          <w:tcPr>
            <w:tcW w:type="dxa" w:w="1580"/>
          </w:tcPr>
          <w:p>
            <w:pPr>
              <w:spacing w:after="0"/>
              <w:jc w:val="right"/>
            </w:pPr>
            <w:r>
              <w:rPr>
                <w:sz w:val="16"/>
              </w:rPr>
              <w:t>37, 1996 to 2025 (37 zone-level)</w:t>
            </w:r>
          </w:p>
        </w:tc>
        <w:tc>
          <w:tcPr>
            <w:tcW w:type="dxa" w:w="1982"/>
          </w:tcPr>
          <w:p>
            <w:pPr>
              <w:spacing w:after="0"/>
              <w:jc w:val="left"/>
            </w:pPr>
            <w:r>
              <w:rPr>
                <w:sz w:val="16"/>
              </w:rPr>
              <w:t>1 day to 11 days (median 3 days); 33 with a recorded value</w:t>
            </w:r>
          </w:p>
        </w:tc>
        <w:tc>
          <w:tcPr>
            <w:tcW w:type="dxa" w:w="1446"/>
          </w:tcPr>
          <w:p>
            <w:pPr>
              <w:spacing w:after="0"/>
              <w:jc w:val="left"/>
            </w:pPr>
            <w:r>
              <w:rPr>
                <w:sz w:val="16"/>
              </w:rPr>
              <w:t>11 consecutive days, 2021-02-05 to 2021-02-15, zone-level</w:t>
            </w:r>
          </w:p>
        </w:tc>
        <w:tc>
          <w:tcPr>
            <w:tcW w:type="dxa" w:w="1657"/>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7"/>
          </w:tcPr>
          <w:p>
            <w:pPr>
              <w:spacing w:after="0"/>
              <w:jc w:val="left"/>
            </w:pPr>
            <w:r>
              <w:rPr>
                <w:sz w:val="16"/>
              </w:rPr>
              <w:t>Wind chill: in event narratives only; local data required.</w:t>
            </w:r>
          </w:p>
        </w:tc>
      </w:tr>
      <w:tr>
        <w:trPr>
          <w:cantSplit/>
        </w:trPr>
        <w:tc>
          <w:tcPr>
            <w:tcW w:type="dxa" w:w="1765"/>
          </w:tcPr>
          <w:p>
            <w:pPr>
              <w:spacing w:after="0"/>
              <w:jc w:val="left"/>
            </w:pPr>
            <w:r>
              <w:rPr>
                <w:sz w:val="16"/>
              </w:rPr>
              <w:t>Frost/Freeze (outside NRI Cold Wave definition)</w:t>
            </w:r>
          </w:p>
        </w:tc>
        <w:tc>
          <w:tcPr>
            <w:tcW w:type="dxa" w:w="1753"/>
          </w:tcPr>
          <w:p>
            <w:pPr>
              <w:spacing w:after="0"/>
              <w:jc w:val="left"/>
            </w:pPr>
            <w:r>
              <w:rPr>
                <w:sz w:val="16"/>
              </w:rPr>
              <w:t>crop damage</w:t>
            </w:r>
          </w:p>
        </w:tc>
        <w:tc>
          <w:tcPr>
            <w:tcW w:type="dxa" w:w="1580"/>
          </w:tcPr>
          <w:p>
            <w:pPr>
              <w:spacing w:after="0"/>
              <w:jc w:val="right"/>
            </w:pPr>
            <w:r>
              <w:rPr>
                <w:sz w:val="16"/>
              </w:rPr>
              <w:t>0</w:t>
            </w:r>
          </w:p>
        </w:tc>
        <w:tc>
          <w:tcPr>
            <w:tcW w:type="dxa" w:w="1982"/>
          </w:tcPr>
          <w:p>
            <w:pPr>
              <w:spacing w:after="0"/>
              <w:jc w:val="left"/>
            </w:pPr>
          </w:p>
        </w:tc>
        <w:tc>
          <w:tcPr>
            <w:tcW w:type="dxa" w:w="1446"/>
          </w:tcPr>
          <w:p>
            <w:pPr>
              <w:spacing w:after="0"/>
              <w:jc w:val="left"/>
            </w:pPr>
          </w:p>
        </w:tc>
        <w:tc>
          <w:tcPr>
            <w:tcW w:type="dxa" w:w="1657"/>
          </w:tcPr>
          <w:p>
            <w:pPr>
              <w:spacing w:after="0"/>
              <w:jc w:val="left"/>
            </w:pPr>
          </w:p>
        </w:tc>
        <w:tc>
          <w:tcPr>
            <w:tcW w:type="dxa" w:w="1652"/>
          </w:tcPr>
          <w:p>
            <w:pPr>
              <w:spacing w:after="0"/>
              <w:jc w:val="left"/>
            </w:pPr>
          </w:p>
        </w:tc>
        <w:tc>
          <w:tcPr>
            <w:tcW w:type="dxa" w:w="2277"/>
          </w:tcPr>
          <w:p>
            <w:pPr>
              <w:spacing w:after="0"/>
              <w:jc w:val="left"/>
            </w:pPr>
            <w:r>
              <w:rPr>
                <w:sz w:val="16"/>
              </w:rPr>
              <w:t>Temperature: in event narratives only; local data required.</w:t>
            </w:r>
          </w:p>
        </w:tc>
      </w:tr>
      <w:tr>
        <w:trPr>
          <w:cantSplit/>
        </w:trPr>
        <w:tc>
          <w:tcPr>
            <w:tcW w:type="dxa" w:w="1765"/>
          </w:tcPr>
          <w:p>
            <w:pPr>
              <w:spacing w:after="0"/>
              <w:jc w:val="left"/>
            </w:pPr>
            <w:r>
              <w:rPr>
                <w:sz w:val="16"/>
              </w:rPr>
              <w:t>Drought</w:t>
            </w:r>
          </w:p>
        </w:tc>
        <w:tc>
          <w:tcPr>
            <w:tcW w:type="dxa" w:w="1753"/>
          </w:tcPr>
          <w:p>
            <w:pPr>
              <w:spacing w:after="0"/>
              <w:jc w:val="left"/>
            </w:pPr>
            <w:r>
              <w:rPr>
                <w:sz w:val="16"/>
              </w:rPr>
              <w:t>US Drought Monitor D-scale</w:t>
            </w:r>
          </w:p>
        </w:tc>
        <w:tc>
          <w:tcPr>
            <w:tcW w:type="dxa" w:w="1580"/>
          </w:tcPr>
          <w:p>
            <w:pPr>
              <w:spacing w:after="0"/>
              <w:jc w:val="right"/>
            </w:pPr>
            <w:r>
              <w:rPr>
                <w:sz w:val="16"/>
              </w:rPr>
              <w:t>21, 2021 to 2025 (21 zone-level)</w:t>
            </w:r>
          </w:p>
        </w:tc>
        <w:tc>
          <w:tcPr>
            <w:tcW w:type="dxa" w:w="1982"/>
          </w:tcPr>
          <w:p>
            <w:pPr>
              <w:spacing w:after="0"/>
              <w:jc w:val="left"/>
            </w:pPr>
            <w:r>
              <w:rPr>
                <w:sz w:val="16"/>
              </w:rPr>
              <w:t>211 days to 412 days (median 311.5 days); 2 with a recorded value</w:t>
            </w:r>
          </w:p>
        </w:tc>
        <w:tc>
          <w:tcPr>
            <w:tcW w:type="dxa" w:w="1446"/>
          </w:tcPr>
          <w:p>
            <w:pPr>
              <w:spacing w:after="0"/>
              <w:jc w:val="left"/>
            </w:pPr>
            <w:r>
              <w:rPr>
                <w:sz w:val="16"/>
              </w:rPr>
              <w:t>412 days (about 13.5 months), 2021-04-01 to 2022-05-17, a run of 14 consecutive Storm Events drought records, zone-level</w:t>
            </w:r>
          </w:p>
        </w:tc>
        <w:tc>
          <w:tcPr>
            <w:tcW w:type="dxa" w:w="1657"/>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5"/>
          </w:tcPr>
          <w:p>
            <w:pPr>
              <w:spacing w:after="0"/>
              <w:jc w:val="left"/>
            </w:pPr>
            <w:r>
              <w:rPr>
                <w:sz w:val="16"/>
              </w:rPr>
              <w:t>Earthquake</w:t>
            </w:r>
          </w:p>
        </w:tc>
        <w:tc>
          <w:tcPr>
            <w:tcW w:type="dxa" w:w="1753"/>
          </w:tcPr>
          <w:p>
            <w:pPr>
              <w:spacing w:after="0"/>
              <w:jc w:val="left"/>
            </w:pPr>
            <w:r>
              <w:rPr>
                <w:sz w:val="16"/>
              </w:rPr>
              <w:t>Modified Mercalli (local data)</w:t>
            </w:r>
          </w:p>
        </w:tc>
        <w:tc>
          <w:tcPr>
            <w:tcW w:type="dxa" w:w="1580"/>
          </w:tcPr>
          <w:p>
            <w:pPr>
              <w:spacing w:after="0"/>
              <w:jc w:val="right"/>
            </w:pPr>
            <w:r>
              <w:rPr>
                <w:sz w:val="16"/>
              </w:rPr>
              <w:t>0</w:t>
            </w:r>
          </w:p>
        </w:tc>
        <w:tc>
          <w:tcPr>
            <w:tcW w:type="dxa" w:w="1982"/>
          </w:tcPr>
          <w:p>
            <w:pPr>
              <w:spacing w:after="0"/>
              <w:jc w:val="left"/>
            </w:pPr>
          </w:p>
        </w:tc>
        <w:tc>
          <w:tcPr>
            <w:tcW w:type="dxa" w:w="1446"/>
          </w:tcPr>
          <w:p>
            <w:pPr>
              <w:spacing w:after="0"/>
              <w:jc w:val="left"/>
            </w:pPr>
          </w:p>
        </w:tc>
        <w:tc>
          <w:tcPr>
            <w:tcW w:type="dxa" w:w="1657"/>
          </w:tcPr>
          <w:p>
            <w:pPr>
              <w:spacing w:after="0"/>
              <w:jc w:val="left"/>
            </w:pPr>
          </w:p>
        </w:tc>
        <w:tc>
          <w:tcPr>
            <w:tcW w:type="dxa" w:w="1652"/>
          </w:tcPr>
          <w:p>
            <w:pPr>
              <w:spacing w:after="0"/>
              <w:jc w:val="left"/>
            </w:pPr>
          </w:p>
        </w:tc>
        <w:tc>
          <w:tcPr>
            <w:tcW w:type="dxa" w:w="2277"/>
          </w:tcPr>
          <w:p>
            <w:pPr>
              <w:spacing w:after="0"/>
              <w:jc w:val="left"/>
            </w:pPr>
            <w:r>
              <w:rPr>
                <w:sz w:val="16"/>
              </w:rPr>
              <w:t>No Storm Events record; local data required (e.g., USGS).</w:t>
            </w:r>
          </w:p>
        </w:tc>
      </w:tr>
      <w:tr>
        <w:trPr>
          <w:cantSplit/>
        </w:trPr>
        <w:tc>
          <w:tcPr>
            <w:tcW w:type="dxa" w:w="1765"/>
          </w:tcPr>
          <w:p>
            <w:pPr>
              <w:spacing w:after="0"/>
              <w:jc w:val="left"/>
            </w:pPr>
            <w:r>
              <w:rPr>
                <w:sz w:val="16"/>
              </w:rPr>
              <w:t>Hail</w:t>
            </w:r>
          </w:p>
        </w:tc>
        <w:tc>
          <w:tcPr>
            <w:tcW w:type="dxa" w:w="1753"/>
          </w:tcPr>
          <w:p>
            <w:pPr>
              <w:spacing w:after="0"/>
              <w:jc w:val="left"/>
            </w:pPr>
            <w:r>
              <w:rPr>
                <w:sz w:val="16"/>
              </w:rPr>
              <w:t>hail size (inches)</w:t>
            </w:r>
          </w:p>
        </w:tc>
        <w:tc>
          <w:tcPr>
            <w:tcW w:type="dxa" w:w="1580"/>
          </w:tcPr>
          <w:p>
            <w:pPr>
              <w:spacing w:after="0"/>
              <w:jc w:val="right"/>
            </w:pPr>
            <w:r>
              <w:rPr>
                <w:sz w:val="16"/>
              </w:rPr>
              <w:t>120, 1975 to 2025</w:t>
            </w:r>
          </w:p>
        </w:tc>
        <w:tc>
          <w:tcPr>
            <w:tcW w:type="dxa" w:w="1982"/>
          </w:tcPr>
          <w:p>
            <w:pPr>
              <w:spacing w:after="0"/>
              <w:jc w:val="left"/>
            </w:pPr>
            <w:r>
              <w:rPr>
                <w:sz w:val="16"/>
              </w:rPr>
              <w:t>0.75 in to 2.75 in (median 1 in); 120 with a recorded value</w:t>
            </w:r>
          </w:p>
        </w:tc>
        <w:tc>
          <w:tcPr>
            <w:tcW w:type="dxa" w:w="1446"/>
          </w:tcPr>
          <w:p>
            <w:pPr>
              <w:spacing w:after="0"/>
              <w:jc w:val="left"/>
            </w:pPr>
            <w:r>
              <w:rPr>
                <w:sz w:val="16"/>
              </w:rPr>
              <w:t>2.75 in hail, 2018-06-14; same size also recorded on 2001-07-19</w:t>
            </w:r>
          </w:p>
        </w:tc>
        <w:tc>
          <w:tcPr>
            <w:tcW w:type="dxa" w:w="1657"/>
          </w:tcPr>
          <w:p>
            <w:pPr>
              <w:spacing w:after="0"/>
              <w:jc w:val="left"/>
            </w:pPr>
          </w:p>
        </w:tc>
        <w:tc>
          <w:tcPr>
            <w:tcW w:type="dxa" w:w="1652"/>
          </w:tcPr>
          <w:p>
            <w:pPr>
              <w:spacing w:after="0"/>
              <w:jc w:val="left"/>
            </w:pPr>
            <w:r>
              <w:rPr>
                <w:sz w:val="16"/>
              </w:rPr>
              <w:t>Event records naming member places: Bowbells city (15 records), Lignite city (13 records), Powers Lake city (12 records), Columbus city (11 records), Portal city (10 records), Flaxton city (7 records).</w:t>
            </w:r>
          </w:p>
        </w:tc>
        <w:tc>
          <w:tcPr>
            <w:tcW w:type="dxa" w:w="2277"/>
          </w:tcPr>
          <w:p>
            <w:pPr>
              <w:spacing w:after="0"/>
              <w:jc w:val="left"/>
            </w:pPr>
          </w:p>
        </w:tc>
      </w:tr>
      <w:tr>
        <w:trPr>
          <w:cantSplit/>
        </w:trPr>
        <w:tc>
          <w:tcPr>
            <w:tcW w:type="dxa" w:w="1765"/>
          </w:tcPr>
          <w:p>
            <w:pPr>
              <w:spacing w:after="0"/>
              <w:jc w:val="left"/>
            </w:pPr>
            <w:r>
              <w:rPr>
                <w:sz w:val="16"/>
              </w:rPr>
              <w:t>Excessive Heat, Heat</w:t>
            </w:r>
          </w:p>
        </w:tc>
        <w:tc>
          <w:tcPr>
            <w:tcW w:type="dxa" w:w="1753"/>
          </w:tcPr>
          <w:p>
            <w:pPr>
              <w:spacing w:after="0"/>
              <w:jc w:val="left"/>
            </w:pPr>
            <w:r>
              <w:rPr>
                <w:sz w:val="16"/>
              </w:rPr>
              <w:t>heat index (narratives)</w:t>
            </w:r>
          </w:p>
        </w:tc>
        <w:tc>
          <w:tcPr>
            <w:tcW w:type="dxa" w:w="1580"/>
          </w:tcPr>
          <w:p>
            <w:pPr>
              <w:spacing w:after="0"/>
              <w:jc w:val="right"/>
            </w:pPr>
            <w:r>
              <w:rPr>
                <w:sz w:val="16"/>
              </w:rPr>
              <w:t>1, 2011 to 2011 (1 zone-level)</w:t>
            </w:r>
          </w:p>
        </w:tc>
        <w:tc>
          <w:tcPr>
            <w:tcW w:type="dxa" w:w="1982"/>
          </w:tcPr>
          <w:p>
            <w:pPr>
              <w:spacing w:after="0"/>
              <w:jc w:val="left"/>
            </w:pPr>
            <w:r>
              <w:rPr>
                <w:sz w:val="16"/>
              </w:rPr>
              <w:t>4 days; 1 with a recorded value</w:t>
            </w:r>
          </w:p>
        </w:tc>
        <w:tc>
          <w:tcPr>
            <w:tcW w:type="dxa" w:w="1446"/>
          </w:tcPr>
          <w:p>
            <w:pPr>
              <w:spacing w:after="0"/>
              <w:jc w:val="left"/>
            </w:pPr>
            <w:r>
              <w:rPr>
                <w:sz w:val="16"/>
              </w:rPr>
              <w:t>4 consecutive days, 2011-07-16 to 2011-07-19, zone-level</w:t>
            </w:r>
          </w:p>
        </w:tc>
        <w:tc>
          <w:tcPr>
            <w:tcW w:type="dxa" w:w="1657"/>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7"/>
          </w:tcPr>
          <w:p>
            <w:pPr>
              <w:spacing w:after="0"/>
              <w:jc w:val="left"/>
            </w:pPr>
            <w:r>
              <w:rPr>
                <w:sz w:val="16"/>
              </w:rPr>
              <w:t>Heat index: in event narratives only; local data required.</w:t>
            </w:r>
          </w:p>
        </w:tc>
      </w:tr>
      <w:tr>
        <w:trPr>
          <w:cantSplit/>
        </w:trPr>
        <w:tc>
          <w:tcPr>
            <w:tcW w:type="dxa" w:w="1765"/>
          </w:tcPr>
          <w:p>
            <w:pPr>
              <w:spacing w:after="0"/>
              <w:jc w:val="left"/>
            </w:pPr>
            <w:r>
              <w:rPr>
                <w:sz w:val="16"/>
              </w:rPr>
              <w:t>Hurricane, Tropical Storm, Tropical Depression</w:t>
            </w:r>
          </w:p>
        </w:tc>
        <w:tc>
          <w:tcPr>
            <w:tcW w:type="dxa" w:w="1753"/>
          </w:tcPr>
          <w:p>
            <w:pPr>
              <w:spacing w:after="0"/>
              <w:jc w:val="left"/>
            </w:pPr>
            <w:r>
              <w:rPr>
                <w:sz w:val="16"/>
              </w:rPr>
              <w:t>Saffir-Simpson</w:t>
            </w:r>
          </w:p>
        </w:tc>
        <w:tc>
          <w:tcPr>
            <w:tcW w:type="dxa" w:w="1580"/>
          </w:tcPr>
          <w:p>
            <w:pPr>
              <w:spacing w:after="0"/>
              <w:jc w:val="right"/>
            </w:pPr>
            <w:r>
              <w:rPr>
                <w:sz w:val="16"/>
              </w:rPr>
              <w:t>0</w:t>
            </w:r>
          </w:p>
        </w:tc>
        <w:tc>
          <w:tcPr>
            <w:tcW w:type="dxa" w:w="1982"/>
          </w:tcPr>
          <w:p>
            <w:pPr>
              <w:spacing w:after="0"/>
              <w:jc w:val="left"/>
            </w:pPr>
          </w:p>
        </w:tc>
        <w:tc>
          <w:tcPr>
            <w:tcW w:type="dxa" w:w="1446"/>
          </w:tcPr>
          <w:p>
            <w:pPr>
              <w:spacing w:after="0"/>
              <w:jc w:val="left"/>
            </w:pPr>
          </w:p>
        </w:tc>
        <w:tc>
          <w:tcPr>
            <w:tcW w:type="dxa" w:w="1657"/>
          </w:tcPr>
          <w:p>
            <w:pPr>
              <w:spacing w:after="0"/>
              <w:jc w:val="left"/>
            </w:pPr>
          </w:p>
        </w:tc>
        <w:tc>
          <w:tcPr>
            <w:tcW w:type="dxa" w:w="1652"/>
          </w:tcPr>
          <w:p>
            <w:pPr>
              <w:spacing w:after="0"/>
              <w:jc w:val="left"/>
            </w:pPr>
          </w:p>
        </w:tc>
        <w:tc>
          <w:tcPr>
            <w:tcW w:type="dxa" w:w="227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5"/>
          </w:tcPr>
          <w:p>
            <w:pPr>
              <w:spacing w:after="0"/>
              <w:jc w:val="left"/>
            </w:pPr>
            <w:r>
              <w:rPr>
                <w:sz w:val="16"/>
              </w:rPr>
              <w:t>Ice Storm</w:t>
            </w:r>
          </w:p>
        </w:tc>
        <w:tc>
          <w:tcPr>
            <w:tcW w:type="dxa" w:w="1753"/>
          </w:tcPr>
          <w:p>
            <w:pPr>
              <w:spacing w:after="0"/>
              <w:jc w:val="left"/>
            </w:pPr>
            <w:r>
              <w:rPr>
                <w:sz w:val="16"/>
              </w:rPr>
              <w:t>Sperry-Piltz (local data)</w:t>
            </w:r>
          </w:p>
        </w:tc>
        <w:tc>
          <w:tcPr>
            <w:tcW w:type="dxa" w:w="1580"/>
          </w:tcPr>
          <w:p>
            <w:pPr>
              <w:spacing w:after="0"/>
              <w:jc w:val="right"/>
            </w:pPr>
            <w:r>
              <w:rPr>
                <w:sz w:val="16"/>
              </w:rPr>
              <w:t>1, 2010 to 2010 (1 zone-level)</w:t>
            </w:r>
          </w:p>
        </w:tc>
        <w:tc>
          <w:tcPr>
            <w:tcW w:type="dxa" w:w="1982"/>
          </w:tcPr>
          <w:p>
            <w:pPr>
              <w:spacing w:after="0"/>
              <w:jc w:val="left"/>
            </w:pPr>
          </w:p>
        </w:tc>
        <w:tc>
          <w:tcPr>
            <w:tcW w:type="dxa" w:w="1446"/>
          </w:tcPr>
          <w:p>
            <w:pPr>
              <w:spacing w:after="0"/>
              <w:jc w:val="left"/>
            </w:pPr>
            <w:r>
              <w:rPr>
                <w:sz w:val="16"/>
              </w:rPr>
              <w:t>No damage reported in 1 records.</w:t>
            </w:r>
          </w:p>
        </w:tc>
        <w:tc>
          <w:tcPr>
            <w:tcW w:type="dxa" w:w="1657"/>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7"/>
          </w:tcPr>
          <w:p>
            <w:pPr>
              <w:spacing w:after="0"/>
              <w:jc w:val="left"/>
            </w:pPr>
            <w:r>
              <w:rPr>
                <w:sz w:val="16"/>
              </w:rPr>
              <w:t>Ice thickness: in event narratives only; local data required.</w:t>
            </w:r>
          </w:p>
        </w:tc>
      </w:tr>
      <w:tr>
        <w:trPr>
          <w:cantSplit/>
        </w:trPr>
        <w:tc>
          <w:tcPr>
            <w:tcW w:type="dxa" w:w="1765"/>
          </w:tcPr>
          <w:p>
            <w:pPr>
              <w:spacing w:after="0"/>
              <w:jc w:val="left"/>
            </w:pPr>
            <w:r>
              <w:rPr>
                <w:sz w:val="16"/>
              </w:rPr>
              <w:t>Flash Flood, Flood, Lakeshore Flood</w:t>
            </w:r>
          </w:p>
        </w:tc>
        <w:tc>
          <w:tcPr>
            <w:tcW w:type="dxa" w:w="1753"/>
          </w:tcPr>
          <w:p>
            <w:pPr>
              <w:spacing w:after="0"/>
              <w:jc w:val="left"/>
            </w:pPr>
            <w:r>
              <w:rPr>
                <w:sz w:val="16"/>
              </w:rPr>
              <w:t>damage and flood days (FIRM for depth)</w:t>
            </w:r>
          </w:p>
        </w:tc>
        <w:tc>
          <w:tcPr>
            <w:tcW w:type="dxa" w:w="1580"/>
          </w:tcPr>
          <w:p>
            <w:pPr>
              <w:spacing w:after="0"/>
              <w:jc w:val="right"/>
            </w:pPr>
            <w:r>
              <w:rPr>
                <w:sz w:val="16"/>
              </w:rPr>
              <w:t>3, 2011 to 2023</w:t>
            </w:r>
          </w:p>
        </w:tc>
        <w:tc>
          <w:tcPr>
            <w:tcW w:type="dxa" w:w="1982"/>
          </w:tcPr>
          <w:p>
            <w:pPr>
              <w:spacing w:after="0"/>
              <w:jc w:val="left"/>
            </w:pPr>
          </w:p>
        </w:tc>
        <w:tc>
          <w:tcPr>
            <w:tcW w:type="dxa" w:w="1446"/>
          </w:tcPr>
          <w:p>
            <w:pPr>
              <w:spacing w:after="0"/>
              <w:jc w:val="left"/>
            </w:pPr>
            <w:r>
              <w:rPr>
                <w:sz w:val="16"/>
              </w:rPr>
              <w:t>Flood, 2014-06-28, $50,000 property; $25,000 crops (2014 dollars)</w:t>
            </w:r>
          </w:p>
        </w:tc>
        <w:tc>
          <w:tcPr>
            <w:tcW w:type="dxa" w:w="1657"/>
          </w:tcPr>
          <w:p>
            <w:pPr>
              <w:spacing w:after="0"/>
              <w:jc w:val="left"/>
            </w:pPr>
          </w:p>
        </w:tc>
        <w:tc>
          <w:tcPr>
            <w:tcW w:type="dxa" w:w="1652"/>
          </w:tcPr>
          <w:p>
            <w:pPr>
              <w:spacing w:after="0"/>
              <w:jc w:val="left"/>
            </w:pPr>
            <w:r>
              <w:rPr>
                <w:sz w:val="16"/>
              </w:rPr>
              <w:t>Event records naming member places: Lignite city (1 record).</w:t>
            </w:r>
          </w:p>
        </w:tc>
        <w:tc>
          <w:tcPr>
            <w:tcW w:type="dxa" w:w="227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5"/>
          </w:tcPr>
          <w:p>
            <w:pPr>
              <w:spacing w:after="0"/>
              <w:jc w:val="left"/>
            </w:pPr>
            <w:r>
              <w:rPr>
                <w:sz w:val="16"/>
              </w:rPr>
              <w:t>Debris Flow</w:t>
            </w:r>
          </w:p>
        </w:tc>
        <w:tc>
          <w:tcPr>
            <w:tcW w:type="dxa" w:w="1753"/>
          </w:tcPr>
          <w:p>
            <w:pPr>
              <w:spacing w:after="0"/>
              <w:jc w:val="left"/>
            </w:pPr>
            <w:r>
              <w:rPr>
                <w:sz w:val="16"/>
              </w:rPr>
              <w:t>none (count and damage)</w:t>
            </w:r>
          </w:p>
        </w:tc>
        <w:tc>
          <w:tcPr>
            <w:tcW w:type="dxa" w:w="1580"/>
          </w:tcPr>
          <w:p>
            <w:pPr>
              <w:spacing w:after="0"/>
              <w:jc w:val="right"/>
            </w:pPr>
            <w:r>
              <w:rPr>
                <w:sz w:val="16"/>
              </w:rPr>
              <w:t>0</w:t>
            </w:r>
          </w:p>
        </w:tc>
        <w:tc>
          <w:tcPr>
            <w:tcW w:type="dxa" w:w="1982"/>
          </w:tcPr>
          <w:p>
            <w:pPr>
              <w:spacing w:after="0"/>
              <w:jc w:val="left"/>
            </w:pPr>
          </w:p>
        </w:tc>
        <w:tc>
          <w:tcPr>
            <w:tcW w:type="dxa" w:w="1446"/>
          </w:tcPr>
          <w:p>
            <w:pPr>
              <w:spacing w:after="0"/>
              <w:jc w:val="left"/>
            </w:pPr>
          </w:p>
        </w:tc>
        <w:tc>
          <w:tcPr>
            <w:tcW w:type="dxa" w:w="1657"/>
          </w:tcPr>
          <w:p>
            <w:pPr>
              <w:spacing w:after="0"/>
              <w:jc w:val="left"/>
            </w:pPr>
          </w:p>
        </w:tc>
        <w:tc>
          <w:tcPr>
            <w:tcW w:type="dxa" w:w="1652"/>
          </w:tcPr>
          <w:p>
            <w:pPr>
              <w:spacing w:after="0"/>
              <w:jc w:val="left"/>
            </w:pPr>
          </w:p>
        </w:tc>
        <w:tc>
          <w:tcPr>
            <w:tcW w:type="dxa" w:w="2277"/>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Lightning</w:t>
            </w:r>
          </w:p>
        </w:tc>
        <w:tc>
          <w:tcPr>
            <w:tcW w:type="dxa" w:w="1753"/>
          </w:tcPr>
          <w:p>
            <w:pPr>
              <w:spacing w:after="0"/>
              <w:jc w:val="left"/>
            </w:pPr>
            <w:r>
              <w:rPr>
                <w:sz w:val="16"/>
              </w:rPr>
              <w:t>annualized frequency (the measure FEMA's Local Mitigation Planning Handbook names)</w:t>
            </w:r>
          </w:p>
        </w:tc>
        <w:tc>
          <w:tcPr>
            <w:tcW w:type="dxa" w:w="1580"/>
          </w:tcPr>
          <w:p>
            <w:pPr>
              <w:spacing w:after="0"/>
              <w:jc w:val="right"/>
            </w:pPr>
            <w:r>
              <w:rPr>
                <w:sz w:val="16"/>
              </w:rPr>
              <w:t>9, 1997 to 2006</w:t>
            </w:r>
          </w:p>
        </w:tc>
        <w:tc>
          <w:tcPr>
            <w:tcW w:type="dxa" w:w="1982"/>
          </w:tcPr>
          <w:p>
            <w:pPr>
              <w:spacing w:after="0"/>
              <w:jc w:val="left"/>
            </w:pPr>
          </w:p>
        </w:tc>
        <w:tc>
          <w:tcPr>
            <w:tcW w:type="dxa" w:w="1446"/>
          </w:tcPr>
          <w:p>
            <w:pPr>
              <w:spacing w:after="0"/>
              <w:jc w:val="left"/>
            </w:pPr>
            <w:r>
              <w:rPr>
                <w:sz w:val="16"/>
              </w:rPr>
              <w:t>Lightning, 2006-08-09, $250,000 property; crops not reported (2006 dollars)</w:t>
            </w:r>
          </w:p>
        </w:tc>
        <w:tc>
          <w:tcPr>
            <w:tcW w:type="dxa" w:w="1657"/>
          </w:tcPr>
          <w:p>
            <w:pPr>
              <w:spacing w:after="0"/>
              <w:jc w:val="left"/>
            </w:pPr>
          </w:p>
        </w:tc>
        <w:tc>
          <w:tcPr>
            <w:tcW w:type="dxa" w:w="1652"/>
          </w:tcPr>
          <w:p>
            <w:pPr>
              <w:spacing w:after="0"/>
              <w:jc w:val="left"/>
            </w:pPr>
            <w:r>
              <w:rPr>
                <w:sz w:val="16"/>
              </w:rPr>
              <w:t>Event records naming member places: Lignite city (5 records), Bowbells city (2 records), Flaxton city (1 record).</w:t>
            </w:r>
          </w:p>
        </w:tc>
        <w:tc>
          <w:tcPr>
            <w:tcW w:type="dxa" w:w="2277"/>
          </w:tcPr>
          <w:p>
            <w:pPr>
              <w:spacing w:after="0"/>
              <w:jc w:val="left"/>
            </w:pPr>
            <w:r>
              <w:rPr>
                <w:sz w:val="16"/>
              </w:rPr>
              <w:t>Storm Events lists lightning with damage or casualties; physical measure in event narratives only; local data required.</w:t>
            </w:r>
          </w:p>
        </w:tc>
      </w:tr>
      <w:tr>
        <w:trPr>
          <w:cantSplit/>
        </w:trPr>
        <w:tc>
          <w:tcPr>
            <w:tcW w:type="dxa" w:w="1765"/>
          </w:tcPr>
          <w:p>
            <w:pPr>
              <w:spacing w:after="0"/>
              <w:jc w:val="left"/>
            </w:pPr>
            <w:r>
              <w:rPr>
                <w:sz w:val="16"/>
              </w:rPr>
              <w:t>High Wind and Strong Wind (outside NRI Strong Wind definition)</w:t>
            </w:r>
          </w:p>
        </w:tc>
        <w:tc>
          <w:tcPr>
            <w:tcW w:type="dxa" w:w="1753"/>
          </w:tcPr>
          <w:p>
            <w:pPr>
              <w:spacing w:after="0"/>
              <w:jc w:val="left"/>
            </w:pPr>
            <w:r>
              <w:rPr>
                <w:sz w:val="16"/>
              </w:rPr>
              <w:t>wind speed (kt and mph)</w:t>
            </w:r>
          </w:p>
        </w:tc>
        <w:tc>
          <w:tcPr>
            <w:tcW w:type="dxa" w:w="1580"/>
          </w:tcPr>
          <w:p>
            <w:pPr>
              <w:spacing w:after="0"/>
              <w:jc w:val="right"/>
            </w:pPr>
            <w:r>
              <w:rPr>
                <w:sz w:val="16"/>
              </w:rPr>
              <w:t>44, 1999 to 2026 (44 zone-level)</w:t>
            </w:r>
          </w:p>
        </w:tc>
        <w:tc>
          <w:tcPr>
            <w:tcW w:type="dxa" w:w="1982"/>
          </w:tcPr>
          <w:p>
            <w:pPr>
              <w:spacing w:after="0"/>
              <w:jc w:val="left"/>
            </w:pPr>
            <w:r>
              <w:rPr>
                <w:sz w:val="16"/>
              </w:rPr>
              <w:t>35 kt (40 mph) to 62 kt (71 mph) (median 50 kt (58 mph)); 44 with a recorded value</w:t>
            </w:r>
          </w:p>
        </w:tc>
        <w:tc>
          <w:tcPr>
            <w:tcW w:type="dxa" w:w="1446"/>
          </w:tcPr>
          <w:p>
            <w:pPr>
              <w:spacing w:after="0"/>
              <w:jc w:val="left"/>
            </w:pPr>
            <w:r>
              <w:rPr>
                <w:sz w:val="16"/>
              </w:rPr>
              <w:t>62 kt (71 mph), measurement type not recorded, High Wind, 1999-03-26; NWS zone NDZ002 (BURKE), zone-level: may include parts of neighboring counties</w:t>
            </w:r>
          </w:p>
        </w:tc>
        <w:tc>
          <w:tcPr>
            <w:tcW w:type="dxa" w:w="1657"/>
          </w:tcPr>
          <w:p>
            <w:pPr>
              <w:spacing w:after="0"/>
              <w:jc w:val="left"/>
            </w:pPr>
            <w:r>
              <w:rPr>
                <w:sz w:val="16"/>
              </w:rPr>
              <w:t>High Wind, 2011-02-13, $20,000 property; $0 crops, reported for the zone (2011 dollars)</w:t>
            </w:r>
          </w:p>
        </w:tc>
        <w:tc>
          <w:tcPr>
            <w:tcW w:type="dxa" w:w="1652"/>
          </w:tcPr>
          <w:p>
            <w:pPr>
              <w:spacing w:after="0"/>
              <w:jc w:val="left"/>
            </w:pPr>
            <w:r>
              <w:rPr>
                <w:sz w:val="16"/>
              </w:rPr>
              <w:t>Zone-level records: applies countywide; national data do not locate these events within the county.</w:t>
            </w:r>
          </w:p>
        </w:tc>
        <w:tc>
          <w:tcPr>
            <w:tcW w:type="dxa" w:w="2277"/>
          </w:tcPr>
          <w:p>
            <w:pPr>
              <w:spacing w:after="0"/>
              <w:jc w:val="left"/>
            </w:pPr>
          </w:p>
        </w:tc>
      </w:tr>
      <w:tr>
        <w:trPr>
          <w:cantSplit/>
        </w:trPr>
        <w:tc>
          <w:tcPr>
            <w:tcW w:type="dxa" w:w="1765"/>
          </w:tcPr>
          <w:p>
            <w:pPr>
              <w:spacing w:after="0"/>
              <w:jc w:val="left"/>
            </w:pPr>
            <w:r>
              <w:rPr>
                <w:sz w:val="16"/>
              </w:rPr>
              <w:t>Thunderstorm Wind</w:t>
            </w:r>
          </w:p>
        </w:tc>
        <w:tc>
          <w:tcPr>
            <w:tcW w:type="dxa" w:w="1753"/>
          </w:tcPr>
          <w:p>
            <w:pPr>
              <w:spacing w:after="0"/>
              <w:jc w:val="left"/>
            </w:pPr>
            <w:r>
              <w:rPr>
                <w:sz w:val="16"/>
              </w:rPr>
              <w:t>wind speed (kt and mph)</w:t>
            </w:r>
          </w:p>
        </w:tc>
        <w:tc>
          <w:tcPr>
            <w:tcW w:type="dxa" w:w="1580"/>
          </w:tcPr>
          <w:p>
            <w:pPr>
              <w:spacing w:after="0"/>
              <w:jc w:val="right"/>
            </w:pPr>
            <w:r>
              <w:rPr>
                <w:sz w:val="16"/>
              </w:rPr>
              <w:t>55, 1971 to 2026</w:t>
            </w:r>
          </w:p>
        </w:tc>
        <w:tc>
          <w:tcPr>
            <w:tcW w:type="dxa" w:w="1982"/>
          </w:tcPr>
          <w:p>
            <w:pPr>
              <w:spacing w:after="0"/>
              <w:jc w:val="left"/>
            </w:pPr>
            <w:r>
              <w:rPr>
                <w:sz w:val="16"/>
              </w:rPr>
              <w:t>50 kt (58 mph) to 78 kt (90 mph) (median 54.5 kt (63 mph)); 44 with a recorded value</w:t>
            </w:r>
          </w:p>
        </w:tc>
        <w:tc>
          <w:tcPr>
            <w:tcW w:type="dxa" w:w="1446"/>
          </w:tcPr>
          <w:p>
            <w:pPr>
              <w:spacing w:after="0"/>
              <w:jc w:val="left"/>
            </w:pPr>
            <w:r>
              <w:rPr>
                <w:sz w:val="16"/>
              </w:rPr>
              <w:t>78 kt (90 mph) estimated gust, Thunderstorm Wind, 2012-07-15</w:t>
            </w:r>
          </w:p>
        </w:tc>
        <w:tc>
          <w:tcPr>
            <w:tcW w:type="dxa" w:w="1657"/>
          </w:tcPr>
          <w:p>
            <w:pPr>
              <w:spacing w:after="0"/>
              <w:jc w:val="left"/>
            </w:pPr>
            <w:r>
              <w:rPr>
                <w:sz w:val="16"/>
              </w:rPr>
              <w:t>Thunderstorm Wind, 2010-06-24, $0 property; $500,000 crops (2010 dollars)</w:t>
            </w:r>
          </w:p>
        </w:tc>
        <w:tc>
          <w:tcPr>
            <w:tcW w:type="dxa" w:w="1652"/>
          </w:tcPr>
          <w:p>
            <w:pPr>
              <w:spacing w:after="0"/>
              <w:jc w:val="left"/>
            </w:pPr>
            <w:r>
              <w:rPr>
                <w:sz w:val="16"/>
              </w:rPr>
              <w:t>Event records naming member places: Powers Lake city (8 records), Bowbells city (7 records), Flaxton city (3 records), Lignite city (3 records), Columbus city (2 records), Portal city (2 records).</w:t>
            </w:r>
          </w:p>
        </w:tc>
        <w:tc>
          <w:tcPr>
            <w:tcW w:type="dxa" w:w="2277"/>
          </w:tcPr>
          <w:p>
            <w:pPr>
              <w:spacing w:after="0"/>
              <w:jc w:val="left"/>
            </w:pPr>
          </w:p>
        </w:tc>
      </w:tr>
      <w:tr>
        <w:trPr>
          <w:cantSplit/>
        </w:trPr>
        <w:tc>
          <w:tcPr>
            <w:tcW w:type="dxa" w:w="1765"/>
          </w:tcPr>
          <w:p>
            <w:pPr>
              <w:spacing w:after="0"/>
              <w:jc w:val="left"/>
            </w:pPr>
            <w:r>
              <w:rPr>
                <w:sz w:val="16"/>
              </w:rPr>
              <w:t>Tornado</w:t>
            </w:r>
          </w:p>
        </w:tc>
        <w:tc>
          <w:tcPr>
            <w:tcW w:type="dxa" w:w="1753"/>
          </w:tcPr>
          <w:p>
            <w:pPr>
              <w:spacing w:after="0"/>
              <w:jc w:val="left"/>
            </w:pPr>
            <w:r>
              <w:rPr>
                <w:sz w:val="16"/>
              </w:rPr>
              <w:t>Enhanced Fujita (F before Feb 2007)</w:t>
            </w:r>
          </w:p>
        </w:tc>
        <w:tc>
          <w:tcPr>
            <w:tcW w:type="dxa" w:w="1580"/>
          </w:tcPr>
          <w:p>
            <w:pPr>
              <w:spacing w:after="0"/>
              <w:jc w:val="right"/>
            </w:pPr>
            <w:r>
              <w:rPr>
                <w:sz w:val="16"/>
              </w:rPr>
              <w:t>28, 1969 to 2026</w:t>
            </w:r>
          </w:p>
        </w:tc>
        <w:tc>
          <w:tcPr>
            <w:tcW w:type="dxa" w:w="1982"/>
          </w:tcPr>
          <w:p>
            <w:pPr>
              <w:spacing w:after="0"/>
              <w:jc w:val="left"/>
            </w:pPr>
            <w:r>
              <w:rPr>
                <w:sz w:val="16"/>
              </w:rPr>
              <w:t>F/EF0 to F/EF3 (median F/EF0); 26 with a recorded value</w:t>
            </w:r>
          </w:p>
        </w:tc>
        <w:tc>
          <w:tcPr>
            <w:tcW w:type="dxa" w:w="1446"/>
          </w:tcPr>
          <w:p>
            <w:pPr>
              <w:spacing w:after="0"/>
              <w:jc w:val="left"/>
            </w:pPr>
            <w:r>
              <w:rPr>
                <w:sz w:val="16"/>
              </w:rPr>
              <w:t>EF3 tornado, 2010-08-12, 2.55 mi within this county, 400 yd wide, $700,000 property; $150,000 crops (2010 dollars)</w:t>
            </w:r>
          </w:p>
        </w:tc>
        <w:tc>
          <w:tcPr>
            <w:tcW w:type="dxa" w:w="1657"/>
          </w:tcPr>
          <w:p>
            <w:pPr>
              <w:spacing w:after="0"/>
              <w:jc w:val="left"/>
            </w:pPr>
          </w:p>
        </w:tc>
        <w:tc>
          <w:tcPr>
            <w:tcW w:type="dxa" w:w="1652"/>
          </w:tcPr>
          <w:p>
            <w:pPr>
              <w:spacing w:after="0"/>
              <w:jc w:val="left"/>
            </w:pPr>
            <w:r>
              <w:rPr>
                <w:sz w:val="16"/>
              </w:rPr>
              <w:t>Event records naming member places: Bowbells city (6 records), Portal city (5 records), Powers Lake city (3 records).</w:t>
            </w:r>
          </w:p>
        </w:tc>
        <w:tc>
          <w:tcPr>
            <w:tcW w:type="dxa" w:w="227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5"/>
          </w:tcPr>
          <w:p>
            <w:pPr>
              <w:spacing w:after="0"/>
              <w:jc w:val="left"/>
            </w:pPr>
            <w:r>
              <w:rPr>
                <w:sz w:val="16"/>
              </w:rPr>
              <w:t>Tsunami</w:t>
            </w:r>
          </w:p>
        </w:tc>
        <w:tc>
          <w:tcPr>
            <w:tcW w:type="dxa" w:w="1753"/>
          </w:tcPr>
          <w:p>
            <w:pPr>
              <w:spacing w:after="0"/>
              <w:jc w:val="left"/>
            </w:pPr>
            <w:r>
              <w:rPr>
                <w:sz w:val="16"/>
              </w:rPr>
              <w:t>none (count and damage)</w:t>
            </w:r>
          </w:p>
        </w:tc>
        <w:tc>
          <w:tcPr>
            <w:tcW w:type="dxa" w:w="1580"/>
          </w:tcPr>
          <w:p>
            <w:pPr>
              <w:spacing w:after="0"/>
              <w:jc w:val="right"/>
            </w:pPr>
            <w:r>
              <w:rPr>
                <w:sz w:val="16"/>
              </w:rPr>
              <w:t>0</w:t>
            </w:r>
          </w:p>
        </w:tc>
        <w:tc>
          <w:tcPr>
            <w:tcW w:type="dxa" w:w="1982"/>
          </w:tcPr>
          <w:p>
            <w:pPr>
              <w:spacing w:after="0"/>
              <w:jc w:val="left"/>
            </w:pPr>
          </w:p>
        </w:tc>
        <w:tc>
          <w:tcPr>
            <w:tcW w:type="dxa" w:w="1446"/>
          </w:tcPr>
          <w:p>
            <w:pPr>
              <w:spacing w:after="0"/>
              <w:jc w:val="left"/>
            </w:pPr>
          </w:p>
        </w:tc>
        <w:tc>
          <w:tcPr>
            <w:tcW w:type="dxa" w:w="1657"/>
          </w:tcPr>
          <w:p>
            <w:pPr>
              <w:spacing w:after="0"/>
              <w:jc w:val="left"/>
            </w:pPr>
          </w:p>
        </w:tc>
        <w:tc>
          <w:tcPr>
            <w:tcW w:type="dxa" w:w="1652"/>
          </w:tcPr>
          <w:p>
            <w:pPr>
              <w:spacing w:after="0"/>
              <w:jc w:val="left"/>
            </w:pPr>
          </w:p>
        </w:tc>
        <w:tc>
          <w:tcPr>
            <w:tcW w:type="dxa" w:w="2277"/>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Volcanic Ash, Volcanic Ashfall</w:t>
            </w:r>
          </w:p>
        </w:tc>
        <w:tc>
          <w:tcPr>
            <w:tcW w:type="dxa" w:w="1753"/>
          </w:tcPr>
          <w:p>
            <w:pPr>
              <w:spacing w:after="0"/>
              <w:jc w:val="left"/>
            </w:pPr>
            <w:r>
              <w:rPr>
                <w:sz w:val="16"/>
              </w:rPr>
              <w:t>Volcanic Explosivity Index (local data)</w:t>
            </w:r>
          </w:p>
        </w:tc>
        <w:tc>
          <w:tcPr>
            <w:tcW w:type="dxa" w:w="1580"/>
          </w:tcPr>
          <w:p>
            <w:pPr>
              <w:spacing w:after="0"/>
              <w:jc w:val="right"/>
            </w:pPr>
            <w:r>
              <w:rPr>
                <w:sz w:val="16"/>
              </w:rPr>
              <w:t>0</w:t>
            </w:r>
          </w:p>
        </w:tc>
        <w:tc>
          <w:tcPr>
            <w:tcW w:type="dxa" w:w="1982"/>
          </w:tcPr>
          <w:p>
            <w:pPr>
              <w:spacing w:after="0"/>
              <w:jc w:val="left"/>
            </w:pPr>
          </w:p>
        </w:tc>
        <w:tc>
          <w:tcPr>
            <w:tcW w:type="dxa" w:w="1446"/>
          </w:tcPr>
          <w:p>
            <w:pPr>
              <w:spacing w:after="0"/>
              <w:jc w:val="left"/>
            </w:pPr>
          </w:p>
        </w:tc>
        <w:tc>
          <w:tcPr>
            <w:tcW w:type="dxa" w:w="1657"/>
          </w:tcPr>
          <w:p>
            <w:pPr>
              <w:spacing w:after="0"/>
              <w:jc w:val="left"/>
            </w:pPr>
          </w:p>
        </w:tc>
        <w:tc>
          <w:tcPr>
            <w:tcW w:type="dxa" w:w="1652"/>
          </w:tcPr>
          <w:p>
            <w:pPr>
              <w:spacing w:after="0"/>
              <w:jc w:val="left"/>
            </w:pPr>
          </w:p>
        </w:tc>
        <w:tc>
          <w:tcPr>
            <w:tcW w:type="dxa" w:w="2277"/>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Wildfire</w:t>
            </w:r>
          </w:p>
        </w:tc>
        <w:tc>
          <w:tcPr>
            <w:tcW w:type="dxa" w:w="1753"/>
          </w:tcPr>
          <w:p>
            <w:pPr>
              <w:spacing w:after="0"/>
              <w:jc w:val="left"/>
            </w:pPr>
            <w:r>
              <w:rPr>
                <w:sz w:val="16"/>
              </w:rPr>
              <w:t>acres burned (local data)</w:t>
            </w:r>
          </w:p>
        </w:tc>
        <w:tc>
          <w:tcPr>
            <w:tcW w:type="dxa" w:w="1580"/>
          </w:tcPr>
          <w:p>
            <w:pPr>
              <w:spacing w:after="0"/>
              <w:jc w:val="right"/>
            </w:pPr>
            <w:r>
              <w:rPr>
                <w:sz w:val="16"/>
              </w:rPr>
              <w:t>0</w:t>
            </w:r>
          </w:p>
        </w:tc>
        <w:tc>
          <w:tcPr>
            <w:tcW w:type="dxa" w:w="1982"/>
          </w:tcPr>
          <w:p>
            <w:pPr>
              <w:spacing w:after="0"/>
              <w:jc w:val="left"/>
            </w:pPr>
          </w:p>
        </w:tc>
        <w:tc>
          <w:tcPr>
            <w:tcW w:type="dxa" w:w="1446"/>
          </w:tcPr>
          <w:p>
            <w:pPr>
              <w:spacing w:after="0"/>
              <w:jc w:val="left"/>
            </w:pPr>
          </w:p>
        </w:tc>
        <w:tc>
          <w:tcPr>
            <w:tcW w:type="dxa" w:w="1657"/>
          </w:tcPr>
          <w:p>
            <w:pPr>
              <w:spacing w:after="0"/>
              <w:jc w:val="left"/>
            </w:pPr>
          </w:p>
        </w:tc>
        <w:tc>
          <w:tcPr>
            <w:tcW w:type="dxa" w:w="1652"/>
          </w:tcPr>
          <w:p>
            <w:pPr>
              <w:spacing w:after="0"/>
              <w:jc w:val="left"/>
            </w:pPr>
          </w:p>
        </w:tc>
        <w:tc>
          <w:tcPr>
            <w:tcW w:type="dxa" w:w="2277"/>
          </w:tcPr>
          <w:p>
            <w:pPr>
              <w:spacing w:after="0"/>
              <w:jc w:val="left"/>
            </w:pPr>
            <w:r>
              <w:rPr>
                <w:sz w:val="16"/>
              </w:rPr>
              <w:t>Acres burned: in event narratives only; local data required.</w:t>
            </w:r>
          </w:p>
        </w:tc>
      </w:tr>
      <w:tr>
        <w:trPr>
          <w:cantSplit/>
        </w:trPr>
        <w:tc>
          <w:tcPr>
            <w:tcW w:type="dxa" w:w="1765"/>
          </w:tcPr>
          <w:p>
            <w:pPr>
              <w:spacing w:after="0"/>
              <w:jc w:val="left"/>
            </w:pPr>
            <w:r>
              <w:rPr>
                <w:sz w:val="16"/>
              </w:rPr>
              <w:t>Winter Storm, Heavy Snow, Blizzard, Lake-Effect Snow, Winter Weather, Sleet</w:t>
            </w:r>
          </w:p>
        </w:tc>
        <w:tc>
          <w:tcPr>
            <w:tcW w:type="dxa" w:w="1753"/>
          </w:tcPr>
          <w:p>
            <w:pPr>
              <w:spacing w:after="0"/>
              <w:jc w:val="left"/>
            </w:pPr>
            <w:r>
              <w:rPr>
                <w:sz w:val="16"/>
              </w:rPr>
              <w:t>none in data (snowfall local)</w:t>
            </w:r>
          </w:p>
        </w:tc>
        <w:tc>
          <w:tcPr>
            <w:tcW w:type="dxa" w:w="1580"/>
          </w:tcPr>
          <w:p>
            <w:pPr>
              <w:spacing w:after="0"/>
              <w:jc w:val="right"/>
            </w:pPr>
            <w:r>
              <w:rPr>
                <w:sz w:val="16"/>
              </w:rPr>
              <w:t>94, 1996 to 2026 (94 zone-level)</w:t>
            </w:r>
          </w:p>
        </w:tc>
        <w:tc>
          <w:tcPr>
            <w:tcW w:type="dxa" w:w="1982"/>
          </w:tcPr>
          <w:p>
            <w:pPr>
              <w:spacing w:after="0"/>
              <w:jc w:val="left"/>
            </w:pPr>
          </w:p>
        </w:tc>
        <w:tc>
          <w:tcPr>
            <w:tcW w:type="dxa" w:w="1446"/>
          </w:tcPr>
          <w:p>
            <w:pPr>
              <w:spacing w:after="0"/>
              <w:jc w:val="left"/>
            </w:pPr>
            <w:r>
              <w:rPr>
                <w:sz w:val="16"/>
              </w:rPr>
              <w:t>Blizzard, 2022-04-23, $6,000,000 property; $0 crops, reported for the zone (2022 dollars); NWS zone NDZ002 (BURKE), zone-level: may include parts of neighboring counties</w:t>
            </w:r>
          </w:p>
        </w:tc>
        <w:tc>
          <w:tcPr>
            <w:tcW w:type="dxa" w:w="1657"/>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6"/>
        <w:gridCol w:w="3455"/>
        <w:gridCol w:w="2004"/>
        <w:gridCol w:w="2176"/>
        <w:gridCol w:w="1206"/>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6"/>
            <w:shd w:val="clear" w:color="auto" w:fill="E8E8E8"/>
          </w:tcPr>
          <w:p>
            <w:pPr>
              <w:spacing w:after="0"/>
              <w:jc w:val="left"/>
            </w:pPr>
            <w:r>
              <w:rPr>
                <w:b/>
                <w:sz w:val="16"/>
              </w:rPr>
              <w:t>Type</w:t>
            </w:r>
          </w:p>
        </w:tc>
        <w:tc>
          <w:tcPr>
            <w:tcW w:type="dxa" w:w="3455"/>
            <w:shd w:val="clear" w:color="auto" w:fill="E8E8E8"/>
          </w:tcPr>
          <w:p>
            <w:pPr>
              <w:spacing w:after="0"/>
              <w:jc w:val="left"/>
            </w:pPr>
            <w:r>
              <w:rPr>
                <w:b/>
                <w:sz w:val="16"/>
              </w:rPr>
              <w:t>Title</w:t>
            </w:r>
          </w:p>
        </w:tc>
        <w:tc>
          <w:tcPr>
            <w:tcW w:type="dxa" w:w="2004"/>
            <w:shd w:val="clear" w:color="auto" w:fill="E8E8E8"/>
          </w:tcPr>
          <w:p>
            <w:pPr>
              <w:spacing w:after="0"/>
              <w:jc w:val="left"/>
            </w:pPr>
            <w:r>
              <w:rPr>
                <w:b/>
                <w:sz w:val="16"/>
              </w:rPr>
              <w:t>Mapped hazard</w:t>
            </w:r>
          </w:p>
        </w:tc>
        <w:tc>
          <w:tcPr>
            <w:tcW w:type="dxa" w:w="21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06"/>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2026-06-07</w:t>
            </w:r>
          </w:p>
        </w:tc>
        <w:tc>
          <w:tcPr>
            <w:tcW w:type="dxa" w:w="1037"/>
          </w:tcPr>
          <w:p>
            <w:pPr>
              <w:spacing w:after="0"/>
              <w:jc w:val="left"/>
            </w:pPr>
            <w:r>
              <w:rPr>
                <w:sz w:val="16"/>
              </w:rPr>
              <w:t>DR-4934-ND</w:t>
            </w:r>
          </w:p>
        </w:tc>
        <w:tc>
          <w:tcPr>
            <w:tcW w:type="dxa" w:w="1276"/>
          </w:tcPr>
          <w:p>
            <w:pPr>
              <w:spacing w:after="0"/>
              <w:jc w:val="left"/>
            </w:pPr>
            <w:r>
              <w:rPr>
                <w:sz w:val="16"/>
              </w:rPr>
              <w:t>Major disaster</w:t>
            </w:r>
          </w:p>
        </w:tc>
        <w:tc>
          <w:tcPr>
            <w:tcW w:type="dxa" w:w="3455"/>
          </w:tcPr>
          <w:p>
            <w:pPr>
              <w:spacing w:after="0"/>
              <w:jc w:val="left"/>
            </w:pPr>
            <w:r>
              <w:rPr>
                <w:sz w:val="16"/>
              </w:rPr>
              <w:t>SEVERE STORMS, STRAIGHT-LINE WINDS, AND TORNADOES</w:t>
            </w:r>
          </w:p>
        </w:tc>
        <w:tc>
          <w:tcPr>
            <w:tcW w:type="dxa" w:w="2004"/>
          </w:tcPr>
          <w:p>
            <w:pPr>
              <w:spacing w:after="0"/>
              <w:jc w:val="left"/>
            </w:pPr>
            <w:r>
              <w:rPr>
                <w:sz w:val="16"/>
              </w:rPr>
              <w:t>Strong Wind; Tornado</w:t>
            </w:r>
          </w:p>
        </w:tc>
        <w:tc>
          <w:tcPr>
            <w:tcW w:type="dxa" w:w="2176"/>
          </w:tcPr>
          <w:p>
            <w:pPr>
              <w:spacing w:after="0"/>
              <w:jc w:val="right"/>
            </w:pPr>
            <w:r>
              <w:rPr>
                <w:sz w:val="16"/>
              </w:rPr>
              <w:t>not yet in FEMA's PA summaries (they cover declarations through 2026-06-30)</w:t>
            </w:r>
          </w:p>
        </w:tc>
        <w:tc>
          <w:tcPr>
            <w:tcW w:type="dxa" w:w="1206"/>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2023-07-05</w:t>
            </w:r>
          </w:p>
        </w:tc>
        <w:tc>
          <w:tcPr>
            <w:tcW w:type="dxa" w:w="1037"/>
          </w:tcPr>
          <w:p>
            <w:pPr>
              <w:spacing w:after="0"/>
              <w:jc w:val="left"/>
            </w:pPr>
            <w:r>
              <w:rPr>
                <w:sz w:val="16"/>
              </w:rPr>
              <w:t>2023-04-10</w:t>
            </w:r>
          </w:p>
        </w:tc>
        <w:tc>
          <w:tcPr>
            <w:tcW w:type="dxa" w:w="1037"/>
          </w:tcPr>
          <w:p>
            <w:pPr>
              <w:spacing w:after="0"/>
              <w:jc w:val="left"/>
            </w:pPr>
            <w:r>
              <w:rPr>
                <w:sz w:val="16"/>
              </w:rPr>
              <w:t>DR-4717-ND</w:t>
            </w:r>
          </w:p>
        </w:tc>
        <w:tc>
          <w:tcPr>
            <w:tcW w:type="dxa" w:w="1276"/>
          </w:tcPr>
          <w:p>
            <w:pPr>
              <w:spacing w:after="0"/>
              <w:jc w:val="left"/>
            </w:pPr>
            <w:r>
              <w:rPr>
                <w:sz w:val="16"/>
              </w:rPr>
              <w:t>Major disaster</w:t>
            </w:r>
          </w:p>
        </w:tc>
        <w:tc>
          <w:tcPr>
            <w:tcW w:type="dxa" w:w="3455"/>
          </w:tcPr>
          <w:p>
            <w:pPr>
              <w:spacing w:after="0"/>
              <w:jc w:val="left"/>
            </w:pPr>
            <w:r>
              <w:rPr>
                <w:sz w:val="16"/>
              </w:rPr>
              <w:t>FLOODING</w:t>
            </w:r>
          </w:p>
        </w:tc>
        <w:tc>
          <w:tcPr>
            <w:tcW w:type="dxa" w:w="2004"/>
          </w:tcPr>
          <w:p>
            <w:pPr>
              <w:spacing w:after="0"/>
              <w:jc w:val="left"/>
            </w:pPr>
            <w:r>
              <w:rPr>
                <w:sz w:val="16"/>
              </w:rPr>
              <w:t>Inland Flooding</w:t>
            </w:r>
          </w:p>
        </w:tc>
        <w:tc>
          <w:tcPr>
            <w:tcW w:type="dxa" w:w="2176"/>
          </w:tcPr>
          <w:p>
            <w:pPr>
              <w:spacing w:after="0"/>
              <w:jc w:val="right"/>
            </w:pPr>
            <w:r>
              <w:rPr>
                <w:sz w:val="16"/>
              </w:rPr>
              <w:t>$30,195</w:t>
            </w:r>
          </w:p>
        </w:tc>
        <w:tc>
          <w:tcPr>
            <w:tcW w:type="dxa" w:w="1206"/>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DR-4660-ND</w:t>
            </w:r>
          </w:p>
        </w:tc>
        <w:tc>
          <w:tcPr>
            <w:tcW w:type="dxa" w:w="1276"/>
          </w:tcPr>
          <w:p>
            <w:pPr>
              <w:spacing w:after="0"/>
              <w:jc w:val="left"/>
            </w:pPr>
            <w:r>
              <w:rPr>
                <w:sz w:val="16"/>
              </w:rPr>
              <w:t>Major disaster</w:t>
            </w:r>
          </w:p>
        </w:tc>
        <w:tc>
          <w:tcPr>
            <w:tcW w:type="dxa" w:w="3455"/>
          </w:tcPr>
          <w:p>
            <w:pPr>
              <w:spacing w:after="0"/>
              <w:jc w:val="left"/>
            </w:pPr>
            <w:r>
              <w:rPr>
                <w:sz w:val="16"/>
              </w:rPr>
              <w:t>SEVERE WINTER STORM AND FLOODING</w:t>
            </w:r>
          </w:p>
        </w:tc>
        <w:tc>
          <w:tcPr>
            <w:tcW w:type="dxa" w:w="2004"/>
          </w:tcPr>
          <w:p>
            <w:pPr>
              <w:spacing w:after="0"/>
              <w:jc w:val="left"/>
            </w:pPr>
            <w:r>
              <w:rPr>
                <w:sz w:val="16"/>
              </w:rPr>
              <w:t>Inland Flooding; Winter Weather</w:t>
            </w:r>
          </w:p>
        </w:tc>
        <w:tc>
          <w:tcPr>
            <w:tcW w:type="dxa" w:w="2176"/>
          </w:tcPr>
          <w:p>
            <w:pPr>
              <w:spacing w:after="0"/>
              <w:jc w:val="right"/>
            </w:pPr>
            <w:r>
              <w:rPr>
                <w:sz w:val="16"/>
              </w:rPr>
              <w:t>$8,562,823.69</w:t>
            </w:r>
          </w:p>
        </w:tc>
        <w:tc>
          <w:tcPr>
            <w:tcW w:type="dxa" w:w="1206"/>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2021-09-01</w:t>
            </w:r>
          </w:p>
        </w:tc>
        <w:tc>
          <w:tcPr>
            <w:tcW w:type="dxa" w:w="1037"/>
          </w:tcPr>
          <w:p>
            <w:pPr>
              <w:spacing w:after="0"/>
              <w:jc w:val="left"/>
            </w:pPr>
            <w:r>
              <w:rPr>
                <w:sz w:val="16"/>
              </w:rPr>
              <w:t>2021-06-07</w:t>
            </w:r>
          </w:p>
        </w:tc>
        <w:tc>
          <w:tcPr>
            <w:tcW w:type="dxa" w:w="1037"/>
          </w:tcPr>
          <w:p>
            <w:pPr>
              <w:spacing w:after="0"/>
              <w:jc w:val="left"/>
            </w:pPr>
            <w:r>
              <w:rPr>
                <w:sz w:val="16"/>
              </w:rPr>
              <w:t>DR-4613-ND</w:t>
            </w:r>
          </w:p>
        </w:tc>
        <w:tc>
          <w:tcPr>
            <w:tcW w:type="dxa" w:w="1276"/>
          </w:tcPr>
          <w:p>
            <w:pPr>
              <w:spacing w:after="0"/>
              <w:jc w:val="left"/>
            </w:pPr>
            <w:r>
              <w:rPr>
                <w:sz w:val="16"/>
              </w:rPr>
              <w:t>Major disaster</w:t>
            </w:r>
          </w:p>
        </w:tc>
        <w:tc>
          <w:tcPr>
            <w:tcW w:type="dxa" w:w="3455"/>
          </w:tcPr>
          <w:p>
            <w:pPr>
              <w:spacing w:after="0"/>
              <w:jc w:val="left"/>
            </w:pPr>
            <w:r>
              <w:rPr>
                <w:sz w:val="16"/>
              </w:rPr>
              <w:t>SEVERE STORM, STRAIGHT-LINE WINDS, AND FLOODING</w:t>
            </w:r>
          </w:p>
        </w:tc>
        <w:tc>
          <w:tcPr>
            <w:tcW w:type="dxa" w:w="2004"/>
          </w:tcPr>
          <w:p>
            <w:pPr>
              <w:spacing w:after="0"/>
              <w:jc w:val="left"/>
            </w:pPr>
            <w:r>
              <w:rPr>
                <w:sz w:val="16"/>
              </w:rPr>
              <w:t>Inland Flooding; Strong Wind</w:t>
            </w:r>
          </w:p>
        </w:tc>
        <w:tc>
          <w:tcPr>
            <w:tcW w:type="dxa" w:w="2176"/>
          </w:tcPr>
          <w:p>
            <w:pPr>
              <w:spacing w:after="0"/>
              <w:jc w:val="right"/>
            </w:pPr>
            <w:r>
              <w:rPr>
                <w:sz w:val="16"/>
              </w:rPr>
              <w:t>$51,382.93</w:t>
            </w:r>
          </w:p>
        </w:tc>
        <w:tc>
          <w:tcPr>
            <w:tcW w:type="dxa" w:w="1206"/>
          </w:tcPr>
          <w:p>
            <w:pPr>
              <w:spacing w:after="0"/>
              <w:jc w:val="left"/>
            </w:pPr>
            <w:r>
              <w:rPr>
                <w:sz w:val="16"/>
              </w:rPr>
              <w:t>new since last plan</w:t>
            </w:r>
          </w:p>
        </w:tc>
        <w:tc>
          <w:tcPr>
            <w:tcW w:type="dxa" w:w="885"/>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276"/>
          </w:tcPr>
          <w:p>
            <w:pPr>
              <w:spacing w:after="0"/>
              <w:jc w:val="left"/>
            </w:pPr>
            <w:r>
              <w:rPr>
                <w:sz w:val="16"/>
              </w:rPr>
              <w:t>Major disaster</w:t>
            </w:r>
          </w:p>
        </w:tc>
        <w:tc>
          <w:tcPr>
            <w:tcW w:type="dxa" w:w="3455"/>
          </w:tcPr>
          <w:p>
            <w:pPr>
              <w:spacing w:after="0"/>
              <w:jc w:val="left"/>
            </w:pPr>
            <w:r>
              <w:rPr>
                <w:sz w:val="16"/>
              </w:rPr>
              <w:t>COVID-19 PANDEMIC</w:t>
            </w:r>
          </w:p>
        </w:tc>
        <w:tc>
          <w:tcPr>
            <w:tcW w:type="dxa" w:w="2004"/>
          </w:tcPr>
          <w:p>
            <w:pPr>
              <w:spacing w:after="0"/>
              <w:jc w:val="left"/>
            </w:pPr>
            <w:r>
              <w:rPr>
                <w:sz w:val="16"/>
              </w:rPr>
              <w:t>Non-natural, not counted</w:t>
            </w:r>
          </w:p>
        </w:tc>
        <w:tc>
          <w:tcPr>
            <w:tcW w:type="dxa" w:w="2176"/>
          </w:tcPr>
          <w:p>
            <w:pPr>
              <w:spacing w:after="0"/>
              <w:jc w:val="right"/>
            </w:pPr>
            <w:r>
              <w:rPr>
                <w:sz w:val="16"/>
              </w:rPr>
              <w:t>$11,977.43</w:t>
            </w:r>
          </w:p>
        </w:tc>
        <w:tc>
          <w:tcPr>
            <w:tcW w:type="dxa" w:w="1206"/>
          </w:tcPr>
          <w:p>
            <w:pPr>
              <w:spacing w:after="0"/>
              <w:jc w:val="left"/>
            </w:pPr>
            <w:r>
              <w:rPr>
                <w:sz w:val="16"/>
              </w:rPr>
              <w:t>new since last plan</w:t>
            </w: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276"/>
          </w:tcPr>
          <w:p>
            <w:pPr>
              <w:spacing w:after="0"/>
              <w:jc w:val="left"/>
            </w:pPr>
            <w:r>
              <w:rPr>
                <w:sz w:val="16"/>
              </w:rPr>
              <w:t>Emergency</w:t>
            </w:r>
          </w:p>
        </w:tc>
        <w:tc>
          <w:tcPr>
            <w:tcW w:type="dxa" w:w="3455"/>
          </w:tcPr>
          <w:p>
            <w:pPr>
              <w:spacing w:after="0"/>
              <w:jc w:val="left"/>
            </w:pPr>
            <w:r>
              <w:rPr>
                <w:sz w:val="16"/>
              </w:rPr>
              <w:t>COVID-19</w:t>
            </w:r>
          </w:p>
        </w:tc>
        <w:tc>
          <w:tcPr>
            <w:tcW w:type="dxa" w:w="2004"/>
          </w:tcPr>
          <w:p>
            <w:pPr>
              <w:spacing w:after="0"/>
              <w:jc w:val="left"/>
            </w:pPr>
            <w:r>
              <w:rPr>
                <w:sz w:val="16"/>
              </w:rPr>
              <w:t>Non-natural, not counted</w:t>
            </w:r>
          </w:p>
        </w:tc>
        <w:tc>
          <w:tcPr>
            <w:tcW w:type="dxa" w:w="2176"/>
          </w:tcPr>
          <w:p>
            <w:pPr>
              <w:spacing w:after="0"/>
              <w:jc w:val="right"/>
            </w:pPr>
            <w:r>
              <w:rPr>
                <w:sz w:val="16"/>
              </w:rPr>
              <w:t>none found</w:t>
            </w:r>
          </w:p>
        </w:tc>
        <w:tc>
          <w:tcPr>
            <w:tcW w:type="dxa" w:w="1206"/>
          </w:tcPr>
          <w:p>
            <w:pPr>
              <w:spacing w:after="0"/>
              <w:jc w:val="left"/>
            </w:pPr>
            <w:r>
              <w:rPr>
                <w:sz w:val="16"/>
              </w:rPr>
              <w:t>new since last plan</w:t>
            </w:r>
          </w:p>
        </w:tc>
        <w:tc>
          <w:tcPr>
            <w:tcW w:type="dxa" w:w="885"/>
          </w:tcPr>
          <w:p>
            <w:pPr>
              <w:spacing w:after="0"/>
              <w:jc w:val="left"/>
            </w:pPr>
            <w:r>
              <w:rPr>
                <w:sz w:val="16"/>
              </w:rPr>
              <w:t>same incident as DR-4509</w:t>
            </w:r>
          </w:p>
        </w:tc>
      </w:tr>
      <w:tr>
        <w:trPr>
          <w:cantSplit/>
        </w:trPr>
        <w:tc>
          <w:tcPr>
            <w:tcW w:type="dxa" w:w="1037"/>
          </w:tcPr>
          <w:p>
            <w:pPr>
              <w:spacing w:after="0"/>
              <w:jc w:val="left"/>
            </w:pPr>
            <w:r>
              <w:rPr>
                <w:sz w:val="16"/>
              </w:rPr>
              <w:t>2011-05-20</w:t>
            </w:r>
          </w:p>
        </w:tc>
        <w:tc>
          <w:tcPr>
            <w:tcW w:type="dxa" w:w="1037"/>
          </w:tcPr>
          <w:p>
            <w:pPr>
              <w:spacing w:after="0"/>
              <w:jc w:val="left"/>
            </w:pPr>
            <w:r>
              <w:rPr>
                <w:sz w:val="16"/>
              </w:rPr>
              <w:t>2011-04-29</w:t>
            </w:r>
          </w:p>
        </w:tc>
        <w:tc>
          <w:tcPr>
            <w:tcW w:type="dxa" w:w="1037"/>
          </w:tcPr>
          <w:p>
            <w:pPr>
              <w:spacing w:after="0"/>
              <w:jc w:val="left"/>
            </w:pPr>
            <w:r>
              <w:rPr>
                <w:sz w:val="16"/>
              </w:rPr>
              <w:t>DR-1986-ND</w:t>
            </w:r>
          </w:p>
        </w:tc>
        <w:tc>
          <w:tcPr>
            <w:tcW w:type="dxa" w:w="1276"/>
          </w:tcPr>
          <w:p>
            <w:pPr>
              <w:spacing w:after="0"/>
              <w:jc w:val="left"/>
            </w:pPr>
            <w:r>
              <w:rPr>
                <w:sz w:val="16"/>
              </w:rPr>
              <w:t>Major disaster</w:t>
            </w:r>
          </w:p>
        </w:tc>
        <w:tc>
          <w:tcPr>
            <w:tcW w:type="dxa" w:w="3455"/>
          </w:tcPr>
          <w:p>
            <w:pPr>
              <w:spacing w:after="0"/>
              <w:jc w:val="left"/>
            </w:pPr>
            <w:r>
              <w:rPr>
                <w:sz w:val="16"/>
              </w:rPr>
              <w:t>SEVERE WINTER STORM</w:t>
            </w:r>
          </w:p>
        </w:tc>
        <w:tc>
          <w:tcPr>
            <w:tcW w:type="dxa" w:w="2004"/>
          </w:tcPr>
          <w:p>
            <w:pPr>
              <w:spacing w:after="0"/>
              <w:jc w:val="left"/>
            </w:pPr>
            <w:r>
              <w:rPr>
                <w:sz w:val="16"/>
              </w:rPr>
              <w:t>Winter Weather</w:t>
            </w:r>
          </w:p>
        </w:tc>
        <w:tc>
          <w:tcPr>
            <w:tcW w:type="dxa" w:w="2176"/>
          </w:tcPr>
          <w:p>
            <w:pPr>
              <w:spacing w:after="0"/>
              <w:jc w:val="right"/>
            </w:pPr>
            <w:r>
              <w:rPr>
                <w:sz w:val="16"/>
              </w:rPr>
              <w:t>$421,298.51</w:t>
            </w:r>
          </w:p>
        </w:tc>
        <w:tc>
          <w:tcPr>
            <w:tcW w:type="dxa" w:w="120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276"/>
          </w:tcPr>
          <w:p>
            <w:pPr>
              <w:spacing w:after="0"/>
              <w:jc w:val="left"/>
            </w:pPr>
            <w:r>
              <w:rPr>
                <w:sz w:val="16"/>
              </w:rPr>
              <w:t>Major disaster</w:t>
            </w:r>
          </w:p>
        </w:tc>
        <w:tc>
          <w:tcPr>
            <w:tcW w:type="dxa" w:w="3455"/>
          </w:tcPr>
          <w:p>
            <w:pPr>
              <w:spacing w:after="0"/>
              <w:jc w:val="left"/>
            </w:pPr>
            <w:r>
              <w:rPr>
                <w:sz w:val="16"/>
              </w:rPr>
              <w:t>FLOODING</w:t>
            </w:r>
          </w:p>
        </w:tc>
        <w:tc>
          <w:tcPr>
            <w:tcW w:type="dxa" w:w="2004"/>
          </w:tcPr>
          <w:p>
            <w:pPr>
              <w:spacing w:after="0"/>
              <w:jc w:val="left"/>
            </w:pPr>
            <w:r>
              <w:rPr>
                <w:sz w:val="16"/>
              </w:rPr>
              <w:t>Inland Flooding</w:t>
            </w:r>
          </w:p>
        </w:tc>
        <w:tc>
          <w:tcPr>
            <w:tcW w:type="dxa" w:w="2176"/>
          </w:tcPr>
          <w:p>
            <w:pPr>
              <w:spacing w:after="0"/>
              <w:jc w:val="right"/>
            </w:pPr>
            <w:r>
              <w:rPr>
                <w:sz w:val="16"/>
              </w:rPr>
              <w:t>$453,382.04</w:t>
            </w:r>
          </w:p>
        </w:tc>
        <w:tc>
          <w:tcPr>
            <w:tcW w:type="dxa" w:w="120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2010-02-26</w:t>
            </w:r>
          </w:p>
        </w:tc>
        <w:tc>
          <w:tcPr>
            <w:tcW w:type="dxa" w:w="1037"/>
          </w:tcPr>
          <w:p>
            <w:pPr>
              <w:spacing w:after="0"/>
              <w:jc w:val="left"/>
            </w:pPr>
            <w:r>
              <w:rPr>
                <w:sz w:val="16"/>
              </w:rPr>
              <w:t>2010-01-20</w:t>
            </w:r>
          </w:p>
        </w:tc>
        <w:tc>
          <w:tcPr>
            <w:tcW w:type="dxa" w:w="1037"/>
          </w:tcPr>
          <w:p>
            <w:pPr>
              <w:spacing w:after="0"/>
              <w:jc w:val="left"/>
            </w:pPr>
            <w:r>
              <w:rPr>
                <w:sz w:val="16"/>
              </w:rPr>
              <w:t>DR-1879-ND</w:t>
            </w:r>
          </w:p>
        </w:tc>
        <w:tc>
          <w:tcPr>
            <w:tcW w:type="dxa" w:w="1276"/>
          </w:tcPr>
          <w:p>
            <w:pPr>
              <w:spacing w:after="0"/>
              <w:jc w:val="left"/>
            </w:pPr>
            <w:r>
              <w:rPr>
                <w:sz w:val="16"/>
              </w:rPr>
              <w:t>Major disaster</w:t>
            </w:r>
          </w:p>
        </w:tc>
        <w:tc>
          <w:tcPr>
            <w:tcW w:type="dxa" w:w="3455"/>
          </w:tcPr>
          <w:p>
            <w:pPr>
              <w:spacing w:after="0"/>
              <w:jc w:val="left"/>
            </w:pPr>
            <w:r>
              <w:rPr>
                <w:sz w:val="16"/>
              </w:rPr>
              <w:t>SEVERE WINTER STORM</w:t>
            </w:r>
          </w:p>
        </w:tc>
        <w:tc>
          <w:tcPr>
            <w:tcW w:type="dxa" w:w="2004"/>
          </w:tcPr>
          <w:p>
            <w:pPr>
              <w:spacing w:after="0"/>
              <w:jc w:val="left"/>
            </w:pPr>
            <w:r>
              <w:rPr>
                <w:sz w:val="16"/>
              </w:rPr>
              <w:t>Winter Weather</w:t>
            </w:r>
          </w:p>
        </w:tc>
        <w:tc>
          <w:tcPr>
            <w:tcW w:type="dxa" w:w="2176"/>
          </w:tcPr>
          <w:p>
            <w:pPr>
              <w:spacing w:after="0"/>
              <w:jc w:val="right"/>
            </w:pPr>
            <w:r>
              <w:rPr>
                <w:sz w:val="16"/>
              </w:rPr>
              <w:t>$68,750.95</w:t>
            </w:r>
          </w:p>
        </w:tc>
        <w:tc>
          <w:tcPr>
            <w:tcW w:type="dxa" w:w="120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2005-11-21</w:t>
            </w:r>
          </w:p>
        </w:tc>
        <w:tc>
          <w:tcPr>
            <w:tcW w:type="dxa" w:w="1037"/>
          </w:tcPr>
          <w:p>
            <w:pPr>
              <w:spacing w:after="0"/>
              <w:jc w:val="left"/>
            </w:pPr>
            <w:r>
              <w:rPr>
                <w:sz w:val="16"/>
              </w:rPr>
              <w:t>2005-10-04</w:t>
            </w:r>
          </w:p>
        </w:tc>
        <w:tc>
          <w:tcPr>
            <w:tcW w:type="dxa" w:w="1037"/>
          </w:tcPr>
          <w:p>
            <w:pPr>
              <w:spacing w:after="0"/>
              <w:jc w:val="left"/>
            </w:pPr>
            <w:r>
              <w:rPr>
                <w:sz w:val="16"/>
              </w:rPr>
              <w:t>DR-1616-ND</w:t>
            </w:r>
          </w:p>
        </w:tc>
        <w:tc>
          <w:tcPr>
            <w:tcW w:type="dxa" w:w="1276"/>
          </w:tcPr>
          <w:p>
            <w:pPr>
              <w:spacing w:after="0"/>
              <w:jc w:val="left"/>
            </w:pPr>
            <w:r>
              <w:rPr>
                <w:sz w:val="16"/>
              </w:rPr>
              <w:t>Major disaster</w:t>
            </w:r>
          </w:p>
        </w:tc>
        <w:tc>
          <w:tcPr>
            <w:tcW w:type="dxa" w:w="3455"/>
          </w:tcPr>
          <w:p>
            <w:pPr>
              <w:spacing w:after="0"/>
              <w:jc w:val="left"/>
            </w:pPr>
            <w:r>
              <w:rPr>
                <w:sz w:val="16"/>
              </w:rPr>
              <w:t>SEVERE WINTER STORM AND RECORD AND/OR NEAR RECORD SNOW</w:t>
            </w:r>
          </w:p>
        </w:tc>
        <w:tc>
          <w:tcPr>
            <w:tcW w:type="dxa" w:w="2004"/>
          </w:tcPr>
          <w:p>
            <w:pPr>
              <w:spacing w:after="0"/>
              <w:jc w:val="left"/>
            </w:pPr>
            <w:r>
              <w:rPr>
                <w:sz w:val="16"/>
              </w:rPr>
              <w:t>Winter Weather</w:t>
            </w:r>
          </w:p>
        </w:tc>
        <w:tc>
          <w:tcPr>
            <w:tcW w:type="dxa" w:w="2176"/>
          </w:tcPr>
          <w:p>
            <w:pPr>
              <w:spacing w:after="0"/>
              <w:jc w:val="right"/>
            </w:pPr>
            <w:r>
              <w:rPr>
                <w:sz w:val="16"/>
              </w:rPr>
              <w:t>$12,115.11</w:t>
            </w:r>
          </w:p>
        </w:tc>
        <w:tc>
          <w:tcPr>
            <w:tcW w:type="dxa" w:w="120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276"/>
          </w:tcPr>
          <w:p>
            <w:pPr>
              <w:spacing w:after="0"/>
              <w:jc w:val="left"/>
            </w:pPr>
            <w:r>
              <w:rPr>
                <w:sz w:val="16"/>
              </w:rPr>
              <w:t>Emergency</w:t>
            </w:r>
          </w:p>
        </w:tc>
        <w:tc>
          <w:tcPr>
            <w:tcW w:type="dxa" w:w="3455"/>
          </w:tcPr>
          <w:p>
            <w:pPr>
              <w:spacing w:after="0"/>
              <w:jc w:val="left"/>
            </w:pPr>
            <w:r>
              <w:rPr>
                <w:sz w:val="16"/>
              </w:rPr>
              <w:t>HURRICANE KATRINA EVACUATION</w:t>
            </w:r>
          </w:p>
        </w:tc>
        <w:tc>
          <w:tcPr>
            <w:tcW w:type="dxa" w:w="2004"/>
          </w:tcPr>
          <w:p>
            <w:pPr>
              <w:spacing w:after="0"/>
              <w:jc w:val="left"/>
            </w:pPr>
            <w:r>
              <w:rPr>
                <w:sz w:val="16"/>
              </w:rPr>
              <w:t>Hurricane: evacuation support, not a local hazard event; not counted</w:t>
            </w:r>
          </w:p>
        </w:tc>
        <w:tc>
          <w:tcPr>
            <w:tcW w:type="dxa" w:w="2176"/>
          </w:tcPr>
          <w:p>
            <w:pPr>
              <w:spacing w:after="0"/>
              <w:jc w:val="right"/>
            </w:pPr>
            <w:r>
              <w:rPr>
                <w:sz w:val="16"/>
              </w:rPr>
              <w:t>none found</w:t>
            </w:r>
          </w:p>
        </w:tc>
        <w:tc>
          <w:tcPr>
            <w:tcW w:type="dxa" w:w="120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2004-05-05</w:t>
            </w:r>
          </w:p>
        </w:tc>
        <w:tc>
          <w:tcPr>
            <w:tcW w:type="dxa" w:w="1037"/>
          </w:tcPr>
          <w:p>
            <w:pPr>
              <w:spacing w:after="0"/>
              <w:jc w:val="left"/>
            </w:pPr>
            <w:r>
              <w:rPr>
                <w:sz w:val="16"/>
              </w:rPr>
              <w:t>2004-03-26</w:t>
            </w:r>
          </w:p>
        </w:tc>
        <w:tc>
          <w:tcPr>
            <w:tcW w:type="dxa" w:w="1037"/>
          </w:tcPr>
          <w:p>
            <w:pPr>
              <w:spacing w:after="0"/>
              <w:jc w:val="left"/>
            </w:pPr>
            <w:r>
              <w:rPr>
                <w:sz w:val="16"/>
              </w:rPr>
              <w:t>DR-1515-ND</w:t>
            </w:r>
          </w:p>
        </w:tc>
        <w:tc>
          <w:tcPr>
            <w:tcW w:type="dxa" w:w="1276"/>
          </w:tcPr>
          <w:p>
            <w:pPr>
              <w:spacing w:after="0"/>
              <w:jc w:val="left"/>
            </w:pPr>
            <w:r>
              <w:rPr>
                <w:sz w:val="16"/>
              </w:rPr>
              <w:t>Major disaster</w:t>
            </w:r>
          </w:p>
        </w:tc>
        <w:tc>
          <w:tcPr>
            <w:tcW w:type="dxa" w:w="3455"/>
          </w:tcPr>
          <w:p>
            <w:pPr>
              <w:spacing w:after="0"/>
              <w:jc w:val="left"/>
            </w:pPr>
            <w:r>
              <w:rPr>
                <w:sz w:val="16"/>
              </w:rPr>
              <w:t>SEVERE STORMS, FLOODING, AND GROUND SATURATION</w:t>
            </w:r>
          </w:p>
        </w:tc>
        <w:tc>
          <w:tcPr>
            <w:tcW w:type="dxa" w:w="2004"/>
          </w:tcPr>
          <w:p>
            <w:pPr>
              <w:spacing w:after="0"/>
              <w:jc w:val="left"/>
            </w:pPr>
            <w:r>
              <w:rPr>
                <w:sz w:val="16"/>
              </w:rPr>
              <w:t>Inland Flooding</w:t>
            </w:r>
          </w:p>
        </w:tc>
        <w:tc>
          <w:tcPr>
            <w:tcW w:type="dxa" w:w="2176"/>
          </w:tcPr>
          <w:p>
            <w:pPr>
              <w:spacing w:after="0"/>
              <w:jc w:val="right"/>
            </w:pPr>
            <w:r>
              <w:rPr>
                <w:sz w:val="16"/>
              </w:rPr>
              <w:t>$232,305.36</w:t>
            </w:r>
          </w:p>
        </w:tc>
        <w:tc>
          <w:tcPr>
            <w:tcW w:type="dxa" w:w="120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2004-04-02</w:t>
            </w:r>
          </w:p>
        </w:tc>
        <w:tc>
          <w:tcPr>
            <w:tcW w:type="dxa" w:w="1037"/>
          </w:tcPr>
          <w:p>
            <w:pPr>
              <w:spacing w:after="0"/>
              <w:jc w:val="left"/>
            </w:pPr>
            <w:r>
              <w:rPr>
                <w:sz w:val="16"/>
              </w:rPr>
              <w:t>2004-01-23</w:t>
            </w:r>
          </w:p>
        </w:tc>
        <w:tc>
          <w:tcPr>
            <w:tcW w:type="dxa" w:w="1037"/>
          </w:tcPr>
          <w:p>
            <w:pPr>
              <w:spacing w:after="0"/>
              <w:jc w:val="left"/>
            </w:pPr>
            <w:r>
              <w:rPr>
                <w:sz w:val="16"/>
              </w:rPr>
              <w:t>EM-3196-ND</w:t>
            </w:r>
          </w:p>
        </w:tc>
        <w:tc>
          <w:tcPr>
            <w:tcW w:type="dxa" w:w="1276"/>
          </w:tcPr>
          <w:p>
            <w:pPr>
              <w:spacing w:after="0"/>
              <w:jc w:val="left"/>
            </w:pPr>
            <w:r>
              <w:rPr>
                <w:sz w:val="16"/>
              </w:rPr>
              <w:t>Emergency</w:t>
            </w:r>
          </w:p>
        </w:tc>
        <w:tc>
          <w:tcPr>
            <w:tcW w:type="dxa" w:w="3455"/>
          </w:tcPr>
          <w:p>
            <w:pPr>
              <w:spacing w:after="0"/>
              <w:jc w:val="left"/>
            </w:pPr>
            <w:r>
              <w:rPr>
                <w:sz w:val="16"/>
              </w:rPr>
              <w:t>SNOW</w:t>
            </w:r>
          </w:p>
        </w:tc>
        <w:tc>
          <w:tcPr>
            <w:tcW w:type="dxa" w:w="2004"/>
          </w:tcPr>
          <w:p>
            <w:pPr>
              <w:spacing w:after="0"/>
              <w:jc w:val="left"/>
            </w:pPr>
            <w:r>
              <w:rPr>
                <w:sz w:val="16"/>
              </w:rPr>
              <w:t>Winter Weather</w:t>
            </w:r>
          </w:p>
        </w:tc>
        <w:tc>
          <w:tcPr>
            <w:tcW w:type="dxa" w:w="2176"/>
          </w:tcPr>
          <w:p>
            <w:pPr>
              <w:spacing w:after="0"/>
              <w:jc w:val="right"/>
            </w:pPr>
            <w:r>
              <w:rPr>
                <w:sz w:val="16"/>
              </w:rPr>
              <w:t>$9,745.63</w:t>
            </w:r>
          </w:p>
        </w:tc>
        <w:tc>
          <w:tcPr>
            <w:tcW w:type="dxa" w:w="120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2000-04-05</w:t>
            </w:r>
          </w:p>
        </w:tc>
        <w:tc>
          <w:tcPr>
            <w:tcW w:type="dxa" w:w="1037"/>
          </w:tcPr>
          <w:p>
            <w:pPr>
              <w:spacing w:after="0"/>
              <w:jc w:val="left"/>
            </w:pPr>
            <w:r>
              <w:rPr>
                <w:sz w:val="16"/>
              </w:rPr>
              <w:t>DR-1334-ND</w:t>
            </w:r>
          </w:p>
        </w:tc>
        <w:tc>
          <w:tcPr>
            <w:tcW w:type="dxa" w:w="1276"/>
          </w:tcPr>
          <w:p>
            <w:pPr>
              <w:spacing w:after="0"/>
              <w:jc w:val="left"/>
            </w:pPr>
            <w:r>
              <w:rPr>
                <w:sz w:val="16"/>
              </w:rPr>
              <w:t>Major disaster</w:t>
            </w:r>
          </w:p>
        </w:tc>
        <w:tc>
          <w:tcPr>
            <w:tcW w:type="dxa" w:w="3455"/>
          </w:tcPr>
          <w:p>
            <w:pPr>
              <w:spacing w:after="0"/>
              <w:jc w:val="left"/>
            </w:pPr>
            <w:r>
              <w:rPr>
                <w:sz w:val="16"/>
              </w:rPr>
              <w:t>SEVERE STORMS, FLOODING AND GROUND SATURATION</w:t>
            </w:r>
          </w:p>
        </w:tc>
        <w:tc>
          <w:tcPr>
            <w:tcW w:type="dxa" w:w="2004"/>
          </w:tcPr>
          <w:p>
            <w:pPr>
              <w:spacing w:after="0"/>
              <w:jc w:val="left"/>
            </w:pPr>
            <w:r>
              <w:rPr>
                <w:sz w:val="16"/>
              </w:rPr>
              <w:t>Inland Flooding</w:t>
            </w:r>
          </w:p>
        </w:tc>
        <w:tc>
          <w:tcPr>
            <w:tcW w:type="dxa" w:w="2176"/>
          </w:tcPr>
          <w:p>
            <w:pPr>
              <w:spacing w:after="0"/>
              <w:jc w:val="right"/>
            </w:pPr>
            <w:r>
              <w:rPr>
                <w:sz w:val="16"/>
              </w:rPr>
              <w:t>none found</w:t>
            </w:r>
          </w:p>
        </w:tc>
        <w:tc>
          <w:tcPr>
            <w:tcW w:type="dxa" w:w="120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276"/>
          </w:tcPr>
          <w:p>
            <w:pPr>
              <w:spacing w:after="0"/>
              <w:jc w:val="left"/>
            </w:pPr>
            <w:r>
              <w:rPr>
                <w:sz w:val="16"/>
              </w:rPr>
              <w:t>Major disaster</w:t>
            </w:r>
          </w:p>
        </w:tc>
        <w:tc>
          <w:tcPr>
            <w:tcW w:type="dxa" w:w="3455"/>
          </w:tcPr>
          <w:p>
            <w:pPr>
              <w:spacing w:after="0"/>
              <w:jc w:val="left"/>
            </w:pPr>
            <w:r>
              <w:rPr>
                <w:sz w:val="16"/>
              </w:rPr>
              <w:t>SEVERE STORMS, FLOODING, SNOW, ICE, GROUND SATURATION, LANSLIDES, MUDSLIDES, AND TOR</w:t>
            </w:r>
          </w:p>
        </w:tc>
        <w:tc>
          <w:tcPr>
            <w:tcW w:type="dxa" w:w="2004"/>
          </w:tcPr>
          <w:p>
            <w:pPr>
              <w:spacing w:after="0"/>
              <w:jc w:val="left"/>
            </w:pPr>
            <w:r>
              <w:rPr>
                <w:sz w:val="16"/>
              </w:rPr>
              <w:t>Inland Flooding (primary); also designated: Landslide, Tornado</w:t>
            </w:r>
          </w:p>
        </w:tc>
        <w:tc>
          <w:tcPr>
            <w:tcW w:type="dxa" w:w="2176"/>
          </w:tcPr>
          <w:p>
            <w:pPr>
              <w:spacing w:after="0"/>
              <w:jc w:val="right"/>
            </w:pPr>
            <w:r>
              <w:rPr>
                <w:sz w:val="16"/>
              </w:rPr>
              <w:t>$258,766.33</w:t>
            </w:r>
          </w:p>
        </w:tc>
        <w:tc>
          <w:tcPr>
            <w:tcW w:type="dxa" w:w="120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276"/>
          </w:tcPr>
          <w:p>
            <w:pPr>
              <w:spacing w:after="0"/>
              <w:jc w:val="left"/>
            </w:pPr>
            <w:r>
              <w:rPr>
                <w:sz w:val="16"/>
              </w:rPr>
              <w:t>Major disaster</w:t>
            </w:r>
          </w:p>
        </w:tc>
        <w:tc>
          <w:tcPr>
            <w:tcW w:type="dxa" w:w="3455"/>
          </w:tcPr>
          <w:p>
            <w:pPr>
              <w:spacing w:after="0"/>
              <w:jc w:val="left"/>
            </w:pPr>
            <w:r>
              <w:rPr>
                <w:sz w:val="16"/>
              </w:rPr>
              <w:t>SEVERE FLOODING,SEVERE WINTER STORMS, SNOWMELT, SPRING RAINS</w:t>
            </w:r>
          </w:p>
        </w:tc>
        <w:tc>
          <w:tcPr>
            <w:tcW w:type="dxa" w:w="2004"/>
          </w:tcPr>
          <w:p>
            <w:pPr>
              <w:spacing w:after="0"/>
              <w:jc w:val="left"/>
            </w:pPr>
            <w:r>
              <w:rPr>
                <w:sz w:val="16"/>
              </w:rPr>
              <w:t>Inland Flooding (primary); also designated: Wildfire, Winter Weather</w:t>
            </w:r>
          </w:p>
        </w:tc>
        <w:tc>
          <w:tcPr>
            <w:tcW w:type="dxa" w:w="2176"/>
          </w:tcPr>
          <w:p>
            <w:pPr>
              <w:spacing w:after="0"/>
              <w:jc w:val="right"/>
            </w:pPr>
            <w:r>
              <w:rPr>
                <w:sz w:val="16"/>
              </w:rPr>
              <w:t>none found</w:t>
            </w:r>
          </w:p>
        </w:tc>
        <w:tc>
          <w:tcPr>
            <w:tcW w:type="dxa" w:w="120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276"/>
          </w:tcPr>
          <w:p>
            <w:pPr>
              <w:spacing w:after="0"/>
              <w:jc w:val="left"/>
            </w:pPr>
            <w:r>
              <w:rPr>
                <w:sz w:val="16"/>
              </w:rPr>
              <w:t>Major disaster</w:t>
            </w:r>
          </w:p>
        </w:tc>
        <w:tc>
          <w:tcPr>
            <w:tcW w:type="dxa" w:w="3455"/>
          </w:tcPr>
          <w:p>
            <w:pPr>
              <w:spacing w:after="0"/>
              <w:jc w:val="left"/>
            </w:pPr>
            <w:r>
              <w:rPr>
                <w:sz w:val="16"/>
              </w:rPr>
              <w:t>SEVERE WINTER STORMS AND BLIZZARD CONDITIONS</w:t>
            </w:r>
          </w:p>
        </w:tc>
        <w:tc>
          <w:tcPr>
            <w:tcW w:type="dxa" w:w="2004"/>
          </w:tcPr>
          <w:p>
            <w:pPr>
              <w:spacing w:after="0"/>
              <w:jc w:val="left"/>
            </w:pPr>
            <w:r>
              <w:rPr>
                <w:sz w:val="16"/>
              </w:rPr>
              <w:t>Winter Weather</w:t>
            </w:r>
          </w:p>
        </w:tc>
        <w:tc>
          <w:tcPr>
            <w:tcW w:type="dxa" w:w="2176"/>
          </w:tcPr>
          <w:p>
            <w:pPr>
              <w:spacing w:after="0"/>
              <w:jc w:val="right"/>
            </w:pPr>
            <w:r>
              <w:rPr>
                <w:sz w:val="16"/>
              </w:rPr>
              <w:t>none found</w:t>
            </w:r>
          </w:p>
        </w:tc>
        <w:tc>
          <w:tcPr>
            <w:tcW w:type="dxa" w:w="120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1993-07-26</w:t>
            </w:r>
          </w:p>
        </w:tc>
        <w:tc>
          <w:tcPr>
            <w:tcW w:type="dxa" w:w="1037"/>
          </w:tcPr>
          <w:p>
            <w:pPr>
              <w:spacing w:after="0"/>
              <w:jc w:val="left"/>
            </w:pPr>
            <w:r>
              <w:rPr>
                <w:sz w:val="16"/>
              </w:rPr>
              <w:t>1993-06-22</w:t>
            </w:r>
          </w:p>
        </w:tc>
        <w:tc>
          <w:tcPr>
            <w:tcW w:type="dxa" w:w="1037"/>
          </w:tcPr>
          <w:p>
            <w:pPr>
              <w:spacing w:after="0"/>
              <w:jc w:val="left"/>
            </w:pPr>
            <w:r>
              <w:rPr>
                <w:sz w:val="16"/>
              </w:rPr>
              <w:t>DR-1001-ND</w:t>
            </w:r>
          </w:p>
        </w:tc>
        <w:tc>
          <w:tcPr>
            <w:tcW w:type="dxa" w:w="1276"/>
          </w:tcPr>
          <w:p>
            <w:pPr>
              <w:spacing w:after="0"/>
              <w:jc w:val="left"/>
            </w:pPr>
            <w:r>
              <w:rPr>
                <w:sz w:val="16"/>
              </w:rPr>
              <w:t>Major disaster</w:t>
            </w:r>
          </w:p>
        </w:tc>
        <w:tc>
          <w:tcPr>
            <w:tcW w:type="dxa" w:w="3455"/>
          </w:tcPr>
          <w:p>
            <w:pPr>
              <w:spacing w:after="0"/>
              <w:jc w:val="left"/>
            </w:pPr>
            <w:r>
              <w:rPr>
                <w:sz w:val="16"/>
              </w:rPr>
              <w:t>SEVERE STORMS &amp; FLOODING</w:t>
            </w:r>
          </w:p>
        </w:tc>
        <w:tc>
          <w:tcPr>
            <w:tcW w:type="dxa" w:w="2004"/>
          </w:tcPr>
          <w:p>
            <w:pPr>
              <w:spacing w:after="0"/>
              <w:jc w:val="left"/>
            </w:pPr>
            <w:r>
              <w:rPr>
                <w:sz w:val="16"/>
              </w:rPr>
              <w:t>Inland Flooding</w:t>
            </w:r>
          </w:p>
        </w:tc>
        <w:tc>
          <w:tcPr>
            <w:tcW w:type="dxa" w:w="2176"/>
          </w:tcPr>
          <w:p>
            <w:pPr>
              <w:spacing w:after="0"/>
              <w:jc w:val="right"/>
            </w:pPr>
            <w:r>
              <w:rPr>
                <w:sz w:val="16"/>
              </w:rPr>
              <w:t>none found</w:t>
            </w:r>
          </w:p>
        </w:tc>
        <w:tc>
          <w:tcPr>
            <w:tcW w:type="dxa" w:w="120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276"/>
          </w:tcPr>
          <w:p>
            <w:pPr>
              <w:spacing w:after="0"/>
              <w:jc w:val="left"/>
            </w:pPr>
            <w:r>
              <w:rPr>
                <w:sz w:val="16"/>
              </w:rPr>
              <w:t>Major disaster</w:t>
            </w:r>
          </w:p>
        </w:tc>
        <w:tc>
          <w:tcPr>
            <w:tcW w:type="dxa" w:w="3455"/>
          </w:tcPr>
          <w:p>
            <w:pPr>
              <w:spacing w:after="0"/>
              <w:jc w:val="left"/>
            </w:pPr>
            <w:r>
              <w:rPr>
                <w:sz w:val="16"/>
              </w:rPr>
              <w:t>SEVERE STORMS, SNOWMELT &amp; FLOODING</w:t>
            </w:r>
          </w:p>
        </w:tc>
        <w:tc>
          <w:tcPr>
            <w:tcW w:type="dxa" w:w="2004"/>
          </w:tcPr>
          <w:p>
            <w:pPr>
              <w:spacing w:after="0"/>
              <w:jc w:val="left"/>
            </w:pPr>
            <w:r>
              <w:rPr>
                <w:sz w:val="16"/>
              </w:rPr>
              <w:t>Inland Flooding</w:t>
            </w:r>
          </w:p>
        </w:tc>
        <w:tc>
          <w:tcPr>
            <w:tcW w:type="dxa" w:w="2176"/>
          </w:tcPr>
          <w:p>
            <w:pPr>
              <w:spacing w:after="0"/>
              <w:jc w:val="right"/>
            </w:pPr>
            <w:r>
              <w:rPr>
                <w:sz w:val="16"/>
              </w:rPr>
              <w:t>none found</w:t>
            </w:r>
          </w:p>
        </w:tc>
        <w:tc>
          <w:tcPr>
            <w:tcW w:type="dxa" w:w="120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1976-04-16</w:t>
            </w:r>
          </w:p>
        </w:tc>
        <w:tc>
          <w:tcPr>
            <w:tcW w:type="dxa" w:w="1037"/>
          </w:tcPr>
          <w:p>
            <w:pPr>
              <w:spacing w:after="0"/>
              <w:jc w:val="left"/>
            </w:pPr>
            <w:r>
              <w:rPr>
                <w:sz w:val="16"/>
              </w:rPr>
              <w:t>1976-04-16</w:t>
            </w:r>
          </w:p>
        </w:tc>
        <w:tc>
          <w:tcPr>
            <w:tcW w:type="dxa" w:w="1037"/>
          </w:tcPr>
          <w:p>
            <w:pPr>
              <w:spacing w:after="0"/>
              <w:jc w:val="left"/>
            </w:pPr>
            <w:r>
              <w:rPr>
                <w:sz w:val="16"/>
              </w:rPr>
              <w:t>DR-501-ND</w:t>
            </w:r>
          </w:p>
        </w:tc>
        <w:tc>
          <w:tcPr>
            <w:tcW w:type="dxa" w:w="1276"/>
          </w:tcPr>
          <w:p>
            <w:pPr>
              <w:spacing w:after="0"/>
              <w:jc w:val="left"/>
            </w:pPr>
            <w:r>
              <w:rPr>
                <w:sz w:val="16"/>
              </w:rPr>
              <w:t>Major disaster</w:t>
            </w:r>
          </w:p>
        </w:tc>
        <w:tc>
          <w:tcPr>
            <w:tcW w:type="dxa" w:w="3455"/>
          </w:tcPr>
          <w:p>
            <w:pPr>
              <w:spacing w:after="0"/>
              <w:jc w:val="left"/>
            </w:pPr>
            <w:r>
              <w:rPr>
                <w:sz w:val="16"/>
              </w:rPr>
              <w:t>FLOODING</w:t>
            </w:r>
          </w:p>
        </w:tc>
        <w:tc>
          <w:tcPr>
            <w:tcW w:type="dxa" w:w="2004"/>
          </w:tcPr>
          <w:p>
            <w:pPr>
              <w:spacing w:after="0"/>
              <w:jc w:val="left"/>
            </w:pPr>
            <w:r>
              <w:rPr>
                <w:sz w:val="16"/>
              </w:rPr>
              <w:t>Inland Flooding</w:t>
            </w:r>
          </w:p>
        </w:tc>
        <w:tc>
          <w:tcPr>
            <w:tcW w:type="dxa" w:w="2176"/>
          </w:tcPr>
          <w:p>
            <w:pPr>
              <w:spacing w:after="0"/>
              <w:jc w:val="right"/>
            </w:pPr>
            <w:r>
              <w:rPr>
                <w:sz w:val="16"/>
              </w:rPr>
              <w:t>none found</w:t>
            </w:r>
          </w:p>
        </w:tc>
        <w:tc>
          <w:tcPr>
            <w:tcW w:type="dxa" w:w="120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1970-06-05</w:t>
            </w:r>
          </w:p>
        </w:tc>
        <w:tc>
          <w:tcPr>
            <w:tcW w:type="dxa" w:w="1037"/>
          </w:tcPr>
          <w:p>
            <w:pPr>
              <w:spacing w:after="0"/>
              <w:jc w:val="left"/>
            </w:pPr>
            <w:r>
              <w:rPr>
                <w:sz w:val="16"/>
              </w:rPr>
              <w:t>1970-06-05</w:t>
            </w:r>
          </w:p>
        </w:tc>
        <w:tc>
          <w:tcPr>
            <w:tcW w:type="dxa" w:w="1037"/>
          </w:tcPr>
          <w:p>
            <w:pPr>
              <w:spacing w:after="0"/>
              <w:jc w:val="left"/>
            </w:pPr>
            <w:r>
              <w:rPr>
                <w:sz w:val="16"/>
              </w:rPr>
              <w:t>DR-287-ND</w:t>
            </w:r>
          </w:p>
        </w:tc>
        <w:tc>
          <w:tcPr>
            <w:tcW w:type="dxa" w:w="1276"/>
          </w:tcPr>
          <w:p>
            <w:pPr>
              <w:spacing w:after="0"/>
              <w:jc w:val="left"/>
            </w:pPr>
            <w:r>
              <w:rPr>
                <w:sz w:val="16"/>
              </w:rPr>
              <w:t>Major disaster</w:t>
            </w:r>
          </w:p>
        </w:tc>
        <w:tc>
          <w:tcPr>
            <w:tcW w:type="dxa" w:w="3455"/>
          </w:tcPr>
          <w:p>
            <w:pPr>
              <w:spacing w:after="0"/>
              <w:jc w:val="left"/>
            </w:pPr>
            <w:r>
              <w:rPr>
                <w:sz w:val="16"/>
              </w:rPr>
              <w:t>SEVERE STORMS &amp; FLOODING</w:t>
            </w:r>
          </w:p>
        </w:tc>
        <w:tc>
          <w:tcPr>
            <w:tcW w:type="dxa" w:w="2004"/>
          </w:tcPr>
          <w:p>
            <w:pPr>
              <w:spacing w:after="0"/>
              <w:jc w:val="left"/>
            </w:pPr>
            <w:r>
              <w:rPr>
                <w:sz w:val="16"/>
              </w:rPr>
              <w:t>Inland Flooding</w:t>
            </w:r>
          </w:p>
        </w:tc>
        <w:tc>
          <w:tcPr>
            <w:tcW w:type="dxa" w:w="2176"/>
          </w:tcPr>
          <w:p>
            <w:pPr>
              <w:spacing w:after="0"/>
              <w:jc w:val="right"/>
            </w:pPr>
            <w:r>
              <w:rPr>
                <w:sz w:val="16"/>
              </w:rPr>
              <w:t>none found</w:t>
            </w:r>
          </w:p>
        </w:tc>
        <w:tc>
          <w:tcPr>
            <w:tcW w:type="dxa" w:w="120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276"/>
          </w:tcPr>
          <w:p>
            <w:pPr>
              <w:spacing w:after="0"/>
              <w:jc w:val="left"/>
            </w:pPr>
            <w:r>
              <w:rPr>
                <w:sz w:val="16"/>
              </w:rPr>
              <w:t>Major disaster</w:t>
            </w:r>
          </w:p>
        </w:tc>
        <w:tc>
          <w:tcPr>
            <w:tcW w:type="dxa" w:w="3455"/>
          </w:tcPr>
          <w:p>
            <w:pPr>
              <w:spacing w:after="0"/>
              <w:jc w:val="left"/>
            </w:pPr>
            <w:r>
              <w:rPr>
                <w:sz w:val="16"/>
              </w:rPr>
              <w:t>FLOODING</w:t>
            </w:r>
          </w:p>
        </w:tc>
        <w:tc>
          <w:tcPr>
            <w:tcW w:type="dxa" w:w="2004"/>
          </w:tcPr>
          <w:p>
            <w:pPr>
              <w:spacing w:after="0"/>
              <w:jc w:val="left"/>
            </w:pPr>
            <w:r>
              <w:rPr>
                <w:sz w:val="16"/>
              </w:rPr>
              <w:t>Inland Flooding</w:t>
            </w:r>
          </w:p>
        </w:tc>
        <w:tc>
          <w:tcPr>
            <w:tcW w:type="dxa" w:w="2176"/>
          </w:tcPr>
          <w:p>
            <w:pPr>
              <w:spacing w:after="0"/>
              <w:jc w:val="right"/>
            </w:pPr>
            <w:r>
              <w:rPr>
                <w:sz w:val="16"/>
              </w:rPr>
              <w:t>none found</w:t>
            </w:r>
          </w:p>
        </w:tc>
        <w:tc>
          <w:tcPr>
            <w:tcW w:type="dxa" w:w="1206"/>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1957-06-22</w:t>
            </w:r>
          </w:p>
        </w:tc>
        <w:tc>
          <w:tcPr>
            <w:tcW w:type="dxa" w:w="2023"/>
          </w:tcPr>
          <w:p>
            <w:pPr>
              <w:spacing w:after="0"/>
              <w:jc w:val="left"/>
            </w:pPr>
            <w:r>
              <w:rPr>
                <w:sz w:val="16"/>
              </w:rPr>
              <w:t>1957-06-22</w:t>
            </w:r>
          </w:p>
        </w:tc>
        <w:tc>
          <w:tcPr>
            <w:tcW w:type="dxa" w:w="1675"/>
          </w:tcPr>
          <w:p>
            <w:pPr>
              <w:spacing w:after="0"/>
              <w:jc w:val="left"/>
            </w:pPr>
            <w:r>
              <w:rPr>
                <w:sz w:val="16"/>
              </w:rPr>
              <w:t>DR-79-ND</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$15,494.25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5,494.25"/>
        <w:tblDescription w:val="Hazard Plain table b1d_pa_other"/>
      </w:tblPr>
      <w:tblGrid>
        <w:gridCol w:w="1560"/>
        <w:gridCol w:w="1560"/>
        <w:gridCol w:w="4783"/>
        <w:gridCol w:w="4649"/>
        <w:gridCol w:w="1560"/>
      </w:tblGrid>
      <w:tr>
        <w:trPr>
          <w:cantSplit/>
          <w:tblHeader/>
        </w:trPr>
        <w:tc>
          <w:tcPr>
            <w:tcW w:type="dxa" w:w="1560"/>
            <w:shd w:val="clear" w:color="auto" w:fill="E8E8E8"/>
          </w:tcPr>
          <w:p>
            <w:pPr>
              <w:spacing w:after="0"/>
              <w:jc w:val="left"/>
            </w:pPr>
            <w:r>
              <w:rPr>
                <w:b/>
                <w:sz w:val="16"/>
              </w:rPr>
              <w:t>FEMA number</w:t>
            </w:r>
          </w:p>
        </w:tc>
        <w:tc>
          <w:tcPr>
            <w:tcW w:type="dxa" w:w="1560"/>
            <w:shd w:val="clear" w:color="auto" w:fill="E8E8E8"/>
          </w:tcPr>
          <w:p>
            <w:pPr>
              <w:spacing w:after="0"/>
              <w:jc w:val="left"/>
            </w:pPr>
            <w:r>
              <w:rPr>
                <w:b/>
                <w:sz w:val="16"/>
              </w:rPr>
              <w:t>Declared</w:t>
            </w:r>
          </w:p>
        </w:tc>
        <w:tc>
          <w:tcPr>
            <w:tcW w:type="dxa" w:w="4783"/>
            <w:shd w:val="clear" w:color="auto" w:fill="E8E8E8"/>
          </w:tcPr>
          <w:p>
            <w:pPr>
              <w:spacing w:after="0"/>
              <w:jc w:val="left"/>
            </w:pPr>
            <w:r>
              <w:rPr>
                <w:b/>
                <w:sz w:val="16"/>
              </w:rPr>
              <w:t>Title</w:t>
            </w:r>
          </w:p>
        </w:tc>
        <w:tc>
          <w:tcPr>
            <w:tcW w:type="dxa" w:w="4649"/>
            <w:shd w:val="clear" w:color="auto" w:fill="E8E8E8"/>
          </w:tcPr>
          <w:p>
            <w:pPr>
              <w:spacing w:after="0"/>
              <w:jc w:val="left"/>
            </w:pPr>
            <w:r>
              <w:rPr>
                <w:b/>
                <w:sz w:val="16"/>
              </w:rPr>
              <w:t>Applicant</w:t>
            </w:r>
          </w:p>
        </w:tc>
        <w:tc>
          <w:tcPr>
            <w:tcW w:type="dxa" w:w="156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60"/>
          </w:tcPr>
          <w:p>
            <w:pPr>
              <w:spacing w:after="0"/>
              <w:jc w:val="left"/>
            </w:pPr>
            <w:r>
              <w:rPr>
                <w:sz w:val="16"/>
              </w:rPr>
              <w:t>DR-1353-ND</w:t>
            </w:r>
          </w:p>
        </w:tc>
        <w:tc>
          <w:tcPr>
            <w:tcW w:type="dxa" w:w="1560"/>
          </w:tcPr>
          <w:p>
            <w:pPr>
              <w:spacing w:after="0"/>
              <w:jc w:val="left"/>
            </w:pPr>
            <w:r>
              <w:rPr>
                <w:sz w:val="16"/>
              </w:rPr>
              <w:t>2000-12-29</w:t>
            </w:r>
          </w:p>
        </w:tc>
        <w:tc>
          <w:tcPr>
            <w:tcW w:type="dxa" w:w="4783"/>
          </w:tcPr>
          <w:p>
            <w:pPr>
              <w:spacing w:after="0"/>
              <w:jc w:val="left"/>
            </w:pPr>
            <w:r>
              <w:rPr>
                <w:sz w:val="16"/>
              </w:rPr>
              <w:t>SEVERE WINTER STORMS AND TORNADOES</w:t>
            </w:r>
          </w:p>
        </w:tc>
        <w:tc>
          <w:tcPr>
            <w:tcW w:type="dxa" w:w="4649"/>
          </w:tcPr>
          <w:p>
            <w:pPr>
              <w:spacing w:after="0"/>
              <w:jc w:val="left"/>
            </w:pPr>
            <w:r>
              <w:rPr>
                <w:sz w:val="16"/>
              </w:rPr>
              <w:t>Burke-Divide Electric Cooperative</w:t>
            </w:r>
          </w:p>
        </w:tc>
        <w:tc>
          <w:tcPr>
            <w:tcW w:type="dxa" w:w="1560"/>
          </w:tcPr>
          <w:p>
            <w:pPr>
              <w:spacing w:after="0"/>
              <w:jc w:val="right"/>
            </w:pPr>
            <w:r>
              <w:rPr>
                <w:sz w:val="16"/>
              </w:rPr>
              <w:t>$15,494.25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$23,693.61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3,693.61"/>
        <w:tblDescription w:val="Hazard Plain table b1d_pa_not_placed"/>
      </w:tblPr>
      <w:tblGrid>
        <w:gridCol w:w="1167"/>
        <w:gridCol w:w="1277"/>
        <w:gridCol w:w="4246"/>
        <w:gridCol w:w="1827"/>
        <w:gridCol w:w="1277"/>
        <w:gridCol w:w="4319"/>
      </w:tblGrid>
      <w:tr>
        <w:trPr>
          <w:cantSplit/>
          <w:tblHeader/>
        </w:trPr>
        <w:tc>
          <w:tcPr>
            <w:tcW w:type="dxa" w:w="1167"/>
            <w:shd w:val="clear" w:color="auto" w:fill="E8E8E8"/>
          </w:tcPr>
          <w:p>
            <w:pPr>
              <w:spacing w:after="0"/>
              <w:jc w:val="left"/>
            </w:pPr>
            <w:r>
              <w:rPr>
                <w:b/>
                <w:sz w:val="16"/>
              </w:rPr>
              <w:t>Disaster number</w:t>
            </w:r>
          </w:p>
        </w:tc>
        <w:tc>
          <w:tcPr>
            <w:tcW w:type="dxa" w:w="1277"/>
            <w:shd w:val="clear" w:color="auto" w:fill="E8E8E8"/>
          </w:tcPr>
          <w:p>
            <w:pPr>
              <w:spacing w:after="0"/>
              <w:jc w:val="left"/>
            </w:pPr>
            <w:r>
              <w:rPr>
                <w:b/>
                <w:sz w:val="16"/>
              </w:rPr>
              <w:t>Declared</w:t>
            </w:r>
          </w:p>
        </w:tc>
        <w:tc>
          <w:tcPr>
            <w:tcW w:type="dxa" w:w="4246"/>
            <w:shd w:val="clear" w:color="auto" w:fill="E8E8E8"/>
          </w:tcPr>
          <w:p>
            <w:pPr>
              <w:spacing w:after="0"/>
              <w:jc w:val="left"/>
            </w:pPr>
            <w:r>
              <w:rPr>
                <w:b/>
                <w:sz w:val="16"/>
              </w:rPr>
              <w:t>Applicant</w:t>
            </w:r>
          </w:p>
        </w:tc>
        <w:tc>
          <w:tcPr>
            <w:tcW w:type="dxa" w:w="1827"/>
            <w:shd w:val="clear" w:color="auto" w:fill="E8E8E8"/>
          </w:tcPr>
          <w:p>
            <w:pPr>
              <w:spacing w:after="0"/>
              <w:jc w:val="left"/>
            </w:pPr>
            <w:r>
              <w:rPr>
                <w:b/>
                <w:sz w:val="16"/>
              </w:rPr>
              <w:t>County field in FEMA data</w:t>
            </w:r>
          </w:p>
        </w:tc>
        <w:tc>
          <w:tcPr>
            <w:tcW w:type="dxa" w:w="127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319"/>
            <w:shd w:val="clear" w:color="auto" w:fill="E8E8E8"/>
          </w:tcPr>
          <w:p>
            <w:pPr>
              <w:spacing w:after="0"/>
              <w:jc w:val="left"/>
            </w:pPr>
            <w:r>
              <w:rPr>
                <w:b/>
                <w:sz w:val="16"/>
              </w:rPr>
              <w:t>Why not placed</w:t>
            </w:r>
          </w:p>
        </w:tc>
      </w:tr>
      <w:tr>
        <w:trPr>
          <w:cantSplit/>
        </w:trPr>
        <w:tc>
          <w:tcPr>
            <w:tcW w:type="dxa" w:w="1167"/>
          </w:tcPr>
          <w:p>
            <w:pPr>
              <w:spacing w:after="0"/>
              <w:jc w:val="left"/>
            </w:pPr>
            <w:r>
              <w:rPr>
                <w:sz w:val="16"/>
              </w:rPr>
              <w:t>1621</w:t>
            </w:r>
          </w:p>
        </w:tc>
        <w:tc>
          <w:tcPr>
            <w:tcW w:type="dxa" w:w="1277"/>
          </w:tcPr>
          <w:p>
            <w:pPr>
              <w:spacing w:after="0"/>
              <w:jc w:val="left"/>
            </w:pPr>
            <w:r>
              <w:rPr>
                <w:sz w:val="16"/>
              </w:rPr>
              <w:t>2006-01-04</w:t>
            </w:r>
          </w:p>
        </w:tc>
        <w:tc>
          <w:tcPr>
            <w:tcW w:type="dxa" w:w="4246"/>
          </w:tcPr>
          <w:p>
            <w:pPr>
              <w:spacing w:after="0"/>
              <w:jc w:val="left"/>
            </w:pPr>
            <w:r>
              <w:rPr>
                <w:sz w:val="16"/>
              </w:rPr>
              <w:t>SISSETON INDIAN RESERVATION (ALSO SD)</w:t>
            </w:r>
          </w:p>
        </w:tc>
        <w:tc>
          <w:tcPr>
            <w:tcW w:type="dxa" w:w="1827"/>
          </w:tcPr>
          <w:p>
            <w:pPr>
              <w:spacing w:after="0"/>
              <w:jc w:val="left"/>
            </w:pPr>
            <w:r>
              <w:rPr>
                <w:sz w:val="16"/>
              </w:rPr>
              <w:t>Roberts County</w:t>
            </w:r>
          </w:p>
        </w:tc>
        <w:tc>
          <w:tcPr>
            <w:tcW w:type="dxa" w:w="1277"/>
          </w:tcPr>
          <w:p>
            <w:pPr>
              <w:spacing w:after="0"/>
              <w:jc w:val="right"/>
            </w:pPr>
            <w:r>
              <w:rPr>
                <w:sz w:val="16"/>
              </w:rPr>
              <w:t>$23,693.61</w:t>
            </w:r>
          </w:p>
        </w:tc>
        <w:tc>
          <w:tcPr>
            <w:tcW w:type="dxa" w:w="431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37</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21</w:t>
            </w:r>
          </w:p>
        </w:tc>
        <w:tc>
          <w:tcPr>
            <w:tcW w:type="dxa" w:w="1422"/>
          </w:tcPr>
          <w:p>
            <w:pPr>
              <w:spacing w:after="0"/>
              <w:jc w:val="right"/>
            </w:pPr>
            <w:r>
              <w:rPr>
                <w:sz w:val="16"/>
              </w:rPr>
              <w:t>21</w:t>
            </w:r>
          </w:p>
        </w:tc>
        <w:tc>
          <w:tcPr>
            <w:tcW w:type="dxa" w:w="1356"/>
          </w:tcPr>
          <w:p>
            <w:pPr>
              <w:spacing w:after="0"/>
              <w:jc w:val="right"/>
            </w:pPr>
            <w:r>
              <w:rPr>
                <w:sz w:val="16"/>
              </w:rPr>
              <w:t>0</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120</w:t>
            </w:r>
          </w:p>
        </w:tc>
        <w:tc>
          <w:tcPr>
            <w:tcW w:type="dxa" w:w="1422"/>
          </w:tcPr>
          <w:p>
            <w:pPr>
              <w:spacing w:after="0"/>
              <w:jc w:val="right"/>
            </w:pPr>
            <w:r>
              <w:rPr>
                <w:sz w:val="16"/>
              </w:rPr>
              <w:t>16</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13</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99</w:t>
            </w:r>
          </w:p>
        </w:tc>
        <w:tc>
          <w:tcPr>
            <w:tcW w:type="dxa" w:w="1422"/>
          </w:tcPr>
          <w:p>
            <w:pPr>
              <w:spacing w:after="0"/>
              <w:jc w:val="right"/>
            </w:pPr>
            <w:r>
              <w:rPr>
                <w:sz w:val="16"/>
              </w:rPr>
              <w:t>23</w:t>
            </w:r>
          </w:p>
        </w:tc>
        <w:tc>
          <w:tcPr>
            <w:tcW w:type="dxa" w:w="1356"/>
          </w:tcPr>
          <w:p>
            <w:pPr>
              <w:spacing w:after="0"/>
              <w:jc w:val="right"/>
            </w:pPr>
            <w:r>
              <w:rPr>
                <w:sz w:val="16"/>
              </w:rPr>
              <w:t>2</w:t>
            </w:r>
          </w:p>
        </w:tc>
        <w:tc>
          <w:tcPr>
            <w:tcW w:type="dxa" w:w="963"/>
          </w:tcPr>
          <w:p>
            <w:pPr>
              <w:spacing w:after="0"/>
              <w:jc w:val="right"/>
            </w:pPr>
            <w:r>
              <w:rPr>
                <w:sz w:val="16"/>
              </w:rPr>
              <w:t>18</w:t>
            </w:r>
          </w:p>
        </w:tc>
        <w:tc>
          <w:tcPr>
            <w:tcW w:type="dxa" w:w="1356"/>
          </w:tcPr>
          <w:p>
            <w:pPr>
              <w:spacing w:after="0"/>
              <w:jc w:val="right"/>
            </w:pPr>
            <w:r>
              <w:rPr>
                <w:sz w:val="16"/>
              </w:rPr>
              <w:t>2</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44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94</w:t>
            </w:r>
          </w:p>
        </w:tc>
        <w:tc>
          <w:tcPr>
            <w:tcW w:type="dxa" w:w="1422"/>
          </w:tcPr>
          <w:p>
            <w:pPr>
              <w:spacing w:after="0"/>
              <w:jc w:val="right"/>
            </w:pPr>
            <w:r>
              <w:rPr>
                <w:sz w:val="16"/>
              </w:rPr>
              <w:t>17</w:t>
            </w:r>
          </w:p>
        </w:tc>
        <w:tc>
          <w:tcPr>
            <w:tcW w:type="dxa" w:w="1356"/>
          </w:tcPr>
          <w:p>
            <w:pPr>
              <w:spacing w:after="0"/>
              <w:jc w:val="right"/>
            </w:pPr>
            <w:r>
              <w:rPr>
                <w:sz w:val="16"/>
              </w:rPr>
              <w:t>2</w:t>
            </w:r>
          </w:p>
        </w:tc>
        <w:tc>
          <w:tcPr>
            <w:tcW w:type="dxa" w:w="963"/>
          </w:tcPr>
          <w:p>
            <w:pPr>
              <w:spacing w:after="0"/>
              <w:jc w:val="right"/>
            </w:pPr>
            <w:r>
              <w:rPr>
                <w:sz w:val="16"/>
              </w:rPr>
              <w:t>15</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32"/>
        <w:gridCol w:w="3774"/>
        <w:gridCol w:w="1182"/>
        <w:gridCol w:w="1964"/>
        <w:gridCol w:w="1127"/>
        <w:gridCol w:w="168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32"/>
            <w:shd w:val="clear" w:color="auto" w:fill="E8E8E8"/>
          </w:tcPr>
          <w:p>
            <w:pPr>
              <w:spacing w:after="0"/>
              <w:jc w:val="left"/>
            </w:pPr>
            <w:r>
              <w:rPr>
                <w:b/>
                <w:sz w:val="16"/>
              </w:rPr>
              <w:t>Magnitude or extent</w:t>
            </w:r>
          </w:p>
        </w:tc>
        <w:tc>
          <w:tcPr>
            <w:tcW w:type="dxa" w:w="3774"/>
            <w:shd w:val="clear" w:color="auto" w:fill="E8E8E8"/>
          </w:tcPr>
          <w:p>
            <w:pPr>
              <w:spacing w:after="0"/>
              <w:jc w:val="left"/>
            </w:pPr>
            <w:r>
              <w:rPr>
                <w:b/>
                <w:sz w:val="16"/>
              </w:rPr>
              <w:t>Damage</w:t>
            </w:r>
          </w:p>
          <w:p>
            <w:pPr>
              <w:spacing w:after="0"/>
              <w:jc w:val="left"/>
            </w:pPr>
            <w:r>
              <w:rPr>
                <w:i/>
                <w:color w:val="555555"/>
                <w:sz w:val="14"/>
              </w:rPr>
              <w:t>nominal dollars</w:t>
            </w:r>
          </w:p>
        </w:tc>
        <w:tc>
          <w:tcPr>
            <w:tcW w:type="dxa" w:w="118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64"/>
            <w:shd w:val="clear" w:color="auto" w:fill="E8E8E8"/>
          </w:tcPr>
          <w:p>
            <w:pPr>
              <w:spacing w:after="0"/>
              <w:jc w:val="left"/>
            </w:pPr>
            <w:r>
              <w:rPr>
                <w:b/>
                <w:sz w:val="16"/>
              </w:rPr>
              <w:t>Location</w:t>
            </w:r>
          </w:p>
        </w:tc>
        <w:tc>
          <w:tcPr>
            <w:tcW w:type="dxa" w:w="1127"/>
            <w:shd w:val="clear" w:color="auto" w:fill="E8E8E8"/>
          </w:tcPr>
          <w:p>
            <w:pPr>
              <w:spacing w:after="0"/>
              <w:jc w:val="left"/>
            </w:pPr>
            <w:r>
              <w:rPr>
                <w:b/>
                <w:sz w:val="16"/>
              </w:rPr>
              <w:t>Flags</w:t>
            </w:r>
          </w:p>
        </w:tc>
        <w:tc>
          <w:tcPr>
            <w:tcW w:type="dxa" w:w="168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2022-04-23</w:t>
            </w:r>
          </w:p>
        </w:tc>
        <w:tc>
          <w:tcPr>
            <w:tcW w:type="dxa" w:w="1215"/>
          </w:tcPr>
          <w:p>
            <w:pPr>
              <w:spacing w:after="0"/>
              <w:jc w:val="left"/>
            </w:pPr>
            <w:r>
              <w:rPr>
                <w:sz w:val="16"/>
              </w:rPr>
              <w:t>Blizzard</w:t>
            </w:r>
          </w:p>
        </w:tc>
        <w:tc>
          <w:tcPr>
            <w:tcW w:type="dxa" w:w="2132"/>
          </w:tcPr>
          <w:p>
            <w:pPr>
              <w:spacing w:after="0"/>
              <w:jc w:val="left"/>
            </w:pPr>
          </w:p>
        </w:tc>
        <w:tc>
          <w:tcPr>
            <w:tcW w:type="dxa" w:w="3774"/>
          </w:tcPr>
          <w:p>
            <w:pPr>
              <w:spacing w:after="0"/>
              <w:jc w:val="left"/>
            </w:pPr>
            <w:r>
              <w:rPr>
                <w:sz w:val="16"/>
              </w:rPr>
              <w:t>$6,000,000 property; $0 crops, reported for the zone (2022 dollars)</w:t>
            </w:r>
          </w:p>
        </w:tc>
        <w:tc>
          <w:tcPr>
            <w:tcW w:type="dxa" w:w="1182"/>
          </w:tcPr>
          <w:p>
            <w:pPr>
              <w:spacing w:after="0"/>
              <w:jc w:val="right"/>
            </w:pPr>
            <w:r>
              <w:rPr>
                <w:sz w:val="16"/>
              </w:rPr>
              <w:t>0, 0</w:t>
            </w:r>
          </w:p>
        </w:tc>
        <w:tc>
          <w:tcPr>
            <w:tcW w:type="dxa" w:w="1964"/>
          </w:tcPr>
          <w:p>
            <w:pPr>
              <w:spacing w:after="0"/>
              <w:jc w:val="left"/>
            </w:pPr>
            <w:r>
              <w:rPr>
                <w:sz w:val="16"/>
              </w:rPr>
              <w:t>NWS zone NDZ002 (BURKE), zone-level: may include parts of neighboring counties</w:t>
            </w:r>
          </w:p>
        </w:tc>
        <w:tc>
          <w:tcPr>
            <w:tcW w:type="dxa" w:w="1127"/>
          </w:tcPr>
          <w:p>
            <w:pPr>
              <w:spacing w:after="0"/>
              <w:jc w:val="left"/>
            </w:pPr>
            <w:r>
              <w:rPr>
                <w:sz w:val="16"/>
              </w:rPr>
              <w:t>new since last plan; within last 5 years</w:t>
            </w:r>
          </w:p>
        </w:tc>
        <w:tc>
          <w:tcPr>
            <w:tcW w:type="dxa" w:w="168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2021-04-01</w:t>
            </w:r>
          </w:p>
        </w:tc>
        <w:tc>
          <w:tcPr>
            <w:tcW w:type="dxa" w:w="1215"/>
          </w:tcPr>
          <w:p>
            <w:pPr>
              <w:spacing w:after="0"/>
              <w:jc w:val="left"/>
            </w:pPr>
            <w:r>
              <w:rPr>
                <w:sz w:val="16"/>
              </w:rPr>
              <w:t>Drought</w:t>
            </w:r>
          </w:p>
        </w:tc>
        <w:tc>
          <w:tcPr>
            <w:tcW w:type="dxa" w:w="2132"/>
          </w:tcPr>
          <w:p>
            <w:pPr>
              <w:spacing w:after="0"/>
              <w:jc w:val="left"/>
            </w:pPr>
          </w:p>
        </w:tc>
        <w:tc>
          <w:tcPr>
            <w:tcW w:type="dxa" w:w="3774"/>
          </w:tcPr>
          <w:p>
            <w:pPr>
              <w:spacing w:after="0"/>
              <w:jc w:val="left"/>
            </w:pPr>
            <w:r>
              <w:rPr>
                <w:sz w:val="16"/>
              </w:rPr>
              <w:t>$0 property; $0 crops, reported for the zone (2021 dollars)</w:t>
            </w:r>
          </w:p>
        </w:tc>
        <w:tc>
          <w:tcPr>
            <w:tcW w:type="dxa" w:w="1182"/>
          </w:tcPr>
          <w:p>
            <w:pPr>
              <w:spacing w:after="0"/>
              <w:jc w:val="right"/>
            </w:pPr>
            <w:r>
              <w:rPr>
                <w:sz w:val="16"/>
              </w:rPr>
              <w:t>0, 0</w:t>
            </w:r>
          </w:p>
        </w:tc>
        <w:tc>
          <w:tcPr>
            <w:tcW w:type="dxa" w:w="1964"/>
          </w:tcPr>
          <w:p>
            <w:pPr>
              <w:spacing w:after="0"/>
              <w:jc w:val="left"/>
            </w:pPr>
            <w:r>
              <w:rPr>
                <w:sz w:val="16"/>
              </w:rPr>
              <w:t>NWS zone NDZ002 (BURKE), zone-level: may include parts of neighboring counties</w:t>
            </w:r>
          </w:p>
        </w:tc>
        <w:tc>
          <w:tcPr>
            <w:tcW w:type="dxa" w:w="1127"/>
          </w:tcPr>
          <w:p>
            <w:pPr>
              <w:spacing w:after="0"/>
              <w:jc w:val="left"/>
            </w:pPr>
            <w:r>
              <w:rPr>
                <w:sz w:val="16"/>
              </w:rPr>
              <w:t>new since last plan</w:t>
            </w:r>
          </w:p>
        </w:tc>
        <w:tc>
          <w:tcPr>
            <w:tcW w:type="dxa" w:w="1681"/>
          </w:tcPr>
          <w:p>
            <w:pPr>
              <w:spacing w:after="0"/>
              <w:jc w:val="left"/>
            </w:pPr>
            <w:r>
              <w:rPr>
                <w:sz w:val="16"/>
              </w:rPr>
              <w:t>B1-c worst recorded: Drought</w:t>
            </w:r>
          </w:p>
        </w:tc>
      </w:tr>
      <w:tr>
        <w:trPr>
          <w:cantSplit/>
        </w:trPr>
        <w:tc>
          <w:tcPr>
            <w:tcW w:type="dxa" w:w="1037"/>
          </w:tcPr>
          <w:p>
            <w:pPr>
              <w:spacing w:after="0"/>
              <w:jc w:val="left"/>
            </w:pPr>
            <w:r>
              <w:rPr>
                <w:sz w:val="16"/>
              </w:rPr>
              <w:t>2021-02-05</w:t>
            </w:r>
          </w:p>
        </w:tc>
        <w:tc>
          <w:tcPr>
            <w:tcW w:type="dxa" w:w="1215"/>
          </w:tcPr>
          <w:p>
            <w:pPr>
              <w:spacing w:after="0"/>
              <w:jc w:val="left"/>
            </w:pPr>
            <w:r>
              <w:rPr>
                <w:sz w:val="16"/>
              </w:rPr>
              <w:t>Extreme Cold/Wind Chill</w:t>
            </w:r>
          </w:p>
        </w:tc>
        <w:tc>
          <w:tcPr>
            <w:tcW w:type="dxa" w:w="2132"/>
          </w:tcPr>
          <w:p>
            <w:pPr>
              <w:spacing w:after="0"/>
              <w:jc w:val="left"/>
            </w:pPr>
          </w:p>
        </w:tc>
        <w:tc>
          <w:tcPr>
            <w:tcW w:type="dxa" w:w="3774"/>
          </w:tcPr>
          <w:p>
            <w:pPr>
              <w:spacing w:after="0"/>
              <w:jc w:val="left"/>
            </w:pPr>
            <w:r>
              <w:rPr>
                <w:sz w:val="16"/>
              </w:rPr>
              <w:t>$0 property; $0 crops, reported for the zone (2021 dollars)</w:t>
            </w:r>
          </w:p>
        </w:tc>
        <w:tc>
          <w:tcPr>
            <w:tcW w:type="dxa" w:w="1182"/>
          </w:tcPr>
          <w:p>
            <w:pPr>
              <w:spacing w:after="0"/>
              <w:jc w:val="right"/>
            </w:pPr>
            <w:r>
              <w:rPr>
                <w:sz w:val="16"/>
              </w:rPr>
              <w:t>0, 0</w:t>
            </w:r>
          </w:p>
        </w:tc>
        <w:tc>
          <w:tcPr>
            <w:tcW w:type="dxa" w:w="1964"/>
          </w:tcPr>
          <w:p>
            <w:pPr>
              <w:spacing w:after="0"/>
              <w:jc w:val="left"/>
            </w:pPr>
            <w:r>
              <w:rPr>
                <w:sz w:val="16"/>
              </w:rPr>
              <w:t>NWS zone NDZ002 (BURKE), zone-level: may include parts of neighboring counties</w:t>
            </w:r>
          </w:p>
        </w:tc>
        <w:tc>
          <w:tcPr>
            <w:tcW w:type="dxa" w:w="1127"/>
          </w:tcPr>
          <w:p>
            <w:pPr>
              <w:spacing w:after="0"/>
              <w:jc w:val="left"/>
            </w:pPr>
            <w:r>
              <w:rPr>
                <w:sz w:val="16"/>
              </w:rPr>
              <w:t>new since last plan</w:t>
            </w:r>
          </w:p>
        </w:tc>
        <w:tc>
          <w:tcPr>
            <w:tcW w:type="dxa" w:w="168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2018-06-14</w:t>
            </w:r>
          </w:p>
        </w:tc>
        <w:tc>
          <w:tcPr>
            <w:tcW w:type="dxa" w:w="1215"/>
          </w:tcPr>
          <w:p>
            <w:pPr>
              <w:spacing w:after="0"/>
              <w:jc w:val="left"/>
            </w:pPr>
            <w:r>
              <w:rPr>
                <w:sz w:val="16"/>
              </w:rPr>
              <w:t>Hail</w:t>
            </w:r>
          </w:p>
        </w:tc>
        <w:tc>
          <w:tcPr>
            <w:tcW w:type="dxa" w:w="2132"/>
          </w:tcPr>
          <w:p>
            <w:pPr>
              <w:spacing w:after="0"/>
              <w:jc w:val="left"/>
            </w:pPr>
            <w:r>
              <w:rPr>
                <w:sz w:val="16"/>
              </w:rPr>
              <w:t>2.75 in</w:t>
            </w:r>
          </w:p>
        </w:tc>
        <w:tc>
          <w:tcPr>
            <w:tcW w:type="dxa" w:w="3774"/>
          </w:tcPr>
          <w:p>
            <w:pPr>
              <w:spacing w:after="0"/>
              <w:jc w:val="left"/>
            </w:pPr>
            <w:r>
              <w:rPr>
                <w:sz w:val="16"/>
              </w:rPr>
              <w:t>$500,000 property; $0 crops (2018 dollars)</w:t>
            </w:r>
          </w:p>
        </w:tc>
        <w:tc>
          <w:tcPr>
            <w:tcW w:type="dxa" w:w="1182"/>
          </w:tcPr>
          <w:p>
            <w:pPr>
              <w:spacing w:after="0"/>
              <w:jc w:val="right"/>
            </w:pPr>
            <w:r>
              <w:rPr>
                <w:sz w:val="16"/>
              </w:rPr>
              <w:t>0, 0</w:t>
            </w:r>
          </w:p>
        </w:tc>
        <w:tc>
          <w:tcPr>
            <w:tcW w:type="dxa" w:w="1964"/>
          </w:tcPr>
          <w:p>
            <w:pPr>
              <w:spacing w:after="0"/>
              <w:jc w:val="left"/>
            </w:pPr>
            <w:r>
              <w:rPr>
                <w:sz w:val="16"/>
              </w:rPr>
              <w:t>PORTAL</w:t>
            </w:r>
          </w:p>
        </w:tc>
        <w:tc>
          <w:tcPr>
            <w:tcW w:type="dxa" w:w="1127"/>
          </w:tcPr>
          <w:p>
            <w:pPr>
              <w:spacing w:after="0"/>
              <w:jc w:val="left"/>
            </w:pPr>
          </w:p>
        </w:tc>
        <w:tc>
          <w:tcPr>
            <w:tcW w:type="dxa" w:w="1681"/>
          </w:tcPr>
          <w:p>
            <w:pPr>
              <w:spacing w:after="0"/>
              <w:jc w:val="left"/>
            </w:pPr>
            <w:r>
              <w:rPr>
                <w:sz w:val="16"/>
              </w:rPr>
              <w:t>B1-c worst recorded: Hail</w:t>
            </w:r>
          </w:p>
        </w:tc>
      </w:tr>
      <w:tr>
        <w:trPr>
          <w:cantSplit/>
        </w:trPr>
        <w:tc>
          <w:tcPr>
            <w:tcW w:type="dxa" w:w="1037"/>
          </w:tcPr>
          <w:p>
            <w:pPr>
              <w:spacing w:after="0"/>
              <w:jc w:val="left"/>
            </w:pPr>
            <w:r>
              <w:rPr>
                <w:sz w:val="16"/>
              </w:rPr>
              <w:t>2014-06-28</w:t>
            </w:r>
          </w:p>
        </w:tc>
        <w:tc>
          <w:tcPr>
            <w:tcW w:type="dxa" w:w="1215"/>
          </w:tcPr>
          <w:p>
            <w:pPr>
              <w:spacing w:after="0"/>
              <w:jc w:val="left"/>
            </w:pPr>
            <w:r>
              <w:rPr>
                <w:sz w:val="16"/>
              </w:rPr>
              <w:t>Flood</w:t>
            </w:r>
          </w:p>
        </w:tc>
        <w:tc>
          <w:tcPr>
            <w:tcW w:type="dxa" w:w="2132"/>
          </w:tcPr>
          <w:p>
            <w:pPr>
              <w:spacing w:after="0"/>
              <w:jc w:val="left"/>
            </w:pPr>
          </w:p>
        </w:tc>
        <w:tc>
          <w:tcPr>
            <w:tcW w:type="dxa" w:w="3774"/>
          </w:tcPr>
          <w:p>
            <w:pPr>
              <w:spacing w:after="0"/>
              <w:jc w:val="left"/>
            </w:pPr>
            <w:r>
              <w:rPr>
                <w:sz w:val="16"/>
              </w:rPr>
              <w:t>$50,000 property; $25,000 crops (2014 dollars)</w:t>
            </w:r>
          </w:p>
        </w:tc>
        <w:tc>
          <w:tcPr>
            <w:tcW w:type="dxa" w:w="1182"/>
          </w:tcPr>
          <w:p>
            <w:pPr>
              <w:spacing w:after="0"/>
              <w:jc w:val="right"/>
            </w:pPr>
            <w:r>
              <w:rPr>
                <w:sz w:val="16"/>
              </w:rPr>
              <w:t>0, 0</w:t>
            </w:r>
          </w:p>
        </w:tc>
        <w:tc>
          <w:tcPr>
            <w:tcW w:type="dxa" w:w="1964"/>
          </w:tcPr>
          <w:p>
            <w:pPr>
              <w:spacing w:after="0"/>
              <w:jc w:val="left"/>
            </w:pPr>
            <w:r>
              <w:rPr>
                <w:sz w:val="16"/>
              </w:rPr>
              <w:t>LARSON to BATTLEVIEW</w:t>
            </w:r>
          </w:p>
        </w:tc>
        <w:tc>
          <w:tcPr>
            <w:tcW w:type="dxa" w:w="1127"/>
          </w:tcPr>
          <w:p>
            <w:pPr>
              <w:spacing w:after="0"/>
              <w:jc w:val="left"/>
            </w:pPr>
          </w:p>
        </w:tc>
        <w:tc>
          <w:tcPr>
            <w:tcW w:type="dxa" w:w="168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2012-07-15</w:t>
            </w:r>
          </w:p>
        </w:tc>
        <w:tc>
          <w:tcPr>
            <w:tcW w:type="dxa" w:w="1215"/>
          </w:tcPr>
          <w:p>
            <w:pPr>
              <w:spacing w:after="0"/>
              <w:jc w:val="left"/>
            </w:pPr>
            <w:r>
              <w:rPr>
                <w:sz w:val="16"/>
              </w:rPr>
              <w:t>Thunderstorm Wind</w:t>
            </w:r>
          </w:p>
        </w:tc>
        <w:tc>
          <w:tcPr>
            <w:tcW w:type="dxa" w:w="2132"/>
          </w:tcPr>
          <w:p>
            <w:pPr>
              <w:spacing w:after="0"/>
              <w:jc w:val="left"/>
            </w:pPr>
            <w:r>
              <w:rPr>
                <w:sz w:val="16"/>
              </w:rPr>
              <w:t>78 kt (90 mph) estimated gust</w:t>
            </w:r>
          </w:p>
        </w:tc>
        <w:tc>
          <w:tcPr>
            <w:tcW w:type="dxa" w:w="3774"/>
          </w:tcPr>
          <w:p>
            <w:pPr>
              <w:spacing w:after="0"/>
              <w:jc w:val="left"/>
            </w:pPr>
            <w:r>
              <w:rPr>
                <w:sz w:val="16"/>
              </w:rPr>
              <w:t>$100,000 property; $0 crops (2012 dollars)</w:t>
            </w:r>
          </w:p>
        </w:tc>
        <w:tc>
          <w:tcPr>
            <w:tcW w:type="dxa" w:w="1182"/>
          </w:tcPr>
          <w:p>
            <w:pPr>
              <w:spacing w:after="0"/>
              <w:jc w:val="right"/>
            </w:pPr>
            <w:r>
              <w:rPr>
                <w:sz w:val="16"/>
              </w:rPr>
              <w:t>0, 0</w:t>
            </w:r>
          </w:p>
        </w:tc>
        <w:tc>
          <w:tcPr>
            <w:tcW w:type="dxa" w:w="1964"/>
          </w:tcPr>
          <w:p>
            <w:pPr>
              <w:spacing w:after="0"/>
              <w:jc w:val="left"/>
            </w:pPr>
            <w:r>
              <w:rPr>
                <w:sz w:val="16"/>
              </w:rPr>
              <w:t>NORTHGATE</w:t>
            </w:r>
          </w:p>
        </w:tc>
        <w:tc>
          <w:tcPr>
            <w:tcW w:type="dxa" w:w="1127"/>
          </w:tcPr>
          <w:p>
            <w:pPr>
              <w:spacing w:after="0"/>
              <w:jc w:val="left"/>
            </w:pPr>
          </w:p>
        </w:tc>
        <w:tc>
          <w:tcPr>
            <w:tcW w:type="dxa" w:w="1681"/>
          </w:tcPr>
          <w:p>
            <w:pPr>
              <w:spacing w:after="0"/>
              <w:jc w:val="left"/>
            </w:pPr>
            <w:r>
              <w:rPr>
                <w:sz w:val="16"/>
              </w:rPr>
              <w:t>B1-c worst recorded: Thunderstorm Wind</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2132"/>
          </w:tcPr>
          <w:p>
            <w:pPr>
              <w:spacing w:after="0"/>
              <w:jc w:val="left"/>
            </w:pPr>
          </w:p>
        </w:tc>
        <w:tc>
          <w:tcPr>
            <w:tcW w:type="dxa" w:w="3774"/>
          </w:tcPr>
          <w:p>
            <w:pPr>
              <w:spacing w:after="0"/>
              <w:jc w:val="left"/>
            </w:pPr>
            <w:r>
              <w:rPr>
                <w:sz w:val="16"/>
              </w:rPr>
              <w:t>$0 property; $0 crops, reported for the zone (2011 dollars)</w:t>
            </w:r>
          </w:p>
        </w:tc>
        <w:tc>
          <w:tcPr>
            <w:tcW w:type="dxa" w:w="1182"/>
          </w:tcPr>
          <w:p>
            <w:pPr>
              <w:spacing w:after="0"/>
              <w:jc w:val="right"/>
            </w:pPr>
            <w:r>
              <w:rPr>
                <w:sz w:val="16"/>
              </w:rPr>
              <w:t>0, 0</w:t>
            </w:r>
          </w:p>
        </w:tc>
        <w:tc>
          <w:tcPr>
            <w:tcW w:type="dxa" w:w="1964"/>
          </w:tcPr>
          <w:p>
            <w:pPr>
              <w:spacing w:after="0"/>
              <w:jc w:val="left"/>
            </w:pPr>
            <w:r>
              <w:rPr>
                <w:sz w:val="16"/>
              </w:rPr>
              <w:t>NWS zone NDZ002 (BURKE), zone-level: may include parts of neighboring counties</w:t>
            </w:r>
          </w:p>
        </w:tc>
        <w:tc>
          <w:tcPr>
            <w:tcW w:type="dxa" w:w="1127"/>
          </w:tcPr>
          <w:p>
            <w:pPr>
              <w:spacing w:after="0"/>
              <w:jc w:val="left"/>
            </w:pPr>
          </w:p>
        </w:tc>
        <w:tc>
          <w:tcPr>
            <w:tcW w:type="dxa" w:w="1681"/>
          </w:tcPr>
          <w:p>
            <w:pPr>
              <w:spacing w:after="0"/>
              <w:jc w:val="left"/>
            </w:pPr>
            <w:r>
              <w:rPr>
                <w:sz w:val="16"/>
              </w:rPr>
              <w:t>B1-c worst recorded: Excessive Heat, Heat</w:t>
            </w:r>
          </w:p>
        </w:tc>
      </w:tr>
      <w:tr>
        <w:trPr>
          <w:cantSplit/>
        </w:trPr>
        <w:tc>
          <w:tcPr>
            <w:tcW w:type="dxa" w:w="1037"/>
          </w:tcPr>
          <w:p>
            <w:pPr>
              <w:spacing w:after="0"/>
              <w:jc w:val="left"/>
            </w:pPr>
            <w:r>
              <w:rPr>
                <w:sz w:val="16"/>
              </w:rPr>
              <w:t>2011-02-13</w:t>
            </w:r>
          </w:p>
        </w:tc>
        <w:tc>
          <w:tcPr>
            <w:tcW w:type="dxa" w:w="1215"/>
          </w:tcPr>
          <w:p>
            <w:pPr>
              <w:spacing w:after="0"/>
              <w:jc w:val="left"/>
            </w:pPr>
            <w:r>
              <w:rPr>
                <w:sz w:val="16"/>
              </w:rPr>
              <w:t>High Wind</w:t>
            </w:r>
          </w:p>
        </w:tc>
        <w:tc>
          <w:tcPr>
            <w:tcW w:type="dxa" w:w="2132"/>
          </w:tcPr>
          <w:p>
            <w:pPr>
              <w:spacing w:after="0"/>
              <w:jc w:val="left"/>
            </w:pPr>
            <w:r>
              <w:rPr>
                <w:sz w:val="16"/>
              </w:rPr>
              <w:t>35 kt (40 mph) estimated sustained</w:t>
            </w:r>
          </w:p>
        </w:tc>
        <w:tc>
          <w:tcPr>
            <w:tcW w:type="dxa" w:w="3774"/>
          </w:tcPr>
          <w:p>
            <w:pPr>
              <w:spacing w:after="0"/>
              <w:jc w:val="left"/>
            </w:pPr>
            <w:r>
              <w:rPr>
                <w:sz w:val="16"/>
              </w:rPr>
              <w:t>$20,000 property; $0 crops, reported for the zone (2011 dollars)</w:t>
            </w:r>
          </w:p>
        </w:tc>
        <w:tc>
          <w:tcPr>
            <w:tcW w:type="dxa" w:w="1182"/>
          </w:tcPr>
          <w:p>
            <w:pPr>
              <w:spacing w:after="0"/>
              <w:jc w:val="right"/>
            </w:pPr>
            <w:r>
              <w:rPr>
                <w:sz w:val="16"/>
              </w:rPr>
              <w:t>0, 0</w:t>
            </w:r>
          </w:p>
        </w:tc>
        <w:tc>
          <w:tcPr>
            <w:tcW w:type="dxa" w:w="1964"/>
          </w:tcPr>
          <w:p>
            <w:pPr>
              <w:spacing w:after="0"/>
              <w:jc w:val="left"/>
            </w:pPr>
            <w:r>
              <w:rPr>
                <w:sz w:val="16"/>
              </w:rPr>
              <w:t>NWS zone NDZ002 (BURKE), zone-level: may include parts of neighboring counties</w:t>
            </w:r>
          </w:p>
        </w:tc>
        <w:tc>
          <w:tcPr>
            <w:tcW w:type="dxa" w:w="1127"/>
          </w:tcPr>
          <w:p>
            <w:pPr>
              <w:spacing w:after="0"/>
              <w:jc w:val="left"/>
            </w:pPr>
          </w:p>
        </w:tc>
        <w:tc>
          <w:tcPr>
            <w:tcW w:type="dxa" w:w="1681"/>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2010-08-12</w:t>
            </w:r>
          </w:p>
        </w:tc>
        <w:tc>
          <w:tcPr>
            <w:tcW w:type="dxa" w:w="1215"/>
          </w:tcPr>
          <w:p>
            <w:pPr>
              <w:spacing w:after="0"/>
              <w:jc w:val="left"/>
            </w:pPr>
            <w:r>
              <w:rPr>
                <w:sz w:val="16"/>
              </w:rPr>
              <w:t>Tornado</w:t>
            </w:r>
          </w:p>
        </w:tc>
        <w:tc>
          <w:tcPr>
            <w:tcW w:type="dxa" w:w="2132"/>
          </w:tcPr>
          <w:p>
            <w:pPr>
              <w:spacing w:after="0"/>
              <w:jc w:val="left"/>
            </w:pPr>
            <w:r>
              <w:rPr>
                <w:sz w:val="16"/>
              </w:rPr>
              <w:t>EF3, 2.55 mi within this county, 400 yd wide</w:t>
            </w:r>
          </w:p>
        </w:tc>
        <w:tc>
          <w:tcPr>
            <w:tcW w:type="dxa" w:w="3774"/>
          </w:tcPr>
          <w:p>
            <w:pPr>
              <w:spacing w:after="0"/>
              <w:jc w:val="left"/>
            </w:pPr>
            <w:r>
              <w:rPr>
                <w:sz w:val="16"/>
              </w:rPr>
              <w:t>$700,000 property; $150,000 crops (2010 dollars)</w:t>
            </w:r>
          </w:p>
        </w:tc>
        <w:tc>
          <w:tcPr>
            <w:tcW w:type="dxa" w:w="1182"/>
          </w:tcPr>
          <w:p>
            <w:pPr>
              <w:spacing w:after="0"/>
              <w:jc w:val="right"/>
            </w:pPr>
            <w:r>
              <w:rPr>
                <w:sz w:val="16"/>
              </w:rPr>
              <w:t>0, 0</w:t>
            </w:r>
          </w:p>
        </w:tc>
        <w:tc>
          <w:tcPr>
            <w:tcW w:type="dxa" w:w="1964"/>
          </w:tcPr>
          <w:p>
            <w:pPr>
              <w:spacing w:after="0"/>
              <w:jc w:val="left"/>
            </w:pPr>
            <w:r>
              <w:rPr>
                <w:sz w:val="16"/>
              </w:rPr>
              <w:t>BOWBELLS</w:t>
            </w:r>
          </w:p>
        </w:tc>
        <w:tc>
          <w:tcPr>
            <w:tcW w:type="dxa" w:w="1127"/>
          </w:tcPr>
          <w:p>
            <w:pPr>
              <w:spacing w:after="0"/>
              <w:jc w:val="left"/>
            </w:pPr>
          </w:p>
        </w:tc>
        <w:tc>
          <w:tcPr>
            <w:tcW w:type="dxa" w:w="1681"/>
          </w:tcPr>
          <w:p>
            <w:pPr>
              <w:spacing w:after="0"/>
              <w:jc w:val="left"/>
            </w:pPr>
            <w:r>
              <w:rPr>
                <w:sz w:val="16"/>
              </w:rPr>
              <w:t>B1-c worst recorded: Tornado</w:t>
            </w:r>
          </w:p>
        </w:tc>
      </w:tr>
      <w:tr>
        <w:trPr>
          <w:cantSplit/>
        </w:trPr>
        <w:tc>
          <w:tcPr>
            <w:tcW w:type="dxa" w:w="1037"/>
          </w:tcPr>
          <w:p>
            <w:pPr>
              <w:spacing w:after="0"/>
              <w:jc w:val="left"/>
            </w:pPr>
            <w:r>
              <w:rPr>
                <w:sz w:val="16"/>
              </w:rPr>
              <w:t>2006-08-09</w:t>
            </w:r>
          </w:p>
        </w:tc>
        <w:tc>
          <w:tcPr>
            <w:tcW w:type="dxa" w:w="1215"/>
          </w:tcPr>
          <w:p>
            <w:pPr>
              <w:spacing w:after="0"/>
              <w:jc w:val="left"/>
            </w:pPr>
            <w:r>
              <w:rPr>
                <w:sz w:val="16"/>
              </w:rPr>
              <w:t>Lightning</w:t>
            </w:r>
          </w:p>
        </w:tc>
        <w:tc>
          <w:tcPr>
            <w:tcW w:type="dxa" w:w="2132"/>
          </w:tcPr>
          <w:p>
            <w:pPr>
              <w:spacing w:after="0"/>
              <w:jc w:val="left"/>
            </w:pPr>
          </w:p>
        </w:tc>
        <w:tc>
          <w:tcPr>
            <w:tcW w:type="dxa" w:w="3774"/>
          </w:tcPr>
          <w:p>
            <w:pPr>
              <w:spacing w:after="0"/>
              <w:jc w:val="left"/>
            </w:pPr>
            <w:r>
              <w:rPr>
                <w:sz w:val="16"/>
              </w:rPr>
              <w:t>$250,000 property; crops not reported (2006 dollars)</w:t>
            </w:r>
          </w:p>
        </w:tc>
        <w:tc>
          <w:tcPr>
            <w:tcW w:type="dxa" w:w="1182"/>
          </w:tcPr>
          <w:p>
            <w:pPr>
              <w:spacing w:after="0"/>
              <w:jc w:val="right"/>
            </w:pPr>
            <w:r>
              <w:rPr>
                <w:sz w:val="16"/>
              </w:rPr>
              <w:t>0, 0</w:t>
            </w:r>
          </w:p>
        </w:tc>
        <w:tc>
          <w:tcPr>
            <w:tcW w:type="dxa" w:w="1964"/>
          </w:tcPr>
          <w:p>
            <w:pPr>
              <w:spacing w:after="0"/>
              <w:jc w:val="left"/>
            </w:pPr>
            <w:r>
              <w:rPr>
                <w:sz w:val="16"/>
              </w:rPr>
              <w:t>LIGNITE</w:t>
            </w:r>
          </w:p>
        </w:tc>
        <w:tc>
          <w:tcPr>
            <w:tcW w:type="dxa" w:w="1127"/>
          </w:tcPr>
          <w:p>
            <w:pPr>
              <w:spacing w:after="0"/>
              <w:jc w:val="left"/>
            </w:pPr>
          </w:p>
        </w:tc>
        <w:tc>
          <w:tcPr>
            <w:tcW w:type="dxa" w:w="1681"/>
          </w:tcPr>
          <w:p>
            <w:pPr>
              <w:spacing w:after="0"/>
              <w:jc w:val="left"/>
            </w:pPr>
            <w:r>
              <w:rPr>
                <w:sz w:val="16"/>
              </w:rPr>
              <w:t>B1-c worst recorded: Lightning</w:t>
            </w:r>
          </w:p>
        </w:tc>
      </w:tr>
      <w:tr>
        <w:trPr>
          <w:cantSplit/>
        </w:trPr>
        <w:tc>
          <w:tcPr>
            <w:tcW w:type="dxa" w:w="1037"/>
          </w:tcPr>
          <w:p>
            <w:pPr>
              <w:spacing w:after="0"/>
              <w:jc w:val="left"/>
            </w:pPr>
            <w:r>
              <w:rPr>
                <w:sz w:val="16"/>
              </w:rPr>
              <w:t>1999-03-26</w:t>
            </w:r>
          </w:p>
        </w:tc>
        <w:tc>
          <w:tcPr>
            <w:tcW w:type="dxa" w:w="1215"/>
          </w:tcPr>
          <w:p>
            <w:pPr>
              <w:spacing w:after="0"/>
              <w:jc w:val="left"/>
            </w:pPr>
            <w:r>
              <w:rPr>
                <w:sz w:val="16"/>
              </w:rPr>
              <w:t>High Wind</w:t>
            </w:r>
          </w:p>
        </w:tc>
        <w:tc>
          <w:tcPr>
            <w:tcW w:type="dxa" w:w="2132"/>
          </w:tcPr>
          <w:p>
            <w:pPr>
              <w:spacing w:after="0"/>
              <w:jc w:val="left"/>
            </w:pPr>
            <w:r>
              <w:rPr>
                <w:sz w:val="16"/>
              </w:rPr>
              <w:t>62 kt (71 mph), measurement type not recorded</w:t>
            </w:r>
          </w:p>
        </w:tc>
        <w:tc>
          <w:tcPr>
            <w:tcW w:type="dxa" w:w="3774"/>
          </w:tcPr>
          <w:p>
            <w:pPr>
              <w:spacing w:after="0"/>
              <w:jc w:val="left"/>
            </w:pPr>
            <w:r>
              <w:rPr>
                <w:sz w:val="16"/>
              </w:rPr>
              <w:t>damage not reported</w:t>
            </w:r>
          </w:p>
        </w:tc>
        <w:tc>
          <w:tcPr>
            <w:tcW w:type="dxa" w:w="1182"/>
          </w:tcPr>
          <w:p>
            <w:pPr>
              <w:spacing w:after="0"/>
              <w:jc w:val="right"/>
            </w:pPr>
            <w:r>
              <w:rPr>
                <w:sz w:val="16"/>
              </w:rPr>
              <w:t>0, 0</w:t>
            </w:r>
          </w:p>
        </w:tc>
        <w:tc>
          <w:tcPr>
            <w:tcW w:type="dxa" w:w="1964"/>
          </w:tcPr>
          <w:p>
            <w:pPr>
              <w:spacing w:after="0"/>
              <w:jc w:val="left"/>
            </w:pPr>
            <w:r>
              <w:rPr>
                <w:sz w:val="16"/>
              </w:rPr>
              <w:t>NWS zone NDZ002 (BURKE), zone-level: may include parts of neighboring counties</w:t>
            </w:r>
          </w:p>
        </w:tc>
        <w:tc>
          <w:tcPr>
            <w:tcW w:type="dxa" w:w="1127"/>
          </w:tcPr>
          <w:p>
            <w:pPr>
              <w:spacing w:after="0"/>
              <w:jc w:val="left"/>
            </w:pPr>
          </w:p>
        </w:tc>
        <w:tc>
          <w:tcPr>
            <w:tcW w:type="dxa" w:w="168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1998-02-25</w:t>
            </w:r>
          </w:p>
        </w:tc>
        <w:tc>
          <w:tcPr>
            <w:tcW w:type="dxa" w:w="1215"/>
          </w:tcPr>
          <w:p>
            <w:pPr>
              <w:spacing w:after="0"/>
              <w:jc w:val="left"/>
            </w:pPr>
            <w:r>
              <w:rPr>
                <w:sz w:val="16"/>
              </w:rPr>
              <w:t>Blizzard</w:t>
            </w:r>
          </w:p>
        </w:tc>
        <w:tc>
          <w:tcPr>
            <w:tcW w:type="dxa" w:w="2132"/>
          </w:tcPr>
          <w:p>
            <w:pPr>
              <w:spacing w:after="0"/>
              <w:jc w:val="left"/>
            </w:pPr>
          </w:p>
        </w:tc>
        <w:tc>
          <w:tcPr>
            <w:tcW w:type="dxa" w:w="3774"/>
          </w:tcPr>
          <w:p>
            <w:pPr>
              <w:spacing w:after="0"/>
              <w:jc w:val="left"/>
            </w:pPr>
            <w:r>
              <w:rPr>
                <w:sz w:val="16"/>
              </w:rPr>
              <w:t>damage not reported</w:t>
            </w:r>
          </w:p>
        </w:tc>
        <w:tc>
          <w:tcPr>
            <w:tcW w:type="dxa" w:w="1182"/>
          </w:tcPr>
          <w:p>
            <w:pPr>
              <w:spacing w:after="0"/>
              <w:jc w:val="right"/>
            </w:pPr>
            <w:r>
              <w:rPr>
                <w:sz w:val="16"/>
              </w:rPr>
              <w:t>0, 1</w:t>
            </w:r>
          </w:p>
        </w:tc>
        <w:tc>
          <w:tcPr>
            <w:tcW w:type="dxa" w:w="1964"/>
          </w:tcPr>
          <w:p>
            <w:pPr>
              <w:spacing w:after="0"/>
              <w:jc w:val="left"/>
            </w:pPr>
            <w:r>
              <w:rPr>
                <w:sz w:val="16"/>
              </w:rPr>
              <w:t>NWS zone NDZ002 (BURKE), zone-level: may include parts of neighboring counties</w:t>
            </w:r>
          </w:p>
        </w:tc>
        <w:tc>
          <w:tcPr>
            <w:tcW w:type="dxa" w:w="1127"/>
          </w:tcPr>
          <w:p>
            <w:pPr>
              <w:spacing w:after="0"/>
              <w:jc w:val="left"/>
            </w:pPr>
          </w:p>
        </w:tc>
        <w:tc>
          <w:tcPr>
            <w:tcW w:type="dxa" w:w="168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(413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605"/>
        <w:gridCol w:w="1037"/>
        <w:gridCol w:w="1797"/>
        <w:gridCol w:w="1530"/>
        <w:gridCol w:w="1537"/>
        <w:gridCol w:w="1037"/>
        <w:gridCol w:w="1804"/>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7"/>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3"/>
          </w:tcPr>
          <w:p>
            <w:pPr>
              <w:spacing w:after="0"/>
              <w:jc w:val="left"/>
            </w:pPr>
            <w:r>
              <w:rPr>
                <w:sz w:val="16"/>
              </w:rPr>
              <w:t>events per year at a location (modeled)</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21.7</w:t>
            </w:r>
          </w:p>
        </w:tc>
        <w:tc>
          <w:tcPr>
            <w:tcW w:type="dxa" w:w="1473"/>
          </w:tcPr>
          <w:p>
            <w:pPr>
              <w:spacing w:after="0"/>
              <w:jc w:val="left"/>
            </w:pPr>
            <w:r>
              <w:rPr>
                <w:sz w:val="16"/>
              </w:rPr>
              <w:t>event-days per year</w:t>
            </w:r>
          </w:p>
        </w:tc>
        <w:tc>
          <w:tcPr>
            <w:tcW w:type="dxa" w:w="1605"/>
          </w:tcPr>
          <w:p>
            <w:pPr>
              <w:spacing w:after="0"/>
              <w:jc w:val="left"/>
            </w:pPr>
            <w:r>
              <w:rPr>
                <w:sz w:val="16"/>
              </w:rPr>
              <w:t>about 21.7 days per year</w:t>
            </w:r>
          </w:p>
        </w:tc>
        <w:tc>
          <w:tcPr>
            <w:tcW w:type="dxa" w:w="1037"/>
          </w:tcPr>
          <w:p>
            <w:pPr>
              <w:spacing w:after="0"/>
              <w:jc w:val="left"/>
            </w:pPr>
            <w:r>
              <w:rPr>
                <w:sz w:val="16"/>
              </w:rPr>
              <w:t>Likely</w:t>
            </w:r>
          </w:p>
        </w:tc>
        <w:tc>
          <w:tcPr>
            <w:tcW w:type="dxa" w:w="1797"/>
          </w:tcPr>
          <w:p>
            <w:pPr>
              <w:spacing w:after="0"/>
              <w:jc w:val="left"/>
            </w:pPr>
            <w:r>
              <w:rPr>
                <w:sz w:val="16"/>
              </w:rPr>
              <w:t>event-days in 16 of 30 years, 1996 to 2025 (53.3%)</w:t>
            </w:r>
          </w:p>
        </w:tc>
        <w:tc>
          <w:tcPr>
            <w:tcW w:type="dxa" w:w="1530"/>
          </w:tcPr>
          <w:p>
            <w:pPr>
              <w:spacing w:after="0"/>
              <w:jc w:val="right"/>
            </w:pPr>
            <w:r>
              <w:rPr>
                <w:sz w:val="16"/>
              </w:rPr>
              <w:t>413</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22.2</w:t>
            </w:r>
          </w:p>
        </w:tc>
        <w:tc>
          <w:tcPr>
            <w:tcW w:type="dxa" w:w="1473"/>
          </w:tcPr>
          <w:p>
            <w:pPr>
              <w:spacing w:after="0"/>
              <w:jc w:val="left"/>
            </w:pPr>
            <w:r>
              <w:rPr>
                <w:sz w:val="16"/>
              </w:rPr>
              <w:t>event-days per year</w:t>
            </w:r>
          </w:p>
        </w:tc>
        <w:tc>
          <w:tcPr>
            <w:tcW w:type="dxa" w:w="1605"/>
          </w:tcPr>
          <w:p>
            <w:pPr>
              <w:spacing w:after="0"/>
              <w:jc w:val="left"/>
            </w:pPr>
            <w:r>
              <w:rPr>
                <w:sz w:val="16"/>
              </w:rPr>
              <w:t>about 22.2 days per year</w:t>
            </w:r>
          </w:p>
        </w:tc>
        <w:tc>
          <w:tcPr>
            <w:tcW w:type="dxa" w:w="1037"/>
          </w:tcPr>
          <w:p>
            <w:pPr>
              <w:spacing w:after="0"/>
              <w:jc w:val="left"/>
            </w:pPr>
            <w:r>
              <w:rPr>
                <w:sz w:val="16"/>
              </w:rPr>
              <w:t>Likely</w:t>
            </w:r>
          </w:p>
        </w:tc>
        <w:tc>
          <w:tcPr>
            <w:tcW w:type="dxa" w:w="1797"/>
          </w:tcPr>
          <w:p>
            <w:pPr>
              <w:spacing w:after="0"/>
              <w:jc w:val="left"/>
            </w:pPr>
            <w:r>
              <w:rPr>
                <w:sz w:val="16"/>
              </w:rPr>
              <w:t>event-days in 4 of 30 years, 1996 to 2025 (13.3%)</w:t>
            </w:r>
          </w:p>
        </w:tc>
        <w:tc>
          <w:tcPr>
            <w:tcW w:type="dxa" w:w="1530"/>
          </w:tcPr>
          <w:p>
            <w:pPr>
              <w:spacing w:after="0"/>
              <w:jc w:val="right"/>
            </w:pPr>
            <w:r>
              <w:rPr>
                <w:sz w:val="16"/>
              </w:rPr>
              <w:t>560</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4"/>
          </w:tcPr>
          <w:p>
            <w:pPr>
              <w:spacing w:after="0"/>
              <w:jc w:val="left"/>
            </w:pPr>
            <w:r>
              <w:rPr>
                <w:sz w:val="16"/>
              </w:rPr>
              <w:t>NRI gives about 22.2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0.000089</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0.0089%</w:t>
            </w: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1.17</w:t>
            </w:r>
          </w:p>
        </w:tc>
        <w:tc>
          <w:tcPr>
            <w:tcW w:type="dxa" w:w="1473"/>
          </w:tcPr>
          <w:p>
            <w:pPr>
              <w:spacing w:after="0"/>
              <w:jc w:val="left"/>
            </w:pPr>
            <w:r>
              <w:rPr>
                <w:sz w:val="16"/>
              </w:rPr>
              <w:t>events per year</w:t>
            </w:r>
          </w:p>
        </w:tc>
        <w:tc>
          <w:tcPr>
            <w:tcW w:type="dxa" w:w="1605"/>
          </w:tcPr>
          <w:p>
            <w:pPr>
              <w:spacing w:after="0"/>
              <w:jc w:val="left"/>
            </w:pPr>
            <w:r>
              <w:rPr>
                <w:sz w:val="16"/>
              </w:rPr>
              <w:t>about 1.17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44.7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0.526</w:t>
            </w:r>
          </w:p>
        </w:tc>
        <w:tc>
          <w:tcPr>
            <w:tcW w:type="dxa" w:w="1473"/>
          </w:tcPr>
          <w:p>
            <w:pPr>
              <w:spacing w:after="0"/>
              <w:jc w:val="left"/>
            </w:pPr>
            <w:r>
              <w:rPr>
                <w:sz w:val="16"/>
              </w:rPr>
              <w:t>event-days per year</w:t>
            </w:r>
          </w:p>
        </w:tc>
        <w:tc>
          <w:tcPr>
            <w:tcW w:type="dxa" w:w="1605"/>
          </w:tcPr>
          <w:p>
            <w:pPr>
              <w:spacing w:after="0"/>
              <w:jc w:val="left"/>
            </w:pPr>
            <w:r>
              <w:rPr>
                <w:sz w:val="16"/>
              </w:rPr>
              <w:t>about 0.526 days per year</w:t>
            </w:r>
          </w:p>
        </w:tc>
        <w:tc>
          <w:tcPr>
            <w:tcW w:type="dxa" w:w="1037"/>
          </w:tcPr>
          <w:p>
            <w:pPr>
              <w:spacing w:after="0"/>
              <w:jc w:val="left"/>
            </w:pPr>
            <w:r>
              <w:rPr>
                <w:sz w:val="16"/>
              </w:rPr>
              <w:t>Possible</w:t>
            </w:r>
          </w:p>
        </w:tc>
        <w:tc>
          <w:tcPr>
            <w:tcW w:type="dxa" w:w="1797"/>
          </w:tcPr>
          <w:p>
            <w:pPr>
              <w:spacing w:after="0"/>
              <w:jc w:val="left"/>
            </w:pPr>
            <w:r>
              <w:rPr>
                <w:sz w:val="16"/>
              </w:rPr>
              <w:t>event-days in 1 of 30 years, 1996 to 2025 (3.33%)</w:t>
            </w:r>
          </w:p>
        </w:tc>
        <w:tc>
          <w:tcPr>
            <w:tcW w:type="dxa" w:w="1530"/>
          </w:tcPr>
          <w:p>
            <w:pPr>
              <w:spacing w:after="0"/>
              <w:jc w:val="right"/>
            </w:pPr>
            <w:r>
              <w:rPr>
                <w:sz w:val="16"/>
              </w:rPr>
              <w:t>7</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Hurricane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0.518</w:t>
            </w:r>
          </w:p>
        </w:tc>
        <w:tc>
          <w:tcPr>
            <w:tcW w:type="dxa" w:w="1473"/>
          </w:tcPr>
          <w:p>
            <w:pPr>
              <w:spacing w:after="0"/>
              <w:jc w:val="left"/>
            </w:pPr>
            <w:r>
              <w:rPr>
                <w:sz w:val="16"/>
              </w:rPr>
              <w:t>event-days per year</w:t>
            </w:r>
          </w:p>
        </w:tc>
        <w:tc>
          <w:tcPr>
            <w:tcW w:type="dxa" w:w="1605"/>
          </w:tcPr>
          <w:p>
            <w:pPr>
              <w:spacing w:after="0"/>
              <w:jc w:val="left"/>
            </w:pPr>
            <w:r>
              <w:rPr>
                <w:sz w:val="16"/>
              </w:rPr>
              <w:t>about 0.518 days per year</w:t>
            </w:r>
          </w:p>
        </w:tc>
        <w:tc>
          <w:tcPr>
            <w:tcW w:type="dxa" w:w="1037"/>
          </w:tcPr>
          <w:p>
            <w:pPr>
              <w:spacing w:after="0"/>
              <w:jc w:val="left"/>
            </w:pPr>
            <w:r>
              <w:rPr>
                <w:sz w:val="16"/>
              </w:rPr>
              <w:t>Possible</w:t>
            </w:r>
          </w:p>
        </w:tc>
        <w:tc>
          <w:tcPr>
            <w:tcW w:type="dxa" w:w="1797"/>
          </w:tcPr>
          <w:p>
            <w:pPr>
              <w:spacing w:after="0"/>
              <w:jc w:val="left"/>
            </w:pPr>
            <w:r>
              <w:rPr>
                <w:sz w:val="16"/>
              </w:rPr>
              <w:t>event-days in 1 of 30 years, 1996 to 2025 (3.33%)</w:t>
            </w:r>
          </w:p>
        </w:tc>
        <w:tc>
          <w:tcPr>
            <w:tcW w:type="dxa" w:w="1530"/>
          </w:tcPr>
          <w:p>
            <w:pPr>
              <w:spacing w:after="0"/>
              <w:jc w:val="right"/>
            </w:pPr>
            <w:r>
              <w:rPr>
                <w:sz w:val="16"/>
              </w:rPr>
              <w:t>35</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0.107</w:t>
            </w:r>
          </w:p>
        </w:tc>
        <w:tc>
          <w:tcPr>
            <w:tcW w:type="dxa" w:w="1473"/>
          </w:tcPr>
          <w:p>
            <w:pPr>
              <w:spacing w:after="0"/>
              <w:jc w:val="left"/>
            </w:pPr>
            <w:r>
              <w:rPr>
                <w:sz w:val="16"/>
              </w:rPr>
              <w:t>event-days per year</w:t>
            </w:r>
          </w:p>
        </w:tc>
        <w:tc>
          <w:tcPr>
            <w:tcW w:type="dxa" w:w="1605"/>
          </w:tcPr>
          <w:p>
            <w:pPr>
              <w:spacing w:after="0"/>
              <w:jc w:val="left"/>
            </w:pPr>
            <w:r>
              <w:rPr>
                <w:sz w:val="16"/>
              </w:rPr>
              <w:t>about 0.107 days per year</w:t>
            </w:r>
          </w:p>
        </w:tc>
        <w:tc>
          <w:tcPr>
            <w:tcW w:type="dxa" w:w="1037"/>
          </w:tcPr>
          <w:p>
            <w:pPr>
              <w:spacing w:after="0"/>
              <w:jc w:val="left"/>
            </w:pPr>
            <w:r>
              <w:rPr>
                <w:sz w:val="16"/>
              </w:rPr>
              <w:t>Likely</w:t>
            </w:r>
          </w:p>
        </w:tc>
        <w:tc>
          <w:tcPr>
            <w:tcW w:type="dxa" w:w="1797"/>
          </w:tcPr>
          <w:p>
            <w:pPr>
              <w:spacing w:after="0"/>
              <w:jc w:val="left"/>
            </w:pPr>
            <w:r>
              <w:rPr>
                <w:sz w:val="16"/>
              </w:rPr>
              <w:t>event-days in 3 of 30 years, 1996 to 2025 (10%)</w:t>
            </w:r>
          </w:p>
        </w:tc>
        <w:tc>
          <w:tcPr>
            <w:tcW w:type="dxa" w:w="1530"/>
          </w:tcPr>
          <w:p>
            <w:pPr>
              <w:spacing w:after="0"/>
              <w:jc w:val="right"/>
            </w:pPr>
            <w:r>
              <w:rPr>
                <w:sz w:val="16"/>
              </w:rPr>
              <w:t>3</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0.153</w:t>
            </w:r>
          </w:p>
        </w:tc>
        <w:tc>
          <w:tcPr>
            <w:tcW w:type="dxa" w:w="1473"/>
          </w:tcPr>
          <w:p>
            <w:pPr>
              <w:spacing w:after="0"/>
              <w:jc w:val="left"/>
            </w:pPr>
            <w:r>
              <w:rPr>
                <w:sz w:val="16"/>
              </w:rPr>
              <w:t>events per year (modeled)</w:t>
            </w:r>
          </w:p>
        </w:tc>
        <w:tc>
          <w:tcPr>
            <w:tcW w:type="dxa" w:w="1605"/>
          </w:tcPr>
          <w:p>
            <w:pPr>
              <w:spacing w:after="0"/>
              <w:jc w:val="left"/>
            </w:pPr>
            <w:r>
              <w:rPr>
                <w:sz w:val="16"/>
              </w:rPr>
              <w:t>about 1 in 7 years</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26.3</w:t>
            </w:r>
          </w:p>
        </w:tc>
        <w:tc>
          <w:tcPr>
            <w:tcW w:type="dxa" w:w="1473"/>
          </w:tcPr>
          <w:p>
            <w:pPr>
              <w:spacing w:after="0"/>
              <w:jc w:val="left"/>
            </w:pPr>
            <w:r>
              <w:rPr>
                <w:sz w:val="16"/>
              </w:rPr>
              <w:t>days per year with a strike</w:t>
            </w:r>
          </w:p>
        </w:tc>
        <w:tc>
          <w:tcPr>
            <w:tcW w:type="dxa" w:w="1605"/>
          </w:tcPr>
          <w:p>
            <w:pPr>
              <w:spacing w:after="0"/>
              <w:jc w:val="left"/>
            </w:pPr>
            <w:r>
              <w:rPr>
                <w:sz w:val="16"/>
              </w:rPr>
              <w:t>about 26.3 days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0.569</w:t>
            </w:r>
          </w:p>
        </w:tc>
        <w:tc>
          <w:tcPr>
            <w:tcW w:type="dxa" w:w="1473"/>
          </w:tcPr>
          <w:p>
            <w:pPr>
              <w:spacing w:after="0"/>
              <w:jc w:val="left"/>
            </w:pPr>
            <w:r>
              <w:rPr>
                <w:sz w:val="16"/>
              </w:rPr>
              <w:t>events per year</w:t>
            </w:r>
          </w:p>
        </w:tc>
        <w:tc>
          <w:tcPr>
            <w:tcW w:type="dxa" w:w="1605"/>
          </w:tcPr>
          <w:p>
            <w:pPr>
              <w:spacing w:after="0"/>
              <w:jc w:val="left"/>
            </w:pPr>
            <w:r>
              <w:rPr>
                <w:sz w:val="16"/>
              </w:rPr>
              <w:t>about 0.57 per year</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22</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0.198</w:t>
            </w:r>
          </w:p>
        </w:tc>
        <w:tc>
          <w:tcPr>
            <w:tcW w:type="dxa" w:w="1473"/>
          </w:tcPr>
          <w:p>
            <w:pPr>
              <w:spacing w:after="0"/>
              <w:jc w:val="left"/>
            </w:pPr>
            <w:r>
              <w:rPr>
                <w:sz w:val="16"/>
              </w:rPr>
              <w:t>events per year</w:t>
            </w:r>
          </w:p>
        </w:tc>
        <w:tc>
          <w:tcPr>
            <w:tcW w:type="dxa" w:w="1605"/>
          </w:tcPr>
          <w:p>
            <w:pPr>
              <w:spacing w:after="0"/>
              <w:jc w:val="left"/>
            </w:pPr>
            <w:r>
              <w:rPr>
                <w:sz w:val="16"/>
              </w:rPr>
              <w:t>about 1 in 5 years</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3"/>
          </w:tcPr>
          <w:p>
            <w:pPr>
              <w:spacing w:after="0"/>
              <w:jc w:val="left"/>
            </w:pPr>
            <w:r>
              <w:rPr>
                <w:sz w:val="16"/>
              </w:rPr>
              <w:t>annual probability at the most exposed location (used in place of a county value)</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3"/>
          </w:tcPr>
          <w:p>
            <w:pPr>
              <w:spacing w:after="0"/>
              <w:jc w:val="left"/>
            </w:pPr>
            <w:r>
              <w:rPr>
                <w:sz w:val="16"/>
              </w:rPr>
              <w:t>annual probability</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0.000488</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0.0488%</w:t>
            </w:r>
          </w:p>
        </w:tc>
        <w:tc>
          <w:tcPr>
            <w:tcW w:type="dxa" w:w="1037"/>
          </w:tcPr>
          <w:p>
            <w:pPr>
              <w:spacing w:after="0"/>
              <w:jc w:val="left"/>
            </w:pPr>
          </w:p>
        </w:tc>
        <w:tc>
          <w:tcPr>
            <w:tcW w:type="dxa" w:w="1797"/>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17.2</w:t>
            </w:r>
          </w:p>
        </w:tc>
        <w:tc>
          <w:tcPr>
            <w:tcW w:type="dxa" w:w="1473"/>
          </w:tcPr>
          <w:p>
            <w:pPr>
              <w:spacing w:after="0"/>
              <w:jc w:val="left"/>
            </w:pPr>
            <w:r>
              <w:rPr>
                <w:sz w:val="16"/>
              </w:rPr>
              <w:t>event-days per year</w:t>
            </w:r>
          </w:p>
        </w:tc>
        <w:tc>
          <w:tcPr>
            <w:tcW w:type="dxa" w:w="1605"/>
          </w:tcPr>
          <w:p>
            <w:pPr>
              <w:spacing w:after="0"/>
              <w:jc w:val="left"/>
            </w:pPr>
            <w:r>
              <w:rPr>
                <w:sz w:val="16"/>
              </w:rPr>
              <w:t>about 17.2 days per year</w:t>
            </w:r>
          </w:p>
        </w:tc>
        <w:tc>
          <w:tcPr>
            <w:tcW w:type="dxa" w:w="1037"/>
          </w:tcPr>
          <w:p>
            <w:pPr>
              <w:spacing w:after="0"/>
              <w:jc w:val="left"/>
            </w:pPr>
            <w:r>
              <w:rPr>
                <w:sz w:val="16"/>
              </w:rPr>
              <w:t>Highly likely</w:t>
            </w:r>
          </w:p>
        </w:tc>
        <w:tc>
          <w:tcPr>
            <w:tcW w:type="dxa" w:w="1797"/>
          </w:tcPr>
          <w:p>
            <w:pPr>
              <w:spacing w:after="0"/>
              <w:jc w:val="left"/>
            </w:pPr>
            <w:r>
              <w:rPr>
                <w:sz w:val="16"/>
              </w:rPr>
              <w:t>event-days in 27 of 30 years, 1996 to 2025 (90%)</w:t>
            </w:r>
          </w:p>
        </w:tc>
        <w:tc>
          <w:tcPr>
            <w:tcW w:type="dxa" w:w="1530"/>
          </w:tcPr>
          <w:p>
            <w:pPr>
              <w:spacing w:after="0"/>
              <w:jc w:val="right"/>
            </w:pPr>
            <w:r>
              <w:rPr>
                <w:sz w:val="16"/>
              </w:rPr>
              <w:t>326</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64</w:t>
            </w:r>
          </w:p>
        </w:tc>
        <w:tc>
          <w:tcPr>
            <w:tcW w:type="dxa" w:w="1476"/>
          </w:tcPr>
          <w:p>
            <w:pPr>
              <w:spacing w:after="0"/>
              <w:jc w:val="right"/>
            </w:pPr>
            <w:r>
              <w:rPr>
                <w:sz w:val="16"/>
              </w:rPr>
              <w:t>30</w:t>
            </w:r>
          </w:p>
        </w:tc>
        <w:tc>
          <w:tcPr>
            <w:tcW w:type="dxa" w:w="1476"/>
          </w:tcPr>
          <w:p>
            <w:pPr>
              <w:spacing w:after="0"/>
              <w:jc w:val="right"/>
            </w:pPr>
            <w:r>
              <w:rPr>
                <w:sz w:val="16"/>
              </w:rPr>
              <w:t>2.13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98.6</w:t>
            </w:r>
          </w:p>
        </w:tc>
        <w:tc>
          <w:tcPr>
            <w:tcW w:type="dxa" w:w="771"/>
          </w:tcPr>
          <w:p>
            <w:pPr>
              <w:spacing w:after="0"/>
              <w:jc w:val="right"/>
            </w:pPr>
            <w:r>
              <w:rPr>
                <w:sz w:val="16"/>
              </w:rPr>
              <w:t>98.6</w:t>
            </w:r>
          </w:p>
        </w:tc>
        <w:tc>
          <w:tcPr>
            <w:tcW w:type="dxa" w:w="735"/>
          </w:tcPr>
          <w:p>
            <w:pPr>
              <w:spacing w:after="0"/>
              <w:jc w:val="right"/>
            </w:pPr>
            <w:r>
              <w:rPr>
                <w:sz w:val="16"/>
              </w:rPr>
              <w:t>98.6</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89.6</w:t>
            </w:r>
          </w:p>
        </w:tc>
        <w:tc>
          <w:tcPr>
            <w:tcW w:type="dxa" w:w="771"/>
          </w:tcPr>
          <w:p>
            <w:pPr>
              <w:spacing w:after="0"/>
              <w:jc w:val="right"/>
            </w:pPr>
            <w:r>
              <w:rPr>
                <w:sz w:val="16"/>
              </w:rPr>
              <w:t>89.6</w:t>
            </w:r>
          </w:p>
        </w:tc>
        <w:tc>
          <w:tcPr>
            <w:tcW w:type="dxa" w:w="735"/>
          </w:tcPr>
          <w:p>
            <w:pPr>
              <w:spacing w:after="0"/>
              <w:jc w:val="right"/>
            </w:pPr>
            <w:r>
              <w:rPr>
                <w:sz w:val="16"/>
              </w:rPr>
              <w:t>89.6</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6.8</w:t>
            </w:r>
          </w:p>
        </w:tc>
        <w:tc>
          <w:tcPr>
            <w:tcW w:type="dxa" w:w="771"/>
          </w:tcPr>
          <w:p>
            <w:pPr>
              <w:spacing w:after="0"/>
              <w:jc w:val="right"/>
            </w:pPr>
            <w:r>
              <w:rPr>
                <w:sz w:val="16"/>
              </w:rPr>
              <w:t>6.8</w:t>
            </w:r>
          </w:p>
        </w:tc>
        <w:tc>
          <w:tcPr>
            <w:tcW w:type="dxa" w:w="735"/>
          </w:tcPr>
          <w:p>
            <w:pPr>
              <w:spacing w:after="0"/>
              <w:jc w:val="right"/>
            </w:pPr>
            <w:r>
              <w:rPr>
                <w:sz w:val="16"/>
              </w:rPr>
              <w:t>6.8</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87.0</w:t>
            </w:r>
          </w:p>
        </w:tc>
        <w:tc>
          <w:tcPr>
            <w:tcW w:type="dxa" w:w="771"/>
          </w:tcPr>
          <w:p>
            <w:pPr>
              <w:spacing w:after="0"/>
              <w:jc w:val="right"/>
            </w:pPr>
            <w:r>
              <w:rPr>
                <w:sz w:val="16"/>
              </w:rPr>
              <w:t>87.0</w:t>
            </w:r>
          </w:p>
        </w:tc>
        <w:tc>
          <w:tcPr>
            <w:tcW w:type="dxa" w:w="735"/>
          </w:tcPr>
          <w:p>
            <w:pPr>
              <w:spacing w:after="0"/>
              <w:jc w:val="right"/>
            </w:pPr>
            <w:r>
              <w:rPr>
                <w:sz w:val="16"/>
              </w:rPr>
              <w:t>87.0</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4.6</w:t>
            </w:r>
          </w:p>
        </w:tc>
        <w:tc>
          <w:tcPr>
            <w:tcW w:type="dxa" w:w="771"/>
          </w:tcPr>
          <w:p>
            <w:pPr>
              <w:spacing w:after="0"/>
              <w:jc w:val="right"/>
            </w:pPr>
            <w:r>
              <w:rPr>
                <w:sz w:val="16"/>
              </w:rPr>
              <w:t>4.6</w:t>
            </w:r>
          </w:p>
        </w:tc>
        <w:tc>
          <w:tcPr>
            <w:tcW w:type="dxa" w:w="735"/>
          </w:tcPr>
          <w:p>
            <w:pPr>
              <w:spacing w:after="0"/>
              <w:jc w:val="right"/>
            </w:pPr>
            <w:r>
              <w:rPr>
                <w:sz w:val="16"/>
              </w:rPr>
              <w:t>4.6</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93.7</w:t>
            </w:r>
          </w:p>
        </w:tc>
        <w:tc>
          <w:tcPr>
            <w:tcW w:type="dxa" w:w="771"/>
          </w:tcPr>
          <w:p>
            <w:pPr>
              <w:spacing w:after="0"/>
              <w:jc w:val="right"/>
            </w:pPr>
            <w:r>
              <w:rPr>
                <w:sz w:val="16"/>
              </w:rPr>
              <w:t>93.7</w:t>
            </w:r>
          </w:p>
        </w:tc>
        <w:tc>
          <w:tcPr>
            <w:tcW w:type="dxa" w:w="735"/>
          </w:tcPr>
          <w:p>
            <w:pPr>
              <w:spacing w:after="0"/>
              <w:jc w:val="right"/>
            </w:pPr>
            <w:r>
              <w:rPr>
                <w:sz w:val="16"/>
              </w:rPr>
              <w:t>93.7</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34.1</w:t>
            </w:r>
          </w:p>
        </w:tc>
        <w:tc>
          <w:tcPr>
            <w:tcW w:type="dxa" w:w="771"/>
          </w:tcPr>
          <w:p>
            <w:pPr>
              <w:spacing w:after="0"/>
              <w:jc w:val="right"/>
            </w:pPr>
            <w:r>
              <w:rPr>
                <w:sz w:val="16"/>
              </w:rPr>
              <w:t>34.1</w:t>
            </w:r>
          </w:p>
        </w:tc>
        <w:tc>
          <w:tcPr>
            <w:tcW w:type="dxa" w:w="735"/>
          </w:tcPr>
          <w:p>
            <w:pPr>
              <w:spacing w:after="0"/>
              <w:jc w:val="right"/>
            </w:pPr>
            <w:r>
              <w:rPr>
                <w:sz w:val="16"/>
              </w:rPr>
              <w:t>34.1</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86.5</w:t>
            </w:r>
          </w:p>
        </w:tc>
        <w:tc>
          <w:tcPr>
            <w:tcW w:type="dxa" w:w="771"/>
          </w:tcPr>
          <w:p>
            <w:pPr>
              <w:spacing w:after="0"/>
              <w:jc w:val="right"/>
            </w:pPr>
            <w:r>
              <w:rPr>
                <w:sz w:val="16"/>
              </w:rPr>
              <w:t>86.5</w:t>
            </w:r>
          </w:p>
        </w:tc>
        <w:tc>
          <w:tcPr>
            <w:tcW w:type="dxa" w:w="735"/>
          </w:tcPr>
          <w:p>
            <w:pPr>
              <w:spacing w:after="0"/>
              <w:jc w:val="right"/>
            </w:pPr>
            <w:r>
              <w:rPr>
                <w:sz w:val="16"/>
              </w:rPr>
              <w:t>86.5</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82.4</w:t>
            </w:r>
          </w:p>
        </w:tc>
        <w:tc>
          <w:tcPr>
            <w:tcW w:type="dxa" w:w="771"/>
          </w:tcPr>
          <w:p>
            <w:pPr>
              <w:spacing w:after="0"/>
              <w:jc w:val="right"/>
            </w:pPr>
            <w:r>
              <w:rPr>
                <w:sz w:val="16"/>
              </w:rPr>
              <w:t>82.4</w:t>
            </w:r>
          </w:p>
        </w:tc>
        <w:tc>
          <w:tcPr>
            <w:tcW w:type="dxa" w:w="735"/>
          </w:tcPr>
          <w:p>
            <w:pPr>
              <w:spacing w:after="0"/>
              <w:jc w:val="right"/>
            </w:pPr>
            <w:r>
              <w:rPr>
                <w:sz w:val="16"/>
              </w:rPr>
              <w:t>82.4</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80.5</w:t>
            </w:r>
          </w:p>
        </w:tc>
        <w:tc>
          <w:tcPr>
            <w:tcW w:type="dxa" w:w="771"/>
          </w:tcPr>
          <w:p>
            <w:pPr>
              <w:spacing w:after="0"/>
              <w:jc w:val="right"/>
            </w:pPr>
            <w:r>
              <w:rPr>
                <w:sz w:val="16"/>
              </w:rPr>
              <w:t>80.5</w:t>
            </w:r>
          </w:p>
        </w:tc>
        <w:tc>
          <w:tcPr>
            <w:tcW w:type="dxa" w:w="735"/>
          </w:tcPr>
          <w:p>
            <w:pPr>
              <w:spacing w:after="0"/>
              <w:jc w:val="right"/>
            </w:pPr>
            <w:r>
              <w:rPr>
                <w:sz w:val="16"/>
              </w:rPr>
              <w:t>80.5</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53.2</w:t>
            </w:r>
          </w:p>
        </w:tc>
        <w:tc>
          <w:tcPr>
            <w:tcW w:type="dxa" w:w="771"/>
          </w:tcPr>
          <w:p>
            <w:pPr>
              <w:spacing w:after="0"/>
              <w:jc w:val="right"/>
            </w:pPr>
            <w:r>
              <w:rPr>
                <w:sz w:val="16"/>
              </w:rPr>
              <w:t>53.2</w:t>
            </w:r>
          </w:p>
        </w:tc>
        <w:tc>
          <w:tcPr>
            <w:tcW w:type="dxa" w:w="735"/>
          </w:tcPr>
          <w:p>
            <w:pPr>
              <w:spacing w:after="0"/>
              <w:jc w:val="right"/>
            </w:pPr>
            <w:r>
              <w:rPr>
                <w:sz w:val="16"/>
              </w:rPr>
              <w:t>53.2</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92.2</w:t>
            </w:r>
          </w:p>
        </w:tc>
        <w:tc>
          <w:tcPr>
            <w:tcW w:type="dxa" w:w="771"/>
          </w:tcPr>
          <w:p>
            <w:pPr>
              <w:spacing w:after="0"/>
              <w:jc w:val="right"/>
            </w:pPr>
            <w:r>
              <w:rPr>
                <w:sz w:val="16"/>
              </w:rPr>
              <w:t>92.2</w:t>
            </w:r>
          </w:p>
        </w:tc>
        <w:tc>
          <w:tcPr>
            <w:tcW w:type="dxa" w:w="735"/>
          </w:tcPr>
          <w:p>
            <w:pPr>
              <w:spacing w:after="0"/>
              <w:jc w:val="right"/>
            </w:pPr>
            <w:r>
              <w:rPr>
                <w:sz w:val="16"/>
              </w:rPr>
              <w:t>92.2</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99.4</w:t>
            </w:r>
          </w:p>
        </w:tc>
        <w:tc>
          <w:tcPr>
            <w:tcW w:type="dxa" w:w="771"/>
          </w:tcPr>
          <w:p>
            <w:pPr>
              <w:spacing w:after="0"/>
              <w:jc w:val="right"/>
            </w:pPr>
            <w:r>
              <w:rPr>
                <w:sz w:val="16"/>
              </w:rPr>
              <w:t>99.4</w:t>
            </w:r>
          </w:p>
        </w:tc>
        <w:tc>
          <w:tcPr>
            <w:tcW w:type="dxa" w:w="735"/>
          </w:tcPr>
          <w:p>
            <w:pPr>
              <w:spacing w:after="0"/>
              <w:jc w:val="right"/>
            </w:pPr>
            <w:r>
              <w:rPr>
                <w:sz w:val="16"/>
              </w:rPr>
              <w:t>99.4</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2"/>
        <w:gridCol w:w="955"/>
        <w:gridCol w:w="2836"/>
        <w:gridCol w:w="2961"/>
        <w:gridCol w:w="2083"/>
        <w:gridCol w:w="2535"/>
        <w:gridCol w:w="910"/>
      </w:tblGrid>
      <w:tr>
        <w:trPr>
          <w:cantSplit/>
          <w:tblHeader/>
        </w:trPr>
        <w:tc>
          <w:tcPr>
            <w:tcW w:type="dxa" w:w="1832"/>
            <w:shd w:val="clear" w:color="auto" w:fill="E8E8E8"/>
          </w:tcPr>
          <w:p>
            <w:pPr>
              <w:spacing w:after="0"/>
              <w:jc w:val="left"/>
            </w:pPr>
            <w:r>
              <w:rPr>
                <w:b/>
                <w:sz w:val="16"/>
              </w:rPr>
              <w:t>Member</w:t>
            </w:r>
          </w:p>
        </w:tc>
        <w:tc>
          <w:tcPr>
            <w:tcW w:type="dxa" w:w="955"/>
            <w:shd w:val="clear" w:color="auto" w:fill="E8E8E8"/>
          </w:tcPr>
          <w:p>
            <w:pPr>
              <w:spacing w:after="0"/>
              <w:jc w:val="left"/>
            </w:pPr>
            <w:r>
              <w:rPr>
                <w:b/>
                <w:sz w:val="16"/>
              </w:rPr>
              <w:t>Type</w:t>
            </w:r>
          </w:p>
        </w:tc>
        <w:tc>
          <w:tcPr>
            <w:tcW w:type="dxa" w:w="2836"/>
            <w:shd w:val="clear" w:color="auto" w:fill="E8E8E8"/>
          </w:tcPr>
          <w:p>
            <w:pPr>
              <w:spacing w:after="0"/>
              <w:jc w:val="left"/>
            </w:pPr>
            <w:r>
              <w:rPr>
                <w:b/>
                <w:sz w:val="16"/>
              </w:rPr>
              <w:t>Plan status</w:t>
            </w:r>
          </w:p>
        </w:tc>
        <w:tc>
          <w:tcPr>
            <w:tcW w:type="dxa" w:w="296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3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10"/>
            <w:shd w:val="clear" w:color="auto" w:fill="E8E8E8"/>
          </w:tcPr>
          <w:p>
            <w:pPr>
              <w:spacing w:after="0"/>
              <w:jc w:val="left"/>
            </w:pPr>
            <w:r>
              <w:rPr>
                <w:b/>
                <w:sz w:val="16"/>
              </w:rPr>
              <w:t>Notes</w:t>
            </w:r>
          </w:p>
        </w:tc>
      </w:tr>
      <w:tr>
        <w:trPr>
          <w:cantSplit/>
        </w:trPr>
        <w:tc>
          <w:tcPr>
            <w:tcW w:type="dxa" w:w="1832"/>
          </w:tcPr>
          <w:p>
            <w:pPr>
              <w:spacing w:after="0"/>
              <w:jc w:val="left"/>
            </w:pPr>
            <w:r>
              <w:rPr>
                <w:sz w:val="16"/>
              </w:rPr>
              <w:t>Burke County</w:t>
            </w:r>
          </w:p>
        </w:tc>
        <w:tc>
          <w:tcPr>
            <w:tcW w:type="dxa" w:w="955"/>
          </w:tcPr>
          <w:p>
            <w:pPr>
              <w:spacing w:after="0"/>
              <w:jc w:val="left"/>
            </w:pPr>
            <w:r>
              <w:rPr>
                <w:sz w:val="16"/>
              </w:rPr>
              <w:t>County</w:t>
            </w:r>
          </w:p>
        </w:tc>
        <w:tc>
          <w:tcPr>
            <w:tcW w:type="dxa" w:w="2836"/>
          </w:tcPr>
          <w:p>
            <w:pPr>
              <w:spacing w:after="0"/>
              <w:jc w:val="left"/>
            </w:pPr>
            <w:r>
              <w:rPr>
                <w:sz w:val="16"/>
              </w:rPr>
              <w:t>Expired on 2024-06-16</w:t>
            </w:r>
          </w:p>
        </w:tc>
        <w:tc>
          <w:tcPr>
            <w:tcW w:type="dxa" w:w="2961"/>
          </w:tcPr>
          <w:p>
            <w:pPr>
              <w:spacing w:after="0"/>
              <w:jc w:val="right"/>
            </w:pPr>
            <w:r>
              <w:rPr>
                <w:sz w:val="16"/>
              </w:rPr>
              <w:t>FMA RL 0, SRL 0; any 0</w:t>
            </w:r>
          </w:p>
        </w:tc>
        <w:tc>
          <w:tcPr>
            <w:tcW w:type="dxa" w:w="2083"/>
          </w:tcPr>
          <w:p>
            <w:pPr>
              <w:spacing w:after="0"/>
              <w:jc w:val="right"/>
            </w:pPr>
            <w:r>
              <w:rPr>
                <w:sz w:val="16"/>
              </w:rPr>
              <w:t>$896,400.35</w:t>
            </w:r>
          </w:p>
        </w:tc>
        <w:tc>
          <w:tcPr>
            <w:tcW w:type="dxa" w:w="2535"/>
          </w:tcPr>
          <w:p>
            <w:pPr>
              <w:spacing w:after="0"/>
              <w:jc w:val="right"/>
            </w:pPr>
            <w:r>
              <w:rPr>
                <w:sz w:val="16"/>
              </w:rPr>
              <w:t>0; 0</w:t>
            </w:r>
          </w:p>
        </w:tc>
        <w:tc>
          <w:tcPr>
            <w:tcW w:type="dxa" w:w="910"/>
          </w:tcPr>
          <w:p>
            <w:pPr>
              <w:spacing w:after="0"/>
              <w:jc w:val="left"/>
            </w:pPr>
          </w:p>
        </w:tc>
      </w:tr>
      <w:tr>
        <w:trPr>
          <w:cantSplit/>
        </w:trPr>
        <w:tc>
          <w:tcPr>
            <w:tcW w:type="dxa" w:w="1832"/>
          </w:tcPr>
          <w:p>
            <w:pPr>
              <w:spacing w:after="0"/>
              <w:jc w:val="left"/>
            </w:pPr>
            <w:r>
              <w:rPr>
                <w:sz w:val="16"/>
              </w:rPr>
              <w:t>Bowbells city</w:t>
            </w:r>
          </w:p>
        </w:tc>
        <w:tc>
          <w:tcPr>
            <w:tcW w:type="dxa" w:w="955"/>
          </w:tcPr>
          <w:p>
            <w:pPr>
              <w:spacing w:after="0"/>
              <w:jc w:val="left"/>
            </w:pPr>
            <w:r>
              <w:rPr>
                <w:sz w:val="16"/>
              </w:rPr>
              <w:t>City</w:t>
            </w:r>
          </w:p>
        </w:tc>
        <w:tc>
          <w:tcPr>
            <w:tcW w:type="dxa" w:w="2836"/>
          </w:tcPr>
          <w:p>
            <w:pPr>
              <w:spacing w:after="0"/>
              <w:jc w:val="left"/>
            </w:pPr>
            <w:r>
              <w:rPr>
                <w:sz w:val="16"/>
              </w:rPr>
              <w:t>Expired on 2024-06-16</w:t>
            </w:r>
          </w:p>
        </w:tc>
        <w:tc>
          <w:tcPr>
            <w:tcW w:type="dxa" w:w="2961"/>
          </w:tcPr>
          <w:p>
            <w:pPr>
              <w:spacing w:after="0"/>
              <w:jc w:val="right"/>
            </w:pPr>
            <w:r>
              <w:rPr>
                <w:sz w:val="16"/>
              </w:rPr>
              <w:t>FMA RL 0, SRL 0; any 0</w:t>
            </w:r>
          </w:p>
        </w:tc>
        <w:tc>
          <w:tcPr>
            <w:tcW w:type="dxa" w:w="2083"/>
          </w:tcPr>
          <w:p>
            <w:pPr>
              <w:spacing w:after="0"/>
              <w:jc w:val="right"/>
            </w:pPr>
            <w:r>
              <w:rPr>
                <w:sz w:val="16"/>
              </w:rPr>
              <w:t>$1,804.24</w:t>
            </w:r>
          </w:p>
        </w:tc>
        <w:tc>
          <w:tcPr>
            <w:tcW w:type="dxa" w:w="2535"/>
          </w:tcPr>
          <w:p>
            <w:pPr>
              <w:spacing w:after="0"/>
              <w:jc w:val="right"/>
            </w:pPr>
            <w:r>
              <w:rPr>
                <w:sz w:val="16"/>
              </w:rPr>
              <w:t>30; 8</w:t>
            </w:r>
          </w:p>
        </w:tc>
        <w:tc>
          <w:tcPr>
            <w:tcW w:type="dxa" w:w="910"/>
          </w:tcPr>
          <w:p>
            <w:pPr>
              <w:spacing w:after="0"/>
              <w:jc w:val="left"/>
            </w:pPr>
          </w:p>
        </w:tc>
      </w:tr>
      <w:tr>
        <w:trPr>
          <w:cantSplit/>
        </w:trPr>
        <w:tc>
          <w:tcPr>
            <w:tcW w:type="dxa" w:w="1832"/>
          </w:tcPr>
          <w:p>
            <w:pPr>
              <w:spacing w:after="0"/>
              <w:jc w:val="left"/>
            </w:pPr>
            <w:r>
              <w:rPr>
                <w:sz w:val="16"/>
              </w:rPr>
              <w:t>Columbus city</w:t>
            </w:r>
          </w:p>
        </w:tc>
        <w:tc>
          <w:tcPr>
            <w:tcW w:type="dxa" w:w="955"/>
          </w:tcPr>
          <w:p>
            <w:pPr>
              <w:spacing w:after="0"/>
              <w:jc w:val="left"/>
            </w:pPr>
            <w:r>
              <w:rPr>
                <w:sz w:val="16"/>
              </w:rPr>
              <w:t>City</w:t>
            </w:r>
          </w:p>
        </w:tc>
        <w:tc>
          <w:tcPr>
            <w:tcW w:type="dxa" w:w="2836"/>
          </w:tcPr>
          <w:p>
            <w:pPr>
              <w:spacing w:after="0"/>
              <w:jc w:val="left"/>
            </w:pPr>
            <w:r>
              <w:rPr>
                <w:sz w:val="16"/>
              </w:rPr>
              <w:t>Expired on 2024-06-16</w:t>
            </w:r>
          </w:p>
        </w:tc>
        <w:tc>
          <w:tcPr>
            <w:tcW w:type="dxa" w:w="2961"/>
          </w:tcPr>
          <w:p>
            <w:pPr>
              <w:spacing w:after="0"/>
              <w:jc w:val="right"/>
            </w:pPr>
            <w:r>
              <w:rPr>
                <w:sz w:val="16"/>
              </w:rPr>
              <w:t>FMA RL 0, SRL 0; any 0</w:t>
            </w:r>
          </w:p>
        </w:tc>
        <w:tc>
          <w:tcPr>
            <w:tcW w:type="dxa" w:w="2083"/>
          </w:tcPr>
          <w:p>
            <w:pPr>
              <w:spacing w:after="0"/>
              <w:jc w:val="right"/>
            </w:pPr>
            <w:r>
              <w:rPr>
                <w:sz w:val="16"/>
              </w:rPr>
              <w:t>$10,356.97</w:t>
            </w:r>
          </w:p>
        </w:tc>
        <w:tc>
          <w:tcPr>
            <w:tcW w:type="dxa" w:w="2535"/>
          </w:tcPr>
          <w:p>
            <w:pPr>
              <w:spacing w:after="0"/>
              <w:jc w:val="right"/>
            </w:pPr>
            <w:r>
              <w:rPr>
                <w:sz w:val="16"/>
              </w:rPr>
              <w:t>13; 2</w:t>
            </w:r>
          </w:p>
        </w:tc>
        <w:tc>
          <w:tcPr>
            <w:tcW w:type="dxa" w:w="910"/>
          </w:tcPr>
          <w:p>
            <w:pPr>
              <w:spacing w:after="0"/>
              <w:jc w:val="left"/>
            </w:pPr>
          </w:p>
        </w:tc>
      </w:tr>
      <w:tr>
        <w:trPr>
          <w:cantSplit/>
        </w:trPr>
        <w:tc>
          <w:tcPr>
            <w:tcW w:type="dxa" w:w="1832"/>
          </w:tcPr>
          <w:p>
            <w:pPr>
              <w:spacing w:after="0"/>
              <w:jc w:val="left"/>
            </w:pPr>
            <w:r>
              <w:rPr>
                <w:sz w:val="16"/>
              </w:rPr>
              <w:t>Flaxton city</w:t>
            </w:r>
          </w:p>
        </w:tc>
        <w:tc>
          <w:tcPr>
            <w:tcW w:type="dxa" w:w="955"/>
          </w:tcPr>
          <w:p>
            <w:pPr>
              <w:spacing w:after="0"/>
              <w:jc w:val="left"/>
            </w:pPr>
            <w:r>
              <w:rPr>
                <w:sz w:val="16"/>
              </w:rPr>
              <w:t>City</w:t>
            </w:r>
          </w:p>
        </w:tc>
        <w:tc>
          <w:tcPr>
            <w:tcW w:type="dxa" w:w="2836"/>
          </w:tcPr>
          <w:p>
            <w:pPr>
              <w:spacing w:after="0"/>
              <w:jc w:val="left"/>
            </w:pPr>
            <w:r>
              <w:rPr>
                <w:sz w:val="16"/>
              </w:rPr>
              <w:t>Expired on 2024-06-16</w:t>
            </w:r>
          </w:p>
        </w:tc>
        <w:tc>
          <w:tcPr>
            <w:tcW w:type="dxa" w:w="2961"/>
          </w:tcPr>
          <w:p>
            <w:pPr>
              <w:spacing w:after="0"/>
              <w:jc w:val="right"/>
            </w:pPr>
            <w:r>
              <w:rPr>
                <w:sz w:val="16"/>
              </w:rPr>
              <w:t>FMA RL 0, SRL 0; any 0</w:t>
            </w:r>
          </w:p>
        </w:tc>
        <w:tc>
          <w:tcPr>
            <w:tcW w:type="dxa" w:w="2083"/>
          </w:tcPr>
          <w:p>
            <w:pPr>
              <w:spacing w:after="0"/>
              <w:jc w:val="right"/>
            </w:pPr>
            <w:r>
              <w:rPr>
                <w:sz w:val="16"/>
              </w:rPr>
              <w:t>$948.75</w:t>
            </w:r>
          </w:p>
        </w:tc>
        <w:tc>
          <w:tcPr>
            <w:tcW w:type="dxa" w:w="2535"/>
          </w:tcPr>
          <w:p>
            <w:pPr>
              <w:spacing w:after="0"/>
              <w:jc w:val="right"/>
            </w:pPr>
            <w:r>
              <w:rPr>
                <w:sz w:val="16"/>
              </w:rPr>
              <w:t>11; 1</w:t>
            </w:r>
          </w:p>
        </w:tc>
        <w:tc>
          <w:tcPr>
            <w:tcW w:type="dxa" w:w="910"/>
          </w:tcPr>
          <w:p>
            <w:pPr>
              <w:spacing w:after="0"/>
              <w:jc w:val="left"/>
            </w:pPr>
          </w:p>
        </w:tc>
      </w:tr>
      <w:tr>
        <w:trPr>
          <w:cantSplit/>
        </w:trPr>
        <w:tc>
          <w:tcPr>
            <w:tcW w:type="dxa" w:w="1832"/>
          </w:tcPr>
          <w:p>
            <w:pPr>
              <w:spacing w:after="0"/>
              <w:jc w:val="left"/>
            </w:pPr>
            <w:r>
              <w:rPr>
                <w:sz w:val="16"/>
              </w:rPr>
              <w:t>Lignite city</w:t>
            </w:r>
          </w:p>
        </w:tc>
        <w:tc>
          <w:tcPr>
            <w:tcW w:type="dxa" w:w="955"/>
          </w:tcPr>
          <w:p>
            <w:pPr>
              <w:spacing w:after="0"/>
              <w:jc w:val="left"/>
            </w:pPr>
            <w:r>
              <w:rPr>
                <w:sz w:val="16"/>
              </w:rPr>
              <w:t>City</w:t>
            </w:r>
          </w:p>
        </w:tc>
        <w:tc>
          <w:tcPr>
            <w:tcW w:type="dxa" w:w="2836"/>
          </w:tcPr>
          <w:p>
            <w:pPr>
              <w:spacing w:after="0"/>
              <w:jc w:val="left"/>
            </w:pPr>
            <w:r>
              <w:rPr>
                <w:sz w:val="16"/>
              </w:rPr>
              <w:t>Expired on 2024-06-16</w:t>
            </w:r>
          </w:p>
        </w:tc>
        <w:tc>
          <w:tcPr>
            <w:tcW w:type="dxa" w:w="2961"/>
          </w:tcPr>
          <w:p>
            <w:pPr>
              <w:spacing w:after="0"/>
              <w:jc w:val="right"/>
            </w:pPr>
            <w:r>
              <w:rPr>
                <w:sz w:val="16"/>
              </w:rPr>
              <w:t>FMA RL 0, SRL 0; any 0</w:t>
            </w:r>
          </w:p>
        </w:tc>
        <w:tc>
          <w:tcPr>
            <w:tcW w:type="dxa" w:w="2083"/>
          </w:tcPr>
          <w:p>
            <w:pPr>
              <w:spacing w:after="0"/>
              <w:jc w:val="right"/>
            </w:pPr>
            <w:r>
              <w:rPr>
                <w:sz w:val="16"/>
              </w:rPr>
              <w:t>none found</w:t>
            </w:r>
          </w:p>
        </w:tc>
        <w:tc>
          <w:tcPr>
            <w:tcW w:type="dxa" w:w="2535"/>
          </w:tcPr>
          <w:p>
            <w:pPr>
              <w:spacing w:after="0"/>
              <w:jc w:val="right"/>
            </w:pPr>
            <w:r>
              <w:rPr>
                <w:sz w:val="16"/>
              </w:rPr>
              <w:t>22; 3</w:t>
            </w:r>
          </w:p>
        </w:tc>
        <w:tc>
          <w:tcPr>
            <w:tcW w:type="dxa" w:w="910"/>
          </w:tcPr>
          <w:p>
            <w:pPr>
              <w:spacing w:after="0"/>
              <w:jc w:val="left"/>
            </w:pPr>
          </w:p>
        </w:tc>
      </w:tr>
      <w:tr>
        <w:trPr>
          <w:cantSplit/>
        </w:trPr>
        <w:tc>
          <w:tcPr>
            <w:tcW w:type="dxa" w:w="1832"/>
          </w:tcPr>
          <w:p>
            <w:pPr>
              <w:spacing w:after="0"/>
              <w:jc w:val="left"/>
            </w:pPr>
            <w:r>
              <w:rPr>
                <w:sz w:val="16"/>
              </w:rPr>
              <w:t>Portal city</w:t>
            </w:r>
          </w:p>
        </w:tc>
        <w:tc>
          <w:tcPr>
            <w:tcW w:type="dxa" w:w="955"/>
          </w:tcPr>
          <w:p>
            <w:pPr>
              <w:spacing w:after="0"/>
              <w:jc w:val="left"/>
            </w:pPr>
            <w:r>
              <w:rPr>
                <w:sz w:val="16"/>
              </w:rPr>
              <w:t>City</w:t>
            </w:r>
          </w:p>
        </w:tc>
        <w:tc>
          <w:tcPr>
            <w:tcW w:type="dxa" w:w="2836"/>
          </w:tcPr>
          <w:p>
            <w:pPr>
              <w:spacing w:after="0"/>
              <w:jc w:val="left"/>
            </w:pPr>
            <w:r>
              <w:rPr>
                <w:sz w:val="16"/>
              </w:rPr>
              <w:t>Expired on 2024-06-16</w:t>
            </w:r>
          </w:p>
        </w:tc>
        <w:tc>
          <w:tcPr>
            <w:tcW w:type="dxa" w:w="2961"/>
          </w:tcPr>
          <w:p>
            <w:pPr>
              <w:spacing w:after="0"/>
              <w:jc w:val="right"/>
            </w:pPr>
            <w:r>
              <w:rPr>
                <w:sz w:val="16"/>
              </w:rPr>
              <w:t>FMA RL 0, SRL 0; any 0</w:t>
            </w:r>
          </w:p>
        </w:tc>
        <w:tc>
          <w:tcPr>
            <w:tcW w:type="dxa" w:w="2083"/>
          </w:tcPr>
          <w:p>
            <w:pPr>
              <w:spacing w:after="0"/>
              <w:jc w:val="right"/>
            </w:pPr>
            <w:r>
              <w:rPr>
                <w:sz w:val="16"/>
              </w:rPr>
              <w:t>$19,499.04</w:t>
            </w:r>
          </w:p>
        </w:tc>
        <w:tc>
          <w:tcPr>
            <w:tcW w:type="dxa" w:w="2535"/>
          </w:tcPr>
          <w:p>
            <w:pPr>
              <w:spacing w:after="0"/>
              <w:jc w:val="right"/>
            </w:pPr>
            <w:r>
              <w:rPr>
                <w:sz w:val="16"/>
              </w:rPr>
              <w:t>17; 3</w:t>
            </w:r>
          </w:p>
        </w:tc>
        <w:tc>
          <w:tcPr>
            <w:tcW w:type="dxa" w:w="910"/>
          </w:tcPr>
          <w:p>
            <w:pPr>
              <w:spacing w:after="0"/>
              <w:jc w:val="left"/>
            </w:pPr>
          </w:p>
        </w:tc>
      </w:tr>
      <w:tr>
        <w:trPr>
          <w:cantSplit/>
        </w:trPr>
        <w:tc>
          <w:tcPr>
            <w:tcW w:type="dxa" w:w="1832"/>
          </w:tcPr>
          <w:p>
            <w:pPr>
              <w:spacing w:after="0"/>
              <w:jc w:val="left"/>
            </w:pPr>
            <w:r>
              <w:rPr>
                <w:sz w:val="16"/>
              </w:rPr>
              <w:t>Powers Lake city</w:t>
            </w:r>
          </w:p>
        </w:tc>
        <w:tc>
          <w:tcPr>
            <w:tcW w:type="dxa" w:w="955"/>
          </w:tcPr>
          <w:p>
            <w:pPr>
              <w:spacing w:after="0"/>
              <w:jc w:val="left"/>
            </w:pPr>
            <w:r>
              <w:rPr>
                <w:sz w:val="16"/>
              </w:rPr>
              <w:t>City</w:t>
            </w:r>
          </w:p>
        </w:tc>
        <w:tc>
          <w:tcPr>
            <w:tcW w:type="dxa" w:w="2836"/>
          </w:tcPr>
          <w:p>
            <w:pPr>
              <w:spacing w:after="0"/>
              <w:jc w:val="left"/>
            </w:pPr>
            <w:r>
              <w:rPr>
                <w:sz w:val="16"/>
              </w:rPr>
              <w:t>Expired on 2024-06-16</w:t>
            </w:r>
          </w:p>
        </w:tc>
        <w:tc>
          <w:tcPr>
            <w:tcW w:type="dxa" w:w="2961"/>
          </w:tcPr>
          <w:p>
            <w:pPr>
              <w:spacing w:after="0"/>
              <w:jc w:val="right"/>
            </w:pPr>
            <w:r>
              <w:rPr>
                <w:sz w:val="16"/>
              </w:rPr>
              <w:t>FMA RL 0, SRL 0; any 0</w:t>
            </w:r>
          </w:p>
        </w:tc>
        <w:tc>
          <w:tcPr>
            <w:tcW w:type="dxa" w:w="2083"/>
          </w:tcPr>
          <w:p>
            <w:pPr>
              <w:spacing w:after="0"/>
              <w:jc w:val="right"/>
            </w:pPr>
            <w:r>
              <w:rPr>
                <w:sz w:val="16"/>
              </w:rPr>
              <w:t>$6,236.23</w:t>
            </w:r>
          </w:p>
        </w:tc>
        <w:tc>
          <w:tcPr>
            <w:tcW w:type="dxa" w:w="2535"/>
          </w:tcPr>
          <w:p>
            <w:pPr>
              <w:spacing w:after="0"/>
              <w:jc w:val="right"/>
            </w:pPr>
            <w:r>
              <w:rPr>
                <w:sz w:val="16"/>
              </w:rPr>
              <w:t>23; 3</w:t>
            </w:r>
          </w:p>
        </w:tc>
        <w:tc>
          <w:tcPr>
            <w:tcW w:type="dxa" w:w="91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948"/>
        <w:gridCol w:w="1126"/>
        <w:gridCol w:w="1177"/>
        <w:gridCol w:w="1305"/>
        <w:gridCol w:w="1228"/>
        <w:gridCol w:w="1112"/>
        <w:gridCol w:w="1347"/>
        <w:gridCol w:w="125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8"/>
            <w:shd w:val="clear" w:color="auto" w:fill="E8E8E8"/>
          </w:tcPr>
          <w:p>
            <w:pPr>
              <w:spacing w:after="0"/>
              <w:jc w:val="right"/>
            </w:pPr>
            <w:r>
              <w:rPr>
                <w:b/>
                <w:sz w:val="16"/>
              </w:rPr>
              <w:t>Storm Events damage since 2019-06-17</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$1,146,068,868</w:t>
            </w:r>
          </w:p>
        </w:tc>
        <w:tc>
          <w:tcPr>
            <w:tcW w:type="dxa" w:w="1137"/>
          </w:tcPr>
          <w:p>
            <w:pPr>
              <w:spacing w:after="0"/>
              <w:jc w:val="right"/>
            </w:pPr>
            <w:r>
              <w:rPr>
                <w:sz w:val="16"/>
              </w:rPr>
              <w:t>$92,080,476</w:t>
            </w:r>
          </w:p>
        </w:tc>
        <w:tc>
          <w:tcPr>
            <w:tcW w:type="dxa" w:w="1046"/>
          </w:tcPr>
          <w:p>
            <w:pPr>
              <w:spacing w:after="0"/>
              <w:jc w:val="right"/>
            </w:pPr>
            <w:r>
              <w:rPr>
                <w:sz w:val="16"/>
              </w:rPr>
              <w:t>2,201</w:t>
            </w:r>
          </w:p>
        </w:tc>
        <w:tc>
          <w:tcPr>
            <w:tcW w:type="dxa" w:w="948"/>
          </w:tcPr>
          <w:p>
            <w:pPr>
              <w:spacing w:after="0"/>
              <w:jc w:val="right"/>
            </w:pPr>
            <w:r>
              <w:rPr>
                <w:sz w:val="16"/>
              </w:rPr>
              <w:t>$660</w:t>
            </w:r>
          </w:p>
        </w:tc>
        <w:tc>
          <w:tcPr>
            <w:tcW w:type="dxa" w:w="1126"/>
          </w:tcPr>
          <w:p>
            <w:pPr>
              <w:spacing w:after="0"/>
              <w:jc w:val="right"/>
            </w:pPr>
            <w:r>
              <w:rPr>
                <w:sz w:val="16"/>
              </w:rPr>
              <w:t>$432,610</w:t>
            </w:r>
          </w:p>
        </w:tc>
        <w:tc>
          <w:tcPr>
            <w:tcW w:type="dxa" w:w="1177"/>
          </w:tcPr>
          <w:p>
            <w:pPr>
              <w:spacing w:after="0"/>
              <w:jc w:val="right"/>
            </w:pPr>
            <w:r>
              <w:rPr>
                <w:sz w:val="16"/>
              </w:rPr>
              <w:t>$570,933</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r>
              <w:rPr>
                <w:sz w:val="16"/>
              </w:rPr>
              <w:t>$0</w:t>
            </w: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$49,375,787</w:t>
            </w:r>
          </w:p>
        </w:tc>
        <w:tc>
          <w:tcPr>
            <w:tcW w:type="dxa" w:w="1046"/>
          </w:tcPr>
          <w:p>
            <w:pPr>
              <w:spacing w:after="0"/>
              <w:jc w:val="right"/>
            </w:pPr>
          </w:p>
        </w:tc>
        <w:tc>
          <w:tcPr>
            <w:tcW w:type="dxa" w:w="948"/>
          </w:tcPr>
          <w:p>
            <w:pPr>
              <w:spacing w:after="0"/>
              <w:jc w:val="right"/>
            </w:pPr>
          </w:p>
        </w:tc>
        <w:tc>
          <w:tcPr>
            <w:tcW w:type="dxa" w:w="1126"/>
          </w:tcPr>
          <w:p>
            <w:pPr>
              <w:spacing w:after="0"/>
              <w:jc w:val="right"/>
            </w:pPr>
            <w:r>
              <w:rPr>
                <w:sz w:val="16"/>
              </w:rPr>
              <w:t>$17,076</w:t>
            </w:r>
          </w:p>
        </w:tc>
        <w:tc>
          <w:tcPr>
            <w:tcW w:type="dxa" w:w="1177"/>
          </w:tcPr>
          <w:p>
            <w:pPr>
              <w:spacing w:after="0"/>
              <w:jc w:val="right"/>
            </w:pPr>
          </w:p>
        </w:tc>
        <w:tc>
          <w:tcPr>
            <w:tcW w:type="dxa" w:w="1305"/>
          </w:tcPr>
          <w:p>
            <w:pPr>
              <w:spacing w:after="0"/>
              <w:jc w:val="right"/>
            </w:pPr>
            <w:r>
              <w:rPr>
                <w:sz w:val="16"/>
              </w:rPr>
              <w:t>0.0346% (agriculture)</w:t>
            </w:r>
          </w:p>
        </w:tc>
        <w:tc>
          <w:tcPr>
            <w:tcW w:type="dxa" w:w="1228"/>
          </w:tcPr>
          <w:p>
            <w:pPr>
              <w:spacing w:after="0"/>
              <w:jc w:val="right"/>
            </w:pPr>
          </w:p>
        </w:tc>
        <w:tc>
          <w:tcPr>
            <w:tcW w:type="dxa" w:w="1112"/>
          </w:tcPr>
          <w:p>
            <w:pPr>
              <w:spacing w:after="0"/>
              <w:jc w:val="right"/>
            </w:pPr>
            <w:r>
              <w:rPr>
                <w:sz w:val="16"/>
              </w:rPr>
              <w:t>$0</w:t>
            </w:r>
          </w:p>
        </w:tc>
        <w:tc>
          <w:tcPr>
            <w:tcW w:type="dxa" w:w="1347"/>
          </w:tcPr>
          <w:p>
            <w:pPr>
              <w:spacing w:after="0"/>
              <w:jc w:val="right"/>
            </w:pPr>
          </w:p>
        </w:tc>
        <w:tc>
          <w:tcPr>
            <w:tcW w:type="dxa" w:w="125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$1,902,580,157</w:t>
            </w:r>
          </w:p>
        </w:tc>
        <w:tc>
          <w:tcPr>
            <w:tcW w:type="dxa" w:w="1137"/>
          </w:tcPr>
          <w:p>
            <w:pPr>
              <w:spacing w:after="0"/>
              <w:jc w:val="right"/>
            </w:pPr>
          </w:p>
        </w:tc>
        <w:tc>
          <w:tcPr>
            <w:tcW w:type="dxa" w:w="1046"/>
          </w:tcPr>
          <w:p>
            <w:pPr>
              <w:spacing w:after="0"/>
              <w:jc w:val="right"/>
            </w:pPr>
            <w:r>
              <w:rPr>
                <w:sz w:val="16"/>
              </w:rPr>
              <w:t>2,201</w:t>
            </w:r>
          </w:p>
        </w:tc>
        <w:tc>
          <w:tcPr>
            <w:tcW w:type="dxa" w:w="948"/>
          </w:tcPr>
          <w:p>
            <w:pPr>
              <w:spacing w:after="0"/>
              <w:jc w:val="right"/>
            </w:pPr>
            <w:r>
              <w:rPr>
                <w:sz w:val="16"/>
              </w:rPr>
              <w:t>$1,075</w:t>
            </w:r>
          </w:p>
        </w:tc>
        <w:tc>
          <w:tcPr>
            <w:tcW w:type="dxa" w:w="1126"/>
          </w:tcPr>
          <w:p>
            <w:pPr>
              <w:spacing w:after="0"/>
              <w:jc w:val="right"/>
            </w:pPr>
          </w:p>
        </w:tc>
        <w:tc>
          <w:tcPr>
            <w:tcW w:type="dxa" w:w="1177"/>
          </w:tcPr>
          <w:p>
            <w:pPr>
              <w:spacing w:after="0"/>
              <w:jc w:val="right"/>
            </w:pPr>
            <w:r>
              <w:rPr>
                <w:sz w:val="16"/>
              </w:rPr>
              <w:t>$204</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$1,146,068,868</w:t>
            </w:r>
          </w:p>
        </w:tc>
        <w:tc>
          <w:tcPr>
            <w:tcW w:type="dxa" w:w="1137"/>
          </w:tcPr>
          <w:p>
            <w:pPr>
              <w:spacing w:after="0"/>
              <w:jc w:val="right"/>
            </w:pPr>
            <w:r>
              <w:rPr>
                <w:sz w:val="16"/>
              </w:rPr>
              <w:t>$92,080,476</w:t>
            </w:r>
          </w:p>
        </w:tc>
        <w:tc>
          <w:tcPr>
            <w:tcW w:type="dxa" w:w="1046"/>
          </w:tcPr>
          <w:p>
            <w:pPr>
              <w:spacing w:after="0"/>
              <w:jc w:val="right"/>
            </w:pPr>
            <w:r>
              <w:rPr>
                <w:sz w:val="16"/>
              </w:rPr>
              <w:t>2,201</w:t>
            </w:r>
          </w:p>
        </w:tc>
        <w:tc>
          <w:tcPr>
            <w:tcW w:type="dxa" w:w="948"/>
          </w:tcPr>
          <w:p>
            <w:pPr>
              <w:spacing w:after="0"/>
              <w:jc w:val="right"/>
            </w:pPr>
            <w:r>
              <w:rPr>
                <w:sz w:val="16"/>
              </w:rPr>
              <w:t>$43,540</w:t>
            </w:r>
          </w:p>
        </w:tc>
        <w:tc>
          <w:tcPr>
            <w:tcW w:type="dxa" w:w="1126"/>
          </w:tcPr>
          <w:p>
            <w:pPr>
              <w:spacing w:after="0"/>
              <w:jc w:val="right"/>
            </w:pPr>
            <w:r>
              <w:rPr>
                <w:sz w:val="16"/>
              </w:rPr>
              <w:t>$30,320</w:t>
            </w:r>
          </w:p>
        </w:tc>
        <w:tc>
          <w:tcPr>
            <w:tcW w:type="dxa" w:w="1177"/>
          </w:tcPr>
          <w:p>
            <w:pPr>
              <w:spacing w:after="0"/>
              <w:jc w:val="right"/>
            </w:pPr>
            <w:r>
              <w:rPr>
                <w:sz w:val="16"/>
              </w:rPr>
              <w:t>$3,015</w:t>
            </w:r>
          </w:p>
        </w:tc>
        <w:tc>
          <w:tcPr>
            <w:tcW w:type="dxa" w:w="1305"/>
          </w:tcPr>
          <w:p>
            <w:pPr>
              <w:spacing w:after="0"/>
              <w:jc w:val="right"/>
            </w:pPr>
            <w:r>
              <w:rPr>
                <w:sz w:val="16"/>
              </w:rPr>
              <w:t>0.0038%</w:t>
            </w:r>
          </w:p>
        </w:tc>
        <w:tc>
          <w:tcPr>
            <w:tcW w:type="dxa" w:w="1228"/>
          </w:tcPr>
          <w:p>
            <w:pPr>
              <w:spacing w:after="0"/>
              <w:jc w:val="right"/>
            </w:pPr>
            <w:r>
              <w:rPr>
                <w:sz w:val="16"/>
              </w:rPr>
              <w:t>$165,000</w:t>
            </w: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$1,146,068,868</w:t>
            </w:r>
          </w:p>
        </w:tc>
        <w:tc>
          <w:tcPr>
            <w:tcW w:type="dxa" w:w="1137"/>
          </w:tcPr>
          <w:p>
            <w:pPr>
              <w:spacing w:after="0"/>
              <w:jc w:val="right"/>
            </w:pPr>
            <w:r>
              <w:rPr>
                <w:sz w:val="16"/>
              </w:rPr>
              <w:t>$92,080,476</w:t>
            </w:r>
          </w:p>
        </w:tc>
        <w:tc>
          <w:tcPr>
            <w:tcW w:type="dxa" w:w="1046"/>
          </w:tcPr>
          <w:p>
            <w:pPr>
              <w:spacing w:after="0"/>
              <w:jc w:val="right"/>
            </w:pPr>
            <w:r>
              <w:rPr>
                <w:sz w:val="16"/>
              </w:rPr>
              <w:t>2,201</w:t>
            </w:r>
          </w:p>
        </w:tc>
        <w:tc>
          <w:tcPr>
            <w:tcW w:type="dxa" w:w="948"/>
          </w:tcPr>
          <w:p>
            <w:pPr>
              <w:spacing w:after="0"/>
              <w:jc w:val="right"/>
            </w:pPr>
            <w:r>
              <w:rPr>
                <w:sz w:val="16"/>
              </w:rPr>
              <w:t>$517</w:t>
            </w:r>
          </w:p>
        </w:tc>
        <w:tc>
          <w:tcPr>
            <w:tcW w:type="dxa" w:w="1126"/>
          </w:tcPr>
          <w:p>
            <w:pPr>
              <w:spacing w:after="0"/>
              <w:jc w:val="right"/>
            </w:pPr>
            <w:r>
              <w:rPr>
                <w:sz w:val="16"/>
              </w:rPr>
              <w:t>under $1</w:t>
            </w:r>
          </w:p>
        </w:tc>
        <w:tc>
          <w:tcPr>
            <w:tcW w:type="dxa" w:w="1177"/>
          </w:tcPr>
          <w:p>
            <w:pPr>
              <w:spacing w:after="0"/>
              <w:jc w:val="right"/>
            </w:pPr>
            <w:r>
              <w:rPr>
                <w:sz w:val="16"/>
              </w:rPr>
              <w:t>$3,617</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$1,146,068,868</w:t>
            </w:r>
          </w:p>
        </w:tc>
        <w:tc>
          <w:tcPr>
            <w:tcW w:type="dxa" w:w="1137"/>
          </w:tcPr>
          <w:p>
            <w:pPr>
              <w:spacing w:after="0"/>
              <w:jc w:val="right"/>
            </w:pPr>
          </w:p>
        </w:tc>
        <w:tc>
          <w:tcPr>
            <w:tcW w:type="dxa" w:w="1046"/>
          </w:tcPr>
          <w:p>
            <w:pPr>
              <w:spacing w:after="0"/>
              <w:jc w:val="right"/>
            </w:pPr>
            <w:r>
              <w:rPr>
                <w:sz w:val="16"/>
              </w:rPr>
              <w:t>2,201</w:t>
            </w:r>
          </w:p>
        </w:tc>
        <w:tc>
          <w:tcPr>
            <w:tcW w:type="dxa" w:w="948"/>
          </w:tcPr>
          <w:p>
            <w:pPr>
              <w:spacing w:after="0"/>
              <w:jc w:val="right"/>
            </w:pPr>
            <w:r>
              <w:rPr>
                <w:sz w:val="16"/>
              </w:rPr>
              <w:t>$46,983</w:t>
            </w:r>
          </w:p>
        </w:tc>
        <w:tc>
          <w:tcPr>
            <w:tcW w:type="dxa" w:w="1126"/>
          </w:tcPr>
          <w:p>
            <w:pPr>
              <w:spacing w:after="0"/>
              <w:jc w:val="right"/>
            </w:pPr>
          </w:p>
        </w:tc>
        <w:tc>
          <w:tcPr>
            <w:tcW w:type="dxa" w:w="1177"/>
          </w:tcPr>
          <w:p>
            <w:pPr>
              <w:spacing w:after="0"/>
              <w:jc w:val="right"/>
            </w:pPr>
            <w:r>
              <w:rPr>
                <w:sz w:val="16"/>
              </w:rPr>
              <w:t>$9,525</w:t>
            </w:r>
          </w:p>
        </w:tc>
        <w:tc>
          <w:tcPr>
            <w:tcW w:type="dxa" w:w="1305"/>
          </w:tcPr>
          <w:p>
            <w:pPr>
              <w:spacing w:after="0"/>
              <w:jc w:val="right"/>
            </w:pPr>
            <w:r>
              <w:rPr>
                <w:sz w:val="16"/>
              </w:rPr>
              <w:t>0.0041%</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$1,145,629,698</w:t>
            </w:r>
          </w:p>
        </w:tc>
        <w:tc>
          <w:tcPr>
            <w:tcW w:type="dxa" w:w="1137"/>
          </w:tcPr>
          <w:p>
            <w:pPr>
              <w:spacing w:after="0"/>
              <w:jc w:val="right"/>
            </w:pPr>
            <w:r>
              <w:rPr>
                <w:sz w:val="16"/>
              </w:rPr>
              <w:t>$397</w:t>
            </w:r>
          </w:p>
        </w:tc>
        <w:tc>
          <w:tcPr>
            <w:tcW w:type="dxa" w:w="1046"/>
          </w:tcPr>
          <w:p>
            <w:pPr>
              <w:spacing w:after="0"/>
              <w:jc w:val="right"/>
            </w:pPr>
            <w:r>
              <w:rPr>
                <w:sz w:val="16"/>
              </w:rPr>
              <w:t>19</w:t>
            </w:r>
          </w:p>
        </w:tc>
        <w:tc>
          <w:tcPr>
            <w:tcW w:type="dxa" w:w="948"/>
          </w:tcPr>
          <w:p>
            <w:pPr>
              <w:spacing w:after="0"/>
              <w:jc w:val="right"/>
            </w:pPr>
            <w:r>
              <w:rPr>
                <w:sz w:val="16"/>
              </w:rPr>
              <w:t>$474,868</w:t>
            </w:r>
          </w:p>
        </w:tc>
        <w:tc>
          <w:tcPr>
            <w:tcW w:type="dxa" w:w="1126"/>
          </w:tcPr>
          <w:p>
            <w:pPr>
              <w:spacing w:after="0"/>
              <w:jc w:val="right"/>
            </w:pPr>
            <w:r>
              <w:rPr>
                <w:sz w:val="16"/>
              </w:rPr>
              <w:t>$1</w:t>
            </w:r>
          </w:p>
        </w:tc>
        <w:tc>
          <w:tcPr>
            <w:tcW w:type="dxa" w:w="1177"/>
          </w:tcPr>
          <w:p>
            <w:pPr>
              <w:spacing w:after="0"/>
              <w:jc w:val="right"/>
            </w:pPr>
            <w:r>
              <w:rPr>
                <w:sz w:val="16"/>
              </w:rPr>
              <w:t>under $1</w:t>
            </w:r>
          </w:p>
        </w:tc>
        <w:tc>
          <w:tcPr>
            <w:tcW w:type="dxa" w:w="1305"/>
          </w:tcPr>
          <w:p>
            <w:pPr>
              <w:spacing w:after="0"/>
              <w:jc w:val="right"/>
            </w:pPr>
            <w:r>
              <w:rPr>
                <w:sz w:val="16"/>
              </w:rPr>
              <w:t>n/a (see note)</w:t>
            </w:r>
          </w:p>
        </w:tc>
        <w:tc>
          <w:tcPr>
            <w:tcW w:type="dxa" w:w="1228"/>
          </w:tcPr>
          <w:p>
            <w:pPr>
              <w:spacing w:after="0"/>
              <w:jc w:val="right"/>
            </w:pPr>
            <w:r>
              <w:rPr>
                <w:sz w:val="16"/>
              </w:rPr>
              <w:t>$30,000</w:t>
            </w:r>
          </w:p>
        </w:tc>
        <w:tc>
          <w:tcPr>
            <w:tcW w:type="dxa" w:w="1112"/>
          </w:tcPr>
          <w:p>
            <w:pPr>
              <w:spacing w:after="0"/>
              <w:jc w:val="right"/>
            </w:pPr>
          </w:p>
        </w:tc>
        <w:tc>
          <w:tcPr>
            <w:tcW w:type="dxa" w:w="1347"/>
          </w:tcPr>
          <w:p>
            <w:pPr>
              <w:spacing w:after="0"/>
              <w:jc w:val="right"/>
            </w:pPr>
            <w:r>
              <w:rPr>
                <w:sz w:val="16"/>
              </w:rPr>
              <w:t>$8,644,401.62</w:t>
            </w:r>
          </w:p>
        </w:tc>
        <w:tc>
          <w:tcPr>
            <w:tcW w:type="dxa" w:w="125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$1,972,809</w:t>
            </w:r>
          </w:p>
        </w:tc>
        <w:tc>
          <w:tcPr>
            <w:tcW w:type="dxa" w:w="1137"/>
          </w:tcPr>
          <w:p>
            <w:pPr>
              <w:spacing w:after="0"/>
              <w:jc w:val="right"/>
            </w:pPr>
          </w:p>
        </w:tc>
        <w:tc>
          <w:tcPr>
            <w:tcW w:type="dxa" w:w="1046"/>
          </w:tcPr>
          <w:p>
            <w:pPr>
              <w:spacing w:after="0"/>
              <w:jc w:val="right"/>
            </w:pPr>
            <w:r>
              <w:rPr>
                <w:sz w:val="16"/>
              </w:rPr>
              <w:t>5</w:t>
            </w:r>
          </w:p>
        </w:tc>
        <w:tc>
          <w:tcPr>
            <w:tcW w:type="dxa" w:w="948"/>
          </w:tcPr>
          <w:p>
            <w:pPr>
              <w:spacing w:after="0"/>
              <w:jc w:val="right"/>
            </w:pPr>
            <w:r>
              <w:rPr>
                <w:sz w:val="16"/>
              </w:rPr>
              <w:t>$5</w:t>
            </w:r>
          </w:p>
        </w:tc>
        <w:tc>
          <w:tcPr>
            <w:tcW w:type="dxa" w:w="1126"/>
          </w:tcPr>
          <w:p>
            <w:pPr>
              <w:spacing w:after="0"/>
              <w:jc w:val="right"/>
            </w:pPr>
          </w:p>
        </w:tc>
        <w:tc>
          <w:tcPr>
            <w:tcW w:type="dxa" w:w="1177"/>
          </w:tcPr>
          <w:p>
            <w:pPr>
              <w:spacing w:after="0"/>
              <w:jc w:val="right"/>
            </w:pPr>
            <w:r>
              <w:rPr>
                <w:sz w:val="16"/>
              </w:rPr>
              <w:t>$279</w:t>
            </w:r>
          </w:p>
        </w:tc>
        <w:tc>
          <w:tcPr>
            <w:tcW w:type="dxa" w:w="1305"/>
          </w:tcPr>
          <w:p>
            <w:pPr>
              <w:spacing w:after="0"/>
              <w:jc w:val="right"/>
            </w:pPr>
            <w:r>
              <w:rPr>
                <w:sz w:val="16"/>
              </w:rPr>
              <w:t>0.000241%</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$1,146,068,868</w:t>
            </w:r>
          </w:p>
        </w:tc>
        <w:tc>
          <w:tcPr>
            <w:tcW w:type="dxa" w:w="1137"/>
          </w:tcPr>
          <w:p>
            <w:pPr>
              <w:spacing w:after="0"/>
              <w:jc w:val="right"/>
            </w:pPr>
          </w:p>
        </w:tc>
        <w:tc>
          <w:tcPr>
            <w:tcW w:type="dxa" w:w="1046"/>
          </w:tcPr>
          <w:p>
            <w:pPr>
              <w:spacing w:after="0"/>
              <w:jc w:val="right"/>
            </w:pPr>
            <w:r>
              <w:rPr>
                <w:sz w:val="16"/>
              </w:rPr>
              <w:t>2,201</w:t>
            </w:r>
          </w:p>
        </w:tc>
        <w:tc>
          <w:tcPr>
            <w:tcW w:type="dxa" w:w="948"/>
          </w:tcPr>
          <w:p>
            <w:pPr>
              <w:spacing w:after="0"/>
              <w:jc w:val="right"/>
            </w:pPr>
            <w:r>
              <w:rPr>
                <w:sz w:val="16"/>
              </w:rPr>
              <w:t>$26,393</w:t>
            </w:r>
          </w:p>
        </w:tc>
        <w:tc>
          <w:tcPr>
            <w:tcW w:type="dxa" w:w="1126"/>
          </w:tcPr>
          <w:p>
            <w:pPr>
              <w:spacing w:after="0"/>
              <w:jc w:val="right"/>
            </w:pPr>
          </w:p>
        </w:tc>
        <w:tc>
          <w:tcPr>
            <w:tcW w:type="dxa" w:w="1177"/>
          </w:tcPr>
          <w:p>
            <w:pPr>
              <w:spacing w:after="0"/>
              <w:jc w:val="right"/>
            </w:pPr>
            <w:r>
              <w:rPr>
                <w:sz w:val="16"/>
              </w:rPr>
              <w:t>$9,430</w:t>
            </w:r>
          </w:p>
        </w:tc>
        <w:tc>
          <w:tcPr>
            <w:tcW w:type="dxa" w:w="1305"/>
          </w:tcPr>
          <w:p>
            <w:pPr>
              <w:spacing w:after="0"/>
              <w:jc w:val="right"/>
            </w:pPr>
            <w:r>
              <w:rPr>
                <w:sz w:val="16"/>
              </w:rPr>
              <w:t>0.0023%</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$1,146,068,868</w:t>
            </w:r>
          </w:p>
        </w:tc>
        <w:tc>
          <w:tcPr>
            <w:tcW w:type="dxa" w:w="1137"/>
          </w:tcPr>
          <w:p>
            <w:pPr>
              <w:spacing w:after="0"/>
              <w:jc w:val="right"/>
            </w:pPr>
            <w:r>
              <w:rPr>
                <w:sz w:val="16"/>
              </w:rPr>
              <w:t>$92,080,476</w:t>
            </w:r>
          </w:p>
        </w:tc>
        <w:tc>
          <w:tcPr>
            <w:tcW w:type="dxa" w:w="1046"/>
          </w:tcPr>
          <w:p>
            <w:pPr>
              <w:spacing w:after="0"/>
              <w:jc w:val="right"/>
            </w:pPr>
            <w:r>
              <w:rPr>
                <w:sz w:val="16"/>
              </w:rPr>
              <w:t>2,201</w:t>
            </w:r>
          </w:p>
        </w:tc>
        <w:tc>
          <w:tcPr>
            <w:tcW w:type="dxa" w:w="948"/>
          </w:tcPr>
          <w:p>
            <w:pPr>
              <w:spacing w:after="0"/>
              <w:jc w:val="right"/>
            </w:pPr>
            <w:r>
              <w:rPr>
                <w:sz w:val="16"/>
              </w:rPr>
              <w:t>$31,205</w:t>
            </w:r>
          </w:p>
        </w:tc>
        <w:tc>
          <w:tcPr>
            <w:tcW w:type="dxa" w:w="1126"/>
          </w:tcPr>
          <w:p>
            <w:pPr>
              <w:spacing w:after="0"/>
              <w:jc w:val="right"/>
            </w:pPr>
            <w:r>
              <w:rPr>
                <w:sz w:val="16"/>
              </w:rPr>
              <w:t>$19,769</w:t>
            </w:r>
          </w:p>
        </w:tc>
        <w:tc>
          <w:tcPr>
            <w:tcW w:type="dxa" w:w="1177"/>
          </w:tcPr>
          <w:p>
            <w:pPr>
              <w:spacing w:after="0"/>
              <w:jc w:val="right"/>
            </w:pPr>
            <w:r>
              <w:rPr>
                <w:sz w:val="16"/>
              </w:rPr>
              <w:t>$8,502</w:t>
            </w:r>
          </w:p>
        </w:tc>
        <w:tc>
          <w:tcPr>
            <w:tcW w:type="dxa" w:w="1305"/>
          </w:tcPr>
          <w:p>
            <w:pPr>
              <w:spacing w:after="0"/>
              <w:jc w:val="right"/>
            </w:pPr>
            <w:r>
              <w:rPr>
                <w:sz w:val="16"/>
              </w:rPr>
              <w:t>0.00272%</w:t>
            </w:r>
          </w:p>
        </w:tc>
        <w:tc>
          <w:tcPr>
            <w:tcW w:type="dxa" w:w="1228"/>
          </w:tcPr>
          <w:p>
            <w:pPr>
              <w:spacing w:after="0"/>
              <w:jc w:val="right"/>
            </w:pPr>
            <w:r>
              <w:rPr>
                <w:sz w:val="16"/>
              </w:rPr>
              <w:t>$48,000</w:t>
            </w:r>
          </w:p>
        </w:tc>
        <w:tc>
          <w:tcPr>
            <w:tcW w:type="dxa" w:w="1112"/>
          </w:tcPr>
          <w:p>
            <w:pPr>
              <w:spacing w:after="0"/>
              <w:jc w:val="right"/>
            </w:pPr>
            <w:r>
              <w:rPr>
                <w:sz w:val="16"/>
              </w:rPr>
              <w:t>$0</w:t>
            </w:r>
          </w:p>
        </w:tc>
        <w:tc>
          <w:tcPr>
            <w:tcW w:type="dxa" w:w="1347"/>
          </w:tcPr>
          <w:p>
            <w:pPr>
              <w:spacing w:after="0"/>
              <w:jc w:val="right"/>
            </w:pPr>
            <w:r>
              <w:rPr>
                <w:sz w:val="16"/>
              </w:rPr>
              <w:t>$51,382.93</w:t>
            </w:r>
          </w:p>
        </w:tc>
        <w:tc>
          <w:tcPr>
            <w:tcW w:type="dxa" w:w="125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$1,146,068,868</w:t>
            </w:r>
          </w:p>
        </w:tc>
        <w:tc>
          <w:tcPr>
            <w:tcW w:type="dxa" w:w="1137"/>
          </w:tcPr>
          <w:p>
            <w:pPr>
              <w:spacing w:after="0"/>
              <w:jc w:val="right"/>
            </w:pPr>
            <w:r>
              <w:rPr>
                <w:sz w:val="16"/>
              </w:rPr>
              <w:t>$92,080,476</w:t>
            </w:r>
          </w:p>
        </w:tc>
        <w:tc>
          <w:tcPr>
            <w:tcW w:type="dxa" w:w="1046"/>
          </w:tcPr>
          <w:p>
            <w:pPr>
              <w:spacing w:after="0"/>
              <w:jc w:val="right"/>
            </w:pPr>
            <w:r>
              <w:rPr>
                <w:sz w:val="16"/>
              </w:rPr>
              <w:t>2,201</w:t>
            </w:r>
          </w:p>
        </w:tc>
        <w:tc>
          <w:tcPr>
            <w:tcW w:type="dxa" w:w="948"/>
          </w:tcPr>
          <w:p>
            <w:pPr>
              <w:spacing w:after="0"/>
              <w:jc w:val="right"/>
            </w:pPr>
            <w:r>
              <w:rPr>
                <w:sz w:val="16"/>
              </w:rPr>
              <w:t>$43,342</w:t>
            </w:r>
          </w:p>
        </w:tc>
        <w:tc>
          <w:tcPr>
            <w:tcW w:type="dxa" w:w="1126"/>
          </w:tcPr>
          <w:p>
            <w:pPr>
              <w:spacing w:after="0"/>
              <w:jc w:val="right"/>
            </w:pPr>
            <w:r>
              <w:rPr>
                <w:sz w:val="16"/>
              </w:rPr>
              <w:t>$1,018</w:t>
            </w:r>
          </w:p>
        </w:tc>
        <w:tc>
          <w:tcPr>
            <w:tcW w:type="dxa" w:w="1177"/>
          </w:tcPr>
          <w:p>
            <w:pPr>
              <w:spacing w:after="0"/>
              <w:jc w:val="right"/>
            </w:pPr>
            <w:r>
              <w:rPr>
                <w:sz w:val="16"/>
              </w:rPr>
              <w:t>$37,625</w:t>
            </w:r>
          </w:p>
        </w:tc>
        <w:tc>
          <w:tcPr>
            <w:tcW w:type="dxa" w:w="1305"/>
          </w:tcPr>
          <w:p>
            <w:pPr>
              <w:spacing w:after="0"/>
              <w:jc w:val="right"/>
            </w:pPr>
            <w:r>
              <w:rPr>
                <w:sz w:val="16"/>
              </w:rPr>
              <w:t>0.00378%</w:t>
            </w:r>
          </w:p>
        </w:tc>
        <w:tc>
          <w:tcPr>
            <w:tcW w:type="dxa" w:w="1228"/>
          </w:tcPr>
          <w:p>
            <w:pPr>
              <w:spacing w:after="0"/>
              <w:jc w:val="right"/>
            </w:pPr>
            <w:r>
              <w:rPr>
                <w:sz w:val="16"/>
              </w:rPr>
              <w:t>$50,000</w:t>
            </w:r>
          </w:p>
        </w:tc>
        <w:tc>
          <w:tcPr>
            <w:tcW w:type="dxa" w:w="1112"/>
          </w:tcPr>
          <w:p>
            <w:pPr>
              <w:spacing w:after="0"/>
              <w:jc w:val="right"/>
            </w:pPr>
          </w:p>
        </w:tc>
        <w:tc>
          <w:tcPr>
            <w:tcW w:type="dxa" w:w="1347"/>
          </w:tcPr>
          <w:p>
            <w:pPr>
              <w:spacing w:after="0"/>
              <w:jc w:val="right"/>
            </w:pPr>
            <w:r>
              <w:rPr>
                <w:sz w:val="16"/>
              </w:rPr>
              <w:t>none found (1 declaration)</w:t>
            </w:r>
          </w:p>
        </w:tc>
        <w:tc>
          <w:tcPr>
            <w:tcW w:type="dxa" w:w="1257"/>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$337,821,696</w:t>
            </w:r>
          </w:p>
        </w:tc>
        <w:tc>
          <w:tcPr>
            <w:tcW w:type="dxa" w:w="1137"/>
          </w:tcPr>
          <w:p>
            <w:pPr>
              <w:spacing w:after="0"/>
              <w:jc w:val="right"/>
            </w:pPr>
            <w:r>
              <w:rPr>
                <w:sz w:val="16"/>
              </w:rPr>
              <w:t>$19,867,974</w:t>
            </w:r>
          </w:p>
        </w:tc>
        <w:tc>
          <w:tcPr>
            <w:tcW w:type="dxa" w:w="1046"/>
          </w:tcPr>
          <w:p>
            <w:pPr>
              <w:spacing w:after="0"/>
              <w:jc w:val="right"/>
            </w:pPr>
            <w:r>
              <w:rPr>
                <w:sz w:val="16"/>
              </w:rPr>
              <w:t>711</w:t>
            </w:r>
          </w:p>
        </w:tc>
        <w:tc>
          <w:tcPr>
            <w:tcW w:type="dxa" w:w="948"/>
          </w:tcPr>
          <w:p>
            <w:pPr>
              <w:spacing w:after="0"/>
              <w:jc w:val="right"/>
            </w:pPr>
            <w:r>
              <w:rPr>
                <w:sz w:val="16"/>
              </w:rPr>
              <w:t>$54,291</w:t>
            </w:r>
          </w:p>
        </w:tc>
        <w:tc>
          <w:tcPr>
            <w:tcW w:type="dxa" w:w="1126"/>
          </w:tcPr>
          <w:p>
            <w:pPr>
              <w:spacing w:after="0"/>
              <w:jc w:val="right"/>
            </w:pPr>
            <w:r>
              <w:rPr>
                <w:sz w:val="16"/>
              </w:rPr>
              <w:t>$30</w:t>
            </w:r>
          </w:p>
        </w:tc>
        <w:tc>
          <w:tcPr>
            <w:tcW w:type="dxa" w:w="1177"/>
          </w:tcPr>
          <w:p>
            <w:pPr>
              <w:spacing w:after="0"/>
              <w:jc w:val="right"/>
            </w:pPr>
            <w:r>
              <w:rPr>
                <w:sz w:val="16"/>
              </w:rPr>
              <w:t>$992</w:t>
            </w:r>
          </w:p>
        </w:tc>
        <w:tc>
          <w:tcPr>
            <w:tcW w:type="dxa" w:w="1305"/>
          </w:tcPr>
          <w:p>
            <w:pPr>
              <w:spacing w:after="0"/>
              <w:jc w:val="right"/>
            </w:pPr>
            <w:r>
              <w:rPr>
                <w:sz w:val="16"/>
              </w:rPr>
              <w:t>0.0161%</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$1,146,068,868</w:t>
            </w:r>
          </w:p>
        </w:tc>
        <w:tc>
          <w:tcPr>
            <w:tcW w:type="dxa" w:w="1137"/>
          </w:tcPr>
          <w:p>
            <w:pPr>
              <w:spacing w:after="0"/>
              <w:jc w:val="right"/>
            </w:pPr>
            <w:r>
              <w:rPr>
                <w:sz w:val="16"/>
              </w:rPr>
              <w:t>$92,080,476</w:t>
            </w:r>
          </w:p>
        </w:tc>
        <w:tc>
          <w:tcPr>
            <w:tcW w:type="dxa" w:w="1046"/>
          </w:tcPr>
          <w:p>
            <w:pPr>
              <w:spacing w:after="0"/>
              <w:jc w:val="right"/>
            </w:pPr>
            <w:r>
              <w:rPr>
                <w:sz w:val="16"/>
              </w:rPr>
              <w:t>2,201</w:t>
            </w:r>
          </w:p>
        </w:tc>
        <w:tc>
          <w:tcPr>
            <w:tcW w:type="dxa" w:w="948"/>
          </w:tcPr>
          <w:p>
            <w:pPr>
              <w:spacing w:after="0"/>
              <w:jc w:val="right"/>
            </w:pPr>
            <w:r>
              <w:rPr>
                <w:sz w:val="16"/>
              </w:rPr>
              <w:t>$53,231</w:t>
            </w:r>
          </w:p>
        </w:tc>
        <w:tc>
          <w:tcPr>
            <w:tcW w:type="dxa" w:w="1126"/>
          </w:tcPr>
          <w:p>
            <w:pPr>
              <w:spacing w:after="0"/>
              <w:jc w:val="right"/>
            </w:pPr>
            <w:r>
              <w:rPr>
                <w:sz w:val="16"/>
              </w:rPr>
              <w:t>$99</w:t>
            </w:r>
          </w:p>
        </w:tc>
        <w:tc>
          <w:tcPr>
            <w:tcW w:type="dxa" w:w="1177"/>
          </w:tcPr>
          <w:p>
            <w:pPr>
              <w:spacing w:after="0"/>
              <w:jc w:val="right"/>
            </w:pPr>
            <w:r>
              <w:rPr>
                <w:sz w:val="16"/>
              </w:rPr>
              <w:t>$38,340</w:t>
            </w:r>
          </w:p>
        </w:tc>
        <w:tc>
          <w:tcPr>
            <w:tcW w:type="dxa" w:w="1305"/>
          </w:tcPr>
          <w:p>
            <w:pPr>
              <w:spacing w:after="0"/>
              <w:jc w:val="right"/>
            </w:pPr>
            <w:r>
              <w:rPr>
                <w:sz w:val="16"/>
              </w:rPr>
              <w:t>0.00464%</w:t>
            </w:r>
          </w:p>
        </w:tc>
        <w:tc>
          <w:tcPr>
            <w:tcW w:type="dxa" w:w="1228"/>
          </w:tcPr>
          <w:p>
            <w:pPr>
              <w:spacing w:after="0"/>
              <w:jc w:val="right"/>
            </w:pPr>
          </w:p>
        </w:tc>
        <w:tc>
          <w:tcPr>
            <w:tcW w:type="dxa" w:w="1112"/>
          </w:tcPr>
          <w:p>
            <w:pPr>
              <w:spacing w:after="0"/>
              <w:jc w:val="right"/>
            </w:pPr>
            <w:r>
              <w:rPr>
                <w:sz w:val="16"/>
              </w:rPr>
              <w:t>$6,000,000</w:t>
            </w:r>
          </w:p>
        </w:tc>
        <w:tc>
          <w:tcPr>
            <w:tcW w:type="dxa" w:w="1347"/>
          </w:tcPr>
          <w:p>
            <w:pPr>
              <w:spacing w:after="0"/>
              <w:jc w:val="right"/>
            </w:pPr>
            <w:r>
              <w:rPr>
                <w:sz w:val="16"/>
              </w:rPr>
              <w:t>$8,562,823.69</w:t>
            </w:r>
          </w:p>
        </w:tc>
        <w:tc>
          <w:tcPr>
            <w:tcW w:type="dxa" w:w="1257"/>
          </w:tcPr>
          <w:p>
            <w:pPr>
              <w:spacing w:after="0"/>
              <w:jc w:val="left"/>
            </w:pPr>
          </w:p>
        </w:tc>
      </w:tr>
    </w:tbl>
    <w:p>
      <w:pPr>
        <w:spacing w:after="40" w:before="60"/>
      </w:pPr>
      <w:r>
        <w:rPr>
          <w:sz w:val="15"/>
        </w:rPr>
        <w:t>Totals since 2019-06-17 (Storm Events through 2026-06-30): 28 county-coded records, 28 with a damage value recorded (including $0), $293,000; 55 zone-level records, 55 with a damage value recorded (including $0), $6,000,000 reported for the zone; Public Assistance on counted declarations $8,644,401.62 (4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2,201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$1,146,068,868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$92,080,476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$1,277,034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$682,462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Burke County</w:t>
            </w:r>
          </w:p>
        </w:tc>
        <w:tc>
          <w:tcPr>
            <w:tcW w:type="dxa" w:w="1527"/>
          </w:tcPr>
          <w:p>
            <w:pPr>
              <w:spacing w:after="0"/>
              <w:jc w:val="left"/>
            </w:pPr>
            <w:r>
              <w:rPr>
                <w:sz w:val="16"/>
              </w:rPr>
              <w:t>380377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Bowbells city</w:t>
            </w:r>
          </w:p>
        </w:tc>
        <w:tc>
          <w:tcPr>
            <w:tcW w:type="dxa" w:w="1527"/>
          </w:tcPr>
          <w:p>
            <w:pPr>
              <w:spacing w:after="0"/>
              <w:jc w:val="left"/>
            </w:pPr>
            <w:r>
              <w:rPr>
                <w:sz w:val="16"/>
              </w:rPr>
              <w:t>380216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Columbus city</w:t>
            </w:r>
          </w:p>
        </w:tc>
        <w:tc>
          <w:tcPr>
            <w:tcW w:type="dxa" w:w="1527"/>
          </w:tcPr>
          <w:p>
            <w:pPr>
              <w:spacing w:after="0"/>
              <w:jc w:val="left"/>
            </w:pPr>
            <w:r>
              <w:rPr>
                <w:sz w:val="16"/>
              </w:rPr>
              <w:t>380015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Flaxton city</w:t>
            </w:r>
          </w:p>
        </w:tc>
        <w:tc>
          <w:tcPr>
            <w:tcW w:type="dxa" w:w="1527"/>
          </w:tcPr>
          <w:p>
            <w:pPr>
              <w:spacing w:after="0"/>
              <w:jc w:val="left"/>
            </w:pPr>
            <w:r>
              <w:rPr>
                <w:sz w:val="16"/>
              </w:rPr>
              <w:t>380169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Lignite city</w:t>
            </w:r>
          </w:p>
        </w:tc>
        <w:tc>
          <w:tcPr>
            <w:tcW w:type="dxa" w:w="1527"/>
          </w:tcPr>
          <w:p>
            <w:pPr>
              <w:spacing w:after="0"/>
              <w:jc w:val="left"/>
            </w:pPr>
            <w:r>
              <w:rPr>
                <w:sz w:val="16"/>
              </w:rPr>
              <w:t>380186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Portal city</w:t>
            </w:r>
          </w:p>
        </w:tc>
        <w:tc>
          <w:tcPr>
            <w:tcW w:type="dxa" w:w="1527"/>
          </w:tcPr>
          <w:p>
            <w:pPr>
              <w:spacing w:after="0"/>
              <w:jc w:val="left"/>
            </w:pPr>
            <w:r>
              <w:rPr>
                <w:sz w:val="16"/>
              </w:rPr>
              <w:t>380196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Powers Lake city</w:t>
            </w:r>
          </w:p>
        </w:tc>
        <w:tc>
          <w:tcPr>
            <w:tcW w:type="dxa" w:w="1527"/>
          </w:tcPr>
          <w:p>
            <w:pPr>
              <w:spacing w:after="0"/>
              <w:jc w:val="left"/>
            </w:pPr>
            <w:r>
              <w:rPr>
                <w:sz w:val="16"/>
              </w:rPr>
              <w:t>380016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Burke County, ND: risk-assessment baseline packet, release 2026-10 (data as of 2026-09-28; County area 38013).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Burke County, ND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Burke County, ND: Risk-assessment baseline packet</dc:title>
  <dc:subject>Hazard Plain release 2026-10, as of 2026-09-28. Preview: automated baseline</dc:subject>
  <dc:creator>Hazard Plain</dc:creator>
  <cp:keywords>Hazard Plain; hazard mitigation; risk assessment; 38013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