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Billings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111469 approved 2026-09-11, pending adoption here; not yet eligible</w:t>
      </w:r>
    </w:p>
    <w:p>
      <w:pPr>
        <w:keepNext/>
        <w:spacing w:after="40" w:before="0"/>
      </w:pPr>
      <w:r>
        <w:rPr>
          <w:b/>
        </w:rPr>
        <w:t xml:space="preserve">Plan: </w:t>
      </w:r>
      <w:r>
        <w:rPr/>
        <w:t>Billings-Dunn-Golden Valley-Stark Counties, ND Hazard Mitigation Plan 2026 (FEMA plan 111469), pending adoption here</w:t>
      </w:r>
    </w:p>
    <w:p>
      <w:pPr>
        <w:keepNext/>
        <w:spacing w:after="40" w:before="0"/>
      </w:pPr>
      <w:r>
        <w:rPr>
          <w:b/>
        </w:rPr>
        <w:t xml:space="preserve">Approved: </w:t>
      </w:r>
      <w:r>
        <w:rPr/>
        <w:t>2026-09-11 by FEMA; not yet adopted here</w:t>
      </w:r>
    </w:p>
    <w:p>
      <w:pPr>
        <w:keepNext/>
        <w:spacing w:after="40" w:before="0"/>
      </w:pPr>
      <w:r>
        <w:rPr>
          <w:b/>
        </w:rPr>
        <w:t xml:space="preserve">Expires: </w:t>
      </w:r>
      <w:r>
        <w:rPr/>
        <w:t>2031-09-10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111469 was approved by FEMA on 2026-09-11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1496"/>
        <w:gridCol w:w="2460"/>
        <w:gridCol w:w="1890"/>
        <w:gridCol w:w="1406"/>
        <w:gridCol w:w="821"/>
        <w:gridCol w:w="2259"/>
        <w:gridCol w:w="1886"/>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496"/>
            <w:shd w:val="clear" w:color="auto" w:fill="E8E8E8"/>
          </w:tcPr>
          <w:p>
            <w:pPr>
              <w:spacing w:after="0"/>
              <w:jc w:val="left"/>
            </w:pPr>
            <w:r>
              <w:rPr>
                <w:b/>
                <w:sz w:val="16"/>
              </w:rPr>
              <w:t>Status</w:t>
            </w:r>
          </w:p>
        </w:tc>
        <w:tc>
          <w:tcPr>
            <w:tcW w:type="dxa" w:w="2460"/>
            <w:shd w:val="clear" w:color="auto" w:fill="E8E8E8"/>
          </w:tcPr>
          <w:p>
            <w:pPr>
              <w:spacing w:after="0"/>
              <w:jc w:val="left"/>
            </w:pPr>
            <w:r>
              <w:rPr>
                <w:b/>
                <w:sz w:val="16"/>
              </w:rPr>
              <w:t>Plan</w:t>
            </w:r>
          </w:p>
        </w:tc>
        <w:tc>
          <w:tcPr>
            <w:tcW w:type="dxa" w:w="1890"/>
            <w:shd w:val="clear" w:color="auto" w:fill="E8E8E8"/>
          </w:tcPr>
          <w:p>
            <w:pPr>
              <w:spacing w:after="0"/>
              <w:jc w:val="left"/>
            </w:pPr>
            <w:r>
              <w:rPr>
                <w:b/>
                <w:sz w:val="16"/>
              </w:rPr>
              <w:t>Approved</w:t>
            </w:r>
          </w:p>
        </w:tc>
        <w:tc>
          <w:tcPr>
            <w:tcW w:type="dxa" w:w="1406"/>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59"/>
            <w:shd w:val="clear" w:color="auto" w:fill="E8E8E8"/>
          </w:tcPr>
          <w:p>
            <w:pPr>
              <w:spacing w:after="0"/>
              <w:jc w:val="left"/>
            </w:pPr>
            <w:r>
              <w:rPr>
                <w:b/>
                <w:sz w:val="16"/>
              </w:rPr>
              <w:t>Update underway</w:t>
            </w:r>
          </w:p>
        </w:tc>
        <w:tc>
          <w:tcPr>
            <w:tcW w:type="dxa" w:w="1886"/>
            <w:shd w:val="clear" w:color="auto" w:fill="E8E8E8"/>
          </w:tcPr>
          <w:p>
            <w:pPr>
              <w:spacing w:after="0"/>
              <w:jc w:val="left"/>
            </w:pPr>
            <w:r>
              <w:rPr>
                <w:b/>
                <w:sz w:val="16"/>
              </w:rPr>
              <w:t>Notes</w:t>
            </w:r>
          </w:p>
        </w:tc>
      </w:tr>
      <w:tr>
        <w:trPr>
          <w:cantSplit/>
        </w:trPr>
        <w:tc>
          <w:tcPr>
            <w:tcW w:type="dxa" w:w="1215"/>
          </w:tcPr>
          <w:p>
            <w:pPr>
              <w:spacing w:after="0"/>
              <w:jc w:val="left"/>
            </w:pPr>
            <w:r>
              <w:rPr>
                <w:sz w:val="16"/>
              </w:rPr>
              <w:t>Billings County</w:t>
            </w:r>
          </w:p>
        </w:tc>
        <w:tc>
          <w:tcPr>
            <w:tcW w:type="dxa" w:w="680"/>
          </w:tcPr>
          <w:p>
            <w:pPr>
              <w:spacing w:after="0"/>
              <w:jc w:val="left"/>
            </w:pPr>
            <w:r>
              <w:rPr>
                <w:sz w:val="16"/>
              </w:rPr>
              <w:t>County</w:t>
            </w:r>
          </w:p>
        </w:tc>
        <w:tc>
          <w:tcPr>
            <w:tcW w:type="dxa" w:w="1496"/>
          </w:tcPr>
          <w:p>
            <w:pPr>
              <w:spacing w:after="0"/>
              <w:jc w:val="left"/>
            </w:pPr>
            <w:r>
              <w:rPr>
                <w:sz w:val="16"/>
              </w:rPr>
              <w:t>Plan 111469 approved 2026-09-11, pending adoption here; not yet eligible</w:t>
            </w:r>
          </w:p>
        </w:tc>
        <w:tc>
          <w:tcPr>
            <w:tcW w:type="dxa" w:w="2460"/>
          </w:tcPr>
          <w:p>
            <w:pPr>
              <w:spacing w:after="0"/>
              <w:jc w:val="left"/>
            </w:pPr>
            <w:r>
              <w:rPr>
                <w:sz w:val="16"/>
              </w:rPr>
              <w:t>Billings-Dunn-Golden Valley-Stark Counties, ND Hazard Mitigation Plan 2026 (FEMA plan 111469), pending adoption here</w:t>
            </w:r>
          </w:p>
        </w:tc>
        <w:tc>
          <w:tcPr>
            <w:tcW w:type="dxa" w:w="1890"/>
          </w:tcPr>
          <w:p>
            <w:pPr>
              <w:spacing w:after="0"/>
              <w:jc w:val="left"/>
            </w:pPr>
            <w:r>
              <w:rPr>
                <w:sz w:val="16"/>
              </w:rPr>
              <w:t>2026-09-11 by FEMA; not yet adopted here</w:t>
            </w:r>
          </w:p>
        </w:tc>
        <w:tc>
          <w:tcPr>
            <w:tcW w:type="dxa" w:w="1406"/>
          </w:tcPr>
          <w:p>
            <w:pPr>
              <w:spacing w:after="0"/>
              <w:jc w:val="left"/>
            </w:pPr>
            <w:r>
              <w:rPr>
                <w:sz w:val="16"/>
              </w:rPr>
              <w:t>2031-09-10 once adopted</w:t>
            </w:r>
          </w:p>
        </w:tc>
        <w:tc>
          <w:tcPr>
            <w:tcW w:type="dxa" w:w="821"/>
          </w:tcPr>
          <w:p>
            <w:pPr>
              <w:spacing w:after="0"/>
              <w:jc w:val="right"/>
            </w:pPr>
          </w:p>
        </w:tc>
        <w:tc>
          <w:tcPr>
            <w:tcW w:type="dxa" w:w="2259"/>
          </w:tcPr>
          <w:p>
            <w:pPr>
              <w:spacing w:after="0"/>
              <w:jc w:val="left"/>
            </w:pPr>
            <w:r>
              <w:rPr>
                <w:sz w:val="16"/>
              </w:rPr>
              <w:t>FEMA tracker shows a plan approvable pending adoption</w:t>
            </w:r>
          </w:p>
        </w:tc>
        <w:tc>
          <w:tcPr>
            <w:tcW w:type="dxa" w:w="1886"/>
          </w:tcPr>
          <w:p>
            <w:pPr>
              <w:spacing w:after="0"/>
              <w:jc w:val="left"/>
            </w:pPr>
            <w:r>
              <w:rPr>
                <w:sz w:val="16"/>
              </w:rPr>
              <w:t>Not yet eligible: adopt the approved plan.</w:t>
            </w:r>
          </w:p>
        </w:tc>
      </w:tr>
      <w:tr>
        <w:trPr>
          <w:cantSplit/>
        </w:trPr>
        <w:tc>
          <w:tcPr>
            <w:tcW w:type="dxa" w:w="1215"/>
          </w:tcPr>
          <w:p>
            <w:pPr>
              <w:spacing w:after="0"/>
              <w:jc w:val="left"/>
            </w:pPr>
            <w:r>
              <w:rPr>
                <w:sz w:val="16"/>
              </w:rPr>
              <w:t>Medora city</w:t>
            </w:r>
          </w:p>
        </w:tc>
        <w:tc>
          <w:tcPr>
            <w:tcW w:type="dxa" w:w="680"/>
          </w:tcPr>
          <w:p>
            <w:pPr>
              <w:spacing w:after="0"/>
              <w:jc w:val="left"/>
            </w:pPr>
            <w:r>
              <w:rPr>
                <w:sz w:val="16"/>
              </w:rPr>
              <w:t>City</w:t>
            </w:r>
          </w:p>
        </w:tc>
        <w:tc>
          <w:tcPr>
            <w:tcW w:type="dxa" w:w="1496"/>
          </w:tcPr>
          <w:p>
            <w:pPr>
              <w:spacing w:after="0"/>
              <w:jc w:val="left"/>
            </w:pPr>
            <w:r>
              <w:rPr>
                <w:sz w:val="16"/>
              </w:rPr>
              <w:t>Plan 111469 approved 2026-09-11, pending adoption here; not yet eligible</w:t>
            </w:r>
          </w:p>
        </w:tc>
        <w:tc>
          <w:tcPr>
            <w:tcW w:type="dxa" w:w="2460"/>
          </w:tcPr>
          <w:p>
            <w:pPr>
              <w:spacing w:after="0"/>
              <w:jc w:val="left"/>
            </w:pPr>
            <w:r>
              <w:rPr>
                <w:sz w:val="16"/>
              </w:rPr>
              <w:t>Billings-Dunn-Golden Valley-Stark Counties, ND Hazard Mitigation Plan 2026 (FEMA plan 111469), pending adoption here</w:t>
            </w:r>
          </w:p>
        </w:tc>
        <w:tc>
          <w:tcPr>
            <w:tcW w:type="dxa" w:w="1890"/>
          </w:tcPr>
          <w:p>
            <w:pPr>
              <w:spacing w:after="0"/>
              <w:jc w:val="left"/>
            </w:pPr>
            <w:r>
              <w:rPr>
                <w:sz w:val="16"/>
              </w:rPr>
              <w:t>2026-09-11 by FEMA; not yet adopted here</w:t>
            </w:r>
          </w:p>
        </w:tc>
        <w:tc>
          <w:tcPr>
            <w:tcW w:type="dxa" w:w="1406"/>
          </w:tcPr>
          <w:p>
            <w:pPr>
              <w:spacing w:after="0"/>
              <w:jc w:val="left"/>
            </w:pPr>
            <w:r>
              <w:rPr>
                <w:sz w:val="16"/>
              </w:rPr>
              <w:t>2031-09-10 once adopted</w:t>
            </w:r>
          </w:p>
        </w:tc>
        <w:tc>
          <w:tcPr>
            <w:tcW w:type="dxa" w:w="821"/>
          </w:tcPr>
          <w:p>
            <w:pPr>
              <w:spacing w:after="0"/>
              <w:jc w:val="right"/>
            </w:pPr>
          </w:p>
        </w:tc>
        <w:tc>
          <w:tcPr>
            <w:tcW w:type="dxa" w:w="2259"/>
          </w:tcPr>
          <w:p>
            <w:pPr>
              <w:spacing w:after="0"/>
              <w:jc w:val="left"/>
            </w:pPr>
            <w:r>
              <w:rPr>
                <w:sz w:val="16"/>
              </w:rPr>
              <w:t>FEMA tracker shows a plan approvable pending adoption</w:t>
            </w:r>
          </w:p>
        </w:tc>
        <w:tc>
          <w:tcPr>
            <w:tcW w:type="dxa" w:w="188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283"/>
        <w:gridCol w:w="1283"/>
        <w:gridCol w:w="948"/>
        <w:gridCol w:w="1126"/>
        <w:gridCol w:w="1409"/>
        <w:gridCol w:w="1105"/>
        <w:gridCol w:w="1483"/>
        <w:gridCol w:w="1778"/>
        <w:gridCol w:w="1954"/>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3"/>
            <w:shd w:val="clear" w:color="auto" w:fill="E8E8E8"/>
          </w:tcPr>
          <w:p>
            <w:pPr>
              <w:spacing w:after="0"/>
              <w:jc w:val="left"/>
            </w:pPr>
            <w:r>
              <w:rPr>
                <w:b/>
                <w:sz w:val="16"/>
              </w:rPr>
              <w:t>NRI risk rating</w:t>
            </w:r>
          </w:p>
        </w:tc>
        <w:tc>
          <w:tcPr>
            <w:tcW w:type="dxa" w:w="1283"/>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7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54"/>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$722,864</w:t>
            </w:r>
          </w:p>
        </w:tc>
        <w:tc>
          <w:tcPr>
            <w:tcW w:type="dxa" w:w="1126"/>
          </w:tcPr>
          <w:p>
            <w:pPr>
              <w:spacing w:after="0"/>
              <w:jc w:val="right"/>
            </w:pPr>
            <w:r>
              <w:rPr>
                <w:sz w:val="16"/>
              </w:rPr>
              <w:t>under $1</w:t>
            </w:r>
          </w:p>
        </w:tc>
        <w:tc>
          <w:tcPr>
            <w:tcW w:type="dxa" w:w="1409"/>
          </w:tcPr>
          <w:p>
            <w:pPr>
              <w:spacing w:after="0"/>
              <w:jc w:val="right"/>
            </w:pPr>
            <w:r>
              <w:rPr>
                <w:sz w:val="16"/>
              </w:rPr>
              <w:t>$497</w:t>
            </w:r>
          </w:p>
        </w:tc>
        <w:tc>
          <w:tcPr>
            <w:tcW w:type="dxa" w:w="1105"/>
          </w:tcPr>
          <w:p>
            <w:pPr>
              <w:spacing w:after="0"/>
              <w:jc w:val="right"/>
            </w:pPr>
            <w:r>
              <w:rPr>
                <w:sz w:val="16"/>
              </w:rPr>
              <w:t>$723,361</w:t>
            </w:r>
          </w:p>
        </w:tc>
        <w:tc>
          <w:tcPr>
            <w:tcW w:type="dxa" w:w="1483"/>
          </w:tcPr>
          <w:p>
            <w:pPr>
              <w:spacing w:after="0"/>
              <w:jc w:val="right"/>
            </w:pPr>
            <w:r>
              <w:rPr>
                <w:sz w:val="16"/>
              </w:rPr>
              <w:t>6</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Hail</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948"/>
          </w:tcPr>
          <w:p>
            <w:pPr>
              <w:spacing w:after="0"/>
              <w:jc w:val="right"/>
            </w:pPr>
            <w:r>
              <w:rPr>
                <w:sz w:val="16"/>
              </w:rPr>
              <w:t>$140,803</w:t>
            </w:r>
          </w:p>
        </w:tc>
        <w:tc>
          <w:tcPr>
            <w:tcW w:type="dxa" w:w="1126"/>
          </w:tcPr>
          <w:p>
            <w:pPr>
              <w:spacing w:after="0"/>
              <w:jc w:val="right"/>
            </w:pPr>
            <w:r>
              <w:rPr>
                <w:sz w:val="16"/>
              </w:rPr>
              <w:t>$32,194</w:t>
            </w:r>
          </w:p>
        </w:tc>
        <w:tc>
          <w:tcPr>
            <w:tcW w:type="dxa" w:w="1409"/>
          </w:tcPr>
          <w:p>
            <w:pPr>
              <w:spacing w:after="0"/>
              <w:jc w:val="right"/>
            </w:pPr>
            <w:r>
              <w:rPr>
                <w:sz w:val="16"/>
              </w:rPr>
              <w:t>$136,084</w:t>
            </w:r>
          </w:p>
        </w:tc>
        <w:tc>
          <w:tcPr>
            <w:tcW w:type="dxa" w:w="1105"/>
          </w:tcPr>
          <w:p>
            <w:pPr>
              <w:spacing w:after="0"/>
              <w:jc w:val="right"/>
            </w:pPr>
            <w:r>
              <w:rPr>
                <w:sz w:val="16"/>
              </w:rPr>
              <w:t>$309,080</w:t>
            </w:r>
          </w:p>
        </w:tc>
        <w:tc>
          <w:tcPr>
            <w:tcW w:type="dxa" w:w="1483"/>
          </w:tcPr>
          <w:p>
            <w:pPr>
              <w:spacing w:after="0"/>
              <w:jc w:val="right"/>
            </w:pPr>
            <w:r>
              <w:rPr>
                <w:sz w:val="16"/>
              </w:rPr>
              <w:t>102</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Cold Wave</w:t>
            </w:r>
          </w:p>
        </w:tc>
        <w:tc>
          <w:tcPr>
            <w:tcW w:type="dxa" w:w="1283"/>
          </w:tcPr>
          <w:p>
            <w:pPr>
              <w:spacing w:after="0"/>
              <w:jc w:val="left"/>
            </w:pPr>
            <w:r>
              <w:rPr>
                <w:sz w:val="16"/>
              </w:rPr>
              <w:t>Very Low</w:t>
            </w:r>
          </w:p>
        </w:tc>
        <w:tc>
          <w:tcPr>
            <w:tcW w:type="dxa" w:w="1283"/>
          </w:tcPr>
          <w:p>
            <w:pPr>
              <w:spacing w:after="0"/>
              <w:jc w:val="left"/>
            </w:pPr>
            <w:r>
              <w:rPr>
                <w:sz w:val="16"/>
              </w:rPr>
              <w:t>Relatively Low</w:t>
            </w:r>
          </w:p>
        </w:tc>
        <w:tc>
          <w:tcPr>
            <w:tcW w:type="dxa" w:w="948"/>
          </w:tcPr>
          <w:p>
            <w:pPr>
              <w:spacing w:after="0"/>
              <w:jc w:val="right"/>
            </w:pPr>
            <w:r>
              <w:rPr>
                <w:sz w:val="16"/>
              </w:rPr>
              <w:t>$250</w:t>
            </w:r>
          </w:p>
        </w:tc>
        <w:tc>
          <w:tcPr>
            <w:tcW w:type="dxa" w:w="1126"/>
          </w:tcPr>
          <w:p>
            <w:pPr>
              <w:spacing w:after="0"/>
              <w:jc w:val="right"/>
            </w:pPr>
            <w:r>
              <w:rPr>
                <w:sz w:val="16"/>
              </w:rPr>
              <w:t>$98,575</w:t>
            </w:r>
          </w:p>
        </w:tc>
        <w:tc>
          <w:tcPr>
            <w:tcW w:type="dxa" w:w="1409"/>
          </w:tcPr>
          <w:p>
            <w:pPr>
              <w:spacing w:after="0"/>
              <w:jc w:val="right"/>
            </w:pPr>
            <w:r>
              <w:rPr>
                <w:sz w:val="16"/>
              </w:rPr>
              <w:t>$134,013</w:t>
            </w:r>
          </w:p>
        </w:tc>
        <w:tc>
          <w:tcPr>
            <w:tcW w:type="dxa" w:w="1105"/>
          </w:tcPr>
          <w:p>
            <w:pPr>
              <w:spacing w:after="0"/>
              <w:jc w:val="right"/>
            </w:pPr>
            <w:r>
              <w:rPr>
                <w:sz w:val="16"/>
              </w:rPr>
              <w:t>$232,839</w:t>
            </w:r>
          </w:p>
        </w:tc>
        <w:tc>
          <w:tcPr>
            <w:tcW w:type="dxa" w:w="1483"/>
          </w:tcPr>
          <w:p>
            <w:pPr>
              <w:spacing w:after="0"/>
              <w:jc w:val="right"/>
            </w:pPr>
            <w:r>
              <w:rPr>
                <w:sz w:val="16"/>
              </w:rPr>
              <w:t>22</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Wildfire</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948"/>
          </w:tcPr>
          <w:p>
            <w:pPr>
              <w:spacing w:after="0"/>
              <w:jc w:val="right"/>
            </w:pPr>
            <w:r>
              <w:rPr>
                <w:sz w:val="16"/>
              </w:rPr>
              <w:t>$175,716</w:t>
            </w:r>
          </w:p>
        </w:tc>
        <w:tc>
          <w:tcPr>
            <w:tcW w:type="dxa" w:w="1126"/>
          </w:tcPr>
          <w:p>
            <w:pPr>
              <w:spacing w:after="0"/>
              <w:jc w:val="right"/>
            </w:pPr>
            <w:r>
              <w:rPr>
                <w:sz w:val="16"/>
              </w:rPr>
              <w:t>$64</w:t>
            </w:r>
          </w:p>
        </w:tc>
        <w:tc>
          <w:tcPr>
            <w:tcW w:type="dxa" w:w="1409"/>
          </w:tcPr>
          <w:p>
            <w:pPr>
              <w:spacing w:after="0"/>
              <w:jc w:val="right"/>
            </w:pPr>
            <w:r>
              <w:rPr>
                <w:sz w:val="16"/>
              </w:rPr>
              <w:t>$2,833</w:t>
            </w:r>
          </w:p>
        </w:tc>
        <w:tc>
          <w:tcPr>
            <w:tcW w:type="dxa" w:w="1105"/>
          </w:tcPr>
          <w:p>
            <w:pPr>
              <w:spacing w:after="0"/>
              <w:jc w:val="right"/>
            </w:pPr>
            <w:r>
              <w:rPr>
                <w:sz w:val="16"/>
              </w:rPr>
              <w:t>$178,612</w:t>
            </w:r>
          </w:p>
        </w:tc>
        <w:tc>
          <w:tcPr>
            <w:tcW w:type="dxa" w:w="1483"/>
          </w:tcPr>
          <w:p>
            <w:pPr>
              <w:spacing w:after="0"/>
              <w:jc w:val="right"/>
            </w:pPr>
            <w:r>
              <w:rPr>
                <w:sz w:val="16"/>
              </w:rPr>
              <w:t>1</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Strong Wind</w:t>
            </w:r>
          </w:p>
        </w:tc>
        <w:tc>
          <w:tcPr>
            <w:tcW w:type="dxa" w:w="1283"/>
          </w:tcPr>
          <w:p>
            <w:pPr>
              <w:spacing w:after="0"/>
              <w:jc w:val="left"/>
            </w:pPr>
            <w:r>
              <w:rPr>
                <w:sz w:val="16"/>
              </w:rPr>
              <w:t>Very Low</w:t>
            </w:r>
          </w:p>
        </w:tc>
        <w:tc>
          <w:tcPr>
            <w:tcW w:type="dxa" w:w="1283"/>
          </w:tcPr>
          <w:p>
            <w:pPr>
              <w:spacing w:after="0"/>
              <w:jc w:val="left"/>
            </w:pPr>
            <w:r>
              <w:rPr>
                <w:sz w:val="16"/>
              </w:rPr>
              <w:t>Relatively Low</w:t>
            </w:r>
          </w:p>
        </w:tc>
        <w:tc>
          <w:tcPr>
            <w:tcW w:type="dxa" w:w="948"/>
          </w:tcPr>
          <w:p>
            <w:pPr>
              <w:spacing w:after="0"/>
              <w:jc w:val="right"/>
            </w:pPr>
            <w:r>
              <w:rPr>
                <w:sz w:val="16"/>
              </w:rPr>
              <w:t>$61,923</w:t>
            </w:r>
          </w:p>
        </w:tc>
        <w:tc>
          <w:tcPr>
            <w:tcW w:type="dxa" w:w="1126"/>
          </w:tcPr>
          <w:p>
            <w:pPr>
              <w:spacing w:after="0"/>
              <w:jc w:val="right"/>
            </w:pPr>
            <w:r>
              <w:rPr>
                <w:sz w:val="16"/>
              </w:rPr>
              <w:t>$12,550</w:t>
            </w:r>
          </w:p>
        </w:tc>
        <w:tc>
          <w:tcPr>
            <w:tcW w:type="dxa" w:w="1409"/>
          </w:tcPr>
          <w:p>
            <w:pPr>
              <w:spacing w:after="0"/>
              <w:jc w:val="right"/>
            </w:pPr>
            <w:r>
              <w:rPr>
                <w:sz w:val="16"/>
              </w:rPr>
              <w:t>$47,777</w:t>
            </w:r>
          </w:p>
        </w:tc>
        <w:tc>
          <w:tcPr>
            <w:tcW w:type="dxa" w:w="1105"/>
          </w:tcPr>
          <w:p>
            <w:pPr>
              <w:spacing w:after="0"/>
              <w:jc w:val="right"/>
            </w:pPr>
            <w:r>
              <w:rPr>
                <w:sz w:val="16"/>
              </w:rPr>
              <w:t>$122,250</w:t>
            </w:r>
          </w:p>
        </w:tc>
        <w:tc>
          <w:tcPr>
            <w:tcW w:type="dxa" w:w="1483"/>
          </w:tcPr>
          <w:p>
            <w:pPr>
              <w:spacing w:after="0"/>
              <w:jc w:val="right"/>
            </w:pPr>
            <w:r>
              <w:rPr>
                <w:sz w:val="16"/>
              </w:rPr>
              <w:t>104</w:t>
            </w:r>
          </w:p>
        </w:tc>
        <w:tc>
          <w:tcPr>
            <w:tcW w:type="dxa" w:w="1778"/>
          </w:tcPr>
          <w:p>
            <w:pPr>
              <w:spacing w:after="0"/>
              <w:jc w:val="left"/>
            </w:pPr>
          </w:p>
        </w:tc>
        <w:tc>
          <w:tcPr>
            <w:tcW w:type="dxa" w:w="1954"/>
          </w:tcPr>
          <w:p>
            <w:pPr>
              <w:spacing w:after="0"/>
              <w:jc w:val="left"/>
            </w:pPr>
            <w:r>
              <w:rPr>
                <w:sz w:val="16"/>
              </w:rPr>
              <w:t>Includes 73 High Wind records, event types the NRI definition of this hazard leaves out.</w:t>
            </w:r>
          </w:p>
        </w:tc>
      </w:tr>
      <w:tr>
        <w:trPr>
          <w:cantSplit/>
        </w:trPr>
        <w:tc>
          <w:tcPr>
            <w:tcW w:type="dxa" w:w="707"/>
          </w:tcPr>
          <w:p>
            <w:pPr>
              <w:spacing w:after="0"/>
              <w:jc w:val="right"/>
            </w:pPr>
            <w:r>
              <w:rPr>
                <w:sz w:val="16"/>
              </w:rPr>
              <w:t>6</w:t>
            </w:r>
          </w:p>
        </w:tc>
        <w:tc>
          <w:tcPr>
            <w:tcW w:type="dxa" w:w="1037"/>
          </w:tcPr>
          <w:p>
            <w:pPr>
              <w:spacing w:after="0"/>
              <w:jc w:val="left"/>
            </w:pPr>
            <w:r>
              <w:rPr>
                <w:sz w:val="16"/>
              </w:rPr>
              <w:t>Tornado</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$44,974</w:t>
            </w:r>
          </w:p>
        </w:tc>
        <w:tc>
          <w:tcPr>
            <w:tcW w:type="dxa" w:w="1126"/>
          </w:tcPr>
          <w:p>
            <w:pPr>
              <w:spacing w:after="0"/>
              <w:jc w:val="right"/>
            </w:pPr>
            <w:r>
              <w:rPr>
                <w:sz w:val="16"/>
              </w:rPr>
              <w:t>$872</w:t>
            </w:r>
          </w:p>
        </w:tc>
        <w:tc>
          <w:tcPr>
            <w:tcW w:type="dxa" w:w="1409"/>
          </w:tcPr>
          <w:p>
            <w:pPr>
              <w:spacing w:after="0"/>
              <w:jc w:val="right"/>
            </w:pPr>
            <w:r>
              <w:rPr>
                <w:sz w:val="16"/>
              </w:rPr>
              <w:t>$27,322</w:t>
            </w:r>
          </w:p>
        </w:tc>
        <w:tc>
          <w:tcPr>
            <w:tcW w:type="dxa" w:w="1105"/>
          </w:tcPr>
          <w:p>
            <w:pPr>
              <w:spacing w:after="0"/>
              <w:jc w:val="right"/>
            </w:pPr>
            <w:r>
              <w:rPr>
                <w:sz w:val="16"/>
              </w:rPr>
              <w:t>$73,168</w:t>
            </w:r>
          </w:p>
        </w:tc>
        <w:tc>
          <w:tcPr>
            <w:tcW w:type="dxa" w:w="1483"/>
          </w:tcPr>
          <w:p>
            <w:pPr>
              <w:spacing w:after="0"/>
              <w:jc w:val="right"/>
            </w:pPr>
            <w:r>
              <w:rPr>
                <w:sz w:val="16"/>
              </w:rPr>
              <w:t>3</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Winter Weather</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948"/>
          </w:tcPr>
          <w:p>
            <w:pPr>
              <w:spacing w:after="0"/>
              <w:jc w:val="right"/>
            </w:pPr>
            <w:r>
              <w:rPr>
                <w:sz w:val="16"/>
              </w:rPr>
              <w:t>$36,138</w:t>
            </w:r>
          </w:p>
        </w:tc>
        <w:tc>
          <w:tcPr>
            <w:tcW w:type="dxa" w:w="1126"/>
          </w:tcPr>
          <w:p>
            <w:pPr>
              <w:spacing w:after="0"/>
              <w:jc w:val="right"/>
            </w:pPr>
            <w:r>
              <w:rPr>
                <w:sz w:val="16"/>
              </w:rPr>
              <w:t>$39</w:t>
            </w:r>
          </w:p>
        </w:tc>
        <w:tc>
          <w:tcPr>
            <w:tcW w:type="dxa" w:w="1409"/>
          </w:tcPr>
          <w:p>
            <w:pPr>
              <w:spacing w:after="0"/>
              <w:jc w:val="right"/>
            </w:pPr>
            <w:r>
              <w:rPr>
                <w:sz w:val="16"/>
              </w:rPr>
              <w:t>$13,655</w:t>
            </w:r>
          </w:p>
        </w:tc>
        <w:tc>
          <w:tcPr>
            <w:tcW w:type="dxa" w:w="1105"/>
          </w:tcPr>
          <w:p>
            <w:pPr>
              <w:spacing w:after="0"/>
              <w:jc w:val="right"/>
            </w:pPr>
            <w:r>
              <w:rPr>
                <w:sz w:val="16"/>
              </w:rPr>
              <w:t>$49,832</w:t>
            </w:r>
          </w:p>
        </w:tc>
        <w:tc>
          <w:tcPr>
            <w:tcW w:type="dxa" w:w="1483"/>
          </w:tcPr>
          <w:p>
            <w:pPr>
              <w:spacing w:after="0"/>
              <w:jc w:val="right"/>
            </w:pPr>
            <w:r>
              <w:rPr>
                <w:sz w:val="16"/>
              </w:rPr>
              <w:t>87</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Ice Storm</w:t>
            </w:r>
          </w:p>
        </w:tc>
        <w:tc>
          <w:tcPr>
            <w:tcW w:type="dxa" w:w="1283"/>
          </w:tcPr>
          <w:p>
            <w:pPr>
              <w:spacing w:after="0"/>
              <w:jc w:val="left"/>
            </w:pPr>
            <w:r>
              <w:rPr>
                <w:sz w:val="16"/>
              </w:rPr>
              <w:t>Very Low</w:t>
            </w:r>
          </w:p>
        </w:tc>
        <w:tc>
          <w:tcPr>
            <w:tcW w:type="dxa" w:w="1283"/>
          </w:tcPr>
          <w:p>
            <w:pPr>
              <w:spacing w:after="0"/>
              <w:jc w:val="left"/>
            </w:pPr>
            <w:r>
              <w:rPr>
                <w:sz w:val="16"/>
              </w:rPr>
              <w:t>Relatively Low</w:t>
            </w:r>
          </w:p>
        </w:tc>
        <w:tc>
          <w:tcPr>
            <w:tcW w:type="dxa" w:w="948"/>
          </w:tcPr>
          <w:p>
            <w:pPr>
              <w:spacing w:after="0"/>
              <w:jc w:val="right"/>
            </w:pPr>
            <w:r>
              <w:rPr>
                <w:sz w:val="16"/>
              </w:rPr>
              <w:t>$26,779</w:t>
            </w:r>
          </w:p>
        </w:tc>
        <w:tc>
          <w:tcPr>
            <w:tcW w:type="dxa" w:w="1126"/>
          </w:tcPr>
          <w:p>
            <w:pPr>
              <w:spacing w:after="0"/>
              <w:jc w:val="right"/>
            </w:pPr>
          </w:p>
        </w:tc>
        <w:tc>
          <w:tcPr>
            <w:tcW w:type="dxa" w:w="1409"/>
          </w:tcPr>
          <w:p>
            <w:pPr>
              <w:spacing w:after="0"/>
              <w:jc w:val="right"/>
            </w:pPr>
            <w:r>
              <w:rPr>
                <w:sz w:val="16"/>
              </w:rPr>
              <w:t>$3,476</w:t>
            </w:r>
          </w:p>
        </w:tc>
        <w:tc>
          <w:tcPr>
            <w:tcW w:type="dxa" w:w="1105"/>
          </w:tcPr>
          <w:p>
            <w:pPr>
              <w:spacing w:after="0"/>
              <w:jc w:val="right"/>
            </w:pPr>
            <w:r>
              <w:rPr>
                <w:sz w:val="16"/>
              </w:rPr>
              <w:t>$30,256</w:t>
            </w:r>
          </w:p>
        </w:tc>
        <w:tc>
          <w:tcPr>
            <w:tcW w:type="dxa" w:w="1483"/>
          </w:tcPr>
          <w:p>
            <w:pPr>
              <w:spacing w:after="0"/>
              <w:jc w:val="right"/>
            </w:pPr>
            <w:r>
              <w:rPr>
                <w:sz w:val="16"/>
              </w:rPr>
              <w:t>0</w:t>
            </w:r>
          </w:p>
        </w:tc>
        <w:tc>
          <w:tcPr>
            <w:tcW w:type="dxa" w:w="1778"/>
          </w:tcPr>
          <w:p>
            <w:pPr>
              <w:spacing w:after="0"/>
              <w:jc w:val="left"/>
            </w:pPr>
          </w:p>
        </w:tc>
        <w:tc>
          <w:tcPr>
            <w:tcW w:type="dxa" w:w="1954"/>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9</w:t>
            </w:r>
          </w:p>
        </w:tc>
        <w:tc>
          <w:tcPr>
            <w:tcW w:type="dxa" w:w="1037"/>
          </w:tcPr>
          <w:p>
            <w:pPr>
              <w:spacing w:after="0"/>
              <w:jc w:val="left"/>
            </w:pPr>
            <w:r>
              <w:rPr>
                <w:sz w:val="16"/>
              </w:rPr>
              <w:t>Lightning</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$755</w:t>
            </w:r>
          </w:p>
        </w:tc>
        <w:tc>
          <w:tcPr>
            <w:tcW w:type="dxa" w:w="1126"/>
          </w:tcPr>
          <w:p>
            <w:pPr>
              <w:spacing w:after="0"/>
              <w:jc w:val="right"/>
            </w:pPr>
          </w:p>
        </w:tc>
        <w:tc>
          <w:tcPr>
            <w:tcW w:type="dxa" w:w="1409"/>
          </w:tcPr>
          <w:p>
            <w:pPr>
              <w:spacing w:after="0"/>
              <w:jc w:val="right"/>
            </w:pPr>
            <w:r>
              <w:rPr>
                <w:sz w:val="16"/>
              </w:rPr>
              <w:t>$9,247</w:t>
            </w:r>
          </w:p>
        </w:tc>
        <w:tc>
          <w:tcPr>
            <w:tcW w:type="dxa" w:w="1105"/>
          </w:tcPr>
          <w:p>
            <w:pPr>
              <w:spacing w:after="0"/>
              <w:jc w:val="right"/>
            </w:pPr>
            <w:r>
              <w:rPr>
                <w:sz w:val="16"/>
              </w:rPr>
              <w:t>$10,002</w:t>
            </w:r>
          </w:p>
        </w:tc>
        <w:tc>
          <w:tcPr>
            <w:tcW w:type="dxa" w:w="1483"/>
          </w:tcPr>
          <w:p>
            <w:pPr>
              <w:spacing w:after="0"/>
              <w:jc w:val="right"/>
            </w:pPr>
            <w:r>
              <w:rPr>
                <w:sz w:val="16"/>
              </w:rPr>
              <w:t>4</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Drought</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$4,020</w:t>
            </w:r>
          </w:p>
        </w:tc>
        <w:tc>
          <w:tcPr>
            <w:tcW w:type="dxa" w:w="1409"/>
          </w:tcPr>
          <w:p>
            <w:pPr>
              <w:spacing w:after="0"/>
              <w:jc w:val="right"/>
            </w:pPr>
          </w:p>
        </w:tc>
        <w:tc>
          <w:tcPr>
            <w:tcW w:type="dxa" w:w="1105"/>
          </w:tcPr>
          <w:p>
            <w:pPr>
              <w:spacing w:after="0"/>
              <w:jc w:val="right"/>
            </w:pPr>
            <w:r>
              <w:rPr>
                <w:sz w:val="16"/>
              </w:rPr>
              <w:t>$4,020</w:t>
            </w:r>
          </w:p>
        </w:tc>
        <w:tc>
          <w:tcPr>
            <w:tcW w:type="dxa" w:w="1483"/>
          </w:tcPr>
          <w:p>
            <w:pPr>
              <w:spacing w:after="0"/>
              <w:jc w:val="right"/>
            </w:pPr>
            <w:r>
              <w:rPr>
                <w:sz w:val="16"/>
              </w:rPr>
              <w:t>23</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Heat Wave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$65</w:t>
            </w:r>
          </w:p>
        </w:tc>
        <w:tc>
          <w:tcPr>
            <w:tcW w:type="dxa" w:w="1126"/>
          </w:tcPr>
          <w:p>
            <w:pPr>
              <w:spacing w:after="0"/>
              <w:jc w:val="right"/>
            </w:pPr>
            <w:r>
              <w:rPr>
                <w:sz w:val="16"/>
              </w:rPr>
              <w:t>under $1</w:t>
            </w:r>
          </w:p>
        </w:tc>
        <w:tc>
          <w:tcPr>
            <w:tcW w:type="dxa" w:w="1409"/>
          </w:tcPr>
          <w:p>
            <w:pPr>
              <w:spacing w:after="0"/>
              <w:jc w:val="right"/>
            </w:pPr>
            <w:r>
              <w:rPr>
                <w:sz w:val="16"/>
              </w:rPr>
              <w:t>$2,708</w:t>
            </w:r>
          </w:p>
        </w:tc>
        <w:tc>
          <w:tcPr>
            <w:tcW w:type="dxa" w:w="1105"/>
          </w:tcPr>
          <w:p>
            <w:pPr>
              <w:spacing w:after="0"/>
              <w:jc w:val="right"/>
            </w:pPr>
            <w:r>
              <w:rPr>
                <w:sz w:val="16"/>
              </w:rPr>
              <w:t>$2,773</w:t>
            </w:r>
          </w:p>
        </w:tc>
        <w:tc>
          <w:tcPr>
            <w:tcW w:type="dxa" w:w="1483"/>
          </w:tcPr>
          <w:p>
            <w:pPr>
              <w:spacing w:after="0"/>
              <w:jc w:val="right"/>
            </w:pPr>
            <w:r>
              <w:rPr>
                <w:sz w:val="16"/>
              </w:rPr>
              <w:t>1</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Earthquake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$2,412</w:t>
            </w:r>
          </w:p>
        </w:tc>
        <w:tc>
          <w:tcPr>
            <w:tcW w:type="dxa" w:w="1126"/>
          </w:tcPr>
          <w:p>
            <w:pPr>
              <w:spacing w:after="0"/>
              <w:jc w:val="right"/>
            </w:pPr>
          </w:p>
        </w:tc>
        <w:tc>
          <w:tcPr>
            <w:tcW w:type="dxa" w:w="1409"/>
          </w:tcPr>
          <w:p>
            <w:pPr>
              <w:spacing w:after="0"/>
              <w:jc w:val="right"/>
            </w:pPr>
            <w:r>
              <w:rPr>
                <w:sz w:val="16"/>
              </w:rPr>
              <w:t>$230</w:t>
            </w:r>
          </w:p>
        </w:tc>
        <w:tc>
          <w:tcPr>
            <w:tcW w:type="dxa" w:w="1105"/>
          </w:tcPr>
          <w:p>
            <w:pPr>
              <w:spacing w:after="0"/>
              <w:jc w:val="right"/>
            </w:pPr>
            <w:r>
              <w:rPr>
                <w:sz w:val="16"/>
              </w:rPr>
              <w:t>$2,642</w:t>
            </w:r>
          </w:p>
        </w:tc>
        <w:tc>
          <w:tcPr>
            <w:tcW w:type="dxa" w:w="1483"/>
          </w:tcPr>
          <w:p>
            <w:pPr>
              <w:spacing w:after="0"/>
              <w:jc w:val="right"/>
            </w:pPr>
          </w:p>
        </w:tc>
        <w:tc>
          <w:tcPr>
            <w:tcW w:type="dxa" w:w="1778"/>
          </w:tcPr>
          <w:p>
            <w:pPr>
              <w:spacing w:after="0"/>
              <w:jc w:val="left"/>
            </w:pPr>
          </w:p>
        </w:tc>
        <w:tc>
          <w:tcPr>
            <w:tcW w:type="dxa" w:w="1954"/>
          </w:tcPr>
          <w:p>
            <w:pPr>
              <w:spacing w:after="0"/>
              <w:jc w:val="left"/>
            </w:pPr>
            <w:r>
              <w:rPr>
                <w:sz w:val="16"/>
              </w:rPr>
              <w:t>Not in Storm Events. Storm Events coverage of this hazard is limited; absence is not evidence of low risk.</w:t>
            </w:r>
          </w:p>
        </w:tc>
      </w:tr>
      <w:tr>
        <w:trPr>
          <w:cantSplit/>
        </w:trPr>
        <w:tc>
          <w:tcPr>
            <w:tcW w:type="dxa" w:w="707"/>
          </w:tcPr>
          <w:p>
            <w:pPr>
              <w:spacing w:after="0"/>
              <w:jc w:val="right"/>
            </w:pPr>
            <w:r>
              <w:rPr>
                <w:sz w:val="16"/>
              </w:rPr>
              <w:t>13</w:t>
            </w:r>
          </w:p>
        </w:tc>
        <w:tc>
          <w:tcPr>
            <w:tcW w:type="dxa" w:w="1037"/>
          </w:tcPr>
          <w:p>
            <w:pPr>
              <w:spacing w:after="0"/>
              <w:jc w:val="left"/>
            </w:pPr>
            <w:r>
              <w:rPr>
                <w:sz w:val="16"/>
              </w:rPr>
              <w:t>Landslide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$151</w:t>
            </w:r>
          </w:p>
        </w:tc>
        <w:tc>
          <w:tcPr>
            <w:tcW w:type="dxa" w:w="1126"/>
          </w:tcPr>
          <w:p>
            <w:pPr>
              <w:spacing w:after="0"/>
              <w:jc w:val="right"/>
            </w:pPr>
          </w:p>
        </w:tc>
        <w:tc>
          <w:tcPr>
            <w:tcW w:type="dxa" w:w="1409"/>
          </w:tcPr>
          <w:p>
            <w:pPr>
              <w:spacing w:after="0"/>
              <w:jc w:val="right"/>
            </w:pPr>
            <w:r>
              <w:rPr>
                <w:sz w:val="16"/>
              </w:rPr>
              <w:t>$65</w:t>
            </w:r>
          </w:p>
        </w:tc>
        <w:tc>
          <w:tcPr>
            <w:tcW w:type="dxa" w:w="1105"/>
          </w:tcPr>
          <w:p>
            <w:pPr>
              <w:spacing w:after="0"/>
              <w:jc w:val="right"/>
            </w:pPr>
            <w:r>
              <w:rPr>
                <w:sz w:val="16"/>
              </w:rPr>
              <w:t>$217</w:t>
            </w:r>
          </w:p>
        </w:tc>
        <w:tc>
          <w:tcPr>
            <w:tcW w:type="dxa" w:w="1483"/>
          </w:tcPr>
          <w:p>
            <w:pPr>
              <w:spacing w:after="0"/>
              <w:jc w:val="right"/>
            </w:pPr>
            <w:r>
              <w:rPr>
                <w:sz w:val="16"/>
              </w:rPr>
              <w:t>0</w:t>
            </w:r>
          </w:p>
        </w:tc>
        <w:tc>
          <w:tcPr>
            <w:tcW w:type="dxa" w:w="1778"/>
          </w:tcPr>
          <w:p>
            <w:pPr>
              <w:spacing w:after="0"/>
              <w:jc w:val="left"/>
            </w:pPr>
          </w:p>
        </w:tc>
        <w:tc>
          <w:tcPr>
            <w:tcW w:type="dxa" w:w="195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7"/>
          </w:tcPr>
          <w:p>
            <w:pPr>
              <w:spacing w:after="0"/>
              <w:jc w:val="right"/>
            </w:pPr>
          </w:p>
        </w:tc>
        <w:tc>
          <w:tcPr>
            <w:tcW w:type="dxa" w:w="1037"/>
          </w:tcPr>
          <w:p>
            <w:pPr>
              <w:spacing w:after="0"/>
              <w:jc w:val="left"/>
            </w:pPr>
            <w:r>
              <w:rPr>
                <w:sz w:val="16"/>
              </w:rPr>
              <w:t>Avalanche</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9"/>
          </w:tcPr>
          <w:p>
            <w:pPr>
              <w:spacing w:after="0"/>
              <w:jc w:val="right"/>
            </w:pPr>
          </w:p>
        </w:tc>
        <w:tc>
          <w:tcPr>
            <w:tcW w:type="dxa" w:w="1105"/>
          </w:tcPr>
          <w:p>
            <w:pPr>
              <w:spacing w:after="0"/>
              <w:jc w:val="right"/>
            </w:pPr>
          </w:p>
        </w:tc>
        <w:tc>
          <w:tcPr>
            <w:tcW w:type="dxa" w:w="1483"/>
          </w:tcPr>
          <w:p>
            <w:pPr>
              <w:spacing w:after="0"/>
              <w:jc w:val="right"/>
            </w:pPr>
            <w:r>
              <w:rPr>
                <w:sz w:val="16"/>
              </w:rPr>
              <w:t>0</w:t>
            </w:r>
          </w:p>
        </w:tc>
        <w:tc>
          <w:tcPr>
            <w:tcW w:type="dxa" w:w="1778"/>
          </w:tcPr>
          <w:p>
            <w:pPr>
              <w:spacing w:after="0"/>
              <w:jc w:val="left"/>
            </w:pPr>
            <w:r>
              <w:rPr>
                <w:sz w:val="16"/>
              </w:rPr>
              <w:t>NRI rates avalanche Not Applicable for this county, and no federal declaration for this county names it.</w:t>
            </w:r>
          </w:p>
        </w:tc>
        <w:tc>
          <w:tcPr>
            <w:tcW w:type="dxa" w:w="1954"/>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Coastal Flooding</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9"/>
          </w:tcPr>
          <w:p>
            <w:pPr>
              <w:spacing w:after="0"/>
              <w:jc w:val="right"/>
            </w:pPr>
          </w:p>
        </w:tc>
        <w:tc>
          <w:tcPr>
            <w:tcW w:type="dxa" w:w="1105"/>
          </w:tcPr>
          <w:p>
            <w:pPr>
              <w:spacing w:after="0"/>
              <w:jc w:val="right"/>
            </w:pPr>
          </w:p>
        </w:tc>
        <w:tc>
          <w:tcPr>
            <w:tcW w:type="dxa" w:w="1483"/>
          </w:tcPr>
          <w:p>
            <w:pPr>
              <w:spacing w:after="0"/>
              <w:jc w:val="right"/>
            </w:pPr>
            <w:r>
              <w:rPr>
                <w:sz w:val="16"/>
              </w:rPr>
              <w:t>0</w:t>
            </w:r>
          </w:p>
        </w:tc>
        <w:tc>
          <w:tcPr>
            <w:tcW w:type="dxa" w:w="1778"/>
          </w:tcPr>
          <w:p>
            <w:pPr>
              <w:spacing w:after="0"/>
              <w:jc w:val="left"/>
            </w:pPr>
            <w:r>
              <w:rPr>
                <w:sz w:val="16"/>
              </w:rPr>
              <w:t>NRI rates coastal flooding Not Applicable for this county, and no federal declaration for this county names it.</w:t>
            </w:r>
          </w:p>
        </w:tc>
        <w:tc>
          <w:tcPr>
            <w:tcW w:type="dxa" w:w="1954"/>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Hurricane</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9"/>
          </w:tcPr>
          <w:p>
            <w:pPr>
              <w:spacing w:after="0"/>
              <w:jc w:val="right"/>
            </w:pPr>
          </w:p>
        </w:tc>
        <w:tc>
          <w:tcPr>
            <w:tcW w:type="dxa" w:w="1105"/>
          </w:tcPr>
          <w:p>
            <w:pPr>
              <w:spacing w:after="0"/>
              <w:jc w:val="right"/>
            </w:pPr>
          </w:p>
        </w:tc>
        <w:tc>
          <w:tcPr>
            <w:tcW w:type="dxa" w:w="1483"/>
          </w:tcPr>
          <w:p>
            <w:pPr>
              <w:spacing w:after="0"/>
              <w:jc w:val="right"/>
            </w:pPr>
            <w:r>
              <w:rPr>
                <w:sz w:val="16"/>
              </w:rPr>
              <w:t>0</w:t>
            </w:r>
          </w:p>
        </w:tc>
        <w:tc>
          <w:tcPr>
            <w:tcW w:type="dxa" w:w="1778"/>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1954"/>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Tsunami</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9"/>
          </w:tcPr>
          <w:p>
            <w:pPr>
              <w:spacing w:after="0"/>
              <w:jc w:val="right"/>
            </w:pPr>
          </w:p>
        </w:tc>
        <w:tc>
          <w:tcPr>
            <w:tcW w:type="dxa" w:w="1105"/>
          </w:tcPr>
          <w:p>
            <w:pPr>
              <w:spacing w:after="0"/>
              <w:jc w:val="right"/>
            </w:pPr>
          </w:p>
        </w:tc>
        <w:tc>
          <w:tcPr>
            <w:tcW w:type="dxa" w:w="1483"/>
          </w:tcPr>
          <w:p>
            <w:pPr>
              <w:spacing w:after="0"/>
              <w:jc w:val="right"/>
            </w:pPr>
            <w:r>
              <w:rPr>
                <w:sz w:val="16"/>
              </w:rPr>
              <w:t>0</w:t>
            </w:r>
          </w:p>
        </w:tc>
        <w:tc>
          <w:tcPr>
            <w:tcW w:type="dxa" w:w="1778"/>
          </w:tcPr>
          <w:p>
            <w:pPr>
              <w:spacing w:after="0"/>
              <w:jc w:val="left"/>
            </w:pPr>
            <w:r>
              <w:rPr>
                <w:sz w:val="16"/>
              </w:rPr>
              <w:t>NRI rates tsunami Not Applicable for this county, and no federal declaration for this county names it.</w:t>
            </w:r>
          </w:p>
        </w:tc>
        <w:tc>
          <w:tcPr>
            <w:tcW w:type="dxa" w:w="195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7"/>
          </w:tcPr>
          <w:p>
            <w:pPr>
              <w:spacing w:after="0"/>
              <w:jc w:val="right"/>
            </w:pPr>
          </w:p>
        </w:tc>
        <w:tc>
          <w:tcPr>
            <w:tcW w:type="dxa" w:w="1037"/>
          </w:tcPr>
          <w:p>
            <w:pPr>
              <w:spacing w:after="0"/>
              <w:jc w:val="left"/>
            </w:pPr>
            <w:r>
              <w:rPr>
                <w:sz w:val="16"/>
              </w:rPr>
              <w:t>Volcanic Activity</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9"/>
          </w:tcPr>
          <w:p>
            <w:pPr>
              <w:spacing w:after="0"/>
              <w:jc w:val="right"/>
            </w:pPr>
          </w:p>
        </w:tc>
        <w:tc>
          <w:tcPr>
            <w:tcW w:type="dxa" w:w="1105"/>
          </w:tcPr>
          <w:p>
            <w:pPr>
              <w:spacing w:after="0"/>
              <w:jc w:val="right"/>
            </w:pPr>
          </w:p>
        </w:tc>
        <w:tc>
          <w:tcPr>
            <w:tcW w:type="dxa" w:w="1483"/>
          </w:tcPr>
          <w:p>
            <w:pPr>
              <w:spacing w:after="0"/>
              <w:jc w:val="right"/>
            </w:pPr>
            <w:r>
              <w:rPr>
                <w:sz w:val="16"/>
              </w:rPr>
              <w:t>0</w:t>
            </w:r>
          </w:p>
        </w:tc>
        <w:tc>
          <w:tcPr>
            <w:tcW w:type="dxa" w:w="1778"/>
          </w:tcPr>
          <w:p>
            <w:pPr>
              <w:spacing w:after="0"/>
              <w:jc w:val="left"/>
            </w:pPr>
            <w:r>
              <w:rPr>
                <w:sz w:val="16"/>
              </w:rPr>
              <w:t>NRI rates volcanic activity Not Applicable for this county, and no federal declaration for this county names it.</w:t>
            </w:r>
          </w:p>
        </w:tc>
        <w:tc>
          <w:tcPr>
            <w:tcW w:type="dxa" w:w="195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5"/>
        <w:gridCol w:w="1752"/>
        <w:gridCol w:w="1580"/>
        <w:gridCol w:w="1957"/>
        <w:gridCol w:w="1539"/>
        <w:gridCol w:w="1591"/>
        <w:gridCol w:w="1652"/>
        <w:gridCol w:w="2276"/>
      </w:tblGrid>
      <w:tr>
        <w:trPr>
          <w:cantSplit/>
          <w:tblHeader/>
        </w:trPr>
        <w:tc>
          <w:tcPr>
            <w:tcW w:type="dxa" w:w="1765"/>
            <w:shd w:val="clear" w:color="auto" w:fill="E8E8E8"/>
          </w:tcPr>
          <w:p>
            <w:pPr>
              <w:spacing w:after="0"/>
              <w:jc w:val="left"/>
            </w:pPr>
            <w:r>
              <w:rPr>
                <w:b/>
                <w:sz w:val="16"/>
              </w:rPr>
              <w:t>Hazard</w:t>
            </w:r>
          </w:p>
        </w:tc>
        <w:tc>
          <w:tcPr>
            <w:tcW w:type="dxa" w:w="1752"/>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years</w:t>
            </w:r>
          </w:p>
        </w:tc>
        <w:tc>
          <w:tcPr>
            <w:tcW w:type="dxa" w:w="1957"/>
            <w:shd w:val="clear" w:color="auto" w:fill="E8E8E8"/>
          </w:tcPr>
          <w:p>
            <w:pPr>
              <w:spacing w:after="0"/>
              <w:jc w:val="left"/>
            </w:pPr>
            <w:r>
              <w:rPr>
                <w:b/>
                <w:sz w:val="16"/>
              </w:rPr>
              <w:t>Observed range</w:t>
            </w:r>
          </w:p>
        </w:tc>
        <w:tc>
          <w:tcPr>
            <w:tcW w:type="dxa" w:w="1539"/>
            <w:shd w:val="clear" w:color="auto" w:fill="E8E8E8"/>
          </w:tcPr>
          <w:p>
            <w:pPr>
              <w:spacing w:after="0"/>
              <w:jc w:val="left"/>
            </w:pPr>
            <w:r>
              <w:rPr>
                <w:b/>
                <w:sz w:val="16"/>
              </w:rPr>
              <w:t>Worst recorded event</w:t>
            </w:r>
          </w:p>
        </w:tc>
        <w:tc>
          <w:tcPr>
            <w:tcW w:type="dxa" w:w="1591"/>
            <w:shd w:val="clear" w:color="auto" w:fill="E8E8E8"/>
          </w:tcPr>
          <w:p>
            <w:pPr>
              <w:spacing w:after="0"/>
              <w:jc w:val="left"/>
            </w:pPr>
            <w:r>
              <w:rPr>
                <w:b/>
                <w:sz w:val="16"/>
              </w:rPr>
              <w:t>Most damaging (when different)</w:t>
            </w:r>
          </w:p>
        </w:tc>
        <w:tc>
          <w:tcPr>
            <w:tcW w:type="dxa" w:w="1652"/>
            <w:shd w:val="clear" w:color="auto" w:fill="E8E8E8"/>
          </w:tcPr>
          <w:p>
            <w:pPr>
              <w:spacing w:after="0"/>
              <w:jc w:val="left"/>
            </w:pPr>
            <w:r>
              <w:rPr>
                <w:b/>
                <w:sz w:val="16"/>
              </w:rPr>
              <w:t>How it applies to members</w:t>
            </w:r>
          </w:p>
        </w:tc>
        <w:tc>
          <w:tcPr>
            <w:tcW w:type="dxa" w:w="2276"/>
            <w:shd w:val="clear" w:color="auto" w:fill="E8E8E8"/>
          </w:tcPr>
          <w:p>
            <w:pPr>
              <w:spacing w:after="0"/>
              <w:jc w:val="left"/>
            </w:pPr>
            <w:r>
              <w:rPr>
                <w:b/>
                <w:sz w:val="16"/>
              </w:rPr>
              <w:t>Note</w:t>
            </w:r>
          </w:p>
        </w:tc>
      </w:tr>
      <w:tr>
        <w:trPr>
          <w:cantSplit/>
        </w:trPr>
        <w:tc>
          <w:tcPr>
            <w:tcW w:type="dxa" w:w="1765"/>
          </w:tcPr>
          <w:p>
            <w:pPr>
              <w:spacing w:after="0"/>
              <w:jc w:val="left"/>
            </w:pPr>
            <w:r>
              <w:rPr>
                <w:sz w:val="16"/>
              </w:rPr>
              <w:t>Avalanche</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957"/>
          </w:tcPr>
          <w:p>
            <w:pPr>
              <w:spacing w:after="0"/>
              <w:jc w:val="left"/>
            </w:pPr>
          </w:p>
        </w:tc>
        <w:tc>
          <w:tcPr>
            <w:tcW w:type="dxa" w:w="1539"/>
          </w:tcPr>
          <w:p>
            <w:pPr>
              <w:spacing w:after="0"/>
              <w:jc w:val="left"/>
            </w:pPr>
          </w:p>
        </w:tc>
        <w:tc>
          <w:tcPr>
            <w:tcW w:type="dxa" w:w="1591"/>
          </w:tcPr>
          <w:p>
            <w:pPr>
              <w:spacing w:after="0"/>
              <w:jc w:val="left"/>
            </w:pPr>
          </w:p>
        </w:tc>
        <w:tc>
          <w:tcPr>
            <w:tcW w:type="dxa" w:w="1652"/>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Coastal Flood, Storm Surge/Tide</w:t>
            </w:r>
          </w:p>
        </w:tc>
        <w:tc>
          <w:tcPr>
            <w:tcW w:type="dxa" w:w="1752"/>
          </w:tcPr>
          <w:p>
            <w:pPr>
              <w:spacing w:after="0"/>
              <w:jc w:val="left"/>
            </w:pPr>
            <w:r>
              <w:rPr>
                <w:sz w:val="16"/>
              </w:rPr>
              <w:t>none in data (FIRM for depth)</w:t>
            </w:r>
          </w:p>
        </w:tc>
        <w:tc>
          <w:tcPr>
            <w:tcW w:type="dxa" w:w="1580"/>
          </w:tcPr>
          <w:p>
            <w:pPr>
              <w:spacing w:after="0"/>
              <w:jc w:val="right"/>
            </w:pPr>
            <w:r>
              <w:rPr>
                <w:sz w:val="16"/>
              </w:rPr>
              <w:t>0</w:t>
            </w:r>
          </w:p>
        </w:tc>
        <w:tc>
          <w:tcPr>
            <w:tcW w:type="dxa" w:w="1957"/>
          </w:tcPr>
          <w:p>
            <w:pPr>
              <w:spacing w:after="0"/>
              <w:jc w:val="left"/>
            </w:pPr>
          </w:p>
        </w:tc>
        <w:tc>
          <w:tcPr>
            <w:tcW w:type="dxa" w:w="1539"/>
          </w:tcPr>
          <w:p>
            <w:pPr>
              <w:spacing w:after="0"/>
              <w:jc w:val="left"/>
            </w:pPr>
          </w:p>
        </w:tc>
        <w:tc>
          <w:tcPr>
            <w:tcW w:type="dxa" w:w="1591"/>
          </w:tcPr>
          <w:p>
            <w:pPr>
              <w:spacing w:after="0"/>
              <w:jc w:val="left"/>
            </w:pPr>
          </w:p>
        </w:tc>
        <w:tc>
          <w:tcPr>
            <w:tcW w:type="dxa" w:w="1652"/>
          </w:tcPr>
          <w:p>
            <w:pPr>
              <w:spacing w:after="0"/>
              <w:jc w:val="left"/>
            </w:pPr>
          </w:p>
        </w:tc>
        <w:tc>
          <w:tcPr>
            <w:tcW w:type="dxa" w:w="2276"/>
          </w:tcPr>
          <w:p>
            <w:pPr>
              <w:spacing w:after="0"/>
              <w:jc w:val="left"/>
            </w:pPr>
            <w:r>
              <w:rPr>
                <w:sz w:val="16"/>
              </w:rPr>
              <w:t>Flood depth: see the FEMA Flood Insurance Rate Map.</w:t>
            </w:r>
          </w:p>
        </w:tc>
      </w:tr>
      <w:tr>
        <w:trPr>
          <w:cantSplit/>
        </w:trPr>
        <w:tc>
          <w:tcPr>
            <w:tcW w:type="dxa" w:w="1765"/>
          </w:tcPr>
          <w:p>
            <w:pPr>
              <w:spacing w:after="0"/>
              <w:jc w:val="left"/>
            </w:pPr>
            <w:r>
              <w:rPr>
                <w:sz w:val="16"/>
              </w:rPr>
              <w:t>Cold/Wind Chill, Extreme Cold/Wind Chill</w:t>
            </w:r>
          </w:p>
        </w:tc>
        <w:tc>
          <w:tcPr>
            <w:tcW w:type="dxa" w:w="1752"/>
          </w:tcPr>
          <w:p>
            <w:pPr>
              <w:spacing w:after="0"/>
              <w:jc w:val="left"/>
            </w:pPr>
            <w:r>
              <w:rPr>
                <w:sz w:val="16"/>
              </w:rPr>
              <w:t>wind chill</w:t>
            </w:r>
          </w:p>
        </w:tc>
        <w:tc>
          <w:tcPr>
            <w:tcW w:type="dxa" w:w="1580"/>
          </w:tcPr>
          <w:p>
            <w:pPr>
              <w:spacing w:after="0"/>
              <w:jc w:val="right"/>
            </w:pPr>
            <w:r>
              <w:rPr>
                <w:sz w:val="16"/>
              </w:rPr>
              <w:t>22, 1996 to 2025 (22 zone-level)</w:t>
            </w:r>
          </w:p>
        </w:tc>
        <w:tc>
          <w:tcPr>
            <w:tcW w:type="dxa" w:w="1957"/>
          </w:tcPr>
          <w:p>
            <w:pPr>
              <w:spacing w:after="0"/>
              <w:jc w:val="left"/>
            </w:pPr>
            <w:r>
              <w:rPr>
                <w:sz w:val="16"/>
              </w:rPr>
              <w:t>1 day to 6 days (median 2 days); 20 with a recorded value</w:t>
            </w:r>
          </w:p>
        </w:tc>
        <w:tc>
          <w:tcPr>
            <w:tcW w:type="dxa" w:w="1539"/>
          </w:tcPr>
          <w:p>
            <w:pPr>
              <w:spacing w:after="0"/>
              <w:jc w:val="left"/>
            </w:pPr>
            <w:r>
              <w:rPr>
                <w:sz w:val="16"/>
              </w:rPr>
              <w:t>6 consecutive days, 2021-02-10 to 2021-02-15, zone-level</w:t>
            </w:r>
          </w:p>
        </w:tc>
        <w:tc>
          <w:tcPr>
            <w:tcW w:type="dxa" w:w="1591"/>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Wind chill: in event narratives only; local data required.</w:t>
            </w:r>
          </w:p>
        </w:tc>
      </w:tr>
      <w:tr>
        <w:trPr>
          <w:cantSplit/>
        </w:trPr>
        <w:tc>
          <w:tcPr>
            <w:tcW w:type="dxa" w:w="1765"/>
          </w:tcPr>
          <w:p>
            <w:pPr>
              <w:spacing w:after="0"/>
              <w:jc w:val="left"/>
            </w:pPr>
            <w:r>
              <w:rPr>
                <w:sz w:val="16"/>
              </w:rPr>
              <w:t>Frost/Freeze (outside NRI Cold Wave definition)</w:t>
            </w:r>
          </w:p>
        </w:tc>
        <w:tc>
          <w:tcPr>
            <w:tcW w:type="dxa" w:w="1752"/>
          </w:tcPr>
          <w:p>
            <w:pPr>
              <w:spacing w:after="0"/>
              <w:jc w:val="left"/>
            </w:pPr>
            <w:r>
              <w:rPr>
                <w:sz w:val="16"/>
              </w:rPr>
              <w:t>crop damage</w:t>
            </w:r>
          </w:p>
        </w:tc>
        <w:tc>
          <w:tcPr>
            <w:tcW w:type="dxa" w:w="1580"/>
          </w:tcPr>
          <w:p>
            <w:pPr>
              <w:spacing w:after="0"/>
              <w:jc w:val="right"/>
            </w:pPr>
            <w:r>
              <w:rPr>
                <w:sz w:val="16"/>
              </w:rPr>
              <w:t>0</w:t>
            </w:r>
          </w:p>
        </w:tc>
        <w:tc>
          <w:tcPr>
            <w:tcW w:type="dxa" w:w="1957"/>
          </w:tcPr>
          <w:p>
            <w:pPr>
              <w:spacing w:after="0"/>
              <w:jc w:val="left"/>
            </w:pPr>
          </w:p>
        </w:tc>
        <w:tc>
          <w:tcPr>
            <w:tcW w:type="dxa" w:w="1539"/>
          </w:tcPr>
          <w:p>
            <w:pPr>
              <w:spacing w:after="0"/>
              <w:jc w:val="left"/>
            </w:pPr>
          </w:p>
        </w:tc>
        <w:tc>
          <w:tcPr>
            <w:tcW w:type="dxa" w:w="1591"/>
          </w:tcPr>
          <w:p>
            <w:pPr>
              <w:spacing w:after="0"/>
              <w:jc w:val="left"/>
            </w:pPr>
          </w:p>
        </w:tc>
        <w:tc>
          <w:tcPr>
            <w:tcW w:type="dxa" w:w="1652"/>
          </w:tcPr>
          <w:p>
            <w:pPr>
              <w:spacing w:after="0"/>
              <w:jc w:val="left"/>
            </w:pPr>
          </w:p>
        </w:tc>
        <w:tc>
          <w:tcPr>
            <w:tcW w:type="dxa" w:w="2276"/>
          </w:tcPr>
          <w:p>
            <w:pPr>
              <w:spacing w:after="0"/>
              <w:jc w:val="left"/>
            </w:pPr>
            <w:r>
              <w:rPr>
                <w:sz w:val="16"/>
              </w:rPr>
              <w:t>Temperature: in event narratives only; local data required.</w:t>
            </w:r>
          </w:p>
        </w:tc>
      </w:tr>
      <w:tr>
        <w:trPr>
          <w:cantSplit/>
        </w:trPr>
        <w:tc>
          <w:tcPr>
            <w:tcW w:type="dxa" w:w="1765"/>
          </w:tcPr>
          <w:p>
            <w:pPr>
              <w:spacing w:after="0"/>
              <w:jc w:val="left"/>
            </w:pPr>
            <w:r>
              <w:rPr>
                <w:sz w:val="16"/>
              </w:rPr>
              <w:t>Drought</w:t>
            </w:r>
          </w:p>
        </w:tc>
        <w:tc>
          <w:tcPr>
            <w:tcW w:type="dxa" w:w="1752"/>
          </w:tcPr>
          <w:p>
            <w:pPr>
              <w:spacing w:after="0"/>
              <w:jc w:val="left"/>
            </w:pPr>
            <w:r>
              <w:rPr>
                <w:sz w:val="16"/>
              </w:rPr>
              <w:t>US Drought Monitor D-scale</w:t>
            </w:r>
          </w:p>
        </w:tc>
        <w:tc>
          <w:tcPr>
            <w:tcW w:type="dxa" w:w="1580"/>
          </w:tcPr>
          <w:p>
            <w:pPr>
              <w:spacing w:after="0"/>
              <w:jc w:val="right"/>
            </w:pPr>
            <w:r>
              <w:rPr>
                <w:sz w:val="16"/>
              </w:rPr>
              <w:t>23, 2021 to 2025 (23 zone-level)</w:t>
            </w:r>
          </w:p>
        </w:tc>
        <w:tc>
          <w:tcPr>
            <w:tcW w:type="dxa" w:w="1957"/>
          </w:tcPr>
          <w:p>
            <w:pPr>
              <w:spacing w:after="0"/>
              <w:jc w:val="left"/>
            </w:pPr>
            <w:r>
              <w:rPr>
                <w:sz w:val="16"/>
              </w:rPr>
              <w:t>260 days to 400 days (median 330 days); 2 with a recorded value</w:t>
            </w:r>
          </w:p>
        </w:tc>
        <w:tc>
          <w:tcPr>
            <w:tcW w:type="dxa" w:w="1539"/>
          </w:tcPr>
          <w:p>
            <w:pPr>
              <w:spacing w:after="0"/>
              <w:jc w:val="left"/>
            </w:pPr>
            <w:r>
              <w:rPr>
                <w:sz w:val="16"/>
              </w:rPr>
              <w:t>400 days (about 13.1 months), 2021-03-23 to 2022-04-26, a run of 14 consecutive Storm Events drought records, zone-level</w:t>
            </w:r>
          </w:p>
        </w:tc>
        <w:tc>
          <w:tcPr>
            <w:tcW w:type="dxa" w:w="1591"/>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5"/>
          </w:tcPr>
          <w:p>
            <w:pPr>
              <w:spacing w:after="0"/>
              <w:jc w:val="left"/>
            </w:pPr>
            <w:r>
              <w:rPr>
                <w:sz w:val="16"/>
              </w:rPr>
              <w:t>Earthquake</w:t>
            </w:r>
          </w:p>
        </w:tc>
        <w:tc>
          <w:tcPr>
            <w:tcW w:type="dxa" w:w="1752"/>
          </w:tcPr>
          <w:p>
            <w:pPr>
              <w:spacing w:after="0"/>
              <w:jc w:val="left"/>
            </w:pPr>
            <w:r>
              <w:rPr>
                <w:sz w:val="16"/>
              </w:rPr>
              <w:t>Modified Mercalli (local data)</w:t>
            </w:r>
          </w:p>
        </w:tc>
        <w:tc>
          <w:tcPr>
            <w:tcW w:type="dxa" w:w="1580"/>
          </w:tcPr>
          <w:p>
            <w:pPr>
              <w:spacing w:after="0"/>
              <w:jc w:val="right"/>
            </w:pPr>
            <w:r>
              <w:rPr>
                <w:sz w:val="16"/>
              </w:rPr>
              <w:t>0</w:t>
            </w:r>
          </w:p>
        </w:tc>
        <w:tc>
          <w:tcPr>
            <w:tcW w:type="dxa" w:w="1957"/>
          </w:tcPr>
          <w:p>
            <w:pPr>
              <w:spacing w:after="0"/>
              <w:jc w:val="left"/>
            </w:pPr>
          </w:p>
        </w:tc>
        <w:tc>
          <w:tcPr>
            <w:tcW w:type="dxa" w:w="1539"/>
          </w:tcPr>
          <w:p>
            <w:pPr>
              <w:spacing w:after="0"/>
              <w:jc w:val="left"/>
            </w:pPr>
          </w:p>
        </w:tc>
        <w:tc>
          <w:tcPr>
            <w:tcW w:type="dxa" w:w="1591"/>
          </w:tcPr>
          <w:p>
            <w:pPr>
              <w:spacing w:after="0"/>
              <w:jc w:val="left"/>
            </w:pPr>
          </w:p>
        </w:tc>
        <w:tc>
          <w:tcPr>
            <w:tcW w:type="dxa" w:w="1652"/>
          </w:tcPr>
          <w:p>
            <w:pPr>
              <w:spacing w:after="0"/>
              <w:jc w:val="left"/>
            </w:pPr>
          </w:p>
        </w:tc>
        <w:tc>
          <w:tcPr>
            <w:tcW w:type="dxa" w:w="2276"/>
          </w:tcPr>
          <w:p>
            <w:pPr>
              <w:spacing w:after="0"/>
              <w:jc w:val="left"/>
            </w:pPr>
            <w:r>
              <w:rPr>
                <w:sz w:val="16"/>
              </w:rPr>
              <w:t>No Storm Events record; local data required (e.g., USGS).</w:t>
            </w:r>
          </w:p>
        </w:tc>
      </w:tr>
      <w:tr>
        <w:trPr>
          <w:cantSplit/>
        </w:trPr>
        <w:tc>
          <w:tcPr>
            <w:tcW w:type="dxa" w:w="1765"/>
          </w:tcPr>
          <w:p>
            <w:pPr>
              <w:spacing w:after="0"/>
              <w:jc w:val="left"/>
            </w:pPr>
            <w:r>
              <w:rPr>
                <w:sz w:val="16"/>
              </w:rPr>
              <w:t>Hail</w:t>
            </w:r>
          </w:p>
        </w:tc>
        <w:tc>
          <w:tcPr>
            <w:tcW w:type="dxa" w:w="1752"/>
          </w:tcPr>
          <w:p>
            <w:pPr>
              <w:spacing w:after="0"/>
              <w:jc w:val="left"/>
            </w:pPr>
            <w:r>
              <w:rPr>
                <w:sz w:val="16"/>
              </w:rPr>
              <w:t>hail size (inches)</w:t>
            </w:r>
          </w:p>
        </w:tc>
        <w:tc>
          <w:tcPr>
            <w:tcW w:type="dxa" w:w="1580"/>
          </w:tcPr>
          <w:p>
            <w:pPr>
              <w:spacing w:after="0"/>
              <w:jc w:val="right"/>
            </w:pPr>
            <w:r>
              <w:rPr>
                <w:sz w:val="16"/>
              </w:rPr>
              <w:t>118, 1971 to 2026</w:t>
            </w:r>
          </w:p>
        </w:tc>
        <w:tc>
          <w:tcPr>
            <w:tcW w:type="dxa" w:w="1957"/>
          </w:tcPr>
          <w:p>
            <w:pPr>
              <w:spacing w:after="0"/>
              <w:jc w:val="left"/>
            </w:pPr>
            <w:r>
              <w:rPr>
                <w:sz w:val="16"/>
              </w:rPr>
              <w:t>0.75 in to 3 in (median 1.25 in); 118 with a recorded value</w:t>
            </w:r>
          </w:p>
        </w:tc>
        <w:tc>
          <w:tcPr>
            <w:tcW w:type="dxa" w:w="1539"/>
          </w:tcPr>
          <w:p>
            <w:pPr>
              <w:spacing w:after="0"/>
              <w:jc w:val="left"/>
            </w:pPr>
            <w:r>
              <w:rPr>
                <w:sz w:val="16"/>
              </w:rPr>
              <w:t>3 in hail, 2026-06-07; same size also recorded on 1989-08-30, 2005-07-16</w:t>
            </w:r>
          </w:p>
        </w:tc>
        <w:tc>
          <w:tcPr>
            <w:tcW w:type="dxa" w:w="1591"/>
          </w:tcPr>
          <w:p>
            <w:pPr>
              <w:spacing w:after="0"/>
              <w:jc w:val="left"/>
            </w:pPr>
            <w:r>
              <w:rPr>
                <w:sz w:val="16"/>
              </w:rPr>
              <w:t>Hail, 1996-06-28, $25,000 property; $500,000 crops (1996 dollars)</w:t>
            </w:r>
          </w:p>
        </w:tc>
        <w:tc>
          <w:tcPr>
            <w:tcW w:type="dxa" w:w="1652"/>
          </w:tcPr>
          <w:p>
            <w:pPr>
              <w:spacing w:after="0"/>
              <w:jc w:val="left"/>
            </w:pPr>
            <w:r>
              <w:rPr>
                <w:sz w:val="16"/>
              </w:rPr>
              <w:t>Event records naming member places: Medora city (27 records).</w:t>
            </w:r>
          </w:p>
        </w:tc>
        <w:tc>
          <w:tcPr>
            <w:tcW w:type="dxa" w:w="2276"/>
          </w:tcPr>
          <w:p>
            <w:pPr>
              <w:spacing w:after="0"/>
              <w:jc w:val="left"/>
            </w:pPr>
          </w:p>
        </w:tc>
      </w:tr>
      <w:tr>
        <w:trPr>
          <w:cantSplit/>
        </w:trPr>
        <w:tc>
          <w:tcPr>
            <w:tcW w:type="dxa" w:w="1765"/>
          </w:tcPr>
          <w:p>
            <w:pPr>
              <w:spacing w:after="0"/>
              <w:jc w:val="left"/>
            </w:pPr>
            <w:r>
              <w:rPr>
                <w:sz w:val="16"/>
              </w:rPr>
              <w:t>Excessive Heat, Heat</w:t>
            </w:r>
          </w:p>
        </w:tc>
        <w:tc>
          <w:tcPr>
            <w:tcW w:type="dxa" w:w="1752"/>
          </w:tcPr>
          <w:p>
            <w:pPr>
              <w:spacing w:after="0"/>
              <w:jc w:val="left"/>
            </w:pPr>
            <w:r>
              <w:rPr>
                <w:sz w:val="16"/>
              </w:rPr>
              <w:t>heat index (narratives)</w:t>
            </w:r>
          </w:p>
        </w:tc>
        <w:tc>
          <w:tcPr>
            <w:tcW w:type="dxa" w:w="1580"/>
          </w:tcPr>
          <w:p>
            <w:pPr>
              <w:spacing w:after="0"/>
              <w:jc w:val="right"/>
            </w:pPr>
            <w:r>
              <w:rPr>
                <w:sz w:val="16"/>
              </w:rPr>
              <w:t>1, 2011 to 2011 (1 zone-level)</w:t>
            </w:r>
          </w:p>
        </w:tc>
        <w:tc>
          <w:tcPr>
            <w:tcW w:type="dxa" w:w="1957"/>
          </w:tcPr>
          <w:p>
            <w:pPr>
              <w:spacing w:after="0"/>
              <w:jc w:val="left"/>
            </w:pPr>
            <w:r>
              <w:rPr>
                <w:sz w:val="16"/>
              </w:rPr>
              <w:t>4 days; 1 with a recorded value</w:t>
            </w:r>
          </w:p>
        </w:tc>
        <w:tc>
          <w:tcPr>
            <w:tcW w:type="dxa" w:w="1539"/>
          </w:tcPr>
          <w:p>
            <w:pPr>
              <w:spacing w:after="0"/>
              <w:jc w:val="left"/>
            </w:pPr>
            <w:r>
              <w:rPr>
                <w:sz w:val="16"/>
              </w:rPr>
              <w:t>4 consecutive days, 2011-07-16 to 2011-07-19, zone-level</w:t>
            </w:r>
          </w:p>
        </w:tc>
        <w:tc>
          <w:tcPr>
            <w:tcW w:type="dxa" w:w="1591"/>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Heat index: in event narratives only; local data required.</w:t>
            </w:r>
          </w:p>
        </w:tc>
      </w:tr>
      <w:tr>
        <w:trPr>
          <w:cantSplit/>
        </w:trPr>
        <w:tc>
          <w:tcPr>
            <w:tcW w:type="dxa" w:w="1765"/>
          </w:tcPr>
          <w:p>
            <w:pPr>
              <w:spacing w:after="0"/>
              <w:jc w:val="left"/>
            </w:pPr>
            <w:r>
              <w:rPr>
                <w:sz w:val="16"/>
              </w:rPr>
              <w:t>Hurricane, Tropical Storm, Tropical Depression</w:t>
            </w:r>
          </w:p>
        </w:tc>
        <w:tc>
          <w:tcPr>
            <w:tcW w:type="dxa" w:w="1752"/>
          </w:tcPr>
          <w:p>
            <w:pPr>
              <w:spacing w:after="0"/>
              <w:jc w:val="left"/>
            </w:pPr>
            <w:r>
              <w:rPr>
                <w:sz w:val="16"/>
              </w:rPr>
              <w:t>Saffir-Simpson</w:t>
            </w:r>
          </w:p>
        </w:tc>
        <w:tc>
          <w:tcPr>
            <w:tcW w:type="dxa" w:w="1580"/>
          </w:tcPr>
          <w:p>
            <w:pPr>
              <w:spacing w:after="0"/>
              <w:jc w:val="right"/>
            </w:pPr>
            <w:r>
              <w:rPr>
                <w:sz w:val="16"/>
              </w:rPr>
              <w:t>0</w:t>
            </w:r>
          </w:p>
        </w:tc>
        <w:tc>
          <w:tcPr>
            <w:tcW w:type="dxa" w:w="1957"/>
          </w:tcPr>
          <w:p>
            <w:pPr>
              <w:spacing w:after="0"/>
              <w:jc w:val="left"/>
            </w:pPr>
          </w:p>
        </w:tc>
        <w:tc>
          <w:tcPr>
            <w:tcW w:type="dxa" w:w="1539"/>
          </w:tcPr>
          <w:p>
            <w:pPr>
              <w:spacing w:after="0"/>
              <w:jc w:val="left"/>
            </w:pPr>
          </w:p>
        </w:tc>
        <w:tc>
          <w:tcPr>
            <w:tcW w:type="dxa" w:w="1591"/>
          </w:tcPr>
          <w:p>
            <w:pPr>
              <w:spacing w:after="0"/>
              <w:jc w:val="left"/>
            </w:pPr>
          </w:p>
        </w:tc>
        <w:tc>
          <w:tcPr>
            <w:tcW w:type="dxa" w:w="1652"/>
          </w:tcPr>
          <w:p>
            <w:pPr>
              <w:spacing w:after="0"/>
              <w:jc w:val="left"/>
            </w:pPr>
          </w:p>
        </w:tc>
        <w:tc>
          <w:tcPr>
            <w:tcW w:type="dxa" w:w="22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5"/>
          </w:tcPr>
          <w:p>
            <w:pPr>
              <w:spacing w:after="0"/>
              <w:jc w:val="left"/>
            </w:pPr>
            <w:r>
              <w:rPr>
                <w:sz w:val="16"/>
              </w:rPr>
              <w:t>Ice Storm</w:t>
            </w:r>
          </w:p>
        </w:tc>
        <w:tc>
          <w:tcPr>
            <w:tcW w:type="dxa" w:w="1752"/>
          </w:tcPr>
          <w:p>
            <w:pPr>
              <w:spacing w:after="0"/>
              <w:jc w:val="left"/>
            </w:pPr>
            <w:r>
              <w:rPr>
                <w:sz w:val="16"/>
              </w:rPr>
              <w:t>Sperry-Piltz (local data)</w:t>
            </w:r>
          </w:p>
        </w:tc>
        <w:tc>
          <w:tcPr>
            <w:tcW w:type="dxa" w:w="1580"/>
          </w:tcPr>
          <w:p>
            <w:pPr>
              <w:spacing w:after="0"/>
              <w:jc w:val="right"/>
            </w:pPr>
            <w:r>
              <w:rPr>
                <w:sz w:val="16"/>
              </w:rPr>
              <w:t>0</w:t>
            </w:r>
          </w:p>
        </w:tc>
        <w:tc>
          <w:tcPr>
            <w:tcW w:type="dxa" w:w="1957"/>
          </w:tcPr>
          <w:p>
            <w:pPr>
              <w:spacing w:after="0"/>
              <w:jc w:val="left"/>
            </w:pPr>
          </w:p>
        </w:tc>
        <w:tc>
          <w:tcPr>
            <w:tcW w:type="dxa" w:w="1539"/>
          </w:tcPr>
          <w:p>
            <w:pPr>
              <w:spacing w:after="0"/>
              <w:jc w:val="left"/>
            </w:pPr>
          </w:p>
        </w:tc>
        <w:tc>
          <w:tcPr>
            <w:tcW w:type="dxa" w:w="1591"/>
          </w:tcPr>
          <w:p>
            <w:pPr>
              <w:spacing w:after="0"/>
              <w:jc w:val="left"/>
            </w:pPr>
          </w:p>
        </w:tc>
        <w:tc>
          <w:tcPr>
            <w:tcW w:type="dxa" w:w="1652"/>
          </w:tcPr>
          <w:p>
            <w:pPr>
              <w:spacing w:after="0"/>
              <w:jc w:val="left"/>
            </w:pPr>
          </w:p>
        </w:tc>
        <w:tc>
          <w:tcPr>
            <w:tcW w:type="dxa" w:w="2276"/>
          </w:tcPr>
          <w:p>
            <w:pPr>
              <w:spacing w:after="0"/>
              <w:jc w:val="left"/>
            </w:pPr>
            <w:r>
              <w:rPr>
                <w:sz w:val="16"/>
              </w:rPr>
              <w:t>Ice thickness: in event narratives only; local data required.</w:t>
            </w:r>
          </w:p>
        </w:tc>
      </w:tr>
      <w:tr>
        <w:trPr>
          <w:cantSplit/>
        </w:trPr>
        <w:tc>
          <w:tcPr>
            <w:tcW w:type="dxa" w:w="1765"/>
          </w:tcPr>
          <w:p>
            <w:pPr>
              <w:spacing w:after="0"/>
              <w:jc w:val="left"/>
            </w:pPr>
            <w:r>
              <w:rPr>
                <w:sz w:val="16"/>
              </w:rPr>
              <w:t>Flash Flood, Flood, Lakeshore Flood</w:t>
            </w:r>
          </w:p>
        </w:tc>
        <w:tc>
          <w:tcPr>
            <w:tcW w:type="dxa" w:w="1752"/>
          </w:tcPr>
          <w:p>
            <w:pPr>
              <w:spacing w:after="0"/>
              <w:jc w:val="left"/>
            </w:pPr>
            <w:r>
              <w:rPr>
                <w:sz w:val="16"/>
              </w:rPr>
              <w:t>damage and flood days (FIRM for depth)</w:t>
            </w:r>
          </w:p>
        </w:tc>
        <w:tc>
          <w:tcPr>
            <w:tcW w:type="dxa" w:w="1580"/>
          </w:tcPr>
          <w:p>
            <w:pPr>
              <w:spacing w:after="0"/>
              <w:jc w:val="right"/>
            </w:pPr>
            <w:r>
              <w:rPr>
                <w:sz w:val="16"/>
              </w:rPr>
              <w:t>6, 2002 to 2016 (1 zone-level)</w:t>
            </w:r>
          </w:p>
        </w:tc>
        <w:tc>
          <w:tcPr>
            <w:tcW w:type="dxa" w:w="1957"/>
          </w:tcPr>
          <w:p>
            <w:pPr>
              <w:spacing w:after="0"/>
              <w:jc w:val="left"/>
            </w:pPr>
          </w:p>
        </w:tc>
        <w:tc>
          <w:tcPr>
            <w:tcW w:type="dxa" w:w="1539"/>
          </w:tcPr>
          <w:p>
            <w:pPr>
              <w:spacing w:after="0"/>
              <w:jc w:val="left"/>
            </w:pPr>
            <w:r>
              <w:rPr>
                <w:sz w:val="16"/>
              </w:rPr>
              <w:t>Flood, 2011-05-22, $50,000 property; $0 crops (2011 dollars)</w:t>
            </w:r>
          </w:p>
        </w:tc>
        <w:tc>
          <w:tcPr>
            <w:tcW w:type="dxa" w:w="1591"/>
          </w:tcPr>
          <w:p>
            <w:pPr>
              <w:spacing w:after="0"/>
              <w:jc w:val="left"/>
            </w:pPr>
          </w:p>
        </w:tc>
        <w:tc>
          <w:tcPr>
            <w:tcW w:type="dxa" w:w="1652"/>
          </w:tcPr>
          <w:p>
            <w:pPr>
              <w:spacing w:after="0"/>
              <w:jc w:val="left"/>
            </w:pPr>
            <w:r>
              <w:rPr>
                <w:sz w:val="16"/>
              </w:rPr>
              <w:t>Event records naming member places: Medora city (2 records). Zone-level records (1) apply countywide.</w:t>
            </w:r>
          </w:p>
        </w:tc>
        <w:tc>
          <w:tcPr>
            <w:tcW w:type="dxa" w:w="22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5"/>
          </w:tcPr>
          <w:p>
            <w:pPr>
              <w:spacing w:after="0"/>
              <w:jc w:val="left"/>
            </w:pPr>
            <w:r>
              <w:rPr>
                <w:sz w:val="16"/>
              </w:rPr>
              <w:t>Debris Flow</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957"/>
          </w:tcPr>
          <w:p>
            <w:pPr>
              <w:spacing w:after="0"/>
              <w:jc w:val="left"/>
            </w:pPr>
          </w:p>
        </w:tc>
        <w:tc>
          <w:tcPr>
            <w:tcW w:type="dxa" w:w="1539"/>
          </w:tcPr>
          <w:p>
            <w:pPr>
              <w:spacing w:after="0"/>
              <w:jc w:val="left"/>
            </w:pPr>
          </w:p>
        </w:tc>
        <w:tc>
          <w:tcPr>
            <w:tcW w:type="dxa" w:w="1591"/>
          </w:tcPr>
          <w:p>
            <w:pPr>
              <w:spacing w:after="0"/>
              <w:jc w:val="left"/>
            </w:pPr>
          </w:p>
        </w:tc>
        <w:tc>
          <w:tcPr>
            <w:tcW w:type="dxa" w:w="1652"/>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Lightning</w:t>
            </w:r>
          </w:p>
        </w:tc>
        <w:tc>
          <w:tcPr>
            <w:tcW w:type="dxa" w:w="1752"/>
          </w:tcPr>
          <w:p>
            <w:pPr>
              <w:spacing w:after="0"/>
              <w:jc w:val="left"/>
            </w:pPr>
            <w:r>
              <w:rPr>
                <w:sz w:val="16"/>
              </w:rPr>
              <w:t>annualized frequency (the measure FEMA's Local Mitigation Planning Handbook names)</w:t>
            </w:r>
          </w:p>
        </w:tc>
        <w:tc>
          <w:tcPr>
            <w:tcW w:type="dxa" w:w="1580"/>
          </w:tcPr>
          <w:p>
            <w:pPr>
              <w:spacing w:after="0"/>
              <w:jc w:val="right"/>
            </w:pPr>
            <w:r>
              <w:rPr>
                <w:sz w:val="16"/>
              </w:rPr>
              <w:t>4, 1996 to 2000</w:t>
            </w:r>
          </w:p>
        </w:tc>
        <w:tc>
          <w:tcPr>
            <w:tcW w:type="dxa" w:w="1957"/>
          </w:tcPr>
          <w:p>
            <w:pPr>
              <w:spacing w:after="0"/>
              <w:jc w:val="left"/>
            </w:pPr>
          </w:p>
        </w:tc>
        <w:tc>
          <w:tcPr>
            <w:tcW w:type="dxa" w:w="1539"/>
          </w:tcPr>
          <w:p>
            <w:pPr>
              <w:spacing w:after="0"/>
              <w:jc w:val="left"/>
            </w:pPr>
            <w:r>
              <w:rPr>
                <w:sz w:val="16"/>
              </w:rPr>
              <w:t>Lightning, 1996-08-03, $8,000 property; $0 crops (1996 dollars)</w:t>
            </w:r>
          </w:p>
        </w:tc>
        <w:tc>
          <w:tcPr>
            <w:tcW w:type="dxa" w:w="1591"/>
          </w:tcPr>
          <w:p>
            <w:pPr>
              <w:spacing w:after="0"/>
              <w:jc w:val="left"/>
            </w:pPr>
          </w:p>
        </w:tc>
        <w:tc>
          <w:tcPr>
            <w:tcW w:type="dxa" w:w="1652"/>
          </w:tcPr>
          <w:p>
            <w:pPr>
              <w:spacing w:after="0"/>
              <w:jc w:val="left"/>
            </w:pPr>
            <w:r>
              <w:rPr>
                <w:sz w:val="16"/>
              </w:rPr>
              <w:t>Event records naming member places: Medora city (1 record).</w:t>
            </w:r>
          </w:p>
        </w:tc>
        <w:tc>
          <w:tcPr>
            <w:tcW w:type="dxa" w:w="2276"/>
          </w:tcPr>
          <w:p>
            <w:pPr>
              <w:spacing w:after="0"/>
              <w:jc w:val="left"/>
            </w:pPr>
            <w:r>
              <w:rPr>
                <w:sz w:val="16"/>
              </w:rPr>
              <w:t>Storm Events lists lightning with damage or casualties; physical measure in event narratives only; local data required.</w:t>
            </w:r>
          </w:p>
        </w:tc>
      </w:tr>
      <w:tr>
        <w:trPr>
          <w:cantSplit/>
        </w:trPr>
        <w:tc>
          <w:tcPr>
            <w:tcW w:type="dxa" w:w="1765"/>
          </w:tcPr>
          <w:p>
            <w:pPr>
              <w:spacing w:after="0"/>
              <w:jc w:val="left"/>
            </w:pPr>
            <w:r>
              <w:rPr>
                <w:sz w:val="16"/>
              </w:rPr>
              <w:t>High Wind and Strong Wind (outside NRI Strong Wind definition)</w:t>
            </w:r>
          </w:p>
        </w:tc>
        <w:tc>
          <w:tcPr>
            <w:tcW w:type="dxa" w:w="1752"/>
          </w:tcPr>
          <w:p>
            <w:pPr>
              <w:spacing w:after="0"/>
              <w:jc w:val="left"/>
            </w:pPr>
            <w:r>
              <w:rPr>
                <w:sz w:val="16"/>
              </w:rPr>
              <w:t>wind speed (kt and mph)</w:t>
            </w:r>
          </w:p>
        </w:tc>
        <w:tc>
          <w:tcPr>
            <w:tcW w:type="dxa" w:w="1580"/>
          </w:tcPr>
          <w:p>
            <w:pPr>
              <w:spacing w:after="0"/>
              <w:jc w:val="right"/>
            </w:pPr>
            <w:r>
              <w:rPr>
                <w:sz w:val="16"/>
              </w:rPr>
              <w:t>73, 1999 to 2026 (73 zone-level)</w:t>
            </w:r>
          </w:p>
        </w:tc>
        <w:tc>
          <w:tcPr>
            <w:tcW w:type="dxa" w:w="1957"/>
          </w:tcPr>
          <w:p>
            <w:pPr>
              <w:spacing w:after="0"/>
              <w:jc w:val="left"/>
            </w:pPr>
            <w:r>
              <w:rPr>
                <w:sz w:val="16"/>
              </w:rPr>
              <w:t>35 kt (40 mph) to 73 kt (84 mph) (median 50 kt (58 mph)); 73 with a recorded value</w:t>
            </w:r>
          </w:p>
        </w:tc>
        <w:tc>
          <w:tcPr>
            <w:tcW w:type="dxa" w:w="1539"/>
          </w:tcPr>
          <w:p>
            <w:pPr>
              <w:spacing w:after="0"/>
              <w:jc w:val="left"/>
            </w:pPr>
            <w:r>
              <w:rPr>
                <w:sz w:val="16"/>
              </w:rPr>
              <w:t>73 kt (84 mph) measured gust, High Wind, 2023-10-17; NWS zone NDZ032 (BILLINGS), zone-level: may include parts of neighboring counties</w:t>
            </w:r>
          </w:p>
        </w:tc>
        <w:tc>
          <w:tcPr>
            <w:tcW w:type="dxa" w:w="1591"/>
          </w:tcPr>
          <w:p>
            <w:pPr>
              <w:spacing w:after="0"/>
              <w:jc w:val="left"/>
            </w:pPr>
            <w:r>
              <w:rPr>
                <w:sz w:val="16"/>
              </w:rPr>
              <w:t>High Wind, 2011-02-13, $20,000 property; $0 crops, reported for the zone (2011 dollars)</w:t>
            </w: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p>
        </w:tc>
      </w:tr>
      <w:tr>
        <w:trPr>
          <w:cantSplit/>
        </w:trPr>
        <w:tc>
          <w:tcPr>
            <w:tcW w:type="dxa" w:w="1765"/>
          </w:tcPr>
          <w:p>
            <w:pPr>
              <w:spacing w:after="0"/>
              <w:jc w:val="left"/>
            </w:pPr>
            <w:r>
              <w:rPr>
                <w:sz w:val="16"/>
              </w:rPr>
              <w:t>Thunderstorm Wind</w:t>
            </w:r>
          </w:p>
        </w:tc>
        <w:tc>
          <w:tcPr>
            <w:tcW w:type="dxa" w:w="1752"/>
          </w:tcPr>
          <w:p>
            <w:pPr>
              <w:spacing w:after="0"/>
              <w:jc w:val="left"/>
            </w:pPr>
            <w:r>
              <w:rPr>
                <w:sz w:val="16"/>
              </w:rPr>
              <w:t>wind speed (kt and mph)</w:t>
            </w:r>
          </w:p>
        </w:tc>
        <w:tc>
          <w:tcPr>
            <w:tcW w:type="dxa" w:w="1580"/>
          </w:tcPr>
          <w:p>
            <w:pPr>
              <w:spacing w:after="0"/>
              <w:jc w:val="right"/>
            </w:pPr>
            <w:r>
              <w:rPr>
                <w:sz w:val="16"/>
              </w:rPr>
              <w:t>39, 1978 to 2025</w:t>
            </w:r>
          </w:p>
        </w:tc>
        <w:tc>
          <w:tcPr>
            <w:tcW w:type="dxa" w:w="1957"/>
          </w:tcPr>
          <w:p>
            <w:pPr>
              <w:spacing w:after="0"/>
              <w:jc w:val="left"/>
            </w:pPr>
            <w:r>
              <w:rPr>
                <w:sz w:val="16"/>
              </w:rPr>
              <w:t>50 kt (58 mph) to 104 kt (120 mph) (median 61 kt (70 mph)); 36 with a recorded value</w:t>
            </w:r>
          </w:p>
        </w:tc>
        <w:tc>
          <w:tcPr>
            <w:tcW w:type="dxa" w:w="1539"/>
          </w:tcPr>
          <w:p>
            <w:pPr>
              <w:spacing w:after="0"/>
              <w:jc w:val="left"/>
            </w:pPr>
            <w:r>
              <w:rPr>
                <w:sz w:val="16"/>
              </w:rPr>
              <w:t>104 kt (120 mph) estimated gust, Thunderstorm Wind, 2022-07-10</w:t>
            </w:r>
          </w:p>
        </w:tc>
        <w:tc>
          <w:tcPr>
            <w:tcW w:type="dxa" w:w="1591"/>
          </w:tcPr>
          <w:p>
            <w:pPr>
              <w:spacing w:after="0"/>
              <w:jc w:val="left"/>
            </w:pPr>
          </w:p>
        </w:tc>
        <w:tc>
          <w:tcPr>
            <w:tcW w:type="dxa" w:w="1652"/>
          </w:tcPr>
          <w:p>
            <w:pPr>
              <w:spacing w:after="0"/>
              <w:jc w:val="left"/>
            </w:pPr>
            <w:r>
              <w:rPr>
                <w:sz w:val="16"/>
              </w:rPr>
              <w:t>Event records naming member places: Medora city (8 records).</w:t>
            </w:r>
          </w:p>
        </w:tc>
        <w:tc>
          <w:tcPr>
            <w:tcW w:type="dxa" w:w="2276"/>
          </w:tcPr>
          <w:p>
            <w:pPr>
              <w:spacing w:after="0"/>
              <w:jc w:val="left"/>
            </w:pPr>
          </w:p>
        </w:tc>
      </w:tr>
      <w:tr>
        <w:trPr>
          <w:cantSplit/>
        </w:trPr>
        <w:tc>
          <w:tcPr>
            <w:tcW w:type="dxa" w:w="1765"/>
          </w:tcPr>
          <w:p>
            <w:pPr>
              <w:spacing w:after="0"/>
              <w:jc w:val="left"/>
            </w:pPr>
            <w:r>
              <w:rPr>
                <w:sz w:val="16"/>
              </w:rPr>
              <w:t>Tornado</w:t>
            </w:r>
          </w:p>
        </w:tc>
        <w:tc>
          <w:tcPr>
            <w:tcW w:type="dxa" w:w="1752"/>
          </w:tcPr>
          <w:p>
            <w:pPr>
              <w:spacing w:after="0"/>
              <w:jc w:val="left"/>
            </w:pPr>
            <w:r>
              <w:rPr>
                <w:sz w:val="16"/>
              </w:rPr>
              <w:t>Enhanced Fujita (F before Feb 2007)</w:t>
            </w:r>
          </w:p>
        </w:tc>
        <w:tc>
          <w:tcPr>
            <w:tcW w:type="dxa" w:w="1580"/>
          </w:tcPr>
          <w:p>
            <w:pPr>
              <w:spacing w:after="0"/>
              <w:jc w:val="right"/>
            </w:pPr>
            <w:r>
              <w:rPr>
                <w:sz w:val="16"/>
              </w:rPr>
              <w:t>8, 1954 to 2026</w:t>
            </w:r>
          </w:p>
        </w:tc>
        <w:tc>
          <w:tcPr>
            <w:tcW w:type="dxa" w:w="1957"/>
          </w:tcPr>
          <w:p>
            <w:pPr>
              <w:spacing w:after="0"/>
              <w:jc w:val="left"/>
            </w:pPr>
            <w:r>
              <w:rPr>
                <w:sz w:val="16"/>
              </w:rPr>
              <w:t>F/EF0 to F/EF1 (median F/EF0); 7 with a recorded value</w:t>
            </w:r>
          </w:p>
        </w:tc>
        <w:tc>
          <w:tcPr>
            <w:tcW w:type="dxa" w:w="1539"/>
          </w:tcPr>
          <w:p>
            <w:pPr>
              <w:spacing w:after="0"/>
              <w:jc w:val="left"/>
            </w:pPr>
            <w:r>
              <w:rPr>
                <w:sz w:val="16"/>
              </w:rPr>
              <w:t>F1 tornado, 1983-08-24, 9 mi path length (records before 1996 may include the whole path; rating and listing come from the county where the tornado began), 40 yd wide, $25,000 property; crops not recorded (1983 dollars)</w:t>
            </w:r>
          </w:p>
        </w:tc>
        <w:tc>
          <w:tcPr>
            <w:tcW w:type="dxa" w:w="1591"/>
          </w:tcPr>
          <w:p>
            <w:pPr>
              <w:spacing w:after="0"/>
              <w:jc w:val="left"/>
            </w:pPr>
          </w:p>
        </w:tc>
        <w:tc>
          <w:tcPr>
            <w:tcW w:type="dxa" w:w="1652"/>
          </w:tcPr>
          <w:p>
            <w:pPr>
              <w:spacing w:after="0"/>
              <w:jc w:val="left"/>
            </w:pPr>
            <w:r>
              <w:rPr>
                <w:sz w:val="16"/>
              </w:rPr>
              <w:t>Event records naming member places: Medora city (1 record).</w:t>
            </w:r>
          </w:p>
        </w:tc>
        <w:tc>
          <w:tcPr>
            <w:tcW w:type="dxa" w:w="22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5"/>
          </w:tcPr>
          <w:p>
            <w:pPr>
              <w:spacing w:after="0"/>
              <w:jc w:val="left"/>
            </w:pPr>
            <w:r>
              <w:rPr>
                <w:sz w:val="16"/>
              </w:rPr>
              <w:t>Tsunami</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957"/>
          </w:tcPr>
          <w:p>
            <w:pPr>
              <w:spacing w:after="0"/>
              <w:jc w:val="left"/>
            </w:pPr>
          </w:p>
        </w:tc>
        <w:tc>
          <w:tcPr>
            <w:tcW w:type="dxa" w:w="1539"/>
          </w:tcPr>
          <w:p>
            <w:pPr>
              <w:spacing w:after="0"/>
              <w:jc w:val="left"/>
            </w:pPr>
          </w:p>
        </w:tc>
        <w:tc>
          <w:tcPr>
            <w:tcW w:type="dxa" w:w="1591"/>
          </w:tcPr>
          <w:p>
            <w:pPr>
              <w:spacing w:after="0"/>
              <w:jc w:val="left"/>
            </w:pPr>
          </w:p>
        </w:tc>
        <w:tc>
          <w:tcPr>
            <w:tcW w:type="dxa" w:w="1652"/>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Volcanic Ash, Volcanic Ashfall</w:t>
            </w:r>
          </w:p>
        </w:tc>
        <w:tc>
          <w:tcPr>
            <w:tcW w:type="dxa" w:w="1752"/>
          </w:tcPr>
          <w:p>
            <w:pPr>
              <w:spacing w:after="0"/>
              <w:jc w:val="left"/>
            </w:pPr>
            <w:r>
              <w:rPr>
                <w:sz w:val="16"/>
              </w:rPr>
              <w:t>Volcanic Explosivity Index (local data)</w:t>
            </w:r>
          </w:p>
        </w:tc>
        <w:tc>
          <w:tcPr>
            <w:tcW w:type="dxa" w:w="1580"/>
          </w:tcPr>
          <w:p>
            <w:pPr>
              <w:spacing w:after="0"/>
              <w:jc w:val="right"/>
            </w:pPr>
            <w:r>
              <w:rPr>
                <w:sz w:val="16"/>
              </w:rPr>
              <w:t>0</w:t>
            </w:r>
          </w:p>
        </w:tc>
        <w:tc>
          <w:tcPr>
            <w:tcW w:type="dxa" w:w="1957"/>
          </w:tcPr>
          <w:p>
            <w:pPr>
              <w:spacing w:after="0"/>
              <w:jc w:val="left"/>
            </w:pPr>
          </w:p>
        </w:tc>
        <w:tc>
          <w:tcPr>
            <w:tcW w:type="dxa" w:w="1539"/>
          </w:tcPr>
          <w:p>
            <w:pPr>
              <w:spacing w:after="0"/>
              <w:jc w:val="left"/>
            </w:pPr>
          </w:p>
        </w:tc>
        <w:tc>
          <w:tcPr>
            <w:tcW w:type="dxa" w:w="1591"/>
          </w:tcPr>
          <w:p>
            <w:pPr>
              <w:spacing w:after="0"/>
              <w:jc w:val="left"/>
            </w:pPr>
          </w:p>
        </w:tc>
        <w:tc>
          <w:tcPr>
            <w:tcW w:type="dxa" w:w="1652"/>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Wildfire</w:t>
            </w:r>
          </w:p>
        </w:tc>
        <w:tc>
          <w:tcPr>
            <w:tcW w:type="dxa" w:w="1752"/>
          </w:tcPr>
          <w:p>
            <w:pPr>
              <w:spacing w:after="0"/>
              <w:jc w:val="left"/>
            </w:pPr>
            <w:r>
              <w:rPr>
                <w:sz w:val="16"/>
              </w:rPr>
              <w:t>acres burned (local data)</w:t>
            </w:r>
          </w:p>
        </w:tc>
        <w:tc>
          <w:tcPr>
            <w:tcW w:type="dxa" w:w="1580"/>
          </w:tcPr>
          <w:p>
            <w:pPr>
              <w:spacing w:after="0"/>
              <w:jc w:val="right"/>
            </w:pPr>
            <w:r>
              <w:rPr>
                <w:sz w:val="16"/>
              </w:rPr>
              <w:t>1, 2006 to 2006 (1 zone-level)</w:t>
            </w:r>
          </w:p>
        </w:tc>
        <w:tc>
          <w:tcPr>
            <w:tcW w:type="dxa" w:w="1957"/>
          </w:tcPr>
          <w:p>
            <w:pPr>
              <w:spacing w:after="0"/>
              <w:jc w:val="left"/>
            </w:pPr>
          </w:p>
        </w:tc>
        <w:tc>
          <w:tcPr>
            <w:tcW w:type="dxa" w:w="1539"/>
          </w:tcPr>
          <w:p>
            <w:pPr>
              <w:spacing w:after="0"/>
              <w:jc w:val="left"/>
            </w:pPr>
            <w:r>
              <w:rPr>
                <w:sz w:val="16"/>
              </w:rPr>
              <w:t>No damage reported in 1 records.</w:t>
            </w:r>
          </w:p>
        </w:tc>
        <w:tc>
          <w:tcPr>
            <w:tcW w:type="dxa" w:w="1591"/>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Acres burned: in event narratives only; local data required.</w:t>
            </w:r>
          </w:p>
        </w:tc>
      </w:tr>
      <w:tr>
        <w:trPr>
          <w:cantSplit/>
        </w:trPr>
        <w:tc>
          <w:tcPr>
            <w:tcW w:type="dxa" w:w="1765"/>
          </w:tcPr>
          <w:p>
            <w:pPr>
              <w:spacing w:after="0"/>
              <w:jc w:val="left"/>
            </w:pPr>
            <w:r>
              <w:rPr>
                <w:sz w:val="16"/>
              </w:rPr>
              <w:t>Winter Storm, Heavy Snow, Blizzard, Lake-Effect Snow, Winter Weather, Sleet</w:t>
            </w:r>
          </w:p>
        </w:tc>
        <w:tc>
          <w:tcPr>
            <w:tcW w:type="dxa" w:w="1752"/>
          </w:tcPr>
          <w:p>
            <w:pPr>
              <w:spacing w:after="0"/>
              <w:jc w:val="left"/>
            </w:pPr>
            <w:r>
              <w:rPr>
                <w:sz w:val="16"/>
              </w:rPr>
              <w:t>none in data (snowfall local)</w:t>
            </w:r>
          </w:p>
        </w:tc>
        <w:tc>
          <w:tcPr>
            <w:tcW w:type="dxa" w:w="1580"/>
          </w:tcPr>
          <w:p>
            <w:pPr>
              <w:spacing w:after="0"/>
              <w:jc w:val="right"/>
            </w:pPr>
            <w:r>
              <w:rPr>
                <w:sz w:val="16"/>
              </w:rPr>
              <w:t>87, 1996 to 2026 (87 zone-level)</w:t>
            </w:r>
          </w:p>
        </w:tc>
        <w:tc>
          <w:tcPr>
            <w:tcW w:type="dxa" w:w="1957"/>
          </w:tcPr>
          <w:p>
            <w:pPr>
              <w:spacing w:after="0"/>
              <w:jc w:val="left"/>
            </w:pPr>
          </w:p>
        </w:tc>
        <w:tc>
          <w:tcPr>
            <w:tcW w:type="dxa" w:w="1539"/>
          </w:tcPr>
          <w:p>
            <w:pPr>
              <w:spacing w:after="0"/>
              <w:jc w:val="left"/>
            </w:pPr>
            <w:r>
              <w:rPr>
                <w:sz w:val="16"/>
              </w:rPr>
              <w:t>Blizzard, 1997-01-09, $1,530,000 property; crops not reported, reported for the zone (1997 dollars); NWS zone NDZ032 (BILLINGS), zone-level: may include parts of neighboring counties</w:t>
            </w:r>
          </w:p>
        </w:tc>
        <w:tc>
          <w:tcPr>
            <w:tcW w:type="dxa" w:w="1591"/>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spacing w:after="80" w:before="0"/>
      </w:pPr>
      <w:r>
        <w:rPr/>
        <w:t>Plan 111469 was approved by FEMA on 2026-09-11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0"/>
        <w:gridCol w:w="1100"/>
        <w:gridCol w:w="1100"/>
        <w:gridCol w:w="1479"/>
        <w:gridCol w:w="3658"/>
        <w:gridCol w:w="2426"/>
        <w:gridCol w:w="1517"/>
        <w:gridCol w:w="783"/>
        <w:gridCol w:w="949"/>
      </w:tblGrid>
      <w:tr>
        <w:trPr>
          <w:cantSplit/>
          <w:tblHeader/>
        </w:trPr>
        <w:tc>
          <w:tcPr>
            <w:tcW w:type="dxa" w:w="1100"/>
            <w:shd w:val="clear" w:color="auto" w:fill="E8E8E8"/>
          </w:tcPr>
          <w:p>
            <w:pPr>
              <w:spacing w:after="0"/>
              <w:jc w:val="left"/>
            </w:pPr>
            <w:r>
              <w:rPr>
                <w:b/>
                <w:sz w:val="16"/>
              </w:rPr>
              <w:t>Declared</w:t>
            </w:r>
          </w:p>
        </w:tc>
        <w:tc>
          <w:tcPr>
            <w:tcW w:type="dxa" w:w="1100"/>
            <w:shd w:val="clear" w:color="auto" w:fill="E8E8E8"/>
          </w:tcPr>
          <w:p>
            <w:pPr>
              <w:spacing w:after="0"/>
              <w:jc w:val="left"/>
            </w:pPr>
            <w:r>
              <w:rPr>
                <w:b/>
                <w:sz w:val="16"/>
              </w:rPr>
              <w:t>Incident began</w:t>
            </w:r>
          </w:p>
        </w:tc>
        <w:tc>
          <w:tcPr>
            <w:tcW w:type="dxa" w:w="1100"/>
            <w:shd w:val="clear" w:color="auto" w:fill="E8E8E8"/>
          </w:tcPr>
          <w:p>
            <w:pPr>
              <w:spacing w:after="0"/>
              <w:jc w:val="left"/>
            </w:pPr>
            <w:r>
              <w:rPr>
                <w:b/>
                <w:sz w:val="16"/>
              </w:rPr>
              <w:t>FEMA number</w:t>
            </w:r>
          </w:p>
        </w:tc>
        <w:tc>
          <w:tcPr>
            <w:tcW w:type="dxa" w:w="1479"/>
            <w:shd w:val="clear" w:color="auto" w:fill="E8E8E8"/>
          </w:tcPr>
          <w:p>
            <w:pPr>
              <w:spacing w:after="0"/>
              <w:jc w:val="left"/>
            </w:pPr>
            <w:r>
              <w:rPr>
                <w:b/>
                <w:sz w:val="16"/>
              </w:rPr>
              <w:t>Type</w:t>
            </w:r>
          </w:p>
        </w:tc>
        <w:tc>
          <w:tcPr>
            <w:tcW w:type="dxa" w:w="3658"/>
            <w:shd w:val="clear" w:color="auto" w:fill="E8E8E8"/>
          </w:tcPr>
          <w:p>
            <w:pPr>
              <w:spacing w:after="0"/>
              <w:jc w:val="left"/>
            </w:pPr>
            <w:r>
              <w:rPr>
                <w:b/>
                <w:sz w:val="16"/>
              </w:rPr>
              <w:t>Title</w:t>
            </w:r>
          </w:p>
        </w:tc>
        <w:tc>
          <w:tcPr>
            <w:tcW w:type="dxa" w:w="2426"/>
            <w:shd w:val="clear" w:color="auto" w:fill="E8E8E8"/>
          </w:tcPr>
          <w:p>
            <w:pPr>
              <w:spacing w:after="0"/>
              <w:jc w:val="left"/>
            </w:pPr>
            <w:r>
              <w:rPr>
                <w:b/>
                <w:sz w:val="16"/>
              </w:rPr>
              <w:t>Mapped hazard</w:t>
            </w:r>
          </w:p>
        </w:tc>
        <w:tc>
          <w:tcPr>
            <w:tcW w:type="dxa" w:w="15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3"/>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0"/>
          </w:tcPr>
          <w:p>
            <w:pPr>
              <w:spacing w:after="0"/>
              <w:jc w:val="left"/>
            </w:pPr>
            <w:r>
              <w:rPr>
                <w:sz w:val="16"/>
              </w:rPr>
              <w:t>2022-07-13</w:t>
            </w:r>
          </w:p>
        </w:tc>
        <w:tc>
          <w:tcPr>
            <w:tcW w:type="dxa" w:w="1100"/>
          </w:tcPr>
          <w:p>
            <w:pPr>
              <w:spacing w:after="0"/>
              <w:jc w:val="left"/>
            </w:pPr>
            <w:r>
              <w:rPr>
                <w:sz w:val="16"/>
              </w:rPr>
              <w:t>2022-04-22</w:t>
            </w:r>
          </w:p>
        </w:tc>
        <w:tc>
          <w:tcPr>
            <w:tcW w:type="dxa" w:w="1100"/>
          </w:tcPr>
          <w:p>
            <w:pPr>
              <w:spacing w:after="0"/>
              <w:jc w:val="left"/>
            </w:pPr>
            <w:r>
              <w:rPr>
                <w:sz w:val="16"/>
              </w:rPr>
              <w:t>DR-4660-ND</w:t>
            </w:r>
          </w:p>
        </w:tc>
        <w:tc>
          <w:tcPr>
            <w:tcW w:type="dxa" w:w="1479"/>
          </w:tcPr>
          <w:p>
            <w:pPr>
              <w:spacing w:after="0"/>
              <w:jc w:val="left"/>
            </w:pPr>
            <w:r>
              <w:rPr>
                <w:sz w:val="16"/>
              </w:rPr>
              <w:t>Major disaster</w:t>
            </w:r>
          </w:p>
        </w:tc>
        <w:tc>
          <w:tcPr>
            <w:tcW w:type="dxa" w:w="3658"/>
          </w:tcPr>
          <w:p>
            <w:pPr>
              <w:spacing w:after="0"/>
              <w:jc w:val="left"/>
            </w:pPr>
            <w:r>
              <w:rPr>
                <w:sz w:val="16"/>
              </w:rPr>
              <w:t>SEVERE WINTER STORM AND FLOODING</w:t>
            </w:r>
          </w:p>
        </w:tc>
        <w:tc>
          <w:tcPr>
            <w:tcW w:type="dxa" w:w="2426"/>
          </w:tcPr>
          <w:p>
            <w:pPr>
              <w:spacing w:after="0"/>
              <w:jc w:val="left"/>
            </w:pPr>
            <w:r>
              <w:rPr>
                <w:sz w:val="16"/>
              </w:rPr>
              <w:t>Inland Flooding; Winter Weather</w:t>
            </w:r>
          </w:p>
        </w:tc>
        <w:tc>
          <w:tcPr>
            <w:tcW w:type="dxa" w:w="1517"/>
          </w:tcPr>
          <w:p>
            <w:pPr>
              <w:spacing w:after="0"/>
              <w:jc w:val="right"/>
            </w:pPr>
            <w:r>
              <w:rPr>
                <w:sz w:val="16"/>
              </w:rPr>
              <w:t>none found</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0"/>
          </w:tcPr>
          <w:p>
            <w:pPr>
              <w:spacing w:after="0"/>
              <w:jc w:val="left"/>
            </w:pPr>
            <w:r>
              <w:rPr>
                <w:sz w:val="16"/>
              </w:rPr>
              <w:t>2020-04-01</w:t>
            </w:r>
          </w:p>
        </w:tc>
        <w:tc>
          <w:tcPr>
            <w:tcW w:type="dxa" w:w="1100"/>
          </w:tcPr>
          <w:p>
            <w:pPr>
              <w:spacing w:after="0"/>
              <w:jc w:val="left"/>
            </w:pPr>
            <w:r>
              <w:rPr>
                <w:sz w:val="16"/>
              </w:rPr>
              <w:t>2020-01-20</w:t>
            </w:r>
          </w:p>
        </w:tc>
        <w:tc>
          <w:tcPr>
            <w:tcW w:type="dxa" w:w="1100"/>
          </w:tcPr>
          <w:p>
            <w:pPr>
              <w:spacing w:after="0"/>
              <w:jc w:val="left"/>
            </w:pPr>
            <w:r>
              <w:rPr>
                <w:sz w:val="16"/>
              </w:rPr>
              <w:t>DR-4509-ND</w:t>
            </w:r>
          </w:p>
        </w:tc>
        <w:tc>
          <w:tcPr>
            <w:tcW w:type="dxa" w:w="1479"/>
          </w:tcPr>
          <w:p>
            <w:pPr>
              <w:spacing w:after="0"/>
              <w:jc w:val="left"/>
            </w:pPr>
            <w:r>
              <w:rPr>
                <w:sz w:val="16"/>
              </w:rPr>
              <w:t>Major disaster</w:t>
            </w:r>
          </w:p>
        </w:tc>
        <w:tc>
          <w:tcPr>
            <w:tcW w:type="dxa" w:w="3658"/>
          </w:tcPr>
          <w:p>
            <w:pPr>
              <w:spacing w:after="0"/>
              <w:jc w:val="left"/>
            </w:pPr>
            <w:r>
              <w:rPr>
                <w:sz w:val="16"/>
              </w:rPr>
              <w:t>COVID-19 PANDEMIC</w:t>
            </w:r>
          </w:p>
        </w:tc>
        <w:tc>
          <w:tcPr>
            <w:tcW w:type="dxa" w:w="2426"/>
          </w:tcPr>
          <w:p>
            <w:pPr>
              <w:spacing w:after="0"/>
              <w:jc w:val="left"/>
            </w:pPr>
            <w:r>
              <w:rPr>
                <w:sz w:val="16"/>
              </w:rPr>
              <w:t>Non-natural, not counted</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2020-03-13</w:t>
            </w:r>
          </w:p>
        </w:tc>
        <w:tc>
          <w:tcPr>
            <w:tcW w:type="dxa" w:w="1100"/>
          </w:tcPr>
          <w:p>
            <w:pPr>
              <w:spacing w:after="0"/>
              <w:jc w:val="left"/>
            </w:pPr>
            <w:r>
              <w:rPr>
                <w:sz w:val="16"/>
              </w:rPr>
              <w:t>2020-01-20</w:t>
            </w:r>
          </w:p>
        </w:tc>
        <w:tc>
          <w:tcPr>
            <w:tcW w:type="dxa" w:w="1100"/>
          </w:tcPr>
          <w:p>
            <w:pPr>
              <w:spacing w:after="0"/>
              <w:jc w:val="left"/>
            </w:pPr>
            <w:r>
              <w:rPr>
                <w:sz w:val="16"/>
              </w:rPr>
              <w:t>EM-3477-ND</w:t>
            </w:r>
          </w:p>
        </w:tc>
        <w:tc>
          <w:tcPr>
            <w:tcW w:type="dxa" w:w="1479"/>
          </w:tcPr>
          <w:p>
            <w:pPr>
              <w:spacing w:after="0"/>
              <w:jc w:val="left"/>
            </w:pPr>
            <w:r>
              <w:rPr>
                <w:sz w:val="16"/>
              </w:rPr>
              <w:t>Emergency</w:t>
            </w:r>
          </w:p>
        </w:tc>
        <w:tc>
          <w:tcPr>
            <w:tcW w:type="dxa" w:w="3658"/>
          </w:tcPr>
          <w:p>
            <w:pPr>
              <w:spacing w:after="0"/>
              <w:jc w:val="left"/>
            </w:pPr>
            <w:r>
              <w:rPr>
                <w:sz w:val="16"/>
              </w:rPr>
              <w:t>COVID-19</w:t>
            </w:r>
          </w:p>
        </w:tc>
        <w:tc>
          <w:tcPr>
            <w:tcW w:type="dxa" w:w="2426"/>
          </w:tcPr>
          <w:p>
            <w:pPr>
              <w:spacing w:after="0"/>
              <w:jc w:val="left"/>
            </w:pPr>
            <w:r>
              <w:rPr>
                <w:sz w:val="16"/>
              </w:rPr>
              <w:t>Non-natural, not counted</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r>
              <w:rPr>
                <w:sz w:val="16"/>
              </w:rPr>
              <w:t>same incident as DR-4509</w:t>
            </w:r>
          </w:p>
        </w:tc>
      </w:tr>
      <w:tr>
        <w:trPr>
          <w:cantSplit/>
        </w:trPr>
        <w:tc>
          <w:tcPr>
            <w:tcW w:type="dxa" w:w="1100"/>
          </w:tcPr>
          <w:p>
            <w:pPr>
              <w:spacing w:after="0"/>
              <w:jc w:val="left"/>
            </w:pPr>
            <w:r>
              <w:rPr>
                <w:sz w:val="16"/>
              </w:rPr>
              <w:t>2011-05-10</w:t>
            </w:r>
          </w:p>
        </w:tc>
        <w:tc>
          <w:tcPr>
            <w:tcW w:type="dxa" w:w="1100"/>
          </w:tcPr>
          <w:p>
            <w:pPr>
              <w:spacing w:after="0"/>
              <w:jc w:val="left"/>
            </w:pPr>
            <w:r>
              <w:rPr>
                <w:sz w:val="16"/>
              </w:rPr>
              <w:t>2011-02-14</w:t>
            </w:r>
          </w:p>
        </w:tc>
        <w:tc>
          <w:tcPr>
            <w:tcW w:type="dxa" w:w="1100"/>
          </w:tcPr>
          <w:p>
            <w:pPr>
              <w:spacing w:after="0"/>
              <w:jc w:val="left"/>
            </w:pPr>
            <w:r>
              <w:rPr>
                <w:sz w:val="16"/>
              </w:rPr>
              <w:t>DR-1981-ND</w:t>
            </w:r>
          </w:p>
        </w:tc>
        <w:tc>
          <w:tcPr>
            <w:tcW w:type="dxa" w:w="1479"/>
          </w:tcPr>
          <w:p>
            <w:pPr>
              <w:spacing w:after="0"/>
              <w:jc w:val="left"/>
            </w:pPr>
            <w:r>
              <w:rPr>
                <w:sz w:val="16"/>
              </w:rPr>
              <w:t>Major disaster</w:t>
            </w:r>
          </w:p>
        </w:tc>
        <w:tc>
          <w:tcPr>
            <w:tcW w:type="dxa" w:w="3658"/>
          </w:tcPr>
          <w:p>
            <w:pPr>
              <w:spacing w:after="0"/>
              <w:jc w:val="left"/>
            </w:pPr>
            <w:r>
              <w:rPr>
                <w:sz w:val="16"/>
              </w:rPr>
              <w:t>FLOODING</w:t>
            </w:r>
          </w:p>
        </w:tc>
        <w:tc>
          <w:tcPr>
            <w:tcW w:type="dxa" w:w="2426"/>
          </w:tcPr>
          <w:p>
            <w:pPr>
              <w:spacing w:after="0"/>
              <w:jc w:val="left"/>
            </w:pPr>
            <w:r>
              <w:rPr>
                <w:sz w:val="16"/>
              </w:rPr>
              <w:t>Inland Flooding</w:t>
            </w:r>
          </w:p>
        </w:tc>
        <w:tc>
          <w:tcPr>
            <w:tcW w:type="dxa" w:w="1517"/>
          </w:tcPr>
          <w:p>
            <w:pPr>
              <w:spacing w:after="0"/>
              <w:jc w:val="right"/>
            </w:pPr>
            <w:r>
              <w:rPr>
                <w:sz w:val="16"/>
              </w:rPr>
              <w:t>$182,037.47</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2010-02-26</w:t>
            </w:r>
          </w:p>
        </w:tc>
        <w:tc>
          <w:tcPr>
            <w:tcW w:type="dxa" w:w="1100"/>
          </w:tcPr>
          <w:p>
            <w:pPr>
              <w:spacing w:after="0"/>
              <w:jc w:val="left"/>
            </w:pPr>
            <w:r>
              <w:rPr>
                <w:sz w:val="16"/>
              </w:rPr>
              <w:t>2010-01-20</w:t>
            </w:r>
          </w:p>
        </w:tc>
        <w:tc>
          <w:tcPr>
            <w:tcW w:type="dxa" w:w="1100"/>
          </w:tcPr>
          <w:p>
            <w:pPr>
              <w:spacing w:after="0"/>
              <w:jc w:val="left"/>
            </w:pPr>
            <w:r>
              <w:rPr>
                <w:sz w:val="16"/>
              </w:rPr>
              <w:t>DR-1879-ND</w:t>
            </w:r>
          </w:p>
        </w:tc>
        <w:tc>
          <w:tcPr>
            <w:tcW w:type="dxa" w:w="1479"/>
          </w:tcPr>
          <w:p>
            <w:pPr>
              <w:spacing w:after="0"/>
              <w:jc w:val="left"/>
            </w:pPr>
            <w:r>
              <w:rPr>
                <w:sz w:val="16"/>
              </w:rPr>
              <w:t>Major disaster</w:t>
            </w:r>
          </w:p>
        </w:tc>
        <w:tc>
          <w:tcPr>
            <w:tcW w:type="dxa" w:w="3658"/>
          </w:tcPr>
          <w:p>
            <w:pPr>
              <w:spacing w:after="0"/>
              <w:jc w:val="left"/>
            </w:pPr>
            <w:r>
              <w:rPr>
                <w:sz w:val="16"/>
              </w:rPr>
              <w:t>SEVERE WINTER STORM</w:t>
            </w:r>
          </w:p>
        </w:tc>
        <w:tc>
          <w:tcPr>
            <w:tcW w:type="dxa" w:w="2426"/>
          </w:tcPr>
          <w:p>
            <w:pPr>
              <w:spacing w:after="0"/>
              <w:jc w:val="left"/>
            </w:pPr>
            <w:r>
              <w:rPr>
                <w:sz w:val="16"/>
              </w:rPr>
              <w:t>Winter Weather</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2009-03-24</w:t>
            </w:r>
          </w:p>
        </w:tc>
        <w:tc>
          <w:tcPr>
            <w:tcW w:type="dxa" w:w="1100"/>
          </w:tcPr>
          <w:p>
            <w:pPr>
              <w:spacing w:after="0"/>
              <w:jc w:val="left"/>
            </w:pPr>
            <w:r>
              <w:rPr>
                <w:sz w:val="16"/>
              </w:rPr>
              <w:t>2009-03-13</w:t>
            </w:r>
          </w:p>
        </w:tc>
        <w:tc>
          <w:tcPr>
            <w:tcW w:type="dxa" w:w="1100"/>
          </w:tcPr>
          <w:p>
            <w:pPr>
              <w:spacing w:after="0"/>
              <w:jc w:val="left"/>
            </w:pPr>
            <w:r>
              <w:rPr>
                <w:sz w:val="16"/>
              </w:rPr>
              <w:t>DR-1829-ND</w:t>
            </w:r>
          </w:p>
        </w:tc>
        <w:tc>
          <w:tcPr>
            <w:tcW w:type="dxa" w:w="1479"/>
          </w:tcPr>
          <w:p>
            <w:pPr>
              <w:spacing w:after="0"/>
              <w:jc w:val="left"/>
            </w:pPr>
            <w:r>
              <w:rPr>
                <w:sz w:val="16"/>
              </w:rPr>
              <w:t>Major disaster</w:t>
            </w:r>
          </w:p>
        </w:tc>
        <w:tc>
          <w:tcPr>
            <w:tcW w:type="dxa" w:w="3658"/>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$12,685.35</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2005-11-21</w:t>
            </w:r>
          </w:p>
        </w:tc>
        <w:tc>
          <w:tcPr>
            <w:tcW w:type="dxa" w:w="1100"/>
          </w:tcPr>
          <w:p>
            <w:pPr>
              <w:spacing w:after="0"/>
              <w:jc w:val="left"/>
            </w:pPr>
            <w:r>
              <w:rPr>
                <w:sz w:val="16"/>
              </w:rPr>
              <w:t>2005-10-04</w:t>
            </w:r>
          </w:p>
        </w:tc>
        <w:tc>
          <w:tcPr>
            <w:tcW w:type="dxa" w:w="1100"/>
          </w:tcPr>
          <w:p>
            <w:pPr>
              <w:spacing w:after="0"/>
              <w:jc w:val="left"/>
            </w:pPr>
            <w:r>
              <w:rPr>
                <w:sz w:val="16"/>
              </w:rPr>
              <w:t>DR-1616-ND</w:t>
            </w:r>
          </w:p>
        </w:tc>
        <w:tc>
          <w:tcPr>
            <w:tcW w:type="dxa" w:w="1479"/>
          </w:tcPr>
          <w:p>
            <w:pPr>
              <w:spacing w:after="0"/>
              <w:jc w:val="left"/>
            </w:pPr>
            <w:r>
              <w:rPr>
                <w:sz w:val="16"/>
              </w:rPr>
              <w:t>Major disaster</w:t>
            </w:r>
          </w:p>
        </w:tc>
        <w:tc>
          <w:tcPr>
            <w:tcW w:type="dxa" w:w="3658"/>
          </w:tcPr>
          <w:p>
            <w:pPr>
              <w:spacing w:after="0"/>
              <w:jc w:val="left"/>
            </w:pPr>
            <w:r>
              <w:rPr>
                <w:sz w:val="16"/>
              </w:rPr>
              <w:t>SEVERE WINTER STORM AND RECORD AND/OR NEAR RECORD SNOW</w:t>
            </w:r>
          </w:p>
        </w:tc>
        <w:tc>
          <w:tcPr>
            <w:tcW w:type="dxa" w:w="2426"/>
          </w:tcPr>
          <w:p>
            <w:pPr>
              <w:spacing w:after="0"/>
              <w:jc w:val="left"/>
            </w:pPr>
            <w:r>
              <w:rPr>
                <w:sz w:val="16"/>
              </w:rPr>
              <w:t>Winter Weather</w:t>
            </w:r>
          </w:p>
        </w:tc>
        <w:tc>
          <w:tcPr>
            <w:tcW w:type="dxa" w:w="1517"/>
          </w:tcPr>
          <w:p>
            <w:pPr>
              <w:spacing w:after="0"/>
              <w:jc w:val="right"/>
            </w:pPr>
            <w:r>
              <w:rPr>
                <w:sz w:val="16"/>
              </w:rPr>
              <w:t>$19,756.98</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2005-09-13</w:t>
            </w:r>
          </w:p>
        </w:tc>
        <w:tc>
          <w:tcPr>
            <w:tcW w:type="dxa" w:w="1100"/>
          </w:tcPr>
          <w:p>
            <w:pPr>
              <w:spacing w:after="0"/>
              <w:jc w:val="left"/>
            </w:pPr>
            <w:r>
              <w:rPr>
                <w:sz w:val="16"/>
              </w:rPr>
              <w:t>2005-08-29</w:t>
            </w:r>
          </w:p>
        </w:tc>
        <w:tc>
          <w:tcPr>
            <w:tcW w:type="dxa" w:w="1100"/>
          </w:tcPr>
          <w:p>
            <w:pPr>
              <w:spacing w:after="0"/>
              <w:jc w:val="left"/>
            </w:pPr>
            <w:r>
              <w:rPr>
                <w:sz w:val="16"/>
              </w:rPr>
              <w:t>EM-3247-ND</w:t>
            </w:r>
          </w:p>
        </w:tc>
        <w:tc>
          <w:tcPr>
            <w:tcW w:type="dxa" w:w="1479"/>
          </w:tcPr>
          <w:p>
            <w:pPr>
              <w:spacing w:after="0"/>
              <w:jc w:val="left"/>
            </w:pPr>
            <w:r>
              <w:rPr>
                <w:sz w:val="16"/>
              </w:rPr>
              <w:t>Emergency</w:t>
            </w:r>
          </w:p>
        </w:tc>
        <w:tc>
          <w:tcPr>
            <w:tcW w:type="dxa" w:w="3658"/>
          </w:tcPr>
          <w:p>
            <w:pPr>
              <w:spacing w:after="0"/>
              <w:jc w:val="left"/>
            </w:pPr>
            <w:r>
              <w:rPr>
                <w:sz w:val="16"/>
              </w:rPr>
              <w:t>HURRICANE KATRINA EVACUATION</w:t>
            </w:r>
          </w:p>
        </w:tc>
        <w:tc>
          <w:tcPr>
            <w:tcW w:type="dxa" w:w="2426"/>
          </w:tcPr>
          <w:p>
            <w:pPr>
              <w:spacing w:after="0"/>
              <w:jc w:val="left"/>
            </w:pPr>
            <w:r>
              <w:rPr>
                <w:sz w:val="16"/>
              </w:rPr>
              <w:t>Hurricane: evacuation support, not a local hazard event; not counted</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1997-04-07</w:t>
            </w:r>
          </w:p>
        </w:tc>
        <w:tc>
          <w:tcPr>
            <w:tcW w:type="dxa" w:w="1100"/>
          </w:tcPr>
          <w:p>
            <w:pPr>
              <w:spacing w:after="0"/>
              <w:jc w:val="left"/>
            </w:pPr>
            <w:r>
              <w:rPr>
                <w:sz w:val="16"/>
              </w:rPr>
              <w:t>1997-02-28</w:t>
            </w:r>
          </w:p>
        </w:tc>
        <w:tc>
          <w:tcPr>
            <w:tcW w:type="dxa" w:w="1100"/>
          </w:tcPr>
          <w:p>
            <w:pPr>
              <w:spacing w:after="0"/>
              <w:jc w:val="left"/>
            </w:pPr>
            <w:r>
              <w:rPr>
                <w:sz w:val="16"/>
              </w:rPr>
              <w:t>DR-1174-ND</w:t>
            </w:r>
          </w:p>
        </w:tc>
        <w:tc>
          <w:tcPr>
            <w:tcW w:type="dxa" w:w="1479"/>
          </w:tcPr>
          <w:p>
            <w:pPr>
              <w:spacing w:after="0"/>
              <w:jc w:val="left"/>
            </w:pPr>
            <w:r>
              <w:rPr>
                <w:sz w:val="16"/>
              </w:rPr>
              <w:t>Major disaster</w:t>
            </w:r>
          </w:p>
        </w:tc>
        <w:tc>
          <w:tcPr>
            <w:tcW w:type="dxa" w:w="3658"/>
          </w:tcPr>
          <w:p>
            <w:pPr>
              <w:spacing w:after="0"/>
              <w:jc w:val="left"/>
            </w:pPr>
            <w:r>
              <w:rPr>
                <w:sz w:val="16"/>
              </w:rPr>
              <w:t>SEVERE FLOODING,SEVERE WINTER STORMS, SNOWMELT, SPRING RAINS</w:t>
            </w:r>
          </w:p>
        </w:tc>
        <w:tc>
          <w:tcPr>
            <w:tcW w:type="dxa" w:w="2426"/>
          </w:tcPr>
          <w:p>
            <w:pPr>
              <w:spacing w:after="0"/>
              <w:jc w:val="left"/>
            </w:pPr>
            <w:r>
              <w:rPr>
                <w:sz w:val="16"/>
              </w:rPr>
              <w:t>Inland Flooding (primary); also designated: Wildfire, Winter Weather</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1997-01-12</w:t>
            </w:r>
          </w:p>
        </w:tc>
        <w:tc>
          <w:tcPr>
            <w:tcW w:type="dxa" w:w="1100"/>
          </w:tcPr>
          <w:p>
            <w:pPr>
              <w:spacing w:after="0"/>
              <w:jc w:val="left"/>
            </w:pPr>
            <w:r>
              <w:rPr>
                <w:sz w:val="16"/>
              </w:rPr>
              <w:t>1997-01-03</w:t>
            </w:r>
          </w:p>
        </w:tc>
        <w:tc>
          <w:tcPr>
            <w:tcW w:type="dxa" w:w="1100"/>
          </w:tcPr>
          <w:p>
            <w:pPr>
              <w:spacing w:after="0"/>
              <w:jc w:val="left"/>
            </w:pPr>
            <w:r>
              <w:rPr>
                <w:sz w:val="16"/>
              </w:rPr>
              <w:t>DR-1157-ND</w:t>
            </w:r>
          </w:p>
        </w:tc>
        <w:tc>
          <w:tcPr>
            <w:tcW w:type="dxa" w:w="1479"/>
          </w:tcPr>
          <w:p>
            <w:pPr>
              <w:spacing w:after="0"/>
              <w:jc w:val="left"/>
            </w:pPr>
            <w:r>
              <w:rPr>
                <w:sz w:val="16"/>
              </w:rPr>
              <w:t>Major disaster</w:t>
            </w:r>
          </w:p>
        </w:tc>
        <w:tc>
          <w:tcPr>
            <w:tcW w:type="dxa" w:w="3658"/>
          </w:tcPr>
          <w:p>
            <w:pPr>
              <w:spacing w:after="0"/>
              <w:jc w:val="left"/>
            </w:pPr>
            <w:r>
              <w:rPr>
                <w:sz w:val="16"/>
              </w:rPr>
              <w:t>SEVERE WINTER STORMS AND BLIZZARD CONDITIONS</w:t>
            </w:r>
          </w:p>
        </w:tc>
        <w:tc>
          <w:tcPr>
            <w:tcW w:type="dxa" w:w="2426"/>
          </w:tcPr>
          <w:p>
            <w:pPr>
              <w:spacing w:after="0"/>
              <w:jc w:val="left"/>
            </w:pPr>
            <w:r>
              <w:rPr>
                <w:sz w:val="16"/>
              </w:rPr>
              <w:t>Winter Weather</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1978-04-17</w:t>
            </w:r>
          </w:p>
        </w:tc>
        <w:tc>
          <w:tcPr>
            <w:tcW w:type="dxa" w:w="1100"/>
          </w:tcPr>
          <w:p>
            <w:pPr>
              <w:spacing w:after="0"/>
              <w:jc w:val="left"/>
            </w:pPr>
            <w:r>
              <w:rPr>
                <w:sz w:val="16"/>
              </w:rPr>
              <w:t>1978-04-17</w:t>
            </w:r>
          </w:p>
        </w:tc>
        <w:tc>
          <w:tcPr>
            <w:tcW w:type="dxa" w:w="1100"/>
          </w:tcPr>
          <w:p>
            <w:pPr>
              <w:spacing w:after="0"/>
              <w:jc w:val="left"/>
            </w:pPr>
            <w:r>
              <w:rPr>
                <w:sz w:val="16"/>
              </w:rPr>
              <w:t>DR-554-ND</w:t>
            </w:r>
          </w:p>
        </w:tc>
        <w:tc>
          <w:tcPr>
            <w:tcW w:type="dxa" w:w="1479"/>
          </w:tcPr>
          <w:p>
            <w:pPr>
              <w:spacing w:after="0"/>
              <w:jc w:val="left"/>
            </w:pPr>
            <w:r>
              <w:rPr>
                <w:sz w:val="16"/>
              </w:rPr>
              <w:t>Major disaster</w:t>
            </w:r>
          </w:p>
        </w:tc>
        <w:tc>
          <w:tcPr>
            <w:tcW w:type="dxa" w:w="3658"/>
          </w:tcPr>
          <w:p>
            <w:pPr>
              <w:spacing w:after="0"/>
              <w:jc w:val="left"/>
            </w:pPr>
            <w:r>
              <w:rPr>
                <w:sz w:val="16"/>
              </w:rPr>
              <w:t>STORMS, ICE JAMS, SNOWMELT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1978-02-16</w:t>
            </w:r>
          </w:p>
        </w:tc>
        <w:tc>
          <w:tcPr>
            <w:tcW w:type="dxa" w:w="1100"/>
          </w:tcPr>
          <w:p>
            <w:pPr>
              <w:spacing w:after="0"/>
              <w:jc w:val="left"/>
            </w:pPr>
            <w:r>
              <w:rPr>
                <w:sz w:val="16"/>
              </w:rPr>
              <w:t>1978-02-16</w:t>
            </w:r>
          </w:p>
        </w:tc>
        <w:tc>
          <w:tcPr>
            <w:tcW w:type="dxa" w:w="1100"/>
          </w:tcPr>
          <w:p>
            <w:pPr>
              <w:spacing w:after="0"/>
              <w:jc w:val="left"/>
            </w:pPr>
            <w:r>
              <w:rPr>
                <w:sz w:val="16"/>
              </w:rPr>
              <w:t>EM-3061-ND</w:t>
            </w:r>
          </w:p>
        </w:tc>
        <w:tc>
          <w:tcPr>
            <w:tcW w:type="dxa" w:w="1479"/>
          </w:tcPr>
          <w:p>
            <w:pPr>
              <w:spacing w:after="0"/>
              <w:jc w:val="left"/>
            </w:pPr>
            <w:r>
              <w:rPr>
                <w:sz w:val="16"/>
              </w:rPr>
              <w:t>Emergency</w:t>
            </w:r>
          </w:p>
        </w:tc>
        <w:tc>
          <w:tcPr>
            <w:tcW w:type="dxa" w:w="3658"/>
          </w:tcPr>
          <w:p>
            <w:pPr>
              <w:spacing w:after="0"/>
              <w:jc w:val="left"/>
            </w:pPr>
            <w:r>
              <w:rPr>
                <w:sz w:val="16"/>
              </w:rPr>
              <w:t>BLIZZARD &amp; SNOWSTORMS</w:t>
            </w:r>
          </w:p>
        </w:tc>
        <w:tc>
          <w:tcPr>
            <w:tcW w:type="dxa" w:w="2426"/>
          </w:tcPr>
          <w:p>
            <w:pPr>
              <w:spacing w:after="0"/>
              <w:jc w:val="left"/>
            </w:pPr>
            <w:r>
              <w:rPr>
                <w:sz w:val="16"/>
              </w:rPr>
              <w:t>Winter Weather</w:t>
            </w:r>
          </w:p>
        </w:tc>
        <w:tc>
          <w:tcPr>
            <w:tcW w:type="dxa" w:w="1517"/>
          </w:tcPr>
          <w:p>
            <w:pPr>
              <w:spacing w:after="0"/>
              <w:jc w:val="right"/>
            </w:pPr>
            <w:r>
              <w:rPr>
                <w:sz w:val="16"/>
              </w:rPr>
              <w:t>none found</w:t>
            </w:r>
          </w:p>
        </w:tc>
        <w:tc>
          <w:tcPr>
            <w:tcW w:type="dxa" w:w="783"/>
          </w:tcPr>
          <w:p>
            <w:pPr>
              <w:spacing w:after="0"/>
              <w:jc w:val="left"/>
            </w:pPr>
          </w:p>
        </w:tc>
        <w:tc>
          <w:tcPr>
            <w:tcW w:type="dxa" w:w="94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2"/>
        <w:gridCol w:w="1782"/>
        <w:gridCol w:w="1782"/>
        <w:gridCol w:w="2396"/>
        <w:gridCol w:w="2665"/>
        <w:gridCol w:w="1475"/>
        <w:gridCol w:w="1114"/>
        <w:gridCol w:w="1114"/>
      </w:tblGrid>
      <w:tr>
        <w:trPr>
          <w:cantSplit/>
          <w:tblHeader/>
        </w:trPr>
        <w:tc>
          <w:tcPr>
            <w:tcW w:type="dxa" w:w="1782"/>
            <w:shd w:val="clear" w:color="auto" w:fill="E8E8E8"/>
          </w:tcPr>
          <w:p>
            <w:pPr>
              <w:spacing w:after="0"/>
              <w:jc w:val="left"/>
            </w:pPr>
            <w:r>
              <w:rPr>
                <w:b/>
                <w:sz w:val="16"/>
              </w:rPr>
              <w:t>Declared</w:t>
            </w:r>
          </w:p>
        </w:tc>
        <w:tc>
          <w:tcPr>
            <w:tcW w:type="dxa" w:w="1782"/>
            <w:shd w:val="clear" w:color="auto" w:fill="E8E8E8"/>
          </w:tcPr>
          <w:p>
            <w:pPr>
              <w:spacing w:after="0"/>
              <w:jc w:val="left"/>
            </w:pPr>
            <w:r>
              <w:rPr>
                <w:b/>
                <w:sz w:val="16"/>
              </w:rPr>
              <w:t>Incident began</w:t>
            </w:r>
          </w:p>
        </w:tc>
        <w:tc>
          <w:tcPr>
            <w:tcW w:type="dxa" w:w="1782"/>
            <w:shd w:val="clear" w:color="auto" w:fill="E8E8E8"/>
          </w:tcPr>
          <w:p>
            <w:pPr>
              <w:spacing w:after="0"/>
              <w:jc w:val="left"/>
            </w:pPr>
            <w:r>
              <w:rPr>
                <w:b/>
                <w:sz w:val="16"/>
              </w:rPr>
              <w:t>FEMA number</w:t>
            </w:r>
          </w:p>
        </w:tc>
        <w:tc>
          <w:tcPr>
            <w:tcW w:type="dxa" w:w="2396"/>
            <w:shd w:val="clear" w:color="auto" w:fill="E8E8E8"/>
          </w:tcPr>
          <w:p>
            <w:pPr>
              <w:spacing w:after="0"/>
              <w:jc w:val="left"/>
            </w:pPr>
            <w:r>
              <w:rPr>
                <w:b/>
                <w:sz w:val="16"/>
              </w:rPr>
              <w:t>Type</w:t>
            </w:r>
          </w:p>
        </w:tc>
        <w:tc>
          <w:tcPr>
            <w:tcW w:type="dxa" w:w="2665"/>
            <w:shd w:val="clear" w:color="auto" w:fill="E8E8E8"/>
          </w:tcPr>
          <w:p>
            <w:pPr>
              <w:spacing w:after="0"/>
              <w:jc w:val="left"/>
            </w:pPr>
            <w:r>
              <w:rPr>
                <w:b/>
                <w:sz w:val="16"/>
              </w:rPr>
              <w:t>Title</w:t>
            </w:r>
          </w:p>
        </w:tc>
        <w:tc>
          <w:tcPr>
            <w:tcW w:type="dxa" w:w="1475"/>
            <w:shd w:val="clear" w:color="auto" w:fill="E8E8E8"/>
          </w:tcPr>
          <w:p>
            <w:pPr>
              <w:spacing w:after="0"/>
              <w:jc w:val="left"/>
            </w:pPr>
            <w:r>
              <w:rPr>
                <w:b/>
                <w:sz w:val="16"/>
              </w:rPr>
              <w:t>Mapped hazard</w:t>
            </w:r>
          </w:p>
        </w:tc>
        <w:tc>
          <w:tcPr>
            <w:tcW w:type="dxa" w:w="1114"/>
            <w:shd w:val="clear" w:color="auto" w:fill="E8E8E8"/>
          </w:tcPr>
          <w:p>
            <w:pPr>
              <w:spacing w:after="0"/>
              <w:jc w:val="left"/>
            </w:pPr>
            <w:r>
              <w:rPr>
                <w:b/>
                <w:sz w:val="16"/>
              </w:rPr>
              <w:t>Flags</w:t>
            </w:r>
          </w:p>
        </w:tc>
        <w:tc>
          <w:tcPr>
            <w:tcW w:type="dxa" w:w="1114"/>
            <w:shd w:val="clear" w:color="auto" w:fill="E8E8E8"/>
          </w:tcPr>
          <w:p>
            <w:pPr>
              <w:spacing w:after="0"/>
              <w:jc w:val="left"/>
            </w:pPr>
            <w:r>
              <w:rPr>
                <w:b/>
                <w:sz w:val="16"/>
              </w:rPr>
              <w:t>Notes</w:t>
            </w:r>
          </w:p>
        </w:tc>
      </w:tr>
      <w:tr>
        <w:trPr>
          <w:cantSplit/>
        </w:trPr>
        <w:tc>
          <w:tcPr>
            <w:tcW w:type="dxa" w:w="1782"/>
          </w:tcPr>
          <w:p>
            <w:pPr>
              <w:spacing w:after="0"/>
              <w:jc w:val="left"/>
            </w:pPr>
            <w:r>
              <w:rPr>
                <w:sz w:val="16"/>
              </w:rPr>
              <w:t>2000-06-27</w:t>
            </w:r>
          </w:p>
        </w:tc>
        <w:tc>
          <w:tcPr>
            <w:tcW w:type="dxa" w:w="1782"/>
          </w:tcPr>
          <w:p>
            <w:pPr>
              <w:spacing w:after="0"/>
              <w:jc w:val="left"/>
            </w:pPr>
            <w:r>
              <w:rPr>
                <w:sz w:val="16"/>
              </w:rPr>
              <w:t>2000-04-05</w:t>
            </w:r>
          </w:p>
        </w:tc>
        <w:tc>
          <w:tcPr>
            <w:tcW w:type="dxa" w:w="1782"/>
          </w:tcPr>
          <w:p>
            <w:pPr>
              <w:spacing w:after="0"/>
              <w:jc w:val="left"/>
            </w:pPr>
            <w:r>
              <w:rPr>
                <w:sz w:val="16"/>
              </w:rPr>
              <w:t>DR-1334-ND</w:t>
            </w:r>
          </w:p>
        </w:tc>
        <w:tc>
          <w:tcPr>
            <w:tcW w:type="dxa" w:w="2396"/>
          </w:tcPr>
          <w:p>
            <w:pPr>
              <w:spacing w:after="0"/>
              <w:jc w:val="left"/>
            </w:pPr>
            <w:r>
              <w:rPr>
                <w:sz w:val="16"/>
              </w:rPr>
              <w:t>Major disaster</w:t>
            </w:r>
          </w:p>
        </w:tc>
        <w:tc>
          <w:tcPr>
            <w:tcW w:type="dxa" w:w="2665"/>
          </w:tcPr>
          <w:p>
            <w:pPr>
              <w:spacing w:after="0"/>
              <w:jc w:val="left"/>
            </w:pPr>
            <w:r>
              <w:rPr>
                <w:sz w:val="16"/>
              </w:rPr>
              <w:t>SEVERE STORMS, FLOODING AND GROUND SATURATION</w:t>
            </w:r>
          </w:p>
        </w:tc>
        <w:tc>
          <w:tcPr>
            <w:tcW w:type="dxa" w:w="1475"/>
          </w:tcPr>
          <w:p>
            <w:pPr>
              <w:spacing w:after="0"/>
              <w:jc w:val="left"/>
            </w:pPr>
            <w:r>
              <w:rPr>
                <w:sz w:val="16"/>
              </w:rPr>
              <w:t>Inland Flooding</w:t>
            </w:r>
          </w:p>
        </w:tc>
        <w:tc>
          <w:tcPr>
            <w:tcW w:type="dxa" w:w="1114"/>
          </w:tcPr>
          <w:p>
            <w:pPr>
              <w:spacing w:after="0"/>
              <w:jc w:val="left"/>
            </w:pPr>
          </w:p>
        </w:tc>
        <w:tc>
          <w:tcPr>
            <w:tcW w:type="dxa" w:w="1114"/>
          </w:tcPr>
          <w:p>
            <w:pPr>
              <w:spacing w:after="0"/>
              <w:jc w:val="left"/>
            </w:pPr>
          </w:p>
        </w:tc>
      </w:tr>
      <w:tr>
        <w:trPr>
          <w:cantSplit/>
        </w:trPr>
        <w:tc>
          <w:tcPr>
            <w:tcW w:type="dxa" w:w="1782"/>
          </w:tcPr>
          <w:p>
            <w:pPr>
              <w:spacing w:after="0"/>
              <w:jc w:val="left"/>
            </w:pPr>
            <w:r>
              <w:rPr>
                <w:sz w:val="16"/>
              </w:rPr>
              <w:t>1957-06-22</w:t>
            </w:r>
          </w:p>
        </w:tc>
        <w:tc>
          <w:tcPr>
            <w:tcW w:type="dxa" w:w="1782"/>
          </w:tcPr>
          <w:p>
            <w:pPr>
              <w:spacing w:after="0"/>
              <w:jc w:val="left"/>
            </w:pPr>
            <w:r>
              <w:rPr>
                <w:sz w:val="16"/>
              </w:rPr>
              <w:t>1957-06-22</w:t>
            </w:r>
          </w:p>
        </w:tc>
        <w:tc>
          <w:tcPr>
            <w:tcW w:type="dxa" w:w="1782"/>
          </w:tcPr>
          <w:p>
            <w:pPr>
              <w:spacing w:after="0"/>
              <w:jc w:val="left"/>
            </w:pPr>
            <w:r>
              <w:rPr>
                <w:sz w:val="16"/>
              </w:rPr>
              <w:t>DR-79-ND</w:t>
            </w:r>
          </w:p>
        </w:tc>
        <w:tc>
          <w:tcPr>
            <w:tcW w:type="dxa" w:w="2396"/>
          </w:tcPr>
          <w:p>
            <w:pPr>
              <w:spacing w:after="0"/>
              <w:jc w:val="left"/>
            </w:pPr>
            <w:r>
              <w:rPr>
                <w:sz w:val="16"/>
              </w:rPr>
              <w:t>Major disaster</w:t>
            </w:r>
          </w:p>
        </w:tc>
        <w:tc>
          <w:tcPr>
            <w:tcW w:type="dxa" w:w="2665"/>
          </w:tcPr>
          <w:p>
            <w:pPr>
              <w:spacing w:after="0"/>
              <w:jc w:val="left"/>
            </w:pPr>
            <w:r>
              <w:rPr>
                <w:sz w:val="16"/>
              </w:rPr>
              <w:t>TORNADO</w:t>
            </w:r>
          </w:p>
        </w:tc>
        <w:tc>
          <w:tcPr>
            <w:tcW w:type="dxa" w:w="1475"/>
          </w:tcPr>
          <w:p>
            <w:pPr>
              <w:spacing w:after="0"/>
              <w:jc w:val="left"/>
            </w:pPr>
            <w:r>
              <w:rPr>
                <w:sz w:val="16"/>
              </w:rPr>
              <w:t>Tornado</w:t>
            </w:r>
          </w:p>
        </w:tc>
        <w:tc>
          <w:tcPr>
            <w:tcW w:type="dxa" w:w="1114"/>
          </w:tcPr>
          <w:p>
            <w:pPr>
              <w:spacing w:after="0"/>
              <w:jc w:val="left"/>
            </w:pPr>
          </w:p>
        </w:tc>
        <w:tc>
          <w:tcPr>
            <w:tcW w:type="dxa" w:w="111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73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14</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50"/>
        <w:gridCol w:w="2902"/>
        <w:gridCol w:w="1079"/>
        <w:gridCol w:w="1735"/>
        <w:gridCol w:w="704"/>
        <w:gridCol w:w="28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50"/>
            <w:shd w:val="clear" w:color="auto" w:fill="E8E8E8"/>
          </w:tcPr>
          <w:p>
            <w:pPr>
              <w:spacing w:after="0"/>
              <w:jc w:val="left"/>
            </w:pPr>
            <w:r>
              <w:rPr>
                <w:b/>
                <w:sz w:val="16"/>
              </w:rPr>
              <w:t>Magnitude or extent</w:t>
            </w:r>
          </w:p>
        </w:tc>
        <w:tc>
          <w:tcPr>
            <w:tcW w:type="dxa" w:w="2902"/>
            <w:shd w:val="clear" w:color="auto" w:fill="E8E8E8"/>
          </w:tcPr>
          <w:p>
            <w:pPr>
              <w:spacing w:after="0"/>
              <w:jc w:val="left"/>
            </w:pPr>
            <w:r>
              <w:rPr>
                <w:b/>
                <w:sz w:val="16"/>
              </w:rPr>
              <w:t>Damage</w:t>
            </w:r>
          </w:p>
          <w:p>
            <w:pPr>
              <w:spacing w:after="0"/>
              <w:jc w:val="left"/>
            </w:pPr>
            <w:r>
              <w:rPr>
                <w:i/>
                <w:color w:val="555555"/>
                <w:sz w:val="14"/>
              </w:rPr>
              <w:t>nominal dollars</w:t>
            </w:r>
          </w:p>
        </w:tc>
        <w:tc>
          <w:tcPr>
            <w:tcW w:type="dxa" w:w="10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5"/>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2026-06-07</w:t>
            </w:r>
          </w:p>
        </w:tc>
        <w:tc>
          <w:tcPr>
            <w:tcW w:type="dxa" w:w="1215"/>
          </w:tcPr>
          <w:p>
            <w:pPr>
              <w:spacing w:after="0"/>
              <w:jc w:val="left"/>
            </w:pPr>
            <w:r>
              <w:rPr>
                <w:sz w:val="16"/>
              </w:rPr>
              <w:t>Hail</w:t>
            </w:r>
          </w:p>
        </w:tc>
        <w:tc>
          <w:tcPr>
            <w:tcW w:type="dxa" w:w="2550"/>
          </w:tcPr>
          <w:p>
            <w:pPr>
              <w:spacing w:after="0"/>
              <w:jc w:val="left"/>
            </w:pPr>
            <w:r>
              <w:rPr>
                <w:sz w:val="16"/>
              </w:rPr>
              <w:t>3 in</w:t>
            </w:r>
          </w:p>
        </w:tc>
        <w:tc>
          <w:tcPr>
            <w:tcW w:type="dxa" w:w="2902"/>
          </w:tcPr>
          <w:p>
            <w:pPr>
              <w:spacing w:after="0"/>
              <w:jc w:val="left"/>
            </w:pPr>
            <w:r>
              <w:rPr>
                <w:sz w:val="16"/>
              </w:rPr>
              <w:t>$0 property; $0 crops (2026 dollars)</w:t>
            </w:r>
          </w:p>
        </w:tc>
        <w:tc>
          <w:tcPr>
            <w:tcW w:type="dxa" w:w="1079"/>
          </w:tcPr>
          <w:p>
            <w:pPr>
              <w:spacing w:after="0"/>
              <w:jc w:val="right"/>
            </w:pPr>
            <w:r>
              <w:rPr>
                <w:sz w:val="16"/>
              </w:rPr>
              <w:t>0, 0</w:t>
            </w:r>
          </w:p>
        </w:tc>
        <w:tc>
          <w:tcPr>
            <w:tcW w:type="dxa" w:w="1735"/>
          </w:tcPr>
          <w:p>
            <w:pPr>
              <w:spacing w:after="0"/>
              <w:jc w:val="left"/>
            </w:pPr>
            <w:r>
              <w:rPr>
                <w:sz w:val="16"/>
              </w:rPr>
              <w:t>MEDORA</w:t>
            </w:r>
          </w:p>
        </w:tc>
        <w:tc>
          <w:tcPr>
            <w:tcW w:type="dxa" w:w="704"/>
          </w:tcPr>
          <w:p>
            <w:pPr>
              <w:spacing w:after="0"/>
              <w:jc w:val="left"/>
            </w:pPr>
            <w:r>
              <w:rPr>
                <w:sz w:val="16"/>
              </w:rPr>
              <w:t>within last 5 years</w:t>
            </w:r>
          </w:p>
        </w:tc>
        <w:tc>
          <w:tcPr>
            <w:tcW w:type="dxa" w:w="2890"/>
          </w:tcPr>
          <w:p>
            <w:pPr>
              <w:spacing w:after="0"/>
              <w:jc w:val="left"/>
            </w:pPr>
            <w:r>
              <w:rPr>
                <w:sz w:val="16"/>
              </w:rPr>
              <w:t>B1-c worst recorded: Hail</w:t>
            </w:r>
          </w:p>
        </w:tc>
      </w:tr>
      <w:tr>
        <w:trPr>
          <w:cantSplit/>
        </w:trPr>
        <w:tc>
          <w:tcPr>
            <w:tcW w:type="dxa" w:w="1037"/>
          </w:tcPr>
          <w:p>
            <w:pPr>
              <w:spacing w:after="0"/>
              <w:jc w:val="left"/>
            </w:pPr>
            <w:r>
              <w:rPr>
                <w:sz w:val="16"/>
              </w:rPr>
              <w:t>2023-10-17</w:t>
            </w:r>
          </w:p>
        </w:tc>
        <w:tc>
          <w:tcPr>
            <w:tcW w:type="dxa" w:w="1215"/>
          </w:tcPr>
          <w:p>
            <w:pPr>
              <w:spacing w:after="0"/>
              <w:jc w:val="left"/>
            </w:pPr>
            <w:r>
              <w:rPr>
                <w:sz w:val="16"/>
              </w:rPr>
              <w:t>High Wind</w:t>
            </w:r>
          </w:p>
        </w:tc>
        <w:tc>
          <w:tcPr>
            <w:tcW w:type="dxa" w:w="2550"/>
          </w:tcPr>
          <w:p>
            <w:pPr>
              <w:spacing w:after="0"/>
              <w:jc w:val="left"/>
            </w:pPr>
            <w:r>
              <w:rPr>
                <w:sz w:val="16"/>
              </w:rPr>
              <w:t>73 kt (84 mph) measured gust</w:t>
            </w:r>
          </w:p>
        </w:tc>
        <w:tc>
          <w:tcPr>
            <w:tcW w:type="dxa" w:w="2902"/>
          </w:tcPr>
          <w:p>
            <w:pPr>
              <w:spacing w:after="0"/>
              <w:jc w:val="left"/>
            </w:pPr>
            <w:r>
              <w:rPr>
                <w:sz w:val="16"/>
              </w:rPr>
              <w:t>$0 property; $0 crops, reported for the zone (2023 dollars)</w:t>
            </w:r>
          </w:p>
        </w:tc>
        <w:tc>
          <w:tcPr>
            <w:tcW w:type="dxa" w:w="1079"/>
          </w:tcPr>
          <w:p>
            <w:pPr>
              <w:spacing w:after="0"/>
              <w:jc w:val="right"/>
            </w:pPr>
            <w:r>
              <w:rPr>
                <w:sz w:val="16"/>
              </w:rPr>
              <w:t>0, 0</w:t>
            </w:r>
          </w:p>
        </w:tc>
        <w:tc>
          <w:tcPr>
            <w:tcW w:type="dxa" w:w="1735"/>
          </w:tcPr>
          <w:p>
            <w:pPr>
              <w:spacing w:after="0"/>
              <w:jc w:val="left"/>
            </w:pPr>
            <w:r>
              <w:rPr>
                <w:sz w:val="16"/>
              </w:rPr>
              <w:t>NWS zone NDZ032 (BILLINGS), zone-level: may include parts of neighboring counties</w:t>
            </w:r>
          </w:p>
        </w:tc>
        <w:tc>
          <w:tcPr>
            <w:tcW w:type="dxa" w:w="704"/>
          </w:tcPr>
          <w:p>
            <w:pPr>
              <w:spacing w:after="0"/>
              <w:jc w:val="left"/>
            </w:pPr>
            <w:r>
              <w:rPr>
                <w:sz w:val="16"/>
              </w:rPr>
              <w:t>within last 5 years</w:t>
            </w:r>
          </w:p>
        </w:tc>
        <w:tc>
          <w:tcPr>
            <w:tcW w:type="dxa" w:w="289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2022-07-10</w:t>
            </w:r>
          </w:p>
        </w:tc>
        <w:tc>
          <w:tcPr>
            <w:tcW w:type="dxa" w:w="1215"/>
          </w:tcPr>
          <w:p>
            <w:pPr>
              <w:spacing w:after="0"/>
              <w:jc w:val="left"/>
            </w:pPr>
            <w:r>
              <w:rPr>
                <w:sz w:val="16"/>
              </w:rPr>
              <w:t>Thunderstorm Wind</w:t>
            </w:r>
          </w:p>
        </w:tc>
        <w:tc>
          <w:tcPr>
            <w:tcW w:type="dxa" w:w="2550"/>
          </w:tcPr>
          <w:p>
            <w:pPr>
              <w:spacing w:after="0"/>
              <w:jc w:val="left"/>
            </w:pPr>
            <w:r>
              <w:rPr>
                <w:sz w:val="16"/>
              </w:rPr>
              <w:t>104 kt (120 mph) estimated gust</w:t>
            </w:r>
          </w:p>
        </w:tc>
        <w:tc>
          <w:tcPr>
            <w:tcW w:type="dxa" w:w="2902"/>
          </w:tcPr>
          <w:p>
            <w:pPr>
              <w:spacing w:after="0"/>
              <w:jc w:val="left"/>
            </w:pPr>
            <w:r>
              <w:rPr>
                <w:sz w:val="16"/>
              </w:rPr>
              <w:t>$1,000,000 property; $0 crops (2022 dollars)</w:t>
            </w:r>
          </w:p>
        </w:tc>
        <w:tc>
          <w:tcPr>
            <w:tcW w:type="dxa" w:w="1079"/>
          </w:tcPr>
          <w:p>
            <w:pPr>
              <w:spacing w:after="0"/>
              <w:jc w:val="right"/>
            </w:pPr>
            <w:r>
              <w:rPr>
                <w:sz w:val="16"/>
              </w:rPr>
              <w:t>0, 0</w:t>
            </w:r>
          </w:p>
        </w:tc>
        <w:tc>
          <w:tcPr>
            <w:tcW w:type="dxa" w:w="1735"/>
          </w:tcPr>
          <w:p>
            <w:pPr>
              <w:spacing w:after="0"/>
              <w:jc w:val="left"/>
            </w:pPr>
            <w:r>
              <w:rPr>
                <w:sz w:val="16"/>
              </w:rPr>
              <w:t>FAIRFIELD</w:t>
            </w:r>
          </w:p>
        </w:tc>
        <w:tc>
          <w:tcPr>
            <w:tcW w:type="dxa" w:w="704"/>
          </w:tcPr>
          <w:p>
            <w:pPr>
              <w:spacing w:after="0"/>
              <w:jc w:val="left"/>
            </w:pPr>
            <w:r>
              <w:rPr>
                <w:sz w:val="16"/>
              </w:rPr>
              <w:t>within last 5 years</w:t>
            </w:r>
          </w:p>
        </w:tc>
        <w:tc>
          <w:tcPr>
            <w:tcW w:type="dxa" w:w="2890"/>
          </w:tcPr>
          <w:p>
            <w:pPr>
              <w:spacing w:after="0"/>
              <w:jc w:val="left"/>
            </w:pPr>
            <w:r>
              <w:rPr>
                <w:sz w:val="16"/>
              </w:rPr>
              <w:t>B1-c worst recorded: Thunderstorm Wind</w:t>
            </w:r>
          </w:p>
        </w:tc>
      </w:tr>
      <w:tr>
        <w:trPr>
          <w:cantSplit/>
        </w:trPr>
        <w:tc>
          <w:tcPr>
            <w:tcW w:type="dxa" w:w="1037"/>
          </w:tcPr>
          <w:p>
            <w:pPr>
              <w:spacing w:after="0"/>
              <w:jc w:val="left"/>
            </w:pPr>
            <w:r>
              <w:rPr>
                <w:sz w:val="16"/>
              </w:rPr>
              <w:t>2021-03-23</w:t>
            </w:r>
          </w:p>
        </w:tc>
        <w:tc>
          <w:tcPr>
            <w:tcW w:type="dxa" w:w="1215"/>
          </w:tcPr>
          <w:p>
            <w:pPr>
              <w:spacing w:after="0"/>
              <w:jc w:val="left"/>
            </w:pPr>
            <w:r>
              <w:rPr>
                <w:sz w:val="16"/>
              </w:rPr>
              <w:t>Drought</w:t>
            </w:r>
          </w:p>
        </w:tc>
        <w:tc>
          <w:tcPr>
            <w:tcW w:type="dxa" w:w="2550"/>
          </w:tcPr>
          <w:p>
            <w:pPr>
              <w:spacing w:after="0"/>
              <w:jc w:val="left"/>
            </w:pPr>
          </w:p>
        </w:tc>
        <w:tc>
          <w:tcPr>
            <w:tcW w:type="dxa" w:w="2902"/>
          </w:tcPr>
          <w:p>
            <w:pPr>
              <w:spacing w:after="0"/>
              <w:jc w:val="left"/>
            </w:pPr>
            <w:r>
              <w:rPr>
                <w:sz w:val="16"/>
              </w:rPr>
              <w:t>$0 property; $0 crops, reported for the zone (2021 dollars)</w:t>
            </w:r>
          </w:p>
        </w:tc>
        <w:tc>
          <w:tcPr>
            <w:tcW w:type="dxa" w:w="1079"/>
          </w:tcPr>
          <w:p>
            <w:pPr>
              <w:spacing w:after="0"/>
              <w:jc w:val="right"/>
            </w:pPr>
            <w:r>
              <w:rPr>
                <w:sz w:val="16"/>
              </w:rPr>
              <w:t>0, 0</w:t>
            </w:r>
          </w:p>
        </w:tc>
        <w:tc>
          <w:tcPr>
            <w:tcW w:type="dxa" w:w="1735"/>
          </w:tcPr>
          <w:p>
            <w:pPr>
              <w:spacing w:after="0"/>
              <w:jc w:val="left"/>
            </w:pPr>
            <w:r>
              <w:rPr>
                <w:sz w:val="16"/>
              </w:rPr>
              <w:t>NWS zone NDZ032 (BILLINGS), zone-level: may include parts of neighboring counties</w:t>
            </w:r>
          </w:p>
        </w:tc>
        <w:tc>
          <w:tcPr>
            <w:tcW w:type="dxa" w:w="704"/>
          </w:tcPr>
          <w:p>
            <w:pPr>
              <w:spacing w:after="0"/>
              <w:jc w:val="left"/>
            </w:pPr>
          </w:p>
        </w:tc>
        <w:tc>
          <w:tcPr>
            <w:tcW w:type="dxa" w:w="2890"/>
          </w:tcPr>
          <w:p>
            <w:pPr>
              <w:spacing w:after="0"/>
              <w:jc w:val="left"/>
            </w:pPr>
            <w:r>
              <w:rPr>
                <w:sz w:val="16"/>
              </w:rPr>
              <w:t>B1-c worst recorded: Drought</w:t>
            </w:r>
          </w:p>
        </w:tc>
      </w:tr>
      <w:tr>
        <w:trPr>
          <w:cantSplit/>
        </w:trPr>
        <w:tc>
          <w:tcPr>
            <w:tcW w:type="dxa" w:w="1037"/>
          </w:tcPr>
          <w:p>
            <w:pPr>
              <w:spacing w:after="0"/>
              <w:jc w:val="left"/>
            </w:pPr>
            <w:r>
              <w:rPr>
                <w:sz w:val="16"/>
              </w:rPr>
              <w:t>2021-02-10</w:t>
            </w:r>
          </w:p>
        </w:tc>
        <w:tc>
          <w:tcPr>
            <w:tcW w:type="dxa" w:w="1215"/>
          </w:tcPr>
          <w:p>
            <w:pPr>
              <w:spacing w:after="0"/>
              <w:jc w:val="left"/>
            </w:pPr>
            <w:r>
              <w:rPr>
                <w:sz w:val="16"/>
              </w:rPr>
              <w:t>Extreme Cold/Wind Chill</w:t>
            </w:r>
          </w:p>
        </w:tc>
        <w:tc>
          <w:tcPr>
            <w:tcW w:type="dxa" w:w="2550"/>
          </w:tcPr>
          <w:p>
            <w:pPr>
              <w:spacing w:after="0"/>
              <w:jc w:val="left"/>
            </w:pPr>
          </w:p>
        </w:tc>
        <w:tc>
          <w:tcPr>
            <w:tcW w:type="dxa" w:w="2902"/>
          </w:tcPr>
          <w:p>
            <w:pPr>
              <w:spacing w:after="0"/>
              <w:jc w:val="left"/>
            </w:pPr>
            <w:r>
              <w:rPr>
                <w:sz w:val="16"/>
              </w:rPr>
              <w:t>$0 property; $0 crops, reported for the zone (2021 dollars)</w:t>
            </w:r>
          </w:p>
        </w:tc>
        <w:tc>
          <w:tcPr>
            <w:tcW w:type="dxa" w:w="1079"/>
          </w:tcPr>
          <w:p>
            <w:pPr>
              <w:spacing w:after="0"/>
              <w:jc w:val="right"/>
            </w:pPr>
            <w:r>
              <w:rPr>
                <w:sz w:val="16"/>
              </w:rPr>
              <w:t>0, 0</w:t>
            </w:r>
          </w:p>
        </w:tc>
        <w:tc>
          <w:tcPr>
            <w:tcW w:type="dxa" w:w="1735"/>
          </w:tcPr>
          <w:p>
            <w:pPr>
              <w:spacing w:after="0"/>
              <w:jc w:val="left"/>
            </w:pPr>
            <w:r>
              <w:rPr>
                <w:sz w:val="16"/>
              </w:rPr>
              <w:t>NWS zone NDZ032 (BILLINGS), zone-level: may include parts of neighboring counties</w:t>
            </w:r>
          </w:p>
        </w:tc>
        <w:tc>
          <w:tcPr>
            <w:tcW w:type="dxa" w:w="704"/>
          </w:tcPr>
          <w:p>
            <w:pPr>
              <w:spacing w:after="0"/>
              <w:jc w:val="left"/>
            </w:pPr>
          </w:p>
        </w:tc>
        <w:tc>
          <w:tcPr>
            <w:tcW w:type="dxa" w:w="28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2011-05-22</w:t>
            </w:r>
          </w:p>
        </w:tc>
        <w:tc>
          <w:tcPr>
            <w:tcW w:type="dxa" w:w="1215"/>
          </w:tcPr>
          <w:p>
            <w:pPr>
              <w:spacing w:after="0"/>
              <w:jc w:val="left"/>
            </w:pPr>
            <w:r>
              <w:rPr>
                <w:sz w:val="16"/>
              </w:rPr>
              <w:t>Flood</w:t>
            </w:r>
          </w:p>
        </w:tc>
        <w:tc>
          <w:tcPr>
            <w:tcW w:type="dxa" w:w="2550"/>
          </w:tcPr>
          <w:p>
            <w:pPr>
              <w:spacing w:after="0"/>
              <w:jc w:val="left"/>
            </w:pPr>
          </w:p>
        </w:tc>
        <w:tc>
          <w:tcPr>
            <w:tcW w:type="dxa" w:w="2902"/>
          </w:tcPr>
          <w:p>
            <w:pPr>
              <w:spacing w:after="0"/>
              <w:jc w:val="left"/>
            </w:pPr>
            <w:r>
              <w:rPr>
                <w:sz w:val="16"/>
              </w:rPr>
              <w:t>$50,000 property; $0 crops (2011 dollars)</w:t>
            </w:r>
          </w:p>
        </w:tc>
        <w:tc>
          <w:tcPr>
            <w:tcW w:type="dxa" w:w="1079"/>
          </w:tcPr>
          <w:p>
            <w:pPr>
              <w:spacing w:after="0"/>
              <w:jc w:val="right"/>
            </w:pPr>
            <w:r>
              <w:rPr>
                <w:sz w:val="16"/>
              </w:rPr>
              <w:t>0, 0</w:t>
            </w:r>
          </w:p>
        </w:tc>
        <w:tc>
          <w:tcPr>
            <w:tcW w:type="dxa" w:w="1735"/>
          </w:tcPr>
          <w:p>
            <w:pPr>
              <w:spacing w:after="0"/>
              <w:jc w:val="left"/>
            </w:pPr>
            <w:r>
              <w:rPr>
                <w:sz w:val="16"/>
              </w:rPr>
              <w:t>MEDORA</w:t>
            </w:r>
          </w:p>
        </w:tc>
        <w:tc>
          <w:tcPr>
            <w:tcW w:type="dxa" w:w="704"/>
          </w:tcPr>
          <w:p>
            <w:pPr>
              <w:spacing w:after="0"/>
              <w:jc w:val="left"/>
            </w:pPr>
          </w:p>
        </w:tc>
        <w:tc>
          <w:tcPr>
            <w:tcW w:type="dxa" w:w="28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2011-02-13</w:t>
            </w:r>
          </w:p>
        </w:tc>
        <w:tc>
          <w:tcPr>
            <w:tcW w:type="dxa" w:w="1215"/>
          </w:tcPr>
          <w:p>
            <w:pPr>
              <w:spacing w:after="0"/>
              <w:jc w:val="left"/>
            </w:pPr>
            <w:r>
              <w:rPr>
                <w:sz w:val="16"/>
              </w:rPr>
              <w:t>High Wind</w:t>
            </w:r>
          </w:p>
        </w:tc>
        <w:tc>
          <w:tcPr>
            <w:tcW w:type="dxa" w:w="2550"/>
          </w:tcPr>
          <w:p>
            <w:pPr>
              <w:spacing w:after="0"/>
              <w:jc w:val="left"/>
            </w:pPr>
            <w:r>
              <w:rPr>
                <w:sz w:val="16"/>
              </w:rPr>
              <w:t>50 kt (58 mph) measured gust</w:t>
            </w:r>
          </w:p>
        </w:tc>
        <w:tc>
          <w:tcPr>
            <w:tcW w:type="dxa" w:w="2902"/>
          </w:tcPr>
          <w:p>
            <w:pPr>
              <w:spacing w:after="0"/>
              <w:jc w:val="left"/>
            </w:pPr>
            <w:r>
              <w:rPr>
                <w:sz w:val="16"/>
              </w:rPr>
              <w:t>$20,000 property; $0 crops, reported for the zone (2011 dollars)</w:t>
            </w:r>
          </w:p>
        </w:tc>
        <w:tc>
          <w:tcPr>
            <w:tcW w:type="dxa" w:w="1079"/>
          </w:tcPr>
          <w:p>
            <w:pPr>
              <w:spacing w:after="0"/>
              <w:jc w:val="right"/>
            </w:pPr>
            <w:r>
              <w:rPr>
                <w:sz w:val="16"/>
              </w:rPr>
              <w:t>0, 1</w:t>
            </w:r>
          </w:p>
        </w:tc>
        <w:tc>
          <w:tcPr>
            <w:tcW w:type="dxa" w:w="1735"/>
          </w:tcPr>
          <w:p>
            <w:pPr>
              <w:spacing w:after="0"/>
              <w:jc w:val="left"/>
            </w:pPr>
            <w:r>
              <w:rPr>
                <w:sz w:val="16"/>
              </w:rPr>
              <w:t>NWS zone NDZ032 (BILLINGS), zone-level: may include parts of neighboring counties</w:t>
            </w:r>
          </w:p>
        </w:tc>
        <w:tc>
          <w:tcPr>
            <w:tcW w:type="dxa" w:w="704"/>
          </w:tcPr>
          <w:p>
            <w:pPr>
              <w:spacing w:after="0"/>
              <w:jc w:val="left"/>
            </w:pP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1997-04-04</w:t>
            </w:r>
          </w:p>
        </w:tc>
        <w:tc>
          <w:tcPr>
            <w:tcW w:type="dxa" w:w="1215"/>
          </w:tcPr>
          <w:p>
            <w:pPr>
              <w:spacing w:after="0"/>
              <w:jc w:val="left"/>
            </w:pPr>
            <w:r>
              <w:rPr>
                <w:sz w:val="16"/>
              </w:rPr>
              <w:t>Blizzard</w:t>
            </w:r>
          </w:p>
        </w:tc>
        <w:tc>
          <w:tcPr>
            <w:tcW w:type="dxa" w:w="2550"/>
          </w:tcPr>
          <w:p>
            <w:pPr>
              <w:spacing w:after="0"/>
              <w:jc w:val="left"/>
            </w:pPr>
          </w:p>
        </w:tc>
        <w:tc>
          <w:tcPr>
            <w:tcW w:type="dxa" w:w="2902"/>
          </w:tcPr>
          <w:p>
            <w:pPr>
              <w:spacing w:after="0"/>
              <w:jc w:val="left"/>
            </w:pPr>
            <w:r>
              <w:rPr>
                <w:sz w:val="16"/>
              </w:rPr>
              <w:t>$1,520,000 property; crops not reported, reported for the zone (1997 dollars)</w:t>
            </w:r>
          </w:p>
        </w:tc>
        <w:tc>
          <w:tcPr>
            <w:tcW w:type="dxa" w:w="1079"/>
          </w:tcPr>
          <w:p>
            <w:pPr>
              <w:spacing w:after="0"/>
              <w:jc w:val="right"/>
            </w:pPr>
            <w:r>
              <w:rPr>
                <w:sz w:val="16"/>
              </w:rPr>
              <w:t>0, 1</w:t>
            </w:r>
          </w:p>
        </w:tc>
        <w:tc>
          <w:tcPr>
            <w:tcW w:type="dxa" w:w="1735"/>
          </w:tcPr>
          <w:p>
            <w:pPr>
              <w:spacing w:after="0"/>
              <w:jc w:val="left"/>
            </w:pPr>
            <w:r>
              <w:rPr>
                <w:sz w:val="16"/>
              </w:rPr>
              <w:t>NWS zone NDZ032 (BILLINGS), zone-level: may include parts of neighboring counties</w:t>
            </w:r>
          </w:p>
        </w:tc>
        <w:tc>
          <w:tcPr>
            <w:tcW w:type="dxa" w:w="704"/>
          </w:tcPr>
          <w:p>
            <w:pPr>
              <w:spacing w:after="0"/>
              <w:jc w:val="left"/>
            </w:pP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2550"/>
          </w:tcPr>
          <w:p>
            <w:pPr>
              <w:spacing w:after="0"/>
              <w:jc w:val="left"/>
            </w:pPr>
          </w:p>
        </w:tc>
        <w:tc>
          <w:tcPr>
            <w:tcW w:type="dxa" w:w="2902"/>
          </w:tcPr>
          <w:p>
            <w:pPr>
              <w:spacing w:after="0"/>
              <w:jc w:val="left"/>
            </w:pPr>
            <w:r>
              <w:rPr>
                <w:sz w:val="16"/>
              </w:rPr>
              <w:t>$1,530,000 property; crops not reported, reported for the zone (1997 dollars)</w:t>
            </w:r>
          </w:p>
        </w:tc>
        <w:tc>
          <w:tcPr>
            <w:tcW w:type="dxa" w:w="1079"/>
          </w:tcPr>
          <w:p>
            <w:pPr>
              <w:spacing w:after="0"/>
              <w:jc w:val="right"/>
            </w:pPr>
            <w:r>
              <w:rPr>
                <w:sz w:val="16"/>
              </w:rPr>
              <w:t>0, 0</w:t>
            </w:r>
          </w:p>
        </w:tc>
        <w:tc>
          <w:tcPr>
            <w:tcW w:type="dxa" w:w="1735"/>
          </w:tcPr>
          <w:p>
            <w:pPr>
              <w:spacing w:after="0"/>
              <w:jc w:val="left"/>
            </w:pPr>
            <w:r>
              <w:rPr>
                <w:sz w:val="16"/>
              </w:rPr>
              <w:t>NWS zone NDZ032 (BILLINGS), zone-level: may include parts of neighboring counties</w:t>
            </w:r>
          </w:p>
        </w:tc>
        <w:tc>
          <w:tcPr>
            <w:tcW w:type="dxa" w:w="704"/>
          </w:tcPr>
          <w:p>
            <w:pPr>
              <w:spacing w:after="0"/>
              <w:jc w:val="left"/>
            </w:pPr>
          </w:p>
        </w:tc>
        <w:tc>
          <w:tcPr>
            <w:tcW w:type="dxa" w:w="289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1996-08-03</w:t>
            </w:r>
          </w:p>
        </w:tc>
        <w:tc>
          <w:tcPr>
            <w:tcW w:type="dxa" w:w="1215"/>
          </w:tcPr>
          <w:p>
            <w:pPr>
              <w:spacing w:after="0"/>
              <w:jc w:val="left"/>
            </w:pPr>
            <w:r>
              <w:rPr>
                <w:sz w:val="16"/>
              </w:rPr>
              <w:t>Lightning</w:t>
            </w:r>
          </w:p>
        </w:tc>
        <w:tc>
          <w:tcPr>
            <w:tcW w:type="dxa" w:w="2550"/>
          </w:tcPr>
          <w:p>
            <w:pPr>
              <w:spacing w:after="0"/>
              <w:jc w:val="left"/>
            </w:pPr>
          </w:p>
        </w:tc>
        <w:tc>
          <w:tcPr>
            <w:tcW w:type="dxa" w:w="2902"/>
          </w:tcPr>
          <w:p>
            <w:pPr>
              <w:spacing w:after="0"/>
              <w:jc w:val="left"/>
            </w:pPr>
            <w:r>
              <w:rPr>
                <w:sz w:val="16"/>
              </w:rPr>
              <w:t>$8,000 property; $0 crops (1996 dollars)</w:t>
            </w:r>
          </w:p>
        </w:tc>
        <w:tc>
          <w:tcPr>
            <w:tcW w:type="dxa" w:w="1079"/>
          </w:tcPr>
          <w:p>
            <w:pPr>
              <w:spacing w:after="0"/>
              <w:jc w:val="right"/>
            </w:pPr>
            <w:r>
              <w:rPr>
                <w:sz w:val="16"/>
              </w:rPr>
              <w:t>0, 0</w:t>
            </w:r>
          </w:p>
        </w:tc>
        <w:tc>
          <w:tcPr>
            <w:tcW w:type="dxa" w:w="1735"/>
          </w:tcPr>
          <w:p>
            <w:pPr>
              <w:spacing w:after="0"/>
              <w:jc w:val="left"/>
            </w:pPr>
            <w:r>
              <w:rPr>
                <w:sz w:val="16"/>
              </w:rPr>
              <w:t>4 SE FRYBURG</w:t>
            </w:r>
          </w:p>
        </w:tc>
        <w:tc>
          <w:tcPr>
            <w:tcW w:type="dxa" w:w="704"/>
          </w:tcPr>
          <w:p>
            <w:pPr>
              <w:spacing w:after="0"/>
              <w:jc w:val="left"/>
            </w:pPr>
          </w:p>
        </w:tc>
        <w:tc>
          <w:tcPr>
            <w:tcW w:type="dxa" w:w="2890"/>
          </w:tcPr>
          <w:p>
            <w:pPr>
              <w:spacing w:after="0"/>
              <w:jc w:val="left"/>
            </w:pPr>
            <w:r>
              <w:rPr>
                <w:sz w:val="16"/>
              </w:rPr>
              <w:t>B1-c worst recorded: Lightning</w:t>
            </w:r>
          </w:p>
        </w:tc>
      </w:tr>
      <w:tr>
        <w:trPr>
          <w:cantSplit/>
        </w:trPr>
        <w:tc>
          <w:tcPr>
            <w:tcW w:type="dxa" w:w="1037"/>
          </w:tcPr>
          <w:p>
            <w:pPr>
              <w:spacing w:after="0"/>
              <w:jc w:val="left"/>
            </w:pPr>
            <w:r>
              <w:rPr>
                <w:sz w:val="16"/>
              </w:rPr>
              <w:t>1996-06-28</w:t>
            </w:r>
          </w:p>
        </w:tc>
        <w:tc>
          <w:tcPr>
            <w:tcW w:type="dxa" w:w="1215"/>
          </w:tcPr>
          <w:p>
            <w:pPr>
              <w:spacing w:after="0"/>
              <w:jc w:val="left"/>
            </w:pPr>
            <w:r>
              <w:rPr>
                <w:sz w:val="16"/>
              </w:rPr>
              <w:t>Hail</w:t>
            </w:r>
          </w:p>
        </w:tc>
        <w:tc>
          <w:tcPr>
            <w:tcW w:type="dxa" w:w="2550"/>
          </w:tcPr>
          <w:p>
            <w:pPr>
              <w:spacing w:after="0"/>
              <w:jc w:val="left"/>
            </w:pPr>
            <w:r>
              <w:rPr>
                <w:sz w:val="16"/>
              </w:rPr>
              <w:t>1.75 in</w:t>
            </w:r>
          </w:p>
        </w:tc>
        <w:tc>
          <w:tcPr>
            <w:tcW w:type="dxa" w:w="2902"/>
          </w:tcPr>
          <w:p>
            <w:pPr>
              <w:spacing w:after="0"/>
              <w:jc w:val="left"/>
            </w:pPr>
            <w:r>
              <w:rPr>
                <w:sz w:val="16"/>
              </w:rPr>
              <w:t>$25,000 property; $500,000 crops (1996 dollars)</w:t>
            </w:r>
          </w:p>
        </w:tc>
        <w:tc>
          <w:tcPr>
            <w:tcW w:type="dxa" w:w="1079"/>
          </w:tcPr>
          <w:p>
            <w:pPr>
              <w:spacing w:after="0"/>
              <w:jc w:val="right"/>
            </w:pPr>
            <w:r>
              <w:rPr>
                <w:sz w:val="16"/>
              </w:rPr>
              <w:t>0, 3</w:t>
            </w:r>
          </w:p>
        </w:tc>
        <w:tc>
          <w:tcPr>
            <w:tcW w:type="dxa" w:w="1735"/>
          </w:tcPr>
          <w:p>
            <w:pPr>
              <w:spacing w:after="0"/>
              <w:jc w:val="left"/>
            </w:pPr>
            <w:r>
              <w:rPr>
                <w:sz w:val="16"/>
              </w:rPr>
              <w:t>MEDORA</w:t>
            </w:r>
          </w:p>
        </w:tc>
        <w:tc>
          <w:tcPr>
            <w:tcW w:type="dxa" w:w="704"/>
          </w:tcPr>
          <w:p>
            <w:pPr>
              <w:spacing w:after="0"/>
              <w:jc w:val="left"/>
            </w:pPr>
          </w:p>
        </w:tc>
        <w:tc>
          <w:tcPr>
            <w:tcW w:type="dxa" w:w="2890"/>
          </w:tcPr>
          <w:p>
            <w:pPr>
              <w:spacing w:after="0"/>
              <w:jc w:val="left"/>
            </w:pPr>
            <w:r>
              <w:rPr>
                <w:sz w:val="16"/>
              </w:rPr>
              <w:t>deaths or injuries recorded</w:t>
            </w:r>
          </w:p>
        </w:tc>
      </w:tr>
      <w:tr>
        <w:trPr>
          <w:cantSplit/>
        </w:trPr>
        <w:tc>
          <w:tcPr>
            <w:tcW w:type="dxa" w:w="1037"/>
          </w:tcPr>
          <w:p>
            <w:pPr>
              <w:spacing w:after="0"/>
              <w:jc w:val="left"/>
            </w:pPr>
            <w:r>
              <w:rPr>
                <w:sz w:val="16"/>
              </w:rPr>
              <w:t>1983-08-24</w:t>
            </w:r>
          </w:p>
        </w:tc>
        <w:tc>
          <w:tcPr>
            <w:tcW w:type="dxa" w:w="1215"/>
          </w:tcPr>
          <w:p>
            <w:pPr>
              <w:spacing w:after="0"/>
              <w:jc w:val="left"/>
            </w:pPr>
            <w:r>
              <w:rPr>
                <w:sz w:val="16"/>
              </w:rPr>
              <w:t>Tornado</w:t>
            </w:r>
          </w:p>
        </w:tc>
        <w:tc>
          <w:tcPr>
            <w:tcW w:type="dxa" w:w="2550"/>
          </w:tcPr>
          <w:p>
            <w:pPr>
              <w:spacing w:after="0"/>
              <w:jc w:val="left"/>
            </w:pPr>
            <w:r>
              <w:rPr>
                <w:sz w:val="16"/>
              </w:rPr>
              <w:t>F1, 9 mi path length (records before 1996 may include the whole path; rating and listing come from the county where the tornado began), 40 yd wide</w:t>
            </w:r>
          </w:p>
        </w:tc>
        <w:tc>
          <w:tcPr>
            <w:tcW w:type="dxa" w:w="2902"/>
          </w:tcPr>
          <w:p>
            <w:pPr>
              <w:spacing w:after="0"/>
              <w:jc w:val="left"/>
            </w:pPr>
            <w:r>
              <w:rPr>
                <w:sz w:val="16"/>
              </w:rPr>
              <w:t>$25,000 property; crops not recorded (1983 dollars)</w:t>
            </w:r>
          </w:p>
        </w:tc>
        <w:tc>
          <w:tcPr>
            <w:tcW w:type="dxa" w:w="1079"/>
          </w:tcPr>
          <w:p>
            <w:pPr>
              <w:spacing w:after="0"/>
              <w:jc w:val="right"/>
            </w:pPr>
            <w:r>
              <w:rPr>
                <w:sz w:val="16"/>
              </w:rPr>
              <w:t>0, 0</w:t>
            </w:r>
          </w:p>
        </w:tc>
        <w:tc>
          <w:tcPr>
            <w:tcW w:type="dxa" w:w="1735"/>
          </w:tcPr>
          <w:p>
            <w:pPr>
              <w:spacing w:after="0"/>
              <w:jc w:val="left"/>
            </w:pPr>
            <w:r>
              <w:rPr>
                <w:sz w:val="16"/>
              </w:rPr>
              <w:t>location not recorded</w:t>
            </w:r>
          </w:p>
        </w:tc>
        <w:tc>
          <w:tcPr>
            <w:tcW w:type="dxa" w:w="704"/>
          </w:tcPr>
          <w:p>
            <w:pPr>
              <w:spacing w:after="0"/>
              <w:jc w:val="left"/>
            </w:pPr>
          </w:p>
        </w:tc>
        <w:tc>
          <w:tcPr>
            <w:tcW w:type="dxa" w:w="289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12.3</w:t>
            </w:r>
          </w:p>
        </w:tc>
        <w:tc>
          <w:tcPr>
            <w:tcW w:type="dxa" w:w="1446"/>
          </w:tcPr>
          <w:p>
            <w:pPr>
              <w:spacing w:after="0"/>
              <w:jc w:val="left"/>
            </w:pPr>
            <w:r>
              <w:rPr>
                <w:sz w:val="16"/>
              </w:rPr>
              <w:t>event-days per year</w:t>
            </w:r>
          </w:p>
        </w:tc>
        <w:tc>
          <w:tcPr>
            <w:tcW w:type="dxa" w:w="1575"/>
          </w:tcPr>
          <w:p>
            <w:pPr>
              <w:spacing w:after="0"/>
              <w:jc w:val="left"/>
            </w:pPr>
            <w:r>
              <w:rPr>
                <w:sz w:val="16"/>
              </w:rPr>
              <w:t>about 12.3 days per year</w:t>
            </w:r>
          </w:p>
        </w:tc>
        <w:tc>
          <w:tcPr>
            <w:tcW w:type="dxa" w:w="1037"/>
          </w:tcPr>
          <w:p>
            <w:pPr>
              <w:spacing w:after="0"/>
              <w:jc w:val="left"/>
            </w:pPr>
            <w:r>
              <w:rPr>
                <w:sz w:val="16"/>
              </w:rPr>
              <w:t>Likely</w:t>
            </w:r>
          </w:p>
        </w:tc>
        <w:tc>
          <w:tcPr>
            <w:tcW w:type="dxa" w:w="1755"/>
          </w:tcPr>
          <w:p>
            <w:pPr>
              <w:spacing w:after="0"/>
              <w:jc w:val="left"/>
            </w:pPr>
            <w:r>
              <w:rPr>
                <w:sz w:val="16"/>
              </w:rPr>
              <w:t>event-days in 13 of 30 years, 1996 to 2025 (43.3%)</w:t>
            </w:r>
          </w:p>
        </w:tc>
        <w:tc>
          <w:tcPr>
            <w:tcW w:type="dxa" w:w="1519"/>
          </w:tcPr>
          <w:p>
            <w:pPr>
              <w:spacing w:after="0"/>
              <w:jc w:val="right"/>
            </w:pPr>
            <w:r>
              <w:rPr>
                <w:sz w:val="16"/>
              </w:rPr>
              <w:t>234</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12.3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26.9</w:t>
            </w:r>
          </w:p>
        </w:tc>
        <w:tc>
          <w:tcPr>
            <w:tcW w:type="dxa" w:w="1446"/>
          </w:tcPr>
          <w:p>
            <w:pPr>
              <w:spacing w:after="0"/>
              <w:jc w:val="left"/>
            </w:pPr>
            <w:r>
              <w:rPr>
                <w:sz w:val="16"/>
              </w:rPr>
              <w:t>event-days per year</w:t>
            </w:r>
          </w:p>
        </w:tc>
        <w:tc>
          <w:tcPr>
            <w:tcW w:type="dxa" w:w="1575"/>
          </w:tcPr>
          <w:p>
            <w:pPr>
              <w:spacing w:after="0"/>
              <w:jc w:val="left"/>
            </w:pPr>
            <w:r>
              <w:rPr>
                <w:sz w:val="16"/>
              </w:rPr>
              <w:t>about 26.9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679</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26.9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0.000084</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0.0084%</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2.19</w:t>
            </w:r>
          </w:p>
        </w:tc>
        <w:tc>
          <w:tcPr>
            <w:tcW w:type="dxa" w:w="1446"/>
          </w:tcPr>
          <w:p>
            <w:pPr>
              <w:spacing w:after="0"/>
              <w:jc w:val="left"/>
            </w:pPr>
            <w:r>
              <w:rPr>
                <w:sz w:val="16"/>
              </w:rPr>
              <w:t>events per year</w:t>
            </w:r>
          </w:p>
        </w:tc>
        <w:tc>
          <w:tcPr>
            <w:tcW w:type="dxa" w:w="1575"/>
          </w:tcPr>
          <w:p>
            <w:pPr>
              <w:spacing w:after="0"/>
              <w:jc w:val="left"/>
            </w:pPr>
            <w:r>
              <w:rPr>
                <w:sz w:val="16"/>
              </w:rPr>
              <w:t>about 2.19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83.4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1</w:t>
            </w:r>
          </w:p>
        </w:tc>
        <w:tc>
          <w:tcPr>
            <w:tcW w:type="dxa" w:w="1446"/>
          </w:tcPr>
          <w:p>
            <w:pPr>
              <w:spacing w:after="0"/>
              <w:jc w:val="left"/>
            </w:pPr>
            <w:r>
              <w:rPr>
                <w:sz w:val="16"/>
              </w:rPr>
              <w:t>event-days per year</w:t>
            </w:r>
          </w:p>
        </w:tc>
        <w:tc>
          <w:tcPr>
            <w:tcW w:type="dxa" w:w="1575"/>
          </w:tcPr>
          <w:p>
            <w:pPr>
              <w:spacing w:after="0"/>
              <w:jc w:val="left"/>
            </w:pPr>
            <w:r>
              <w:rPr>
                <w:sz w:val="16"/>
              </w:rPr>
              <w:t>about 1 days per year</w:t>
            </w:r>
          </w:p>
        </w:tc>
        <w:tc>
          <w:tcPr>
            <w:tcW w:type="dxa" w:w="1037"/>
          </w:tcPr>
          <w:p>
            <w:pPr>
              <w:spacing w:after="0"/>
              <w:jc w:val="left"/>
            </w:pPr>
            <w:r>
              <w:rPr>
                <w:sz w:val="16"/>
              </w:rPr>
              <w:t>Possible</w:t>
            </w:r>
          </w:p>
        </w:tc>
        <w:tc>
          <w:tcPr>
            <w:tcW w:type="dxa" w:w="1755"/>
          </w:tcPr>
          <w:p>
            <w:pPr>
              <w:spacing w:after="0"/>
              <w:jc w:val="left"/>
            </w:pPr>
            <w:r>
              <w:rPr>
                <w:sz w:val="16"/>
              </w:rPr>
              <w:t>event-days in 1 of 30 years, 1996 to 2025 (3.33%)</w:t>
            </w:r>
          </w:p>
        </w:tc>
        <w:tc>
          <w:tcPr>
            <w:tcW w:type="dxa" w:w="1519"/>
          </w:tcPr>
          <w:p>
            <w:pPr>
              <w:spacing w:after="0"/>
              <w:jc w:val="right"/>
            </w:pPr>
            <w:r>
              <w:rPr>
                <w:sz w:val="16"/>
              </w:rPr>
              <w:t>17</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0.44</w:t>
            </w:r>
          </w:p>
        </w:tc>
        <w:tc>
          <w:tcPr>
            <w:tcW w:type="dxa" w:w="1446"/>
          </w:tcPr>
          <w:p>
            <w:pPr>
              <w:spacing w:after="0"/>
              <w:jc w:val="left"/>
            </w:pPr>
            <w:r>
              <w:rPr>
                <w:sz w:val="16"/>
              </w:rPr>
              <w:t>event-days per year</w:t>
            </w:r>
          </w:p>
        </w:tc>
        <w:tc>
          <w:tcPr>
            <w:tcW w:type="dxa" w:w="1575"/>
          </w:tcPr>
          <w:p>
            <w:pPr>
              <w:spacing w:after="0"/>
              <w:jc w:val="left"/>
            </w:pPr>
            <w:r>
              <w:rPr>
                <w:sz w:val="16"/>
              </w:rPr>
              <w:t>about 0.44 days per year</w:t>
            </w:r>
          </w:p>
        </w:tc>
        <w:tc>
          <w:tcPr>
            <w:tcW w:type="dxa" w:w="1037"/>
          </w:tcPr>
          <w:p>
            <w:pPr>
              <w:spacing w:after="0"/>
              <w:jc w:val="left"/>
            </w:pPr>
          </w:p>
        </w:tc>
        <w:tc>
          <w:tcPr>
            <w:tcW w:type="dxa" w:w="1755"/>
          </w:tcPr>
          <w:p>
            <w:pPr>
              <w:spacing w:after="0"/>
              <w:jc w:val="left"/>
            </w:pPr>
            <w:r>
              <w:rPr>
                <w:sz w:val="16"/>
              </w:rPr>
              <w:t>event-days in 0 of 30 years, 1996 to 2025 (0%)</w:t>
            </w:r>
          </w:p>
        </w:tc>
        <w:tc>
          <w:tcPr>
            <w:tcW w:type="dxa" w:w="1519"/>
          </w:tcPr>
          <w:p>
            <w:pPr>
              <w:spacing w:after="0"/>
              <w:jc w:val="right"/>
            </w:pPr>
            <w:r>
              <w:rPr>
                <w:sz w:val="16"/>
              </w:rPr>
              <w:t>30</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0.214</w:t>
            </w:r>
          </w:p>
        </w:tc>
        <w:tc>
          <w:tcPr>
            <w:tcW w:type="dxa" w:w="1446"/>
          </w:tcPr>
          <w:p>
            <w:pPr>
              <w:spacing w:after="0"/>
              <w:jc w:val="left"/>
            </w:pPr>
            <w:r>
              <w:rPr>
                <w:sz w:val="16"/>
              </w:rPr>
              <w:t>event-days per year</w:t>
            </w:r>
          </w:p>
        </w:tc>
        <w:tc>
          <w:tcPr>
            <w:tcW w:type="dxa" w:w="1575"/>
          </w:tcPr>
          <w:p>
            <w:pPr>
              <w:spacing w:after="0"/>
              <w:jc w:val="left"/>
            </w:pPr>
            <w:r>
              <w:rPr>
                <w:sz w:val="16"/>
              </w:rPr>
              <w:t>about 0.214 days per year</w:t>
            </w:r>
          </w:p>
        </w:tc>
        <w:tc>
          <w:tcPr>
            <w:tcW w:type="dxa" w:w="1037"/>
          </w:tcPr>
          <w:p>
            <w:pPr>
              <w:spacing w:after="0"/>
              <w:jc w:val="left"/>
            </w:pPr>
            <w:r>
              <w:rPr>
                <w:sz w:val="16"/>
              </w:rPr>
              <w:t>Likely</w:t>
            </w:r>
          </w:p>
        </w:tc>
        <w:tc>
          <w:tcPr>
            <w:tcW w:type="dxa" w:w="1755"/>
          </w:tcPr>
          <w:p>
            <w:pPr>
              <w:spacing w:after="0"/>
              <w:jc w:val="left"/>
            </w:pPr>
            <w:r>
              <w:rPr>
                <w:sz w:val="16"/>
              </w:rPr>
              <w:t>event-days in 5 of 30 years, 1996 to 2025 (16.7%)</w:t>
            </w:r>
          </w:p>
        </w:tc>
        <w:tc>
          <w:tcPr>
            <w:tcW w:type="dxa" w:w="1519"/>
          </w:tcPr>
          <w:p>
            <w:pPr>
              <w:spacing w:after="0"/>
              <w:jc w:val="right"/>
            </w:pPr>
            <w:r>
              <w:rPr>
                <w:sz w:val="16"/>
              </w:rPr>
              <w:t>6</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0.708</w:t>
            </w:r>
          </w:p>
        </w:tc>
        <w:tc>
          <w:tcPr>
            <w:tcW w:type="dxa" w:w="1446"/>
          </w:tcPr>
          <w:p>
            <w:pPr>
              <w:spacing w:after="0"/>
              <w:jc w:val="left"/>
            </w:pPr>
            <w:r>
              <w:rPr>
                <w:sz w:val="16"/>
              </w:rPr>
              <w:t>events per year (modeled)</w:t>
            </w:r>
          </w:p>
        </w:tc>
        <w:tc>
          <w:tcPr>
            <w:tcW w:type="dxa" w:w="1575"/>
          </w:tcPr>
          <w:p>
            <w:pPr>
              <w:spacing w:after="0"/>
              <w:jc w:val="left"/>
            </w:pPr>
            <w:r>
              <w:rPr>
                <w:sz w:val="16"/>
              </w:rPr>
              <w:t>about 0.71 per year</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31.2</w:t>
            </w:r>
          </w:p>
        </w:tc>
        <w:tc>
          <w:tcPr>
            <w:tcW w:type="dxa" w:w="1446"/>
          </w:tcPr>
          <w:p>
            <w:pPr>
              <w:spacing w:after="0"/>
              <w:jc w:val="left"/>
            </w:pPr>
            <w:r>
              <w:rPr>
                <w:sz w:val="16"/>
              </w:rPr>
              <w:t>days per year with a strike</w:t>
            </w:r>
          </w:p>
        </w:tc>
        <w:tc>
          <w:tcPr>
            <w:tcW w:type="dxa" w:w="1575"/>
          </w:tcPr>
          <w:p>
            <w:pPr>
              <w:spacing w:after="0"/>
              <w:jc w:val="left"/>
            </w:pPr>
            <w:r>
              <w:rPr>
                <w:sz w:val="16"/>
              </w:rPr>
              <w:t>about 31.2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1.33</w:t>
            </w:r>
          </w:p>
        </w:tc>
        <w:tc>
          <w:tcPr>
            <w:tcW w:type="dxa" w:w="1446"/>
          </w:tcPr>
          <w:p>
            <w:pPr>
              <w:spacing w:after="0"/>
              <w:jc w:val="left"/>
            </w:pPr>
            <w:r>
              <w:rPr>
                <w:sz w:val="16"/>
              </w:rPr>
              <w:t>events per year</w:t>
            </w:r>
          </w:p>
        </w:tc>
        <w:tc>
          <w:tcPr>
            <w:tcW w:type="dxa" w:w="1575"/>
          </w:tcPr>
          <w:p>
            <w:pPr>
              <w:spacing w:after="0"/>
              <w:jc w:val="left"/>
            </w:pPr>
            <w:r>
              <w:rPr>
                <w:sz w:val="16"/>
              </w:rPr>
              <w:t>about 1.33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51</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0.189</w:t>
            </w:r>
          </w:p>
        </w:tc>
        <w:tc>
          <w:tcPr>
            <w:tcW w:type="dxa" w:w="1446"/>
          </w:tcPr>
          <w:p>
            <w:pPr>
              <w:spacing w:after="0"/>
              <w:jc w:val="left"/>
            </w:pPr>
            <w:r>
              <w:rPr>
                <w:sz w:val="16"/>
              </w:rPr>
              <w:t>events per year</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0.000978</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0.0978%</w:t>
            </w:r>
          </w:p>
        </w:tc>
        <w:tc>
          <w:tcPr>
            <w:tcW w:type="dxa" w:w="1037"/>
          </w:tcPr>
          <w:p>
            <w:pPr>
              <w:spacing w:after="0"/>
              <w:jc w:val="left"/>
            </w:pPr>
            <w:r>
              <w:rPr>
                <w:sz w:val="16"/>
              </w:rPr>
              <w:t>Possible</w:t>
            </w:r>
          </w:p>
        </w:tc>
        <w:tc>
          <w:tcPr>
            <w:tcW w:type="dxa" w:w="1755"/>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16.6</w:t>
            </w:r>
          </w:p>
        </w:tc>
        <w:tc>
          <w:tcPr>
            <w:tcW w:type="dxa" w:w="1446"/>
          </w:tcPr>
          <w:p>
            <w:pPr>
              <w:spacing w:after="0"/>
              <w:jc w:val="left"/>
            </w:pPr>
            <w:r>
              <w:rPr>
                <w:sz w:val="16"/>
              </w:rPr>
              <w:t>event-days per year</w:t>
            </w:r>
          </w:p>
        </w:tc>
        <w:tc>
          <w:tcPr>
            <w:tcW w:type="dxa" w:w="1575"/>
          </w:tcPr>
          <w:p>
            <w:pPr>
              <w:spacing w:after="0"/>
              <w:jc w:val="left"/>
            </w:pPr>
            <w:r>
              <w:rPr>
                <w:sz w:val="16"/>
              </w:rPr>
              <w:t>about 16.6 days per year</w:t>
            </w:r>
          </w:p>
        </w:tc>
        <w:tc>
          <w:tcPr>
            <w:tcW w:type="dxa" w:w="1037"/>
          </w:tcPr>
          <w:p>
            <w:pPr>
              <w:spacing w:after="0"/>
              <w:jc w:val="left"/>
            </w:pPr>
            <w:r>
              <w:rPr>
                <w:sz w:val="16"/>
              </w:rPr>
              <w:t>Likely</w:t>
            </w:r>
          </w:p>
        </w:tc>
        <w:tc>
          <w:tcPr>
            <w:tcW w:type="dxa" w:w="1755"/>
          </w:tcPr>
          <w:p>
            <w:pPr>
              <w:spacing w:after="0"/>
              <w:jc w:val="left"/>
            </w:pPr>
            <w:r>
              <w:rPr>
                <w:sz w:val="16"/>
              </w:rPr>
              <w:t>event-days in 25 of 30 years, 1996 to 2025 (83.3%)</w:t>
            </w:r>
          </w:p>
        </w:tc>
        <w:tc>
          <w:tcPr>
            <w:tcW w:type="dxa" w:w="1519"/>
          </w:tcPr>
          <w:p>
            <w:pPr>
              <w:spacing w:after="0"/>
              <w:jc w:val="right"/>
            </w:pPr>
            <w:r>
              <w:rPr>
                <w:sz w:val="16"/>
              </w:rPr>
              <w:t>316</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55</w:t>
            </w:r>
          </w:p>
        </w:tc>
        <w:tc>
          <w:tcPr>
            <w:tcW w:type="dxa" w:w="1476"/>
          </w:tcPr>
          <w:p>
            <w:pPr>
              <w:spacing w:after="0"/>
              <w:jc w:val="right"/>
            </w:pPr>
            <w:r>
              <w:rPr>
                <w:sz w:val="16"/>
              </w:rPr>
              <w:t>30</w:t>
            </w:r>
          </w:p>
        </w:tc>
        <w:tc>
          <w:tcPr>
            <w:tcW w:type="dxa" w:w="1476"/>
          </w:tcPr>
          <w:p>
            <w:pPr>
              <w:spacing w:after="0"/>
              <w:jc w:val="right"/>
            </w:pPr>
            <w:r>
              <w:rPr>
                <w:sz w:val="16"/>
              </w:rPr>
              <w:t>1.83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84.9</w:t>
            </w:r>
          </w:p>
        </w:tc>
        <w:tc>
          <w:tcPr>
            <w:tcW w:type="dxa" w:w="766"/>
          </w:tcPr>
          <w:p>
            <w:pPr>
              <w:spacing w:after="0"/>
              <w:jc w:val="right"/>
            </w:pPr>
            <w:r>
              <w:rPr>
                <w:sz w:val="16"/>
              </w:rPr>
              <w:t>84.9</w:t>
            </w:r>
          </w:p>
        </w:tc>
        <w:tc>
          <w:tcPr>
            <w:tcW w:type="dxa" w:w="730"/>
          </w:tcPr>
          <w:p>
            <w:pPr>
              <w:spacing w:after="0"/>
              <w:jc w:val="right"/>
            </w:pPr>
            <w:r>
              <w:rPr>
                <w:sz w:val="16"/>
              </w:rPr>
              <w:t>84.9</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84.2</w:t>
            </w:r>
          </w:p>
        </w:tc>
        <w:tc>
          <w:tcPr>
            <w:tcW w:type="dxa" w:w="766"/>
          </w:tcPr>
          <w:p>
            <w:pPr>
              <w:spacing w:after="0"/>
              <w:jc w:val="right"/>
            </w:pPr>
            <w:r>
              <w:rPr>
                <w:sz w:val="16"/>
              </w:rPr>
              <w:t>84.2</w:t>
            </w:r>
          </w:p>
        </w:tc>
        <w:tc>
          <w:tcPr>
            <w:tcW w:type="dxa" w:w="730"/>
          </w:tcPr>
          <w:p>
            <w:pPr>
              <w:spacing w:after="0"/>
              <w:jc w:val="right"/>
            </w:pPr>
            <w:r>
              <w:rPr>
                <w:sz w:val="16"/>
              </w:rPr>
              <w:t>84.2</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11.5</w:t>
            </w:r>
          </w:p>
        </w:tc>
        <w:tc>
          <w:tcPr>
            <w:tcW w:type="dxa" w:w="766"/>
          </w:tcPr>
          <w:p>
            <w:pPr>
              <w:spacing w:after="0"/>
              <w:jc w:val="right"/>
            </w:pPr>
            <w:r>
              <w:rPr>
                <w:sz w:val="16"/>
              </w:rPr>
              <w:t>11.5</w:t>
            </w:r>
          </w:p>
        </w:tc>
        <w:tc>
          <w:tcPr>
            <w:tcW w:type="dxa" w:w="730"/>
          </w:tcPr>
          <w:p>
            <w:pPr>
              <w:spacing w:after="0"/>
              <w:jc w:val="right"/>
            </w:pPr>
            <w:r>
              <w:rPr>
                <w:sz w:val="16"/>
              </w:rPr>
              <w:t>11.5</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97.9</w:t>
            </w:r>
          </w:p>
        </w:tc>
        <w:tc>
          <w:tcPr>
            <w:tcW w:type="dxa" w:w="766"/>
          </w:tcPr>
          <w:p>
            <w:pPr>
              <w:spacing w:after="0"/>
              <w:jc w:val="right"/>
            </w:pPr>
            <w:r>
              <w:rPr>
                <w:sz w:val="16"/>
              </w:rPr>
              <w:t>97.9</w:t>
            </w:r>
          </w:p>
        </w:tc>
        <w:tc>
          <w:tcPr>
            <w:tcW w:type="dxa" w:w="730"/>
          </w:tcPr>
          <w:p>
            <w:pPr>
              <w:spacing w:after="0"/>
              <w:jc w:val="right"/>
            </w:pPr>
            <w:r>
              <w:rPr>
                <w:sz w:val="16"/>
              </w:rPr>
              <w:t>97.9</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3.6</w:t>
            </w:r>
          </w:p>
        </w:tc>
        <w:tc>
          <w:tcPr>
            <w:tcW w:type="dxa" w:w="766"/>
          </w:tcPr>
          <w:p>
            <w:pPr>
              <w:spacing w:after="0"/>
              <w:jc w:val="right"/>
            </w:pPr>
            <w:r>
              <w:rPr>
                <w:sz w:val="16"/>
              </w:rPr>
              <w:t>3.6</w:t>
            </w:r>
          </w:p>
        </w:tc>
        <w:tc>
          <w:tcPr>
            <w:tcW w:type="dxa" w:w="730"/>
          </w:tcPr>
          <w:p>
            <w:pPr>
              <w:spacing w:after="0"/>
              <w:jc w:val="right"/>
            </w:pPr>
            <w:r>
              <w:rPr>
                <w:sz w:val="16"/>
              </w:rPr>
              <w:t>3.6</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89.0</w:t>
            </w:r>
          </w:p>
        </w:tc>
        <w:tc>
          <w:tcPr>
            <w:tcW w:type="dxa" w:w="766"/>
          </w:tcPr>
          <w:p>
            <w:pPr>
              <w:spacing w:after="0"/>
              <w:jc w:val="right"/>
            </w:pPr>
            <w:r>
              <w:rPr>
                <w:sz w:val="16"/>
              </w:rPr>
              <w:t>89.0</w:t>
            </w:r>
          </w:p>
        </w:tc>
        <w:tc>
          <w:tcPr>
            <w:tcW w:type="dxa" w:w="730"/>
          </w:tcPr>
          <w:p>
            <w:pPr>
              <w:spacing w:after="0"/>
              <w:jc w:val="right"/>
            </w:pPr>
            <w:r>
              <w:rPr>
                <w:sz w:val="16"/>
              </w:rPr>
              <w:t>89.0</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59.0</w:t>
            </w:r>
          </w:p>
        </w:tc>
        <w:tc>
          <w:tcPr>
            <w:tcW w:type="dxa" w:w="766"/>
          </w:tcPr>
          <w:p>
            <w:pPr>
              <w:spacing w:after="0"/>
              <w:jc w:val="right"/>
            </w:pPr>
            <w:r>
              <w:rPr>
                <w:sz w:val="16"/>
              </w:rPr>
              <w:t>59.0</w:t>
            </w:r>
          </w:p>
        </w:tc>
        <w:tc>
          <w:tcPr>
            <w:tcW w:type="dxa" w:w="730"/>
          </w:tcPr>
          <w:p>
            <w:pPr>
              <w:spacing w:after="0"/>
              <w:jc w:val="right"/>
            </w:pPr>
            <w:r>
              <w:rPr>
                <w:sz w:val="16"/>
              </w:rPr>
              <w:t>59.0</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85.4</w:t>
            </w:r>
          </w:p>
        </w:tc>
        <w:tc>
          <w:tcPr>
            <w:tcW w:type="dxa" w:w="766"/>
          </w:tcPr>
          <w:p>
            <w:pPr>
              <w:spacing w:after="0"/>
              <w:jc w:val="right"/>
            </w:pPr>
            <w:r>
              <w:rPr>
                <w:sz w:val="16"/>
              </w:rPr>
              <w:t>85.4</w:t>
            </w:r>
          </w:p>
        </w:tc>
        <w:tc>
          <w:tcPr>
            <w:tcW w:type="dxa" w:w="730"/>
          </w:tcPr>
          <w:p>
            <w:pPr>
              <w:spacing w:after="0"/>
              <w:jc w:val="right"/>
            </w:pPr>
            <w:r>
              <w:rPr>
                <w:sz w:val="16"/>
              </w:rPr>
              <w:t>85.4</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44.4</w:t>
            </w:r>
          </w:p>
        </w:tc>
        <w:tc>
          <w:tcPr>
            <w:tcW w:type="dxa" w:w="766"/>
          </w:tcPr>
          <w:p>
            <w:pPr>
              <w:spacing w:after="0"/>
              <w:jc w:val="right"/>
            </w:pPr>
            <w:r>
              <w:rPr>
                <w:sz w:val="16"/>
              </w:rPr>
              <w:t>44.4</w:t>
            </w:r>
          </w:p>
        </w:tc>
        <w:tc>
          <w:tcPr>
            <w:tcW w:type="dxa" w:w="730"/>
          </w:tcPr>
          <w:p>
            <w:pPr>
              <w:spacing w:after="0"/>
              <w:jc w:val="right"/>
            </w:pPr>
            <w:r>
              <w:rPr>
                <w:sz w:val="16"/>
              </w:rPr>
              <w:t>44.4</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92.6</w:t>
            </w:r>
          </w:p>
        </w:tc>
        <w:tc>
          <w:tcPr>
            <w:tcW w:type="dxa" w:w="766"/>
          </w:tcPr>
          <w:p>
            <w:pPr>
              <w:spacing w:after="0"/>
              <w:jc w:val="right"/>
            </w:pPr>
            <w:r>
              <w:rPr>
                <w:sz w:val="16"/>
              </w:rPr>
              <w:t>92.6</w:t>
            </w:r>
          </w:p>
        </w:tc>
        <w:tc>
          <w:tcPr>
            <w:tcW w:type="dxa" w:w="730"/>
          </w:tcPr>
          <w:p>
            <w:pPr>
              <w:spacing w:after="0"/>
              <w:jc w:val="right"/>
            </w:pPr>
            <w:r>
              <w:rPr>
                <w:sz w:val="16"/>
              </w:rPr>
              <w:t>92.6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52.1</w:t>
            </w:r>
          </w:p>
        </w:tc>
        <w:tc>
          <w:tcPr>
            <w:tcW w:type="dxa" w:w="766"/>
          </w:tcPr>
          <w:p>
            <w:pPr>
              <w:spacing w:after="0"/>
              <w:jc w:val="right"/>
            </w:pPr>
            <w:r>
              <w:rPr>
                <w:sz w:val="16"/>
              </w:rPr>
              <w:t>52.1</w:t>
            </w:r>
          </w:p>
        </w:tc>
        <w:tc>
          <w:tcPr>
            <w:tcW w:type="dxa" w:w="730"/>
          </w:tcPr>
          <w:p>
            <w:pPr>
              <w:spacing w:after="0"/>
              <w:jc w:val="right"/>
            </w:pPr>
            <w:r>
              <w:rPr>
                <w:sz w:val="16"/>
              </w:rPr>
              <w:t>52.1</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96.1</w:t>
            </w:r>
          </w:p>
        </w:tc>
        <w:tc>
          <w:tcPr>
            <w:tcW w:type="dxa" w:w="766"/>
          </w:tcPr>
          <w:p>
            <w:pPr>
              <w:spacing w:after="0"/>
              <w:jc w:val="right"/>
            </w:pPr>
            <w:r>
              <w:rPr>
                <w:sz w:val="16"/>
              </w:rPr>
              <w:t>96.1</w:t>
            </w:r>
          </w:p>
        </w:tc>
        <w:tc>
          <w:tcPr>
            <w:tcW w:type="dxa" w:w="730"/>
          </w:tcPr>
          <w:p>
            <w:pPr>
              <w:spacing w:after="0"/>
              <w:jc w:val="right"/>
            </w:pPr>
            <w:r>
              <w:rPr>
                <w:sz w:val="16"/>
              </w:rPr>
              <w:t>96.1</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98.2</w:t>
            </w:r>
          </w:p>
        </w:tc>
        <w:tc>
          <w:tcPr>
            <w:tcW w:type="dxa" w:w="766"/>
          </w:tcPr>
          <w:p>
            <w:pPr>
              <w:spacing w:after="0"/>
              <w:jc w:val="right"/>
            </w:pPr>
            <w:r>
              <w:rPr>
                <w:sz w:val="16"/>
              </w:rPr>
              <w:t>98.2</w:t>
            </w:r>
          </w:p>
        </w:tc>
        <w:tc>
          <w:tcPr>
            <w:tcW w:type="dxa" w:w="730"/>
          </w:tcPr>
          <w:p>
            <w:pPr>
              <w:spacing w:after="0"/>
              <w:jc w:val="right"/>
            </w:pPr>
            <w:r>
              <w:rPr>
                <w:sz w:val="16"/>
              </w:rPr>
              <w:t>98.2</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2"/>
        <w:gridCol w:w="943"/>
        <w:gridCol w:w="3172"/>
        <w:gridCol w:w="2925"/>
        <w:gridCol w:w="2058"/>
        <w:gridCol w:w="2553"/>
        <w:gridCol w:w="899"/>
      </w:tblGrid>
      <w:tr>
        <w:trPr>
          <w:cantSplit/>
          <w:tblHeader/>
        </w:trPr>
        <w:tc>
          <w:tcPr>
            <w:tcW w:type="dxa" w:w="1562"/>
            <w:shd w:val="clear" w:color="auto" w:fill="E8E8E8"/>
          </w:tcPr>
          <w:p>
            <w:pPr>
              <w:spacing w:after="0"/>
              <w:jc w:val="left"/>
            </w:pPr>
            <w:r>
              <w:rPr>
                <w:b/>
                <w:sz w:val="16"/>
              </w:rPr>
              <w:t>Member</w:t>
            </w:r>
          </w:p>
        </w:tc>
        <w:tc>
          <w:tcPr>
            <w:tcW w:type="dxa" w:w="943"/>
            <w:shd w:val="clear" w:color="auto" w:fill="E8E8E8"/>
          </w:tcPr>
          <w:p>
            <w:pPr>
              <w:spacing w:after="0"/>
              <w:jc w:val="left"/>
            </w:pPr>
            <w:r>
              <w:rPr>
                <w:b/>
                <w:sz w:val="16"/>
              </w:rPr>
              <w:t>Type</w:t>
            </w:r>
          </w:p>
        </w:tc>
        <w:tc>
          <w:tcPr>
            <w:tcW w:type="dxa" w:w="3172"/>
            <w:shd w:val="clear" w:color="auto" w:fill="E8E8E8"/>
          </w:tcPr>
          <w:p>
            <w:pPr>
              <w:spacing w:after="0"/>
              <w:jc w:val="left"/>
            </w:pPr>
            <w:r>
              <w:rPr>
                <w:b/>
                <w:sz w:val="16"/>
              </w:rPr>
              <w:t>Plan status</w:t>
            </w:r>
          </w:p>
        </w:tc>
        <w:tc>
          <w:tcPr>
            <w:tcW w:type="dxa" w:w="29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5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9"/>
            <w:shd w:val="clear" w:color="auto" w:fill="E8E8E8"/>
          </w:tcPr>
          <w:p>
            <w:pPr>
              <w:spacing w:after="0"/>
              <w:jc w:val="left"/>
            </w:pPr>
            <w:r>
              <w:rPr>
                <w:b/>
                <w:sz w:val="16"/>
              </w:rPr>
              <w:t>Notes</w:t>
            </w:r>
          </w:p>
        </w:tc>
      </w:tr>
      <w:tr>
        <w:trPr>
          <w:cantSplit/>
        </w:trPr>
        <w:tc>
          <w:tcPr>
            <w:tcW w:type="dxa" w:w="1562"/>
          </w:tcPr>
          <w:p>
            <w:pPr>
              <w:spacing w:after="0"/>
              <w:jc w:val="left"/>
            </w:pPr>
            <w:r>
              <w:rPr>
                <w:sz w:val="16"/>
              </w:rPr>
              <w:t>Billings County</w:t>
            </w:r>
          </w:p>
        </w:tc>
        <w:tc>
          <w:tcPr>
            <w:tcW w:type="dxa" w:w="943"/>
          </w:tcPr>
          <w:p>
            <w:pPr>
              <w:spacing w:after="0"/>
              <w:jc w:val="left"/>
            </w:pPr>
            <w:r>
              <w:rPr>
                <w:sz w:val="16"/>
              </w:rPr>
              <w:t>County</w:t>
            </w:r>
          </w:p>
        </w:tc>
        <w:tc>
          <w:tcPr>
            <w:tcW w:type="dxa" w:w="3172"/>
          </w:tcPr>
          <w:p>
            <w:pPr>
              <w:spacing w:after="0"/>
              <w:jc w:val="left"/>
            </w:pPr>
            <w:r>
              <w:rPr>
                <w:sz w:val="16"/>
              </w:rPr>
              <w:t>Plan 111469 approved 2026-09-11, pending adoption here; not yet eligible</w:t>
            </w:r>
          </w:p>
        </w:tc>
        <w:tc>
          <w:tcPr>
            <w:tcW w:type="dxa" w:w="2925"/>
          </w:tcPr>
          <w:p>
            <w:pPr>
              <w:spacing w:after="0"/>
              <w:jc w:val="right"/>
            </w:pPr>
            <w:r>
              <w:rPr>
                <w:sz w:val="16"/>
              </w:rPr>
              <w:t>FMA RL 0, SRL 0; any 1</w:t>
            </w:r>
          </w:p>
        </w:tc>
        <w:tc>
          <w:tcPr>
            <w:tcW w:type="dxa" w:w="2058"/>
          </w:tcPr>
          <w:p>
            <w:pPr>
              <w:spacing w:after="0"/>
              <w:jc w:val="right"/>
            </w:pPr>
            <w:r>
              <w:rPr>
                <w:sz w:val="16"/>
              </w:rPr>
              <w:t>$144,383.39</w:t>
            </w:r>
          </w:p>
        </w:tc>
        <w:tc>
          <w:tcPr>
            <w:tcW w:type="dxa" w:w="2553"/>
          </w:tcPr>
          <w:p>
            <w:pPr>
              <w:spacing w:after="0"/>
              <w:jc w:val="right"/>
            </w:pPr>
            <w:r>
              <w:rPr>
                <w:sz w:val="16"/>
              </w:rPr>
              <w:t>0; no approved plan</w:t>
            </w:r>
          </w:p>
        </w:tc>
        <w:tc>
          <w:tcPr>
            <w:tcW w:type="dxa" w:w="899"/>
          </w:tcPr>
          <w:p>
            <w:pPr>
              <w:spacing w:after="0"/>
              <w:jc w:val="left"/>
            </w:pPr>
          </w:p>
        </w:tc>
      </w:tr>
      <w:tr>
        <w:trPr>
          <w:cantSplit/>
        </w:trPr>
        <w:tc>
          <w:tcPr>
            <w:tcW w:type="dxa" w:w="1562"/>
          </w:tcPr>
          <w:p>
            <w:pPr>
              <w:spacing w:after="0"/>
              <w:jc w:val="left"/>
            </w:pPr>
            <w:r>
              <w:rPr>
                <w:sz w:val="16"/>
              </w:rPr>
              <w:t>Medora city</w:t>
            </w:r>
          </w:p>
        </w:tc>
        <w:tc>
          <w:tcPr>
            <w:tcW w:type="dxa" w:w="943"/>
          </w:tcPr>
          <w:p>
            <w:pPr>
              <w:spacing w:after="0"/>
              <w:jc w:val="left"/>
            </w:pPr>
            <w:r>
              <w:rPr>
                <w:sz w:val="16"/>
              </w:rPr>
              <w:t>City</w:t>
            </w:r>
          </w:p>
        </w:tc>
        <w:tc>
          <w:tcPr>
            <w:tcW w:type="dxa" w:w="3172"/>
          </w:tcPr>
          <w:p>
            <w:pPr>
              <w:spacing w:after="0"/>
              <w:jc w:val="left"/>
            </w:pPr>
            <w:r>
              <w:rPr>
                <w:sz w:val="16"/>
              </w:rPr>
              <w:t>Plan 111469 approved 2026-09-11, pending adoption here; not yet eligible</w:t>
            </w:r>
          </w:p>
        </w:tc>
        <w:tc>
          <w:tcPr>
            <w:tcW w:type="dxa" w:w="2925"/>
          </w:tcPr>
          <w:p>
            <w:pPr>
              <w:spacing w:after="0"/>
              <w:jc w:val="right"/>
            </w:pPr>
            <w:r>
              <w:rPr>
                <w:sz w:val="16"/>
              </w:rPr>
              <w:t>FMA RL 0, SRL 0; any 0</w:t>
            </w:r>
          </w:p>
        </w:tc>
        <w:tc>
          <w:tcPr>
            <w:tcW w:type="dxa" w:w="2058"/>
          </w:tcPr>
          <w:p>
            <w:pPr>
              <w:spacing w:after="0"/>
              <w:jc w:val="right"/>
            </w:pPr>
            <w:r>
              <w:rPr>
                <w:sz w:val="16"/>
              </w:rPr>
              <w:t>$70,096.41</w:t>
            </w:r>
          </w:p>
        </w:tc>
        <w:tc>
          <w:tcPr>
            <w:tcW w:type="dxa" w:w="2553"/>
          </w:tcPr>
          <w:p>
            <w:pPr>
              <w:spacing w:after="0"/>
              <w:jc w:val="right"/>
            </w:pPr>
            <w:r>
              <w:rPr>
                <w:sz w:val="16"/>
              </w:rPr>
              <w:t>39; no approved plan</w:t>
            </w:r>
          </w:p>
        </w:tc>
        <w:tc>
          <w:tcPr>
            <w:tcW w:type="dxa" w:w="89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111469 was approved by FEMA on 2026-09-11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4"/>
        <w:gridCol w:w="1051"/>
        <w:gridCol w:w="948"/>
        <w:gridCol w:w="1126"/>
        <w:gridCol w:w="1209"/>
        <w:gridCol w:w="1305"/>
        <w:gridCol w:w="1238"/>
        <w:gridCol w:w="1160"/>
        <w:gridCol w:w="1160"/>
        <w:gridCol w:w="134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6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$766,718,118</w:t>
            </w:r>
          </w:p>
        </w:tc>
        <w:tc>
          <w:tcPr>
            <w:tcW w:type="dxa" w:w="1144"/>
          </w:tcPr>
          <w:p>
            <w:pPr>
              <w:spacing w:after="0"/>
              <w:jc w:val="right"/>
            </w:pPr>
            <w:r>
              <w:rPr>
                <w:sz w:val="16"/>
              </w:rPr>
              <w:t>$37,031,780</w:t>
            </w:r>
          </w:p>
        </w:tc>
        <w:tc>
          <w:tcPr>
            <w:tcW w:type="dxa" w:w="1051"/>
          </w:tcPr>
          <w:p>
            <w:pPr>
              <w:spacing w:after="0"/>
              <w:jc w:val="right"/>
            </w:pPr>
            <w:r>
              <w:rPr>
                <w:sz w:val="16"/>
              </w:rPr>
              <w:t>945</w:t>
            </w:r>
          </w:p>
        </w:tc>
        <w:tc>
          <w:tcPr>
            <w:tcW w:type="dxa" w:w="948"/>
          </w:tcPr>
          <w:p>
            <w:pPr>
              <w:spacing w:after="0"/>
              <w:jc w:val="right"/>
            </w:pPr>
            <w:r>
              <w:rPr>
                <w:sz w:val="16"/>
              </w:rPr>
              <w:t>$250</w:t>
            </w:r>
          </w:p>
        </w:tc>
        <w:tc>
          <w:tcPr>
            <w:tcW w:type="dxa" w:w="1126"/>
          </w:tcPr>
          <w:p>
            <w:pPr>
              <w:spacing w:after="0"/>
              <w:jc w:val="right"/>
            </w:pPr>
            <w:r>
              <w:rPr>
                <w:sz w:val="16"/>
              </w:rPr>
              <w:t>$98,575</w:t>
            </w:r>
          </w:p>
        </w:tc>
        <w:tc>
          <w:tcPr>
            <w:tcW w:type="dxa" w:w="1209"/>
          </w:tcPr>
          <w:p>
            <w:pPr>
              <w:spacing w:after="0"/>
              <w:jc w:val="right"/>
            </w:pPr>
            <w:r>
              <w:rPr>
                <w:sz w:val="16"/>
              </w:rPr>
              <w:t>$134,013</w:t>
            </w:r>
          </w:p>
        </w:tc>
        <w:tc>
          <w:tcPr>
            <w:tcW w:type="dxa" w:w="1305"/>
          </w:tcPr>
          <w:p>
            <w:pPr>
              <w:spacing w:after="0"/>
              <w:jc w:val="right"/>
            </w:pPr>
            <w:r>
              <w:rPr>
                <w:sz w:val="16"/>
              </w:rPr>
              <w:t>under 0.0001%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4"/>
          </w:tcPr>
          <w:p>
            <w:pPr>
              <w:spacing w:after="0"/>
              <w:jc w:val="right"/>
            </w:pPr>
            <w:r>
              <w:rPr>
                <w:sz w:val="16"/>
              </w:rPr>
              <w:t>$4,984,595</w:t>
            </w:r>
          </w:p>
        </w:tc>
        <w:tc>
          <w:tcPr>
            <w:tcW w:type="dxa" w:w="1051"/>
          </w:tcPr>
          <w:p>
            <w:pPr>
              <w:spacing w:after="0"/>
              <w:jc w:val="right"/>
            </w:pPr>
          </w:p>
        </w:tc>
        <w:tc>
          <w:tcPr>
            <w:tcW w:type="dxa" w:w="948"/>
          </w:tcPr>
          <w:p>
            <w:pPr>
              <w:spacing w:after="0"/>
              <w:jc w:val="right"/>
            </w:pPr>
          </w:p>
        </w:tc>
        <w:tc>
          <w:tcPr>
            <w:tcW w:type="dxa" w:w="1126"/>
          </w:tcPr>
          <w:p>
            <w:pPr>
              <w:spacing w:after="0"/>
              <w:jc w:val="right"/>
            </w:pPr>
            <w:r>
              <w:rPr>
                <w:sz w:val="16"/>
              </w:rPr>
              <w:t>$4,020</w:t>
            </w:r>
          </w:p>
        </w:tc>
        <w:tc>
          <w:tcPr>
            <w:tcW w:type="dxa" w:w="1209"/>
          </w:tcPr>
          <w:p>
            <w:pPr>
              <w:spacing w:after="0"/>
              <w:jc w:val="right"/>
            </w:pPr>
          </w:p>
        </w:tc>
        <w:tc>
          <w:tcPr>
            <w:tcW w:type="dxa" w:w="1305"/>
          </w:tcPr>
          <w:p>
            <w:pPr>
              <w:spacing w:after="0"/>
              <w:jc w:val="right"/>
            </w:pPr>
            <w:r>
              <w:rPr>
                <w:sz w:val="16"/>
              </w:rPr>
              <w:t>0.0806% (agriculture)</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$1,325,219,275</w:t>
            </w:r>
          </w:p>
        </w:tc>
        <w:tc>
          <w:tcPr>
            <w:tcW w:type="dxa" w:w="1144"/>
          </w:tcPr>
          <w:p>
            <w:pPr>
              <w:spacing w:after="0"/>
              <w:jc w:val="right"/>
            </w:pPr>
          </w:p>
        </w:tc>
        <w:tc>
          <w:tcPr>
            <w:tcW w:type="dxa" w:w="1051"/>
          </w:tcPr>
          <w:p>
            <w:pPr>
              <w:spacing w:after="0"/>
              <w:jc w:val="right"/>
            </w:pPr>
            <w:r>
              <w:rPr>
                <w:sz w:val="16"/>
              </w:rPr>
              <w:t>945</w:t>
            </w:r>
          </w:p>
        </w:tc>
        <w:tc>
          <w:tcPr>
            <w:tcW w:type="dxa" w:w="948"/>
          </w:tcPr>
          <w:p>
            <w:pPr>
              <w:spacing w:after="0"/>
              <w:jc w:val="right"/>
            </w:pPr>
            <w:r>
              <w:rPr>
                <w:sz w:val="16"/>
              </w:rPr>
              <w:t>$2,412</w:t>
            </w:r>
          </w:p>
        </w:tc>
        <w:tc>
          <w:tcPr>
            <w:tcW w:type="dxa" w:w="1126"/>
          </w:tcPr>
          <w:p>
            <w:pPr>
              <w:spacing w:after="0"/>
              <w:jc w:val="right"/>
            </w:pPr>
          </w:p>
        </w:tc>
        <w:tc>
          <w:tcPr>
            <w:tcW w:type="dxa" w:w="1209"/>
          </w:tcPr>
          <w:p>
            <w:pPr>
              <w:spacing w:after="0"/>
              <w:jc w:val="right"/>
            </w:pPr>
            <w:r>
              <w:rPr>
                <w:sz w:val="16"/>
              </w:rPr>
              <w:t>$230</w:t>
            </w:r>
          </w:p>
        </w:tc>
        <w:tc>
          <w:tcPr>
            <w:tcW w:type="dxa" w:w="1305"/>
          </w:tcPr>
          <w:p>
            <w:pPr>
              <w:spacing w:after="0"/>
              <w:jc w:val="right"/>
            </w:pPr>
            <w:r>
              <w:rPr>
                <w:sz w:val="16"/>
              </w:rPr>
              <w:t>0.000182%</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$766,718,118</w:t>
            </w:r>
          </w:p>
        </w:tc>
        <w:tc>
          <w:tcPr>
            <w:tcW w:type="dxa" w:w="1144"/>
          </w:tcPr>
          <w:p>
            <w:pPr>
              <w:spacing w:after="0"/>
              <w:jc w:val="right"/>
            </w:pPr>
            <w:r>
              <w:rPr>
                <w:sz w:val="16"/>
              </w:rPr>
              <w:t>$37,031,780</w:t>
            </w:r>
          </w:p>
        </w:tc>
        <w:tc>
          <w:tcPr>
            <w:tcW w:type="dxa" w:w="1051"/>
          </w:tcPr>
          <w:p>
            <w:pPr>
              <w:spacing w:after="0"/>
              <w:jc w:val="right"/>
            </w:pPr>
            <w:r>
              <w:rPr>
                <w:sz w:val="16"/>
              </w:rPr>
              <w:t>945</w:t>
            </w:r>
          </w:p>
        </w:tc>
        <w:tc>
          <w:tcPr>
            <w:tcW w:type="dxa" w:w="948"/>
          </w:tcPr>
          <w:p>
            <w:pPr>
              <w:spacing w:after="0"/>
              <w:jc w:val="right"/>
            </w:pPr>
            <w:r>
              <w:rPr>
                <w:sz w:val="16"/>
              </w:rPr>
              <w:t>$140,803</w:t>
            </w:r>
          </w:p>
        </w:tc>
        <w:tc>
          <w:tcPr>
            <w:tcW w:type="dxa" w:w="1126"/>
          </w:tcPr>
          <w:p>
            <w:pPr>
              <w:spacing w:after="0"/>
              <w:jc w:val="right"/>
            </w:pPr>
            <w:r>
              <w:rPr>
                <w:sz w:val="16"/>
              </w:rPr>
              <w:t>$32,194</w:t>
            </w:r>
          </w:p>
        </w:tc>
        <w:tc>
          <w:tcPr>
            <w:tcW w:type="dxa" w:w="1209"/>
          </w:tcPr>
          <w:p>
            <w:pPr>
              <w:spacing w:after="0"/>
              <w:jc w:val="right"/>
            </w:pPr>
            <w:r>
              <w:rPr>
                <w:sz w:val="16"/>
              </w:rPr>
              <w:t>$136,084</w:t>
            </w:r>
          </w:p>
        </w:tc>
        <w:tc>
          <w:tcPr>
            <w:tcW w:type="dxa" w:w="1305"/>
          </w:tcPr>
          <w:p>
            <w:pPr>
              <w:spacing w:after="0"/>
              <w:jc w:val="right"/>
            </w:pPr>
            <w:r>
              <w:rPr>
                <w:sz w:val="16"/>
              </w:rPr>
              <w:t>0.0184%</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$766,718,118</w:t>
            </w:r>
          </w:p>
        </w:tc>
        <w:tc>
          <w:tcPr>
            <w:tcW w:type="dxa" w:w="1144"/>
          </w:tcPr>
          <w:p>
            <w:pPr>
              <w:spacing w:after="0"/>
              <w:jc w:val="right"/>
            </w:pPr>
            <w:r>
              <w:rPr>
                <w:sz w:val="16"/>
              </w:rPr>
              <w:t>$37,031,780</w:t>
            </w:r>
          </w:p>
        </w:tc>
        <w:tc>
          <w:tcPr>
            <w:tcW w:type="dxa" w:w="1051"/>
          </w:tcPr>
          <w:p>
            <w:pPr>
              <w:spacing w:after="0"/>
              <w:jc w:val="right"/>
            </w:pPr>
            <w:r>
              <w:rPr>
                <w:sz w:val="16"/>
              </w:rPr>
              <w:t>945</w:t>
            </w:r>
          </w:p>
        </w:tc>
        <w:tc>
          <w:tcPr>
            <w:tcW w:type="dxa" w:w="948"/>
          </w:tcPr>
          <w:p>
            <w:pPr>
              <w:spacing w:after="0"/>
              <w:jc w:val="right"/>
            </w:pPr>
            <w:r>
              <w:rPr>
                <w:sz w:val="16"/>
              </w:rPr>
              <w:t>$65</w:t>
            </w:r>
          </w:p>
        </w:tc>
        <w:tc>
          <w:tcPr>
            <w:tcW w:type="dxa" w:w="1126"/>
          </w:tcPr>
          <w:p>
            <w:pPr>
              <w:spacing w:after="0"/>
              <w:jc w:val="right"/>
            </w:pPr>
            <w:r>
              <w:rPr>
                <w:sz w:val="16"/>
              </w:rPr>
              <w:t>under $1</w:t>
            </w:r>
          </w:p>
        </w:tc>
        <w:tc>
          <w:tcPr>
            <w:tcW w:type="dxa" w:w="1209"/>
          </w:tcPr>
          <w:p>
            <w:pPr>
              <w:spacing w:after="0"/>
              <w:jc w:val="right"/>
            </w:pPr>
            <w:r>
              <w:rPr>
                <w:sz w:val="16"/>
              </w:rPr>
              <w:t>$2,708</w:t>
            </w:r>
          </w:p>
        </w:tc>
        <w:tc>
          <w:tcPr>
            <w:tcW w:type="dxa" w:w="1305"/>
          </w:tcPr>
          <w:p>
            <w:pPr>
              <w:spacing w:after="0"/>
              <w:jc w:val="right"/>
            </w:pPr>
            <w:r>
              <w:rPr>
                <w:sz w:val="16"/>
              </w:rPr>
              <w:t>under 0.0001%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$766,718,118</w:t>
            </w:r>
          </w:p>
        </w:tc>
        <w:tc>
          <w:tcPr>
            <w:tcW w:type="dxa" w:w="1144"/>
          </w:tcPr>
          <w:p>
            <w:pPr>
              <w:spacing w:after="0"/>
              <w:jc w:val="right"/>
            </w:pPr>
          </w:p>
        </w:tc>
        <w:tc>
          <w:tcPr>
            <w:tcW w:type="dxa" w:w="1051"/>
          </w:tcPr>
          <w:p>
            <w:pPr>
              <w:spacing w:after="0"/>
              <w:jc w:val="right"/>
            </w:pPr>
            <w:r>
              <w:rPr>
                <w:sz w:val="16"/>
              </w:rPr>
              <w:t>945</w:t>
            </w:r>
          </w:p>
        </w:tc>
        <w:tc>
          <w:tcPr>
            <w:tcW w:type="dxa" w:w="948"/>
          </w:tcPr>
          <w:p>
            <w:pPr>
              <w:spacing w:after="0"/>
              <w:jc w:val="right"/>
            </w:pPr>
            <w:r>
              <w:rPr>
                <w:sz w:val="16"/>
              </w:rPr>
              <w:t>$26,779</w:t>
            </w:r>
          </w:p>
        </w:tc>
        <w:tc>
          <w:tcPr>
            <w:tcW w:type="dxa" w:w="1126"/>
          </w:tcPr>
          <w:p>
            <w:pPr>
              <w:spacing w:after="0"/>
              <w:jc w:val="right"/>
            </w:pPr>
          </w:p>
        </w:tc>
        <w:tc>
          <w:tcPr>
            <w:tcW w:type="dxa" w:w="1209"/>
          </w:tcPr>
          <w:p>
            <w:pPr>
              <w:spacing w:after="0"/>
              <w:jc w:val="right"/>
            </w:pPr>
            <w:r>
              <w:rPr>
                <w:sz w:val="16"/>
              </w:rPr>
              <w:t>$3,476</w:t>
            </w:r>
          </w:p>
        </w:tc>
        <w:tc>
          <w:tcPr>
            <w:tcW w:type="dxa" w:w="1305"/>
          </w:tcPr>
          <w:p>
            <w:pPr>
              <w:spacing w:after="0"/>
              <w:jc w:val="right"/>
            </w:pPr>
            <w:r>
              <w:rPr>
                <w:sz w:val="16"/>
              </w:rPr>
              <w:t>0.00349%</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$766,542,191</w:t>
            </w:r>
          </w:p>
        </w:tc>
        <w:tc>
          <w:tcPr>
            <w:tcW w:type="dxa" w:w="1144"/>
          </w:tcPr>
          <w:p>
            <w:pPr>
              <w:spacing w:after="0"/>
              <w:jc w:val="right"/>
            </w:pPr>
            <w:r>
              <w:rPr>
                <w:sz w:val="16"/>
              </w:rPr>
              <w:t>under $1</w:t>
            </w:r>
          </w:p>
        </w:tc>
        <w:tc>
          <w:tcPr>
            <w:tcW w:type="dxa" w:w="1051"/>
          </w:tcPr>
          <w:p>
            <w:pPr>
              <w:spacing w:after="0"/>
              <w:jc w:val="right"/>
            </w:pPr>
            <w:r>
              <w:rPr>
                <w:sz w:val="16"/>
              </w:rPr>
              <w:t>57</w:t>
            </w:r>
          </w:p>
        </w:tc>
        <w:tc>
          <w:tcPr>
            <w:tcW w:type="dxa" w:w="948"/>
          </w:tcPr>
          <w:p>
            <w:pPr>
              <w:spacing w:after="0"/>
              <w:jc w:val="right"/>
            </w:pPr>
            <w:r>
              <w:rPr>
                <w:sz w:val="16"/>
              </w:rPr>
              <w:t>$722,864</w:t>
            </w:r>
          </w:p>
        </w:tc>
        <w:tc>
          <w:tcPr>
            <w:tcW w:type="dxa" w:w="1126"/>
          </w:tcPr>
          <w:p>
            <w:pPr>
              <w:spacing w:after="0"/>
              <w:jc w:val="right"/>
            </w:pPr>
            <w:r>
              <w:rPr>
                <w:sz w:val="16"/>
              </w:rPr>
              <w:t>under $1</w:t>
            </w:r>
          </w:p>
        </w:tc>
        <w:tc>
          <w:tcPr>
            <w:tcW w:type="dxa" w:w="1209"/>
          </w:tcPr>
          <w:p>
            <w:pPr>
              <w:spacing w:after="0"/>
              <w:jc w:val="right"/>
            </w:pPr>
            <w:r>
              <w:rPr>
                <w:sz w:val="16"/>
              </w:rPr>
              <w:t>$497</w:t>
            </w:r>
          </w:p>
        </w:tc>
        <w:tc>
          <w:tcPr>
            <w:tcW w:type="dxa" w:w="1305"/>
          </w:tcPr>
          <w:p>
            <w:pPr>
              <w:spacing w:after="0"/>
              <w:jc w:val="right"/>
            </w:pPr>
            <w:r>
              <w:rPr>
                <w:sz w:val="16"/>
              </w:rPr>
              <w:t>n/a (see note)</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$22,587,495</w:t>
            </w:r>
          </w:p>
        </w:tc>
        <w:tc>
          <w:tcPr>
            <w:tcW w:type="dxa" w:w="1144"/>
          </w:tcPr>
          <w:p>
            <w:pPr>
              <w:spacing w:after="0"/>
              <w:jc w:val="right"/>
            </w:pPr>
          </w:p>
        </w:tc>
        <w:tc>
          <w:tcPr>
            <w:tcW w:type="dxa" w:w="1051"/>
          </w:tcPr>
          <w:p>
            <w:pPr>
              <w:spacing w:after="0"/>
              <w:jc w:val="right"/>
            </w:pPr>
            <w:r>
              <w:rPr>
                <w:sz w:val="16"/>
              </w:rPr>
              <w:t>22</w:t>
            </w:r>
          </w:p>
        </w:tc>
        <w:tc>
          <w:tcPr>
            <w:tcW w:type="dxa" w:w="948"/>
          </w:tcPr>
          <w:p>
            <w:pPr>
              <w:spacing w:after="0"/>
              <w:jc w:val="right"/>
            </w:pPr>
            <w:r>
              <w:rPr>
                <w:sz w:val="16"/>
              </w:rPr>
              <w:t>$151</w:t>
            </w:r>
          </w:p>
        </w:tc>
        <w:tc>
          <w:tcPr>
            <w:tcW w:type="dxa" w:w="1126"/>
          </w:tcPr>
          <w:p>
            <w:pPr>
              <w:spacing w:after="0"/>
              <w:jc w:val="right"/>
            </w:pPr>
          </w:p>
        </w:tc>
        <w:tc>
          <w:tcPr>
            <w:tcW w:type="dxa" w:w="1209"/>
          </w:tcPr>
          <w:p>
            <w:pPr>
              <w:spacing w:after="0"/>
              <w:jc w:val="right"/>
            </w:pPr>
            <w:r>
              <w:rPr>
                <w:sz w:val="16"/>
              </w:rPr>
              <w:t>$65</w:t>
            </w:r>
          </w:p>
        </w:tc>
        <w:tc>
          <w:tcPr>
            <w:tcW w:type="dxa" w:w="1305"/>
          </w:tcPr>
          <w:p>
            <w:pPr>
              <w:spacing w:after="0"/>
              <w:jc w:val="right"/>
            </w:pPr>
            <w:r>
              <w:rPr>
                <w:sz w:val="16"/>
              </w:rPr>
              <w:t>0.00067%</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$766,718,118</w:t>
            </w:r>
          </w:p>
        </w:tc>
        <w:tc>
          <w:tcPr>
            <w:tcW w:type="dxa" w:w="1144"/>
          </w:tcPr>
          <w:p>
            <w:pPr>
              <w:spacing w:after="0"/>
              <w:jc w:val="right"/>
            </w:pPr>
          </w:p>
        </w:tc>
        <w:tc>
          <w:tcPr>
            <w:tcW w:type="dxa" w:w="1051"/>
          </w:tcPr>
          <w:p>
            <w:pPr>
              <w:spacing w:after="0"/>
              <w:jc w:val="right"/>
            </w:pPr>
            <w:r>
              <w:rPr>
                <w:sz w:val="16"/>
              </w:rPr>
              <w:t>945</w:t>
            </w:r>
          </w:p>
        </w:tc>
        <w:tc>
          <w:tcPr>
            <w:tcW w:type="dxa" w:w="948"/>
          </w:tcPr>
          <w:p>
            <w:pPr>
              <w:spacing w:after="0"/>
              <w:jc w:val="right"/>
            </w:pPr>
            <w:r>
              <w:rPr>
                <w:sz w:val="16"/>
              </w:rPr>
              <w:t>$755</w:t>
            </w:r>
          </w:p>
        </w:tc>
        <w:tc>
          <w:tcPr>
            <w:tcW w:type="dxa" w:w="1126"/>
          </w:tcPr>
          <w:p>
            <w:pPr>
              <w:spacing w:after="0"/>
              <w:jc w:val="right"/>
            </w:pPr>
          </w:p>
        </w:tc>
        <w:tc>
          <w:tcPr>
            <w:tcW w:type="dxa" w:w="1209"/>
          </w:tcPr>
          <w:p>
            <w:pPr>
              <w:spacing w:after="0"/>
              <w:jc w:val="right"/>
            </w:pPr>
            <w:r>
              <w:rPr>
                <w:sz w:val="16"/>
              </w:rPr>
              <w:t>$9,247</w:t>
            </w:r>
          </w:p>
        </w:tc>
        <w:tc>
          <w:tcPr>
            <w:tcW w:type="dxa" w:w="1305"/>
          </w:tcPr>
          <w:p>
            <w:pPr>
              <w:spacing w:after="0"/>
              <w:jc w:val="right"/>
            </w:pPr>
            <w:r>
              <w:rPr>
                <w:sz w:val="16"/>
              </w:rPr>
              <w:t>under 0.0001%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$766,718,118</w:t>
            </w:r>
          </w:p>
        </w:tc>
        <w:tc>
          <w:tcPr>
            <w:tcW w:type="dxa" w:w="1144"/>
          </w:tcPr>
          <w:p>
            <w:pPr>
              <w:spacing w:after="0"/>
              <w:jc w:val="right"/>
            </w:pPr>
            <w:r>
              <w:rPr>
                <w:sz w:val="16"/>
              </w:rPr>
              <w:t>$37,031,780</w:t>
            </w:r>
          </w:p>
        </w:tc>
        <w:tc>
          <w:tcPr>
            <w:tcW w:type="dxa" w:w="1051"/>
          </w:tcPr>
          <w:p>
            <w:pPr>
              <w:spacing w:after="0"/>
              <w:jc w:val="right"/>
            </w:pPr>
            <w:r>
              <w:rPr>
                <w:sz w:val="16"/>
              </w:rPr>
              <w:t>945</w:t>
            </w:r>
          </w:p>
        </w:tc>
        <w:tc>
          <w:tcPr>
            <w:tcW w:type="dxa" w:w="948"/>
          </w:tcPr>
          <w:p>
            <w:pPr>
              <w:spacing w:after="0"/>
              <w:jc w:val="right"/>
            </w:pPr>
            <w:r>
              <w:rPr>
                <w:sz w:val="16"/>
              </w:rPr>
              <w:t>$61,923</w:t>
            </w:r>
          </w:p>
        </w:tc>
        <w:tc>
          <w:tcPr>
            <w:tcW w:type="dxa" w:w="1126"/>
          </w:tcPr>
          <w:p>
            <w:pPr>
              <w:spacing w:after="0"/>
              <w:jc w:val="right"/>
            </w:pPr>
            <w:r>
              <w:rPr>
                <w:sz w:val="16"/>
              </w:rPr>
              <w:t>$12,550</w:t>
            </w:r>
          </w:p>
        </w:tc>
        <w:tc>
          <w:tcPr>
            <w:tcW w:type="dxa" w:w="1209"/>
          </w:tcPr>
          <w:p>
            <w:pPr>
              <w:spacing w:after="0"/>
              <w:jc w:val="right"/>
            </w:pPr>
            <w:r>
              <w:rPr>
                <w:sz w:val="16"/>
              </w:rPr>
              <w:t>$47,777</w:t>
            </w:r>
          </w:p>
        </w:tc>
        <w:tc>
          <w:tcPr>
            <w:tcW w:type="dxa" w:w="1305"/>
          </w:tcPr>
          <w:p>
            <w:pPr>
              <w:spacing w:after="0"/>
              <w:jc w:val="right"/>
            </w:pPr>
            <w:r>
              <w:rPr>
                <w:sz w:val="16"/>
              </w:rPr>
              <w:t>0.00808%</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$766,718,118</w:t>
            </w:r>
          </w:p>
        </w:tc>
        <w:tc>
          <w:tcPr>
            <w:tcW w:type="dxa" w:w="1144"/>
          </w:tcPr>
          <w:p>
            <w:pPr>
              <w:spacing w:after="0"/>
              <w:jc w:val="right"/>
            </w:pPr>
            <w:r>
              <w:rPr>
                <w:sz w:val="16"/>
              </w:rPr>
              <w:t>$37,031,780</w:t>
            </w:r>
          </w:p>
        </w:tc>
        <w:tc>
          <w:tcPr>
            <w:tcW w:type="dxa" w:w="1051"/>
          </w:tcPr>
          <w:p>
            <w:pPr>
              <w:spacing w:after="0"/>
              <w:jc w:val="right"/>
            </w:pPr>
            <w:r>
              <w:rPr>
                <w:sz w:val="16"/>
              </w:rPr>
              <w:t>945</w:t>
            </w:r>
          </w:p>
        </w:tc>
        <w:tc>
          <w:tcPr>
            <w:tcW w:type="dxa" w:w="948"/>
          </w:tcPr>
          <w:p>
            <w:pPr>
              <w:spacing w:after="0"/>
              <w:jc w:val="right"/>
            </w:pPr>
            <w:r>
              <w:rPr>
                <w:sz w:val="16"/>
              </w:rPr>
              <w:t>$44,974</w:t>
            </w:r>
          </w:p>
        </w:tc>
        <w:tc>
          <w:tcPr>
            <w:tcW w:type="dxa" w:w="1126"/>
          </w:tcPr>
          <w:p>
            <w:pPr>
              <w:spacing w:after="0"/>
              <w:jc w:val="right"/>
            </w:pPr>
            <w:r>
              <w:rPr>
                <w:sz w:val="16"/>
              </w:rPr>
              <w:t>$872</w:t>
            </w:r>
          </w:p>
        </w:tc>
        <w:tc>
          <w:tcPr>
            <w:tcW w:type="dxa" w:w="1209"/>
          </w:tcPr>
          <w:p>
            <w:pPr>
              <w:spacing w:after="0"/>
              <w:jc w:val="right"/>
            </w:pPr>
            <w:r>
              <w:rPr>
                <w:sz w:val="16"/>
              </w:rPr>
              <w:t>$27,322</w:t>
            </w:r>
          </w:p>
        </w:tc>
        <w:tc>
          <w:tcPr>
            <w:tcW w:type="dxa" w:w="1305"/>
          </w:tcPr>
          <w:p>
            <w:pPr>
              <w:spacing w:after="0"/>
              <w:jc w:val="right"/>
            </w:pPr>
            <w:r>
              <w:rPr>
                <w:sz w:val="16"/>
              </w:rPr>
              <w:t>0.00587%</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$329,199,165</w:t>
            </w:r>
          </w:p>
        </w:tc>
        <w:tc>
          <w:tcPr>
            <w:tcW w:type="dxa" w:w="1144"/>
          </w:tcPr>
          <w:p>
            <w:pPr>
              <w:spacing w:after="0"/>
              <w:jc w:val="right"/>
            </w:pPr>
            <w:r>
              <w:rPr>
                <w:sz w:val="16"/>
              </w:rPr>
              <w:t>$22,293,088</w:t>
            </w:r>
          </w:p>
        </w:tc>
        <w:tc>
          <w:tcPr>
            <w:tcW w:type="dxa" w:w="1051"/>
          </w:tcPr>
          <w:p>
            <w:pPr>
              <w:spacing w:after="0"/>
              <w:jc w:val="right"/>
            </w:pPr>
            <w:r>
              <w:rPr>
                <w:sz w:val="16"/>
              </w:rPr>
              <w:t>663</w:t>
            </w:r>
          </w:p>
        </w:tc>
        <w:tc>
          <w:tcPr>
            <w:tcW w:type="dxa" w:w="948"/>
          </w:tcPr>
          <w:p>
            <w:pPr>
              <w:spacing w:after="0"/>
              <w:jc w:val="right"/>
            </w:pPr>
            <w:r>
              <w:rPr>
                <w:sz w:val="16"/>
              </w:rPr>
              <w:t>$175,716</w:t>
            </w:r>
          </w:p>
        </w:tc>
        <w:tc>
          <w:tcPr>
            <w:tcW w:type="dxa" w:w="1126"/>
          </w:tcPr>
          <w:p>
            <w:pPr>
              <w:spacing w:after="0"/>
              <w:jc w:val="right"/>
            </w:pPr>
            <w:r>
              <w:rPr>
                <w:sz w:val="16"/>
              </w:rPr>
              <w:t>$64</w:t>
            </w:r>
          </w:p>
        </w:tc>
        <w:tc>
          <w:tcPr>
            <w:tcW w:type="dxa" w:w="1209"/>
          </w:tcPr>
          <w:p>
            <w:pPr>
              <w:spacing w:after="0"/>
              <w:jc w:val="right"/>
            </w:pPr>
            <w:r>
              <w:rPr>
                <w:sz w:val="16"/>
              </w:rPr>
              <w:t>$2,833</w:t>
            </w:r>
          </w:p>
        </w:tc>
        <w:tc>
          <w:tcPr>
            <w:tcW w:type="dxa" w:w="1305"/>
          </w:tcPr>
          <w:p>
            <w:pPr>
              <w:spacing w:after="0"/>
              <w:jc w:val="right"/>
            </w:pPr>
            <w:r>
              <w:rPr>
                <w:sz w:val="16"/>
              </w:rPr>
              <w:t>0.0534%</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$766,718,118</w:t>
            </w:r>
          </w:p>
        </w:tc>
        <w:tc>
          <w:tcPr>
            <w:tcW w:type="dxa" w:w="1144"/>
          </w:tcPr>
          <w:p>
            <w:pPr>
              <w:spacing w:after="0"/>
              <w:jc w:val="right"/>
            </w:pPr>
            <w:r>
              <w:rPr>
                <w:sz w:val="16"/>
              </w:rPr>
              <w:t>$37,031,780</w:t>
            </w:r>
          </w:p>
        </w:tc>
        <w:tc>
          <w:tcPr>
            <w:tcW w:type="dxa" w:w="1051"/>
          </w:tcPr>
          <w:p>
            <w:pPr>
              <w:spacing w:after="0"/>
              <w:jc w:val="right"/>
            </w:pPr>
            <w:r>
              <w:rPr>
                <w:sz w:val="16"/>
              </w:rPr>
              <w:t>945</w:t>
            </w:r>
          </w:p>
        </w:tc>
        <w:tc>
          <w:tcPr>
            <w:tcW w:type="dxa" w:w="948"/>
          </w:tcPr>
          <w:p>
            <w:pPr>
              <w:spacing w:after="0"/>
              <w:jc w:val="right"/>
            </w:pPr>
            <w:r>
              <w:rPr>
                <w:sz w:val="16"/>
              </w:rPr>
              <w:t>$36,138</w:t>
            </w:r>
          </w:p>
        </w:tc>
        <w:tc>
          <w:tcPr>
            <w:tcW w:type="dxa" w:w="1126"/>
          </w:tcPr>
          <w:p>
            <w:pPr>
              <w:spacing w:after="0"/>
              <w:jc w:val="right"/>
            </w:pPr>
            <w:r>
              <w:rPr>
                <w:sz w:val="16"/>
              </w:rPr>
              <w:t>$39</w:t>
            </w:r>
          </w:p>
        </w:tc>
        <w:tc>
          <w:tcPr>
            <w:tcW w:type="dxa" w:w="1209"/>
          </w:tcPr>
          <w:p>
            <w:pPr>
              <w:spacing w:after="0"/>
              <w:jc w:val="right"/>
            </w:pPr>
            <w:r>
              <w:rPr>
                <w:sz w:val="16"/>
              </w:rPr>
              <w:t>$13,655</w:t>
            </w:r>
          </w:p>
        </w:tc>
        <w:tc>
          <w:tcPr>
            <w:tcW w:type="dxa" w:w="1305"/>
          </w:tcPr>
          <w:p>
            <w:pPr>
              <w:spacing w:after="0"/>
              <w:jc w:val="right"/>
            </w:pPr>
            <w:r>
              <w:rPr>
                <w:sz w:val="16"/>
              </w:rPr>
              <w:t>0.00471%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bl>
    <w:p>
      <w:pPr>
        <w:spacing w:after="40" w:before="60"/>
      </w:pPr>
      <w:r>
        <w:rPr>
          <w:sz w:val="15"/>
        </w:rPr>
        <w:t>Totals since the plan: not available. Plan 111469 was approved by FEMA on 2026-09-11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945</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$766,718,118</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$37,031,780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$1,361,144</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$377,908</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BILLINGS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Billings County</w:t>
            </w:r>
          </w:p>
        </w:tc>
        <w:tc>
          <w:tcPr>
            <w:tcW w:type="dxa" w:w="1555"/>
          </w:tcPr>
          <w:p>
            <w:pPr>
              <w:spacing w:after="0"/>
              <w:jc w:val="left"/>
            </w:pPr>
            <w:r>
              <w:rPr>
                <w:sz w:val="16"/>
              </w:rPr>
              <w:t>380005</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Medora city</w:t>
            </w:r>
          </w:p>
        </w:tc>
        <w:tc>
          <w:tcPr>
            <w:tcW w:type="dxa" w:w="1555"/>
          </w:tcPr>
          <w:p>
            <w:pPr>
              <w:spacing w:after="0"/>
              <w:jc w:val="left"/>
            </w:pPr>
            <w:r>
              <w:rPr>
                <w:sz w:val="16"/>
              </w:rPr>
              <w:t>380006</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Billings County, ND: risk-assessment baseline packet, release 2026-10 (data as of 2026-09-28; County area 38007).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Billings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Billings County, ND: Risk-assessment baseline packet</dc:title>
  <dc:subject>Hazard Plain release 2026-10, as of 2026-09-28. Preview: automated baseline</dc:subject>
  <dc:creator>Hazard Plain</dc:creator>
  <cp:keywords>Hazard Plain; hazard mitigation; risk assessment; 38007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