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Haywood County, NC</w:t>
      </w:r>
    </w:p>
    <w:p>
      <w:pPr>
        <w:spacing w:after="120" w:before="0"/>
      </w:pPr>
      <w:r>
        <w:rPr>
          <w:color w:val="555555"/>
          <w:sz w:val="24"/>
        </w:rPr>
        <w:t>Risk-assessment baseline packet</w:t>
      </w:r>
    </w:p>
    <w:p>
      <w:pPr>
        <w:spacing w:after="120" w:before="0"/>
      </w:pPr>
      <w:r>
        <w:rPr>
          <w:b/>
          <w:sz w:val="18"/>
        </w:rPr>
        <w:t xml:space="preserve">County FIPS: </w:t>
      </w:r>
      <w:r>
        <w:rPr>
          <w:sz w:val="18"/>
        </w:rPr>
        <w:t>37087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2027-09-12. Plan: Smoky Mountain Regional (FEMA plan 108483), approved 2022-09-13.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2022-09-13: 4 new hazard declarations (3 incidents) and 45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($19,682,369 a year), Cold Wave ($6,990,579) and Tornado ($1,371,596).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37087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2027-09-12</w:t>
      </w:r>
    </w:p>
    <w:p>
      <w:pPr>
        <w:keepNext/>
        <w:spacing w:after="40" w:before="0"/>
      </w:pPr>
      <w:r>
        <w:rPr>
          <w:b/>
        </w:rPr>
        <w:t xml:space="preserve">Plan: </w:t>
      </w:r>
      <w:r>
        <w:rPr/>
        <w:t>Smoky Mountain Regional (FEMA plan 108483)</w:t>
      </w:r>
    </w:p>
    <w:p>
      <w:pPr>
        <w:keepNext/>
        <w:spacing w:after="40" w:before="0"/>
      </w:pPr>
      <w:r>
        <w:rPr>
          <w:b/>
        </w:rPr>
        <w:t xml:space="preserve">Approved: </w:t>
      </w:r>
      <w:r>
        <w:rPr/>
        <w:t>2022-09-13</w:t>
      </w:r>
    </w:p>
    <w:p>
      <w:pPr>
        <w:keepNext/>
        <w:spacing w:after="40" w:before="0"/>
      </w:pPr>
      <w:r>
        <w:rPr>
          <w:b/>
        </w:rPr>
        <w:t xml:space="preserve">Days to expiry: </w:t>
      </w:r>
      <w:r>
        <w:rPr/>
        <w:t>347</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2022-09-13)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(3 incidents): EM-3586-NC (Hurricane Ian), EM-3617-NC (Hurricane Helene), DR-4827-NC (Tropical Storm Helene), EM-3637-NC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24, SRL 13 (44 CFR 77.2); any definition: 80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78"/>
        <w:gridCol w:w="1394"/>
        <w:gridCol w:w="2204"/>
        <w:gridCol w:w="3062"/>
        <w:gridCol w:w="1037"/>
        <w:gridCol w:w="1037"/>
        <w:gridCol w:w="865"/>
        <w:gridCol w:w="2836"/>
      </w:tblGrid>
      <w:tr>
        <w:trPr>
          <w:cantSplit/>
          <w:tblHeader/>
        </w:trPr>
        <w:tc>
          <w:tcPr>
            <w:tcW w:type="dxa" w:w="1678"/>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04"/>
            <w:shd w:val="clear" w:color="auto" w:fill="E8E8E8"/>
          </w:tcPr>
          <w:p>
            <w:pPr>
              <w:spacing w:after="0"/>
              <w:jc w:val="left"/>
            </w:pPr>
            <w:r>
              <w:rPr>
                <w:b/>
                <w:sz w:val="16"/>
              </w:rPr>
              <w:t>Status</w:t>
            </w:r>
          </w:p>
        </w:tc>
        <w:tc>
          <w:tcPr>
            <w:tcW w:type="dxa" w:w="306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36"/>
            <w:shd w:val="clear" w:color="auto" w:fill="E8E8E8"/>
          </w:tcPr>
          <w:p>
            <w:pPr>
              <w:spacing w:after="0"/>
              <w:jc w:val="left"/>
            </w:pPr>
            <w:r>
              <w:rPr>
                <w:b/>
                <w:sz w:val="16"/>
              </w:rPr>
              <w:t>Notes</w:t>
            </w:r>
          </w:p>
        </w:tc>
      </w:tr>
      <w:tr>
        <w:trPr>
          <w:cantSplit/>
        </w:trPr>
        <w:tc>
          <w:tcPr>
            <w:tcW w:type="dxa" w:w="1678"/>
          </w:tcPr>
          <w:p>
            <w:pPr>
              <w:spacing w:after="0"/>
              <w:jc w:val="left"/>
            </w:pPr>
            <w:r>
              <w:rPr>
                <w:sz w:val="16"/>
              </w:rPr>
              <w:t>Haywood County (unincorporated area)</w:t>
            </w:r>
          </w:p>
        </w:tc>
        <w:tc>
          <w:tcPr>
            <w:tcW w:type="dxa" w:w="1394"/>
          </w:tcPr>
          <w:p>
            <w:pPr>
              <w:spacing w:after="0"/>
              <w:jc w:val="left"/>
            </w:pPr>
            <w:r>
              <w:rPr>
                <w:sz w:val="16"/>
              </w:rPr>
              <w:t>Unincorporated</w:t>
            </w:r>
          </w:p>
        </w:tc>
        <w:tc>
          <w:tcPr>
            <w:tcW w:type="dxa" w:w="2204"/>
          </w:tcPr>
          <w:p>
            <w:pPr>
              <w:spacing w:after="0"/>
              <w:jc w:val="left"/>
            </w:pPr>
            <w:r>
              <w:rPr>
                <w:sz w:val="16"/>
              </w:rPr>
              <w:t>Approved, expires 2027-09-12</w:t>
            </w:r>
          </w:p>
        </w:tc>
        <w:tc>
          <w:tcPr>
            <w:tcW w:type="dxa" w:w="3062"/>
          </w:tcPr>
          <w:p>
            <w:pPr>
              <w:spacing w:after="0"/>
              <w:jc w:val="left"/>
            </w:pPr>
            <w:r>
              <w:rPr>
                <w:sz w:val="16"/>
              </w:rPr>
              <w:t>Smoky Mountain Regional (FEMA plan 108483)</w:t>
            </w:r>
          </w:p>
        </w:tc>
        <w:tc>
          <w:tcPr>
            <w:tcW w:type="dxa" w:w="1037"/>
          </w:tcPr>
          <w:p>
            <w:pPr>
              <w:spacing w:after="0"/>
              <w:jc w:val="left"/>
            </w:pPr>
            <w:r>
              <w:rPr>
                <w:sz w:val="16"/>
              </w:rPr>
              <w:t>2022-09-13</w:t>
            </w:r>
          </w:p>
        </w:tc>
        <w:tc>
          <w:tcPr>
            <w:tcW w:type="dxa" w:w="1037"/>
          </w:tcPr>
          <w:p>
            <w:pPr>
              <w:spacing w:after="0"/>
              <w:jc w:val="left"/>
            </w:pPr>
            <w:r>
              <w:rPr>
                <w:sz w:val="16"/>
              </w:rPr>
              <w:t>2027-09-12</w:t>
            </w:r>
          </w:p>
        </w:tc>
        <w:tc>
          <w:tcPr>
            <w:tcW w:type="dxa" w:w="865"/>
          </w:tcPr>
          <w:p>
            <w:pPr>
              <w:spacing w:after="0"/>
              <w:jc w:val="right"/>
            </w:pPr>
            <w:r>
              <w:rPr>
                <w:sz w:val="16"/>
              </w:rPr>
              <w:t>347</w:t>
            </w:r>
          </w:p>
        </w:tc>
        <w:tc>
          <w:tcPr>
            <w:tcW w:type="dxa" w:w="2836"/>
          </w:tcPr>
          <w:p>
            <w:pPr>
              <w:spacing w:after="0"/>
              <w:jc w:val="left"/>
            </w:pPr>
          </w:p>
        </w:tc>
      </w:tr>
      <w:tr>
        <w:trPr>
          <w:cantSplit/>
        </w:trPr>
        <w:tc>
          <w:tcPr>
            <w:tcW w:type="dxa" w:w="1678"/>
          </w:tcPr>
          <w:p>
            <w:pPr>
              <w:spacing w:after="0"/>
              <w:jc w:val="left"/>
            </w:pPr>
            <w:r>
              <w:rPr>
                <w:sz w:val="16"/>
              </w:rPr>
              <w:t>Canton town</w:t>
            </w:r>
          </w:p>
        </w:tc>
        <w:tc>
          <w:tcPr>
            <w:tcW w:type="dxa" w:w="1394"/>
          </w:tcPr>
          <w:p>
            <w:pPr>
              <w:spacing w:after="0"/>
              <w:jc w:val="left"/>
            </w:pPr>
            <w:r>
              <w:rPr>
                <w:sz w:val="16"/>
              </w:rPr>
              <w:t>Town</w:t>
            </w:r>
          </w:p>
        </w:tc>
        <w:tc>
          <w:tcPr>
            <w:tcW w:type="dxa" w:w="2204"/>
          </w:tcPr>
          <w:p>
            <w:pPr>
              <w:spacing w:after="0"/>
              <w:jc w:val="left"/>
            </w:pPr>
            <w:r>
              <w:rPr>
                <w:sz w:val="16"/>
              </w:rPr>
              <w:t>Approved, expires 2027-09-12</w:t>
            </w:r>
          </w:p>
        </w:tc>
        <w:tc>
          <w:tcPr>
            <w:tcW w:type="dxa" w:w="3062"/>
          </w:tcPr>
          <w:p>
            <w:pPr>
              <w:spacing w:after="0"/>
              <w:jc w:val="left"/>
            </w:pPr>
            <w:r>
              <w:rPr>
                <w:sz w:val="16"/>
              </w:rPr>
              <w:t>Smoky Mountain Regional (FEMA plan 108483)</w:t>
            </w:r>
          </w:p>
        </w:tc>
        <w:tc>
          <w:tcPr>
            <w:tcW w:type="dxa" w:w="1037"/>
          </w:tcPr>
          <w:p>
            <w:pPr>
              <w:spacing w:after="0"/>
              <w:jc w:val="left"/>
            </w:pPr>
            <w:r>
              <w:rPr>
                <w:sz w:val="16"/>
              </w:rPr>
              <w:t>2022-09-13</w:t>
            </w:r>
          </w:p>
        </w:tc>
        <w:tc>
          <w:tcPr>
            <w:tcW w:type="dxa" w:w="1037"/>
          </w:tcPr>
          <w:p>
            <w:pPr>
              <w:spacing w:after="0"/>
              <w:jc w:val="left"/>
            </w:pPr>
            <w:r>
              <w:rPr>
                <w:sz w:val="16"/>
              </w:rPr>
              <w:t>2027-09-12</w:t>
            </w:r>
          </w:p>
        </w:tc>
        <w:tc>
          <w:tcPr>
            <w:tcW w:type="dxa" w:w="865"/>
          </w:tcPr>
          <w:p>
            <w:pPr>
              <w:spacing w:after="0"/>
              <w:jc w:val="right"/>
            </w:pPr>
            <w:r>
              <w:rPr>
                <w:sz w:val="16"/>
              </w:rPr>
              <w:t>347</w:t>
            </w:r>
          </w:p>
        </w:tc>
        <w:tc>
          <w:tcPr>
            <w:tcW w:type="dxa" w:w="2836"/>
          </w:tcPr>
          <w:p>
            <w:pPr>
              <w:spacing w:after="0"/>
              <w:jc w:val="left"/>
            </w:pPr>
            <w:r>
              <w:rPr>
                <w:sz w:val="16"/>
              </w:rPr>
              <w:t>this jurisdiction approved 2022-11-08</w:t>
            </w:r>
          </w:p>
        </w:tc>
      </w:tr>
      <w:tr>
        <w:trPr>
          <w:cantSplit/>
        </w:trPr>
        <w:tc>
          <w:tcPr>
            <w:tcW w:type="dxa" w:w="1678"/>
          </w:tcPr>
          <w:p>
            <w:pPr>
              <w:spacing w:after="0"/>
              <w:jc w:val="left"/>
            </w:pPr>
            <w:r>
              <w:rPr>
                <w:sz w:val="16"/>
              </w:rPr>
              <w:t>Clyde town</w:t>
            </w:r>
          </w:p>
        </w:tc>
        <w:tc>
          <w:tcPr>
            <w:tcW w:type="dxa" w:w="1394"/>
          </w:tcPr>
          <w:p>
            <w:pPr>
              <w:spacing w:after="0"/>
              <w:jc w:val="left"/>
            </w:pPr>
            <w:r>
              <w:rPr>
                <w:sz w:val="16"/>
              </w:rPr>
              <w:t>Town</w:t>
            </w:r>
          </w:p>
        </w:tc>
        <w:tc>
          <w:tcPr>
            <w:tcW w:type="dxa" w:w="2204"/>
          </w:tcPr>
          <w:p>
            <w:pPr>
              <w:spacing w:after="0"/>
              <w:jc w:val="left"/>
            </w:pPr>
            <w:r>
              <w:rPr>
                <w:sz w:val="16"/>
              </w:rPr>
              <w:t>Approved, expires 2027-09-12</w:t>
            </w:r>
          </w:p>
        </w:tc>
        <w:tc>
          <w:tcPr>
            <w:tcW w:type="dxa" w:w="3062"/>
          </w:tcPr>
          <w:p>
            <w:pPr>
              <w:spacing w:after="0"/>
              <w:jc w:val="left"/>
            </w:pPr>
            <w:r>
              <w:rPr>
                <w:sz w:val="16"/>
              </w:rPr>
              <w:t>Smoky Mountain Regional (FEMA plan 108483)</w:t>
            </w:r>
          </w:p>
        </w:tc>
        <w:tc>
          <w:tcPr>
            <w:tcW w:type="dxa" w:w="1037"/>
          </w:tcPr>
          <w:p>
            <w:pPr>
              <w:spacing w:after="0"/>
              <w:jc w:val="left"/>
            </w:pPr>
            <w:r>
              <w:rPr>
                <w:sz w:val="16"/>
              </w:rPr>
              <w:t>2022-09-13</w:t>
            </w:r>
          </w:p>
        </w:tc>
        <w:tc>
          <w:tcPr>
            <w:tcW w:type="dxa" w:w="1037"/>
          </w:tcPr>
          <w:p>
            <w:pPr>
              <w:spacing w:after="0"/>
              <w:jc w:val="left"/>
            </w:pPr>
            <w:r>
              <w:rPr>
                <w:sz w:val="16"/>
              </w:rPr>
              <w:t>2027-09-12</w:t>
            </w:r>
          </w:p>
        </w:tc>
        <w:tc>
          <w:tcPr>
            <w:tcW w:type="dxa" w:w="865"/>
          </w:tcPr>
          <w:p>
            <w:pPr>
              <w:spacing w:after="0"/>
              <w:jc w:val="right"/>
            </w:pPr>
            <w:r>
              <w:rPr>
                <w:sz w:val="16"/>
              </w:rPr>
              <w:t>347</w:t>
            </w:r>
          </w:p>
        </w:tc>
        <w:tc>
          <w:tcPr>
            <w:tcW w:type="dxa" w:w="2836"/>
          </w:tcPr>
          <w:p>
            <w:pPr>
              <w:spacing w:after="0"/>
              <w:jc w:val="left"/>
            </w:pPr>
          </w:p>
        </w:tc>
      </w:tr>
      <w:tr>
        <w:trPr>
          <w:cantSplit/>
        </w:trPr>
        <w:tc>
          <w:tcPr>
            <w:tcW w:type="dxa" w:w="1678"/>
          </w:tcPr>
          <w:p>
            <w:pPr>
              <w:spacing w:after="0"/>
              <w:jc w:val="left"/>
            </w:pPr>
            <w:r>
              <w:rPr>
                <w:sz w:val="16"/>
              </w:rPr>
              <w:t>Maggie Valley town</w:t>
            </w:r>
          </w:p>
        </w:tc>
        <w:tc>
          <w:tcPr>
            <w:tcW w:type="dxa" w:w="1394"/>
          </w:tcPr>
          <w:p>
            <w:pPr>
              <w:spacing w:after="0"/>
              <w:jc w:val="left"/>
            </w:pPr>
            <w:r>
              <w:rPr>
                <w:sz w:val="16"/>
              </w:rPr>
              <w:t>Town</w:t>
            </w:r>
          </w:p>
        </w:tc>
        <w:tc>
          <w:tcPr>
            <w:tcW w:type="dxa" w:w="2204"/>
          </w:tcPr>
          <w:p>
            <w:pPr>
              <w:spacing w:after="0"/>
              <w:jc w:val="left"/>
            </w:pPr>
            <w:r>
              <w:rPr>
                <w:sz w:val="16"/>
              </w:rPr>
              <w:t>Approved, expires 2027-09-12</w:t>
            </w:r>
          </w:p>
        </w:tc>
        <w:tc>
          <w:tcPr>
            <w:tcW w:type="dxa" w:w="3062"/>
          </w:tcPr>
          <w:p>
            <w:pPr>
              <w:spacing w:after="0"/>
              <w:jc w:val="left"/>
            </w:pPr>
            <w:r>
              <w:rPr>
                <w:sz w:val="16"/>
              </w:rPr>
              <w:t>Smoky Mountain Regional (FEMA plan 108483)</w:t>
            </w:r>
          </w:p>
        </w:tc>
        <w:tc>
          <w:tcPr>
            <w:tcW w:type="dxa" w:w="1037"/>
          </w:tcPr>
          <w:p>
            <w:pPr>
              <w:spacing w:after="0"/>
              <w:jc w:val="left"/>
            </w:pPr>
            <w:r>
              <w:rPr>
                <w:sz w:val="16"/>
              </w:rPr>
              <w:t>2022-09-13</w:t>
            </w:r>
          </w:p>
        </w:tc>
        <w:tc>
          <w:tcPr>
            <w:tcW w:type="dxa" w:w="1037"/>
          </w:tcPr>
          <w:p>
            <w:pPr>
              <w:spacing w:after="0"/>
              <w:jc w:val="left"/>
            </w:pPr>
            <w:r>
              <w:rPr>
                <w:sz w:val="16"/>
              </w:rPr>
              <w:t>2027-09-12</w:t>
            </w:r>
          </w:p>
        </w:tc>
        <w:tc>
          <w:tcPr>
            <w:tcW w:type="dxa" w:w="865"/>
          </w:tcPr>
          <w:p>
            <w:pPr>
              <w:spacing w:after="0"/>
              <w:jc w:val="right"/>
            </w:pPr>
            <w:r>
              <w:rPr>
                <w:sz w:val="16"/>
              </w:rPr>
              <w:t>347</w:t>
            </w:r>
          </w:p>
        </w:tc>
        <w:tc>
          <w:tcPr>
            <w:tcW w:type="dxa" w:w="2836"/>
          </w:tcPr>
          <w:p>
            <w:pPr>
              <w:spacing w:after="0"/>
              <w:jc w:val="left"/>
            </w:pPr>
            <w:r>
              <w:rPr>
                <w:sz w:val="16"/>
              </w:rPr>
              <w:t>this jurisdiction approved 2022-11-08</w:t>
            </w:r>
          </w:p>
        </w:tc>
      </w:tr>
      <w:tr>
        <w:trPr>
          <w:cantSplit/>
        </w:trPr>
        <w:tc>
          <w:tcPr>
            <w:tcW w:type="dxa" w:w="1678"/>
          </w:tcPr>
          <w:p>
            <w:pPr>
              <w:spacing w:after="0"/>
              <w:jc w:val="left"/>
            </w:pPr>
            <w:r>
              <w:rPr>
                <w:sz w:val="16"/>
              </w:rPr>
              <w:t>Waynesville town</w:t>
            </w:r>
          </w:p>
        </w:tc>
        <w:tc>
          <w:tcPr>
            <w:tcW w:type="dxa" w:w="1394"/>
          </w:tcPr>
          <w:p>
            <w:pPr>
              <w:spacing w:after="0"/>
              <w:jc w:val="left"/>
            </w:pPr>
            <w:r>
              <w:rPr>
                <w:sz w:val="16"/>
              </w:rPr>
              <w:t>Town</w:t>
            </w:r>
          </w:p>
        </w:tc>
        <w:tc>
          <w:tcPr>
            <w:tcW w:type="dxa" w:w="2204"/>
          </w:tcPr>
          <w:p>
            <w:pPr>
              <w:spacing w:after="0"/>
              <w:jc w:val="left"/>
            </w:pPr>
            <w:r>
              <w:rPr>
                <w:sz w:val="16"/>
              </w:rPr>
              <w:t>Approved, expires 2027-09-12</w:t>
            </w:r>
          </w:p>
        </w:tc>
        <w:tc>
          <w:tcPr>
            <w:tcW w:type="dxa" w:w="3062"/>
          </w:tcPr>
          <w:p>
            <w:pPr>
              <w:spacing w:after="0"/>
              <w:jc w:val="left"/>
            </w:pPr>
            <w:r>
              <w:rPr>
                <w:sz w:val="16"/>
              </w:rPr>
              <w:t>Smoky Mountain Regional (FEMA plan 108483)</w:t>
            </w:r>
          </w:p>
        </w:tc>
        <w:tc>
          <w:tcPr>
            <w:tcW w:type="dxa" w:w="1037"/>
          </w:tcPr>
          <w:p>
            <w:pPr>
              <w:spacing w:after="0"/>
              <w:jc w:val="left"/>
            </w:pPr>
            <w:r>
              <w:rPr>
                <w:sz w:val="16"/>
              </w:rPr>
              <w:t>2022-09-13</w:t>
            </w:r>
          </w:p>
        </w:tc>
        <w:tc>
          <w:tcPr>
            <w:tcW w:type="dxa" w:w="1037"/>
          </w:tcPr>
          <w:p>
            <w:pPr>
              <w:spacing w:after="0"/>
              <w:jc w:val="left"/>
            </w:pPr>
            <w:r>
              <w:rPr>
                <w:sz w:val="16"/>
              </w:rPr>
              <w:t>2027-09-12</w:t>
            </w:r>
          </w:p>
        </w:tc>
        <w:tc>
          <w:tcPr>
            <w:tcW w:type="dxa" w:w="865"/>
          </w:tcPr>
          <w:p>
            <w:pPr>
              <w:spacing w:after="0"/>
              <w:jc w:val="right"/>
            </w:pPr>
            <w:r>
              <w:rPr>
                <w:sz w:val="16"/>
              </w:rPr>
              <w:t>347</w:t>
            </w:r>
          </w:p>
        </w:tc>
        <w:tc>
          <w:tcPr>
            <w:tcW w:type="dxa" w:w="2836"/>
          </w:tcPr>
          <w:p>
            <w:pPr>
              <w:spacing w:after="0"/>
              <w:jc w:val="left"/>
            </w:pPr>
            <w:r>
              <w:rPr>
                <w:sz w:val="16"/>
              </w:rPr>
              <w:t>this jurisdiction approved 2022-11-08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108483 covers 15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0"/>
        <w:gridCol w:w="1037"/>
        <w:gridCol w:w="1434"/>
        <w:gridCol w:w="1434"/>
        <w:gridCol w:w="1126"/>
        <w:gridCol w:w="1126"/>
        <w:gridCol w:w="1549"/>
        <w:gridCol w:w="1170"/>
        <w:gridCol w:w="1655"/>
        <w:gridCol w:w="2890"/>
      </w:tblGrid>
      <w:tr>
        <w:trPr>
          <w:cantSplit/>
          <w:tblHeader/>
        </w:trPr>
        <w:tc>
          <w:tcPr>
            <w:tcW w:type="dxa" w:w="69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34"/>
            <w:shd w:val="clear" w:color="auto" w:fill="E8E8E8"/>
          </w:tcPr>
          <w:p>
            <w:pPr>
              <w:spacing w:after="0"/>
              <w:jc w:val="left"/>
            </w:pPr>
            <w:r>
              <w:rPr>
                <w:b/>
                <w:sz w:val="16"/>
              </w:rPr>
              <w:t>NRI risk rating</w:t>
            </w:r>
          </w:p>
        </w:tc>
        <w:tc>
          <w:tcPr>
            <w:tcW w:type="dxa" w:w="143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4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5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890"/>
            <w:shd w:val="clear" w:color="auto" w:fill="E8E8E8"/>
          </w:tcPr>
          <w:p>
            <w:pPr>
              <w:spacing w:after="0"/>
              <w:jc w:val="left"/>
            </w:pPr>
            <w:r>
              <w:rPr>
                <w:b/>
                <w:sz w:val="16"/>
              </w:rPr>
              <w:t>Storm Events coverage note</w:t>
            </w:r>
          </w:p>
        </w:tc>
      </w:tr>
      <w:tr>
        <w:trPr>
          <w:cantSplit/>
        </w:trPr>
        <w:tc>
          <w:tcPr>
            <w:tcW w:type="dxa" w:w="690"/>
          </w:tcPr>
          <w:p>
            <w:pPr>
              <w:spacing w:after="0"/>
              <w:jc w:val="right"/>
            </w:pPr>
            <w:r>
              <w:rPr>
                <w:sz w:val="16"/>
              </w:rPr>
              <w:t>1</w:t>
            </w:r>
          </w:p>
        </w:tc>
        <w:tc>
          <w:tcPr>
            <w:tcW w:type="dxa" w:w="1037"/>
          </w:tcPr>
          <w:p>
            <w:pPr>
              <w:spacing w:after="0"/>
              <w:jc w:val="left"/>
            </w:pPr>
            <w:r>
              <w:rPr>
                <w:sz w:val="16"/>
              </w:rPr>
              <w:t>Inland Flooding</w:t>
            </w:r>
          </w:p>
        </w:tc>
        <w:tc>
          <w:tcPr>
            <w:tcW w:type="dxa" w:w="1434"/>
          </w:tcPr>
          <w:p>
            <w:pPr>
              <w:spacing w:after="0"/>
              <w:jc w:val="left"/>
            </w:pPr>
            <w:r>
              <w:rPr>
                <w:sz w:val="16"/>
              </w:rPr>
              <w:t>Relatively Moderate</w:t>
            </w:r>
          </w:p>
        </w:tc>
        <w:tc>
          <w:tcPr>
            <w:tcW w:type="dxa" w:w="1434"/>
          </w:tcPr>
          <w:p>
            <w:pPr>
              <w:spacing w:after="0"/>
              <w:jc w:val="left"/>
            </w:pPr>
            <w:r>
              <w:rPr>
                <w:sz w:val="16"/>
              </w:rPr>
              <w:t>Relatively Moderate</w:t>
            </w:r>
          </w:p>
        </w:tc>
        <w:tc>
          <w:tcPr>
            <w:tcW w:type="dxa" w:w="1126"/>
          </w:tcPr>
          <w:p>
            <w:pPr>
              <w:spacing w:after="0"/>
              <w:jc w:val="right"/>
            </w:pPr>
            <w:r>
              <w:rPr>
                <w:sz w:val="16"/>
              </w:rPr>
              <w:t>$16,802,950</w:t>
            </w:r>
          </w:p>
        </w:tc>
        <w:tc>
          <w:tcPr>
            <w:tcW w:type="dxa" w:w="1126"/>
          </w:tcPr>
          <w:p>
            <w:pPr>
              <w:spacing w:after="0"/>
              <w:jc w:val="right"/>
            </w:pPr>
            <w:r>
              <w:rPr>
                <w:sz w:val="16"/>
              </w:rPr>
              <w:t>$50,521</w:t>
            </w:r>
          </w:p>
        </w:tc>
        <w:tc>
          <w:tcPr>
            <w:tcW w:type="dxa" w:w="1549"/>
          </w:tcPr>
          <w:p>
            <w:pPr>
              <w:spacing w:after="0"/>
              <w:jc w:val="right"/>
            </w:pPr>
            <w:r>
              <w:rPr>
                <w:sz w:val="16"/>
              </w:rPr>
              <w:t>$2,828,898</w:t>
            </w:r>
          </w:p>
        </w:tc>
        <w:tc>
          <w:tcPr>
            <w:tcW w:type="dxa" w:w="1170"/>
          </w:tcPr>
          <w:p>
            <w:pPr>
              <w:spacing w:after="0"/>
              <w:jc w:val="right"/>
            </w:pPr>
            <w:r>
              <w:rPr>
                <w:sz w:val="16"/>
              </w:rPr>
              <w:t>$19,682,369</w:t>
            </w:r>
          </w:p>
        </w:tc>
        <w:tc>
          <w:tcPr>
            <w:tcW w:type="dxa" w:w="1655"/>
          </w:tcPr>
          <w:p>
            <w:pPr>
              <w:spacing w:after="0"/>
              <w:jc w:val="right"/>
            </w:pPr>
            <w:r>
              <w:rPr>
                <w:sz w:val="16"/>
              </w:rPr>
              <w:t>34</w:t>
            </w:r>
          </w:p>
        </w:tc>
        <w:tc>
          <w:tcPr>
            <w:tcW w:type="dxa" w:w="2890"/>
          </w:tcPr>
          <w:p>
            <w:pPr>
              <w:spacing w:after="0"/>
              <w:jc w:val="left"/>
            </w:pPr>
          </w:p>
        </w:tc>
      </w:tr>
      <w:tr>
        <w:trPr>
          <w:cantSplit/>
        </w:trPr>
        <w:tc>
          <w:tcPr>
            <w:tcW w:type="dxa" w:w="690"/>
          </w:tcPr>
          <w:p>
            <w:pPr>
              <w:spacing w:after="0"/>
              <w:jc w:val="right"/>
            </w:pPr>
            <w:r>
              <w:rPr>
                <w:sz w:val="16"/>
              </w:rPr>
              <w:t>2</w:t>
            </w:r>
          </w:p>
        </w:tc>
        <w:tc>
          <w:tcPr>
            <w:tcW w:type="dxa" w:w="1037"/>
          </w:tcPr>
          <w:p>
            <w:pPr>
              <w:spacing w:after="0"/>
              <w:jc w:val="left"/>
            </w:pPr>
            <w:r>
              <w:rPr>
                <w:sz w:val="16"/>
              </w:rPr>
              <w:t>Cold Wave</w:t>
            </w:r>
          </w:p>
        </w:tc>
        <w:tc>
          <w:tcPr>
            <w:tcW w:type="dxa" w:w="1434"/>
          </w:tcPr>
          <w:p>
            <w:pPr>
              <w:spacing w:after="0"/>
              <w:jc w:val="left"/>
            </w:pPr>
            <w:r>
              <w:rPr>
                <w:sz w:val="16"/>
              </w:rPr>
              <w:t>Relatively High</w:t>
            </w:r>
          </w:p>
        </w:tc>
        <w:tc>
          <w:tcPr>
            <w:tcW w:type="dxa" w:w="1434"/>
          </w:tcPr>
          <w:p>
            <w:pPr>
              <w:spacing w:after="0"/>
              <w:jc w:val="left"/>
            </w:pPr>
            <w:r>
              <w:rPr>
                <w:sz w:val="16"/>
              </w:rPr>
              <w:t>Relatively High</w:t>
            </w:r>
          </w:p>
        </w:tc>
        <w:tc>
          <w:tcPr>
            <w:tcW w:type="dxa" w:w="1126"/>
          </w:tcPr>
          <w:p>
            <w:pPr>
              <w:spacing w:after="0"/>
              <w:jc w:val="right"/>
            </w:pPr>
            <w:r>
              <w:rPr>
                <w:sz w:val="16"/>
              </w:rPr>
              <w:t>$657</w:t>
            </w:r>
          </w:p>
        </w:tc>
        <w:tc>
          <w:tcPr>
            <w:tcW w:type="dxa" w:w="1126"/>
          </w:tcPr>
          <w:p>
            <w:pPr>
              <w:spacing w:after="0"/>
              <w:jc w:val="right"/>
            </w:pPr>
            <w:r>
              <w:rPr>
                <w:sz w:val="16"/>
              </w:rPr>
              <w:t>$224,322</w:t>
            </w:r>
          </w:p>
        </w:tc>
        <w:tc>
          <w:tcPr>
            <w:tcW w:type="dxa" w:w="1549"/>
          </w:tcPr>
          <w:p>
            <w:pPr>
              <w:spacing w:after="0"/>
              <w:jc w:val="right"/>
            </w:pPr>
            <w:r>
              <w:rPr>
                <w:sz w:val="16"/>
              </w:rPr>
              <w:t>$6,765,600</w:t>
            </w:r>
          </w:p>
        </w:tc>
        <w:tc>
          <w:tcPr>
            <w:tcW w:type="dxa" w:w="1170"/>
          </w:tcPr>
          <w:p>
            <w:pPr>
              <w:spacing w:after="0"/>
              <w:jc w:val="right"/>
            </w:pPr>
            <w:r>
              <w:rPr>
                <w:sz w:val="16"/>
              </w:rPr>
              <w:t>$6,990,579</w:t>
            </w:r>
          </w:p>
        </w:tc>
        <w:tc>
          <w:tcPr>
            <w:tcW w:type="dxa" w:w="1655"/>
          </w:tcPr>
          <w:p>
            <w:pPr>
              <w:spacing w:after="0"/>
              <w:jc w:val="right"/>
            </w:pPr>
            <w:r>
              <w:rPr>
                <w:sz w:val="16"/>
              </w:rPr>
              <w:t>23</w:t>
            </w:r>
          </w:p>
        </w:tc>
        <w:tc>
          <w:tcPr>
            <w:tcW w:type="dxa" w:w="2890"/>
          </w:tcPr>
          <w:p>
            <w:pPr>
              <w:spacing w:after="0"/>
              <w:jc w:val="left"/>
            </w:pPr>
            <w:r>
              <w:rPr>
                <w:sz w:val="16"/>
              </w:rPr>
              <w:t>Includes 1 Frost/Freeze record (outside NRI's Cold Wave definition; counted in this table and in B1-d, not in the B1-e descriptor).</w:t>
            </w:r>
          </w:p>
        </w:tc>
      </w:tr>
      <w:tr>
        <w:trPr>
          <w:cantSplit/>
        </w:trPr>
        <w:tc>
          <w:tcPr>
            <w:tcW w:type="dxa" w:w="690"/>
          </w:tcPr>
          <w:p>
            <w:pPr>
              <w:spacing w:after="0"/>
              <w:jc w:val="right"/>
            </w:pPr>
            <w:r>
              <w:rPr>
                <w:sz w:val="16"/>
              </w:rPr>
              <w:t>3</w:t>
            </w:r>
          </w:p>
        </w:tc>
        <w:tc>
          <w:tcPr>
            <w:tcW w:type="dxa" w:w="1037"/>
          </w:tcPr>
          <w:p>
            <w:pPr>
              <w:spacing w:after="0"/>
              <w:jc w:val="left"/>
            </w:pPr>
            <w:r>
              <w:rPr>
                <w:sz w:val="16"/>
              </w:rPr>
              <w:t>Tornado</w:t>
            </w:r>
          </w:p>
        </w:tc>
        <w:tc>
          <w:tcPr>
            <w:tcW w:type="dxa" w:w="1434"/>
          </w:tcPr>
          <w:p>
            <w:pPr>
              <w:spacing w:after="0"/>
              <w:jc w:val="left"/>
            </w:pPr>
            <w:r>
              <w:rPr>
                <w:sz w:val="16"/>
              </w:rPr>
              <w:t>Relatively Low</w:t>
            </w:r>
          </w:p>
        </w:tc>
        <w:tc>
          <w:tcPr>
            <w:tcW w:type="dxa" w:w="1434"/>
          </w:tcPr>
          <w:p>
            <w:pPr>
              <w:spacing w:after="0"/>
              <w:jc w:val="left"/>
            </w:pPr>
            <w:r>
              <w:rPr>
                <w:sz w:val="16"/>
              </w:rPr>
              <w:t>Relatively Low</w:t>
            </w:r>
          </w:p>
        </w:tc>
        <w:tc>
          <w:tcPr>
            <w:tcW w:type="dxa" w:w="1126"/>
          </w:tcPr>
          <w:p>
            <w:pPr>
              <w:spacing w:after="0"/>
              <w:jc w:val="right"/>
            </w:pPr>
            <w:r>
              <w:rPr>
                <w:sz w:val="16"/>
              </w:rPr>
              <w:t>$613,117</w:t>
            </w:r>
          </w:p>
        </w:tc>
        <w:tc>
          <w:tcPr>
            <w:tcW w:type="dxa" w:w="1126"/>
          </w:tcPr>
          <w:p>
            <w:pPr>
              <w:spacing w:after="0"/>
              <w:jc w:val="right"/>
            </w:pPr>
            <w:r>
              <w:rPr>
                <w:sz w:val="16"/>
              </w:rPr>
              <w:t>$392</w:t>
            </w:r>
          </w:p>
        </w:tc>
        <w:tc>
          <w:tcPr>
            <w:tcW w:type="dxa" w:w="1549"/>
          </w:tcPr>
          <w:p>
            <w:pPr>
              <w:spacing w:after="0"/>
              <w:jc w:val="right"/>
            </w:pPr>
            <w:r>
              <w:rPr>
                <w:sz w:val="16"/>
              </w:rPr>
              <w:t>$758,087</w:t>
            </w:r>
          </w:p>
        </w:tc>
        <w:tc>
          <w:tcPr>
            <w:tcW w:type="dxa" w:w="1170"/>
          </w:tcPr>
          <w:p>
            <w:pPr>
              <w:spacing w:after="0"/>
              <w:jc w:val="right"/>
            </w:pPr>
            <w:r>
              <w:rPr>
                <w:sz w:val="16"/>
              </w:rPr>
              <w:t>$1,371,596</w:t>
            </w:r>
          </w:p>
        </w:tc>
        <w:tc>
          <w:tcPr>
            <w:tcW w:type="dxa" w:w="1655"/>
          </w:tcPr>
          <w:p>
            <w:pPr>
              <w:spacing w:after="0"/>
              <w:jc w:val="right"/>
            </w:pPr>
            <w:r>
              <w:rPr>
                <w:sz w:val="16"/>
              </w:rPr>
              <w:t>1</w:t>
            </w:r>
          </w:p>
        </w:tc>
        <w:tc>
          <w:tcPr>
            <w:tcW w:type="dxa" w:w="2890"/>
          </w:tcPr>
          <w:p>
            <w:pPr>
              <w:spacing w:after="0"/>
              <w:jc w:val="left"/>
            </w:pPr>
          </w:p>
        </w:tc>
      </w:tr>
      <w:tr>
        <w:trPr>
          <w:cantSplit/>
        </w:trPr>
        <w:tc>
          <w:tcPr>
            <w:tcW w:type="dxa" w:w="690"/>
          </w:tcPr>
          <w:p>
            <w:pPr>
              <w:spacing w:after="0"/>
              <w:jc w:val="right"/>
            </w:pPr>
            <w:r>
              <w:rPr>
                <w:sz w:val="16"/>
              </w:rPr>
              <w:t>4</w:t>
            </w:r>
          </w:p>
        </w:tc>
        <w:tc>
          <w:tcPr>
            <w:tcW w:type="dxa" w:w="1037"/>
          </w:tcPr>
          <w:p>
            <w:pPr>
              <w:spacing w:after="0"/>
              <w:jc w:val="left"/>
            </w:pPr>
            <w:r>
              <w:rPr>
                <w:sz w:val="16"/>
              </w:rPr>
              <w:t>Strong Wind</w:t>
            </w:r>
          </w:p>
        </w:tc>
        <w:tc>
          <w:tcPr>
            <w:tcW w:type="dxa" w:w="1434"/>
          </w:tcPr>
          <w:p>
            <w:pPr>
              <w:spacing w:after="0"/>
              <w:jc w:val="left"/>
            </w:pPr>
            <w:r>
              <w:rPr>
                <w:sz w:val="16"/>
              </w:rPr>
              <w:t>Relatively Moderate</w:t>
            </w:r>
          </w:p>
        </w:tc>
        <w:tc>
          <w:tcPr>
            <w:tcW w:type="dxa" w:w="1434"/>
          </w:tcPr>
          <w:p>
            <w:pPr>
              <w:spacing w:after="0"/>
              <w:jc w:val="left"/>
            </w:pPr>
            <w:r>
              <w:rPr>
                <w:sz w:val="16"/>
              </w:rPr>
              <w:t>Relatively Moderate</w:t>
            </w:r>
          </w:p>
        </w:tc>
        <w:tc>
          <w:tcPr>
            <w:tcW w:type="dxa" w:w="1126"/>
          </w:tcPr>
          <w:p>
            <w:pPr>
              <w:spacing w:after="0"/>
              <w:jc w:val="right"/>
            </w:pPr>
            <w:r>
              <w:rPr>
                <w:sz w:val="16"/>
              </w:rPr>
              <w:t>$148,211</w:t>
            </w:r>
          </w:p>
        </w:tc>
        <w:tc>
          <w:tcPr>
            <w:tcW w:type="dxa" w:w="1126"/>
          </w:tcPr>
          <w:p>
            <w:pPr>
              <w:spacing w:after="0"/>
              <w:jc w:val="right"/>
            </w:pPr>
            <w:r>
              <w:rPr>
                <w:sz w:val="16"/>
              </w:rPr>
              <w:t>$21,700</w:t>
            </w:r>
          </w:p>
        </w:tc>
        <w:tc>
          <w:tcPr>
            <w:tcW w:type="dxa" w:w="1549"/>
          </w:tcPr>
          <w:p>
            <w:pPr>
              <w:spacing w:after="0"/>
              <w:jc w:val="right"/>
            </w:pPr>
            <w:r>
              <w:rPr>
                <w:sz w:val="16"/>
              </w:rPr>
              <w:t>$676,327</w:t>
            </w:r>
          </w:p>
        </w:tc>
        <w:tc>
          <w:tcPr>
            <w:tcW w:type="dxa" w:w="1170"/>
          </w:tcPr>
          <w:p>
            <w:pPr>
              <w:spacing w:after="0"/>
              <w:jc w:val="right"/>
            </w:pPr>
            <w:r>
              <w:rPr>
                <w:sz w:val="16"/>
              </w:rPr>
              <w:t>$846,238</w:t>
            </w:r>
          </w:p>
        </w:tc>
        <w:tc>
          <w:tcPr>
            <w:tcW w:type="dxa" w:w="1655"/>
          </w:tcPr>
          <w:p>
            <w:pPr>
              <w:spacing w:after="0"/>
              <w:jc w:val="right"/>
            </w:pPr>
            <w:r>
              <w:rPr>
                <w:sz w:val="16"/>
              </w:rPr>
              <w:t>100</w:t>
            </w:r>
          </w:p>
        </w:tc>
        <w:tc>
          <w:tcPr>
            <w:tcW w:type="dxa" w:w="2890"/>
          </w:tcPr>
          <w:p>
            <w:pPr>
              <w:spacing w:after="0"/>
              <w:jc w:val="left"/>
            </w:pPr>
            <w:r>
              <w:rPr>
                <w:sz w:val="16"/>
              </w:rPr>
              <w:t>Includes 31 High Wind and 7 Strong Wind records (NOAA non-thunderstorm wind types, outside NRI's Strong Wind definition).</w:t>
            </w:r>
          </w:p>
        </w:tc>
      </w:tr>
      <w:tr>
        <w:trPr>
          <w:cantSplit/>
        </w:trPr>
        <w:tc>
          <w:tcPr>
            <w:tcW w:type="dxa" w:w="690"/>
          </w:tcPr>
          <w:p>
            <w:pPr>
              <w:spacing w:after="0"/>
              <w:jc w:val="right"/>
            </w:pPr>
            <w:r>
              <w:rPr>
                <w:sz w:val="16"/>
              </w:rPr>
              <w:t>5</w:t>
            </w:r>
          </w:p>
        </w:tc>
        <w:tc>
          <w:tcPr>
            <w:tcW w:type="dxa" w:w="1037"/>
          </w:tcPr>
          <w:p>
            <w:pPr>
              <w:spacing w:after="0"/>
              <w:jc w:val="left"/>
            </w:pPr>
            <w:r>
              <w:rPr>
                <w:sz w:val="16"/>
              </w:rPr>
              <w:t>Earthquake</w:t>
            </w:r>
          </w:p>
        </w:tc>
        <w:tc>
          <w:tcPr>
            <w:tcW w:type="dxa" w:w="1434"/>
          </w:tcPr>
          <w:p>
            <w:pPr>
              <w:spacing w:after="0"/>
              <w:jc w:val="left"/>
            </w:pPr>
            <w:r>
              <w:rPr>
                <w:sz w:val="16"/>
              </w:rPr>
              <w:t>Relatively Low</w:t>
            </w:r>
          </w:p>
        </w:tc>
        <w:tc>
          <w:tcPr>
            <w:tcW w:type="dxa" w:w="1434"/>
          </w:tcPr>
          <w:p>
            <w:pPr>
              <w:spacing w:after="0"/>
              <w:jc w:val="left"/>
            </w:pPr>
            <w:r>
              <w:rPr>
                <w:sz w:val="16"/>
              </w:rPr>
              <w:t>Relatively Low</w:t>
            </w:r>
          </w:p>
        </w:tc>
        <w:tc>
          <w:tcPr>
            <w:tcW w:type="dxa" w:w="1126"/>
          </w:tcPr>
          <w:p>
            <w:pPr>
              <w:spacing w:after="0"/>
              <w:jc w:val="right"/>
            </w:pPr>
            <w:r>
              <w:rPr>
                <w:sz w:val="16"/>
              </w:rPr>
              <w:t>$647,829</w:t>
            </w:r>
          </w:p>
        </w:tc>
        <w:tc>
          <w:tcPr>
            <w:tcW w:type="dxa" w:w="1126"/>
          </w:tcPr>
          <w:p>
            <w:pPr>
              <w:spacing w:after="0"/>
              <w:jc w:val="right"/>
            </w:pPr>
            <w:r>
              <w:rPr>
                <w:sz w:val="16"/>
              </w:rPr>
              <w:t>n/a</w:t>
            </w:r>
          </w:p>
        </w:tc>
        <w:tc>
          <w:tcPr>
            <w:tcW w:type="dxa" w:w="1549"/>
          </w:tcPr>
          <w:p>
            <w:pPr>
              <w:spacing w:after="0"/>
              <w:jc w:val="right"/>
            </w:pPr>
            <w:r>
              <w:rPr>
                <w:sz w:val="16"/>
              </w:rPr>
              <w:t>$111,018</w:t>
            </w:r>
          </w:p>
        </w:tc>
        <w:tc>
          <w:tcPr>
            <w:tcW w:type="dxa" w:w="1170"/>
          </w:tcPr>
          <w:p>
            <w:pPr>
              <w:spacing w:after="0"/>
              <w:jc w:val="right"/>
            </w:pPr>
            <w:r>
              <w:rPr>
                <w:sz w:val="16"/>
              </w:rPr>
              <w:t>$758,847</w:t>
            </w:r>
          </w:p>
        </w:tc>
        <w:tc>
          <w:tcPr>
            <w:tcW w:type="dxa" w:w="1655"/>
          </w:tcPr>
          <w:p>
            <w:pPr>
              <w:spacing w:after="0"/>
              <w:jc w:val="right"/>
            </w:pPr>
          </w:p>
        </w:tc>
        <w:tc>
          <w:tcPr>
            <w:tcW w:type="dxa" w:w="2890"/>
          </w:tcPr>
          <w:p>
            <w:pPr>
              <w:spacing w:after="0"/>
              <w:jc w:val="left"/>
            </w:pPr>
            <w:r>
              <w:rPr>
                <w:sz w:val="16"/>
              </w:rPr>
              <w:t>Storm Events does not record earthquakes.</w:t>
            </w:r>
          </w:p>
        </w:tc>
      </w:tr>
      <w:tr>
        <w:trPr>
          <w:cantSplit/>
        </w:trPr>
        <w:tc>
          <w:tcPr>
            <w:tcW w:type="dxa" w:w="690"/>
          </w:tcPr>
          <w:p>
            <w:pPr>
              <w:spacing w:after="0"/>
              <w:jc w:val="right"/>
            </w:pPr>
            <w:r>
              <w:rPr>
                <w:sz w:val="16"/>
              </w:rPr>
              <w:t>6</w:t>
            </w:r>
          </w:p>
        </w:tc>
        <w:tc>
          <w:tcPr>
            <w:tcW w:type="dxa" w:w="1037"/>
          </w:tcPr>
          <w:p>
            <w:pPr>
              <w:spacing w:after="0"/>
              <w:jc w:val="left"/>
            </w:pPr>
            <w:r>
              <w:rPr>
                <w:sz w:val="16"/>
              </w:rPr>
              <w:t>Lightning</w:t>
            </w:r>
          </w:p>
        </w:tc>
        <w:tc>
          <w:tcPr>
            <w:tcW w:type="dxa" w:w="1434"/>
          </w:tcPr>
          <w:p>
            <w:pPr>
              <w:spacing w:after="0"/>
              <w:jc w:val="left"/>
            </w:pPr>
            <w:r>
              <w:rPr>
                <w:sz w:val="16"/>
              </w:rPr>
              <w:t>Relatively Moderate</w:t>
            </w:r>
          </w:p>
        </w:tc>
        <w:tc>
          <w:tcPr>
            <w:tcW w:type="dxa" w:w="1434"/>
          </w:tcPr>
          <w:p>
            <w:pPr>
              <w:spacing w:after="0"/>
              <w:jc w:val="left"/>
            </w:pPr>
            <w:r>
              <w:rPr>
                <w:sz w:val="16"/>
              </w:rPr>
              <w:t>Relatively Moderate</w:t>
            </w:r>
          </w:p>
        </w:tc>
        <w:tc>
          <w:tcPr>
            <w:tcW w:type="dxa" w:w="1126"/>
          </w:tcPr>
          <w:p>
            <w:pPr>
              <w:spacing w:after="0"/>
              <w:jc w:val="right"/>
            </w:pPr>
            <w:r>
              <w:rPr>
                <w:sz w:val="16"/>
              </w:rPr>
              <w:t>$33,321</w:t>
            </w:r>
          </w:p>
        </w:tc>
        <w:tc>
          <w:tcPr>
            <w:tcW w:type="dxa" w:w="1126"/>
          </w:tcPr>
          <w:p>
            <w:pPr>
              <w:spacing w:after="0"/>
              <w:jc w:val="right"/>
            </w:pPr>
            <w:r>
              <w:rPr>
                <w:sz w:val="16"/>
              </w:rPr>
              <w:t>n/a</w:t>
            </w:r>
          </w:p>
        </w:tc>
        <w:tc>
          <w:tcPr>
            <w:tcW w:type="dxa" w:w="1549"/>
          </w:tcPr>
          <w:p>
            <w:pPr>
              <w:spacing w:after="0"/>
              <w:jc w:val="right"/>
            </w:pPr>
            <w:r>
              <w:rPr>
                <w:sz w:val="16"/>
              </w:rPr>
              <w:t>$542,564</w:t>
            </w:r>
          </w:p>
        </w:tc>
        <w:tc>
          <w:tcPr>
            <w:tcW w:type="dxa" w:w="1170"/>
          </w:tcPr>
          <w:p>
            <w:pPr>
              <w:spacing w:after="0"/>
              <w:jc w:val="right"/>
            </w:pPr>
            <w:r>
              <w:rPr>
                <w:sz w:val="16"/>
              </w:rPr>
              <w:t>$575,886</w:t>
            </w:r>
          </w:p>
        </w:tc>
        <w:tc>
          <w:tcPr>
            <w:tcW w:type="dxa" w:w="1655"/>
          </w:tcPr>
          <w:p>
            <w:pPr>
              <w:spacing w:after="0"/>
              <w:jc w:val="right"/>
            </w:pPr>
            <w:r>
              <w:rPr>
                <w:sz w:val="16"/>
              </w:rPr>
              <w:t>5</w:t>
            </w:r>
          </w:p>
        </w:tc>
        <w:tc>
          <w:tcPr>
            <w:tcW w:type="dxa" w:w="2890"/>
          </w:tcPr>
          <w:p>
            <w:pPr>
              <w:spacing w:after="0"/>
              <w:jc w:val="left"/>
            </w:pPr>
          </w:p>
        </w:tc>
      </w:tr>
      <w:tr>
        <w:trPr>
          <w:cantSplit/>
        </w:trPr>
        <w:tc>
          <w:tcPr>
            <w:tcW w:type="dxa" w:w="690"/>
          </w:tcPr>
          <w:p>
            <w:pPr>
              <w:spacing w:after="0"/>
              <w:jc w:val="right"/>
            </w:pPr>
            <w:r>
              <w:rPr>
                <w:sz w:val="16"/>
              </w:rPr>
              <w:t>7</w:t>
            </w:r>
          </w:p>
        </w:tc>
        <w:tc>
          <w:tcPr>
            <w:tcW w:type="dxa" w:w="1037"/>
          </w:tcPr>
          <w:p>
            <w:pPr>
              <w:spacing w:after="0"/>
              <w:jc w:val="left"/>
            </w:pPr>
            <w:r>
              <w:rPr>
                <w:sz w:val="16"/>
              </w:rPr>
              <w:t>Landslide</w:t>
            </w:r>
          </w:p>
        </w:tc>
        <w:tc>
          <w:tcPr>
            <w:tcW w:type="dxa" w:w="1434"/>
          </w:tcPr>
          <w:p>
            <w:pPr>
              <w:spacing w:after="0"/>
              <w:jc w:val="left"/>
            </w:pPr>
            <w:r>
              <w:rPr>
                <w:sz w:val="16"/>
              </w:rPr>
              <w:t>Relatively High</w:t>
            </w:r>
          </w:p>
        </w:tc>
        <w:tc>
          <w:tcPr>
            <w:tcW w:type="dxa" w:w="1434"/>
          </w:tcPr>
          <w:p>
            <w:pPr>
              <w:spacing w:after="0"/>
              <w:jc w:val="left"/>
            </w:pPr>
            <w:r>
              <w:rPr>
                <w:sz w:val="16"/>
              </w:rPr>
              <w:t>Relatively Moderate</w:t>
            </w:r>
          </w:p>
        </w:tc>
        <w:tc>
          <w:tcPr>
            <w:tcW w:type="dxa" w:w="1126"/>
          </w:tcPr>
          <w:p>
            <w:pPr>
              <w:spacing w:after="0"/>
              <w:jc w:val="right"/>
            </w:pPr>
            <w:r>
              <w:rPr>
                <w:sz w:val="16"/>
              </w:rPr>
              <w:t>$149,101</w:t>
            </w:r>
          </w:p>
        </w:tc>
        <w:tc>
          <w:tcPr>
            <w:tcW w:type="dxa" w:w="1126"/>
          </w:tcPr>
          <w:p>
            <w:pPr>
              <w:spacing w:after="0"/>
              <w:jc w:val="right"/>
            </w:pPr>
            <w:r>
              <w:rPr>
                <w:sz w:val="16"/>
              </w:rPr>
              <w:t>n/a</w:t>
            </w:r>
          </w:p>
        </w:tc>
        <w:tc>
          <w:tcPr>
            <w:tcW w:type="dxa" w:w="1549"/>
          </w:tcPr>
          <w:p>
            <w:pPr>
              <w:spacing w:after="0"/>
              <w:jc w:val="right"/>
            </w:pPr>
            <w:r>
              <w:rPr>
                <w:sz w:val="16"/>
              </w:rPr>
              <w:t>$396,341</w:t>
            </w:r>
          </w:p>
        </w:tc>
        <w:tc>
          <w:tcPr>
            <w:tcW w:type="dxa" w:w="1170"/>
          </w:tcPr>
          <w:p>
            <w:pPr>
              <w:spacing w:after="0"/>
              <w:jc w:val="right"/>
            </w:pPr>
            <w:r>
              <w:rPr>
                <w:sz w:val="16"/>
              </w:rPr>
              <w:t>$545,442</w:t>
            </w:r>
          </w:p>
        </w:tc>
        <w:tc>
          <w:tcPr>
            <w:tcW w:type="dxa" w:w="1655"/>
          </w:tcPr>
          <w:p>
            <w:pPr>
              <w:spacing w:after="0"/>
              <w:jc w:val="right"/>
            </w:pPr>
            <w:r>
              <w:rPr>
                <w:sz w:val="16"/>
              </w:rPr>
              <w:t>7</w:t>
            </w:r>
          </w:p>
        </w:tc>
        <w:tc>
          <w:tcPr>
            <w:tcW w:type="dxa" w:w="2890"/>
          </w:tcPr>
          <w:p>
            <w:pPr>
              <w:spacing w:after="0"/>
              <w:jc w:val="left"/>
            </w:pPr>
          </w:p>
        </w:tc>
      </w:tr>
      <w:tr>
        <w:trPr>
          <w:cantSplit/>
        </w:trPr>
        <w:tc>
          <w:tcPr>
            <w:tcW w:type="dxa" w:w="690"/>
          </w:tcPr>
          <w:p>
            <w:pPr>
              <w:spacing w:after="0"/>
              <w:jc w:val="right"/>
            </w:pPr>
            <w:r>
              <w:rPr>
                <w:sz w:val="16"/>
              </w:rPr>
              <w:t>8</w:t>
            </w:r>
          </w:p>
        </w:tc>
        <w:tc>
          <w:tcPr>
            <w:tcW w:type="dxa" w:w="1037"/>
          </w:tcPr>
          <w:p>
            <w:pPr>
              <w:spacing w:after="0"/>
              <w:jc w:val="left"/>
            </w:pPr>
            <w:r>
              <w:rPr>
                <w:sz w:val="16"/>
              </w:rPr>
              <w:t>Ice Storm</w:t>
            </w:r>
          </w:p>
        </w:tc>
        <w:tc>
          <w:tcPr>
            <w:tcW w:type="dxa" w:w="1434"/>
          </w:tcPr>
          <w:p>
            <w:pPr>
              <w:spacing w:after="0"/>
              <w:jc w:val="left"/>
            </w:pPr>
            <w:r>
              <w:rPr>
                <w:sz w:val="16"/>
              </w:rPr>
              <w:t>Relatively Moderate</w:t>
            </w:r>
          </w:p>
        </w:tc>
        <w:tc>
          <w:tcPr>
            <w:tcW w:type="dxa" w:w="1434"/>
          </w:tcPr>
          <w:p>
            <w:pPr>
              <w:spacing w:after="0"/>
              <w:jc w:val="left"/>
            </w:pPr>
            <w:r>
              <w:rPr>
                <w:sz w:val="16"/>
              </w:rPr>
              <w:t>Relatively Moderate</w:t>
            </w:r>
          </w:p>
        </w:tc>
        <w:tc>
          <w:tcPr>
            <w:tcW w:type="dxa" w:w="1126"/>
          </w:tcPr>
          <w:p>
            <w:pPr>
              <w:spacing w:after="0"/>
              <w:jc w:val="right"/>
            </w:pPr>
            <w:r>
              <w:rPr>
                <w:sz w:val="16"/>
              </w:rPr>
              <w:t>$260,814</w:t>
            </w:r>
          </w:p>
        </w:tc>
        <w:tc>
          <w:tcPr>
            <w:tcW w:type="dxa" w:w="1126"/>
          </w:tcPr>
          <w:p>
            <w:pPr>
              <w:spacing w:after="0"/>
              <w:jc w:val="right"/>
            </w:pPr>
            <w:r>
              <w:rPr>
                <w:sz w:val="16"/>
              </w:rPr>
              <w:t>n/a</w:t>
            </w:r>
          </w:p>
        </w:tc>
        <w:tc>
          <w:tcPr>
            <w:tcW w:type="dxa" w:w="1549"/>
          </w:tcPr>
          <w:p>
            <w:pPr>
              <w:spacing w:after="0"/>
              <w:jc w:val="right"/>
            </w:pPr>
            <w:r>
              <w:rPr>
                <w:sz w:val="16"/>
              </w:rPr>
              <w:t>$10,430</w:t>
            </w:r>
          </w:p>
        </w:tc>
        <w:tc>
          <w:tcPr>
            <w:tcW w:type="dxa" w:w="1170"/>
          </w:tcPr>
          <w:p>
            <w:pPr>
              <w:spacing w:after="0"/>
              <w:jc w:val="right"/>
            </w:pPr>
            <w:r>
              <w:rPr>
                <w:sz w:val="16"/>
              </w:rPr>
              <w:t>$271,244</w:t>
            </w:r>
          </w:p>
        </w:tc>
        <w:tc>
          <w:tcPr>
            <w:tcW w:type="dxa" w:w="1655"/>
          </w:tcPr>
          <w:p>
            <w:pPr>
              <w:spacing w:after="0"/>
              <w:jc w:val="right"/>
            </w:pPr>
            <w:r>
              <w:rPr>
                <w:sz w:val="16"/>
              </w:rPr>
              <w:t>4</w:t>
            </w:r>
          </w:p>
        </w:tc>
        <w:tc>
          <w:tcPr>
            <w:tcW w:type="dxa" w:w="2890"/>
          </w:tcPr>
          <w:p>
            <w:pPr>
              <w:spacing w:after="0"/>
              <w:jc w:val="left"/>
            </w:pPr>
          </w:p>
        </w:tc>
      </w:tr>
      <w:tr>
        <w:trPr>
          <w:cantSplit/>
        </w:trPr>
        <w:tc>
          <w:tcPr>
            <w:tcW w:type="dxa" w:w="690"/>
          </w:tcPr>
          <w:p>
            <w:pPr>
              <w:spacing w:after="0"/>
              <w:jc w:val="right"/>
            </w:pPr>
            <w:r>
              <w:rPr>
                <w:sz w:val="16"/>
              </w:rPr>
              <w:t>9</w:t>
            </w:r>
          </w:p>
        </w:tc>
        <w:tc>
          <w:tcPr>
            <w:tcW w:type="dxa" w:w="1037"/>
          </w:tcPr>
          <w:p>
            <w:pPr>
              <w:spacing w:after="0"/>
              <w:jc w:val="left"/>
            </w:pPr>
            <w:r>
              <w:rPr>
                <w:sz w:val="16"/>
              </w:rPr>
              <w:t>Hail</w:t>
            </w:r>
          </w:p>
        </w:tc>
        <w:tc>
          <w:tcPr>
            <w:tcW w:type="dxa" w:w="1434"/>
          </w:tcPr>
          <w:p>
            <w:pPr>
              <w:spacing w:after="0"/>
              <w:jc w:val="left"/>
            </w:pPr>
            <w:r>
              <w:rPr>
                <w:sz w:val="16"/>
              </w:rPr>
              <w:t>Relatively Low</w:t>
            </w:r>
          </w:p>
        </w:tc>
        <w:tc>
          <w:tcPr>
            <w:tcW w:type="dxa" w:w="1434"/>
          </w:tcPr>
          <w:p>
            <w:pPr>
              <w:spacing w:after="0"/>
              <w:jc w:val="left"/>
            </w:pPr>
            <w:r>
              <w:rPr>
                <w:sz w:val="16"/>
              </w:rPr>
              <w:t>Relatively Low</w:t>
            </w:r>
          </w:p>
        </w:tc>
        <w:tc>
          <w:tcPr>
            <w:tcW w:type="dxa" w:w="1126"/>
          </w:tcPr>
          <w:p>
            <w:pPr>
              <w:spacing w:after="0"/>
              <w:jc w:val="right"/>
            </w:pPr>
            <w:r>
              <w:rPr>
                <w:sz w:val="16"/>
              </w:rPr>
              <w:t>$108,379</w:t>
            </w:r>
          </w:p>
        </w:tc>
        <w:tc>
          <w:tcPr>
            <w:tcW w:type="dxa" w:w="1126"/>
          </w:tcPr>
          <w:p>
            <w:pPr>
              <w:spacing w:after="0"/>
              <w:jc w:val="right"/>
            </w:pPr>
            <w:r>
              <w:rPr>
                <w:sz w:val="16"/>
              </w:rPr>
              <w:t>$50,701</w:t>
            </w:r>
          </w:p>
        </w:tc>
        <w:tc>
          <w:tcPr>
            <w:tcW w:type="dxa" w:w="1549"/>
          </w:tcPr>
          <w:p>
            <w:pPr>
              <w:spacing w:after="0"/>
              <w:jc w:val="right"/>
            </w:pPr>
            <w:r>
              <w:rPr>
                <w:sz w:val="16"/>
              </w:rPr>
              <w:t>$89,982</w:t>
            </w:r>
          </w:p>
        </w:tc>
        <w:tc>
          <w:tcPr>
            <w:tcW w:type="dxa" w:w="1170"/>
          </w:tcPr>
          <w:p>
            <w:pPr>
              <w:spacing w:after="0"/>
              <w:jc w:val="right"/>
            </w:pPr>
            <w:r>
              <w:rPr>
                <w:sz w:val="16"/>
              </w:rPr>
              <w:t>$249,061</w:t>
            </w:r>
          </w:p>
        </w:tc>
        <w:tc>
          <w:tcPr>
            <w:tcW w:type="dxa" w:w="1655"/>
          </w:tcPr>
          <w:p>
            <w:pPr>
              <w:spacing w:after="0"/>
              <w:jc w:val="right"/>
            </w:pPr>
            <w:r>
              <w:rPr>
                <w:sz w:val="16"/>
              </w:rPr>
              <w:t>59</w:t>
            </w:r>
          </w:p>
        </w:tc>
        <w:tc>
          <w:tcPr>
            <w:tcW w:type="dxa" w:w="2890"/>
          </w:tcPr>
          <w:p>
            <w:pPr>
              <w:spacing w:after="0"/>
              <w:jc w:val="left"/>
            </w:pPr>
          </w:p>
        </w:tc>
      </w:tr>
      <w:tr>
        <w:trPr>
          <w:cantSplit/>
        </w:trPr>
        <w:tc>
          <w:tcPr>
            <w:tcW w:type="dxa" w:w="690"/>
          </w:tcPr>
          <w:p>
            <w:pPr>
              <w:spacing w:after="0"/>
              <w:jc w:val="right"/>
            </w:pPr>
            <w:r>
              <w:rPr>
                <w:sz w:val="16"/>
              </w:rPr>
              <w:t>10</w:t>
            </w:r>
          </w:p>
        </w:tc>
        <w:tc>
          <w:tcPr>
            <w:tcW w:type="dxa" w:w="1037"/>
          </w:tcPr>
          <w:p>
            <w:pPr>
              <w:spacing w:after="0"/>
              <w:jc w:val="left"/>
            </w:pPr>
            <w:r>
              <w:rPr>
                <w:sz w:val="16"/>
              </w:rPr>
              <w:t>Hurricane</w:t>
            </w:r>
          </w:p>
        </w:tc>
        <w:tc>
          <w:tcPr>
            <w:tcW w:type="dxa" w:w="1434"/>
          </w:tcPr>
          <w:p>
            <w:pPr>
              <w:spacing w:after="0"/>
              <w:jc w:val="left"/>
            </w:pPr>
            <w:r>
              <w:rPr>
                <w:sz w:val="16"/>
              </w:rPr>
              <w:t>Very Low</w:t>
            </w:r>
          </w:p>
        </w:tc>
        <w:tc>
          <w:tcPr>
            <w:tcW w:type="dxa" w:w="1434"/>
          </w:tcPr>
          <w:p>
            <w:pPr>
              <w:spacing w:after="0"/>
              <w:jc w:val="left"/>
            </w:pPr>
            <w:r>
              <w:rPr>
                <w:sz w:val="16"/>
              </w:rPr>
              <w:t>Relatively Low</w:t>
            </w:r>
          </w:p>
        </w:tc>
        <w:tc>
          <w:tcPr>
            <w:tcW w:type="dxa" w:w="1126"/>
          </w:tcPr>
          <w:p>
            <w:pPr>
              <w:spacing w:after="0"/>
              <w:jc w:val="right"/>
            </w:pPr>
            <w:r>
              <w:rPr>
                <w:sz w:val="16"/>
              </w:rPr>
              <w:t>$125,081</w:t>
            </w:r>
          </w:p>
        </w:tc>
        <w:tc>
          <w:tcPr>
            <w:tcW w:type="dxa" w:w="1126"/>
          </w:tcPr>
          <w:p>
            <w:pPr>
              <w:spacing w:after="0"/>
              <w:jc w:val="right"/>
            </w:pPr>
            <w:r>
              <w:rPr>
                <w:sz w:val="16"/>
              </w:rPr>
              <w:t>$5,925</w:t>
            </w:r>
          </w:p>
        </w:tc>
        <w:tc>
          <w:tcPr>
            <w:tcW w:type="dxa" w:w="1549"/>
          </w:tcPr>
          <w:p>
            <w:pPr>
              <w:spacing w:after="0"/>
              <w:jc w:val="right"/>
            </w:pPr>
            <w:r>
              <w:rPr>
                <w:sz w:val="16"/>
              </w:rPr>
              <w:t>$6,688</w:t>
            </w:r>
          </w:p>
        </w:tc>
        <w:tc>
          <w:tcPr>
            <w:tcW w:type="dxa" w:w="1170"/>
          </w:tcPr>
          <w:p>
            <w:pPr>
              <w:spacing w:after="0"/>
              <w:jc w:val="right"/>
            </w:pPr>
            <w:r>
              <w:rPr>
                <w:sz w:val="16"/>
              </w:rPr>
              <w:t>$137,694</w:t>
            </w:r>
          </w:p>
        </w:tc>
        <w:tc>
          <w:tcPr>
            <w:tcW w:type="dxa" w:w="1655"/>
          </w:tcPr>
          <w:p>
            <w:pPr>
              <w:spacing w:after="0"/>
              <w:jc w:val="right"/>
            </w:pPr>
            <w:r>
              <w:rPr>
                <w:sz w:val="16"/>
              </w:rPr>
              <w:t>2</w:t>
            </w:r>
          </w:p>
        </w:tc>
        <w:tc>
          <w:tcPr>
            <w:tcW w:type="dxa" w:w="2890"/>
          </w:tcPr>
          <w:p>
            <w:pPr>
              <w:spacing w:after="0"/>
              <w:jc w:val="left"/>
            </w:pPr>
          </w:p>
        </w:tc>
      </w:tr>
      <w:tr>
        <w:trPr>
          <w:cantSplit/>
        </w:trPr>
        <w:tc>
          <w:tcPr>
            <w:tcW w:type="dxa" w:w="690"/>
          </w:tcPr>
          <w:p>
            <w:pPr>
              <w:spacing w:after="0"/>
              <w:jc w:val="right"/>
            </w:pPr>
            <w:r>
              <w:rPr>
                <w:sz w:val="16"/>
              </w:rPr>
              <w:t>11</w:t>
            </w:r>
          </w:p>
        </w:tc>
        <w:tc>
          <w:tcPr>
            <w:tcW w:type="dxa" w:w="1037"/>
          </w:tcPr>
          <w:p>
            <w:pPr>
              <w:spacing w:after="0"/>
              <w:jc w:val="left"/>
            </w:pPr>
            <w:r>
              <w:rPr>
                <w:sz w:val="16"/>
              </w:rPr>
              <w:t>Drought</w:t>
            </w:r>
          </w:p>
        </w:tc>
        <w:tc>
          <w:tcPr>
            <w:tcW w:type="dxa" w:w="1434"/>
          </w:tcPr>
          <w:p>
            <w:pPr>
              <w:spacing w:after="0"/>
              <w:jc w:val="left"/>
            </w:pPr>
            <w:r>
              <w:rPr>
                <w:sz w:val="16"/>
              </w:rPr>
              <w:t>Relatively Low</w:t>
            </w:r>
          </w:p>
        </w:tc>
        <w:tc>
          <w:tcPr>
            <w:tcW w:type="dxa" w:w="1434"/>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$84,262</w:t>
            </w:r>
          </w:p>
        </w:tc>
        <w:tc>
          <w:tcPr>
            <w:tcW w:type="dxa" w:w="1549"/>
          </w:tcPr>
          <w:p>
            <w:pPr>
              <w:spacing w:after="0"/>
              <w:jc w:val="right"/>
            </w:pPr>
            <w:r>
              <w:rPr>
                <w:sz w:val="16"/>
              </w:rPr>
              <w:t>n/a</w:t>
            </w:r>
          </w:p>
        </w:tc>
        <w:tc>
          <w:tcPr>
            <w:tcW w:type="dxa" w:w="1170"/>
          </w:tcPr>
          <w:p>
            <w:pPr>
              <w:spacing w:after="0"/>
              <w:jc w:val="right"/>
            </w:pPr>
            <w:r>
              <w:rPr>
                <w:sz w:val="16"/>
              </w:rPr>
              <w:t>$84,262</w:t>
            </w:r>
          </w:p>
        </w:tc>
        <w:tc>
          <w:tcPr>
            <w:tcW w:type="dxa" w:w="1655"/>
          </w:tcPr>
          <w:p>
            <w:pPr>
              <w:spacing w:after="0"/>
              <w:jc w:val="right"/>
            </w:pPr>
            <w:r>
              <w:rPr>
                <w:sz w:val="16"/>
              </w:rPr>
              <w:t>37</w:t>
            </w:r>
          </w:p>
        </w:tc>
        <w:tc>
          <w:tcPr>
            <w:tcW w:type="dxa" w:w="2890"/>
          </w:tcPr>
          <w:p>
            <w:pPr>
              <w:spacing w:after="0"/>
              <w:jc w:val="left"/>
            </w:pPr>
          </w:p>
        </w:tc>
      </w:tr>
      <w:tr>
        <w:trPr>
          <w:cantSplit/>
        </w:trPr>
        <w:tc>
          <w:tcPr>
            <w:tcW w:type="dxa" w:w="690"/>
          </w:tcPr>
          <w:p>
            <w:pPr>
              <w:spacing w:after="0"/>
              <w:jc w:val="right"/>
            </w:pPr>
            <w:r>
              <w:rPr>
                <w:sz w:val="16"/>
              </w:rPr>
              <w:t>12</w:t>
            </w:r>
          </w:p>
        </w:tc>
        <w:tc>
          <w:tcPr>
            <w:tcW w:type="dxa" w:w="1037"/>
          </w:tcPr>
          <w:p>
            <w:pPr>
              <w:spacing w:after="0"/>
              <w:jc w:val="left"/>
            </w:pPr>
            <w:r>
              <w:rPr>
                <w:sz w:val="16"/>
              </w:rPr>
              <w:t>Winter Weather</w:t>
            </w:r>
          </w:p>
        </w:tc>
        <w:tc>
          <w:tcPr>
            <w:tcW w:type="dxa" w:w="1434"/>
          </w:tcPr>
          <w:p>
            <w:pPr>
              <w:spacing w:after="0"/>
              <w:jc w:val="left"/>
            </w:pPr>
            <w:r>
              <w:rPr>
                <w:sz w:val="16"/>
              </w:rPr>
              <w:t>Relatively Moderate</w:t>
            </w:r>
          </w:p>
        </w:tc>
        <w:tc>
          <w:tcPr>
            <w:tcW w:type="dxa" w:w="1434"/>
          </w:tcPr>
          <w:p>
            <w:pPr>
              <w:spacing w:after="0"/>
              <w:jc w:val="left"/>
            </w:pPr>
            <w:r>
              <w:rPr>
                <w:sz w:val="16"/>
              </w:rPr>
              <w:t>Relatively Moderate</w:t>
            </w:r>
          </w:p>
        </w:tc>
        <w:tc>
          <w:tcPr>
            <w:tcW w:type="dxa" w:w="1126"/>
          </w:tcPr>
          <w:p>
            <w:pPr>
              <w:spacing w:after="0"/>
              <w:jc w:val="right"/>
            </w:pPr>
            <w:r>
              <w:rPr>
                <w:sz w:val="16"/>
              </w:rPr>
              <w:t>$6,034</w:t>
            </w:r>
          </w:p>
        </w:tc>
        <w:tc>
          <w:tcPr>
            <w:tcW w:type="dxa" w:w="1126"/>
          </w:tcPr>
          <w:p>
            <w:pPr>
              <w:spacing w:after="0"/>
              <w:jc w:val="right"/>
            </w:pPr>
            <w:r>
              <w:rPr>
                <w:sz w:val="16"/>
              </w:rPr>
              <w:t>$286</w:t>
            </w:r>
          </w:p>
        </w:tc>
        <w:tc>
          <w:tcPr>
            <w:tcW w:type="dxa" w:w="1549"/>
          </w:tcPr>
          <w:p>
            <w:pPr>
              <w:spacing w:after="0"/>
              <w:jc w:val="right"/>
            </w:pPr>
            <w:r>
              <w:rPr>
                <w:sz w:val="16"/>
              </w:rPr>
              <w:t>$76,846</w:t>
            </w:r>
          </w:p>
        </w:tc>
        <w:tc>
          <w:tcPr>
            <w:tcW w:type="dxa" w:w="1170"/>
          </w:tcPr>
          <w:p>
            <w:pPr>
              <w:spacing w:after="0"/>
              <w:jc w:val="right"/>
            </w:pPr>
            <w:r>
              <w:rPr>
                <w:sz w:val="16"/>
              </w:rPr>
              <w:t>$83,167</w:t>
            </w:r>
          </w:p>
        </w:tc>
        <w:tc>
          <w:tcPr>
            <w:tcW w:type="dxa" w:w="1655"/>
          </w:tcPr>
          <w:p>
            <w:pPr>
              <w:spacing w:after="0"/>
              <w:jc w:val="right"/>
            </w:pPr>
            <w:r>
              <w:rPr>
                <w:sz w:val="16"/>
              </w:rPr>
              <w:t>286</w:t>
            </w:r>
          </w:p>
        </w:tc>
        <w:tc>
          <w:tcPr>
            <w:tcW w:type="dxa" w:w="2890"/>
          </w:tcPr>
          <w:p>
            <w:pPr>
              <w:spacing w:after="0"/>
              <w:jc w:val="left"/>
            </w:pPr>
            <w:r>
              <w:rPr>
                <w:sz w:val="16"/>
              </w:rPr>
              <w:t>Includes 4 Sleet records (outside NRI's Winter Weather definition).</w:t>
            </w:r>
          </w:p>
        </w:tc>
      </w:tr>
      <w:tr>
        <w:trPr>
          <w:cantSplit/>
        </w:trPr>
        <w:tc>
          <w:tcPr>
            <w:tcW w:type="dxa" w:w="690"/>
          </w:tcPr>
          <w:p>
            <w:pPr>
              <w:spacing w:after="0"/>
              <w:jc w:val="right"/>
            </w:pPr>
            <w:r>
              <w:rPr>
                <w:sz w:val="16"/>
              </w:rPr>
              <w:t>13</w:t>
            </w:r>
          </w:p>
        </w:tc>
        <w:tc>
          <w:tcPr>
            <w:tcW w:type="dxa" w:w="1037"/>
          </w:tcPr>
          <w:p>
            <w:pPr>
              <w:spacing w:after="0"/>
              <w:jc w:val="left"/>
            </w:pPr>
            <w:r>
              <w:rPr>
                <w:sz w:val="16"/>
              </w:rPr>
              <w:t>Wildfire</w:t>
            </w:r>
          </w:p>
        </w:tc>
        <w:tc>
          <w:tcPr>
            <w:tcW w:type="dxa" w:w="1434"/>
          </w:tcPr>
          <w:p>
            <w:pPr>
              <w:spacing w:after="0"/>
              <w:jc w:val="left"/>
            </w:pPr>
            <w:r>
              <w:rPr>
                <w:sz w:val="16"/>
              </w:rPr>
              <w:t>Very Low</w:t>
            </w:r>
          </w:p>
        </w:tc>
        <w:tc>
          <w:tcPr>
            <w:tcW w:type="dxa" w:w="1434"/>
          </w:tcPr>
          <w:p>
            <w:pPr>
              <w:spacing w:after="0"/>
              <w:jc w:val="left"/>
            </w:pPr>
            <w:r>
              <w:rPr>
                <w:sz w:val="16"/>
              </w:rPr>
              <w:t>Very Low</w:t>
            </w:r>
          </w:p>
        </w:tc>
        <w:tc>
          <w:tcPr>
            <w:tcW w:type="dxa" w:w="1126"/>
          </w:tcPr>
          <w:p>
            <w:pPr>
              <w:spacing w:after="0"/>
              <w:jc w:val="right"/>
            </w:pPr>
            <w:r>
              <w:rPr>
                <w:sz w:val="16"/>
              </w:rPr>
              <w:t>$42,058</w:t>
            </w:r>
          </w:p>
        </w:tc>
        <w:tc>
          <w:tcPr>
            <w:tcW w:type="dxa" w:w="1126"/>
          </w:tcPr>
          <w:p>
            <w:pPr>
              <w:spacing w:after="0"/>
              <w:jc w:val="right"/>
            </w:pPr>
            <w:r>
              <w:rPr>
                <w:sz w:val="16"/>
              </w:rPr>
              <w:t>$129</w:t>
            </w:r>
          </w:p>
        </w:tc>
        <w:tc>
          <w:tcPr>
            <w:tcW w:type="dxa" w:w="1549"/>
          </w:tcPr>
          <w:p>
            <w:pPr>
              <w:spacing w:after="0"/>
              <w:jc w:val="right"/>
            </w:pPr>
            <w:r>
              <w:rPr>
                <w:sz w:val="16"/>
              </w:rPr>
              <w:t>$23,245</w:t>
            </w:r>
          </w:p>
        </w:tc>
        <w:tc>
          <w:tcPr>
            <w:tcW w:type="dxa" w:w="1170"/>
          </w:tcPr>
          <w:p>
            <w:pPr>
              <w:spacing w:after="0"/>
              <w:jc w:val="right"/>
            </w:pPr>
            <w:r>
              <w:rPr>
                <w:sz w:val="16"/>
              </w:rPr>
              <w:t>$65,431</w:t>
            </w:r>
          </w:p>
        </w:tc>
        <w:tc>
          <w:tcPr>
            <w:tcW w:type="dxa" w:w="1655"/>
          </w:tcPr>
          <w:p>
            <w:pPr>
              <w:spacing w:after="0"/>
              <w:jc w:val="right"/>
            </w:pPr>
            <w:r>
              <w:rPr>
                <w:sz w:val="16"/>
              </w:rPr>
              <w:t>1</w:t>
            </w:r>
          </w:p>
        </w:tc>
        <w:tc>
          <w:tcPr>
            <w:tcW w:type="dxa" w:w="2890"/>
          </w:tcPr>
          <w:p>
            <w:pPr>
              <w:spacing w:after="0"/>
              <w:jc w:val="left"/>
            </w:pPr>
          </w:p>
        </w:tc>
      </w:tr>
      <w:tr>
        <w:trPr>
          <w:cantSplit/>
        </w:trPr>
        <w:tc>
          <w:tcPr>
            <w:tcW w:type="dxa" w:w="690"/>
          </w:tcPr>
          <w:p>
            <w:pPr>
              <w:spacing w:after="0"/>
              <w:jc w:val="right"/>
            </w:pPr>
            <w:r>
              <w:rPr>
                <w:sz w:val="16"/>
              </w:rPr>
              <w:t>14</w:t>
            </w:r>
          </w:p>
        </w:tc>
        <w:tc>
          <w:tcPr>
            <w:tcW w:type="dxa" w:w="1037"/>
          </w:tcPr>
          <w:p>
            <w:pPr>
              <w:spacing w:after="0"/>
              <w:jc w:val="left"/>
            </w:pPr>
            <w:r>
              <w:rPr>
                <w:sz w:val="16"/>
              </w:rPr>
              <w:t>Heat Wave</w:t>
            </w:r>
          </w:p>
        </w:tc>
        <w:tc>
          <w:tcPr>
            <w:tcW w:type="dxa" w:w="1434"/>
          </w:tcPr>
          <w:p>
            <w:pPr>
              <w:spacing w:after="0"/>
              <w:jc w:val="left"/>
            </w:pPr>
            <w:r>
              <w:rPr>
                <w:sz w:val="16"/>
              </w:rPr>
              <w:t>No Rating</w:t>
            </w:r>
          </w:p>
        </w:tc>
        <w:tc>
          <w:tcPr>
            <w:tcW w:type="dxa" w:w="1434"/>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549"/>
          </w:tcPr>
          <w:p>
            <w:pPr>
              <w:spacing w:after="0"/>
              <w:jc w:val="right"/>
            </w:pPr>
            <w:r>
              <w:rPr>
                <w:sz w:val="16"/>
              </w:rPr>
              <w:t>$0</w:t>
            </w:r>
          </w:p>
        </w:tc>
        <w:tc>
          <w:tcPr>
            <w:tcW w:type="dxa" w:w="1170"/>
          </w:tcPr>
          <w:p>
            <w:pPr>
              <w:spacing w:after="0"/>
              <w:jc w:val="right"/>
            </w:pPr>
            <w:r>
              <w:rPr>
                <w:sz w:val="16"/>
              </w:rPr>
              <w:t>$0</w:t>
            </w:r>
          </w:p>
        </w:tc>
        <w:tc>
          <w:tcPr>
            <w:tcW w:type="dxa" w:w="1655"/>
          </w:tcPr>
          <w:p>
            <w:pPr>
              <w:spacing w:after="0"/>
              <w:jc w:val="right"/>
            </w:pPr>
            <w:r>
              <w:rPr>
                <w:sz w:val="16"/>
              </w:rPr>
              <w:t>0</w:t>
            </w:r>
          </w:p>
        </w:tc>
        <w:tc>
          <w:tcPr>
            <w:tcW w:type="dxa" w:w="289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79"/>
        <w:gridCol w:w="10933"/>
      </w:tblGrid>
      <w:tr>
        <w:trPr>
          <w:cantSplit/>
          <w:tblHeader/>
        </w:trPr>
        <w:tc>
          <w:tcPr>
            <w:tcW w:type="dxa" w:w="3179"/>
            <w:shd w:val="clear" w:color="auto" w:fill="E8E8E8"/>
          </w:tcPr>
          <w:p>
            <w:pPr>
              <w:spacing w:after="0"/>
              <w:jc w:val="left"/>
            </w:pPr>
            <w:r>
              <w:rPr>
                <w:b/>
                <w:sz w:val="16"/>
              </w:rPr>
              <w:t>Hazard</w:t>
            </w:r>
          </w:p>
        </w:tc>
        <w:tc>
          <w:tcPr>
            <w:tcW w:type="dxa" w:w="1093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79"/>
          </w:tcPr>
          <w:p>
            <w:pPr>
              <w:spacing w:after="0"/>
              <w:jc w:val="left"/>
            </w:pPr>
            <w:r>
              <w:rPr>
                <w:sz w:val="16"/>
              </w:rPr>
              <w:t>Earthquake</w:t>
            </w:r>
          </w:p>
        </w:tc>
        <w:tc>
          <w:tcPr>
            <w:tcW w:type="dxa" w:w="10933"/>
          </w:tcPr>
          <w:p>
            <w:pPr>
              <w:spacing w:after="0"/>
              <w:jc w:val="left"/>
            </w:pPr>
            <w:r>
              <w:rPr>
                <w:sz w:val="16"/>
              </w:rPr>
              <w:t>tract 9210 (Relatively Low, 74.0); tract 9202.02 (Relatively Low, 70.3); tract 9212.01 (Relatively Low, 67.8)</w:t>
            </w:r>
          </w:p>
        </w:tc>
      </w:tr>
      <w:tr>
        <w:trPr>
          <w:cantSplit/>
        </w:trPr>
        <w:tc>
          <w:tcPr>
            <w:tcW w:type="dxa" w:w="3179"/>
          </w:tcPr>
          <w:p>
            <w:pPr>
              <w:spacing w:after="0"/>
              <w:jc w:val="left"/>
            </w:pPr>
            <w:r>
              <w:rPr>
                <w:sz w:val="16"/>
              </w:rPr>
              <w:t>Hurricane</w:t>
            </w:r>
          </w:p>
        </w:tc>
        <w:tc>
          <w:tcPr>
            <w:tcW w:type="dxa" w:w="10933"/>
          </w:tcPr>
          <w:p>
            <w:pPr>
              <w:spacing w:after="0"/>
              <w:jc w:val="left"/>
            </w:pPr>
            <w:r>
              <w:rPr>
                <w:sz w:val="16"/>
              </w:rPr>
              <w:t>tract 9210 (Relatively Low, 54.5); tract 9213.01 (Relatively Low, 54.0); tract 9213.02 (Relatively Low, 53.5)</w:t>
            </w:r>
          </w:p>
        </w:tc>
      </w:tr>
      <w:tr>
        <w:trPr>
          <w:cantSplit/>
        </w:trPr>
        <w:tc>
          <w:tcPr>
            <w:tcW w:type="dxa" w:w="3179"/>
          </w:tcPr>
          <w:p>
            <w:pPr>
              <w:spacing w:after="0"/>
              <w:jc w:val="left"/>
            </w:pPr>
            <w:r>
              <w:rPr>
                <w:sz w:val="16"/>
              </w:rPr>
              <w:t>Landslide</w:t>
            </w:r>
          </w:p>
        </w:tc>
        <w:tc>
          <w:tcPr>
            <w:tcW w:type="dxa" w:w="10933"/>
          </w:tcPr>
          <w:p>
            <w:pPr>
              <w:spacing w:after="0"/>
              <w:jc w:val="left"/>
            </w:pPr>
            <w:r>
              <w:rPr>
                <w:sz w:val="16"/>
              </w:rPr>
              <w:t>tract 9201.02 (Relatively High, 99.8); tract 9213.01 (Relatively High, 99.6); tract 9213.02 (Relatively High, 99.6)</w:t>
            </w:r>
          </w:p>
        </w:tc>
      </w:tr>
      <w:tr>
        <w:trPr>
          <w:cantSplit/>
        </w:trPr>
        <w:tc>
          <w:tcPr>
            <w:tcW w:type="dxa" w:w="3179"/>
          </w:tcPr>
          <w:p>
            <w:pPr>
              <w:spacing w:after="0"/>
              <w:jc w:val="left"/>
            </w:pPr>
            <w:r>
              <w:rPr>
                <w:sz w:val="16"/>
              </w:rPr>
              <w:t>Tornado</w:t>
            </w:r>
          </w:p>
        </w:tc>
        <w:tc>
          <w:tcPr>
            <w:tcW w:type="dxa" w:w="10933"/>
          </w:tcPr>
          <w:p>
            <w:pPr>
              <w:spacing w:after="0"/>
              <w:jc w:val="left"/>
            </w:pPr>
            <w:r>
              <w:rPr>
                <w:sz w:val="16"/>
              </w:rPr>
              <w:t>tract 9202.02 (Relatively Moderate, 64.0); tract 9213.02 (Relatively Moderate, 63.2); tract 9210 (Relatively Moderate, 60.5)</w:t>
            </w:r>
          </w:p>
        </w:tc>
      </w:tr>
      <w:tr>
        <w:trPr>
          <w:cantSplit/>
        </w:trPr>
        <w:tc>
          <w:tcPr>
            <w:tcW w:type="dxa" w:w="3179"/>
          </w:tcPr>
          <w:p>
            <w:pPr>
              <w:spacing w:after="0"/>
              <w:jc w:val="left"/>
            </w:pPr>
            <w:r>
              <w:rPr>
                <w:sz w:val="16"/>
              </w:rPr>
              <w:t>Wildfire</w:t>
            </w:r>
          </w:p>
        </w:tc>
        <w:tc>
          <w:tcPr>
            <w:tcW w:type="dxa" w:w="10933"/>
          </w:tcPr>
          <w:p>
            <w:pPr>
              <w:spacing w:after="0"/>
              <w:jc w:val="left"/>
            </w:pPr>
            <w:r>
              <w:rPr>
                <w:sz w:val="16"/>
              </w:rPr>
              <w:t>tract 9201.02 (Relatively Low, 88.1); tract 9213.02 (Relatively Low, 83.9); tract 9213.01 (Relatively Low, 80.9)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9210 is Census Tract 9210).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1"/>
        <w:gridCol w:w="1878"/>
        <w:gridCol w:w="1771"/>
        <w:gridCol w:w="2010"/>
        <w:gridCol w:w="1850"/>
        <w:gridCol w:w="1600"/>
        <w:gridCol w:w="1558"/>
        <w:gridCol w:w="1584"/>
      </w:tblGrid>
      <w:tr>
        <w:trPr>
          <w:cantSplit/>
          <w:tblHeader/>
        </w:trPr>
        <w:tc>
          <w:tcPr>
            <w:tcW w:type="dxa" w:w="1861"/>
            <w:shd w:val="clear" w:color="auto" w:fill="E8E8E8"/>
          </w:tcPr>
          <w:p>
            <w:pPr>
              <w:spacing w:after="0"/>
              <w:jc w:val="left"/>
            </w:pPr>
            <w:r>
              <w:rPr>
                <w:b/>
                <w:sz w:val="16"/>
              </w:rPr>
              <w:t>Hazard</w:t>
            </w:r>
          </w:p>
        </w:tc>
        <w:tc>
          <w:tcPr>
            <w:tcW w:type="dxa" w:w="1878"/>
            <w:shd w:val="clear" w:color="auto" w:fill="E8E8E8"/>
          </w:tcPr>
          <w:p>
            <w:pPr>
              <w:spacing w:after="0"/>
              <w:jc w:val="left"/>
            </w:pPr>
            <w:r>
              <w:rPr>
                <w:b/>
                <w:sz w:val="16"/>
              </w:rPr>
              <w:t>Scale</w:t>
            </w:r>
          </w:p>
        </w:tc>
        <w:tc>
          <w:tcPr>
            <w:tcW w:type="dxa" w:w="177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10"/>
            <w:shd w:val="clear" w:color="auto" w:fill="E8E8E8"/>
          </w:tcPr>
          <w:p>
            <w:pPr>
              <w:spacing w:after="0"/>
              <w:jc w:val="left"/>
            </w:pPr>
            <w:r>
              <w:rPr>
                <w:b/>
                <w:sz w:val="16"/>
              </w:rPr>
              <w:t>Observed range</w:t>
            </w:r>
          </w:p>
        </w:tc>
        <w:tc>
          <w:tcPr>
            <w:tcW w:type="dxa" w:w="1850"/>
            <w:shd w:val="clear" w:color="auto" w:fill="E8E8E8"/>
          </w:tcPr>
          <w:p>
            <w:pPr>
              <w:spacing w:after="0"/>
              <w:jc w:val="left"/>
            </w:pPr>
            <w:r>
              <w:rPr>
                <w:b/>
                <w:sz w:val="16"/>
              </w:rPr>
              <w:t>Worst recorded event</w:t>
            </w:r>
          </w:p>
        </w:tc>
        <w:tc>
          <w:tcPr>
            <w:tcW w:type="dxa" w:w="1600"/>
            <w:shd w:val="clear" w:color="auto" w:fill="E8E8E8"/>
          </w:tcPr>
          <w:p>
            <w:pPr>
              <w:spacing w:after="0"/>
              <w:jc w:val="left"/>
            </w:pPr>
            <w:r>
              <w:rPr>
                <w:b/>
                <w:sz w:val="16"/>
              </w:rPr>
              <w:t>Most damaging (when different)</w:t>
            </w:r>
          </w:p>
        </w:tc>
        <w:tc>
          <w:tcPr>
            <w:tcW w:type="dxa" w:w="1558"/>
            <w:shd w:val="clear" w:color="auto" w:fill="E8E8E8"/>
          </w:tcPr>
          <w:p>
            <w:pPr>
              <w:spacing w:after="0"/>
              <w:jc w:val="left"/>
            </w:pPr>
            <w:r>
              <w:rPr>
                <w:b/>
                <w:sz w:val="16"/>
              </w:rPr>
              <w:t>How it applies to jurisdictions</w:t>
            </w:r>
          </w:p>
        </w:tc>
        <w:tc>
          <w:tcPr>
            <w:tcW w:type="dxa" w:w="1584"/>
            <w:shd w:val="clear" w:color="auto" w:fill="E8E8E8"/>
          </w:tcPr>
          <w:p>
            <w:pPr>
              <w:spacing w:after="0"/>
              <w:jc w:val="left"/>
            </w:pPr>
            <w:r>
              <w:rPr>
                <w:b/>
                <w:sz w:val="16"/>
              </w:rPr>
              <w:t>Note</w:t>
            </w:r>
          </w:p>
        </w:tc>
      </w:tr>
      <w:tr>
        <w:trPr>
          <w:cantSplit/>
        </w:trPr>
        <w:tc>
          <w:tcPr>
            <w:tcW w:type="dxa" w:w="1861"/>
          </w:tcPr>
          <w:p>
            <w:pPr>
              <w:spacing w:after="0"/>
              <w:jc w:val="left"/>
            </w:pPr>
            <w:r>
              <w:rPr>
                <w:sz w:val="16"/>
              </w:rPr>
              <w:t>Cold/Wind Chill, Extreme Cold/Wind Chill</w:t>
            </w:r>
          </w:p>
        </w:tc>
        <w:tc>
          <w:tcPr>
            <w:tcW w:type="dxa" w:w="1878"/>
          </w:tcPr>
          <w:p>
            <w:pPr>
              <w:spacing w:after="0"/>
              <w:jc w:val="left"/>
            </w:pPr>
            <w:r>
              <w:rPr>
                <w:sz w:val="16"/>
              </w:rPr>
              <w:t>wind chill</w:t>
            </w:r>
          </w:p>
        </w:tc>
        <w:tc>
          <w:tcPr>
            <w:tcW w:type="dxa" w:w="1771"/>
          </w:tcPr>
          <w:p>
            <w:pPr>
              <w:spacing w:after="0"/>
              <w:jc w:val="right"/>
            </w:pPr>
            <w:r>
              <w:rPr>
                <w:sz w:val="16"/>
              </w:rPr>
              <w:t>22 records, 1997 to 2026 (22 zone-level)</w:t>
            </w:r>
          </w:p>
        </w:tc>
        <w:tc>
          <w:tcPr>
            <w:tcW w:type="dxa" w:w="2010"/>
          </w:tcPr>
          <w:p>
            <w:pPr>
              <w:spacing w:after="0"/>
              <w:jc w:val="left"/>
            </w:pPr>
            <w:r>
              <w:rPr>
                <w:sz w:val="16"/>
              </w:rPr>
              <w:t>1 day to 31 days (median 2 days); 22 with a recorded value</w:t>
            </w:r>
          </w:p>
        </w:tc>
        <w:tc>
          <w:tcPr>
            <w:tcW w:type="dxa" w:w="1850"/>
          </w:tcPr>
          <w:p>
            <w:pPr>
              <w:spacing w:after="0"/>
              <w:jc w:val="left"/>
            </w:pPr>
            <w:r>
              <w:rPr>
                <w:sz w:val="16"/>
              </w:rPr>
              <w:t>December 2000 (1 monthly summary record), zone-level</w:t>
            </w:r>
          </w:p>
        </w:tc>
        <w:tc>
          <w:tcPr>
            <w:tcW w:type="dxa" w:w="1600"/>
          </w:tcPr>
          <w:p>
            <w:pPr>
              <w:spacing w:after="0"/>
              <w:jc w:val="left"/>
            </w:pPr>
          </w:p>
        </w:tc>
        <w:tc>
          <w:tcPr>
            <w:tcW w:type="dxa" w:w="1558"/>
          </w:tcPr>
          <w:p>
            <w:pPr>
              <w:spacing w:after="0"/>
              <w:jc w:val="left"/>
            </w:pPr>
            <w:r>
              <w:rPr>
                <w:sz w:val="16"/>
              </w:rPr>
              <w:t>Countywide (zone-level records).</w:t>
            </w:r>
          </w:p>
        </w:tc>
        <w:tc>
          <w:tcPr>
            <w:tcW w:type="dxa" w:w="1584"/>
          </w:tcPr>
          <w:p>
            <w:pPr>
              <w:spacing w:after="0"/>
              <w:jc w:val="left"/>
            </w:pPr>
          </w:p>
        </w:tc>
      </w:tr>
      <w:tr>
        <w:trPr>
          <w:cantSplit/>
        </w:trPr>
        <w:tc>
          <w:tcPr>
            <w:tcW w:type="dxa" w:w="1861"/>
          </w:tcPr>
          <w:p>
            <w:pPr>
              <w:spacing w:after="0"/>
              <w:jc w:val="left"/>
            </w:pPr>
            <w:r>
              <w:rPr>
                <w:sz w:val="16"/>
              </w:rPr>
              <w:t>Frost/Freeze (outside NRI's Cold Wave definition)</w:t>
            </w:r>
          </w:p>
        </w:tc>
        <w:tc>
          <w:tcPr>
            <w:tcW w:type="dxa" w:w="1878"/>
          </w:tcPr>
          <w:p>
            <w:pPr>
              <w:spacing w:after="0"/>
              <w:jc w:val="left"/>
            </w:pPr>
            <w:r>
              <w:rPr>
                <w:sz w:val="16"/>
              </w:rPr>
              <w:t>crop damage</w:t>
            </w:r>
          </w:p>
        </w:tc>
        <w:tc>
          <w:tcPr>
            <w:tcW w:type="dxa" w:w="1771"/>
          </w:tcPr>
          <w:p>
            <w:pPr>
              <w:spacing w:after="0"/>
              <w:jc w:val="right"/>
            </w:pPr>
            <w:r>
              <w:rPr>
                <w:sz w:val="16"/>
              </w:rPr>
              <w:t>1 record, 2007 (1 zone-level)</w:t>
            </w:r>
          </w:p>
        </w:tc>
        <w:tc>
          <w:tcPr>
            <w:tcW w:type="dxa" w:w="2010"/>
          </w:tcPr>
          <w:p>
            <w:pPr>
              <w:spacing w:after="0"/>
              <w:jc w:val="left"/>
            </w:pPr>
          </w:p>
        </w:tc>
        <w:tc>
          <w:tcPr>
            <w:tcW w:type="dxa" w:w="1850"/>
          </w:tcPr>
          <w:p>
            <w:pPr>
              <w:spacing w:after="0"/>
              <w:jc w:val="left"/>
            </w:pPr>
            <w:r>
              <w:rPr>
                <w:sz w:val="16"/>
              </w:rPr>
              <w:t>Frost/Freeze, 2007-04-08, $2,000,000 crop damage (2007 dollars); NWS zone NCZ052</w:t>
            </w:r>
          </w:p>
        </w:tc>
        <w:tc>
          <w:tcPr>
            <w:tcW w:type="dxa" w:w="1600"/>
          </w:tcPr>
          <w:p>
            <w:pPr>
              <w:spacing w:after="0"/>
              <w:jc w:val="left"/>
            </w:pPr>
          </w:p>
        </w:tc>
        <w:tc>
          <w:tcPr>
            <w:tcW w:type="dxa" w:w="1558"/>
          </w:tcPr>
          <w:p>
            <w:pPr>
              <w:spacing w:after="0"/>
              <w:jc w:val="left"/>
            </w:pPr>
            <w:r>
              <w:rPr>
                <w:sz w:val="16"/>
              </w:rPr>
              <w:t>Countywide (zone-level records).</w:t>
            </w:r>
          </w:p>
        </w:tc>
        <w:tc>
          <w:tcPr>
            <w:tcW w:type="dxa" w:w="1584"/>
          </w:tcPr>
          <w:p>
            <w:pPr>
              <w:spacing w:after="0"/>
              <w:jc w:val="left"/>
            </w:pPr>
          </w:p>
        </w:tc>
      </w:tr>
      <w:tr>
        <w:trPr>
          <w:cantSplit/>
        </w:trPr>
        <w:tc>
          <w:tcPr>
            <w:tcW w:type="dxa" w:w="1861"/>
          </w:tcPr>
          <w:p>
            <w:pPr>
              <w:spacing w:after="0"/>
              <w:jc w:val="left"/>
            </w:pPr>
            <w:r>
              <w:rPr>
                <w:sz w:val="16"/>
              </w:rPr>
              <w:t>Drought</w:t>
            </w:r>
          </w:p>
        </w:tc>
        <w:tc>
          <w:tcPr>
            <w:tcW w:type="dxa" w:w="1878"/>
          </w:tcPr>
          <w:p>
            <w:pPr>
              <w:spacing w:after="0"/>
              <w:jc w:val="left"/>
            </w:pPr>
            <w:r>
              <w:rPr>
                <w:sz w:val="16"/>
              </w:rPr>
              <w:t>U.S. Drought Monitor scale (D0 to D4)</w:t>
            </w:r>
          </w:p>
        </w:tc>
        <w:tc>
          <w:tcPr>
            <w:tcW w:type="dxa" w:w="1771"/>
          </w:tcPr>
          <w:p>
            <w:pPr>
              <w:spacing w:after="0"/>
              <w:jc w:val="right"/>
            </w:pPr>
            <w:r>
              <w:rPr>
                <w:sz w:val="16"/>
              </w:rPr>
              <w:t>37 records, 1998 to 2026 (37 zone-level)</w:t>
            </w:r>
          </w:p>
        </w:tc>
        <w:tc>
          <w:tcPr>
            <w:tcW w:type="dxa" w:w="2010"/>
          </w:tcPr>
          <w:p>
            <w:pPr>
              <w:spacing w:after="0"/>
              <w:jc w:val="left"/>
            </w:pPr>
            <w:r>
              <w:rPr>
                <w:sz w:val="16"/>
              </w:rPr>
              <w:t>30 days to 276 days (median 76.5 days); 12 with a recorded value</w:t>
            </w:r>
          </w:p>
        </w:tc>
        <w:tc>
          <w:tcPr>
            <w:tcW w:type="dxa" w:w="1850"/>
          </w:tcPr>
          <w:p>
            <w:pPr>
              <w:spacing w:after="0"/>
              <w:jc w:val="left"/>
            </w:pPr>
            <w:r>
              <w:rPr>
                <w:sz w:val="16"/>
              </w:rPr>
              <w:t>276 days (9 months), 2007-05-01 to 2008-01-31, a run of 9 consecutive Storm Events drought records, zone-level</w:t>
            </w:r>
          </w:p>
        </w:tc>
        <w:tc>
          <w:tcPr>
            <w:tcW w:type="dxa" w:w="1600"/>
          </w:tcPr>
          <w:p>
            <w:pPr>
              <w:spacing w:after="0"/>
              <w:jc w:val="left"/>
            </w:pPr>
          </w:p>
        </w:tc>
        <w:tc>
          <w:tcPr>
            <w:tcW w:type="dxa" w:w="1558"/>
          </w:tcPr>
          <w:p>
            <w:pPr>
              <w:spacing w:after="0"/>
              <w:jc w:val="left"/>
            </w:pPr>
            <w:r>
              <w:rPr>
                <w:sz w:val="16"/>
              </w:rPr>
              <w:t>Countywide (zone-level records).</w:t>
            </w:r>
          </w:p>
        </w:tc>
        <w:tc>
          <w:tcPr>
            <w:tcW w:type="dxa" w:w="158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1"/>
          </w:tcPr>
          <w:p>
            <w:pPr>
              <w:spacing w:after="0"/>
              <w:jc w:val="left"/>
            </w:pPr>
            <w:r>
              <w:rPr>
                <w:sz w:val="16"/>
              </w:rPr>
              <w:t>Earthquake</w:t>
            </w:r>
          </w:p>
        </w:tc>
        <w:tc>
          <w:tcPr>
            <w:tcW w:type="dxa" w:w="1878"/>
          </w:tcPr>
          <w:p>
            <w:pPr>
              <w:spacing w:after="0"/>
              <w:jc w:val="left"/>
            </w:pPr>
            <w:r>
              <w:rPr>
                <w:sz w:val="16"/>
              </w:rPr>
              <w:t>Modified Mercalli (local data)</w:t>
            </w:r>
          </w:p>
        </w:tc>
        <w:tc>
          <w:tcPr>
            <w:tcW w:type="dxa" w:w="1771"/>
          </w:tcPr>
          <w:p>
            <w:pPr>
              <w:spacing w:after="0"/>
              <w:jc w:val="right"/>
            </w:pPr>
            <w:r>
              <w:rPr>
                <w:sz w:val="16"/>
              </w:rPr>
              <w:t>0</w:t>
            </w:r>
          </w:p>
        </w:tc>
        <w:tc>
          <w:tcPr>
            <w:tcW w:type="dxa" w:w="2010"/>
          </w:tcPr>
          <w:p>
            <w:pPr>
              <w:spacing w:after="0"/>
              <w:jc w:val="left"/>
            </w:pPr>
          </w:p>
        </w:tc>
        <w:tc>
          <w:tcPr>
            <w:tcW w:type="dxa" w:w="1850"/>
          </w:tcPr>
          <w:p>
            <w:pPr>
              <w:spacing w:after="0"/>
              <w:jc w:val="left"/>
            </w:pPr>
          </w:p>
        </w:tc>
        <w:tc>
          <w:tcPr>
            <w:tcW w:type="dxa" w:w="1600"/>
          </w:tcPr>
          <w:p>
            <w:pPr>
              <w:spacing w:after="0"/>
              <w:jc w:val="left"/>
            </w:pPr>
          </w:p>
        </w:tc>
        <w:tc>
          <w:tcPr>
            <w:tcW w:type="dxa" w:w="1558"/>
          </w:tcPr>
          <w:p>
            <w:pPr>
              <w:spacing w:after="0"/>
              <w:jc w:val="left"/>
            </w:pPr>
          </w:p>
        </w:tc>
        <w:tc>
          <w:tcPr>
            <w:tcW w:type="dxa" w:w="1584"/>
          </w:tcPr>
          <w:p>
            <w:pPr>
              <w:spacing w:after="0"/>
              <w:jc w:val="left"/>
            </w:pPr>
            <w:r>
              <w:rPr>
                <w:sz w:val="16"/>
              </w:rPr>
              <w:t>Storm Events does not record earthquakes; the USGS earthquake catalog is the source.</w:t>
            </w:r>
          </w:p>
        </w:tc>
      </w:tr>
      <w:tr>
        <w:trPr>
          <w:cantSplit/>
        </w:trPr>
        <w:tc>
          <w:tcPr>
            <w:tcW w:type="dxa" w:w="1861"/>
          </w:tcPr>
          <w:p>
            <w:pPr>
              <w:spacing w:after="0"/>
              <w:jc w:val="left"/>
            </w:pPr>
            <w:r>
              <w:rPr>
                <w:sz w:val="16"/>
              </w:rPr>
              <w:t>Hail</w:t>
            </w:r>
          </w:p>
        </w:tc>
        <w:tc>
          <w:tcPr>
            <w:tcW w:type="dxa" w:w="1878"/>
          </w:tcPr>
          <w:p>
            <w:pPr>
              <w:spacing w:after="0"/>
              <w:jc w:val="left"/>
            </w:pPr>
            <w:r>
              <w:rPr>
                <w:sz w:val="16"/>
              </w:rPr>
              <w:t>hail size (inches)</w:t>
            </w:r>
          </w:p>
        </w:tc>
        <w:tc>
          <w:tcPr>
            <w:tcW w:type="dxa" w:w="1771"/>
          </w:tcPr>
          <w:p>
            <w:pPr>
              <w:spacing w:after="0"/>
              <w:jc w:val="right"/>
            </w:pPr>
            <w:r>
              <w:rPr>
                <w:sz w:val="16"/>
              </w:rPr>
              <w:t>63 records, 1972 to 2023</w:t>
            </w:r>
          </w:p>
        </w:tc>
        <w:tc>
          <w:tcPr>
            <w:tcW w:type="dxa" w:w="2010"/>
          </w:tcPr>
          <w:p>
            <w:pPr>
              <w:spacing w:after="0"/>
              <w:jc w:val="left"/>
            </w:pPr>
            <w:r>
              <w:rPr>
                <w:sz w:val="16"/>
              </w:rPr>
              <w:t>0.75 in to 1.75 in (median 1 in); 63 with a recorded value</w:t>
            </w:r>
          </w:p>
        </w:tc>
        <w:tc>
          <w:tcPr>
            <w:tcW w:type="dxa" w:w="1850"/>
          </w:tcPr>
          <w:p>
            <w:pPr>
              <w:spacing w:after="0"/>
              <w:jc w:val="left"/>
            </w:pPr>
            <w:r>
              <w:rPr>
                <w:sz w:val="16"/>
              </w:rPr>
              <w:t>1.75 in hail, 2014-07-27; same size also recorded on 1985-07-10, 2000-06-26, 2002-06-04, 2006-04-03, 2006-05-30, 2011-04-09</w:t>
            </w:r>
          </w:p>
        </w:tc>
        <w:tc>
          <w:tcPr>
            <w:tcW w:type="dxa" w:w="1600"/>
          </w:tcPr>
          <w:p>
            <w:pPr>
              <w:spacing w:after="0"/>
              <w:jc w:val="left"/>
            </w:pPr>
            <w:r>
              <w:rPr>
                <w:sz w:val="16"/>
              </w:rPr>
              <w:t>Hail, 2004-05-08, $50,000 property; crops not reported (2004 dollars)</w:t>
            </w:r>
          </w:p>
        </w:tc>
        <w:tc>
          <w:tcPr>
            <w:tcW w:type="dxa" w:w="1558"/>
          </w:tcPr>
          <w:p>
            <w:pPr>
              <w:spacing w:after="0"/>
              <w:jc w:val="left"/>
            </w:pPr>
            <w:r>
              <w:rPr>
                <w:sz w:val="16"/>
              </w:rPr>
              <w:t>Event records naming jurisdictions in the plan: Waynesville town (20 records), Canton town (11 records), Clyde town (3 records).</w:t>
            </w:r>
          </w:p>
        </w:tc>
        <w:tc>
          <w:tcPr>
            <w:tcW w:type="dxa" w:w="1584"/>
          </w:tcPr>
          <w:p>
            <w:pPr>
              <w:spacing w:after="0"/>
              <w:jc w:val="left"/>
            </w:pPr>
          </w:p>
        </w:tc>
      </w:tr>
      <w:tr>
        <w:trPr>
          <w:cantSplit/>
        </w:trPr>
        <w:tc>
          <w:tcPr>
            <w:tcW w:type="dxa" w:w="1861"/>
          </w:tcPr>
          <w:p>
            <w:pPr>
              <w:spacing w:after="0"/>
              <w:jc w:val="left"/>
            </w:pPr>
            <w:r>
              <w:rPr>
                <w:sz w:val="16"/>
              </w:rPr>
              <w:t>Excessive Heat, Heat</w:t>
            </w:r>
          </w:p>
        </w:tc>
        <w:tc>
          <w:tcPr>
            <w:tcW w:type="dxa" w:w="1878"/>
          </w:tcPr>
          <w:p>
            <w:pPr>
              <w:spacing w:after="0"/>
              <w:jc w:val="left"/>
            </w:pPr>
            <w:r>
              <w:rPr>
                <w:sz w:val="16"/>
              </w:rPr>
              <w:t>heat index (in event narratives)</w:t>
            </w:r>
          </w:p>
        </w:tc>
        <w:tc>
          <w:tcPr>
            <w:tcW w:type="dxa" w:w="1771"/>
          </w:tcPr>
          <w:p>
            <w:pPr>
              <w:spacing w:after="0"/>
              <w:jc w:val="right"/>
            </w:pPr>
            <w:r>
              <w:rPr>
                <w:sz w:val="16"/>
              </w:rPr>
              <w:t>0</w:t>
            </w:r>
          </w:p>
        </w:tc>
        <w:tc>
          <w:tcPr>
            <w:tcW w:type="dxa" w:w="2010"/>
          </w:tcPr>
          <w:p>
            <w:pPr>
              <w:spacing w:after="0"/>
              <w:jc w:val="left"/>
            </w:pPr>
          </w:p>
        </w:tc>
        <w:tc>
          <w:tcPr>
            <w:tcW w:type="dxa" w:w="1850"/>
          </w:tcPr>
          <w:p>
            <w:pPr>
              <w:spacing w:after="0"/>
              <w:jc w:val="left"/>
            </w:pPr>
          </w:p>
        </w:tc>
        <w:tc>
          <w:tcPr>
            <w:tcW w:type="dxa" w:w="1600"/>
          </w:tcPr>
          <w:p>
            <w:pPr>
              <w:spacing w:after="0"/>
              <w:jc w:val="left"/>
            </w:pPr>
          </w:p>
        </w:tc>
        <w:tc>
          <w:tcPr>
            <w:tcW w:type="dxa" w:w="1558"/>
          </w:tcPr>
          <w:p>
            <w:pPr>
              <w:spacing w:after="0"/>
              <w:jc w:val="left"/>
            </w:pPr>
          </w:p>
        </w:tc>
        <w:tc>
          <w:tcPr>
            <w:tcW w:type="dxa" w:w="1584"/>
          </w:tcPr>
          <w:p>
            <w:pPr>
              <w:spacing w:after="0"/>
              <w:jc w:val="left"/>
            </w:pPr>
          </w:p>
        </w:tc>
      </w:tr>
      <w:tr>
        <w:trPr>
          <w:cantSplit/>
        </w:trPr>
        <w:tc>
          <w:tcPr>
            <w:tcW w:type="dxa" w:w="1861"/>
          </w:tcPr>
          <w:p>
            <w:pPr>
              <w:spacing w:after="0"/>
              <w:jc w:val="left"/>
            </w:pPr>
            <w:r>
              <w:rPr>
                <w:sz w:val="16"/>
              </w:rPr>
              <w:t>Hurricane, Tropical Storm, Tropical Depression</w:t>
            </w:r>
          </w:p>
        </w:tc>
        <w:tc>
          <w:tcPr>
            <w:tcW w:type="dxa" w:w="1878"/>
          </w:tcPr>
          <w:p>
            <w:pPr>
              <w:spacing w:after="0"/>
              <w:jc w:val="left"/>
            </w:pPr>
            <w:r>
              <w:rPr>
                <w:sz w:val="16"/>
              </w:rPr>
              <w:t>Saffir-Simpson</w:t>
            </w:r>
          </w:p>
        </w:tc>
        <w:tc>
          <w:tcPr>
            <w:tcW w:type="dxa" w:w="1771"/>
          </w:tcPr>
          <w:p>
            <w:pPr>
              <w:spacing w:after="0"/>
              <w:jc w:val="right"/>
            </w:pPr>
            <w:r>
              <w:rPr>
                <w:sz w:val="16"/>
              </w:rPr>
              <w:t>2 records, 2020 to 2024 (2 zone-level)</w:t>
            </w:r>
          </w:p>
        </w:tc>
        <w:tc>
          <w:tcPr>
            <w:tcW w:type="dxa" w:w="2010"/>
          </w:tcPr>
          <w:p>
            <w:pPr>
              <w:spacing w:after="0"/>
              <w:jc w:val="left"/>
            </w:pPr>
          </w:p>
        </w:tc>
        <w:tc>
          <w:tcPr>
            <w:tcW w:type="dxa" w:w="1850"/>
          </w:tcPr>
          <w:p>
            <w:pPr>
              <w:spacing w:after="0"/>
              <w:jc w:val="left"/>
            </w:pPr>
            <w:r>
              <w:rPr>
                <w:sz w:val="16"/>
              </w:rPr>
              <w:t>Strongest recorded: Tropical Storm record, 2024-09-27, $2,000,000 property; $0 crops (2024 dollars); NWS zone NCZ052</w:t>
            </w:r>
          </w:p>
        </w:tc>
        <w:tc>
          <w:tcPr>
            <w:tcW w:type="dxa" w:w="1600"/>
          </w:tcPr>
          <w:p>
            <w:pPr>
              <w:spacing w:after="0"/>
              <w:jc w:val="left"/>
            </w:pPr>
          </w:p>
        </w:tc>
        <w:tc>
          <w:tcPr>
            <w:tcW w:type="dxa" w:w="1558"/>
          </w:tcPr>
          <w:p>
            <w:pPr>
              <w:spacing w:after="0"/>
              <w:jc w:val="left"/>
            </w:pPr>
            <w:r>
              <w:rPr>
                <w:sz w:val="16"/>
              </w:rPr>
              <w:t>Countywide (zone-level records).</w:t>
            </w:r>
          </w:p>
        </w:tc>
        <w:tc>
          <w:tcPr>
            <w:tcW w:type="dxa" w:w="158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1"/>
          </w:tcPr>
          <w:p>
            <w:pPr>
              <w:spacing w:after="0"/>
              <w:jc w:val="left"/>
            </w:pPr>
            <w:r>
              <w:rPr>
                <w:sz w:val="16"/>
              </w:rPr>
              <w:t>Ice Storm</w:t>
            </w:r>
          </w:p>
        </w:tc>
        <w:tc>
          <w:tcPr>
            <w:tcW w:type="dxa" w:w="1878"/>
          </w:tcPr>
          <w:p>
            <w:pPr>
              <w:spacing w:after="0"/>
              <w:jc w:val="left"/>
            </w:pPr>
            <w:r>
              <w:rPr>
                <w:sz w:val="16"/>
              </w:rPr>
              <w:t>Sperry-Piltz ice scale (local data)</w:t>
            </w:r>
          </w:p>
        </w:tc>
        <w:tc>
          <w:tcPr>
            <w:tcW w:type="dxa" w:w="1771"/>
          </w:tcPr>
          <w:p>
            <w:pPr>
              <w:spacing w:after="0"/>
              <w:jc w:val="right"/>
            </w:pPr>
            <w:r>
              <w:rPr>
                <w:sz w:val="16"/>
              </w:rPr>
              <w:t>4 records, 1996 to 2000 (4 zone-level)</w:t>
            </w:r>
          </w:p>
        </w:tc>
        <w:tc>
          <w:tcPr>
            <w:tcW w:type="dxa" w:w="2010"/>
          </w:tcPr>
          <w:p>
            <w:pPr>
              <w:spacing w:after="0"/>
              <w:jc w:val="left"/>
            </w:pPr>
          </w:p>
        </w:tc>
        <w:tc>
          <w:tcPr>
            <w:tcW w:type="dxa" w:w="1850"/>
          </w:tcPr>
          <w:p>
            <w:pPr>
              <w:spacing w:after="0"/>
              <w:jc w:val="left"/>
            </w:pPr>
            <w:r>
              <w:rPr>
                <w:sz w:val="16"/>
              </w:rPr>
              <w:t>No damage reported in 4 records.</w:t>
            </w:r>
          </w:p>
        </w:tc>
        <w:tc>
          <w:tcPr>
            <w:tcW w:type="dxa" w:w="1600"/>
          </w:tcPr>
          <w:p>
            <w:pPr>
              <w:spacing w:after="0"/>
              <w:jc w:val="left"/>
            </w:pPr>
          </w:p>
        </w:tc>
        <w:tc>
          <w:tcPr>
            <w:tcW w:type="dxa" w:w="1558"/>
          </w:tcPr>
          <w:p>
            <w:pPr>
              <w:spacing w:after="0"/>
              <w:jc w:val="left"/>
            </w:pPr>
            <w:r>
              <w:rPr>
                <w:sz w:val="16"/>
              </w:rPr>
              <w:t>Countywide (zone-level records).</w:t>
            </w:r>
          </w:p>
        </w:tc>
        <w:tc>
          <w:tcPr>
            <w:tcW w:type="dxa" w:w="1584"/>
          </w:tcPr>
          <w:p>
            <w:pPr>
              <w:spacing w:after="0"/>
              <w:jc w:val="left"/>
            </w:pPr>
          </w:p>
        </w:tc>
      </w:tr>
      <w:tr>
        <w:trPr>
          <w:cantSplit/>
        </w:trPr>
        <w:tc>
          <w:tcPr>
            <w:tcW w:type="dxa" w:w="1861"/>
          </w:tcPr>
          <w:p>
            <w:pPr>
              <w:spacing w:after="0"/>
              <w:jc w:val="left"/>
            </w:pPr>
            <w:r>
              <w:rPr>
                <w:sz w:val="16"/>
              </w:rPr>
              <w:t>Flash Flood, Flood, Lakeshore Flood</w:t>
            </w:r>
          </w:p>
        </w:tc>
        <w:tc>
          <w:tcPr>
            <w:tcW w:type="dxa" w:w="1878"/>
          </w:tcPr>
          <w:p>
            <w:pPr>
              <w:spacing w:after="0"/>
              <w:jc w:val="left"/>
            </w:pPr>
            <w:r>
              <w:rPr>
                <w:sz w:val="16"/>
              </w:rPr>
              <w:t>damage and flood days (flood depth: FIRM)</w:t>
            </w:r>
          </w:p>
        </w:tc>
        <w:tc>
          <w:tcPr>
            <w:tcW w:type="dxa" w:w="1771"/>
          </w:tcPr>
          <w:p>
            <w:pPr>
              <w:spacing w:after="0"/>
              <w:jc w:val="right"/>
            </w:pPr>
            <w:r>
              <w:rPr>
                <w:sz w:val="16"/>
              </w:rPr>
              <w:t>34 records, 1996 to 2024 (6 zone-level)</w:t>
            </w:r>
          </w:p>
        </w:tc>
        <w:tc>
          <w:tcPr>
            <w:tcW w:type="dxa" w:w="2010"/>
          </w:tcPr>
          <w:p>
            <w:pPr>
              <w:spacing w:after="0"/>
              <w:jc w:val="left"/>
            </w:pPr>
          </w:p>
        </w:tc>
        <w:tc>
          <w:tcPr>
            <w:tcW w:type="dxa" w:w="1850"/>
          </w:tcPr>
          <w:p>
            <w:pPr>
              <w:spacing w:after="0"/>
              <w:jc w:val="left"/>
            </w:pPr>
            <w:r>
              <w:rPr>
                <w:sz w:val="16"/>
              </w:rPr>
              <w:t>Flash Flood, 2021-08-17, $200,000,000 property; $0 crops (2021 dollars), 5 direct deaths</w:t>
            </w:r>
          </w:p>
        </w:tc>
        <w:tc>
          <w:tcPr>
            <w:tcW w:type="dxa" w:w="1600"/>
          </w:tcPr>
          <w:p>
            <w:pPr>
              <w:spacing w:after="0"/>
              <w:jc w:val="left"/>
            </w:pPr>
          </w:p>
        </w:tc>
        <w:tc>
          <w:tcPr>
            <w:tcW w:type="dxa" w:w="1558"/>
          </w:tcPr>
          <w:p>
            <w:pPr>
              <w:spacing w:after="0"/>
              <w:jc w:val="left"/>
            </w:pPr>
            <w:r>
              <w:rPr>
                <w:sz w:val="16"/>
              </w:rPr>
              <w:t>Event records naming jurisdictions in the plan: Waynesville town (7 records), Clyde town (2 records), Canton town (1 record), Maggie Valley town (1 record). Zone-level records (6) apply countywide.</w:t>
            </w:r>
          </w:p>
        </w:tc>
        <w:tc>
          <w:tcPr>
            <w:tcW w:type="dxa" w:w="158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1"/>
          </w:tcPr>
          <w:p>
            <w:pPr>
              <w:spacing w:after="0"/>
              <w:jc w:val="left"/>
            </w:pPr>
            <w:r>
              <w:rPr>
                <w:sz w:val="16"/>
              </w:rPr>
              <w:t>Debris Flow</w:t>
            </w:r>
          </w:p>
        </w:tc>
        <w:tc>
          <w:tcPr>
            <w:tcW w:type="dxa" w:w="1878"/>
          </w:tcPr>
          <w:p>
            <w:pPr>
              <w:spacing w:after="0"/>
              <w:jc w:val="left"/>
            </w:pPr>
            <w:r>
              <w:rPr>
                <w:sz w:val="16"/>
              </w:rPr>
              <w:t>none (count and damage only)</w:t>
            </w:r>
          </w:p>
        </w:tc>
        <w:tc>
          <w:tcPr>
            <w:tcW w:type="dxa" w:w="1771"/>
          </w:tcPr>
          <w:p>
            <w:pPr>
              <w:spacing w:after="0"/>
              <w:jc w:val="right"/>
            </w:pPr>
            <w:r>
              <w:rPr>
                <w:sz w:val="16"/>
              </w:rPr>
              <w:t>7 records, 2004 to 2021 (5 zone-level)</w:t>
            </w:r>
          </w:p>
        </w:tc>
        <w:tc>
          <w:tcPr>
            <w:tcW w:type="dxa" w:w="2010"/>
          </w:tcPr>
          <w:p>
            <w:pPr>
              <w:spacing w:after="0"/>
              <w:jc w:val="left"/>
            </w:pPr>
          </w:p>
        </w:tc>
        <w:tc>
          <w:tcPr>
            <w:tcW w:type="dxa" w:w="1850"/>
          </w:tcPr>
          <w:p>
            <w:pPr>
              <w:spacing w:after="0"/>
              <w:jc w:val="left"/>
            </w:pPr>
            <w:r>
              <w:rPr>
                <w:sz w:val="16"/>
              </w:rPr>
              <w:t>Debris Flow, 2004-09-08, $2,000,000 property; crops not reported (2004 dollars); NWS zone NCZ052</w:t>
            </w:r>
          </w:p>
        </w:tc>
        <w:tc>
          <w:tcPr>
            <w:tcW w:type="dxa" w:w="1600"/>
          </w:tcPr>
          <w:p>
            <w:pPr>
              <w:spacing w:after="0"/>
              <w:jc w:val="left"/>
            </w:pPr>
          </w:p>
        </w:tc>
        <w:tc>
          <w:tcPr>
            <w:tcW w:type="dxa" w:w="1558"/>
          </w:tcPr>
          <w:p>
            <w:pPr>
              <w:spacing w:after="0"/>
              <w:jc w:val="left"/>
            </w:pPr>
            <w:r>
              <w:rPr>
                <w:sz w:val="16"/>
              </w:rPr>
              <w:t>No event record names a jurisdiction in the plan. Zone-level records (5) apply countywide.</w:t>
            </w:r>
          </w:p>
        </w:tc>
        <w:tc>
          <w:tcPr>
            <w:tcW w:type="dxa" w:w="1584"/>
          </w:tcPr>
          <w:p>
            <w:pPr>
              <w:spacing w:after="0"/>
              <w:jc w:val="left"/>
            </w:pPr>
          </w:p>
        </w:tc>
      </w:tr>
      <w:tr>
        <w:trPr>
          <w:cantSplit/>
        </w:trPr>
        <w:tc>
          <w:tcPr>
            <w:tcW w:type="dxa" w:w="1861"/>
          </w:tcPr>
          <w:p>
            <w:pPr>
              <w:spacing w:after="0"/>
              <w:jc w:val="left"/>
            </w:pPr>
            <w:r>
              <w:rPr>
                <w:sz w:val="16"/>
              </w:rPr>
              <w:t>Lightning</w:t>
            </w:r>
          </w:p>
        </w:tc>
        <w:tc>
          <w:tcPr>
            <w:tcW w:type="dxa" w:w="1878"/>
          </w:tcPr>
          <w:p>
            <w:pPr>
              <w:spacing w:after="0"/>
              <w:jc w:val="left"/>
            </w:pPr>
            <w:r>
              <w:rPr>
                <w:sz w:val="16"/>
              </w:rPr>
              <w:t>annualized frequency (the measure FEMA's Local Mitigation Planning Handbook names)</w:t>
            </w:r>
          </w:p>
        </w:tc>
        <w:tc>
          <w:tcPr>
            <w:tcW w:type="dxa" w:w="1771"/>
          </w:tcPr>
          <w:p>
            <w:pPr>
              <w:spacing w:after="0"/>
              <w:jc w:val="right"/>
            </w:pPr>
            <w:r>
              <w:rPr>
                <w:sz w:val="16"/>
              </w:rPr>
              <w:t>5 records, 2000 to 2012</w:t>
            </w:r>
          </w:p>
        </w:tc>
        <w:tc>
          <w:tcPr>
            <w:tcW w:type="dxa" w:w="2010"/>
          </w:tcPr>
          <w:p>
            <w:pPr>
              <w:spacing w:after="0"/>
              <w:jc w:val="left"/>
            </w:pPr>
          </w:p>
        </w:tc>
        <w:tc>
          <w:tcPr>
            <w:tcW w:type="dxa" w:w="1850"/>
          </w:tcPr>
          <w:p>
            <w:pPr>
              <w:spacing w:after="0"/>
              <w:jc w:val="left"/>
            </w:pPr>
            <w:r>
              <w:rPr>
                <w:sz w:val="16"/>
              </w:rPr>
              <w:t>Lightning, 2005-07-19, $100,000 property; crops not reported (2005 dollars)</w:t>
            </w:r>
          </w:p>
        </w:tc>
        <w:tc>
          <w:tcPr>
            <w:tcW w:type="dxa" w:w="1600"/>
          </w:tcPr>
          <w:p>
            <w:pPr>
              <w:spacing w:after="0"/>
              <w:jc w:val="left"/>
            </w:pPr>
          </w:p>
        </w:tc>
        <w:tc>
          <w:tcPr>
            <w:tcW w:type="dxa" w:w="1558"/>
          </w:tcPr>
          <w:p>
            <w:pPr>
              <w:spacing w:after="0"/>
              <w:jc w:val="left"/>
            </w:pPr>
            <w:r>
              <w:rPr>
                <w:sz w:val="16"/>
              </w:rPr>
              <w:t>Event records naming jurisdictions in the plan: Canton town (3 records).</w:t>
            </w:r>
          </w:p>
        </w:tc>
        <w:tc>
          <w:tcPr>
            <w:tcW w:type="dxa" w:w="1584"/>
          </w:tcPr>
          <w:p>
            <w:pPr>
              <w:spacing w:after="0"/>
              <w:jc w:val="left"/>
            </w:pPr>
            <w:r>
              <w:rPr>
                <w:sz w:val="16"/>
              </w:rPr>
              <w:t>Storm Events lists lightning with damage or casualties.</w:t>
            </w:r>
          </w:p>
        </w:tc>
      </w:tr>
      <w:tr>
        <w:trPr>
          <w:cantSplit/>
        </w:trPr>
        <w:tc>
          <w:tcPr>
            <w:tcW w:type="dxa" w:w="1861"/>
          </w:tcPr>
          <w:p>
            <w:pPr>
              <w:spacing w:after="0"/>
              <w:jc w:val="left"/>
            </w:pPr>
            <w:r>
              <w:rPr>
                <w:sz w:val="16"/>
              </w:rPr>
              <w:t>High Wind and Strong Wind (outside NRI's Strong Wind definition)</w:t>
            </w:r>
          </w:p>
        </w:tc>
        <w:tc>
          <w:tcPr>
            <w:tcW w:type="dxa" w:w="1878"/>
          </w:tcPr>
          <w:p>
            <w:pPr>
              <w:spacing w:after="0"/>
              <w:jc w:val="left"/>
            </w:pPr>
            <w:r>
              <w:rPr>
                <w:sz w:val="16"/>
              </w:rPr>
              <w:t>wind speed (kt and mph)</w:t>
            </w:r>
          </w:p>
        </w:tc>
        <w:tc>
          <w:tcPr>
            <w:tcW w:type="dxa" w:w="1771"/>
          </w:tcPr>
          <w:p>
            <w:pPr>
              <w:spacing w:after="0"/>
              <w:jc w:val="right"/>
            </w:pPr>
            <w:r>
              <w:rPr>
                <w:sz w:val="16"/>
              </w:rPr>
              <w:t>38 records, 1996 to 2025 (38 zone-level)</w:t>
            </w:r>
          </w:p>
        </w:tc>
        <w:tc>
          <w:tcPr>
            <w:tcW w:type="dxa" w:w="2010"/>
          </w:tcPr>
          <w:p>
            <w:pPr>
              <w:spacing w:after="0"/>
              <w:jc w:val="left"/>
            </w:pPr>
            <w:r>
              <w:rPr>
                <w:sz w:val="16"/>
              </w:rPr>
              <w:t>40 kt (46 mph) to 65 kt (75 mph) (median 52.5 kt (60 mph)); 30 with a recorded value</w:t>
            </w:r>
          </w:p>
        </w:tc>
        <w:tc>
          <w:tcPr>
            <w:tcW w:type="dxa" w:w="1850"/>
          </w:tcPr>
          <w:p>
            <w:pPr>
              <w:spacing w:after="0"/>
              <w:jc w:val="left"/>
            </w:pPr>
            <w:r>
              <w:rPr>
                <w:sz w:val="16"/>
              </w:rPr>
              <w:t>65 kt (75 mph) estimated gust, High Wind, 2025-03-16; NWS zone NCZ052</w:t>
            </w:r>
          </w:p>
        </w:tc>
        <w:tc>
          <w:tcPr>
            <w:tcW w:type="dxa" w:w="1600"/>
          </w:tcPr>
          <w:p>
            <w:pPr>
              <w:spacing w:after="0"/>
              <w:jc w:val="left"/>
            </w:pPr>
            <w:r>
              <w:rPr>
                <w:sz w:val="16"/>
              </w:rPr>
              <w:t>High Wind, 2007-04-16, $500,000 property; $0 crops (zone total, 2007 dollars)</w:t>
            </w:r>
          </w:p>
        </w:tc>
        <w:tc>
          <w:tcPr>
            <w:tcW w:type="dxa" w:w="1558"/>
          </w:tcPr>
          <w:p>
            <w:pPr>
              <w:spacing w:after="0"/>
              <w:jc w:val="left"/>
            </w:pPr>
            <w:r>
              <w:rPr>
                <w:sz w:val="16"/>
              </w:rPr>
              <w:t>Countywide (zone-level records).</w:t>
            </w:r>
          </w:p>
        </w:tc>
        <w:tc>
          <w:tcPr>
            <w:tcW w:type="dxa" w:w="1584"/>
          </w:tcPr>
          <w:p>
            <w:pPr>
              <w:spacing w:after="0"/>
              <w:jc w:val="left"/>
            </w:pPr>
          </w:p>
        </w:tc>
      </w:tr>
      <w:tr>
        <w:trPr>
          <w:cantSplit/>
        </w:trPr>
        <w:tc>
          <w:tcPr>
            <w:tcW w:type="dxa" w:w="1861"/>
          </w:tcPr>
          <w:p>
            <w:pPr>
              <w:spacing w:after="0"/>
              <w:jc w:val="left"/>
            </w:pPr>
            <w:r>
              <w:rPr>
                <w:sz w:val="16"/>
              </w:rPr>
              <w:t>Thunderstorm Wind</w:t>
            </w:r>
          </w:p>
        </w:tc>
        <w:tc>
          <w:tcPr>
            <w:tcW w:type="dxa" w:w="1878"/>
          </w:tcPr>
          <w:p>
            <w:pPr>
              <w:spacing w:after="0"/>
              <w:jc w:val="left"/>
            </w:pPr>
            <w:r>
              <w:rPr>
                <w:sz w:val="16"/>
              </w:rPr>
              <w:t>wind speed (kt and mph)</w:t>
            </w:r>
          </w:p>
        </w:tc>
        <w:tc>
          <w:tcPr>
            <w:tcW w:type="dxa" w:w="1771"/>
          </w:tcPr>
          <w:p>
            <w:pPr>
              <w:spacing w:after="0"/>
              <w:jc w:val="right"/>
            </w:pPr>
            <w:r>
              <w:rPr>
                <w:sz w:val="16"/>
              </w:rPr>
              <w:t>75 records, 1963 to 2026</w:t>
            </w:r>
          </w:p>
        </w:tc>
        <w:tc>
          <w:tcPr>
            <w:tcW w:type="dxa" w:w="2010"/>
          </w:tcPr>
          <w:p>
            <w:pPr>
              <w:spacing w:after="0"/>
              <w:jc w:val="left"/>
            </w:pPr>
            <w:r>
              <w:rPr>
                <w:sz w:val="16"/>
              </w:rPr>
              <w:t>43 kt (49 mph) to 60 kt (69 mph) (median 50 kt (58 mph)); 63 with a recorded value</w:t>
            </w:r>
          </w:p>
        </w:tc>
        <w:tc>
          <w:tcPr>
            <w:tcW w:type="dxa" w:w="1850"/>
          </w:tcPr>
          <w:p>
            <w:pPr>
              <w:spacing w:after="0"/>
              <w:jc w:val="left"/>
            </w:pPr>
            <w:r>
              <w:rPr>
                <w:sz w:val="16"/>
              </w:rPr>
              <w:t>60 kt (69 mph) estimated gust, Thunderstorm Wind, 2011-06-15; same speed and measurement basis also recorded on 2005-02-21</w:t>
            </w:r>
          </w:p>
        </w:tc>
        <w:tc>
          <w:tcPr>
            <w:tcW w:type="dxa" w:w="1600"/>
          </w:tcPr>
          <w:p>
            <w:pPr>
              <w:spacing w:after="0"/>
              <w:jc w:val="left"/>
            </w:pPr>
            <w:r>
              <w:rPr>
                <w:sz w:val="16"/>
              </w:rPr>
              <w:t>Thunderstorm Wind, 1996-04-20, $50,000 property; crops not reported (1996 dollars)</w:t>
            </w:r>
          </w:p>
        </w:tc>
        <w:tc>
          <w:tcPr>
            <w:tcW w:type="dxa" w:w="1558"/>
          </w:tcPr>
          <w:p>
            <w:pPr>
              <w:spacing w:after="0"/>
              <w:jc w:val="left"/>
            </w:pPr>
            <w:r>
              <w:rPr>
                <w:sz w:val="16"/>
              </w:rPr>
              <w:t>Event records naming jurisdictions in the plan: Waynesville town (17 records), Canton town (11 records), Clyde town (5 records).</w:t>
            </w:r>
          </w:p>
        </w:tc>
        <w:tc>
          <w:tcPr>
            <w:tcW w:type="dxa" w:w="1584"/>
          </w:tcPr>
          <w:p>
            <w:pPr>
              <w:spacing w:after="0"/>
              <w:jc w:val="left"/>
            </w:pPr>
          </w:p>
        </w:tc>
      </w:tr>
      <w:tr>
        <w:trPr>
          <w:cantSplit/>
        </w:trPr>
        <w:tc>
          <w:tcPr>
            <w:tcW w:type="dxa" w:w="1861"/>
          </w:tcPr>
          <w:p>
            <w:pPr>
              <w:spacing w:after="0"/>
              <w:jc w:val="left"/>
            </w:pPr>
            <w:r>
              <w:rPr>
                <w:sz w:val="16"/>
              </w:rPr>
              <w:t>Tornado</w:t>
            </w:r>
          </w:p>
        </w:tc>
        <w:tc>
          <w:tcPr>
            <w:tcW w:type="dxa" w:w="1878"/>
          </w:tcPr>
          <w:p>
            <w:pPr>
              <w:spacing w:after="0"/>
              <w:jc w:val="left"/>
            </w:pPr>
            <w:r>
              <w:rPr>
                <w:sz w:val="16"/>
              </w:rPr>
              <w:t>Enhanced Fujita (Fujita before Feb 2007)</w:t>
            </w:r>
          </w:p>
        </w:tc>
        <w:tc>
          <w:tcPr>
            <w:tcW w:type="dxa" w:w="1771"/>
          </w:tcPr>
          <w:p>
            <w:pPr>
              <w:spacing w:after="0"/>
              <w:jc w:val="right"/>
            </w:pPr>
            <w:r>
              <w:rPr>
                <w:sz w:val="16"/>
              </w:rPr>
              <w:t>2 records, 1976 to 2013</w:t>
            </w:r>
          </w:p>
        </w:tc>
        <w:tc>
          <w:tcPr>
            <w:tcW w:type="dxa" w:w="2010"/>
          </w:tcPr>
          <w:p>
            <w:pPr>
              <w:spacing w:after="0"/>
              <w:jc w:val="left"/>
            </w:pPr>
            <w:r>
              <w:rPr>
                <w:sz w:val="16"/>
              </w:rPr>
              <w:t>F/EF1; 2 with a recorded value</w:t>
            </w:r>
          </w:p>
        </w:tc>
        <w:tc>
          <w:tcPr>
            <w:tcW w:type="dxa" w:w="1850"/>
          </w:tcPr>
          <w:p>
            <w:pPr>
              <w:spacing w:after="0"/>
              <w:jc w:val="left"/>
            </w:pPr>
            <w:r>
              <w:rPr>
                <w:sz w:val="16"/>
              </w:rPr>
              <w:t>EF1 tornado, 2013-06-13, 1.88 mi within this county, 100 yd wide, $0 property; $0 crops (2013 dollars), 1 direct injury</w:t>
            </w:r>
          </w:p>
        </w:tc>
        <w:tc>
          <w:tcPr>
            <w:tcW w:type="dxa" w:w="1600"/>
          </w:tcPr>
          <w:p>
            <w:pPr>
              <w:spacing w:after="0"/>
              <w:jc w:val="left"/>
            </w:pPr>
            <w:r>
              <w:rPr>
                <w:sz w:val="16"/>
              </w:rPr>
              <w:t>Tornado, 1976-02-18, $250,000 property; crops not recorded (1976 dollars)</w:t>
            </w:r>
          </w:p>
        </w:tc>
        <w:tc>
          <w:tcPr>
            <w:tcW w:type="dxa" w:w="1558"/>
          </w:tcPr>
          <w:p>
            <w:pPr>
              <w:spacing w:after="0"/>
              <w:jc w:val="left"/>
            </w:pPr>
            <w:r>
              <w:rPr>
                <w:sz w:val="16"/>
              </w:rPr>
              <w:t>No event record names a jurisdiction in the plan.</w:t>
            </w:r>
          </w:p>
        </w:tc>
        <w:tc>
          <w:tcPr>
            <w:tcW w:type="dxa" w:w="158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1"/>
          </w:tcPr>
          <w:p>
            <w:pPr>
              <w:spacing w:after="0"/>
              <w:jc w:val="left"/>
            </w:pPr>
            <w:r>
              <w:rPr>
                <w:sz w:val="16"/>
              </w:rPr>
              <w:t>Wildfire</w:t>
            </w:r>
          </w:p>
        </w:tc>
        <w:tc>
          <w:tcPr>
            <w:tcW w:type="dxa" w:w="1878"/>
          </w:tcPr>
          <w:p>
            <w:pPr>
              <w:spacing w:after="0"/>
              <w:jc w:val="left"/>
            </w:pPr>
            <w:r>
              <w:rPr>
                <w:sz w:val="16"/>
              </w:rPr>
              <w:t>acres burned (local data)</w:t>
            </w:r>
          </w:p>
        </w:tc>
        <w:tc>
          <w:tcPr>
            <w:tcW w:type="dxa" w:w="1771"/>
          </w:tcPr>
          <w:p>
            <w:pPr>
              <w:spacing w:after="0"/>
              <w:jc w:val="right"/>
            </w:pPr>
            <w:r>
              <w:rPr>
                <w:sz w:val="16"/>
              </w:rPr>
              <w:t>1 record, 2000</w:t>
            </w:r>
          </w:p>
        </w:tc>
        <w:tc>
          <w:tcPr>
            <w:tcW w:type="dxa" w:w="2010"/>
          </w:tcPr>
          <w:p>
            <w:pPr>
              <w:spacing w:after="0"/>
              <w:jc w:val="left"/>
            </w:pPr>
          </w:p>
        </w:tc>
        <w:tc>
          <w:tcPr>
            <w:tcW w:type="dxa" w:w="1850"/>
          </w:tcPr>
          <w:p>
            <w:pPr>
              <w:spacing w:after="0"/>
              <w:jc w:val="left"/>
            </w:pPr>
            <w:r>
              <w:rPr>
                <w:sz w:val="16"/>
              </w:rPr>
              <w:t>No damage reported in 1 record.</w:t>
            </w:r>
          </w:p>
        </w:tc>
        <w:tc>
          <w:tcPr>
            <w:tcW w:type="dxa" w:w="1600"/>
          </w:tcPr>
          <w:p>
            <w:pPr>
              <w:spacing w:after="0"/>
              <w:jc w:val="left"/>
            </w:pPr>
          </w:p>
        </w:tc>
        <w:tc>
          <w:tcPr>
            <w:tcW w:type="dxa" w:w="1558"/>
          </w:tcPr>
          <w:p>
            <w:pPr>
              <w:spacing w:after="0"/>
              <w:jc w:val="left"/>
            </w:pPr>
            <w:r>
              <w:rPr>
                <w:sz w:val="16"/>
              </w:rPr>
              <w:t>No event record names a jurisdiction in the plan.</w:t>
            </w:r>
          </w:p>
        </w:tc>
        <w:tc>
          <w:tcPr>
            <w:tcW w:type="dxa" w:w="1584"/>
          </w:tcPr>
          <w:p>
            <w:pPr>
              <w:spacing w:after="0"/>
              <w:jc w:val="left"/>
            </w:pPr>
          </w:p>
        </w:tc>
      </w:tr>
      <w:tr>
        <w:trPr>
          <w:cantSplit/>
        </w:trPr>
        <w:tc>
          <w:tcPr>
            <w:tcW w:type="dxa" w:w="1861"/>
          </w:tcPr>
          <w:p>
            <w:pPr>
              <w:spacing w:after="0"/>
              <w:jc w:val="left"/>
            </w:pPr>
            <w:r>
              <w:rPr>
                <w:sz w:val="16"/>
              </w:rPr>
              <w:t>Winter Storm, Heavy Snow, Blizzard, Lake-Effect Snow, Winter Weather, Sleet</w:t>
            </w:r>
          </w:p>
        </w:tc>
        <w:tc>
          <w:tcPr>
            <w:tcW w:type="dxa" w:w="1878"/>
          </w:tcPr>
          <w:p>
            <w:pPr>
              <w:spacing w:after="0"/>
              <w:jc w:val="left"/>
            </w:pPr>
            <w:r>
              <w:rPr>
                <w:sz w:val="16"/>
              </w:rPr>
              <w:t>none in data (snowfall: local data)</w:t>
            </w:r>
          </w:p>
        </w:tc>
        <w:tc>
          <w:tcPr>
            <w:tcW w:type="dxa" w:w="1771"/>
          </w:tcPr>
          <w:p>
            <w:pPr>
              <w:spacing w:after="0"/>
              <w:jc w:val="right"/>
            </w:pPr>
            <w:r>
              <w:rPr>
                <w:sz w:val="16"/>
              </w:rPr>
              <w:t>286 records, 1996 to 2026 (286 zone-level)</w:t>
            </w:r>
          </w:p>
        </w:tc>
        <w:tc>
          <w:tcPr>
            <w:tcW w:type="dxa" w:w="2010"/>
          </w:tcPr>
          <w:p>
            <w:pPr>
              <w:spacing w:after="0"/>
              <w:jc w:val="left"/>
            </w:pPr>
          </w:p>
        </w:tc>
        <w:tc>
          <w:tcPr>
            <w:tcW w:type="dxa" w:w="1850"/>
          </w:tcPr>
          <w:p>
            <w:pPr>
              <w:spacing w:after="0"/>
              <w:jc w:val="left"/>
            </w:pPr>
            <w:r>
              <w:rPr>
                <w:sz w:val="16"/>
              </w:rPr>
              <w:t>No damage reported in 286 records.</w:t>
            </w:r>
          </w:p>
        </w:tc>
        <w:tc>
          <w:tcPr>
            <w:tcW w:type="dxa" w:w="1600"/>
          </w:tcPr>
          <w:p>
            <w:pPr>
              <w:spacing w:after="0"/>
              <w:jc w:val="left"/>
            </w:pPr>
          </w:p>
        </w:tc>
        <w:tc>
          <w:tcPr>
            <w:tcW w:type="dxa" w:w="1558"/>
          </w:tcPr>
          <w:p>
            <w:pPr>
              <w:spacing w:after="0"/>
              <w:jc w:val="left"/>
            </w:pPr>
            <w:r>
              <w:rPr>
                <w:sz w:val="16"/>
              </w:rPr>
              <w:t>Countywide (zone-level records).</w:t>
            </w:r>
          </w:p>
        </w:tc>
        <w:tc>
          <w:tcPr>
            <w:tcW w:type="dxa" w:w="158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9"/>
        <w:gridCol w:w="2418"/>
        <w:gridCol w:w="2252"/>
        <w:gridCol w:w="2689"/>
        <w:gridCol w:w="1370"/>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9"/>
            <w:shd w:val="clear" w:color="auto" w:fill="E8E8E8"/>
          </w:tcPr>
          <w:p>
            <w:pPr>
              <w:spacing w:after="0"/>
              <w:jc w:val="left"/>
            </w:pPr>
            <w:r>
              <w:rPr>
                <w:b/>
                <w:sz w:val="16"/>
              </w:rPr>
              <w:t>Type</w:t>
            </w:r>
          </w:p>
        </w:tc>
        <w:tc>
          <w:tcPr>
            <w:tcW w:type="dxa" w:w="2418"/>
            <w:shd w:val="clear" w:color="auto" w:fill="E8E8E8"/>
          </w:tcPr>
          <w:p>
            <w:pPr>
              <w:spacing w:after="0"/>
              <w:jc w:val="left"/>
            </w:pPr>
            <w:r>
              <w:rPr>
                <w:b/>
                <w:sz w:val="16"/>
              </w:rPr>
              <w:t>Title</w:t>
            </w:r>
          </w:p>
        </w:tc>
        <w:tc>
          <w:tcPr>
            <w:tcW w:type="dxa" w:w="2252"/>
            <w:shd w:val="clear" w:color="auto" w:fill="E8E8E8"/>
          </w:tcPr>
          <w:p>
            <w:pPr>
              <w:spacing w:after="0"/>
              <w:jc w:val="left"/>
            </w:pPr>
            <w:r>
              <w:rPr>
                <w:b/>
                <w:sz w:val="16"/>
              </w:rPr>
              <w:t>Mapped hazard</w:t>
            </w:r>
          </w:p>
        </w:tc>
        <w:tc>
          <w:tcPr>
            <w:tcW w:type="dxa" w:w="268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70"/>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2026-01-21</w:t>
            </w:r>
          </w:p>
        </w:tc>
        <w:tc>
          <w:tcPr>
            <w:tcW w:type="dxa" w:w="1037"/>
          </w:tcPr>
          <w:p>
            <w:pPr>
              <w:spacing w:after="0"/>
              <w:jc w:val="left"/>
            </w:pPr>
            <w:r>
              <w:rPr>
                <w:sz w:val="16"/>
              </w:rPr>
              <w:t>EM-3637-NC</w:t>
            </w:r>
          </w:p>
        </w:tc>
        <w:tc>
          <w:tcPr>
            <w:tcW w:type="dxa" w:w="1379"/>
          </w:tcPr>
          <w:p>
            <w:pPr>
              <w:spacing w:after="0"/>
              <w:jc w:val="left"/>
            </w:pPr>
            <w:r>
              <w:rPr>
                <w:sz w:val="16"/>
              </w:rPr>
              <w:t>Emergency</w:t>
            </w:r>
          </w:p>
        </w:tc>
        <w:tc>
          <w:tcPr>
            <w:tcW w:type="dxa" w:w="2418"/>
          </w:tcPr>
          <w:p>
            <w:pPr>
              <w:spacing w:after="0"/>
              <w:jc w:val="left"/>
            </w:pPr>
            <w:r>
              <w:rPr>
                <w:sz w:val="16"/>
              </w:rPr>
              <w:t>Severe Winter Storm</w:t>
            </w:r>
          </w:p>
        </w:tc>
        <w:tc>
          <w:tcPr>
            <w:tcW w:type="dxa" w:w="2252"/>
          </w:tcPr>
          <w:p>
            <w:pPr>
              <w:spacing w:after="0"/>
              <w:jc w:val="left"/>
            </w:pPr>
            <w:r>
              <w:rPr>
                <w:sz w:val="16"/>
              </w:rPr>
              <w:t>Winter Weather</w:t>
            </w:r>
          </w:p>
        </w:tc>
        <w:tc>
          <w:tcPr>
            <w:tcW w:type="dxa" w:w="2689"/>
          </w:tcPr>
          <w:p>
            <w:pPr>
              <w:spacing w:after="0"/>
              <w:jc w:val="right"/>
            </w:pPr>
            <w:r>
              <w:rPr>
                <w:sz w:val="16"/>
              </w:rPr>
              <w:t>no Public Assistance recorded</w:t>
            </w:r>
          </w:p>
        </w:tc>
        <w:tc>
          <w:tcPr>
            <w:tcW w:type="dxa" w:w="137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2024-09-28</w:t>
            </w:r>
          </w:p>
        </w:tc>
        <w:tc>
          <w:tcPr>
            <w:tcW w:type="dxa" w:w="1037"/>
          </w:tcPr>
          <w:p>
            <w:pPr>
              <w:spacing w:after="0"/>
              <w:jc w:val="left"/>
            </w:pPr>
            <w:r>
              <w:rPr>
                <w:sz w:val="16"/>
              </w:rPr>
              <w:t>2024-09-25</w:t>
            </w:r>
          </w:p>
        </w:tc>
        <w:tc>
          <w:tcPr>
            <w:tcW w:type="dxa" w:w="1037"/>
          </w:tcPr>
          <w:p>
            <w:pPr>
              <w:spacing w:after="0"/>
              <w:jc w:val="left"/>
            </w:pPr>
            <w:r>
              <w:rPr>
                <w:sz w:val="16"/>
              </w:rPr>
              <w:t>DR-4827-NC</w:t>
            </w:r>
          </w:p>
        </w:tc>
        <w:tc>
          <w:tcPr>
            <w:tcW w:type="dxa" w:w="1379"/>
          </w:tcPr>
          <w:p>
            <w:pPr>
              <w:spacing w:after="0"/>
              <w:jc w:val="left"/>
            </w:pPr>
            <w:r>
              <w:rPr>
                <w:sz w:val="16"/>
              </w:rPr>
              <w:t>Major disaster</w:t>
            </w:r>
          </w:p>
        </w:tc>
        <w:tc>
          <w:tcPr>
            <w:tcW w:type="dxa" w:w="2418"/>
          </w:tcPr>
          <w:p>
            <w:pPr>
              <w:spacing w:after="0"/>
              <w:jc w:val="left"/>
            </w:pPr>
            <w:r>
              <w:rPr>
                <w:sz w:val="16"/>
              </w:rPr>
              <w:t>Tropical Storm Helene</w:t>
            </w:r>
          </w:p>
        </w:tc>
        <w:tc>
          <w:tcPr>
            <w:tcW w:type="dxa" w:w="2252"/>
          </w:tcPr>
          <w:p>
            <w:pPr>
              <w:spacing w:after="0"/>
              <w:jc w:val="left"/>
            </w:pPr>
            <w:r>
              <w:rPr>
                <w:sz w:val="16"/>
              </w:rPr>
              <w:t>Hurricane</w:t>
            </w:r>
          </w:p>
        </w:tc>
        <w:tc>
          <w:tcPr>
            <w:tcW w:type="dxa" w:w="2689"/>
          </w:tcPr>
          <w:p>
            <w:pPr>
              <w:spacing w:after="0"/>
              <w:jc w:val="right"/>
            </w:pPr>
            <w:r>
              <w:rPr>
                <w:sz w:val="16"/>
              </w:rPr>
              <w:t>$38,665,980.18</w:t>
            </w:r>
          </w:p>
        </w:tc>
        <w:tc>
          <w:tcPr>
            <w:tcW w:type="dxa" w:w="137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EM-3617-NC</w:t>
            </w:r>
          </w:p>
        </w:tc>
        <w:tc>
          <w:tcPr>
            <w:tcW w:type="dxa" w:w="1379"/>
          </w:tcPr>
          <w:p>
            <w:pPr>
              <w:spacing w:after="0"/>
              <w:jc w:val="left"/>
            </w:pPr>
            <w:r>
              <w:rPr>
                <w:sz w:val="16"/>
              </w:rPr>
              <w:t>Emergency</w:t>
            </w:r>
          </w:p>
        </w:tc>
        <w:tc>
          <w:tcPr>
            <w:tcW w:type="dxa" w:w="2418"/>
          </w:tcPr>
          <w:p>
            <w:pPr>
              <w:spacing w:after="0"/>
              <w:jc w:val="left"/>
            </w:pPr>
            <w:r>
              <w:rPr>
                <w:sz w:val="16"/>
              </w:rPr>
              <w:t>Hurricane Helene</w:t>
            </w:r>
          </w:p>
        </w:tc>
        <w:tc>
          <w:tcPr>
            <w:tcW w:type="dxa" w:w="2252"/>
          </w:tcPr>
          <w:p>
            <w:pPr>
              <w:spacing w:after="0"/>
              <w:jc w:val="left"/>
            </w:pPr>
            <w:r>
              <w:rPr>
                <w:sz w:val="16"/>
              </w:rPr>
              <w:t>Hurricane (primary); also designated: Inland Flooding, Landslide</w:t>
            </w:r>
          </w:p>
        </w:tc>
        <w:tc>
          <w:tcPr>
            <w:tcW w:type="dxa" w:w="2689"/>
          </w:tcPr>
          <w:p>
            <w:pPr>
              <w:spacing w:after="0"/>
              <w:jc w:val="right"/>
            </w:pPr>
            <w:r>
              <w:rPr>
                <w:sz w:val="16"/>
              </w:rPr>
              <w:t>no Public Assistance recorded</w:t>
            </w:r>
          </w:p>
        </w:tc>
        <w:tc>
          <w:tcPr>
            <w:tcW w:type="dxa" w:w="1370"/>
          </w:tcPr>
          <w:p>
            <w:pPr>
              <w:spacing w:after="0"/>
              <w:jc w:val="left"/>
            </w:pPr>
            <w:r>
              <w:rPr>
                <w:sz w:val="16"/>
              </w:rPr>
              <w:t>new since last plan; within last 5 years</w:t>
            </w:r>
          </w:p>
        </w:tc>
        <w:tc>
          <w:tcPr>
            <w:tcW w:type="dxa" w:w="893"/>
          </w:tcPr>
          <w:p>
            <w:pPr>
              <w:spacing w:after="0"/>
              <w:jc w:val="left"/>
            </w:pPr>
            <w:r>
              <w:rPr>
                <w:sz w:val="16"/>
              </w:rPr>
              <w:t>same incident as DR-4827</w:t>
            </w:r>
          </w:p>
        </w:tc>
      </w:tr>
      <w:tr>
        <w:trPr>
          <w:cantSplit/>
        </w:trPr>
        <w:tc>
          <w:tcPr>
            <w:tcW w:type="dxa" w:w="1037"/>
          </w:tcPr>
          <w:p>
            <w:pPr>
              <w:spacing w:after="0"/>
              <w:jc w:val="left"/>
            </w:pPr>
            <w:r>
              <w:rPr>
                <w:sz w:val="16"/>
              </w:rPr>
              <w:t>2022-10-01</w:t>
            </w:r>
          </w:p>
        </w:tc>
        <w:tc>
          <w:tcPr>
            <w:tcW w:type="dxa" w:w="1037"/>
          </w:tcPr>
          <w:p>
            <w:pPr>
              <w:spacing w:after="0"/>
              <w:jc w:val="left"/>
            </w:pPr>
            <w:r>
              <w:rPr>
                <w:sz w:val="16"/>
              </w:rPr>
              <w:t>2022-09-28</w:t>
            </w:r>
          </w:p>
        </w:tc>
        <w:tc>
          <w:tcPr>
            <w:tcW w:type="dxa" w:w="1037"/>
          </w:tcPr>
          <w:p>
            <w:pPr>
              <w:spacing w:after="0"/>
              <w:jc w:val="left"/>
            </w:pPr>
            <w:r>
              <w:rPr>
                <w:sz w:val="16"/>
              </w:rPr>
              <w:t>EM-3586-NC</w:t>
            </w:r>
          </w:p>
        </w:tc>
        <w:tc>
          <w:tcPr>
            <w:tcW w:type="dxa" w:w="1379"/>
          </w:tcPr>
          <w:p>
            <w:pPr>
              <w:spacing w:after="0"/>
              <w:jc w:val="left"/>
            </w:pPr>
            <w:r>
              <w:rPr>
                <w:sz w:val="16"/>
              </w:rPr>
              <w:t>Emergency</w:t>
            </w:r>
          </w:p>
        </w:tc>
        <w:tc>
          <w:tcPr>
            <w:tcW w:type="dxa" w:w="2418"/>
          </w:tcPr>
          <w:p>
            <w:pPr>
              <w:spacing w:after="0"/>
              <w:jc w:val="left"/>
            </w:pPr>
            <w:r>
              <w:rPr>
                <w:sz w:val="16"/>
              </w:rPr>
              <w:t>Hurricane Ian</w:t>
            </w:r>
          </w:p>
        </w:tc>
        <w:tc>
          <w:tcPr>
            <w:tcW w:type="dxa" w:w="2252"/>
          </w:tcPr>
          <w:p>
            <w:pPr>
              <w:spacing w:after="0"/>
              <w:jc w:val="left"/>
            </w:pPr>
            <w:r>
              <w:rPr>
                <w:sz w:val="16"/>
              </w:rPr>
              <w:t>Hurricane</w:t>
            </w:r>
          </w:p>
        </w:tc>
        <w:tc>
          <w:tcPr>
            <w:tcW w:type="dxa" w:w="2689"/>
          </w:tcPr>
          <w:p>
            <w:pPr>
              <w:spacing w:after="0"/>
              <w:jc w:val="right"/>
            </w:pPr>
            <w:r>
              <w:rPr>
                <w:sz w:val="16"/>
              </w:rPr>
              <w:t>no Public Assistance recorded</w:t>
            </w:r>
          </w:p>
        </w:tc>
        <w:tc>
          <w:tcPr>
            <w:tcW w:type="dxa" w:w="137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2021-09-08</w:t>
            </w:r>
          </w:p>
        </w:tc>
        <w:tc>
          <w:tcPr>
            <w:tcW w:type="dxa" w:w="1037"/>
          </w:tcPr>
          <w:p>
            <w:pPr>
              <w:spacing w:after="0"/>
              <w:jc w:val="left"/>
            </w:pPr>
            <w:r>
              <w:rPr>
                <w:sz w:val="16"/>
              </w:rPr>
              <w:t>2021-08-16</w:t>
            </w:r>
          </w:p>
        </w:tc>
        <w:tc>
          <w:tcPr>
            <w:tcW w:type="dxa" w:w="1037"/>
          </w:tcPr>
          <w:p>
            <w:pPr>
              <w:spacing w:after="0"/>
              <w:jc w:val="left"/>
            </w:pPr>
            <w:r>
              <w:rPr>
                <w:sz w:val="16"/>
              </w:rPr>
              <w:t>DR-4617-NC</w:t>
            </w:r>
          </w:p>
        </w:tc>
        <w:tc>
          <w:tcPr>
            <w:tcW w:type="dxa" w:w="1379"/>
          </w:tcPr>
          <w:p>
            <w:pPr>
              <w:spacing w:after="0"/>
              <w:jc w:val="left"/>
            </w:pPr>
            <w:r>
              <w:rPr>
                <w:sz w:val="16"/>
              </w:rPr>
              <w:t>Major disaster</w:t>
            </w:r>
          </w:p>
        </w:tc>
        <w:tc>
          <w:tcPr>
            <w:tcW w:type="dxa" w:w="2418"/>
          </w:tcPr>
          <w:p>
            <w:pPr>
              <w:spacing w:after="0"/>
              <w:jc w:val="left"/>
            </w:pPr>
            <w:r>
              <w:rPr>
                <w:sz w:val="16"/>
              </w:rPr>
              <w:t>Remnants of Tropical Storm Fred</w:t>
            </w:r>
          </w:p>
        </w:tc>
        <w:tc>
          <w:tcPr>
            <w:tcW w:type="dxa" w:w="2252"/>
          </w:tcPr>
          <w:p>
            <w:pPr>
              <w:spacing w:after="0"/>
              <w:jc w:val="left"/>
            </w:pPr>
            <w:r>
              <w:rPr>
                <w:sz w:val="16"/>
              </w:rPr>
              <w:t>Hurricane</w:t>
            </w:r>
          </w:p>
        </w:tc>
        <w:tc>
          <w:tcPr>
            <w:tcW w:type="dxa" w:w="2689"/>
          </w:tcPr>
          <w:p>
            <w:pPr>
              <w:spacing w:after="0"/>
              <w:jc w:val="right"/>
            </w:pPr>
            <w:r>
              <w:rPr>
                <w:sz w:val="16"/>
              </w:rPr>
              <w:t>$14,157,482.64</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2020-08-02</w:t>
            </w:r>
          </w:p>
        </w:tc>
        <w:tc>
          <w:tcPr>
            <w:tcW w:type="dxa" w:w="1037"/>
          </w:tcPr>
          <w:p>
            <w:pPr>
              <w:spacing w:after="0"/>
              <w:jc w:val="left"/>
            </w:pPr>
            <w:r>
              <w:rPr>
                <w:sz w:val="16"/>
              </w:rPr>
              <w:t>2020-07-31</w:t>
            </w:r>
          </w:p>
        </w:tc>
        <w:tc>
          <w:tcPr>
            <w:tcW w:type="dxa" w:w="1037"/>
          </w:tcPr>
          <w:p>
            <w:pPr>
              <w:spacing w:after="0"/>
              <w:jc w:val="left"/>
            </w:pPr>
            <w:r>
              <w:rPr>
                <w:sz w:val="16"/>
              </w:rPr>
              <w:t>EM-3534-NC</w:t>
            </w:r>
          </w:p>
        </w:tc>
        <w:tc>
          <w:tcPr>
            <w:tcW w:type="dxa" w:w="1379"/>
          </w:tcPr>
          <w:p>
            <w:pPr>
              <w:spacing w:after="0"/>
              <w:jc w:val="left"/>
            </w:pPr>
            <w:r>
              <w:rPr>
                <w:sz w:val="16"/>
              </w:rPr>
              <w:t>Emergency</w:t>
            </w:r>
          </w:p>
        </w:tc>
        <w:tc>
          <w:tcPr>
            <w:tcW w:type="dxa" w:w="2418"/>
          </w:tcPr>
          <w:p>
            <w:pPr>
              <w:spacing w:after="0"/>
              <w:jc w:val="left"/>
            </w:pPr>
            <w:r>
              <w:rPr>
                <w:sz w:val="16"/>
              </w:rPr>
              <w:t>Hurricane Isaias</w:t>
            </w:r>
          </w:p>
        </w:tc>
        <w:tc>
          <w:tcPr>
            <w:tcW w:type="dxa" w:w="2252"/>
          </w:tcPr>
          <w:p>
            <w:pPr>
              <w:spacing w:after="0"/>
              <w:jc w:val="left"/>
            </w:pPr>
            <w:r>
              <w:rPr>
                <w:sz w:val="16"/>
              </w:rPr>
              <w:t>Hurricane</w:t>
            </w:r>
          </w:p>
        </w:tc>
        <w:tc>
          <w:tcPr>
            <w:tcW w:type="dxa" w:w="2689"/>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DR-4487-NC</w:t>
            </w:r>
          </w:p>
        </w:tc>
        <w:tc>
          <w:tcPr>
            <w:tcW w:type="dxa" w:w="1379"/>
          </w:tcPr>
          <w:p>
            <w:pPr>
              <w:spacing w:after="0"/>
              <w:jc w:val="left"/>
            </w:pPr>
            <w:r>
              <w:rPr>
                <w:sz w:val="16"/>
              </w:rPr>
              <w:t>Major disaster</w:t>
            </w:r>
          </w:p>
        </w:tc>
        <w:tc>
          <w:tcPr>
            <w:tcW w:type="dxa" w:w="2418"/>
          </w:tcPr>
          <w:p>
            <w:pPr>
              <w:spacing w:after="0"/>
              <w:jc w:val="left"/>
            </w:pPr>
            <w:r>
              <w:rPr>
                <w:sz w:val="16"/>
              </w:rPr>
              <w:t>COVID-19 Pandemic</w:t>
            </w:r>
          </w:p>
        </w:tc>
        <w:tc>
          <w:tcPr>
            <w:tcW w:type="dxa" w:w="2252"/>
          </w:tcPr>
          <w:p>
            <w:pPr>
              <w:spacing w:after="0"/>
              <w:jc w:val="left"/>
            </w:pPr>
            <w:r>
              <w:rPr>
                <w:sz w:val="16"/>
              </w:rPr>
              <w:t>Non-natural, not counted</w:t>
            </w:r>
          </w:p>
        </w:tc>
        <w:tc>
          <w:tcPr>
            <w:tcW w:type="dxa" w:w="2689"/>
          </w:tcPr>
          <w:p>
            <w:pPr>
              <w:spacing w:after="0"/>
              <w:jc w:val="right"/>
            </w:pPr>
            <w:r>
              <w:rPr>
                <w:sz w:val="16"/>
              </w:rPr>
              <w:t>$559,993.34</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EM-3471-NC</w:t>
            </w:r>
          </w:p>
        </w:tc>
        <w:tc>
          <w:tcPr>
            <w:tcW w:type="dxa" w:w="1379"/>
          </w:tcPr>
          <w:p>
            <w:pPr>
              <w:spacing w:after="0"/>
              <w:jc w:val="left"/>
            </w:pPr>
            <w:r>
              <w:rPr>
                <w:sz w:val="16"/>
              </w:rPr>
              <w:t>Emergency</w:t>
            </w:r>
          </w:p>
        </w:tc>
        <w:tc>
          <w:tcPr>
            <w:tcW w:type="dxa" w:w="2418"/>
          </w:tcPr>
          <w:p>
            <w:pPr>
              <w:spacing w:after="0"/>
              <w:jc w:val="left"/>
            </w:pPr>
            <w:r>
              <w:rPr>
                <w:sz w:val="16"/>
              </w:rPr>
              <w:t>COVID-19</w:t>
            </w:r>
          </w:p>
        </w:tc>
        <w:tc>
          <w:tcPr>
            <w:tcW w:type="dxa" w:w="2252"/>
          </w:tcPr>
          <w:p>
            <w:pPr>
              <w:spacing w:after="0"/>
              <w:jc w:val="left"/>
            </w:pPr>
            <w:r>
              <w:rPr>
                <w:sz w:val="16"/>
              </w:rPr>
              <w:t>Non-natural, not counted</w:t>
            </w:r>
          </w:p>
        </w:tc>
        <w:tc>
          <w:tcPr>
            <w:tcW w:type="dxa" w:w="2689"/>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r>
              <w:rPr>
                <w:sz w:val="16"/>
              </w:rPr>
              <w:t>same incident as DR-4487</w:t>
            </w:r>
          </w:p>
        </w:tc>
      </w:tr>
      <w:tr>
        <w:trPr>
          <w:cantSplit/>
        </w:trPr>
        <w:tc>
          <w:tcPr>
            <w:tcW w:type="dxa" w:w="1037"/>
          </w:tcPr>
          <w:p>
            <w:pPr>
              <w:spacing w:after="0"/>
              <w:jc w:val="left"/>
            </w:pPr>
            <w:r>
              <w:rPr>
                <w:sz w:val="16"/>
              </w:rPr>
              <w:t>2019-09-03</w:t>
            </w:r>
          </w:p>
        </w:tc>
        <w:tc>
          <w:tcPr>
            <w:tcW w:type="dxa" w:w="1037"/>
          </w:tcPr>
          <w:p>
            <w:pPr>
              <w:spacing w:after="0"/>
              <w:jc w:val="left"/>
            </w:pPr>
            <w:r>
              <w:rPr>
                <w:sz w:val="16"/>
              </w:rPr>
              <w:t>2019-09-01</w:t>
            </w:r>
          </w:p>
        </w:tc>
        <w:tc>
          <w:tcPr>
            <w:tcW w:type="dxa" w:w="1037"/>
          </w:tcPr>
          <w:p>
            <w:pPr>
              <w:spacing w:after="0"/>
              <w:jc w:val="left"/>
            </w:pPr>
            <w:r>
              <w:rPr>
                <w:sz w:val="16"/>
              </w:rPr>
              <w:t>EM-3423-NC</w:t>
            </w:r>
          </w:p>
        </w:tc>
        <w:tc>
          <w:tcPr>
            <w:tcW w:type="dxa" w:w="1379"/>
          </w:tcPr>
          <w:p>
            <w:pPr>
              <w:spacing w:after="0"/>
              <w:jc w:val="left"/>
            </w:pPr>
            <w:r>
              <w:rPr>
                <w:sz w:val="16"/>
              </w:rPr>
              <w:t>Emergency</w:t>
            </w:r>
          </w:p>
        </w:tc>
        <w:tc>
          <w:tcPr>
            <w:tcW w:type="dxa" w:w="2418"/>
          </w:tcPr>
          <w:p>
            <w:pPr>
              <w:spacing w:after="0"/>
              <w:jc w:val="left"/>
            </w:pPr>
            <w:r>
              <w:rPr>
                <w:sz w:val="16"/>
              </w:rPr>
              <w:t>Hurricane Dorian</w:t>
            </w:r>
          </w:p>
        </w:tc>
        <w:tc>
          <w:tcPr>
            <w:tcW w:type="dxa" w:w="2252"/>
          </w:tcPr>
          <w:p>
            <w:pPr>
              <w:spacing w:after="0"/>
              <w:jc w:val="left"/>
            </w:pPr>
            <w:r>
              <w:rPr>
                <w:sz w:val="16"/>
              </w:rPr>
              <w:t>Hurricane</w:t>
            </w:r>
          </w:p>
        </w:tc>
        <w:tc>
          <w:tcPr>
            <w:tcW w:type="dxa" w:w="2689"/>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2018-09-07</w:t>
            </w:r>
          </w:p>
        </w:tc>
        <w:tc>
          <w:tcPr>
            <w:tcW w:type="dxa" w:w="1037"/>
          </w:tcPr>
          <w:p>
            <w:pPr>
              <w:spacing w:after="0"/>
              <w:jc w:val="left"/>
            </w:pPr>
            <w:r>
              <w:rPr>
                <w:sz w:val="16"/>
              </w:rPr>
              <w:t>EM-3401-NC</w:t>
            </w:r>
          </w:p>
        </w:tc>
        <w:tc>
          <w:tcPr>
            <w:tcW w:type="dxa" w:w="1379"/>
          </w:tcPr>
          <w:p>
            <w:pPr>
              <w:spacing w:after="0"/>
              <w:jc w:val="left"/>
            </w:pPr>
            <w:r>
              <w:rPr>
                <w:sz w:val="16"/>
              </w:rPr>
              <w:t>Emergency</w:t>
            </w:r>
          </w:p>
        </w:tc>
        <w:tc>
          <w:tcPr>
            <w:tcW w:type="dxa" w:w="2418"/>
          </w:tcPr>
          <w:p>
            <w:pPr>
              <w:spacing w:after="0"/>
              <w:jc w:val="left"/>
            </w:pPr>
            <w:r>
              <w:rPr>
                <w:sz w:val="16"/>
              </w:rPr>
              <w:t>Hurricane Florence</w:t>
            </w:r>
          </w:p>
        </w:tc>
        <w:tc>
          <w:tcPr>
            <w:tcW w:type="dxa" w:w="2252"/>
          </w:tcPr>
          <w:p>
            <w:pPr>
              <w:spacing w:after="0"/>
              <w:jc w:val="left"/>
            </w:pPr>
            <w:r>
              <w:rPr>
                <w:sz w:val="16"/>
              </w:rPr>
              <w:t>Hurricane</w:t>
            </w:r>
          </w:p>
        </w:tc>
        <w:tc>
          <w:tcPr>
            <w:tcW w:type="dxa" w:w="2689"/>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2010-02-02</w:t>
            </w:r>
          </w:p>
        </w:tc>
        <w:tc>
          <w:tcPr>
            <w:tcW w:type="dxa" w:w="1037"/>
          </w:tcPr>
          <w:p>
            <w:pPr>
              <w:spacing w:after="0"/>
              <w:jc w:val="left"/>
            </w:pPr>
            <w:r>
              <w:rPr>
                <w:sz w:val="16"/>
              </w:rPr>
              <w:t>2009-12-18</w:t>
            </w:r>
          </w:p>
        </w:tc>
        <w:tc>
          <w:tcPr>
            <w:tcW w:type="dxa" w:w="1037"/>
          </w:tcPr>
          <w:p>
            <w:pPr>
              <w:spacing w:after="0"/>
              <w:jc w:val="left"/>
            </w:pPr>
            <w:r>
              <w:rPr>
                <w:sz w:val="16"/>
              </w:rPr>
              <w:t>DR-1871-NC</w:t>
            </w:r>
          </w:p>
        </w:tc>
        <w:tc>
          <w:tcPr>
            <w:tcW w:type="dxa" w:w="1379"/>
          </w:tcPr>
          <w:p>
            <w:pPr>
              <w:spacing w:after="0"/>
              <w:jc w:val="left"/>
            </w:pPr>
            <w:r>
              <w:rPr>
                <w:sz w:val="16"/>
              </w:rPr>
              <w:t>Major disaster</w:t>
            </w:r>
          </w:p>
        </w:tc>
        <w:tc>
          <w:tcPr>
            <w:tcW w:type="dxa" w:w="2418"/>
          </w:tcPr>
          <w:p>
            <w:pPr>
              <w:spacing w:after="0"/>
              <w:jc w:val="left"/>
            </w:pPr>
            <w:r>
              <w:rPr>
                <w:sz w:val="16"/>
              </w:rPr>
              <w:t>Severe Winter Storms and Flooding</w:t>
            </w:r>
          </w:p>
        </w:tc>
        <w:tc>
          <w:tcPr>
            <w:tcW w:type="dxa" w:w="2252"/>
          </w:tcPr>
          <w:p>
            <w:pPr>
              <w:spacing w:after="0"/>
              <w:jc w:val="left"/>
            </w:pPr>
            <w:r>
              <w:rPr>
                <w:sz w:val="16"/>
              </w:rPr>
              <w:t>Inland Flooding; Winter Weather</w:t>
            </w:r>
          </w:p>
        </w:tc>
        <w:tc>
          <w:tcPr>
            <w:tcW w:type="dxa" w:w="2689"/>
          </w:tcPr>
          <w:p>
            <w:pPr>
              <w:spacing w:after="0"/>
              <w:jc w:val="right"/>
            </w:pPr>
            <w:r>
              <w:rPr>
                <w:sz w:val="16"/>
              </w:rPr>
              <w:t>$906,396.65</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EM-3222-NC</w:t>
            </w:r>
          </w:p>
        </w:tc>
        <w:tc>
          <w:tcPr>
            <w:tcW w:type="dxa" w:w="1379"/>
          </w:tcPr>
          <w:p>
            <w:pPr>
              <w:spacing w:after="0"/>
              <w:jc w:val="left"/>
            </w:pPr>
            <w:r>
              <w:rPr>
                <w:sz w:val="16"/>
              </w:rPr>
              <w:t>Emergency</w:t>
            </w:r>
          </w:p>
        </w:tc>
        <w:tc>
          <w:tcPr>
            <w:tcW w:type="dxa" w:w="2418"/>
          </w:tcPr>
          <w:p>
            <w:pPr>
              <w:spacing w:after="0"/>
              <w:jc w:val="left"/>
            </w:pPr>
            <w:r>
              <w:rPr>
                <w:sz w:val="16"/>
              </w:rPr>
              <w:t>Hurricane Katrina Evacuation</w:t>
            </w:r>
          </w:p>
        </w:tc>
        <w:tc>
          <w:tcPr>
            <w:tcW w:type="dxa" w:w="2252"/>
          </w:tcPr>
          <w:p>
            <w:pPr>
              <w:spacing w:after="0"/>
              <w:jc w:val="left"/>
            </w:pPr>
            <w:r>
              <w:rPr>
                <w:sz w:val="16"/>
              </w:rPr>
              <w:t>Hurricane: evacuation support, not a local hazard event; not counted</w:t>
            </w:r>
          </w:p>
        </w:tc>
        <w:tc>
          <w:tcPr>
            <w:tcW w:type="dxa" w:w="2689"/>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2004-09-18</w:t>
            </w:r>
          </w:p>
        </w:tc>
        <w:tc>
          <w:tcPr>
            <w:tcW w:type="dxa" w:w="1037"/>
          </w:tcPr>
          <w:p>
            <w:pPr>
              <w:spacing w:after="0"/>
              <w:jc w:val="left"/>
            </w:pPr>
            <w:r>
              <w:rPr>
                <w:sz w:val="16"/>
              </w:rPr>
              <w:t>2004-09-16</w:t>
            </w:r>
          </w:p>
        </w:tc>
        <w:tc>
          <w:tcPr>
            <w:tcW w:type="dxa" w:w="1037"/>
          </w:tcPr>
          <w:p>
            <w:pPr>
              <w:spacing w:after="0"/>
              <w:jc w:val="left"/>
            </w:pPr>
            <w:r>
              <w:rPr>
                <w:sz w:val="16"/>
              </w:rPr>
              <w:t>DR-1553-NC</w:t>
            </w:r>
          </w:p>
        </w:tc>
        <w:tc>
          <w:tcPr>
            <w:tcW w:type="dxa" w:w="1379"/>
          </w:tcPr>
          <w:p>
            <w:pPr>
              <w:spacing w:after="0"/>
              <w:jc w:val="left"/>
            </w:pPr>
            <w:r>
              <w:rPr>
                <w:sz w:val="16"/>
              </w:rPr>
              <w:t>Major disaster</w:t>
            </w:r>
          </w:p>
        </w:tc>
        <w:tc>
          <w:tcPr>
            <w:tcW w:type="dxa" w:w="2418"/>
          </w:tcPr>
          <w:p>
            <w:pPr>
              <w:spacing w:after="0"/>
              <w:jc w:val="left"/>
            </w:pPr>
            <w:r>
              <w:rPr>
                <w:sz w:val="16"/>
              </w:rPr>
              <w:t>Hurricane Ivan</w:t>
            </w:r>
          </w:p>
        </w:tc>
        <w:tc>
          <w:tcPr>
            <w:tcW w:type="dxa" w:w="2252"/>
          </w:tcPr>
          <w:p>
            <w:pPr>
              <w:spacing w:after="0"/>
              <w:jc w:val="left"/>
            </w:pPr>
            <w:r>
              <w:rPr>
                <w:sz w:val="16"/>
              </w:rPr>
              <w:t>Hurricane</w:t>
            </w:r>
          </w:p>
        </w:tc>
        <w:tc>
          <w:tcPr>
            <w:tcW w:type="dxa" w:w="2689"/>
          </w:tcPr>
          <w:p>
            <w:pPr>
              <w:spacing w:after="0"/>
              <w:jc w:val="right"/>
            </w:pPr>
            <w:r>
              <w:rPr>
                <w:sz w:val="16"/>
              </w:rPr>
              <w:t>$1,911,247.67</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2004-09-10</w:t>
            </w:r>
          </w:p>
        </w:tc>
        <w:tc>
          <w:tcPr>
            <w:tcW w:type="dxa" w:w="1037"/>
          </w:tcPr>
          <w:p>
            <w:pPr>
              <w:spacing w:after="0"/>
              <w:jc w:val="left"/>
            </w:pPr>
            <w:r>
              <w:rPr>
                <w:sz w:val="16"/>
              </w:rPr>
              <w:t>2004-09-07</w:t>
            </w:r>
          </w:p>
        </w:tc>
        <w:tc>
          <w:tcPr>
            <w:tcW w:type="dxa" w:w="1037"/>
          </w:tcPr>
          <w:p>
            <w:pPr>
              <w:spacing w:after="0"/>
              <w:jc w:val="left"/>
            </w:pPr>
            <w:r>
              <w:rPr>
                <w:sz w:val="16"/>
              </w:rPr>
              <w:t>DR-1546-NC</w:t>
            </w:r>
          </w:p>
        </w:tc>
        <w:tc>
          <w:tcPr>
            <w:tcW w:type="dxa" w:w="1379"/>
          </w:tcPr>
          <w:p>
            <w:pPr>
              <w:spacing w:after="0"/>
              <w:jc w:val="left"/>
            </w:pPr>
            <w:r>
              <w:rPr>
                <w:sz w:val="16"/>
              </w:rPr>
              <w:t>Major disaster</w:t>
            </w:r>
          </w:p>
        </w:tc>
        <w:tc>
          <w:tcPr>
            <w:tcW w:type="dxa" w:w="2418"/>
          </w:tcPr>
          <w:p>
            <w:pPr>
              <w:spacing w:after="0"/>
              <w:jc w:val="left"/>
            </w:pPr>
            <w:r>
              <w:rPr>
                <w:sz w:val="16"/>
              </w:rPr>
              <w:t>Tropical Storm Frances</w:t>
            </w:r>
          </w:p>
        </w:tc>
        <w:tc>
          <w:tcPr>
            <w:tcW w:type="dxa" w:w="2252"/>
          </w:tcPr>
          <w:p>
            <w:pPr>
              <w:spacing w:after="0"/>
              <w:jc w:val="left"/>
            </w:pPr>
            <w:r>
              <w:rPr>
                <w:sz w:val="16"/>
              </w:rPr>
              <w:t>Hurricane</w:t>
            </w:r>
          </w:p>
        </w:tc>
        <w:tc>
          <w:tcPr>
            <w:tcW w:type="dxa" w:w="2689"/>
          </w:tcPr>
          <w:p>
            <w:pPr>
              <w:spacing w:after="0"/>
              <w:jc w:val="right"/>
            </w:pPr>
            <w:r>
              <w:rPr>
                <w:sz w:val="16"/>
              </w:rPr>
              <w:t>$1,787,879.77</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1998-01-15</w:t>
            </w:r>
          </w:p>
        </w:tc>
        <w:tc>
          <w:tcPr>
            <w:tcW w:type="dxa" w:w="1037"/>
          </w:tcPr>
          <w:p>
            <w:pPr>
              <w:spacing w:after="0"/>
              <w:jc w:val="left"/>
            </w:pPr>
            <w:r>
              <w:rPr>
                <w:sz w:val="16"/>
              </w:rPr>
              <w:t>1998-01-07</w:t>
            </w:r>
          </w:p>
        </w:tc>
        <w:tc>
          <w:tcPr>
            <w:tcW w:type="dxa" w:w="1037"/>
          </w:tcPr>
          <w:p>
            <w:pPr>
              <w:spacing w:after="0"/>
              <w:jc w:val="left"/>
            </w:pPr>
            <w:r>
              <w:rPr>
                <w:sz w:val="16"/>
              </w:rPr>
              <w:t>DR-1200-NC</w:t>
            </w:r>
          </w:p>
        </w:tc>
        <w:tc>
          <w:tcPr>
            <w:tcW w:type="dxa" w:w="1379"/>
          </w:tcPr>
          <w:p>
            <w:pPr>
              <w:spacing w:after="0"/>
              <w:jc w:val="left"/>
            </w:pPr>
            <w:r>
              <w:rPr>
                <w:sz w:val="16"/>
              </w:rPr>
              <w:t>Major disaster</w:t>
            </w:r>
          </w:p>
        </w:tc>
        <w:tc>
          <w:tcPr>
            <w:tcW w:type="dxa" w:w="2418"/>
          </w:tcPr>
          <w:p>
            <w:pPr>
              <w:spacing w:after="0"/>
              <w:jc w:val="left"/>
            </w:pPr>
            <w:r>
              <w:rPr>
                <w:sz w:val="16"/>
              </w:rPr>
              <w:t>Severe Storms and Flooding</w:t>
            </w:r>
          </w:p>
        </w:tc>
        <w:tc>
          <w:tcPr>
            <w:tcW w:type="dxa" w:w="2252"/>
          </w:tcPr>
          <w:p>
            <w:pPr>
              <w:spacing w:after="0"/>
              <w:jc w:val="left"/>
            </w:pPr>
            <w:r>
              <w:rPr>
                <w:sz w:val="16"/>
              </w:rPr>
              <w:t>Inland Flooding</w:t>
            </w:r>
          </w:p>
        </w:tc>
        <w:tc>
          <w:tcPr>
            <w:tcW w:type="dxa" w:w="2689"/>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1996-02-02</w:t>
            </w:r>
          </w:p>
        </w:tc>
        <w:tc>
          <w:tcPr>
            <w:tcW w:type="dxa" w:w="1037"/>
          </w:tcPr>
          <w:p>
            <w:pPr>
              <w:spacing w:after="0"/>
              <w:jc w:val="left"/>
            </w:pPr>
            <w:r>
              <w:rPr>
                <w:sz w:val="16"/>
              </w:rPr>
              <w:t>DR-1103-NC</w:t>
            </w:r>
          </w:p>
        </w:tc>
        <w:tc>
          <w:tcPr>
            <w:tcW w:type="dxa" w:w="1379"/>
          </w:tcPr>
          <w:p>
            <w:pPr>
              <w:spacing w:after="0"/>
              <w:jc w:val="left"/>
            </w:pPr>
            <w:r>
              <w:rPr>
                <w:sz w:val="16"/>
              </w:rPr>
              <w:t>Major disaster</w:t>
            </w:r>
          </w:p>
        </w:tc>
        <w:tc>
          <w:tcPr>
            <w:tcW w:type="dxa" w:w="2418"/>
          </w:tcPr>
          <w:p>
            <w:pPr>
              <w:spacing w:after="0"/>
              <w:jc w:val="left"/>
            </w:pPr>
            <w:r>
              <w:rPr>
                <w:sz w:val="16"/>
              </w:rPr>
              <w:t>Winter Storm</w:t>
            </w:r>
          </w:p>
        </w:tc>
        <w:tc>
          <w:tcPr>
            <w:tcW w:type="dxa" w:w="2252"/>
          </w:tcPr>
          <w:p>
            <w:pPr>
              <w:spacing w:after="0"/>
              <w:jc w:val="left"/>
            </w:pPr>
            <w:r>
              <w:rPr>
                <w:sz w:val="16"/>
              </w:rPr>
              <w:t>Winter Weather</w:t>
            </w:r>
          </w:p>
        </w:tc>
        <w:tc>
          <w:tcPr>
            <w:tcW w:type="dxa" w:w="2689"/>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DR-1087-NC</w:t>
            </w:r>
          </w:p>
        </w:tc>
        <w:tc>
          <w:tcPr>
            <w:tcW w:type="dxa" w:w="1379"/>
          </w:tcPr>
          <w:p>
            <w:pPr>
              <w:spacing w:after="0"/>
              <w:jc w:val="left"/>
            </w:pPr>
            <w:r>
              <w:rPr>
                <w:sz w:val="16"/>
              </w:rPr>
              <w:t>Major disaster</w:t>
            </w:r>
          </w:p>
        </w:tc>
        <w:tc>
          <w:tcPr>
            <w:tcW w:type="dxa" w:w="2418"/>
          </w:tcPr>
          <w:p>
            <w:pPr>
              <w:spacing w:after="0"/>
              <w:jc w:val="left"/>
            </w:pPr>
            <w:r>
              <w:rPr>
                <w:sz w:val="16"/>
              </w:rPr>
              <w:t>Blizzard of 96</w:t>
            </w:r>
          </w:p>
        </w:tc>
        <w:tc>
          <w:tcPr>
            <w:tcW w:type="dxa" w:w="2252"/>
          </w:tcPr>
          <w:p>
            <w:pPr>
              <w:spacing w:after="0"/>
              <w:jc w:val="left"/>
            </w:pPr>
            <w:r>
              <w:rPr>
                <w:sz w:val="16"/>
              </w:rPr>
              <w:t>Winter Weather</w:t>
            </w:r>
          </w:p>
        </w:tc>
        <w:tc>
          <w:tcPr>
            <w:tcW w:type="dxa" w:w="2689"/>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1995-10-23</w:t>
            </w:r>
          </w:p>
        </w:tc>
        <w:tc>
          <w:tcPr>
            <w:tcW w:type="dxa" w:w="1037"/>
          </w:tcPr>
          <w:p>
            <w:pPr>
              <w:spacing w:after="0"/>
              <w:jc w:val="left"/>
            </w:pPr>
            <w:r>
              <w:rPr>
                <w:sz w:val="16"/>
              </w:rPr>
              <w:t>1995-10-04</w:t>
            </w:r>
          </w:p>
        </w:tc>
        <w:tc>
          <w:tcPr>
            <w:tcW w:type="dxa" w:w="1037"/>
          </w:tcPr>
          <w:p>
            <w:pPr>
              <w:spacing w:after="0"/>
              <w:jc w:val="left"/>
            </w:pPr>
            <w:r>
              <w:rPr>
                <w:sz w:val="16"/>
              </w:rPr>
              <w:t>DR-1073-NC</w:t>
            </w:r>
          </w:p>
        </w:tc>
        <w:tc>
          <w:tcPr>
            <w:tcW w:type="dxa" w:w="1379"/>
          </w:tcPr>
          <w:p>
            <w:pPr>
              <w:spacing w:after="0"/>
              <w:jc w:val="left"/>
            </w:pPr>
            <w:r>
              <w:rPr>
                <w:sz w:val="16"/>
              </w:rPr>
              <w:t>Major disaster</w:t>
            </w:r>
          </w:p>
        </w:tc>
        <w:tc>
          <w:tcPr>
            <w:tcW w:type="dxa" w:w="2418"/>
          </w:tcPr>
          <w:p>
            <w:pPr>
              <w:spacing w:after="0"/>
              <w:jc w:val="left"/>
            </w:pPr>
            <w:r>
              <w:rPr>
                <w:sz w:val="16"/>
              </w:rPr>
              <w:t>Severe Storms, Flooding, High Winds</w:t>
            </w:r>
          </w:p>
        </w:tc>
        <w:tc>
          <w:tcPr>
            <w:tcW w:type="dxa" w:w="2252"/>
          </w:tcPr>
          <w:p>
            <w:pPr>
              <w:spacing w:after="0"/>
              <w:jc w:val="left"/>
            </w:pPr>
            <w:r>
              <w:rPr>
                <w:sz w:val="16"/>
              </w:rPr>
              <w:t>Inland Flooding (primary); also designated: Strong Wind</w:t>
            </w:r>
          </w:p>
        </w:tc>
        <w:tc>
          <w:tcPr>
            <w:tcW w:type="dxa" w:w="2689"/>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EM-3110-NC</w:t>
            </w:r>
          </w:p>
        </w:tc>
        <w:tc>
          <w:tcPr>
            <w:tcW w:type="dxa" w:w="1379"/>
          </w:tcPr>
          <w:p>
            <w:pPr>
              <w:spacing w:after="0"/>
              <w:jc w:val="left"/>
            </w:pPr>
            <w:r>
              <w:rPr>
                <w:sz w:val="16"/>
              </w:rPr>
              <w:t>Emergency</w:t>
            </w:r>
          </w:p>
        </w:tc>
        <w:tc>
          <w:tcPr>
            <w:tcW w:type="dxa" w:w="2418"/>
          </w:tcPr>
          <w:p>
            <w:pPr>
              <w:spacing w:after="0"/>
              <w:jc w:val="left"/>
            </w:pPr>
            <w:r>
              <w:rPr>
                <w:sz w:val="16"/>
              </w:rPr>
              <w:t>Severe Snowfall &amp; Winter Storm</w:t>
            </w:r>
          </w:p>
        </w:tc>
        <w:tc>
          <w:tcPr>
            <w:tcW w:type="dxa" w:w="2252"/>
          </w:tcPr>
          <w:p>
            <w:pPr>
              <w:spacing w:after="0"/>
              <w:jc w:val="left"/>
            </w:pPr>
            <w:r>
              <w:rPr>
                <w:sz w:val="16"/>
              </w:rPr>
              <w:t>Winter Weather</w:t>
            </w:r>
          </w:p>
        </w:tc>
        <w:tc>
          <w:tcPr>
            <w:tcW w:type="dxa" w:w="2689"/>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1977-11-09</w:t>
            </w:r>
          </w:p>
        </w:tc>
        <w:tc>
          <w:tcPr>
            <w:tcW w:type="dxa" w:w="1037"/>
          </w:tcPr>
          <w:p>
            <w:pPr>
              <w:spacing w:after="0"/>
              <w:jc w:val="left"/>
            </w:pPr>
            <w:r>
              <w:rPr>
                <w:sz w:val="16"/>
              </w:rPr>
              <w:t>1977-11-09</w:t>
            </w:r>
          </w:p>
        </w:tc>
        <w:tc>
          <w:tcPr>
            <w:tcW w:type="dxa" w:w="1037"/>
          </w:tcPr>
          <w:p>
            <w:pPr>
              <w:spacing w:after="0"/>
              <w:jc w:val="left"/>
            </w:pPr>
            <w:r>
              <w:rPr>
                <w:sz w:val="16"/>
              </w:rPr>
              <w:t>DR-542-NC</w:t>
            </w:r>
          </w:p>
        </w:tc>
        <w:tc>
          <w:tcPr>
            <w:tcW w:type="dxa" w:w="1379"/>
          </w:tcPr>
          <w:p>
            <w:pPr>
              <w:spacing w:after="0"/>
              <w:jc w:val="left"/>
            </w:pPr>
            <w:r>
              <w:rPr>
                <w:sz w:val="16"/>
              </w:rPr>
              <w:t>Major disaster</w:t>
            </w:r>
          </w:p>
        </w:tc>
        <w:tc>
          <w:tcPr>
            <w:tcW w:type="dxa" w:w="2418"/>
          </w:tcPr>
          <w:p>
            <w:pPr>
              <w:spacing w:after="0"/>
              <w:jc w:val="left"/>
            </w:pPr>
            <w:r>
              <w:rPr>
                <w:sz w:val="16"/>
              </w:rPr>
              <w:t>Severe Storms &amp; Flooding</w:t>
            </w:r>
          </w:p>
        </w:tc>
        <w:tc>
          <w:tcPr>
            <w:tcW w:type="dxa" w:w="2252"/>
          </w:tcPr>
          <w:p>
            <w:pPr>
              <w:spacing w:after="0"/>
              <w:jc w:val="left"/>
            </w:pPr>
            <w:r>
              <w:rPr>
                <w:sz w:val="16"/>
              </w:rPr>
              <w:t>Inland Flooding</w:t>
            </w:r>
          </w:p>
        </w:tc>
        <w:tc>
          <w:tcPr>
            <w:tcW w:type="dxa" w:w="2689"/>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1973-06-25</w:t>
            </w:r>
          </w:p>
        </w:tc>
        <w:tc>
          <w:tcPr>
            <w:tcW w:type="dxa" w:w="1037"/>
          </w:tcPr>
          <w:p>
            <w:pPr>
              <w:spacing w:after="0"/>
              <w:jc w:val="left"/>
            </w:pPr>
            <w:r>
              <w:rPr>
                <w:sz w:val="16"/>
              </w:rPr>
              <w:t>1973-06-25</w:t>
            </w:r>
          </w:p>
        </w:tc>
        <w:tc>
          <w:tcPr>
            <w:tcW w:type="dxa" w:w="1037"/>
          </w:tcPr>
          <w:p>
            <w:pPr>
              <w:spacing w:after="0"/>
              <w:jc w:val="left"/>
            </w:pPr>
            <w:r>
              <w:rPr>
                <w:sz w:val="16"/>
              </w:rPr>
              <w:t>DR-394-NC</w:t>
            </w:r>
          </w:p>
        </w:tc>
        <w:tc>
          <w:tcPr>
            <w:tcW w:type="dxa" w:w="1379"/>
          </w:tcPr>
          <w:p>
            <w:pPr>
              <w:spacing w:after="0"/>
              <w:jc w:val="left"/>
            </w:pPr>
            <w:r>
              <w:rPr>
                <w:sz w:val="16"/>
              </w:rPr>
              <w:t>Major disaster</w:t>
            </w:r>
          </w:p>
        </w:tc>
        <w:tc>
          <w:tcPr>
            <w:tcW w:type="dxa" w:w="2418"/>
          </w:tcPr>
          <w:p>
            <w:pPr>
              <w:spacing w:after="0"/>
              <w:jc w:val="left"/>
            </w:pPr>
            <w:r>
              <w:rPr>
                <w:sz w:val="16"/>
              </w:rPr>
              <w:t>Severe Storms &amp; Flooding</w:t>
            </w:r>
          </w:p>
        </w:tc>
        <w:tc>
          <w:tcPr>
            <w:tcW w:type="dxa" w:w="2252"/>
          </w:tcPr>
          <w:p>
            <w:pPr>
              <w:spacing w:after="0"/>
              <w:jc w:val="left"/>
            </w:pPr>
            <w:r>
              <w:rPr>
                <w:sz w:val="16"/>
              </w:rPr>
              <w:t>Inland Flooding</w:t>
            </w:r>
          </w:p>
        </w:tc>
        <w:tc>
          <w:tcPr>
            <w:tcW w:type="dxa" w:w="2689"/>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4"/>
        <w:gridCol w:w="1264"/>
        <w:gridCol w:w="1155"/>
        <w:gridCol w:w="1699"/>
        <w:gridCol w:w="2787"/>
        <w:gridCol w:w="5943"/>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699"/>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Title</w:t>
            </w:r>
          </w:p>
        </w:tc>
        <w:tc>
          <w:tcPr>
            <w:tcW w:type="dxa" w:w="5943"/>
            <w:shd w:val="clear" w:color="auto" w:fill="E8E8E8"/>
          </w:tcPr>
          <w:p>
            <w:pPr>
              <w:spacing w:after="0"/>
              <w:jc w:val="left"/>
            </w:pPr>
            <w:r>
              <w:rPr>
                <w:b/>
                <w:sz w:val="16"/>
              </w:rPr>
              <w:t>Mapped hazard</w:t>
            </w:r>
          </w:p>
        </w:tc>
      </w:tr>
      <w:tr>
        <w:trPr>
          <w:cantSplit/>
        </w:trPr>
        <w:tc>
          <w:tcPr>
            <w:tcW w:type="dxa" w:w="1264"/>
          </w:tcPr>
          <w:p>
            <w:pPr>
              <w:spacing w:after="0"/>
              <w:jc w:val="left"/>
            </w:pPr>
            <w:r>
              <w:rPr>
                <w:sz w:val="16"/>
              </w:rPr>
              <w:t>1964-10-13</w:t>
            </w:r>
          </w:p>
        </w:tc>
        <w:tc>
          <w:tcPr>
            <w:tcW w:type="dxa" w:w="1264"/>
          </w:tcPr>
          <w:p>
            <w:pPr>
              <w:spacing w:after="0"/>
              <w:jc w:val="left"/>
            </w:pPr>
            <w:r>
              <w:rPr>
                <w:sz w:val="16"/>
              </w:rPr>
              <w:t>1964-10-13</w:t>
            </w:r>
          </w:p>
        </w:tc>
        <w:tc>
          <w:tcPr>
            <w:tcW w:type="dxa" w:w="1155"/>
          </w:tcPr>
          <w:p>
            <w:pPr>
              <w:spacing w:after="0"/>
              <w:jc w:val="left"/>
            </w:pPr>
            <w:r>
              <w:rPr>
                <w:sz w:val="16"/>
              </w:rPr>
              <w:t>DR-179-NC</w:t>
            </w:r>
          </w:p>
        </w:tc>
        <w:tc>
          <w:tcPr>
            <w:tcW w:type="dxa" w:w="1699"/>
          </w:tcPr>
          <w:p>
            <w:pPr>
              <w:spacing w:after="0"/>
              <w:jc w:val="left"/>
            </w:pPr>
            <w:r>
              <w:rPr>
                <w:sz w:val="16"/>
              </w:rPr>
              <w:t>Major disaster</w:t>
            </w:r>
          </w:p>
        </w:tc>
        <w:tc>
          <w:tcPr>
            <w:tcW w:type="dxa" w:w="2787"/>
          </w:tcPr>
          <w:p>
            <w:pPr>
              <w:spacing w:after="0"/>
              <w:jc w:val="left"/>
            </w:pPr>
            <w:r>
              <w:rPr>
                <w:sz w:val="16"/>
              </w:rPr>
              <w:t>Severe Storms &amp; Flooding</w:t>
            </w:r>
          </w:p>
        </w:tc>
        <w:tc>
          <w:tcPr>
            <w:tcW w:type="dxa" w:w="5943"/>
          </w:tcPr>
          <w:p>
            <w:pPr>
              <w:spacing w:after="0"/>
              <w:jc w:val="left"/>
            </w:pPr>
            <w:r>
              <w:rPr>
                <w:sz w:val="16"/>
              </w:rPr>
              <w:t>Inland Flooding</w:t>
            </w:r>
          </w:p>
        </w:tc>
      </w:tr>
      <w:tr>
        <w:trPr>
          <w:cantSplit/>
        </w:trPr>
        <w:tc>
          <w:tcPr>
            <w:tcW w:type="dxa" w:w="1264"/>
          </w:tcPr>
          <w:p>
            <w:pPr>
              <w:spacing w:after="0"/>
              <w:jc w:val="left"/>
            </w:pPr>
            <w:r>
              <w:rPr>
                <w:sz w:val="16"/>
              </w:rPr>
              <w:t>1962-03-16</w:t>
            </w:r>
          </w:p>
        </w:tc>
        <w:tc>
          <w:tcPr>
            <w:tcW w:type="dxa" w:w="1264"/>
          </w:tcPr>
          <w:p>
            <w:pPr>
              <w:spacing w:after="0"/>
              <w:jc w:val="left"/>
            </w:pPr>
            <w:r>
              <w:rPr>
                <w:sz w:val="16"/>
              </w:rPr>
              <w:t>1962-03-16</w:t>
            </w:r>
          </w:p>
        </w:tc>
        <w:tc>
          <w:tcPr>
            <w:tcW w:type="dxa" w:w="1155"/>
          </w:tcPr>
          <w:p>
            <w:pPr>
              <w:spacing w:after="0"/>
              <w:jc w:val="left"/>
            </w:pPr>
            <w:r>
              <w:rPr>
                <w:sz w:val="16"/>
              </w:rPr>
              <w:t>DR-130-NC</w:t>
            </w:r>
          </w:p>
        </w:tc>
        <w:tc>
          <w:tcPr>
            <w:tcW w:type="dxa" w:w="1699"/>
          </w:tcPr>
          <w:p>
            <w:pPr>
              <w:spacing w:after="0"/>
              <w:jc w:val="left"/>
            </w:pPr>
            <w:r>
              <w:rPr>
                <w:sz w:val="16"/>
              </w:rPr>
              <w:t>Major disaster</w:t>
            </w:r>
          </w:p>
        </w:tc>
        <w:tc>
          <w:tcPr>
            <w:tcW w:type="dxa" w:w="2787"/>
          </w:tcPr>
          <w:p>
            <w:pPr>
              <w:spacing w:after="0"/>
              <w:jc w:val="left"/>
            </w:pPr>
            <w:r>
              <w:rPr>
                <w:sz w:val="16"/>
              </w:rPr>
              <w:t>Severe Storm, High Tides &amp; Flooding</w:t>
            </w:r>
          </w:p>
        </w:tc>
        <w:tc>
          <w:tcPr>
            <w:tcW w:type="dxa" w:w="5943"/>
          </w:tcPr>
          <w:p>
            <w:pPr>
              <w:spacing w:after="0"/>
              <w:jc w:val="left"/>
            </w:pPr>
            <w:r>
              <w:rPr>
                <w:sz w:val="16"/>
              </w:rPr>
              <w:t>Inland Flooding (primary); also designated: Coastal Flooding</w:t>
            </w:r>
          </w:p>
        </w:tc>
      </w:tr>
      <w:tr>
        <w:trPr>
          <w:cantSplit/>
        </w:trPr>
        <w:tc>
          <w:tcPr>
            <w:tcW w:type="dxa" w:w="1264"/>
          </w:tcPr>
          <w:p>
            <w:pPr>
              <w:spacing w:after="0"/>
              <w:jc w:val="left"/>
            </w:pPr>
            <w:r>
              <w:rPr>
                <w:sz w:val="16"/>
              </w:rPr>
              <w:t>1960-09-16</w:t>
            </w:r>
          </w:p>
        </w:tc>
        <w:tc>
          <w:tcPr>
            <w:tcW w:type="dxa" w:w="1264"/>
          </w:tcPr>
          <w:p>
            <w:pPr>
              <w:spacing w:after="0"/>
              <w:jc w:val="left"/>
            </w:pPr>
            <w:r>
              <w:rPr>
                <w:sz w:val="16"/>
              </w:rPr>
              <w:t>1960-09-16</w:t>
            </w:r>
          </w:p>
        </w:tc>
        <w:tc>
          <w:tcPr>
            <w:tcW w:type="dxa" w:w="1155"/>
          </w:tcPr>
          <w:p>
            <w:pPr>
              <w:spacing w:after="0"/>
              <w:jc w:val="left"/>
            </w:pPr>
            <w:r>
              <w:rPr>
                <w:sz w:val="16"/>
              </w:rPr>
              <w:t>DR-107-NC</w:t>
            </w:r>
          </w:p>
        </w:tc>
        <w:tc>
          <w:tcPr>
            <w:tcW w:type="dxa" w:w="1699"/>
          </w:tcPr>
          <w:p>
            <w:pPr>
              <w:spacing w:after="0"/>
              <w:jc w:val="left"/>
            </w:pPr>
            <w:r>
              <w:rPr>
                <w:sz w:val="16"/>
              </w:rPr>
              <w:t>Major disaster</w:t>
            </w:r>
          </w:p>
        </w:tc>
        <w:tc>
          <w:tcPr>
            <w:tcW w:type="dxa" w:w="2787"/>
          </w:tcPr>
          <w:p>
            <w:pPr>
              <w:spacing w:after="0"/>
              <w:jc w:val="left"/>
            </w:pPr>
            <w:r>
              <w:rPr>
                <w:sz w:val="16"/>
              </w:rPr>
              <w:t>Hurricane Donna</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1958-10-01</w:t>
            </w:r>
          </w:p>
        </w:tc>
        <w:tc>
          <w:tcPr>
            <w:tcW w:type="dxa" w:w="1264"/>
          </w:tcPr>
          <w:p>
            <w:pPr>
              <w:spacing w:after="0"/>
              <w:jc w:val="left"/>
            </w:pPr>
            <w:r>
              <w:rPr>
                <w:sz w:val="16"/>
              </w:rPr>
              <w:t>1958-10-01</w:t>
            </w:r>
          </w:p>
        </w:tc>
        <w:tc>
          <w:tcPr>
            <w:tcW w:type="dxa" w:w="1155"/>
          </w:tcPr>
          <w:p>
            <w:pPr>
              <w:spacing w:after="0"/>
              <w:jc w:val="left"/>
            </w:pPr>
            <w:r>
              <w:rPr>
                <w:sz w:val="16"/>
              </w:rPr>
              <w:t>DR-87-NC</w:t>
            </w:r>
          </w:p>
        </w:tc>
        <w:tc>
          <w:tcPr>
            <w:tcW w:type="dxa" w:w="1699"/>
          </w:tcPr>
          <w:p>
            <w:pPr>
              <w:spacing w:after="0"/>
              <w:jc w:val="left"/>
            </w:pPr>
            <w:r>
              <w:rPr>
                <w:sz w:val="16"/>
              </w:rPr>
              <w:t>Major disaster</w:t>
            </w:r>
          </w:p>
        </w:tc>
        <w:tc>
          <w:tcPr>
            <w:tcW w:type="dxa" w:w="2787"/>
          </w:tcPr>
          <w:p>
            <w:pPr>
              <w:spacing w:after="0"/>
              <w:jc w:val="left"/>
            </w:pPr>
            <w:r>
              <w:rPr>
                <w:sz w:val="16"/>
              </w:rPr>
              <w:t>Hurricane &amp; Severe Storm</w:t>
            </w:r>
          </w:p>
        </w:tc>
        <w:tc>
          <w:tcPr>
            <w:tcW w:type="dxa" w:w="5943"/>
          </w:tcPr>
          <w:p>
            <w:pPr>
              <w:spacing w:after="0"/>
              <w:jc w:val="left"/>
            </w:pPr>
            <w:r>
              <w:rPr>
                <w:sz w:val="16"/>
              </w:rPr>
              <w:t>Hurricane</w:t>
            </w:r>
          </w:p>
        </w:tc>
      </w:tr>
      <w:tr>
        <w:trPr>
          <w:cantSplit/>
        </w:trPr>
        <w:tc>
          <w:tcPr>
            <w:tcW w:type="dxa" w:w="1264"/>
          </w:tcPr>
          <w:p>
            <w:pPr>
              <w:spacing w:after="0"/>
              <w:jc w:val="left"/>
            </w:pPr>
            <w:r>
              <w:rPr>
                <w:sz w:val="16"/>
              </w:rPr>
              <w:t>1956-04-24</w:t>
            </w:r>
          </w:p>
        </w:tc>
        <w:tc>
          <w:tcPr>
            <w:tcW w:type="dxa" w:w="1264"/>
          </w:tcPr>
          <w:p>
            <w:pPr>
              <w:spacing w:after="0"/>
              <w:jc w:val="left"/>
            </w:pPr>
            <w:r>
              <w:rPr>
                <w:sz w:val="16"/>
              </w:rPr>
              <w:t>1956-04-24</w:t>
            </w:r>
          </w:p>
        </w:tc>
        <w:tc>
          <w:tcPr>
            <w:tcW w:type="dxa" w:w="1155"/>
          </w:tcPr>
          <w:p>
            <w:pPr>
              <w:spacing w:after="0"/>
              <w:jc w:val="left"/>
            </w:pPr>
            <w:r>
              <w:rPr>
                <w:sz w:val="16"/>
              </w:rPr>
              <w:t>DR-56-NC</w:t>
            </w:r>
          </w:p>
        </w:tc>
        <w:tc>
          <w:tcPr>
            <w:tcW w:type="dxa" w:w="1699"/>
          </w:tcPr>
          <w:p>
            <w:pPr>
              <w:spacing w:after="0"/>
              <w:jc w:val="left"/>
            </w:pPr>
            <w:r>
              <w:rPr>
                <w:sz w:val="16"/>
              </w:rPr>
              <w:t>Major disaster</w:t>
            </w:r>
          </w:p>
        </w:tc>
        <w:tc>
          <w:tcPr>
            <w:tcW w:type="dxa" w:w="2787"/>
          </w:tcPr>
          <w:p>
            <w:pPr>
              <w:spacing w:after="0"/>
              <w:jc w:val="left"/>
            </w:pPr>
            <w:r>
              <w:rPr>
                <w:sz w:val="16"/>
              </w:rPr>
              <w:t>Severe Storm</w:t>
            </w:r>
          </w:p>
        </w:tc>
        <w:tc>
          <w:tcPr>
            <w:tcW w:type="dxa" w:w="5943"/>
          </w:tcPr>
          <w:p>
            <w:pPr>
              <w:spacing w:after="0"/>
              <w:jc w:val="left"/>
            </w:pPr>
            <w:r>
              <w:rPr>
                <w:sz w:val="16"/>
              </w:rPr>
              <w:t>Hazard not mapped (severe storm title names no single hazard); not counted</w:t>
            </w:r>
          </w:p>
        </w:tc>
      </w:tr>
      <w:tr>
        <w:trPr>
          <w:cantSplit/>
        </w:trPr>
        <w:tc>
          <w:tcPr>
            <w:tcW w:type="dxa" w:w="1264"/>
          </w:tcPr>
          <w:p>
            <w:pPr>
              <w:spacing w:after="0"/>
              <w:jc w:val="left"/>
            </w:pPr>
            <w:r>
              <w:rPr>
                <w:sz w:val="16"/>
              </w:rPr>
              <w:t>1955-08-13</w:t>
            </w:r>
          </w:p>
        </w:tc>
        <w:tc>
          <w:tcPr>
            <w:tcW w:type="dxa" w:w="1264"/>
          </w:tcPr>
          <w:p>
            <w:pPr>
              <w:spacing w:after="0"/>
              <w:jc w:val="left"/>
            </w:pPr>
            <w:r>
              <w:rPr>
                <w:sz w:val="16"/>
              </w:rPr>
              <w:t>1955-08-13</w:t>
            </w:r>
          </w:p>
        </w:tc>
        <w:tc>
          <w:tcPr>
            <w:tcW w:type="dxa" w:w="1155"/>
          </w:tcPr>
          <w:p>
            <w:pPr>
              <w:spacing w:after="0"/>
              <w:jc w:val="left"/>
            </w:pPr>
            <w:r>
              <w:rPr>
                <w:sz w:val="16"/>
              </w:rPr>
              <w:t>DR-37-NC</w:t>
            </w:r>
          </w:p>
        </w:tc>
        <w:tc>
          <w:tcPr>
            <w:tcW w:type="dxa" w:w="1699"/>
          </w:tcPr>
          <w:p>
            <w:pPr>
              <w:spacing w:after="0"/>
              <w:jc w:val="left"/>
            </w:pPr>
            <w:r>
              <w:rPr>
                <w:sz w:val="16"/>
              </w:rPr>
              <w:t>Major disaster</w:t>
            </w:r>
          </w:p>
        </w:tc>
        <w:tc>
          <w:tcPr>
            <w:tcW w:type="dxa" w:w="2787"/>
          </w:tcPr>
          <w:p>
            <w:pPr>
              <w:spacing w:after="0"/>
              <w:jc w:val="left"/>
            </w:pPr>
            <w:r>
              <w:rPr>
                <w:sz w:val="16"/>
              </w:rPr>
              <w:t>Hurricanes</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1954-10-17</w:t>
            </w:r>
          </w:p>
        </w:tc>
        <w:tc>
          <w:tcPr>
            <w:tcW w:type="dxa" w:w="1264"/>
          </w:tcPr>
          <w:p>
            <w:pPr>
              <w:spacing w:after="0"/>
              <w:jc w:val="left"/>
            </w:pPr>
            <w:r>
              <w:rPr>
                <w:sz w:val="16"/>
              </w:rPr>
              <w:t>1954-10-17</w:t>
            </w:r>
          </w:p>
        </w:tc>
        <w:tc>
          <w:tcPr>
            <w:tcW w:type="dxa" w:w="1155"/>
          </w:tcPr>
          <w:p>
            <w:pPr>
              <w:spacing w:after="0"/>
              <w:jc w:val="left"/>
            </w:pPr>
            <w:r>
              <w:rPr>
                <w:sz w:val="16"/>
              </w:rPr>
              <w:t>DR-28-NC</w:t>
            </w:r>
          </w:p>
        </w:tc>
        <w:tc>
          <w:tcPr>
            <w:tcW w:type="dxa" w:w="1699"/>
          </w:tcPr>
          <w:p>
            <w:pPr>
              <w:spacing w:after="0"/>
              <w:jc w:val="left"/>
            </w:pPr>
            <w:r>
              <w:rPr>
                <w:sz w:val="16"/>
              </w:rPr>
              <w:t>Major disaster</w:t>
            </w:r>
          </w:p>
        </w:tc>
        <w:tc>
          <w:tcPr>
            <w:tcW w:type="dxa" w:w="2787"/>
          </w:tcPr>
          <w:p>
            <w:pPr>
              <w:spacing w:after="0"/>
              <w:jc w:val="left"/>
            </w:pPr>
            <w:r>
              <w:rPr>
                <w:sz w:val="16"/>
              </w:rPr>
              <w:t>Hurricane</w:t>
            </w:r>
          </w:p>
        </w:tc>
        <w:tc>
          <w:tcPr>
            <w:tcW w:type="dxa" w:w="5943"/>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(1986-05-10 to 1986-05-10)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23</w:t>
            </w:r>
          </w:p>
        </w:tc>
        <w:tc>
          <w:tcPr>
            <w:tcW w:type="dxa" w:w="1123"/>
          </w:tcPr>
          <w:p>
            <w:pPr>
              <w:spacing w:after="0"/>
              <w:jc w:val="right"/>
            </w:pPr>
            <w:r>
              <w:rPr>
                <w:sz w:val="16"/>
              </w:rPr>
              <w:t>9</w:t>
            </w:r>
          </w:p>
        </w:tc>
        <w:tc>
          <w:tcPr>
            <w:tcW w:type="dxa" w:w="1964"/>
          </w:tcPr>
          <w:p>
            <w:pPr>
              <w:spacing w:after="0"/>
              <w:jc w:val="right"/>
            </w:pPr>
            <w:r>
              <w:rPr>
                <w:sz w:val="16"/>
              </w:rPr>
              <w:t>0</w:t>
            </w:r>
          </w:p>
        </w:tc>
        <w:tc>
          <w:tcPr>
            <w:tcW w:type="dxa" w:w="777"/>
          </w:tcPr>
          <w:p>
            <w:pPr>
              <w:spacing w:after="0"/>
              <w:jc w:val="right"/>
            </w:pPr>
            <w:r>
              <w:rPr>
                <w:sz w:val="16"/>
              </w:rPr>
              <w:t>9</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57"/>
          </w:tcPr>
          <w:p>
            <w:pPr>
              <w:spacing w:after="0"/>
              <w:jc w:val="right"/>
            </w:pPr>
            <w:r>
              <w:rPr>
                <w:sz w:val="16"/>
              </w:rPr>
              <w:t>37</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63</w:t>
            </w:r>
          </w:p>
        </w:tc>
        <w:tc>
          <w:tcPr>
            <w:tcW w:type="dxa" w:w="1123"/>
          </w:tcPr>
          <w:p>
            <w:pPr>
              <w:spacing w:after="0"/>
              <w:jc w:val="right"/>
            </w:pPr>
            <w:r>
              <w:rPr>
                <w:sz w:val="16"/>
              </w:rPr>
              <w:t>4</w:t>
            </w:r>
          </w:p>
        </w:tc>
        <w:tc>
          <w:tcPr>
            <w:tcW w:type="dxa" w:w="1964"/>
          </w:tcPr>
          <w:p>
            <w:pPr>
              <w:spacing w:after="0"/>
              <w:jc w:val="right"/>
            </w:pPr>
            <w:r>
              <w:rPr>
                <w:sz w:val="16"/>
              </w:rPr>
              <w:t>1</w:t>
            </w:r>
          </w:p>
        </w:tc>
        <w:tc>
          <w:tcPr>
            <w:tcW w:type="dxa" w:w="777"/>
          </w:tcPr>
          <w:p>
            <w:pPr>
              <w:spacing w:after="0"/>
              <w:jc w:val="right"/>
            </w:pPr>
            <w:r>
              <w:rPr>
                <w:sz w:val="16"/>
              </w:rPr>
              <w:t>5</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057"/>
          </w:tcPr>
          <w:p>
            <w:pPr>
              <w:spacing w:after="0"/>
              <w:jc w:val="right"/>
            </w:pPr>
            <w:r>
              <w:rPr>
                <w:sz w:val="16"/>
              </w:rPr>
              <w:t>2</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8</w:t>
            </w:r>
          </w:p>
        </w:tc>
        <w:tc>
          <w:tcPr>
            <w:tcW w:type="dxa" w:w="1311"/>
          </w:tcPr>
          <w:p>
            <w:pPr>
              <w:spacing w:after="0"/>
              <w:jc w:val="right"/>
            </w:pPr>
            <w:r>
              <w:rPr>
                <w:sz w:val="16"/>
              </w:rPr>
              <w:t>2</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4</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34</w:t>
            </w:r>
          </w:p>
        </w:tc>
        <w:tc>
          <w:tcPr>
            <w:tcW w:type="dxa" w:w="1123"/>
          </w:tcPr>
          <w:p>
            <w:pPr>
              <w:spacing w:after="0"/>
              <w:jc w:val="right"/>
            </w:pPr>
            <w:r>
              <w:rPr>
                <w:sz w:val="16"/>
              </w:rPr>
              <w:t>2</w:t>
            </w:r>
          </w:p>
        </w:tc>
        <w:tc>
          <w:tcPr>
            <w:tcW w:type="dxa" w:w="1964"/>
          </w:tcPr>
          <w:p>
            <w:pPr>
              <w:spacing w:after="0"/>
              <w:jc w:val="right"/>
            </w:pPr>
            <w:r>
              <w:rPr>
                <w:sz w:val="16"/>
              </w:rPr>
              <w:t>1</w:t>
            </w:r>
          </w:p>
        </w:tc>
        <w:tc>
          <w:tcPr>
            <w:tcW w:type="dxa" w:w="777"/>
          </w:tcPr>
          <w:p>
            <w:pPr>
              <w:spacing w:after="0"/>
              <w:jc w:val="right"/>
            </w:pPr>
            <w:r>
              <w:rPr>
                <w:sz w:val="16"/>
              </w:rPr>
              <w:t>3</w:t>
            </w:r>
          </w:p>
        </w:tc>
        <w:tc>
          <w:tcPr>
            <w:tcW w:type="dxa" w:w="1613"/>
          </w:tcPr>
          <w:p>
            <w:pPr>
              <w:spacing w:after="0"/>
              <w:jc w:val="right"/>
            </w:pPr>
            <w:r>
              <w:rPr>
                <w:sz w:val="16"/>
              </w:rPr>
              <w:t>6</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7</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Lightning</w:t>
            </w:r>
          </w:p>
        </w:tc>
        <w:tc>
          <w:tcPr>
            <w:tcW w:type="dxa" w:w="2057"/>
          </w:tcPr>
          <w:p>
            <w:pPr>
              <w:spacing w:after="0"/>
              <w:jc w:val="right"/>
            </w:pPr>
            <w:r>
              <w:rPr>
                <w:sz w:val="16"/>
              </w:rPr>
              <w:t>5</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113</w:t>
            </w:r>
          </w:p>
        </w:tc>
        <w:tc>
          <w:tcPr>
            <w:tcW w:type="dxa" w:w="1123"/>
          </w:tcPr>
          <w:p>
            <w:pPr>
              <w:spacing w:after="0"/>
              <w:jc w:val="right"/>
            </w:pPr>
            <w:r>
              <w:rPr>
                <w:sz w:val="16"/>
              </w:rPr>
              <w:t>10</w:t>
            </w:r>
          </w:p>
        </w:tc>
        <w:tc>
          <w:tcPr>
            <w:tcW w:type="dxa" w:w="1964"/>
          </w:tcPr>
          <w:p>
            <w:pPr>
              <w:spacing w:after="0"/>
              <w:jc w:val="right"/>
            </w:pPr>
            <w:r>
              <w:rPr>
                <w:sz w:val="16"/>
              </w:rPr>
              <w:t>0</w:t>
            </w:r>
          </w:p>
        </w:tc>
        <w:tc>
          <w:tcPr>
            <w:tcW w:type="dxa" w:w="777"/>
          </w:tcPr>
          <w:p>
            <w:pPr>
              <w:spacing w:after="0"/>
              <w:jc w:val="right"/>
            </w:pPr>
            <w:r>
              <w:rPr>
                <w:sz w:val="16"/>
              </w:rPr>
              <w:t>10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31 High Wind and 7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286</w:t>
            </w:r>
          </w:p>
        </w:tc>
        <w:tc>
          <w:tcPr>
            <w:tcW w:type="dxa" w:w="1123"/>
          </w:tcPr>
          <w:p>
            <w:pPr>
              <w:spacing w:after="0"/>
              <w:jc w:val="right"/>
            </w:pPr>
            <w:r>
              <w:rPr>
                <w:sz w:val="16"/>
              </w:rPr>
              <w:t>17</w:t>
            </w:r>
          </w:p>
        </w:tc>
        <w:tc>
          <w:tcPr>
            <w:tcW w:type="dxa" w:w="1964"/>
          </w:tcPr>
          <w:p>
            <w:pPr>
              <w:spacing w:after="0"/>
              <w:jc w:val="right"/>
            </w:pPr>
            <w:r>
              <w:rPr>
                <w:sz w:val="16"/>
              </w:rPr>
              <w:t>5</w:t>
            </w:r>
          </w:p>
        </w:tc>
        <w:tc>
          <w:tcPr>
            <w:tcW w:type="dxa" w:w="777"/>
          </w:tcPr>
          <w:p>
            <w:pPr>
              <w:spacing w:after="0"/>
              <w:jc w:val="right"/>
            </w:pPr>
            <w:r>
              <w:rPr>
                <w:sz w:val="16"/>
              </w:rPr>
              <w:t>22</w:t>
            </w:r>
          </w:p>
        </w:tc>
        <w:tc>
          <w:tcPr>
            <w:tcW w:type="dxa" w:w="1613"/>
          </w:tcPr>
          <w:p>
            <w:pPr>
              <w:spacing w:after="0"/>
              <w:jc w:val="right"/>
            </w:pPr>
            <w:r>
              <w:rPr>
                <w:sz w:val="16"/>
              </w:rPr>
              <w:t>5</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r>
              <w:rPr>
                <w:sz w:val="16"/>
              </w:rPr>
              <w:t>Includes 4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282"/>
        <w:gridCol w:w="3515"/>
        <w:gridCol w:w="942"/>
        <w:gridCol w:w="2448"/>
        <w:gridCol w:w="1098"/>
        <w:gridCol w:w="257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282"/>
            <w:shd w:val="clear" w:color="auto" w:fill="E8E8E8"/>
          </w:tcPr>
          <w:p>
            <w:pPr>
              <w:spacing w:after="0"/>
              <w:jc w:val="left"/>
            </w:pPr>
            <w:r>
              <w:rPr>
                <w:b/>
                <w:sz w:val="16"/>
              </w:rPr>
              <w:t>Magnitude or extent</w:t>
            </w:r>
          </w:p>
        </w:tc>
        <w:tc>
          <w:tcPr>
            <w:tcW w:type="dxa" w:w="3515"/>
            <w:shd w:val="clear" w:color="auto" w:fill="E8E8E8"/>
          </w:tcPr>
          <w:p>
            <w:pPr>
              <w:spacing w:after="0"/>
              <w:jc w:val="left"/>
            </w:pPr>
            <w:r>
              <w:rPr>
                <w:b/>
                <w:sz w:val="16"/>
              </w:rPr>
              <w:t>Damage</w:t>
            </w:r>
          </w:p>
          <w:p>
            <w:pPr>
              <w:spacing w:after="0"/>
              <w:jc w:val="left"/>
            </w:pPr>
            <w:r>
              <w:rPr>
                <w:i/>
                <w:color w:val="555555"/>
                <w:sz w:val="14"/>
              </w:rPr>
              <w:t>nominal dollars</w:t>
            </w:r>
          </w:p>
        </w:tc>
        <w:tc>
          <w:tcPr>
            <w:tcW w:type="dxa" w:w="94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48"/>
            <w:shd w:val="clear" w:color="auto" w:fill="E8E8E8"/>
          </w:tcPr>
          <w:p>
            <w:pPr>
              <w:spacing w:after="0"/>
              <w:jc w:val="left"/>
            </w:pPr>
            <w:r>
              <w:rPr>
                <w:b/>
                <w:sz w:val="16"/>
              </w:rPr>
              <w:t>Location</w:t>
            </w:r>
          </w:p>
        </w:tc>
        <w:tc>
          <w:tcPr>
            <w:tcW w:type="dxa" w:w="1098"/>
            <w:shd w:val="clear" w:color="auto" w:fill="E8E8E8"/>
          </w:tcPr>
          <w:p>
            <w:pPr>
              <w:spacing w:after="0"/>
              <w:jc w:val="left"/>
            </w:pPr>
            <w:r>
              <w:rPr>
                <w:b/>
                <w:sz w:val="16"/>
              </w:rPr>
              <w:t>Flags</w:t>
            </w:r>
          </w:p>
        </w:tc>
        <w:tc>
          <w:tcPr>
            <w:tcW w:type="dxa" w:w="257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2025-03-16</w:t>
            </w:r>
          </w:p>
        </w:tc>
        <w:tc>
          <w:tcPr>
            <w:tcW w:type="dxa" w:w="1215"/>
          </w:tcPr>
          <w:p>
            <w:pPr>
              <w:spacing w:after="0"/>
              <w:jc w:val="left"/>
            </w:pPr>
            <w:r>
              <w:rPr>
                <w:sz w:val="16"/>
              </w:rPr>
              <w:t>High Wind</w:t>
            </w:r>
          </w:p>
        </w:tc>
        <w:tc>
          <w:tcPr>
            <w:tcW w:type="dxa" w:w="1282"/>
          </w:tcPr>
          <w:p>
            <w:pPr>
              <w:spacing w:after="0"/>
              <w:jc w:val="left"/>
            </w:pPr>
            <w:r>
              <w:rPr>
                <w:sz w:val="16"/>
              </w:rPr>
              <w:t>65 kt (75 mph) estimated gust</w:t>
            </w:r>
          </w:p>
        </w:tc>
        <w:tc>
          <w:tcPr>
            <w:tcW w:type="dxa" w:w="3515"/>
          </w:tcPr>
          <w:p>
            <w:pPr>
              <w:spacing w:after="0"/>
              <w:jc w:val="left"/>
            </w:pPr>
            <w:r>
              <w:rPr>
                <w:sz w:val="16"/>
              </w:rPr>
              <w:t>$100,000 property; $0 crops (zone total, 2025 dollars)</w:t>
            </w:r>
          </w:p>
        </w:tc>
        <w:tc>
          <w:tcPr>
            <w:tcW w:type="dxa" w:w="942"/>
          </w:tcPr>
          <w:p>
            <w:pPr>
              <w:spacing w:after="0"/>
              <w:jc w:val="right"/>
            </w:pPr>
            <w:r>
              <w:rPr>
                <w:sz w:val="16"/>
              </w:rPr>
              <w:t>0, 0</w:t>
            </w:r>
          </w:p>
        </w:tc>
        <w:tc>
          <w:tcPr>
            <w:tcW w:type="dxa" w:w="2448"/>
          </w:tcPr>
          <w:p>
            <w:pPr>
              <w:spacing w:after="0"/>
              <w:jc w:val="left"/>
            </w:pPr>
            <w:r>
              <w:rPr>
                <w:sz w:val="16"/>
              </w:rPr>
              <w:t>NWS zone NCZ052 (HAYWOOD), zone-level</w:t>
            </w:r>
          </w:p>
        </w:tc>
        <w:tc>
          <w:tcPr>
            <w:tcW w:type="dxa" w:w="1098"/>
          </w:tcPr>
          <w:p>
            <w:pPr>
              <w:spacing w:after="0"/>
              <w:jc w:val="left"/>
            </w:pPr>
            <w:r>
              <w:rPr>
                <w:sz w:val="16"/>
              </w:rPr>
              <w:t>new since last plan; within last 5 years</w:t>
            </w:r>
          </w:p>
        </w:tc>
        <w:tc>
          <w:tcPr>
            <w:tcW w:type="dxa" w:w="2574"/>
          </w:tcPr>
          <w:p>
            <w:pPr>
              <w:spacing w:after="0"/>
              <w:jc w:val="left"/>
            </w:pPr>
            <w:r>
              <w:rPr>
                <w:sz w:val="16"/>
              </w:rPr>
              <w:t>B1-c worst recorded: High Wind and Strong Wind</w:t>
            </w:r>
          </w:p>
        </w:tc>
      </w:tr>
      <w:tr>
        <w:trPr>
          <w:cantSplit/>
        </w:trPr>
        <w:tc>
          <w:tcPr>
            <w:tcW w:type="dxa" w:w="1037"/>
          </w:tcPr>
          <w:p>
            <w:pPr>
              <w:spacing w:after="0"/>
              <w:jc w:val="left"/>
            </w:pPr>
            <w:r>
              <w:rPr>
                <w:sz w:val="16"/>
              </w:rPr>
              <w:t>2024-09-27</w:t>
            </w:r>
          </w:p>
        </w:tc>
        <w:tc>
          <w:tcPr>
            <w:tcW w:type="dxa" w:w="1215"/>
          </w:tcPr>
          <w:p>
            <w:pPr>
              <w:spacing w:after="0"/>
              <w:jc w:val="left"/>
            </w:pPr>
            <w:r>
              <w:rPr>
                <w:sz w:val="16"/>
              </w:rPr>
              <w:t>Flash Flood</w:t>
            </w:r>
          </w:p>
        </w:tc>
        <w:tc>
          <w:tcPr>
            <w:tcW w:type="dxa" w:w="1282"/>
          </w:tcPr>
          <w:p>
            <w:pPr>
              <w:spacing w:after="0"/>
              <w:jc w:val="left"/>
            </w:pPr>
          </w:p>
        </w:tc>
        <w:tc>
          <w:tcPr>
            <w:tcW w:type="dxa" w:w="3515"/>
          </w:tcPr>
          <w:p>
            <w:pPr>
              <w:spacing w:after="0"/>
              <w:jc w:val="left"/>
            </w:pPr>
            <w:r>
              <w:rPr>
                <w:sz w:val="16"/>
              </w:rPr>
              <w:t>$200,000,000 property; $0 crops (2024 dollars)</w:t>
            </w:r>
          </w:p>
        </w:tc>
        <w:tc>
          <w:tcPr>
            <w:tcW w:type="dxa" w:w="942"/>
          </w:tcPr>
          <w:p>
            <w:pPr>
              <w:spacing w:after="0"/>
              <w:jc w:val="right"/>
            </w:pPr>
            <w:r>
              <w:rPr>
                <w:sz w:val="16"/>
              </w:rPr>
              <w:t>4, 0</w:t>
            </w:r>
          </w:p>
        </w:tc>
        <w:tc>
          <w:tcPr>
            <w:tcW w:type="dxa" w:w="2448"/>
          </w:tcPr>
          <w:p>
            <w:pPr>
              <w:spacing w:after="0"/>
              <w:jc w:val="left"/>
            </w:pPr>
            <w:r>
              <w:rPr>
                <w:sz w:val="16"/>
              </w:rPr>
              <w:t>BURNETT SIDING to HYATT CREEK</w:t>
            </w:r>
          </w:p>
        </w:tc>
        <w:tc>
          <w:tcPr>
            <w:tcW w:type="dxa" w:w="1098"/>
          </w:tcPr>
          <w:p>
            <w:pPr>
              <w:spacing w:after="0"/>
              <w:jc w:val="left"/>
            </w:pPr>
            <w:r>
              <w:rPr>
                <w:sz w:val="16"/>
              </w:rPr>
              <w:t>new since last plan; within last 5 years</w:t>
            </w:r>
          </w:p>
        </w:tc>
        <w:tc>
          <w:tcPr>
            <w:tcW w:type="dxa" w:w="2574"/>
          </w:tcPr>
          <w:p>
            <w:pPr>
              <w:spacing w:after="0"/>
              <w:jc w:val="left"/>
            </w:pPr>
            <w:r>
              <w:rPr>
                <w:sz w:val="16"/>
              </w:rPr>
              <w:t>deaths or injuries recorded</w:t>
            </w:r>
          </w:p>
        </w:tc>
      </w:tr>
      <w:tr>
        <w:trPr>
          <w:cantSplit/>
        </w:trPr>
        <w:tc>
          <w:tcPr>
            <w:tcW w:type="dxa" w:w="1037"/>
          </w:tcPr>
          <w:p>
            <w:pPr>
              <w:spacing w:after="0"/>
              <w:jc w:val="left"/>
            </w:pPr>
            <w:r>
              <w:rPr>
                <w:sz w:val="16"/>
              </w:rPr>
              <w:t>2024-09-27</w:t>
            </w:r>
          </w:p>
        </w:tc>
        <w:tc>
          <w:tcPr>
            <w:tcW w:type="dxa" w:w="1215"/>
          </w:tcPr>
          <w:p>
            <w:pPr>
              <w:spacing w:after="0"/>
              <w:jc w:val="left"/>
            </w:pPr>
            <w:r>
              <w:rPr>
                <w:sz w:val="16"/>
              </w:rPr>
              <w:t>Tropical Storm</w:t>
            </w:r>
          </w:p>
        </w:tc>
        <w:tc>
          <w:tcPr>
            <w:tcW w:type="dxa" w:w="1282"/>
          </w:tcPr>
          <w:p>
            <w:pPr>
              <w:spacing w:after="0"/>
              <w:jc w:val="left"/>
            </w:pPr>
          </w:p>
        </w:tc>
        <w:tc>
          <w:tcPr>
            <w:tcW w:type="dxa" w:w="3515"/>
          </w:tcPr>
          <w:p>
            <w:pPr>
              <w:spacing w:after="0"/>
              <w:jc w:val="left"/>
            </w:pPr>
            <w:r>
              <w:rPr>
                <w:sz w:val="16"/>
              </w:rPr>
              <w:t>$2,000,000 property; $0 crops (zone total, 2024 dollars)</w:t>
            </w:r>
          </w:p>
        </w:tc>
        <w:tc>
          <w:tcPr>
            <w:tcW w:type="dxa" w:w="942"/>
          </w:tcPr>
          <w:p>
            <w:pPr>
              <w:spacing w:after="0"/>
              <w:jc w:val="right"/>
            </w:pPr>
            <w:r>
              <w:rPr>
                <w:sz w:val="16"/>
              </w:rPr>
              <w:t>0, 0</w:t>
            </w:r>
          </w:p>
        </w:tc>
        <w:tc>
          <w:tcPr>
            <w:tcW w:type="dxa" w:w="2448"/>
          </w:tcPr>
          <w:p>
            <w:pPr>
              <w:spacing w:after="0"/>
              <w:jc w:val="left"/>
            </w:pPr>
            <w:r>
              <w:rPr>
                <w:sz w:val="16"/>
              </w:rPr>
              <w:t>NWS zone NCZ052 (HAYWOOD), zone-level</w:t>
            </w:r>
          </w:p>
        </w:tc>
        <w:tc>
          <w:tcPr>
            <w:tcW w:type="dxa" w:w="1098"/>
          </w:tcPr>
          <w:p>
            <w:pPr>
              <w:spacing w:after="0"/>
              <w:jc w:val="left"/>
            </w:pPr>
            <w:r>
              <w:rPr>
                <w:sz w:val="16"/>
              </w:rPr>
              <w:t>new since last plan; within last 5 years</w:t>
            </w:r>
          </w:p>
        </w:tc>
        <w:tc>
          <w:tcPr>
            <w:tcW w:type="dxa" w:w="257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2021-08-17</w:t>
            </w:r>
          </w:p>
        </w:tc>
        <w:tc>
          <w:tcPr>
            <w:tcW w:type="dxa" w:w="1215"/>
          </w:tcPr>
          <w:p>
            <w:pPr>
              <w:spacing w:after="0"/>
              <w:jc w:val="left"/>
            </w:pPr>
            <w:r>
              <w:rPr>
                <w:sz w:val="16"/>
              </w:rPr>
              <w:t>Flash Flood</w:t>
            </w:r>
          </w:p>
        </w:tc>
        <w:tc>
          <w:tcPr>
            <w:tcW w:type="dxa" w:w="1282"/>
          </w:tcPr>
          <w:p>
            <w:pPr>
              <w:spacing w:after="0"/>
              <w:jc w:val="left"/>
            </w:pPr>
          </w:p>
        </w:tc>
        <w:tc>
          <w:tcPr>
            <w:tcW w:type="dxa" w:w="3515"/>
          </w:tcPr>
          <w:p>
            <w:pPr>
              <w:spacing w:after="0"/>
              <w:jc w:val="left"/>
            </w:pPr>
            <w:r>
              <w:rPr>
                <w:sz w:val="16"/>
              </w:rPr>
              <w:t>$200,000,000 property; $0 crops (2021 dollars)</w:t>
            </w:r>
          </w:p>
        </w:tc>
        <w:tc>
          <w:tcPr>
            <w:tcW w:type="dxa" w:w="942"/>
          </w:tcPr>
          <w:p>
            <w:pPr>
              <w:spacing w:after="0"/>
              <w:jc w:val="right"/>
            </w:pPr>
            <w:r>
              <w:rPr>
                <w:sz w:val="16"/>
              </w:rPr>
              <w:t>5, 0</w:t>
            </w:r>
          </w:p>
        </w:tc>
        <w:tc>
          <w:tcPr>
            <w:tcW w:type="dxa" w:w="2448"/>
          </w:tcPr>
          <w:p>
            <w:pPr>
              <w:spacing w:after="0"/>
              <w:jc w:val="left"/>
            </w:pPr>
            <w:r>
              <w:rPr>
                <w:sz w:val="16"/>
              </w:rPr>
              <w:t>BURNETT SIDING to WEST CANTON</w:t>
            </w:r>
          </w:p>
        </w:tc>
        <w:tc>
          <w:tcPr>
            <w:tcW w:type="dxa" w:w="1098"/>
          </w:tcPr>
          <w:p>
            <w:pPr>
              <w:spacing w:after="0"/>
              <w:jc w:val="left"/>
            </w:pPr>
          </w:p>
        </w:tc>
        <w:tc>
          <w:tcPr>
            <w:tcW w:type="dxa" w:w="2574"/>
          </w:tcPr>
          <w:p>
            <w:pPr>
              <w:spacing w:after="0"/>
              <w:jc w:val="left"/>
            </w:pPr>
            <w:r>
              <w:rPr>
                <w:sz w:val="16"/>
              </w:rPr>
              <w:t>deaths or injuries recorded</w:t>
            </w:r>
          </w:p>
        </w:tc>
      </w:tr>
      <w:tr>
        <w:trPr>
          <w:cantSplit/>
        </w:trPr>
        <w:tc>
          <w:tcPr>
            <w:tcW w:type="dxa" w:w="1037"/>
          </w:tcPr>
          <w:p>
            <w:pPr>
              <w:spacing w:after="0"/>
              <w:jc w:val="left"/>
            </w:pPr>
            <w:r>
              <w:rPr>
                <w:sz w:val="16"/>
              </w:rPr>
              <w:t>2014-07-27</w:t>
            </w:r>
          </w:p>
        </w:tc>
        <w:tc>
          <w:tcPr>
            <w:tcW w:type="dxa" w:w="1215"/>
          </w:tcPr>
          <w:p>
            <w:pPr>
              <w:spacing w:after="0"/>
              <w:jc w:val="left"/>
            </w:pPr>
            <w:r>
              <w:rPr>
                <w:sz w:val="16"/>
              </w:rPr>
              <w:t>Hail</w:t>
            </w:r>
          </w:p>
        </w:tc>
        <w:tc>
          <w:tcPr>
            <w:tcW w:type="dxa" w:w="1282"/>
          </w:tcPr>
          <w:p>
            <w:pPr>
              <w:spacing w:after="0"/>
              <w:jc w:val="left"/>
            </w:pPr>
            <w:r>
              <w:rPr>
                <w:sz w:val="16"/>
              </w:rPr>
              <w:t>1.75 in</w:t>
            </w:r>
          </w:p>
        </w:tc>
        <w:tc>
          <w:tcPr>
            <w:tcW w:type="dxa" w:w="3515"/>
          </w:tcPr>
          <w:p>
            <w:pPr>
              <w:spacing w:after="0"/>
              <w:jc w:val="left"/>
            </w:pPr>
            <w:r>
              <w:rPr>
                <w:sz w:val="16"/>
              </w:rPr>
              <w:t>damage not reported</w:t>
            </w:r>
          </w:p>
        </w:tc>
        <w:tc>
          <w:tcPr>
            <w:tcW w:type="dxa" w:w="942"/>
          </w:tcPr>
          <w:p>
            <w:pPr>
              <w:spacing w:after="0"/>
              <w:jc w:val="right"/>
            </w:pPr>
            <w:r>
              <w:rPr>
                <w:sz w:val="16"/>
              </w:rPr>
              <w:t>0, 0</w:t>
            </w:r>
          </w:p>
        </w:tc>
        <w:tc>
          <w:tcPr>
            <w:tcW w:type="dxa" w:w="2448"/>
          </w:tcPr>
          <w:p>
            <w:pPr>
              <w:spacing w:after="0"/>
              <w:jc w:val="left"/>
            </w:pPr>
            <w:r>
              <w:rPr>
                <w:sz w:val="16"/>
              </w:rPr>
              <w:t>HYATT CREEK to HAZELWOOD</w:t>
            </w:r>
          </w:p>
        </w:tc>
        <w:tc>
          <w:tcPr>
            <w:tcW w:type="dxa" w:w="1098"/>
          </w:tcPr>
          <w:p>
            <w:pPr>
              <w:spacing w:after="0"/>
              <w:jc w:val="left"/>
            </w:pPr>
          </w:p>
        </w:tc>
        <w:tc>
          <w:tcPr>
            <w:tcW w:type="dxa" w:w="2574"/>
          </w:tcPr>
          <w:p>
            <w:pPr>
              <w:spacing w:after="0"/>
              <w:jc w:val="left"/>
            </w:pPr>
            <w:r>
              <w:rPr>
                <w:sz w:val="16"/>
              </w:rPr>
              <w:t>B1-c worst recorded: Hail</w:t>
            </w:r>
          </w:p>
        </w:tc>
      </w:tr>
      <w:tr>
        <w:trPr>
          <w:cantSplit/>
        </w:trPr>
        <w:tc>
          <w:tcPr>
            <w:tcW w:type="dxa" w:w="1037"/>
          </w:tcPr>
          <w:p>
            <w:pPr>
              <w:spacing w:after="0"/>
              <w:jc w:val="left"/>
            </w:pPr>
            <w:r>
              <w:rPr>
                <w:sz w:val="16"/>
              </w:rPr>
              <w:t>2013-06-13</w:t>
            </w:r>
          </w:p>
        </w:tc>
        <w:tc>
          <w:tcPr>
            <w:tcW w:type="dxa" w:w="1215"/>
          </w:tcPr>
          <w:p>
            <w:pPr>
              <w:spacing w:after="0"/>
              <w:jc w:val="left"/>
            </w:pPr>
            <w:r>
              <w:rPr>
                <w:sz w:val="16"/>
              </w:rPr>
              <w:t>Tornado</w:t>
            </w:r>
          </w:p>
        </w:tc>
        <w:tc>
          <w:tcPr>
            <w:tcW w:type="dxa" w:w="1282"/>
          </w:tcPr>
          <w:p>
            <w:pPr>
              <w:spacing w:after="0"/>
              <w:jc w:val="left"/>
            </w:pPr>
            <w:r>
              <w:rPr>
                <w:sz w:val="16"/>
              </w:rPr>
              <w:t>EF1, 1.88 mi within this county, 100 yd wide</w:t>
            </w:r>
          </w:p>
        </w:tc>
        <w:tc>
          <w:tcPr>
            <w:tcW w:type="dxa" w:w="3515"/>
          </w:tcPr>
          <w:p>
            <w:pPr>
              <w:spacing w:after="0"/>
              <w:jc w:val="left"/>
            </w:pPr>
            <w:r>
              <w:rPr>
                <w:sz w:val="16"/>
              </w:rPr>
              <w:t>$0 property; $0 crops (2013 dollars)</w:t>
            </w:r>
          </w:p>
        </w:tc>
        <w:tc>
          <w:tcPr>
            <w:tcW w:type="dxa" w:w="942"/>
          </w:tcPr>
          <w:p>
            <w:pPr>
              <w:spacing w:after="0"/>
              <w:jc w:val="right"/>
            </w:pPr>
            <w:r>
              <w:rPr>
                <w:sz w:val="16"/>
              </w:rPr>
              <w:t>0, 1</w:t>
            </w:r>
          </w:p>
        </w:tc>
        <w:tc>
          <w:tcPr>
            <w:tcW w:type="dxa" w:w="2448"/>
          </w:tcPr>
          <w:p>
            <w:pPr>
              <w:spacing w:after="0"/>
              <w:jc w:val="left"/>
            </w:pPr>
            <w:r>
              <w:rPr>
                <w:sz w:val="16"/>
              </w:rPr>
              <w:t>MT STERLING</w:t>
            </w:r>
          </w:p>
        </w:tc>
        <w:tc>
          <w:tcPr>
            <w:tcW w:type="dxa" w:w="1098"/>
          </w:tcPr>
          <w:p>
            <w:pPr>
              <w:spacing w:after="0"/>
              <w:jc w:val="left"/>
            </w:pPr>
          </w:p>
        </w:tc>
        <w:tc>
          <w:tcPr>
            <w:tcW w:type="dxa" w:w="2574"/>
          </w:tcPr>
          <w:p>
            <w:pPr>
              <w:spacing w:after="0"/>
              <w:jc w:val="left"/>
            </w:pPr>
            <w:r>
              <w:rPr>
                <w:sz w:val="16"/>
              </w:rPr>
              <w:t>B1-c worst recorded: Tornado</w:t>
            </w:r>
          </w:p>
        </w:tc>
      </w:tr>
      <w:tr>
        <w:trPr>
          <w:cantSplit/>
        </w:trPr>
        <w:tc>
          <w:tcPr>
            <w:tcW w:type="dxa" w:w="1037"/>
          </w:tcPr>
          <w:p>
            <w:pPr>
              <w:spacing w:after="0"/>
              <w:jc w:val="left"/>
            </w:pPr>
            <w:r>
              <w:rPr>
                <w:sz w:val="16"/>
              </w:rPr>
              <w:t>2011-06-15</w:t>
            </w:r>
          </w:p>
        </w:tc>
        <w:tc>
          <w:tcPr>
            <w:tcW w:type="dxa" w:w="1215"/>
          </w:tcPr>
          <w:p>
            <w:pPr>
              <w:spacing w:after="0"/>
              <w:jc w:val="left"/>
            </w:pPr>
            <w:r>
              <w:rPr>
                <w:sz w:val="16"/>
              </w:rPr>
              <w:t>Thunderstorm Wind</w:t>
            </w:r>
          </w:p>
        </w:tc>
        <w:tc>
          <w:tcPr>
            <w:tcW w:type="dxa" w:w="1282"/>
          </w:tcPr>
          <w:p>
            <w:pPr>
              <w:spacing w:after="0"/>
              <w:jc w:val="left"/>
            </w:pPr>
            <w:r>
              <w:rPr>
                <w:sz w:val="16"/>
              </w:rPr>
              <w:t>60 kt (69 mph) estimated gust</w:t>
            </w:r>
          </w:p>
        </w:tc>
        <w:tc>
          <w:tcPr>
            <w:tcW w:type="dxa" w:w="3515"/>
          </w:tcPr>
          <w:p>
            <w:pPr>
              <w:spacing w:after="0"/>
              <w:jc w:val="left"/>
            </w:pPr>
            <w:r>
              <w:rPr>
                <w:sz w:val="16"/>
              </w:rPr>
              <w:t>damage not reported</w:t>
            </w:r>
          </w:p>
        </w:tc>
        <w:tc>
          <w:tcPr>
            <w:tcW w:type="dxa" w:w="942"/>
          </w:tcPr>
          <w:p>
            <w:pPr>
              <w:spacing w:after="0"/>
              <w:jc w:val="right"/>
            </w:pPr>
            <w:r>
              <w:rPr>
                <w:sz w:val="16"/>
              </w:rPr>
              <w:t>0, 0</w:t>
            </w:r>
          </w:p>
        </w:tc>
        <w:tc>
          <w:tcPr>
            <w:tcW w:type="dxa" w:w="2448"/>
          </w:tcPr>
          <w:p>
            <w:pPr>
              <w:spacing w:after="0"/>
              <w:jc w:val="left"/>
            </w:pPr>
            <w:r>
              <w:rPr>
                <w:sz w:val="16"/>
              </w:rPr>
              <w:t>NELLIE to CRUSO</w:t>
            </w:r>
          </w:p>
        </w:tc>
        <w:tc>
          <w:tcPr>
            <w:tcW w:type="dxa" w:w="1098"/>
          </w:tcPr>
          <w:p>
            <w:pPr>
              <w:spacing w:after="0"/>
              <w:jc w:val="left"/>
            </w:pPr>
          </w:p>
        </w:tc>
        <w:tc>
          <w:tcPr>
            <w:tcW w:type="dxa" w:w="2574"/>
          </w:tcPr>
          <w:p>
            <w:pPr>
              <w:spacing w:after="0"/>
              <w:jc w:val="left"/>
            </w:pPr>
            <w:r>
              <w:rPr>
                <w:sz w:val="16"/>
              </w:rPr>
              <w:t>B1-c worst recorded: Thunderstorm Wind</w:t>
            </w:r>
          </w:p>
        </w:tc>
      </w:tr>
      <w:tr>
        <w:trPr>
          <w:cantSplit/>
        </w:trPr>
        <w:tc>
          <w:tcPr>
            <w:tcW w:type="dxa" w:w="1037"/>
          </w:tcPr>
          <w:p>
            <w:pPr>
              <w:spacing w:after="0"/>
              <w:jc w:val="left"/>
            </w:pPr>
            <w:r>
              <w:rPr>
                <w:sz w:val="16"/>
              </w:rPr>
              <w:t>2007-04-08</w:t>
            </w:r>
          </w:p>
        </w:tc>
        <w:tc>
          <w:tcPr>
            <w:tcW w:type="dxa" w:w="1215"/>
          </w:tcPr>
          <w:p>
            <w:pPr>
              <w:spacing w:after="0"/>
              <w:jc w:val="left"/>
            </w:pPr>
            <w:r>
              <w:rPr>
                <w:sz w:val="16"/>
              </w:rPr>
              <w:t>Frost/Freeze</w:t>
            </w:r>
          </w:p>
        </w:tc>
        <w:tc>
          <w:tcPr>
            <w:tcW w:type="dxa" w:w="1282"/>
          </w:tcPr>
          <w:p>
            <w:pPr>
              <w:spacing w:after="0"/>
              <w:jc w:val="left"/>
            </w:pPr>
          </w:p>
        </w:tc>
        <w:tc>
          <w:tcPr>
            <w:tcW w:type="dxa" w:w="3515"/>
          </w:tcPr>
          <w:p>
            <w:pPr>
              <w:spacing w:after="0"/>
              <w:jc w:val="left"/>
            </w:pPr>
            <w:r>
              <w:rPr>
                <w:sz w:val="16"/>
              </w:rPr>
              <w:t>$0 property; $2,000,000 crops (zone total, 2007 dollars)</w:t>
            </w:r>
          </w:p>
        </w:tc>
        <w:tc>
          <w:tcPr>
            <w:tcW w:type="dxa" w:w="942"/>
          </w:tcPr>
          <w:p>
            <w:pPr>
              <w:spacing w:after="0"/>
              <w:jc w:val="right"/>
            </w:pPr>
            <w:r>
              <w:rPr>
                <w:sz w:val="16"/>
              </w:rPr>
              <w:t>0, 0</w:t>
            </w:r>
          </w:p>
        </w:tc>
        <w:tc>
          <w:tcPr>
            <w:tcW w:type="dxa" w:w="2448"/>
          </w:tcPr>
          <w:p>
            <w:pPr>
              <w:spacing w:after="0"/>
              <w:jc w:val="left"/>
            </w:pPr>
            <w:r>
              <w:rPr>
                <w:sz w:val="16"/>
              </w:rPr>
              <w:t>NWS zone NCZ052 (HAYWOOD), zone-level</w:t>
            </w:r>
          </w:p>
        </w:tc>
        <w:tc>
          <w:tcPr>
            <w:tcW w:type="dxa" w:w="1098"/>
          </w:tcPr>
          <w:p>
            <w:pPr>
              <w:spacing w:after="0"/>
              <w:jc w:val="left"/>
            </w:pPr>
          </w:p>
        </w:tc>
        <w:tc>
          <w:tcPr>
            <w:tcW w:type="dxa" w:w="2574"/>
          </w:tcPr>
          <w:p>
            <w:pPr>
              <w:spacing w:after="0"/>
              <w:jc w:val="left"/>
            </w:pPr>
            <w:r>
              <w:rPr>
                <w:sz w:val="16"/>
              </w:rPr>
              <w:t>B1-c worst recorded: Frost/Freeze</w:t>
            </w:r>
          </w:p>
        </w:tc>
      </w:tr>
      <w:tr>
        <w:trPr>
          <w:cantSplit/>
        </w:trPr>
        <w:tc>
          <w:tcPr>
            <w:tcW w:type="dxa" w:w="1037"/>
          </w:tcPr>
          <w:p>
            <w:pPr>
              <w:spacing w:after="0"/>
              <w:jc w:val="left"/>
            </w:pPr>
            <w:r>
              <w:rPr>
                <w:sz w:val="16"/>
              </w:rPr>
              <w:t>2005-07-19</w:t>
            </w:r>
          </w:p>
        </w:tc>
        <w:tc>
          <w:tcPr>
            <w:tcW w:type="dxa" w:w="1215"/>
          </w:tcPr>
          <w:p>
            <w:pPr>
              <w:spacing w:after="0"/>
              <w:jc w:val="left"/>
            </w:pPr>
            <w:r>
              <w:rPr>
                <w:sz w:val="16"/>
              </w:rPr>
              <w:t>Lightning</w:t>
            </w:r>
          </w:p>
        </w:tc>
        <w:tc>
          <w:tcPr>
            <w:tcW w:type="dxa" w:w="1282"/>
          </w:tcPr>
          <w:p>
            <w:pPr>
              <w:spacing w:after="0"/>
              <w:jc w:val="left"/>
            </w:pPr>
          </w:p>
        </w:tc>
        <w:tc>
          <w:tcPr>
            <w:tcW w:type="dxa" w:w="3515"/>
          </w:tcPr>
          <w:p>
            <w:pPr>
              <w:spacing w:after="0"/>
              <w:jc w:val="left"/>
            </w:pPr>
            <w:r>
              <w:rPr>
                <w:sz w:val="16"/>
              </w:rPr>
              <w:t>$100,000 property; crops not reported (2005 dollars)</w:t>
            </w:r>
          </w:p>
        </w:tc>
        <w:tc>
          <w:tcPr>
            <w:tcW w:type="dxa" w:w="942"/>
          </w:tcPr>
          <w:p>
            <w:pPr>
              <w:spacing w:after="0"/>
              <w:jc w:val="right"/>
            </w:pPr>
            <w:r>
              <w:rPr>
                <w:sz w:val="16"/>
              </w:rPr>
              <w:t>0, 0</w:t>
            </w:r>
          </w:p>
        </w:tc>
        <w:tc>
          <w:tcPr>
            <w:tcW w:type="dxa" w:w="2448"/>
          </w:tcPr>
          <w:p>
            <w:pPr>
              <w:spacing w:after="0"/>
              <w:jc w:val="left"/>
            </w:pPr>
            <w:r>
              <w:rPr>
                <w:sz w:val="16"/>
              </w:rPr>
              <w:t>CANTON</w:t>
            </w:r>
          </w:p>
        </w:tc>
        <w:tc>
          <w:tcPr>
            <w:tcW w:type="dxa" w:w="1098"/>
          </w:tcPr>
          <w:p>
            <w:pPr>
              <w:spacing w:after="0"/>
              <w:jc w:val="left"/>
            </w:pPr>
          </w:p>
        </w:tc>
        <w:tc>
          <w:tcPr>
            <w:tcW w:type="dxa" w:w="2574"/>
          </w:tcPr>
          <w:p>
            <w:pPr>
              <w:spacing w:after="0"/>
              <w:jc w:val="left"/>
            </w:pPr>
            <w:r>
              <w:rPr>
                <w:sz w:val="16"/>
              </w:rPr>
              <w:t>B1-c worst recorded: Lightning</w:t>
            </w:r>
          </w:p>
        </w:tc>
      </w:tr>
      <w:tr>
        <w:trPr>
          <w:cantSplit/>
        </w:trPr>
        <w:tc>
          <w:tcPr>
            <w:tcW w:type="dxa" w:w="1037"/>
          </w:tcPr>
          <w:p>
            <w:pPr>
              <w:spacing w:after="0"/>
              <w:jc w:val="left"/>
            </w:pPr>
            <w:r>
              <w:rPr>
                <w:sz w:val="16"/>
              </w:rPr>
              <w:t>2004-09-16</w:t>
            </w:r>
          </w:p>
        </w:tc>
        <w:tc>
          <w:tcPr>
            <w:tcW w:type="dxa" w:w="1215"/>
          </w:tcPr>
          <w:p>
            <w:pPr>
              <w:spacing w:after="0"/>
              <w:jc w:val="left"/>
            </w:pPr>
            <w:r>
              <w:rPr>
                <w:sz w:val="16"/>
              </w:rPr>
              <w:t>Flood</w:t>
            </w:r>
          </w:p>
        </w:tc>
        <w:tc>
          <w:tcPr>
            <w:tcW w:type="dxa" w:w="1282"/>
          </w:tcPr>
          <w:p>
            <w:pPr>
              <w:spacing w:after="0"/>
              <w:jc w:val="left"/>
            </w:pPr>
          </w:p>
        </w:tc>
        <w:tc>
          <w:tcPr>
            <w:tcW w:type="dxa" w:w="3515"/>
          </w:tcPr>
          <w:p>
            <w:pPr>
              <w:spacing w:after="0"/>
              <w:jc w:val="left"/>
            </w:pPr>
            <w:r>
              <w:rPr>
                <w:sz w:val="16"/>
              </w:rPr>
              <w:t>$15,000,000 property; crops not reported (zone total, 2004 dollars)</w:t>
            </w:r>
          </w:p>
        </w:tc>
        <w:tc>
          <w:tcPr>
            <w:tcW w:type="dxa" w:w="942"/>
          </w:tcPr>
          <w:p>
            <w:pPr>
              <w:spacing w:after="0"/>
              <w:jc w:val="right"/>
            </w:pPr>
            <w:r>
              <w:rPr>
                <w:sz w:val="16"/>
              </w:rPr>
              <w:t>3, 0</w:t>
            </w:r>
          </w:p>
        </w:tc>
        <w:tc>
          <w:tcPr>
            <w:tcW w:type="dxa" w:w="2448"/>
          </w:tcPr>
          <w:p>
            <w:pPr>
              <w:spacing w:after="0"/>
              <w:jc w:val="left"/>
            </w:pPr>
            <w:r>
              <w:rPr>
                <w:sz w:val="16"/>
              </w:rPr>
              <w:t>NWS zone NCZ052 (HAYWOOD), zone-level</w:t>
            </w:r>
          </w:p>
        </w:tc>
        <w:tc>
          <w:tcPr>
            <w:tcW w:type="dxa" w:w="1098"/>
          </w:tcPr>
          <w:p>
            <w:pPr>
              <w:spacing w:after="0"/>
              <w:jc w:val="left"/>
            </w:pPr>
          </w:p>
        </w:tc>
        <w:tc>
          <w:tcPr>
            <w:tcW w:type="dxa" w:w="2574"/>
          </w:tcPr>
          <w:p>
            <w:pPr>
              <w:spacing w:after="0"/>
              <w:jc w:val="left"/>
            </w:pPr>
            <w:r>
              <w:rPr>
                <w:sz w:val="16"/>
              </w:rPr>
              <w:t>deaths or injuries recorded</w:t>
            </w:r>
          </w:p>
        </w:tc>
      </w:tr>
      <w:tr>
        <w:trPr>
          <w:cantSplit/>
        </w:trPr>
        <w:tc>
          <w:tcPr>
            <w:tcW w:type="dxa" w:w="1037"/>
          </w:tcPr>
          <w:p>
            <w:pPr>
              <w:spacing w:after="0"/>
              <w:jc w:val="left"/>
            </w:pPr>
            <w:r>
              <w:rPr>
                <w:sz w:val="16"/>
              </w:rPr>
              <w:t>2004-09-08</w:t>
            </w:r>
          </w:p>
        </w:tc>
        <w:tc>
          <w:tcPr>
            <w:tcW w:type="dxa" w:w="1215"/>
          </w:tcPr>
          <w:p>
            <w:pPr>
              <w:spacing w:after="0"/>
              <w:jc w:val="left"/>
            </w:pPr>
            <w:r>
              <w:rPr>
                <w:sz w:val="16"/>
              </w:rPr>
              <w:t>Debris Flow</w:t>
            </w:r>
          </w:p>
        </w:tc>
        <w:tc>
          <w:tcPr>
            <w:tcW w:type="dxa" w:w="1282"/>
          </w:tcPr>
          <w:p>
            <w:pPr>
              <w:spacing w:after="0"/>
              <w:jc w:val="left"/>
            </w:pPr>
          </w:p>
        </w:tc>
        <w:tc>
          <w:tcPr>
            <w:tcW w:type="dxa" w:w="3515"/>
          </w:tcPr>
          <w:p>
            <w:pPr>
              <w:spacing w:after="0"/>
              <w:jc w:val="left"/>
            </w:pPr>
            <w:r>
              <w:rPr>
                <w:sz w:val="16"/>
              </w:rPr>
              <w:t>$2,000,000 property; crops not reported (zone total, 2004 dollars)</w:t>
            </w:r>
          </w:p>
        </w:tc>
        <w:tc>
          <w:tcPr>
            <w:tcW w:type="dxa" w:w="942"/>
          </w:tcPr>
          <w:p>
            <w:pPr>
              <w:spacing w:after="0"/>
              <w:jc w:val="right"/>
            </w:pPr>
            <w:r>
              <w:rPr>
                <w:sz w:val="16"/>
              </w:rPr>
              <w:t>0, 0</w:t>
            </w:r>
          </w:p>
        </w:tc>
        <w:tc>
          <w:tcPr>
            <w:tcW w:type="dxa" w:w="2448"/>
          </w:tcPr>
          <w:p>
            <w:pPr>
              <w:spacing w:after="0"/>
              <w:jc w:val="left"/>
            </w:pPr>
            <w:r>
              <w:rPr>
                <w:sz w:val="16"/>
              </w:rPr>
              <w:t>NWS zone NCZ052 (HAYWOOD), zone-level</w:t>
            </w:r>
          </w:p>
        </w:tc>
        <w:tc>
          <w:tcPr>
            <w:tcW w:type="dxa" w:w="1098"/>
          </w:tcPr>
          <w:p>
            <w:pPr>
              <w:spacing w:after="0"/>
              <w:jc w:val="left"/>
            </w:pPr>
          </w:p>
        </w:tc>
        <w:tc>
          <w:tcPr>
            <w:tcW w:type="dxa" w:w="2574"/>
          </w:tcPr>
          <w:p>
            <w:pPr>
              <w:spacing w:after="0"/>
              <w:jc w:val="left"/>
            </w:pPr>
            <w:r>
              <w:rPr>
                <w:sz w:val="16"/>
              </w:rPr>
              <w:t>B1-c worst recorded: Debris Flow</w:t>
            </w:r>
          </w:p>
        </w:tc>
      </w:tr>
      <w:tr>
        <w:trPr>
          <w:cantSplit/>
        </w:trPr>
        <w:tc>
          <w:tcPr>
            <w:tcW w:type="dxa" w:w="1037"/>
          </w:tcPr>
          <w:p>
            <w:pPr>
              <w:spacing w:after="0"/>
              <w:jc w:val="left"/>
            </w:pPr>
            <w:r>
              <w:rPr>
                <w:sz w:val="16"/>
              </w:rPr>
              <w:t>2000-12-01</w:t>
            </w:r>
          </w:p>
        </w:tc>
        <w:tc>
          <w:tcPr>
            <w:tcW w:type="dxa" w:w="1215"/>
          </w:tcPr>
          <w:p>
            <w:pPr>
              <w:spacing w:after="0"/>
              <w:jc w:val="left"/>
            </w:pPr>
            <w:r>
              <w:rPr>
                <w:sz w:val="16"/>
              </w:rPr>
              <w:t>Extreme Cold/Wind Chill</w:t>
            </w:r>
          </w:p>
        </w:tc>
        <w:tc>
          <w:tcPr>
            <w:tcW w:type="dxa" w:w="1282"/>
          </w:tcPr>
          <w:p>
            <w:pPr>
              <w:spacing w:after="0"/>
              <w:jc w:val="left"/>
            </w:pPr>
          </w:p>
        </w:tc>
        <w:tc>
          <w:tcPr>
            <w:tcW w:type="dxa" w:w="3515"/>
          </w:tcPr>
          <w:p>
            <w:pPr>
              <w:spacing w:after="0"/>
              <w:jc w:val="left"/>
            </w:pPr>
            <w:r>
              <w:rPr>
                <w:sz w:val="16"/>
              </w:rPr>
              <w:t>damage not reported</w:t>
            </w:r>
          </w:p>
        </w:tc>
        <w:tc>
          <w:tcPr>
            <w:tcW w:type="dxa" w:w="942"/>
          </w:tcPr>
          <w:p>
            <w:pPr>
              <w:spacing w:after="0"/>
              <w:jc w:val="right"/>
            </w:pPr>
            <w:r>
              <w:rPr>
                <w:sz w:val="16"/>
              </w:rPr>
              <w:t>0, 0</w:t>
            </w:r>
          </w:p>
        </w:tc>
        <w:tc>
          <w:tcPr>
            <w:tcW w:type="dxa" w:w="2448"/>
          </w:tcPr>
          <w:p>
            <w:pPr>
              <w:spacing w:after="0"/>
              <w:jc w:val="left"/>
            </w:pPr>
            <w:r>
              <w:rPr>
                <w:sz w:val="16"/>
              </w:rPr>
              <w:t>NWS zone NCZ052 (HAYWOOD), zone-level</w:t>
            </w:r>
          </w:p>
        </w:tc>
        <w:tc>
          <w:tcPr>
            <w:tcW w:type="dxa" w:w="1098"/>
          </w:tcPr>
          <w:p>
            <w:pPr>
              <w:spacing w:after="0"/>
              <w:jc w:val="left"/>
            </w:pPr>
          </w:p>
        </w:tc>
        <w:tc>
          <w:tcPr>
            <w:tcW w:type="dxa" w:w="2574"/>
          </w:tcPr>
          <w:p>
            <w:pPr>
              <w:spacing w:after="0"/>
              <w:jc w:val="left"/>
            </w:pPr>
            <w:r>
              <w:rPr>
                <w:sz w:val="16"/>
              </w:rPr>
              <w:t>B1-c worst recorded: Cold/Wind Chill, Extreme Cold/Wind Chill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(577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277"/>
        <w:gridCol w:w="1576"/>
        <w:gridCol w:w="1093"/>
        <w:gridCol w:w="1977"/>
        <w:gridCol w:w="1522"/>
        <w:gridCol w:w="1507"/>
        <w:gridCol w:w="1037"/>
        <w:gridCol w:w="1843"/>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7"/>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093"/>
            <w:shd w:val="clear" w:color="auto" w:fill="E8E8E8"/>
          </w:tcPr>
          <w:p>
            <w:pPr>
              <w:spacing w:after="0"/>
              <w:jc w:val="left"/>
            </w:pPr>
            <w:r>
              <w:rPr>
                <w:b/>
                <w:sz w:val="16"/>
              </w:rPr>
              <w:t>Descriptor</w:t>
            </w:r>
          </w:p>
        </w:tc>
        <w:tc>
          <w:tcPr>
            <w:tcW w:type="dxa" w:w="1977"/>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4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4"/>
          </w:tcPr>
          <w:p>
            <w:pPr>
              <w:spacing w:after="0"/>
              <w:jc w:val="right"/>
            </w:pPr>
            <w:r>
              <w:rPr>
                <w:sz w:val="16"/>
              </w:rPr>
              <w:t>3.85</w:t>
            </w:r>
          </w:p>
        </w:tc>
        <w:tc>
          <w:tcPr>
            <w:tcW w:type="dxa" w:w="1277"/>
          </w:tcPr>
          <w:p>
            <w:pPr>
              <w:spacing w:after="0"/>
              <w:jc w:val="left"/>
            </w:pPr>
            <w:r>
              <w:rPr>
                <w:sz w:val="16"/>
              </w:rPr>
              <w:t>event-days per year</w:t>
            </w:r>
          </w:p>
        </w:tc>
        <w:tc>
          <w:tcPr>
            <w:tcW w:type="dxa" w:w="1576"/>
          </w:tcPr>
          <w:p>
            <w:pPr>
              <w:spacing w:after="0"/>
              <w:jc w:val="left"/>
            </w:pPr>
            <w:r>
              <w:rPr>
                <w:sz w:val="16"/>
              </w:rPr>
              <w:t>about 3.85 days per year</w:t>
            </w:r>
          </w:p>
        </w:tc>
        <w:tc>
          <w:tcPr>
            <w:tcW w:type="dxa" w:w="1093"/>
          </w:tcPr>
          <w:p>
            <w:pPr>
              <w:spacing w:after="0"/>
              <w:jc w:val="left"/>
            </w:pPr>
            <w:r>
              <w:rPr>
                <w:sz w:val="16"/>
              </w:rPr>
              <w:t>Likely</w:t>
            </w:r>
          </w:p>
        </w:tc>
        <w:tc>
          <w:tcPr>
            <w:tcW w:type="dxa" w:w="1977"/>
          </w:tcPr>
          <w:p>
            <w:pPr>
              <w:spacing w:after="0"/>
              <w:jc w:val="left"/>
            </w:pPr>
            <w:r>
              <w:rPr>
                <w:sz w:val="16"/>
              </w:rPr>
              <w:t>Storm Events event-days in 12 of 30 years, 1996 to 2025 (40%)</w:t>
            </w:r>
          </w:p>
        </w:tc>
        <w:tc>
          <w:tcPr>
            <w:tcW w:type="dxa" w:w="1522"/>
          </w:tcPr>
          <w:p>
            <w:pPr>
              <w:spacing w:after="0"/>
              <w:jc w:val="right"/>
            </w:pPr>
            <w:r>
              <w:rPr>
                <w:sz w:val="16"/>
              </w:rPr>
              <w:t>73.1</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Drought</w:t>
            </w:r>
          </w:p>
        </w:tc>
        <w:tc>
          <w:tcPr>
            <w:tcW w:type="dxa" w:w="1244"/>
          </w:tcPr>
          <w:p>
            <w:pPr>
              <w:spacing w:after="0"/>
              <w:jc w:val="right"/>
            </w:pPr>
            <w:r>
              <w:rPr>
                <w:sz w:val="16"/>
              </w:rPr>
              <w:t>27.8</w:t>
            </w:r>
          </w:p>
        </w:tc>
        <w:tc>
          <w:tcPr>
            <w:tcW w:type="dxa" w:w="1277"/>
          </w:tcPr>
          <w:p>
            <w:pPr>
              <w:spacing w:after="0"/>
              <w:jc w:val="left"/>
            </w:pPr>
            <w:r>
              <w:rPr>
                <w:sz w:val="16"/>
              </w:rPr>
              <w:t>event-days per year</w:t>
            </w:r>
          </w:p>
        </w:tc>
        <w:tc>
          <w:tcPr>
            <w:tcW w:type="dxa" w:w="1576"/>
          </w:tcPr>
          <w:p>
            <w:pPr>
              <w:spacing w:after="0"/>
              <w:jc w:val="left"/>
            </w:pPr>
            <w:r>
              <w:rPr>
                <w:sz w:val="16"/>
              </w:rPr>
              <w:t>about 27.8 days per year</w:t>
            </w:r>
          </w:p>
        </w:tc>
        <w:tc>
          <w:tcPr>
            <w:tcW w:type="dxa" w:w="1093"/>
          </w:tcPr>
          <w:p>
            <w:pPr>
              <w:spacing w:after="0"/>
              <w:jc w:val="left"/>
            </w:pPr>
            <w:r>
              <w:rPr>
                <w:sz w:val="16"/>
              </w:rPr>
              <w:t>Likely</w:t>
            </w:r>
          </w:p>
        </w:tc>
        <w:tc>
          <w:tcPr>
            <w:tcW w:type="dxa" w:w="1977"/>
          </w:tcPr>
          <w:p>
            <w:pPr>
              <w:spacing w:after="0"/>
              <w:jc w:val="left"/>
            </w:pPr>
            <w:r>
              <w:rPr>
                <w:sz w:val="16"/>
              </w:rPr>
              <w:t>Storm Events event-days in 8 of 30 years, 1996 to 2025 (26.7%)</w:t>
            </w:r>
          </w:p>
        </w:tc>
        <w:tc>
          <w:tcPr>
            <w:tcW w:type="dxa" w:w="1522"/>
          </w:tcPr>
          <w:p>
            <w:pPr>
              <w:spacing w:after="0"/>
              <w:jc w:val="right"/>
            </w:pPr>
            <w:r>
              <w:rPr>
                <w:sz w:val="16"/>
              </w:rPr>
              <w:t>910</w:t>
            </w:r>
          </w:p>
        </w:tc>
        <w:tc>
          <w:tcPr>
            <w:tcW w:type="dxa" w:w="15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Earthquake</w:t>
            </w:r>
          </w:p>
        </w:tc>
        <w:tc>
          <w:tcPr>
            <w:tcW w:type="dxa" w:w="1244"/>
          </w:tcPr>
          <w:p>
            <w:pPr>
              <w:spacing w:after="0"/>
              <w:jc w:val="right"/>
            </w:pPr>
            <w:r>
              <w:rPr>
                <w:sz w:val="16"/>
              </w:rPr>
              <w:t>0.00262</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0.262%</w:t>
            </w:r>
          </w:p>
        </w:tc>
        <w:tc>
          <w:tcPr>
            <w:tcW w:type="dxa" w:w="1093"/>
          </w:tcPr>
          <w:p>
            <w:pPr>
              <w:spacing w:after="0"/>
              <w:jc w:val="left"/>
            </w:pPr>
          </w:p>
        </w:tc>
        <w:tc>
          <w:tcPr>
            <w:tcW w:type="dxa" w:w="1977"/>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84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3.82</w:t>
            </w:r>
          </w:p>
        </w:tc>
        <w:tc>
          <w:tcPr>
            <w:tcW w:type="dxa" w:w="1277"/>
          </w:tcPr>
          <w:p>
            <w:pPr>
              <w:spacing w:after="0"/>
              <w:jc w:val="left"/>
            </w:pPr>
            <w:r>
              <w:rPr>
                <w:sz w:val="16"/>
              </w:rPr>
              <w:t>events per year</w:t>
            </w:r>
          </w:p>
        </w:tc>
        <w:tc>
          <w:tcPr>
            <w:tcW w:type="dxa" w:w="1576"/>
          </w:tcPr>
          <w:p>
            <w:pPr>
              <w:spacing w:after="0"/>
              <w:jc w:val="left"/>
            </w:pPr>
            <w:r>
              <w:rPr>
                <w:sz w:val="16"/>
              </w:rPr>
              <w:t>about 3.82 per year</w:t>
            </w:r>
          </w:p>
        </w:tc>
        <w:tc>
          <w:tcPr>
            <w:tcW w:type="dxa" w:w="1093"/>
          </w:tcPr>
          <w:p>
            <w:pPr>
              <w:spacing w:after="0"/>
              <w:jc w:val="left"/>
            </w:pPr>
            <w:r>
              <w:rPr>
                <w:sz w:val="16"/>
              </w:rPr>
              <w:t>Highly likely</w:t>
            </w:r>
          </w:p>
        </w:tc>
        <w:tc>
          <w:tcPr>
            <w:tcW w:type="dxa" w:w="1977"/>
          </w:tcPr>
          <w:p>
            <w:pPr>
              <w:spacing w:after="0"/>
              <w:jc w:val="left"/>
            </w:pPr>
            <w:r>
              <w:rPr>
                <w:sz w:val="16"/>
              </w:rPr>
              <w:t>FEMA annualized frequency (modeled)</w:t>
            </w:r>
          </w:p>
        </w:tc>
        <w:tc>
          <w:tcPr>
            <w:tcW w:type="dxa" w:w="1522"/>
          </w:tcPr>
          <w:p>
            <w:pPr>
              <w:spacing w:after="0"/>
              <w:jc w:val="right"/>
            </w:pPr>
            <w:r>
              <w:rPr>
                <w:sz w:val="16"/>
              </w:rPr>
              <w:t>145.2 (modeled)</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0</w:t>
            </w:r>
          </w:p>
        </w:tc>
        <w:tc>
          <w:tcPr>
            <w:tcW w:type="dxa" w:w="1277"/>
          </w:tcPr>
          <w:p>
            <w:pPr>
              <w:spacing w:after="0"/>
              <w:jc w:val="left"/>
            </w:pPr>
            <w:r>
              <w:rPr>
                <w:sz w:val="16"/>
              </w:rPr>
              <w:t>event-days per year</w:t>
            </w:r>
          </w:p>
        </w:tc>
        <w:tc>
          <w:tcPr>
            <w:tcW w:type="dxa" w:w="1576"/>
          </w:tcPr>
          <w:p>
            <w:pPr>
              <w:spacing w:after="0"/>
              <w:jc w:val="left"/>
            </w:pPr>
            <w:r>
              <w:rPr>
                <w:sz w:val="16"/>
              </w:rPr>
              <w:t>none modeled</w:t>
            </w:r>
          </w:p>
        </w:tc>
        <w:tc>
          <w:tcPr>
            <w:tcW w:type="dxa" w:w="1093"/>
          </w:tcPr>
          <w:p>
            <w:pPr>
              <w:spacing w:after="0"/>
              <w:jc w:val="left"/>
            </w:pPr>
          </w:p>
        </w:tc>
        <w:tc>
          <w:tcPr>
            <w:tcW w:type="dxa" w:w="1977"/>
          </w:tcPr>
          <w:p>
            <w:pPr>
              <w:spacing w:after="0"/>
              <w:jc w:val="left"/>
            </w:pPr>
            <w:r>
              <w:rPr>
                <w:sz w:val="16"/>
              </w:rPr>
              <w:t>Storm Events event-days in 0 of 30 years, 1996 to 2025 (0%)</w:t>
            </w:r>
          </w:p>
        </w:tc>
        <w:tc>
          <w:tcPr>
            <w:tcW w:type="dxa" w:w="1522"/>
          </w:tcPr>
          <w:p>
            <w:pPr>
              <w:spacing w:after="0"/>
              <w:jc w:val="right"/>
            </w:pPr>
            <w:r>
              <w:rPr>
                <w:sz w:val="16"/>
              </w:rPr>
              <w:t>0</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843"/>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4"/>
          </w:tcPr>
          <w:p>
            <w:pPr>
              <w:spacing w:after="0"/>
              <w:jc w:val="right"/>
            </w:pPr>
            <w:r>
              <w:rPr>
                <w:sz w:val="16"/>
              </w:rPr>
              <w:t>0.0192</w:t>
            </w:r>
          </w:p>
        </w:tc>
        <w:tc>
          <w:tcPr>
            <w:tcW w:type="dxa" w:w="1277"/>
          </w:tcPr>
          <w:p>
            <w:pPr>
              <w:spacing w:after="0"/>
              <w:jc w:val="left"/>
            </w:pPr>
            <w:r>
              <w:rPr>
                <w:sz w:val="16"/>
              </w:rPr>
              <w:t>events per year</w:t>
            </w:r>
          </w:p>
        </w:tc>
        <w:tc>
          <w:tcPr>
            <w:tcW w:type="dxa" w:w="1576"/>
          </w:tcPr>
          <w:p>
            <w:pPr>
              <w:spacing w:after="0"/>
              <w:jc w:val="left"/>
            </w:pPr>
            <w:r>
              <w:rPr>
                <w:sz w:val="16"/>
              </w:rPr>
              <w:t>about 1 in 52 years</w:t>
            </w:r>
          </w:p>
        </w:tc>
        <w:tc>
          <w:tcPr>
            <w:tcW w:type="dxa" w:w="1093"/>
          </w:tcPr>
          <w:p>
            <w:pPr>
              <w:spacing w:after="0"/>
              <w:jc w:val="left"/>
            </w:pPr>
            <w:r>
              <w:rPr>
                <w:sz w:val="16"/>
              </w:rPr>
              <w:t>Possible</w:t>
            </w:r>
          </w:p>
        </w:tc>
        <w:tc>
          <w:tcPr>
            <w:tcW w:type="dxa" w:w="1977"/>
          </w:tcPr>
          <w:p>
            <w:pPr>
              <w:spacing w:after="0"/>
              <w:jc w:val="left"/>
            </w:pPr>
            <w:r>
              <w:rPr>
                <w:sz w:val="16"/>
              </w:rPr>
              <w:t>FEMA annualized frequency (modeled)</w:t>
            </w:r>
          </w:p>
        </w:tc>
        <w:tc>
          <w:tcPr>
            <w:tcW w:type="dxa" w:w="1522"/>
          </w:tcPr>
          <w:p>
            <w:pPr>
              <w:spacing w:after="0"/>
              <w:jc w:val="right"/>
            </w:pPr>
            <w:r>
              <w:rPr>
                <w:sz w:val="16"/>
              </w:rPr>
              <w:t>6</w:t>
            </w:r>
          </w:p>
        </w:tc>
        <w:tc>
          <w:tcPr>
            <w:tcW w:type="dxa" w:w="1507"/>
          </w:tcPr>
          <w:p>
            <w:pPr>
              <w:spacing w:after="0"/>
              <w:jc w:val="left"/>
            </w:pPr>
            <w:r>
              <w:rPr>
                <w:sz w:val="16"/>
              </w:rPr>
              <w:t>1851 to 2024 (Atlantic)</w:t>
            </w:r>
          </w:p>
        </w:tc>
        <w:tc>
          <w:tcPr>
            <w:tcW w:type="dxa" w:w="1037"/>
          </w:tcPr>
          <w:p>
            <w:pPr>
              <w:spacing w:after="0"/>
              <w:jc w:val="left"/>
            </w:pPr>
            <w:r>
              <w:rPr>
                <w:sz w:val="16"/>
              </w:rPr>
              <w:t>see B1-f</w:t>
            </w:r>
          </w:p>
        </w:tc>
        <w:tc>
          <w:tcPr>
            <w:tcW w:type="dxa" w:w="184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4"/>
          </w:tcPr>
          <w:p>
            <w:pPr>
              <w:spacing w:after="0"/>
              <w:jc w:val="right"/>
            </w:pPr>
            <w:r>
              <w:rPr>
                <w:sz w:val="16"/>
              </w:rPr>
              <w:t>0.605</w:t>
            </w:r>
          </w:p>
        </w:tc>
        <w:tc>
          <w:tcPr>
            <w:tcW w:type="dxa" w:w="1277"/>
          </w:tcPr>
          <w:p>
            <w:pPr>
              <w:spacing w:after="0"/>
              <w:jc w:val="left"/>
            </w:pPr>
            <w:r>
              <w:rPr>
                <w:sz w:val="16"/>
              </w:rPr>
              <w:t>event-days per year</w:t>
            </w:r>
          </w:p>
        </w:tc>
        <w:tc>
          <w:tcPr>
            <w:tcW w:type="dxa" w:w="1576"/>
          </w:tcPr>
          <w:p>
            <w:pPr>
              <w:spacing w:after="0"/>
              <w:jc w:val="left"/>
            </w:pPr>
            <w:r>
              <w:rPr>
                <w:sz w:val="16"/>
              </w:rPr>
              <w:t>about 0.605 days per year</w:t>
            </w:r>
          </w:p>
        </w:tc>
        <w:tc>
          <w:tcPr>
            <w:tcW w:type="dxa" w:w="1093"/>
          </w:tcPr>
          <w:p>
            <w:pPr>
              <w:spacing w:after="0"/>
              <w:jc w:val="left"/>
            </w:pPr>
            <w:r>
              <w:rPr>
                <w:sz w:val="16"/>
              </w:rPr>
              <w:t>Likely</w:t>
            </w:r>
          </w:p>
        </w:tc>
        <w:tc>
          <w:tcPr>
            <w:tcW w:type="dxa" w:w="1977"/>
          </w:tcPr>
          <w:p>
            <w:pPr>
              <w:spacing w:after="0"/>
              <w:jc w:val="left"/>
            </w:pPr>
            <w:r>
              <w:rPr>
                <w:sz w:val="16"/>
              </w:rPr>
              <w:t>Storm Events event-days in 3 of 30 years, 1996 to 2025 (10%)</w:t>
            </w:r>
          </w:p>
        </w:tc>
        <w:tc>
          <w:tcPr>
            <w:tcW w:type="dxa" w:w="1522"/>
          </w:tcPr>
          <w:p>
            <w:pPr>
              <w:spacing w:after="0"/>
              <w:jc w:val="right"/>
            </w:pPr>
            <w:r>
              <w:rPr>
                <w:sz w:val="16"/>
              </w:rPr>
              <w:t>41</w:t>
            </w:r>
          </w:p>
        </w:tc>
        <w:tc>
          <w:tcPr>
            <w:tcW w:type="dxa" w:w="1507"/>
          </w:tcPr>
          <w:p>
            <w:pPr>
              <w:spacing w:after="0"/>
              <w:jc w:val="left"/>
            </w:pPr>
            <w:r>
              <w:rPr>
                <w:sz w:val="16"/>
              </w:rPr>
              <w:t>1946-12-31 to 2014-02-12 (67 years)</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1.07</w:t>
            </w:r>
          </w:p>
        </w:tc>
        <w:tc>
          <w:tcPr>
            <w:tcW w:type="dxa" w:w="1277"/>
          </w:tcPr>
          <w:p>
            <w:pPr>
              <w:spacing w:after="0"/>
              <w:jc w:val="left"/>
            </w:pPr>
            <w:r>
              <w:rPr>
                <w:sz w:val="16"/>
              </w:rPr>
              <w:t>event-days per year</w:t>
            </w:r>
          </w:p>
        </w:tc>
        <w:tc>
          <w:tcPr>
            <w:tcW w:type="dxa" w:w="1576"/>
          </w:tcPr>
          <w:p>
            <w:pPr>
              <w:spacing w:after="0"/>
              <w:jc w:val="left"/>
            </w:pPr>
            <w:r>
              <w:rPr>
                <w:sz w:val="16"/>
              </w:rPr>
              <w:t>about 1.07 days per year</w:t>
            </w:r>
          </w:p>
        </w:tc>
        <w:tc>
          <w:tcPr>
            <w:tcW w:type="dxa" w:w="1093"/>
          </w:tcPr>
          <w:p>
            <w:pPr>
              <w:spacing w:after="0"/>
              <w:jc w:val="left"/>
            </w:pPr>
            <w:r>
              <w:rPr>
                <w:sz w:val="16"/>
              </w:rPr>
              <w:t>Likely</w:t>
            </w:r>
          </w:p>
        </w:tc>
        <w:tc>
          <w:tcPr>
            <w:tcW w:type="dxa" w:w="1977"/>
          </w:tcPr>
          <w:p>
            <w:pPr>
              <w:spacing w:after="0"/>
              <w:jc w:val="left"/>
            </w:pPr>
            <w:r>
              <w:rPr>
                <w:sz w:val="16"/>
              </w:rPr>
              <w:t>Storm Events event-days in 15 of 30 years, 1996 to 2025 (50%)</w:t>
            </w:r>
          </w:p>
        </w:tc>
        <w:tc>
          <w:tcPr>
            <w:tcW w:type="dxa" w:w="1522"/>
          </w:tcPr>
          <w:p>
            <w:pPr>
              <w:spacing w:after="0"/>
              <w:jc w:val="right"/>
            </w:pPr>
            <w:r>
              <w:rPr>
                <w:sz w:val="16"/>
              </w:rPr>
              <w:t>30</w:t>
            </w:r>
          </w:p>
        </w:tc>
        <w:tc>
          <w:tcPr>
            <w:tcW w:type="dxa" w:w="1507"/>
          </w:tcPr>
          <w:p>
            <w:pPr>
              <w:spacing w:after="0"/>
              <w:jc w:val="left"/>
            </w:pPr>
            <w:r>
              <w:rPr>
                <w:sz w:val="16"/>
              </w:rPr>
              <w:t>1996 to 2023 (28 years)</w:t>
            </w:r>
          </w:p>
        </w:tc>
        <w:tc>
          <w:tcPr>
            <w:tcW w:type="dxa" w:w="1037"/>
          </w:tcPr>
          <w:p>
            <w:pPr>
              <w:spacing w:after="0"/>
              <w:jc w:val="left"/>
            </w:pPr>
            <w:r>
              <w:rPr>
                <w:sz w:val="16"/>
              </w:rPr>
              <w:t>see B1-f</w:t>
            </w:r>
          </w:p>
        </w:tc>
        <w:tc>
          <w:tcPr>
            <w:tcW w:type="dxa" w:w="1843"/>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2.02</w:t>
            </w:r>
          </w:p>
        </w:tc>
        <w:tc>
          <w:tcPr>
            <w:tcW w:type="dxa" w:w="1277"/>
          </w:tcPr>
          <w:p>
            <w:pPr>
              <w:spacing w:after="0"/>
              <w:jc w:val="left"/>
            </w:pPr>
            <w:r>
              <w:rPr>
                <w:sz w:val="16"/>
              </w:rPr>
              <w:t>events per year (modeled)</w:t>
            </w:r>
          </w:p>
        </w:tc>
        <w:tc>
          <w:tcPr>
            <w:tcW w:type="dxa" w:w="1576"/>
          </w:tcPr>
          <w:p>
            <w:pPr>
              <w:spacing w:after="0"/>
              <w:jc w:val="left"/>
            </w:pPr>
            <w:r>
              <w:rPr>
                <w:sz w:val="16"/>
              </w:rPr>
              <w:t>about 2.02 per year</w:t>
            </w:r>
          </w:p>
        </w:tc>
        <w:tc>
          <w:tcPr>
            <w:tcW w:type="dxa" w:w="1093"/>
          </w:tcPr>
          <w:p>
            <w:pPr>
              <w:spacing w:after="0"/>
              <w:jc w:val="left"/>
            </w:pPr>
            <w:r>
              <w:rPr>
                <w:sz w:val="16"/>
              </w:rPr>
              <w:t>Highly likely</w:t>
            </w:r>
          </w:p>
        </w:tc>
        <w:tc>
          <w:tcPr>
            <w:tcW w:type="dxa" w:w="1977"/>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843"/>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55.4</w:t>
            </w:r>
          </w:p>
        </w:tc>
        <w:tc>
          <w:tcPr>
            <w:tcW w:type="dxa" w:w="1277"/>
          </w:tcPr>
          <w:p>
            <w:pPr>
              <w:spacing w:after="0"/>
              <w:jc w:val="left"/>
            </w:pPr>
            <w:r>
              <w:rPr>
                <w:sz w:val="16"/>
              </w:rPr>
              <w:t>days per year with a strike</w:t>
            </w:r>
          </w:p>
        </w:tc>
        <w:tc>
          <w:tcPr>
            <w:tcW w:type="dxa" w:w="1576"/>
          </w:tcPr>
          <w:p>
            <w:pPr>
              <w:spacing w:after="0"/>
              <w:jc w:val="left"/>
            </w:pPr>
            <w:r>
              <w:rPr>
                <w:sz w:val="16"/>
              </w:rPr>
              <w:t>about 55.4 days per year</w:t>
            </w:r>
          </w:p>
        </w:tc>
        <w:tc>
          <w:tcPr>
            <w:tcW w:type="dxa" w:w="1093"/>
          </w:tcPr>
          <w:p>
            <w:pPr>
              <w:spacing w:after="0"/>
              <w:jc w:val="left"/>
            </w:pPr>
            <w:r>
              <w:rPr>
                <w:sz w:val="16"/>
              </w:rPr>
              <w:t>Highly likely</w:t>
            </w:r>
          </w:p>
        </w:tc>
        <w:tc>
          <w:tcPr>
            <w:tcW w:type="dxa" w:w="1977"/>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1995 to 2023 (29 years; CONUS)</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3.24</w:t>
            </w:r>
          </w:p>
        </w:tc>
        <w:tc>
          <w:tcPr>
            <w:tcW w:type="dxa" w:w="1277"/>
          </w:tcPr>
          <w:p>
            <w:pPr>
              <w:spacing w:after="0"/>
              <w:jc w:val="left"/>
            </w:pPr>
            <w:r>
              <w:rPr>
                <w:sz w:val="16"/>
              </w:rPr>
              <w:t>events per year</w:t>
            </w:r>
          </w:p>
        </w:tc>
        <w:tc>
          <w:tcPr>
            <w:tcW w:type="dxa" w:w="1576"/>
          </w:tcPr>
          <w:p>
            <w:pPr>
              <w:spacing w:after="0"/>
              <w:jc w:val="left"/>
            </w:pPr>
            <w:r>
              <w:rPr>
                <w:sz w:val="16"/>
              </w:rPr>
              <w:t>about 3.24 per year</w:t>
            </w:r>
          </w:p>
        </w:tc>
        <w:tc>
          <w:tcPr>
            <w:tcW w:type="dxa" w:w="1093"/>
          </w:tcPr>
          <w:p>
            <w:pPr>
              <w:spacing w:after="0"/>
              <w:jc w:val="left"/>
            </w:pPr>
            <w:r>
              <w:rPr>
                <w:sz w:val="16"/>
              </w:rPr>
              <w:t>Highly likely</w:t>
            </w:r>
          </w:p>
        </w:tc>
        <w:tc>
          <w:tcPr>
            <w:tcW w:type="dxa" w:w="1977"/>
          </w:tcPr>
          <w:p>
            <w:pPr>
              <w:spacing w:after="0"/>
              <w:jc w:val="left"/>
            </w:pPr>
            <w:r>
              <w:rPr>
                <w:sz w:val="16"/>
              </w:rPr>
              <w:t>FEMA annualized frequency (modeled)</w:t>
            </w:r>
          </w:p>
        </w:tc>
        <w:tc>
          <w:tcPr>
            <w:tcW w:type="dxa" w:w="1522"/>
          </w:tcPr>
          <w:p>
            <w:pPr>
              <w:spacing w:after="0"/>
              <w:jc w:val="right"/>
            </w:pPr>
            <w:r>
              <w:rPr>
                <w:sz w:val="16"/>
              </w:rPr>
              <w:t>124</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0.175</w:t>
            </w:r>
          </w:p>
        </w:tc>
        <w:tc>
          <w:tcPr>
            <w:tcW w:type="dxa" w:w="1277"/>
          </w:tcPr>
          <w:p>
            <w:pPr>
              <w:spacing w:after="0"/>
              <w:jc w:val="left"/>
            </w:pPr>
            <w:r>
              <w:rPr>
                <w:sz w:val="16"/>
              </w:rPr>
              <w:t>events per year</w:t>
            </w:r>
          </w:p>
        </w:tc>
        <w:tc>
          <w:tcPr>
            <w:tcW w:type="dxa" w:w="1576"/>
          </w:tcPr>
          <w:p>
            <w:pPr>
              <w:spacing w:after="0"/>
              <w:jc w:val="left"/>
            </w:pPr>
            <w:r>
              <w:rPr>
                <w:sz w:val="16"/>
              </w:rPr>
              <w:t>about 1 in 6 years</w:t>
            </w:r>
          </w:p>
        </w:tc>
        <w:tc>
          <w:tcPr>
            <w:tcW w:type="dxa" w:w="1093"/>
          </w:tcPr>
          <w:p>
            <w:pPr>
              <w:spacing w:after="0"/>
              <w:jc w:val="left"/>
            </w:pPr>
            <w:r>
              <w:rPr>
                <w:sz w:val="16"/>
              </w:rPr>
              <w:t>Likely</w:t>
            </w:r>
          </w:p>
        </w:tc>
        <w:tc>
          <w:tcPr>
            <w:tcW w:type="dxa" w:w="1977"/>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1950 to 2023 (EF2+); 1986 to 2023 (EF0-1)</w:t>
            </w:r>
          </w:p>
        </w:tc>
        <w:tc>
          <w:tcPr>
            <w:tcW w:type="dxa" w:w="1037"/>
          </w:tcPr>
          <w:p>
            <w:pPr>
              <w:spacing w:after="0"/>
              <w:jc w:val="left"/>
            </w:pPr>
            <w:r>
              <w:rPr>
                <w:sz w:val="16"/>
              </w:rPr>
              <w:t>see B1-f</w:t>
            </w:r>
          </w:p>
        </w:tc>
        <w:tc>
          <w:tcPr>
            <w:tcW w:type="dxa" w:w="1843"/>
          </w:tcPr>
          <w:p>
            <w:pPr>
              <w:spacing w:after="0"/>
              <w:jc w:val="left"/>
            </w:pPr>
          </w:p>
        </w:tc>
      </w:tr>
      <w:tr>
        <w:trPr>
          <w:cantSplit/>
        </w:trPr>
        <w:tc>
          <w:tcPr>
            <w:tcW w:type="dxa" w:w="1037"/>
          </w:tcPr>
          <w:p>
            <w:pPr>
              <w:spacing w:after="0"/>
              <w:jc w:val="left"/>
            </w:pPr>
            <w:r>
              <w:rPr>
                <w:sz w:val="16"/>
              </w:rPr>
              <w:t>Wildfire</w:t>
            </w:r>
          </w:p>
        </w:tc>
        <w:tc>
          <w:tcPr>
            <w:tcW w:type="dxa" w:w="1244"/>
          </w:tcPr>
          <w:p>
            <w:pPr>
              <w:spacing w:after="0"/>
              <w:jc w:val="right"/>
            </w:pPr>
            <w:r>
              <w:rPr>
                <w:sz w:val="16"/>
              </w:rPr>
              <w:t>0.00245</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0.245%</w:t>
            </w:r>
          </w:p>
        </w:tc>
        <w:tc>
          <w:tcPr>
            <w:tcW w:type="dxa" w:w="1093"/>
          </w:tcPr>
          <w:p>
            <w:pPr>
              <w:spacing w:after="0"/>
              <w:jc w:val="left"/>
            </w:pPr>
            <w:r>
              <w:rPr>
                <w:sz w:val="16"/>
              </w:rPr>
              <w:t>Possible</w:t>
            </w:r>
          </w:p>
        </w:tc>
        <w:tc>
          <w:tcPr>
            <w:tcW w:type="dxa" w:w="1977"/>
          </w:tcPr>
          <w:p>
            <w:pPr>
              <w:spacing w:after="0"/>
              <w:jc w:val="left"/>
            </w:pPr>
            <w:r>
              <w:rPr>
                <w:sz w:val="16"/>
              </w:rPr>
              <w:t>Storm Events records in 1 of 30 years, 1996 to 2025 (3.33%)</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843"/>
          </w:tcPr>
          <w:p>
            <w:pPr>
              <w:spacing w:after="0"/>
              <w:jc w:val="left"/>
            </w:pP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22.6</w:t>
            </w:r>
          </w:p>
        </w:tc>
        <w:tc>
          <w:tcPr>
            <w:tcW w:type="dxa" w:w="1277"/>
          </w:tcPr>
          <w:p>
            <w:pPr>
              <w:spacing w:after="0"/>
              <w:jc w:val="left"/>
            </w:pPr>
            <w:r>
              <w:rPr>
                <w:sz w:val="16"/>
              </w:rPr>
              <w:t>event-days per year</w:t>
            </w:r>
          </w:p>
        </w:tc>
        <w:tc>
          <w:tcPr>
            <w:tcW w:type="dxa" w:w="1576"/>
          </w:tcPr>
          <w:p>
            <w:pPr>
              <w:spacing w:after="0"/>
              <w:jc w:val="left"/>
            </w:pPr>
            <w:r>
              <w:rPr>
                <w:sz w:val="16"/>
              </w:rPr>
              <w:t>about 22.6 days per year</w:t>
            </w:r>
          </w:p>
        </w:tc>
        <w:tc>
          <w:tcPr>
            <w:tcW w:type="dxa" w:w="1093"/>
          </w:tcPr>
          <w:p>
            <w:pPr>
              <w:spacing w:after="0"/>
              <w:jc w:val="left"/>
            </w:pPr>
            <w:r>
              <w:rPr>
                <w:sz w:val="16"/>
              </w:rPr>
              <w:t>Highly likely</w:t>
            </w:r>
          </w:p>
        </w:tc>
        <w:tc>
          <w:tcPr>
            <w:tcW w:type="dxa" w:w="1977"/>
          </w:tcPr>
          <w:p>
            <w:pPr>
              <w:spacing w:after="0"/>
              <w:jc w:val="left"/>
            </w:pPr>
            <w:r>
              <w:rPr>
                <w:sz w:val="16"/>
              </w:rPr>
              <w:t>Storm Events event-days in 30 of 30 years, 1996 to 2025 (100%)</w:t>
            </w:r>
          </w:p>
        </w:tc>
        <w:tc>
          <w:tcPr>
            <w:tcW w:type="dxa" w:w="1522"/>
          </w:tcPr>
          <w:p>
            <w:pPr>
              <w:spacing w:after="0"/>
              <w:jc w:val="right"/>
            </w:pPr>
            <w:r>
              <w:rPr>
                <w:sz w:val="16"/>
              </w:rPr>
              <w:t>430</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84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60</w:t>
            </w:r>
          </w:p>
        </w:tc>
        <w:tc>
          <w:tcPr>
            <w:tcW w:type="dxa" w:w="1381"/>
          </w:tcPr>
          <w:p>
            <w:pPr>
              <w:spacing w:after="0"/>
              <w:jc w:val="right"/>
            </w:pPr>
            <w:r>
              <w:rPr>
                <w:sz w:val="16"/>
              </w:rPr>
              <w:t>30</w:t>
            </w:r>
          </w:p>
        </w:tc>
        <w:tc>
          <w:tcPr>
            <w:tcW w:type="dxa" w:w="1381"/>
          </w:tcPr>
          <w:p>
            <w:pPr>
              <w:spacing w:after="0"/>
              <w:jc w:val="right"/>
            </w:pPr>
            <w:r>
              <w:rPr>
                <w:sz w:val="16"/>
              </w:rPr>
              <w:t>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99"/>
        <w:gridCol w:w="1986"/>
        <w:gridCol w:w="1500"/>
        <w:gridCol w:w="1573"/>
        <w:gridCol w:w="1500"/>
        <w:gridCol w:w="5154"/>
      </w:tblGrid>
      <w:tr>
        <w:trPr>
          <w:cantSplit/>
          <w:tblHeader/>
        </w:trPr>
        <w:tc>
          <w:tcPr>
            <w:tcW w:type="dxa" w:w="2399"/>
            <w:vMerge w:val="restart"/>
            <w:shd w:val="clear" w:color="auto" w:fill="E8E8E8"/>
          </w:tcPr>
          <w:p>
            <w:pPr>
              <w:spacing w:after="0"/>
              <w:jc w:val="left"/>
            </w:pPr>
            <w:r>
              <w:rPr>
                <w:b/>
                <w:sz w:val="16"/>
              </w:rPr>
              <w:t>Hazard</w:t>
            </w:r>
          </w:p>
        </w:tc>
        <w:tc>
          <w:tcPr>
            <w:tcW w:type="dxa" w:w="198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15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500"/>
            <w:shd w:val="clear" w:color="auto" w:fill="E8E8E8"/>
          </w:tcPr>
          <w:p>
            <w:pPr>
              <w:spacing w:after="0"/>
              <w:jc w:val="right"/>
            </w:pPr>
            <w:r>
              <w:rPr>
                <w:b/>
                <w:sz w:val="16"/>
              </w:rPr>
              <w:t>Min</w:t>
            </w:r>
          </w:p>
        </w:tc>
        <w:tc>
          <w:tcPr>
            <w:tcW w:type="dxa" w:w="1573"/>
            <w:shd w:val="clear" w:color="auto" w:fill="E8E8E8"/>
          </w:tcPr>
          <w:p>
            <w:pPr>
              <w:spacing w:after="0"/>
              <w:jc w:val="right"/>
            </w:pPr>
            <w:r>
              <w:rPr>
                <w:b/>
                <w:sz w:val="16"/>
              </w:rPr>
              <w:t>Median</w:t>
            </w:r>
          </w:p>
        </w:tc>
        <w:tc>
          <w:tcPr>
            <w:tcW w:type="dxa" w:w="1500"/>
            <w:shd w:val="clear" w:color="auto" w:fill="E8E8E8"/>
          </w:tcPr>
          <w:p>
            <w:pPr>
              <w:spacing w:after="0"/>
              <w:jc w:val="right"/>
            </w:pPr>
            <w:r>
              <w:rPr>
                <w:b/>
                <w:sz w:val="16"/>
              </w:rPr>
              <w:t>Max</w:t>
            </w:r>
          </w:p>
        </w:tc>
        <w:tc>
          <w:tcPr>
            <w:tcW w:type="dxa" w:w="2352"/>
            <w:vMerge/>
          </w:tcPr>
          <w:p/>
        </w:tc>
      </w:tr>
      <w:tr>
        <w:trPr>
          <w:cantSplit/>
        </w:trPr>
        <w:tc>
          <w:tcPr>
            <w:tcW w:type="dxa" w:w="2399"/>
          </w:tcPr>
          <w:p>
            <w:pPr>
              <w:spacing w:after="0"/>
              <w:jc w:val="left"/>
            </w:pPr>
            <w:r>
              <w:rPr>
                <w:sz w:val="16"/>
              </w:rPr>
              <w:t>Cold Wave</w:t>
            </w:r>
          </w:p>
        </w:tc>
        <w:tc>
          <w:tcPr>
            <w:tcW w:type="dxa" w:w="1986"/>
          </w:tcPr>
          <w:p>
            <w:pPr>
              <w:spacing w:after="0"/>
              <w:jc w:val="right"/>
            </w:pPr>
            <w:r>
              <w:rPr>
                <w:sz w:val="16"/>
              </w:rPr>
              <w:t>21 of 21</w:t>
            </w:r>
          </w:p>
        </w:tc>
        <w:tc>
          <w:tcPr>
            <w:tcW w:type="dxa" w:w="1500"/>
          </w:tcPr>
          <w:p>
            <w:pPr>
              <w:spacing w:after="0"/>
              <w:jc w:val="right"/>
            </w:pPr>
            <w:r>
              <w:rPr>
                <w:sz w:val="16"/>
              </w:rPr>
              <w:t>16.5</w:t>
            </w:r>
          </w:p>
        </w:tc>
        <w:tc>
          <w:tcPr>
            <w:tcW w:type="dxa" w:w="1573"/>
          </w:tcPr>
          <w:p>
            <w:pPr>
              <w:spacing w:after="0"/>
              <w:jc w:val="right"/>
            </w:pPr>
            <w:r>
              <w:rPr>
                <w:sz w:val="16"/>
              </w:rPr>
              <w:t>93.4</w:t>
            </w:r>
          </w:p>
        </w:tc>
        <w:tc>
          <w:tcPr>
            <w:tcW w:type="dxa" w:w="1500"/>
          </w:tcPr>
          <w:p>
            <w:pPr>
              <w:spacing w:after="0"/>
              <w:jc w:val="right"/>
            </w:pPr>
            <w:r>
              <w:rPr>
                <w:sz w:val="16"/>
              </w:rPr>
              <w:t>97.5</w:t>
            </w:r>
          </w:p>
        </w:tc>
        <w:tc>
          <w:tcPr>
            <w:tcW w:type="dxa" w:w="5154"/>
          </w:tcPr>
          <w:p>
            <w:pPr>
              <w:spacing w:after="0"/>
              <w:jc w:val="left"/>
            </w:pPr>
            <w:r>
              <w:rPr>
                <w:sz w:val="16"/>
              </w:rPr>
              <w:t>Very High 6, Relatively High 13, Relatively Moderate 1, Very Low 1</w:t>
            </w:r>
          </w:p>
        </w:tc>
      </w:tr>
      <w:tr>
        <w:trPr>
          <w:cantSplit/>
        </w:trPr>
        <w:tc>
          <w:tcPr>
            <w:tcW w:type="dxa" w:w="2399"/>
          </w:tcPr>
          <w:p>
            <w:pPr>
              <w:spacing w:after="0"/>
              <w:jc w:val="left"/>
            </w:pPr>
            <w:r>
              <w:rPr>
                <w:sz w:val="16"/>
              </w:rPr>
              <w:t>Drought</w:t>
            </w:r>
          </w:p>
        </w:tc>
        <w:tc>
          <w:tcPr>
            <w:tcW w:type="dxa" w:w="1986"/>
          </w:tcPr>
          <w:p>
            <w:pPr>
              <w:spacing w:after="0"/>
              <w:jc w:val="right"/>
            </w:pPr>
            <w:r>
              <w:rPr>
                <w:sz w:val="16"/>
              </w:rPr>
              <w:t>9 of 21</w:t>
            </w:r>
          </w:p>
        </w:tc>
        <w:tc>
          <w:tcPr>
            <w:tcW w:type="dxa" w:w="1500"/>
          </w:tcPr>
          <w:p>
            <w:pPr>
              <w:spacing w:after="0"/>
              <w:jc w:val="right"/>
            </w:pPr>
            <w:r>
              <w:rPr>
                <w:sz w:val="16"/>
              </w:rPr>
              <w:t>71.5</w:t>
            </w:r>
          </w:p>
        </w:tc>
        <w:tc>
          <w:tcPr>
            <w:tcW w:type="dxa" w:w="1573"/>
          </w:tcPr>
          <w:p>
            <w:pPr>
              <w:spacing w:after="0"/>
              <w:jc w:val="right"/>
            </w:pPr>
            <w:r>
              <w:rPr>
                <w:sz w:val="16"/>
              </w:rPr>
              <w:t>82.4</w:t>
            </w:r>
          </w:p>
        </w:tc>
        <w:tc>
          <w:tcPr>
            <w:tcW w:type="dxa" w:w="1500"/>
          </w:tcPr>
          <w:p>
            <w:pPr>
              <w:spacing w:after="0"/>
              <w:jc w:val="right"/>
            </w:pPr>
            <w:r>
              <w:rPr>
                <w:sz w:val="16"/>
              </w:rPr>
              <w:t>92.5</w:t>
            </w:r>
          </w:p>
        </w:tc>
        <w:tc>
          <w:tcPr>
            <w:tcW w:type="dxa" w:w="5154"/>
          </w:tcPr>
          <w:p>
            <w:pPr>
              <w:spacing w:after="0"/>
              <w:jc w:val="left"/>
            </w:pPr>
            <w:r>
              <w:rPr>
                <w:sz w:val="16"/>
              </w:rPr>
              <w:t>Relatively Moderate 1, Relatively Low 6, Very Low 2, No Rating 12</w:t>
            </w:r>
          </w:p>
        </w:tc>
      </w:tr>
      <w:tr>
        <w:trPr>
          <w:cantSplit/>
        </w:trPr>
        <w:tc>
          <w:tcPr>
            <w:tcW w:type="dxa" w:w="2399"/>
          </w:tcPr>
          <w:p>
            <w:pPr>
              <w:spacing w:after="0"/>
              <w:jc w:val="left"/>
            </w:pPr>
            <w:r>
              <w:rPr>
                <w:sz w:val="16"/>
              </w:rPr>
              <w:t>Earthquake</w:t>
            </w:r>
          </w:p>
        </w:tc>
        <w:tc>
          <w:tcPr>
            <w:tcW w:type="dxa" w:w="1986"/>
          </w:tcPr>
          <w:p>
            <w:pPr>
              <w:spacing w:after="0"/>
              <w:jc w:val="right"/>
            </w:pPr>
            <w:r>
              <w:rPr>
                <w:sz w:val="16"/>
              </w:rPr>
              <w:t>21 of 21</w:t>
            </w:r>
          </w:p>
        </w:tc>
        <w:tc>
          <w:tcPr>
            <w:tcW w:type="dxa" w:w="1500"/>
          </w:tcPr>
          <w:p>
            <w:pPr>
              <w:spacing w:after="0"/>
              <w:jc w:val="right"/>
            </w:pPr>
            <w:r>
              <w:rPr>
                <w:sz w:val="16"/>
              </w:rPr>
              <w:t>0.4</w:t>
            </w:r>
          </w:p>
        </w:tc>
        <w:tc>
          <w:tcPr>
            <w:tcW w:type="dxa" w:w="1573"/>
          </w:tcPr>
          <w:p>
            <w:pPr>
              <w:spacing w:after="0"/>
              <w:jc w:val="right"/>
            </w:pPr>
            <w:r>
              <w:rPr>
                <w:sz w:val="16"/>
              </w:rPr>
              <w:t>56.5</w:t>
            </w:r>
          </w:p>
        </w:tc>
        <w:tc>
          <w:tcPr>
            <w:tcW w:type="dxa" w:w="1500"/>
          </w:tcPr>
          <w:p>
            <w:pPr>
              <w:spacing w:after="0"/>
              <w:jc w:val="right"/>
            </w:pPr>
            <w:r>
              <w:rPr>
                <w:sz w:val="16"/>
              </w:rPr>
              <w:t>74.0</w:t>
            </w:r>
          </w:p>
        </w:tc>
        <w:tc>
          <w:tcPr>
            <w:tcW w:type="dxa" w:w="5154"/>
          </w:tcPr>
          <w:p>
            <w:pPr>
              <w:spacing w:after="0"/>
              <w:jc w:val="left"/>
            </w:pPr>
            <w:r>
              <w:rPr>
                <w:sz w:val="16"/>
              </w:rPr>
              <w:t>Relatively Low 18, Very Low 3</w:t>
            </w:r>
          </w:p>
        </w:tc>
      </w:tr>
      <w:tr>
        <w:trPr>
          <w:cantSplit/>
        </w:trPr>
        <w:tc>
          <w:tcPr>
            <w:tcW w:type="dxa" w:w="2399"/>
          </w:tcPr>
          <w:p>
            <w:pPr>
              <w:spacing w:after="0"/>
              <w:jc w:val="left"/>
            </w:pPr>
            <w:r>
              <w:rPr>
                <w:sz w:val="16"/>
              </w:rPr>
              <w:t>Hail</w:t>
            </w:r>
          </w:p>
        </w:tc>
        <w:tc>
          <w:tcPr>
            <w:tcW w:type="dxa" w:w="1986"/>
          </w:tcPr>
          <w:p>
            <w:pPr>
              <w:spacing w:after="0"/>
              <w:jc w:val="right"/>
            </w:pPr>
            <w:r>
              <w:rPr>
                <w:sz w:val="16"/>
              </w:rPr>
              <w:t>21 of 21</w:t>
            </w:r>
          </w:p>
        </w:tc>
        <w:tc>
          <w:tcPr>
            <w:tcW w:type="dxa" w:w="1500"/>
          </w:tcPr>
          <w:p>
            <w:pPr>
              <w:spacing w:after="0"/>
              <w:jc w:val="right"/>
            </w:pPr>
            <w:r>
              <w:rPr>
                <w:sz w:val="16"/>
              </w:rPr>
              <w:t>2.0</w:t>
            </w:r>
          </w:p>
        </w:tc>
        <w:tc>
          <w:tcPr>
            <w:tcW w:type="dxa" w:w="1573"/>
          </w:tcPr>
          <w:p>
            <w:pPr>
              <w:spacing w:after="0"/>
              <w:jc w:val="right"/>
            </w:pPr>
            <w:r>
              <w:rPr>
                <w:sz w:val="16"/>
              </w:rPr>
              <w:t>60.5</w:t>
            </w:r>
          </w:p>
        </w:tc>
        <w:tc>
          <w:tcPr>
            <w:tcW w:type="dxa" w:w="1500"/>
          </w:tcPr>
          <w:p>
            <w:pPr>
              <w:spacing w:after="0"/>
              <w:jc w:val="right"/>
            </w:pPr>
            <w:r>
              <w:rPr>
                <w:sz w:val="16"/>
              </w:rPr>
              <w:t>74.4</w:t>
            </w:r>
          </w:p>
        </w:tc>
        <w:tc>
          <w:tcPr>
            <w:tcW w:type="dxa" w:w="5154"/>
          </w:tcPr>
          <w:p>
            <w:pPr>
              <w:spacing w:after="0"/>
              <w:jc w:val="left"/>
            </w:pPr>
            <w:r>
              <w:rPr>
                <w:sz w:val="16"/>
              </w:rPr>
              <w:t>Relatively Moderate 4, Relatively Low 16, Very Low 1</w:t>
            </w:r>
          </w:p>
        </w:tc>
      </w:tr>
      <w:tr>
        <w:trPr>
          <w:cantSplit/>
        </w:trPr>
        <w:tc>
          <w:tcPr>
            <w:tcW w:type="dxa" w:w="2399"/>
          </w:tcPr>
          <w:p>
            <w:pPr>
              <w:spacing w:after="0"/>
              <w:jc w:val="left"/>
            </w:pPr>
            <w:r>
              <w:rPr>
                <w:sz w:val="16"/>
              </w:rPr>
              <w:t>Heat Wave</w:t>
            </w:r>
          </w:p>
        </w:tc>
        <w:tc>
          <w:tcPr>
            <w:tcW w:type="dxa" w:w="1986"/>
          </w:tcPr>
          <w:p>
            <w:pPr>
              <w:spacing w:after="0"/>
              <w:jc w:val="right"/>
            </w:pPr>
            <w:r>
              <w:rPr>
                <w:sz w:val="16"/>
              </w:rPr>
              <w:t>0 of 21</w:t>
            </w:r>
          </w:p>
        </w:tc>
        <w:tc>
          <w:tcPr>
            <w:tcW w:type="dxa" w:w="1500"/>
          </w:tcPr>
          <w:p>
            <w:pPr>
              <w:spacing w:after="0"/>
              <w:jc w:val="right"/>
            </w:pPr>
          </w:p>
        </w:tc>
        <w:tc>
          <w:tcPr>
            <w:tcW w:type="dxa" w:w="1573"/>
          </w:tcPr>
          <w:p>
            <w:pPr>
              <w:spacing w:after="0"/>
              <w:jc w:val="right"/>
            </w:pPr>
          </w:p>
        </w:tc>
        <w:tc>
          <w:tcPr>
            <w:tcW w:type="dxa" w:w="1500"/>
          </w:tcPr>
          <w:p>
            <w:pPr>
              <w:spacing w:after="0"/>
              <w:jc w:val="right"/>
            </w:pPr>
          </w:p>
        </w:tc>
        <w:tc>
          <w:tcPr>
            <w:tcW w:type="dxa" w:w="5154"/>
          </w:tcPr>
          <w:p>
            <w:pPr>
              <w:spacing w:after="0"/>
              <w:jc w:val="left"/>
            </w:pPr>
            <w:r>
              <w:rPr>
                <w:sz w:val="16"/>
              </w:rPr>
              <w:t>No Rating 21</w:t>
            </w:r>
          </w:p>
        </w:tc>
      </w:tr>
      <w:tr>
        <w:trPr>
          <w:cantSplit/>
        </w:trPr>
        <w:tc>
          <w:tcPr>
            <w:tcW w:type="dxa" w:w="2399"/>
          </w:tcPr>
          <w:p>
            <w:pPr>
              <w:spacing w:after="0"/>
              <w:jc w:val="left"/>
            </w:pPr>
            <w:r>
              <w:rPr>
                <w:sz w:val="16"/>
              </w:rPr>
              <w:t>Hurricane</w:t>
            </w:r>
          </w:p>
        </w:tc>
        <w:tc>
          <w:tcPr>
            <w:tcW w:type="dxa" w:w="1986"/>
          </w:tcPr>
          <w:p>
            <w:pPr>
              <w:spacing w:after="0"/>
              <w:jc w:val="right"/>
            </w:pPr>
            <w:r>
              <w:rPr>
                <w:sz w:val="16"/>
              </w:rPr>
              <w:t>21 of 21</w:t>
            </w:r>
          </w:p>
        </w:tc>
        <w:tc>
          <w:tcPr>
            <w:tcW w:type="dxa" w:w="1500"/>
          </w:tcPr>
          <w:p>
            <w:pPr>
              <w:spacing w:after="0"/>
              <w:jc w:val="right"/>
            </w:pPr>
            <w:r>
              <w:rPr>
                <w:sz w:val="16"/>
              </w:rPr>
              <w:t>12.1</w:t>
            </w:r>
          </w:p>
        </w:tc>
        <w:tc>
          <w:tcPr>
            <w:tcW w:type="dxa" w:w="1573"/>
          </w:tcPr>
          <w:p>
            <w:pPr>
              <w:spacing w:after="0"/>
              <w:jc w:val="right"/>
            </w:pPr>
            <w:r>
              <w:rPr>
                <w:sz w:val="16"/>
              </w:rPr>
              <w:t>51.3</w:t>
            </w:r>
          </w:p>
        </w:tc>
        <w:tc>
          <w:tcPr>
            <w:tcW w:type="dxa" w:w="1500"/>
          </w:tcPr>
          <w:p>
            <w:pPr>
              <w:spacing w:after="0"/>
              <w:jc w:val="right"/>
            </w:pPr>
            <w:r>
              <w:rPr>
                <w:sz w:val="16"/>
              </w:rPr>
              <w:t>54.5</w:t>
            </w:r>
          </w:p>
        </w:tc>
        <w:tc>
          <w:tcPr>
            <w:tcW w:type="dxa" w:w="5154"/>
          </w:tcPr>
          <w:p>
            <w:pPr>
              <w:spacing w:after="0"/>
              <w:jc w:val="left"/>
            </w:pPr>
            <w:r>
              <w:rPr>
                <w:sz w:val="16"/>
              </w:rPr>
              <w:t>Relatively Low 10, Very Low 11</w:t>
            </w:r>
          </w:p>
        </w:tc>
      </w:tr>
      <w:tr>
        <w:trPr>
          <w:cantSplit/>
        </w:trPr>
        <w:tc>
          <w:tcPr>
            <w:tcW w:type="dxa" w:w="2399"/>
          </w:tcPr>
          <w:p>
            <w:pPr>
              <w:spacing w:after="0"/>
              <w:jc w:val="left"/>
            </w:pPr>
            <w:r>
              <w:rPr>
                <w:sz w:val="16"/>
              </w:rPr>
              <w:t>Ice Storm</w:t>
            </w:r>
          </w:p>
        </w:tc>
        <w:tc>
          <w:tcPr>
            <w:tcW w:type="dxa" w:w="1986"/>
          </w:tcPr>
          <w:p>
            <w:pPr>
              <w:spacing w:after="0"/>
              <w:jc w:val="right"/>
            </w:pPr>
            <w:r>
              <w:rPr>
                <w:sz w:val="16"/>
              </w:rPr>
              <w:t>21 of 21</w:t>
            </w:r>
          </w:p>
        </w:tc>
        <w:tc>
          <w:tcPr>
            <w:tcW w:type="dxa" w:w="1500"/>
          </w:tcPr>
          <w:p>
            <w:pPr>
              <w:spacing w:after="0"/>
              <w:jc w:val="right"/>
            </w:pPr>
            <w:r>
              <w:rPr>
                <w:sz w:val="16"/>
              </w:rPr>
              <w:t>0.2</w:t>
            </w:r>
          </w:p>
        </w:tc>
        <w:tc>
          <w:tcPr>
            <w:tcW w:type="dxa" w:w="1573"/>
          </w:tcPr>
          <w:p>
            <w:pPr>
              <w:spacing w:after="0"/>
              <w:jc w:val="right"/>
            </w:pPr>
            <w:r>
              <w:rPr>
                <w:sz w:val="16"/>
              </w:rPr>
              <w:t>73.8</w:t>
            </w:r>
          </w:p>
        </w:tc>
        <w:tc>
          <w:tcPr>
            <w:tcW w:type="dxa" w:w="1500"/>
          </w:tcPr>
          <w:p>
            <w:pPr>
              <w:spacing w:after="0"/>
              <w:jc w:val="right"/>
            </w:pPr>
            <w:r>
              <w:rPr>
                <w:sz w:val="16"/>
              </w:rPr>
              <w:t>92.9</w:t>
            </w:r>
          </w:p>
        </w:tc>
        <w:tc>
          <w:tcPr>
            <w:tcW w:type="dxa" w:w="5154"/>
          </w:tcPr>
          <w:p>
            <w:pPr>
              <w:spacing w:after="0"/>
              <w:jc w:val="left"/>
            </w:pPr>
            <w:r>
              <w:rPr>
                <w:sz w:val="16"/>
              </w:rPr>
              <w:t>Relatively High 2, Relatively Moderate 11, Relatively Low 7, Very Low 1</w:t>
            </w:r>
          </w:p>
        </w:tc>
      </w:tr>
      <w:tr>
        <w:trPr>
          <w:cantSplit/>
        </w:trPr>
        <w:tc>
          <w:tcPr>
            <w:tcW w:type="dxa" w:w="2399"/>
          </w:tcPr>
          <w:p>
            <w:pPr>
              <w:spacing w:after="0"/>
              <w:jc w:val="left"/>
            </w:pPr>
            <w:r>
              <w:rPr>
                <w:sz w:val="16"/>
              </w:rPr>
              <w:t>Inland Flooding</w:t>
            </w:r>
          </w:p>
        </w:tc>
        <w:tc>
          <w:tcPr>
            <w:tcW w:type="dxa" w:w="1986"/>
          </w:tcPr>
          <w:p>
            <w:pPr>
              <w:spacing w:after="0"/>
              <w:jc w:val="right"/>
            </w:pPr>
            <w:r>
              <w:rPr>
                <w:sz w:val="16"/>
              </w:rPr>
              <w:t>21 of 21</w:t>
            </w:r>
          </w:p>
        </w:tc>
        <w:tc>
          <w:tcPr>
            <w:tcW w:type="dxa" w:w="1500"/>
          </w:tcPr>
          <w:p>
            <w:pPr>
              <w:spacing w:after="0"/>
              <w:jc w:val="right"/>
            </w:pPr>
            <w:r>
              <w:rPr>
                <w:sz w:val="16"/>
              </w:rPr>
              <w:t>0.3</w:t>
            </w:r>
          </w:p>
        </w:tc>
        <w:tc>
          <w:tcPr>
            <w:tcW w:type="dxa" w:w="1573"/>
          </w:tcPr>
          <w:p>
            <w:pPr>
              <w:spacing w:after="0"/>
              <w:jc w:val="right"/>
            </w:pPr>
            <w:r>
              <w:rPr>
                <w:sz w:val="16"/>
              </w:rPr>
              <w:t>80.7</w:t>
            </w:r>
          </w:p>
        </w:tc>
        <w:tc>
          <w:tcPr>
            <w:tcW w:type="dxa" w:w="1500"/>
          </w:tcPr>
          <w:p>
            <w:pPr>
              <w:spacing w:after="0"/>
              <w:jc w:val="right"/>
            </w:pPr>
            <w:r>
              <w:rPr>
                <w:sz w:val="16"/>
              </w:rPr>
              <w:t>96.1</w:t>
            </w:r>
          </w:p>
        </w:tc>
        <w:tc>
          <w:tcPr>
            <w:tcW w:type="dxa" w:w="5154"/>
          </w:tcPr>
          <w:p>
            <w:pPr>
              <w:spacing w:after="0"/>
              <w:jc w:val="left"/>
            </w:pPr>
            <w:r>
              <w:rPr>
                <w:sz w:val="16"/>
              </w:rPr>
              <w:t>Very High 1, Relatively High 10, Relatively Moderate 7, Relatively Low 2, Very Low 1</w:t>
            </w:r>
          </w:p>
        </w:tc>
      </w:tr>
      <w:tr>
        <w:trPr>
          <w:cantSplit/>
        </w:trPr>
        <w:tc>
          <w:tcPr>
            <w:tcW w:type="dxa" w:w="2399"/>
          </w:tcPr>
          <w:p>
            <w:pPr>
              <w:spacing w:after="0"/>
              <w:jc w:val="left"/>
            </w:pPr>
            <w:r>
              <w:rPr>
                <w:sz w:val="16"/>
              </w:rPr>
              <w:t>Landslide</w:t>
            </w:r>
          </w:p>
        </w:tc>
        <w:tc>
          <w:tcPr>
            <w:tcW w:type="dxa" w:w="1986"/>
          </w:tcPr>
          <w:p>
            <w:pPr>
              <w:spacing w:after="0"/>
              <w:jc w:val="right"/>
            </w:pPr>
            <w:r>
              <w:rPr>
                <w:sz w:val="16"/>
              </w:rPr>
              <w:t>21 of 21</w:t>
            </w:r>
          </w:p>
        </w:tc>
        <w:tc>
          <w:tcPr>
            <w:tcW w:type="dxa" w:w="1500"/>
          </w:tcPr>
          <w:p>
            <w:pPr>
              <w:spacing w:after="0"/>
              <w:jc w:val="right"/>
            </w:pPr>
            <w:r>
              <w:rPr>
                <w:sz w:val="16"/>
              </w:rPr>
              <w:t>49.0</w:t>
            </w:r>
          </w:p>
        </w:tc>
        <w:tc>
          <w:tcPr>
            <w:tcW w:type="dxa" w:w="1573"/>
          </w:tcPr>
          <w:p>
            <w:pPr>
              <w:spacing w:after="0"/>
              <w:jc w:val="right"/>
            </w:pPr>
            <w:r>
              <w:rPr>
                <w:sz w:val="16"/>
              </w:rPr>
              <w:t>96.4</w:t>
            </w:r>
          </w:p>
        </w:tc>
        <w:tc>
          <w:tcPr>
            <w:tcW w:type="dxa" w:w="1500"/>
          </w:tcPr>
          <w:p>
            <w:pPr>
              <w:spacing w:after="0"/>
              <w:jc w:val="right"/>
            </w:pPr>
            <w:r>
              <w:rPr>
                <w:sz w:val="16"/>
              </w:rPr>
              <w:t>99.8</w:t>
            </w:r>
          </w:p>
        </w:tc>
        <w:tc>
          <w:tcPr>
            <w:tcW w:type="dxa" w:w="5154"/>
          </w:tcPr>
          <w:p>
            <w:pPr>
              <w:spacing w:after="0"/>
              <w:jc w:val="left"/>
            </w:pPr>
            <w:r>
              <w:rPr>
                <w:sz w:val="16"/>
              </w:rPr>
              <w:t>Relatively High 4, Relatively Moderate 9, Relatively Low 7, Very Low 1</w:t>
            </w:r>
          </w:p>
        </w:tc>
      </w:tr>
      <w:tr>
        <w:trPr>
          <w:cantSplit/>
        </w:trPr>
        <w:tc>
          <w:tcPr>
            <w:tcW w:type="dxa" w:w="2399"/>
          </w:tcPr>
          <w:p>
            <w:pPr>
              <w:spacing w:after="0"/>
              <w:jc w:val="left"/>
            </w:pPr>
            <w:r>
              <w:rPr>
                <w:sz w:val="16"/>
              </w:rPr>
              <w:t>Lightning</w:t>
            </w:r>
          </w:p>
        </w:tc>
        <w:tc>
          <w:tcPr>
            <w:tcW w:type="dxa" w:w="1986"/>
          </w:tcPr>
          <w:p>
            <w:pPr>
              <w:spacing w:after="0"/>
              <w:jc w:val="right"/>
            </w:pPr>
            <w:r>
              <w:rPr>
                <w:sz w:val="16"/>
              </w:rPr>
              <w:t>21 of 21</w:t>
            </w:r>
          </w:p>
        </w:tc>
        <w:tc>
          <w:tcPr>
            <w:tcW w:type="dxa" w:w="1500"/>
          </w:tcPr>
          <w:p>
            <w:pPr>
              <w:spacing w:after="0"/>
              <w:jc w:val="right"/>
            </w:pPr>
            <w:r>
              <w:rPr>
                <w:sz w:val="16"/>
              </w:rPr>
              <w:t>0.4</w:t>
            </w:r>
          </w:p>
        </w:tc>
        <w:tc>
          <w:tcPr>
            <w:tcW w:type="dxa" w:w="1573"/>
          </w:tcPr>
          <w:p>
            <w:pPr>
              <w:spacing w:after="0"/>
              <w:jc w:val="right"/>
            </w:pPr>
            <w:r>
              <w:rPr>
                <w:sz w:val="16"/>
              </w:rPr>
              <w:t>83.6</w:t>
            </w:r>
          </w:p>
        </w:tc>
        <w:tc>
          <w:tcPr>
            <w:tcW w:type="dxa" w:w="1500"/>
          </w:tcPr>
          <w:p>
            <w:pPr>
              <w:spacing w:after="0"/>
              <w:jc w:val="right"/>
            </w:pPr>
            <w:r>
              <w:rPr>
                <w:sz w:val="16"/>
              </w:rPr>
              <w:t>93.6</w:t>
            </w:r>
          </w:p>
        </w:tc>
        <w:tc>
          <w:tcPr>
            <w:tcW w:type="dxa" w:w="5154"/>
          </w:tcPr>
          <w:p>
            <w:pPr>
              <w:spacing w:after="0"/>
              <w:jc w:val="left"/>
            </w:pPr>
            <w:r>
              <w:rPr>
                <w:sz w:val="16"/>
              </w:rPr>
              <w:t>Relatively High 13, Relatively Moderate 6, Relatively Low 1, Very Low 1</w:t>
            </w:r>
          </w:p>
        </w:tc>
      </w:tr>
      <w:tr>
        <w:trPr>
          <w:cantSplit/>
        </w:trPr>
        <w:tc>
          <w:tcPr>
            <w:tcW w:type="dxa" w:w="2399"/>
          </w:tcPr>
          <w:p>
            <w:pPr>
              <w:spacing w:after="0"/>
              <w:jc w:val="left"/>
            </w:pPr>
            <w:r>
              <w:rPr>
                <w:sz w:val="16"/>
              </w:rPr>
              <w:t>Strong Wind</w:t>
            </w:r>
          </w:p>
        </w:tc>
        <w:tc>
          <w:tcPr>
            <w:tcW w:type="dxa" w:w="1986"/>
          </w:tcPr>
          <w:p>
            <w:pPr>
              <w:spacing w:after="0"/>
              <w:jc w:val="right"/>
            </w:pPr>
            <w:r>
              <w:rPr>
                <w:sz w:val="16"/>
              </w:rPr>
              <w:t>21 of 21</w:t>
            </w:r>
          </w:p>
        </w:tc>
        <w:tc>
          <w:tcPr>
            <w:tcW w:type="dxa" w:w="1500"/>
          </w:tcPr>
          <w:p>
            <w:pPr>
              <w:spacing w:after="0"/>
              <w:jc w:val="right"/>
            </w:pPr>
            <w:r>
              <w:rPr>
                <w:sz w:val="16"/>
              </w:rPr>
              <w:t>1.4</w:t>
            </w:r>
          </w:p>
        </w:tc>
        <w:tc>
          <w:tcPr>
            <w:tcW w:type="dxa" w:w="1573"/>
          </w:tcPr>
          <w:p>
            <w:pPr>
              <w:spacing w:after="0"/>
              <w:jc w:val="right"/>
            </w:pPr>
            <w:r>
              <w:rPr>
                <w:sz w:val="16"/>
              </w:rPr>
              <w:t>77.2</w:t>
            </w:r>
          </w:p>
        </w:tc>
        <w:tc>
          <w:tcPr>
            <w:tcW w:type="dxa" w:w="1500"/>
          </w:tcPr>
          <w:p>
            <w:pPr>
              <w:spacing w:after="0"/>
              <w:jc w:val="right"/>
            </w:pPr>
            <w:r>
              <w:rPr>
                <w:sz w:val="16"/>
              </w:rPr>
              <w:t>87.2</w:t>
            </w:r>
          </w:p>
        </w:tc>
        <w:tc>
          <w:tcPr>
            <w:tcW w:type="dxa" w:w="5154"/>
          </w:tcPr>
          <w:p>
            <w:pPr>
              <w:spacing w:after="0"/>
              <w:jc w:val="left"/>
            </w:pPr>
            <w:r>
              <w:rPr>
                <w:sz w:val="16"/>
              </w:rPr>
              <w:t>Relatively High 7, Relatively Moderate 12, Relatively Low 1, Very Low 1</w:t>
            </w:r>
          </w:p>
        </w:tc>
      </w:tr>
      <w:tr>
        <w:trPr>
          <w:cantSplit/>
        </w:trPr>
        <w:tc>
          <w:tcPr>
            <w:tcW w:type="dxa" w:w="2399"/>
          </w:tcPr>
          <w:p>
            <w:pPr>
              <w:spacing w:after="0"/>
              <w:jc w:val="left"/>
            </w:pPr>
            <w:r>
              <w:rPr>
                <w:sz w:val="16"/>
              </w:rPr>
              <w:t>Tornado</w:t>
            </w:r>
          </w:p>
        </w:tc>
        <w:tc>
          <w:tcPr>
            <w:tcW w:type="dxa" w:w="1986"/>
          </w:tcPr>
          <w:p>
            <w:pPr>
              <w:spacing w:after="0"/>
              <w:jc w:val="right"/>
            </w:pPr>
            <w:r>
              <w:rPr>
                <w:sz w:val="16"/>
              </w:rPr>
              <w:t>21 of 21</w:t>
            </w:r>
          </w:p>
        </w:tc>
        <w:tc>
          <w:tcPr>
            <w:tcW w:type="dxa" w:w="1500"/>
          </w:tcPr>
          <w:p>
            <w:pPr>
              <w:spacing w:after="0"/>
              <w:jc w:val="right"/>
            </w:pPr>
            <w:r>
              <w:rPr>
                <w:sz w:val="16"/>
              </w:rPr>
              <w:t>0.7</w:t>
            </w:r>
          </w:p>
        </w:tc>
        <w:tc>
          <w:tcPr>
            <w:tcW w:type="dxa" w:w="1573"/>
          </w:tcPr>
          <w:p>
            <w:pPr>
              <w:spacing w:after="0"/>
              <w:jc w:val="right"/>
            </w:pPr>
            <w:r>
              <w:rPr>
                <w:sz w:val="16"/>
              </w:rPr>
              <w:t>52.7</w:t>
            </w:r>
          </w:p>
        </w:tc>
        <w:tc>
          <w:tcPr>
            <w:tcW w:type="dxa" w:w="1500"/>
          </w:tcPr>
          <w:p>
            <w:pPr>
              <w:spacing w:after="0"/>
              <w:jc w:val="right"/>
            </w:pPr>
            <w:r>
              <w:rPr>
                <w:sz w:val="16"/>
              </w:rPr>
              <w:t>64.0</w:t>
            </w:r>
          </w:p>
        </w:tc>
        <w:tc>
          <w:tcPr>
            <w:tcW w:type="dxa" w:w="5154"/>
          </w:tcPr>
          <w:p>
            <w:pPr>
              <w:spacing w:after="0"/>
              <w:jc w:val="left"/>
            </w:pPr>
            <w:r>
              <w:rPr>
                <w:sz w:val="16"/>
              </w:rPr>
              <w:t>Relatively Moderate 10, Relatively Low 10, Very Low 1</w:t>
            </w:r>
          </w:p>
        </w:tc>
      </w:tr>
      <w:tr>
        <w:trPr>
          <w:cantSplit/>
        </w:trPr>
        <w:tc>
          <w:tcPr>
            <w:tcW w:type="dxa" w:w="2399"/>
          </w:tcPr>
          <w:p>
            <w:pPr>
              <w:spacing w:after="0"/>
              <w:jc w:val="left"/>
            </w:pPr>
            <w:r>
              <w:rPr>
                <w:sz w:val="16"/>
              </w:rPr>
              <w:t>Wildfire</w:t>
            </w:r>
          </w:p>
        </w:tc>
        <w:tc>
          <w:tcPr>
            <w:tcW w:type="dxa" w:w="1986"/>
          </w:tcPr>
          <w:p>
            <w:pPr>
              <w:spacing w:after="0"/>
              <w:jc w:val="right"/>
            </w:pPr>
            <w:r>
              <w:rPr>
                <w:sz w:val="16"/>
              </w:rPr>
              <w:t>21 of 21</w:t>
            </w:r>
          </w:p>
        </w:tc>
        <w:tc>
          <w:tcPr>
            <w:tcW w:type="dxa" w:w="1500"/>
          </w:tcPr>
          <w:p>
            <w:pPr>
              <w:spacing w:after="0"/>
              <w:jc w:val="right"/>
            </w:pPr>
            <w:r>
              <w:rPr>
                <w:sz w:val="16"/>
              </w:rPr>
              <w:t>19.1</w:t>
            </w:r>
          </w:p>
        </w:tc>
        <w:tc>
          <w:tcPr>
            <w:tcW w:type="dxa" w:w="1573"/>
          </w:tcPr>
          <w:p>
            <w:pPr>
              <w:spacing w:after="0"/>
              <w:jc w:val="right"/>
            </w:pPr>
            <w:r>
              <w:rPr>
                <w:sz w:val="16"/>
              </w:rPr>
              <w:t>72.5</w:t>
            </w:r>
          </w:p>
        </w:tc>
        <w:tc>
          <w:tcPr>
            <w:tcW w:type="dxa" w:w="1500"/>
          </w:tcPr>
          <w:p>
            <w:pPr>
              <w:spacing w:after="0"/>
              <w:jc w:val="right"/>
            </w:pPr>
            <w:r>
              <w:rPr>
                <w:sz w:val="16"/>
              </w:rPr>
              <w:t>88.1</w:t>
            </w:r>
          </w:p>
        </w:tc>
        <w:tc>
          <w:tcPr>
            <w:tcW w:type="dxa" w:w="5154"/>
          </w:tcPr>
          <w:p>
            <w:pPr>
              <w:spacing w:after="0"/>
              <w:jc w:val="left"/>
            </w:pPr>
            <w:r>
              <w:rPr>
                <w:sz w:val="16"/>
              </w:rPr>
              <w:t>Relatively Low 14, Very Low 7</w:t>
            </w:r>
          </w:p>
        </w:tc>
      </w:tr>
      <w:tr>
        <w:trPr>
          <w:cantSplit/>
        </w:trPr>
        <w:tc>
          <w:tcPr>
            <w:tcW w:type="dxa" w:w="2399"/>
          </w:tcPr>
          <w:p>
            <w:pPr>
              <w:spacing w:after="0"/>
              <w:jc w:val="left"/>
            </w:pPr>
            <w:r>
              <w:rPr>
                <w:sz w:val="16"/>
              </w:rPr>
              <w:t>Winter Weather</w:t>
            </w:r>
          </w:p>
        </w:tc>
        <w:tc>
          <w:tcPr>
            <w:tcW w:type="dxa" w:w="1986"/>
          </w:tcPr>
          <w:p>
            <w:pPr>
              <w:spacing w:after="0"/>
              <w:jc w:val="right"/>
            </w:pPr>
            <w:r>
              <w:rPr>
                <w:sz w:val="16"/>
              </w:rPr>
              <w:t>21 of 21</w:t>
            </w:r>
          </w:p>
        </w:tc>
        <w:tc>
          <w:tcPr>
            <w:tcW w:type="dxa" w:w="1500"/>
          </w:tcPr>
          <w:p>
            <w:pPr>
              <w:spacing w:after="0"/>
              <w:jc w:val="right"/>
            </w:pPr>
            <w:r>
              <w:rPr>
                <w:sz w:val="16"/>
              </w:rPr>
              <w:t>10.9</w:t>
            </w:r>
          </w:p>
        </w:tc>
        <w:tc>
          <w:tcPr>
            <w:tcW w:type="dxa" w:w="1573"/>
          </w:tcPr>
          <w:p>
            <w:pPr>
              <w:spacing w:after="0"/>
              <w:jc w:val="right"/>
            </w:pPr>
            <w:r>
              <w:rPr>
                <w:sz w:val="16"/>
              </w:rPr>
              <w:t>65.6</w:t>
            </w:r>
          </w:p>
        </w:tc>
        <w:tc>
          <w:tcPr>
            <w:tcW w:type="dxa" w:w="1500"/>
          </w:tcPr>
          <w:p>
            <w:pPr>
              <w:spacing w:after="0"/>
              <w:jc w:val="right"/>
            </w:pPr>
            <w:r>
              <w:rPr>
                <w:sz w:val="16"/>
              </w:rPr>
              <w:t>77.5</w:t>
            </w:r>
          </w:p>
        </w:tc>
        <w:tc>
          <w:tcPr>
            <w:tcW w:type="dxa" w:w="5154"/>
          </w:tcPr>
          <w:p>
            <w:pPr>
              <w:spacing w:after="0"/>
              <w:jc w:val="left"/>
            </w:pPr>
            <w:r>
              <w:rPr>
                <w:sz w:val="16"/>
              </w:rPr>
              <w:t>Relatively Moderate 19, Relatively Low 1, Very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2"/>
        <w:gridCol w:w="1394"/>
        <w:gridCol w:w="2347"/>
        <w:gridCol w:w="2011"/>
        <w:gridCol w:w="2034"/>
        <w:gridCol w:w="2152"/>
        <w:gridCol w:w="2473"/>
      </w:tblGrid>
      <w:tr>
        <w:trPr>
          <w:cantSplit/>
          <w:tblHeader/>
        </w:trPr>
        <w:tc>
          <w:tcPr>
            <w:tcW w:type="dxa" w:w="1702"/>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47"/>
            <w:shd w:val="clear" w:color="auto" w:fill="E8E8E8"/>
          </w:tcPr>
          <w:p>
            <w:pPr>
              <w:spacing w:after="0"/>
              <w:jc w:val="left"/>
            </w:pPr>
            <w:r>
              <w:rPr>
                <w:b/>
                <w:sz w:val="16"/>
              </w:rPr>
              <w:t>Plan status</w:t>
            </w:r>
          </w:p>
        </w:tc>
        <w:tc>
          <w:tcPr>
            <w:tcW w:type="dxa" w:w="201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3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5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73"/>
            <w:shd w:val="clear" w:color="auto" w:fill="E8E8E8"/>
          </w:tcPr>
          <w:p>
            <w:pPr>
              <w:spacing w:after="0"/>
              <w:jc w:val="left"/>
            </w:pPr>
            <w:r>
              <w:rPr>
                <w:b/>
                <w:sz w:val="16"/>
              </w:rPr>
              <w:t>Notes</w:t>
            </w:r>
          </w:p>
        </w:tc>
      </w:tr>
      <w:tr>
        <w:trPr>
          <w:cantSplit/>
        </w:trPr>
        <w:tc>
          <w:tcPr>
            <w:tcW w:type="dxa" w:w="1702"/>
          </w:tcPr>
          <w:p>
            <w:pPr>
              <w:spacing w:after="0"/>
              <w:jc w:val="left"/>
            </w:pPr>
            <w:r>
              <w:rPr>
                <w:sz w:val="16"/>
              </w:rPr>
              <w:t>Haywood County (unincorporated area)</w:t>
            </w:r>
          </w:p>
        </w:tc>
        <w:tc>
          <w:tcPr>
            <w:tcW w:type="dxa" w:w="1394"/>
          </w:tcPr>
          <w:p>
            <w:pPr>
              <w:spacing w:after="0"/>
              <w:jc w:val="left"/>
            </w:pPr>
            <w:r>
              <w:rPr>
                <w:sz w:val="16"/>
              </w:rPr>
              <w:t>Unincorporated</w:t>
            </w:r>
          </w:p>
        </w:tc>
        <w:tc>
          <w:tcPr>
            <w:tcW w:type="dxa" w:w="2347"/>
          </w:tcPr>
          <w:p>
            <w:pPr>
              <w:spacing w:after="0"/>
              <w:jc w:val="left"/>
            </w:pPr>
            <w:r>
              <w:rPr>
                <w:sz w:val="16"/>
              </w:rPr>
              <w:t>Approved, expires 2027-09-12</w:t>
            </w:r>
          </w:p>
        </w:tc>
        <w:tc>
          <w:tcPr>
            <w:tcW w:type="dxa" w:w="2011"/>
          </w:tcPr>
          <w:p>
            <w:pPr>
              <w:spacing w:after="0"/>
              <w:jc w:val="right"/>
            </w:pPr>
            <w:r>
              <w:rPr>
                <w:sz w:val="16"/>
              </w:rPr>
              <w:t>FMA RL 11, SRL 6; any 25</w:t>
            </w:r>
          </w:p>
        </w:tc>
        <w:tc>
          <w:tcPr>
            <w:tcW w:type="dxa" w:w="2034"/>
          </w:tcPr>
          <w:p>
            <w:pPr>
              <w:spacing w:after="0"/>
              <w:jc w:val="right"/>
            </w:pPr>
            <w:r>
              <w:rPr>
                <w:sz w:val="16"/>
              </w:rPr>
              <w:t>$21,803,711.68</w:t>
            </w:r>
          </w:p>
        </w:tc>
        <w:tc>
          <w:tcPr>
            <w:tcW w:type="dxa" w:w="2152"/>
          </w:tcPr>
          <w:p>
            <w:pPr>
              <w:spacing w:after="0"/>
              <w:jc w:val="right"/>
            </w:pPr>
            <w:r>
              <w:rPr>
                <w:sz w:val="16"/>
              </w:rPr>
              <w:t>0 total; 0 since its plan</w:t>
            </w:r>
          </w:p>
        </w:tc>
        <w:tc>
          <w:tcPr>
            <w:tcW w:type="dxa" w:w="2473"/>
          </w:tcPr>
          <w:p>
            <w:pPr>
              <w:spacing w:after="0"/>
              <w:jc w:val="left"/>
            </w:pPr>
            <w:r>
              <w:rPr>
                <w:sz w:val="16"/>
              </w:rPr>
              <w:t>Includes $559,993.34 for declarations not counted as hazard incidents (DR-4487-NC).</w:t>
            </w:r>
          </w:p>
        </w:tc>
      </w:tr>
      <w:tr>
        <w:trPr>
          <w:cantSplit/>
        </w:trPr>
        <w:tc>
          <w:tcPr>
            <w:tcW w:type="dxa" w:w="1702"/>
          </w:tcPr>
          <w:p>
            <w:pPr>
              <w:spacing w:after="0"/>
              <w:jc w:val="left"/>
            </w:pPr>
            <w:r>
              <w:rPr>
                <w:sz w:val="16"/>
              </w:rPr>
              <w:t>Canton town</w:t>
            </w:r>
          </w:p>
        </w:tc>
        <w:tc>
          <w:tcPr>
            <w:tcW w:type="dxa" w:w="1394"/>
          </w:tcPr>
          <w:p>
            <w:pPr>
              <w:spacing w:after="0"/>
              <w:jc w:val="left"/>
            </w:pPr>
            <w:r>
              <w:rPr>
                <w:sz w:val="16"/>
              </w:rPr>
              <w:t>Town</w:t>
            </w:r>
          </w:p>
        </w:tc>
        <w:tc>
          <w:tcPr>
            <w:tcW w:type="dxa" w:w="2347"/>
          </w:tcPr>
          <w:p>
            <w:pPr>
              <w:spacing w:after="0"/>
              <w:jc w:val="left"/>
            </w:pPr>
            <w:r>
              <w:rPr>
                <w:sz w:val="16"/>
              </w:rPr>
              <w:t>Approved, expires 2027-09-12</w:t>
            </w:r>
          </w:p>
        </w:tc>
        <w:tc>
          <w:tcPr>
            <w:tcW w:type="dxa" w:w="2011"/>
          </w:tcPr>
          <w:p>
            <w:pPr>
              <w:spacing w:after="0"/>
              <w:jc w:val="right"/>
            </w:pPr>
            <w:r>
              <w:rPr>
                <w:sz w:val="16"/>
              </w:rPr>
              <w:t>FMA RL 4, SRL 1; any 13</w:t>
            </w:r>
          </w:p>
        </w:tc>
        <w:tc>
          <w:tcPr>
            <w:tcW w:type="dxa" w:w="2034"/>
          </w:tcPr>
          <w:p>
            <w:pPr>
              <w:spacing w:after="0"/>
              <w:jc w:val="right"/>
            </w:pPr>
            <w:r>
              <w:rPr>
                <w:sz w:val="16"/>
              </w:rPr>
              <w:t>$12,962,742.73</w:t>
            </w:r>
          </w:p>
        </w:tc>
        <w:tc>
          <w:tcPr>
            <w:tcW w:type="dxa" w:w="2152"/>
          </w:tcPr>
          <w:p>
            <w:pPr>
              <w:spacing w:after="0"/>
              <w:jc w:val="right"/>
            </w:pPr>
            <w:r>
              <w:rPr>
                <w:sz w:val="16"/>
              </w:rPr>
              <w:t>26 total; 1 since its plan</w:t>
            </w:r>
          </w:p>
        </w:tc>
        <w:tc>
          <w:tcPr>
            <w:tcW w:type="dxa" w:w="2473"/>
          </w:tcPr>
          <w:p>
            <w:pPr>
              <w:spacing w:after="0"/>
              <w:jc w:val="left"/>
            </w:pPr>
          </w:p>
        </w:tc>
      </w:tr>
      <w:tr>
        <w:trPr>
          <w:cantSplit/>
        </w:trPr>
        <w:tc>
          <w:tcPr>
            <w:tcW w:type="dxa" w:w="1702"/>
          </w:tcPr>
          <w:p>
            <w:pPr>
              <w:spacing w:after="0"/>
              <w:jc w:val="left"/>
            </w:pPr>
            <w:r>
              <w:rPr>
                <w:sz w:val="16"/>
              </w:rPr>
              <w:t>Clyde town</w:t>
            </w:r>
          </w:p>
        </w:tc>
        <w:tc>
          <w:tcPr>
            <w:tcW w:type="dxa" w:w="1394"/>
          </w:tcPr>
          <w:p>
            <w:pPr>
              <w:spacing w:after="0"/>
              <w:jc w:val="left"/>
            </w:pPr>
            <w:r>
              <w:rPr>
                <w:sz w:val="16"/>
              </w:rPr>
              <w:t>Town</w:t>
            </w:r>
          </w:p>
        </w:tc>
        <w:tc>
          <w:tcPr>
            <w:tcW w:type="dxa" w:w="2347"/>
          </w:tcPr>
          <w:p>
            <w:pPr>
              <w:spacing w:after="0"/>
              <w:jc w:val="left"/>
            </w:pPr>
            <w:r>
              <w:rPr>
                <w:sz w:val="16"/>
              </w:rPr>
              <w:t>Approved, expires 2027-09-12</w:t>
            </w:r>
          </w:p>
        </w:tc>
        <w:tc>
          <w:tcPr>
            <w:tcW w:type="dxa" w:w="2011"/>
          </w:tcPr>
          <w:p>
            <w:pPr>
              <w:spacing w:after="0"/>
              <w:jc w:val="right"/>
            </w:pPr>
            <w:r>
              <w:rPr>
                <w:sz w:val="16"/>
              </w:rPr>
              <w:t>FMA RL 9, SRL 6; any 37</w:t>
            </w:r>
          </w:p>
        </w:tc>
        <w:tc>
          <w:tcPr>
            <w:tcW w:type="dxa" w:w="2034"/>
          </w:tcPr>
          <w:p>
            <w:pPr>
              <w:spacing w:after="0"/>
              <w:jc w:val="right"/>
            </w:pPr>
            <w:r>
              <w:rPr>
                <w:sz w:val="16"/>
              </w:rPr>
              <w:t>$2,184,056.82</w:t>
            </w:r>
          </w:p>
        </w:tc>
        <w:tc>
          <w:tcPr>
            <w:tcW w:type="dxa" w:w="2152"/>
          </w:tcPr>
          <w:p>
            <w:pPr>
              <w:spacing w:after="0"/>
              <w:jc w:val="right"/>
            </w:pPr>
            <w:r>
              <w:rPr>
                <w:sz w:val="16"/>
              </w:rPr>
              <w:t>10 total; 0 since its plan</w:t>
            </w:r>
          </w:p>
        </w:tc>
        <w:tc>
          <w:tcPr>
            <w:tcW w:type="dxa" w:w="2473"/>
          </w:tcPr>
          <w:p>
            <w:pPr>
              <w:spacing w:after="0"/>
              <w:jc w:val="left"/>
            </w:pPr>
          </w:p>
        </w:tc>
      </w:tr>
      <w:tr>
        <w:trPr>
          <w:cantSplit/>
        </w:trPr>
        <w:tc>
          <w:tcPr>
            <w:tcW w:type="dxa" w:w="1702"/>
          </w:tcPr>
          <w:p>
            <w:pPr>
              <w:spacing w:after="0"/>
              <w:jc w:val="left"/>
            </w:pPr>
            <w:r>
              <w:rPr>
                <w:sz w:val="16"/>
              </w:rPr>
              <w:t>Maggie Valley town</w:t>
            </w:r>
          </w:p>
        </w:tc>
        <w:tc>
          <w:tcPr>
            <w:tcW w:type="dxa" w:w="1394"/>
          </w:tcPr>
          <w:p>
            <w:pPr>
              <w:spacing w:after="0"/>
              <w:jc w:val="left"/>
            </w:pPr>
            <w:r>
              <w:rPr>
                <w:sz w:val="16"/>
              </w:rPr>
              <w:t>Town</w:t>
            </w:r>
          </w:p>
        </w:tc>
        <w:tc>
          <w:tcPr>
            <w:tcW w:type="dxa" w:w="2347"/>
          </w:tcPr>
          <w:p>
            <w:pPr>
              <w:spacing w:after="0"/>
              <w:jc w:val="left"/>
            </w:pPr>
            <w:r>
              <w:rPr>
                <w:sz w:val="16"/>
              </w:rPr>
              <w:t>Approved, expires 2027-09-12</w:t>
            </w:r>
          </w:p>
        </w:tc>
        <w:tc>
          <w:tcPr>
            <w:tcW w:type="dxa" w:w="2011"/>
          </w:tcPr>
          <w:p>
            <w:pPr>
              <w:spacing w:after="0"/>
              <w:jc w:val="right"/>
            </w:pPr>
            <w:r>
              <w:rPr>
                <w:sz w:val="16"/>
              </w:rPr>
              <w:t>FMA RL 0, SRL 0; any 0</w:t>
            </w:r>
          </w:p>
        </w:tc>
        <w:tc>
          <w:tcPr>
            <w:tcW w:type="dxa" w:w="2034"/>
          </w:tcPr>
          <w:p>
            <w:pPr>
              <w:spacing w:after="0"/>
              <w:jc w:val="right"/>
            </w:pPr>
            <w:r>
              <w:rPr>
                <w:sz w:val="16"/>
              </w:rPr>
              <w:t>$4,371,678.94</w:t>
            </w:r>
          </w:p>
        </w:tc>
        <w:tc>
          <w:tcPr>
            <w:tcW w:type="dxa" w:w="2152"/>
          </w:tcPr>
          <w:p>
            <w:pPr>
              <w:spacing w:after="0"/>
              <w:jc w:val="right"/>
            </w:pPr>
            <w:r>
              <w:rPr>
                <w:sz w:val="16"/>
              </w:rPr>
              <w:t>1 total; 0 since its plan</w:t>
            </w:r>
          </w:p>
        </w:tc>
        <w:tc>
          <w:tcPr>
            <w:tcW w:type="dxa" w:w="2473"/>
          </w:tcPr>
          <w:p>
            <w:pPr>
              <w:spacing w:after="0"/>
              <w:jc w:val="left"/>
            </w:pPr>
          </w:p>
        </w:tc>
      </w:tr>
      <w:tr>
        <w:trPr>
          <w:cantSplit/>
        </w:trPr>
        <w:tc>
          <w:tcPr>
            <w:tcW w:type="dxa" w:w="1702"/>
          </w:tcPr>
          <w:p>
            <w:pPr>
              <w:spacing w:after="0"/>
              <w:jc w:val="left"/>
            </w:pPr>
            <w:r>
              <w:rPr>
                <w:sz w:val="16"/>
              </w:rPr>
              <w:t>Waynesville town</w:t>
            </w:r>
          </w:p>
        </w:tc>
        <w:tc>
          <w:tcPr>
            <w:tcW w:type="dxa" w:w="1394"/>
          </w:tcPr>
          <w:p>
            <w:pPr>
              <w:spacing w:after="0"/>
              <w:jc w:val="left"/>
            </w:pPr>
            <w:r>
              <w:rPr>
                <w:sz w:val="16"/>
              </w:rPr>
              <w:t>Town</w:t>
            </w:r>
          </w:p>
        </w:tc>
        <w:tc>
          <w:tcPr>
            <w:tcW w:type="dxa" w:w="2347"/>
          </w:tcPr>
          <w:p>
            <w:pPr>
              <w:spacing w:after="0"/>
              <w:jc w:val="left"/>
            </w:pPr>
            <w:r>
              <w:rPr>
                <w:sz w:val="16"/>
              </w:rPr>
              <w:t>Approved, expires 2027-09-12</w:t>
            </w:r>
          </w:p>
        </w:tc>
        <w:tc>
          <w:tcPr>
            <w:tcW w:type="dxa" w:w="2011"/>
          </w:tcPr>
          <w:p>
            <w:pPr>
              <w:spacing w:after="0"/>
              <w:jc w:val="right"/>
            </w:pPr>
            <w:r>
              <w:rPr>
                <w:sz w:val="16"/>
              </w:rPr>
              <w:t>FMA RL 0, SRL 0; any 5</w:t>
            </w:r>
          </w:p>
        </w:tc>
        <w:tc>
          <w:tcPr>
            <w:tcW w:type="dxa" w:w="2034"/>
          </w:tcPr>
          <w:p>
            <w:pPr>
              <w:spacing w:after="0"/>
              <w:jc w:val="right"/>
            </w:pPr>
            <w:r>
              <w:rPr>
                <w:sz w:val="16"/>
              </w:rPr>
              <w:t>$1,677,682.59</w:t>
            </w:r>
          </w:p>
        </w:tc>
        <w:tc>
          <w:tcPr>
            <w:tcW w:type="dxa" w:w="2152"/>
          </w:tcPr>
          <w:p>
            <w:pPr>
              <w:spacing w:after="0"/>
              <w:jc w:val="right"/>
            </w:pPr>
            <w:r>
              <w:rPr>
                <w:sz w:val="16"/>
              </w:rPr>
              <w:t>44 total; 1 since its plan</w:t>
            </w:r>
          </w:p>
        </w:tc>
        <w:tc>
          <w:tcPr>
            <w:tcW w:type="dxa" w:w="247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09"/>
        <w:gridCol w:w="1444"/>
        <w:gridCol w:w="1096"/>
        <w:gridCol w:w="1009"/>
        <w:gridCol w:w="1096"/>
        <w:gridCol w:w="1096"/>
        <w:gridCol w:w="1009"/>
        <w:gridCol w:w="1270"/>
        <w:gridCol w:w="1183"/>
        <w:gridCol w:w="1009"/>
        <w:gridCol w:w="1357"/>
        <w:gridCol w:w="1531"/>
      </w:tblGrid>
      <w:tr>
        <w:trPr>
          <w:cantSplit/>
          <w:tblHeader/>
        </w:trPr>
        <w:tc>
          <w:tcPr>
            <w:tcW w:type="dxa" w:w="1009"/>
            <w:shd w:val="clear" w:color="auto" w:fill="E8E8E8"/>
          </w:tcPr>
          <w:p>
            <w:pPr>
              <w:spacing w:after="0"/>
              <w:jc w:val="left"/>
            </w:pPr>
            <w:r>
              <w:rPr>
                <w:b/>
                <w:sz w:val="16"/>
              </w:rPr>
              <w:t>Hazard</w:t>
            </w:r>
          </w:p>
        </w:tc>
        <w:tc>
          <w:tcPr>
            <w:tcW w:type="dxa" w:w="144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09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0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9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09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7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3"/>
            <w:shd w:val="clear" w:color="auto" w:fill="E8E8E8"/>
          </w:tcPr>
          <w:p>
            <w:pPr>
              <w:spacing w:after="0"/>
              <w:jc w:val="right"/>
            </w:pPr>
            <w:r>
              <w:rPr>
                <w:b/>
                <w:sz w:val="16"/>
              </w:rPr>
              <w:t>Storm Events damage since 2022-09-13</w:t>
            </w:r>
          </w:p>
          <w:p>
            <w:pPr>
              <w:spacing w:after="0"/>
              <w:jc w:val="right"/>
            </w:pPr>
            <w:r>
              <w:rPr>
                <w:i/>
                <w:color w:val="555555"/>
                <w:sz w:val="14"/>
              </w:rPr>
              <w:t>county-coded records, property plus crops, nominal dollars</w:t>
            </w:r>
          </w:p>
        </w:tc>
        <w:tc>
          <w:tcPr>
            <w:tcW w:type="dxa" w:w="100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5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31"/>
            <w:shd w:val="clear" w:color="auto" w:fill="E8E8E8"/>
          </w:tcPr>
          <w:p>
            <w:pPr>
              <w:spacing w:after="0"/>
              <w:jc w:val="left"/>
            </w:pPr>
            <w:r>
              <w:rPr>
                <w:b/>
                <w:sz w:val="16"/>
              </w:rPr>
              <w:t>Note</w:t>
            </w:r>
          </w:p>
        </w:tc>
      </w:tr>
      <w:tr>
        <w:trPr>
          <w:cantSplit/>
        </w:trPr>
        <w:tc>
          <w:tcPr>
            <w:tcW w:type="dxa" w:w="1009"/>
          </w:tcPr>
          <w:p>
            <w:pPr>
              <w:spacing w:after="0"/>
              <w:jc w:val="left"/>
            </w:pPr>
            <w:r>
              <w:rPr>
                <w:sz w:val="16"/>
              </w:rPr>
              <w:t>Cold Wave</w:t>
            </w:r>
          </w:p>
        </w:tc>
        <w:tc>
          <w:tcPr>
            <w:tcW w:type="dxa" w:w="1444"/>
          </w:tcPr>
          <w:p>
            <w:pPr>
              <w:spacing w:after="0"/>
              <w:jc w:val="right"/>
            </w:pPr>
            <w:r>
              <w:rPr>
                <w:sz w:val="16"/>
              </w:rPr>
              <w:t>$11,675,894,324</w:t>
            </w:r>
          </w:p>
        </w:tc>
        <w:tc>
          <w:tcPr>
            <w:tcW w:type="dxa" w:w="1096"/>
          </w:tcPr>
          <w:p>
            <w:pPr>
              <w:spacing w:after="0"/>
              <w:jc w:val="right"/>
            </w:pPr>
            <w:r>
              <w:rPr>
                <w:sz w:val="16"/>
              </w:rPr>
              <w:t>$23,386,692</w:t>
            </w:r>
          </w:p>
        </w:tc>
        <w:tc>
          <w:tcPr>
            <w:tcW w:type="dxa" w:w="1009"/>
          </w:tcPr>
          <w:p>
            <w:pPr>
              <w:spacing w:after="0"/>
              <w:jc w:val="right"/>
            </w:pPr>
            <w:r>
              <w:rPr>
                <w:sz w:val="16"/>
              </w:rPr>
              <w:t>62,051</w:t>
            </w:r>
          </w:p>
        </w:tc>
        <w:tc>
          <w:tcPr>
            <w:tcW w:type="dxa" w:w="1096"/>
          </w:tcPr>
          <w:p>
            <w:pPr>
              <w:spacing w:after="0"/>
              <w:jc w:val="right"/>
            </w:pPr>
            <w:r>
              <w:rPr>
                <w:sz w:val="16"/>
              </w:rPr>
              <w:t>$657</w:t>
            </w:r>
          </w:p>
        </w:tc>
        <w:tc>
          <w:tcPr>
            <w:tcW w:type="dxa" w:w="1096"/>
          </w:tcPr>
          <w:p>
            <w:pPr>
              <w:spacing w:after="0"/>
              <w:jc w:val="right"/>
            </w:pPr>
            <w:r>
              <w:rPr>
                <w:sz w:val="16"/>
              </w:rPr>
              <w:t>$224,322</w:t>
            </w:r>
          </w:p>
        </w:tc>
        <w:tc>
          <w:tcPr>
            <w:tcW w:type="dxa" w:w="1009"/>
          </w:tcPr>
          <w:p>
            <w:pPr>
              <w:spacing w:after="0"/>
              <w:jc w:val="right"/>
            </w:pPr>
            <w:r>
              <w:rPr>
                <w:sz w:val="16"/>
              </w:rPr>
              <w:t>$6,765,600</w:t>
            </w:r>
          </w:p>
        </w:tc>
        <w:tc>
          <w:tcPr>
            <w:tcW w:type="dxa" w:w="1270"/>
          </w:tcPr>
          <w:p>
            <w:pPr>
              <w:spacing w:after="0"/>
              <w:jc w:val="right"/>
            </w:pPr>
            <w:r>
              <w:rPr>
                <w:sz w:val="16"/>
              </w:rPr>
              <w:t>under 0.0001%</w:t>
            </w:r>
          </w:p>
        </w:tc>
        <w:tc>
          <w:tcPr>
            <w:tcW w:type="dxa" w:w="1183"/>
          </w:tcPr>
          <w:p>
            <w:pPr>
              <w:spacing w:after="0"/>
              <w:jc w:val="right"/>
            </w:pPr>
          </w:p>
        </w:tc>
        <w:tc>
          <w:tcPr>
            <w:tcW w:type="dxa" w:w="1009"/>
          </w:tcPr>
          <w:p>
            <w:pPr>
              <w:spacing w:after="0"/>
              <w:jc w:val="right"/>
            </w:pPr>
            <w:r>
              <w:rPr>
                <w:sz w:val="16"/>
              </w:rPr>
              <w:t>$0</w:t>
            </w:r>
          </w:p>
        </w:tc>
        <w:tc>
          <w:tcPr>
            <w:tcW w:type="dxa" w:w="1357"/>
          </w:tcPr>
          <w:p>
            <w:pPr>
              <w:spacing w:after="0"/>
              <w:jc w:val="right"/>
            </w:pPr>
          </w:p>
        </w:tc>
        <w:tc>
          <w:tcPr>
            <w:tcW w:type="dxa" w:w="1531"/>
          </w:tcPr>
          <w:p>
            <w:pPr>
              <w:spacing w:after="0"/>
              <w:jc w:val="left"/>
            </w:pPr>
          </w:p>
        </w:tc>
      </w:tr>
      <w:tr>
        <w:trPr>
          <w:cantSplit/>
        </w:trPr>
        <w:tc>
          <w:tcPr>
            <w:tcW w:type="dxa" w:w="1009"/>
          </w:tcPr>
          <w:p>
            <w:pPr>
              <w:spacing w:after="0"/>
              <w:jc w:val="left"/>
            </w:pPr>
            <w:r>
              <w:rPr>
                <w:sz w:val="16"/>
              </w:rPr>
              <w:t>Drought</w:t>
            </w:r>
          </w:p>
        </w:tc>
        <w:tc>
          <w:tcPr>
            <w:tcW w:type="dxa" w:w="1444"/>
          </w:tcPr>
          <w:p>
            <w:pPr>
              <w:spacing w:after="0"/>
              <w:jc w:val="right"/>
            </w:pPr>
            <w:r>
              <w:rPr>
                <w:sz w:val="16"/>
              </w:rPr>
              <w:t>n/a</w:t>
            </w:r>
          </w:p>
        </w:tc>
        <w:tc>
          <w:tcPr>
            <w:tcW w:type="dxa" w:w="1096"/>
          </w:tcPr>
          <w:p>
            <w:pPr>
              <w:spacing w:after="0"/>
              <w:jc w:val="right"/>
            </w:pPr>
            <w:r>
              <w:rPr>
                <w:sz w:val="16"/>
              </w:rPr>
              <w:t>$8,463,815</w:t>
            </w:r>
          </w:p>
        </w:tc>
        <w:tc>
          <w:tcPr>
            <w:tcW w:type="dxa" w:w="1009"/>
          </w:tcPr>
          <w:p>
            <w:pPr>
              <w:spacing w:after="0"/>
              <w:jc w:val="right"/>
            </w:pPr>
            <w:r>
              <w:rPr>
                <w:sz w:val="16"/>
              </w:rPr>
              <w:t>n/a</w:t>
            </w:r>
          </w:p>
        </w:tc>
        <w:tc>
          <w:tcPr>
            <w:tcW w:type="dxa" w:w="1096"/>
          </w:tcPr>
          <w:p>
            <w:pPr>
              <w:spacing w:after="0"/>
              <w:jc w:val="right"/>
            </w:pPr>
            <w:r>
              <w:rPr>
                <w:sz w:val="16"/>
              </w:rPr>
              <w:t>n/a</w:t>
            </w:r>
          </w:p>
        </w:tc>
        <w:tc>
          <w:tcPr>
            <w:tcW w:type="dxa" w:w="1096"/>
          </w:tcPr>
          <w:p>
            <w:pPr>
              <w:spacing w:after="0"/>
              <w:jc w:val="right"/>
            </w:pPr>
            <w:r>
              <w:rPr>
                <w:sz w:val="16"/>
              </w:rPr>
              <w:t>$84,262</w:t>
            </w:r>
          </w:p>
        </w:tc>
        <w:tc>
          <w:tcPr>
            <w:tcW w:type="dxa" w:w="1009"/>
          </w:tcPr>
          <w:p>
            <w:pPr>
              <w:spacing w:after="0"/>
              <w:jc w:val="right"/>
            </w:pPr>
            <w:r>
              <w:rPr>
                <w:sz w:val="16"/>
              </w:rPr>
              <w:t>n/a</w:t>
            </w:r>
          </w:p>
        </w:tc>
        <w:tc>
          <w:tcPr>
            <w:tcW w:type="dxa" w:w="1270"/>
          </w:tcPr>
          <w:p>
            <w:pPr>
              <w:spacing w:after="0"/>
              <w:jc w:val="right"/>
            </w:pPr>
            <w:r>
              <w:rPr>
                <w:sz w:val="16"/>
              </w:rPr>
              <w:t>0.996% (agriculture)</w:t>
            </w:r>
          </w:p>
        </w:tc>
        <w:tc>
          <w:tcPr>
            <w:tcW w:type="dxa" w:w="1183"/>
          </w:tcPr>
          <w:p>
            <w:pPr>
              <w:spacing w:after="0"/>
              <w:jc w:val="right"/>
            </w:pPr>
          </w:p>
        </w:tc>
        <w:tc>
          <w:tcPr>
            <w:tcW w:type="dxa" w:w="1009"/>
          </w:tcPr>
          <w:p>
            <w:pPr>
              <w:spacing w:after="0"/>
              <w:jc w:val="right"/>
            </w:pPr>
            <w:r>
              <w:rPr>
                <w:sz w:val="16"/>
              </w:rPr>
              <w:t>$0</w:t>
            </w:r>
          </w:p>
        </w:tc>
        <w:tc>
          <w:tcPr>
            <w:tcW w:type="dxa" w:w="1357"/>
          </w:tcPr>
          <w:p>
            <w:pPr>
              <w:spacing w:after="0"/>
              <w:jc w:val="right"/>
            </w:pPr>
          </w:p>
        </w:tc>
        <w:tc>
          <w:tcPr>
            <w:tcW w:type="dxa" w:w="1531"/>
          </w:tcPr>
          <w:p>
            <w:pPr>
              <w:spacing w:after="0"/>
              <w:jc w:val="left"/>
            </w:pPr>
            <w:r>
              <w:rPr>
                <w:sz w:val="16"/>
              </w:rPr>
              <w:t>NRI has no building exposure for this hazard; agriculture shown</w:t>
            </w:r>
          </w:p>
        </w:tc>
      </w:tr>
      <w:tr>
        <w:trPr>
          <w:cantSplit/>
        </w:trPr>
        <w:tc>
          <w:tcPr>
            <w:tcW w:type="dxa" w:w="1009"/>
          </w:tcPr>
          <w:p>
            <w:pPr>
              <w:spacing w:after="0"/>
              <w:jc w:val="left"/>
            </w:pPr>
            <w:r>
              <w:rPr>
                <w:sz w:val="16"/>
              </w:rPr>
              <w:t>Earthquake</w:t>
            </w:r>
          </w:p>
        </w:tc>
        <w:tc>
          <w:tcPr>
            <w:tcW w:type="dxa" w:w="1444"/>
          </w:tcPr>
          <w:p>
            <w:pPr>
              <w:spacing w:after="0"/>
              <w:jc w:val="right"/>
            </w:pPr>
            <w:r>
              <w:rPr>
                <w:sz w:val="16"/>
              </w:rPr>
              <w:t>$19,699,262,414</w:t>
            </w:r>
          </w:p>
        </w:tc>
        <w:tc>
          <w:tcPr>
            <w:tcW w:type="dxa" w:w="1096"/>
          </w:tcPr>
          <w:p>
            <w:pPr>
              <w:spacing w:after="0"/>
              <w:jc w:val="right"/>
            </w:pPr>
            <w:r>
              <w:rPr>
                <w:sz w:val="16"/>
              </w:rPr>
              <w:t>n/a</w:t>
            </w:r>
          </w:p>
        </w:tc>
        <w:tc>
          <w:tcPr>
            <w:tcW w:type="dxa" w:w="1009"/>
          </w:tcPr>
          <w:p>
            <w:pPr>
              <w:spacing w:after="0"/>
              <w:jc w:val="right"/>
            </w:pPr>
            <w:r>
              <w:rPr>
                <w:sz w:val="16"/>
              </w:rPr>
              <w:t>62,089</w:t>
            </w:r>
          </w:p>
        </w:tc>
        <w:tc>
          <w:tcPr>
            <w:tcW w:type="dxa" w:w="1096"/>
          </w:tcPr>
          <w:p>
            <w:pPr>
              <w:spacing w:after="0"/>
              <w:jc w:val="right"/>
            </w:pPr>
            <w:r>
              <w:rPr>
                <w:sz w:val="16"/>
              </w:rPr>
              <w:t>$647,829</w:t>
            </w:r>
          </w:p>
        </w:tc>
        <w:tc>
          <w:tcPr>
            <w:tcW w:type="dxa" w:w="1096"/>
          </w:tcPr>
          <w:p>
            <w:pPr>
              <w:spacing w:after="0"/>
              <w:jc w:val="right"/>
            </w:pPr>
            <w:r>
              <w:rPr>
                <w:sz w:val="16"/>
              </w:rPr>
              <w:t>n/a</w:t>
            </w:r>
          </w:p>
        </w:tc>
        <w:tc>
          <w:tcPr>
            <w:tcW w:type="dxa" w:w="1009"/>
          </w:tcPr>
          <w:p>
            <w:pPr>
              <w:spacing w:after="0"/>
              <w:jc w:val="right"/>
            </w:pPr>
            <w:r>
              <w:rPr>
                <w:sz w:val="16"/>
              </w:rPr>
              <w:t>$111,018</w:t>
            </w:r>
          </w:p>
        </w:tc>
        <w:tc>
          <w:tcPr>
            <w:tcW w:type="dxa" w:w="1270"/>
          </w:tcPr>
          <w:p>
            <w:pPr>
              <w:spacing w:after="0"/>
              <w:jc w:val="right"/>
            </w:pPr>
            <w:r>
              <w:rPr>
                <w:sz w:val="16"/>
              </w:rPr>
              <w:t>0.00329%</w:t>
            </w:r>
          </w:p>
        </w:tc>
        <w:tc>
          <w:tcPr>
            <w:tcW w:type="dxa" w:w="1183"/>
          </w:tcPr>
          <w:p>
            <w:pPr>
              <w:spacing w:after="0"/>
              <w:jc w:val="right"/>
            </w:pPr>
          </w:p>
        </w:tc>
        <w:tc>
          <w:tcPr>
            <w:tcW w:type="dxa" w:w="1009"/>
          </w:tcPr>
          <w:p>
            <w:pPr>
              <w:spacing w:after="0"/>
              <w:jc w:val="right"/>
            </w:pPr>
          </w:p>
        </w:tc>
        <w:tc>
          <w:tcPr>
            <w:tcW w:type="dxa" w:w="1357"/>
          </w:tcPr>
          <w:p>
            <w:pPr>
              <w:spacing w:after="0"/>
              <w:jc w:val="right"/>
            </w:pPr>
          </w:p>
        </w:tc>
        <w:tc>
          <w:tcPr>
            <w:tcW w:type="dxa" w:w="1531"/>
          </w:tcPr>
          <w:p>
            <w:pPr>
              <w:spacing w:after="0"/>
              <w:jc w:val="left"/>
            </w:pPr>
          </w:p>
        </w:tc>
      </w:tr>
      <w:tr>
        <w:trPr>
          <w:cantSplit/>
        </w:trPr>
        <w:tc>
          <w:tcPr>
            <w:tcW w:type="dxa" w:w="1009"/>
          </w:tcPr>
          <w:p>
            <w:pPr>
              <w:spacing w:after="0"/>
              <w:jc w:val="left"/>
            </w:pPr>
            <w:r>
              <w:rPr>
                <w:sz w:val="16"/>
              </w:rPr>
              <w:t>Hail</w:t>
            </w:r>
          </w:p>
        </w:tc>
        <w:tc>
          <w:tcPr>
            <w:tcW w:type="dxa" w:w="1444"/>
          </w:tcPr>
          <w:p>
            <w:pPr>
              <w:spacing w:after="0"/>
              <w:jc w:val="right"/>
            </w:pPr>
            <w:r>
              <w:rPr>
                <w:sz w:val="16"/>
              </w:rPr>
              <w:t>$11,675,894,973</w:t>
            </w:r>
          </w:p>
        </w:tc>
        <w:tc>
          <w:tcPr>
            <w:tcW w:type="dxa" w:w="1096"/>
          </w:tcPr>
          <w:p>
            <w:pPr>
              <w:spacing w:after="0"/>
              <w:jc w:val="right"/>
            </w:pPr>
            <w:r>
              <w:rPr>
                <w:sz w:val="16"/>
              </w:rPr>
              <w:t>$23,386,692</w:t>
            </w:r>
          </w:p>
        </w:tc>
        <w:tc>
          <w:tcPr>
            <w:tcW w:type="dxa" w:w="1009"/>
          </w:tcPr>
          <w:p>
            <w:pPr>
              <w:spacing w:after="0"/>
              <w:jc w:val="right"/>
            </w:pPr>
            <w:r>
              <w:rPr>
                <w:sz w:val="16"/>
              </w:rPr>
              <w:t>62,051</w:t>
            </w:r>
          </w:p>
        </w:tc>
        <w:tc>
          <w:tcPr>
            <w:tcW w:type="dxa" w:w="1096"/>
          </w:tcPr>
          <w:p>
            <w:pPr>
              <w:spacing w:after="0"/>
              <w:jc w:val="right"/>
            </w:pPr>
            <w:r>
              <w:rPr>
                <w:sz w:val="16"/>
              </w:rPr>
              <w:t>$108,379</w:t>
            </w:r>
          </w:p>
        </w:tc>
        <w:tc>
          <w:tcPr>
            <w:tcW w:type="dxa" w:w="1096"/>
          </w:tcPr>
          <w:p>
            <w:pPr>
              <w:spacing w:after="0"/>
              <w:jc w:val="right"/>
            </w:pPr>
            <w:r>
              <w:rPr>
                <w:sz w:val="16"/>
              </w:rPr>
              <w:t>$50,701</w:t>
            </w:r>
          </w:p>
        </w:tc>
        <w:tc>
          <w:tcPr>
            <w:tcW w:type="dxa" w:w="1009"/>
          </w:tcPr>
          <w:p>
            <w:pPr>
              <w:spacing w:after="0"/>
              <w:jc w:val="right"/>
            </w:pPr>
            <w:r>
              <w:rPr>
                <w:sz w:val="16"/>
              </w:rPr>
              <w:t>$89,982</w:t>
            </w:r>
          </w:p>
        </w:tc>
        <w:tc>
          <w:tcPr>
            <w:tcW w:type="dxa" w:w="1270"/>
          </w:tcPr>
          <w:p>
            <w:pPr>
              <w:spacing w:after="0"/>
              <w:jc w:val="right"/>
            </w:pPr>
            <w:r>
              <w:rPr>
                <w:sz w:val="16"/>
              </w:rPr>
              <w:t>0.000928%</w:t>
            </w:r>
          </w:p>
        </w:tc>
        <w:tc>
          <w:tcPr>
            <w:tcW w:type="dxa" w:w="1183"/>
          </w:tcPr>
          <w:p>
            <w:pPr>
              <w:spacing w:after="0"/>
              <w:jc w:val="right"/>
            </w:pPr>
          </w:p>
        </w:tc>
        <w:tc>
          <w:tcPr>
            <w:tcW w:type="dxa" w:w="1009"/>
          </w:tcPr>
          <w:p>
            <w:pPr>
              <w:spacing w:after="0"/>
              <w:jc w:val="right"/>
            </w:pPr>
          </w:p>
        </w:tc>
        <w:tc>
          <w:tcPr>
            <w:tcW w:type="dxa" w:w="1357"/>
          </w:tcPr>
          <w:p>
            <w:pPr>
              <w:spacing w:after="0"/>
              <w:jc w:val="right"/>
            </w:pPr>
          </w:p>
        </w:tc>
        <w:tc>
          <w:tcPr>
            <w:tcW w:type="dxa" w:w="1531"/>
          </w:tcPr>
          <w:p>
            <w:pPr>
              <w:spacing w:after="0"/>
              <w:jc w:val="left"/>
            </w:pPr>
          </w:p>
        </w:tc>
      </w:tr>
      <w:tr>
        <w:trPr>
          <w:cantSplit/>
        </w:trPr>
        <w:tc>
          <w:tcPr>
            <w:tcW w:type="dxa" w:w="1009"/>
          </w:tcPr>
          <w:p>
            <w:pPr>
              <w:spacing w:after="0"/>
              <w:jc w:val="left"/>
            </w:pPr>
            <w:r>
              <w:rPr>
                <w:sz w:val="16"/>
              </w:rPr>
              <w:t>Heat Wave</w:t>
            </w:r>
          </w:p>
        </w:tc>
        <w:tc>
          <w:tcPr>
            <w:tcW w:type="dxa" w:w="1444"/>
          </w:tcPr>
          <w:p>
            <w:pPr>
              <w:spacing w:after="0"/>
              <w:jc w:val="right"/>
            </w:pPr>
            <w:r>
              <w:rPr>
                <w:sz w:val="16"/>
              </w:rPr>
              <w:t>$0</w:t>
            </w:r>
          </w:p>
        </w:tc>
        <w:tc>
          <w:tcPr>
            <w:tcW w:type="dxa" w:w="1096"/>
          </w:tcPr>
          <w:p>
            <w:pPr>
              <w:spacing w:after="0"/>
              <w:jc w:val="right"/>
            </w:pPr>
            <w:r>
              <w:rPr>
                <w:sz w:val="16"/>
              </w:rPr>
              <w:t>$0</w:t>
            </w:r>
          </w:p>
        </w:tc>
        <w:tc>
          <w:tcPr>
            <w:tcW w:type="dxa" w:w="1009"/>
          </w:tcPr>
          <w:p>
            <w:pPr>
              <w:spacing w:after="0"/>
              <w:jc w:val="right"/>
            </w:pPr>
            <w:r>
              <w:rPr>
                <w:sz w:val="16"/>
              </w:rPr>
              <w:t>0</w:t>
            </w:r>
          </w:p>
        </w:tc>
        <w:tc>
          <w:tcPr>
            <w:tcW w:type="dxa" w:w="1096"/>
          </w:tcPr>
          <w:p>
            <w:pPr>
              <w:spacing w:after="0"/>
              <w:jc w:val="right"/>
            </w:pPr>
            <w:r>
              <w:rPr>
                <w:sz w:val="16"/>
              </w:rPr>
              <w:t>$0</w:t>
            </w:r>
          </w:p>
        </w:tc>
        <w:tc>
          <w:tcPr>
            <w:tcW w:type="dxa" w:w="1096"/>
          </w:tcPr>
          <w:p>
            <w:pPr>
              <w:spacing w:after="0"/>
              <w:jc w:val="right"/>
            </w:pPr>
            <w:r>
              <w:rPr>
                <w:sz w:val="16"/>
              </w:rPr>
              <w:t>$0</w:t>
            </w:r>
          </w:p>
        </w:tc>
        <w:tc>
          <w:tcPr>
            <w:tcW w:type="dxa" w:w="1009"/>
          </w:tcPr>
          <w:p>
            <w:pPr>
              <w:spacing w:after="0"/>
              <w:jc w:val="right"/>
            </w:pPr>
            <w:r>
              <w:rPr>
                <w:sz w:val="16"/>
              </w:rPr>
              <w:t>$0</w:t>
            </w:r>
          </w:p>
        </w:tc>
        <w:tc>
          <w:tcPr>
            <w:tcW w:type="dxa" w:w="1270"/>
          </w:tcPr>
          <w:p>
            <w:pPr>
              <w:spacing w:after="0"/>
              <w:jc w:val="right"/>
            </w:pPr>
          </w:p>
        </w:tc>
        <w:tc>
          <w:tcPr>
            <w:tcW w:type="dxa" w:w="1183"/>
          </w:tcPr>
          <w:p>
            <w:pPr>
              <w:spacing w:after="0"/>
              <w:jc w:val="right"/>
            </w:pPr>
          </w:p>
        </w:tc>
        <w:tc>
          <w:tcPr>
            <w:tcW w:type="dxa" w:w="1009"/>
          </w:tcPr>
          <w:p>
            <w:pPr>
              <w:spacing w:after="0"/>
              <w:jc w:val="right"/>
            </w:pPr>
          </w:p>
        </w:tc>
        <w:tc>
          <w:tcPr>
            <w:tcW w:type="dxa" w:w="1357"/>
          </w:tcPr>
          <w:p>
            <w:pPr>
              <w:spacing w:after="0"/>
              <w:jc w:val="right"/>
            </w:pPr>
          </w:p>
        </w:tc>
        <w:tc>
          <w:tcPr>
            <w:tcW w:type="dxa" w:w="1531"/>
          </w:tcPr>
          <w:p>
            <w:pPr>
              <w:spacing w:after="0"/>
              <w:jc w:val="left"/>
            </w:pPr>
            <w:r>
              <w:rPr>
                <w:sz w:val="16"/>
              </w:rPr>
              <w:t>building exposure is 0 in NRI</w:t>
            </w:r>
          </w:p>
        </w:tc>
      </w:tr>
      <w:tr>
        <w:trPr>
          <w:cantSplit/>
        </w:trPr>
        <w:tc>
          <w:tcPr>
            <w:tcW w:type="dxa" w:w="1009"/>
          </w:tcPr>
          <w:p>
            <w:pPr>
              <w:spacing w:after="0"/>
              <w:jc w:val="left"/>
            </w:pPr>
            <w:r>
              <w:rPr>
                <w:sz w:val="16"/>
              </w:rPr>
              <w:t>Hurricane</w:t>
            </w:r>
          </w:p>
        </w:tc>
        <w:tc>
          <w:tcPr>
            <w:tcW w:type="dxa" w:w="1444"/>
          </w:tcPr>
          <w:p>
            <w:pPr>
              <w:spacing w:after="0"/>
              <w:jc w:val="right"/>
            </w:pPr>
            <w:r>
              <w:rPr>
                <w:sz w:val="16"/>
              </w:rPr>
              <w:t>$11,675,894,324</w:t>
            </w:r>
          </w:p>
        </w:tc>
        <w:tc>
          <w:tcPr>
            <w:tcW w:type="dxa" w:w="1096"/>
          </w:tcPr>
          <w:p>
            <w:pPr>
              <w:spacing w:after="0"/>
              <w:jc w:val="right"/>
            </w:pPr>
            <w:r>
              <w:rPr>
                <w:sz w:val="16"/>
              </w:rPr>
              <w:t>$23,386,692</w:t>
            </w:r>
          </w:p>
        </w:tc>
        <w:tc>
          <w:tcPr>
            <w:tcW w:type="dxa" w:w="1009"/>
          </w:tcPr>
          <w:p>
            <w:pPr>
              <w:spacing w:after="0"/>
              <w:jc w:val="right"/>
            </w:pPr>
            <w:r>
              <w:rPr>
                <w:sz w:val="16"/>
              </w:rPr>
              <w:t>62,051</w:t>
            </w:r>
          </w:p>
        </w:tc>
        <w:tc>
          <w:tcPr>
            <w:tcW w:type="dxa" w:w="1096"/>
          </w:tcPr>
          <w:p>
            <w:pPr>
              <w:spacing w:after="0"/>
              <w:jc w:val="right"/>
            </w:pPr>
            <w:r>
              <w:rPr>
                <w:sz w:val="16"/>
              </w:rPr>
              <w:t>$125,081</w:t>
            </w:r>
          </w:p>
        </w:tc>
        <w:tc>
          <w:tcPr>
            <w:tcW w:type="dxa" w:w="1096"/>
          </w:tcPr>
          <w:p>
            <w:pPr>
              <w:spacing w:after="0"/>
              <w:jc w:val="right"/>
            </w:pPr>
            <w:r>
              <w:rPr>
                <w:sz w:val="16"/>
              </w:rPr>
              <w:t>$5,925</w:t>
            </w:r>
          </w:p>
        </w:tc>
        <w:tc>
          <w:tcPr>
            <w:tcW w:type="dxa" w:w="1009"/>
          </w:tcPr>
          <w:p>
            <w:pPr>
              <w:spacing w:after="0"/>
              <w:jc w:val="right"/>
            </w:pPr>
            <w:r>
              <w:rPr>
                <w:sz w:val="16"/>
              </w:rPr>
              <w:t>$6,688</w:t>
            </w:r>
          </w:p>
        </w:tc>
        <w:tc>
          <w:tcPr>
            <w:tcW w:type="dxa" w:w="1270"/>
          </w:tcPr>
          <w:p>
            <w:pPr>
              <w:spacing w:after="0"/>
              <w:jc w:val="right"/>
            </w:pPr>
            <w:r>
              <w:rPr>
                <w:sz w:val="16"/>
              </w:rPr>
              <w:t>0.00107%</w:t>
            </w:r>
          </w:p>
        </w:tc>
        <w:tc>
          <w:tcPr>
            <w:tcW w:type="dxa" w:w="1183"/>
          </w:tcPr>
          <w:p>
            <w:pPr>
              <w:spacing w:after="0"/>
              <w:jc w:val="right"/>
            </w:pPr>
          </w:p>
        </w:tc>
        <w:tc>
          <w:tcPr>
            <w:tcW w:type="dxa" w:w="1009"/>
          </w:tcPr>
          <w:p>
            <w:pPr>
              <w:spacing w:after="0"/>
              <w:jc w:val="right"/>
            </w:pPr>
            <w:r>
              <w:rPr>
                <w:sz w:val="16"/>
              </w:rPr>
              <w:t>$2,000,000</w:t>
            </w:r>
          </w:p>
        </w:tc>
        <w:tc>
          <w:tcPr>
            <w:tcW w:type="dxa" w:w="1357"/>
          </w:tcPr>
          <w:p>
            <w:pPr>
              <w:spacing w:after="0"/>
              <w:jc w:val="right"/>
            </w:pPr>
            <w:r>
              <w:rPr>
                <w:sz w:val="16"/>
              </w:rPr>
              <w:t>$38,665,980.18</w:t>
            </w:r>
          </w:p>
        </w:tc>
        <w:tc>
          <w:tcPr>
            <w:tcW w:type="dxa" w:w="1531"/>
          </w:tcPr>
          <w:p>
            <w:pPr>
              <w:spacing w:after="0"/>
              <w:jc w:val="left"/>
            </w:pPr>
          </w:p>
        </w:tc>
      </w:tr>
      <w:tr>
        <w:trPr>
          <w:cantSplit/>
        </w:trPr>
        <w:tc>
          <w:tcPr>
            <w:tcW w:type="dxa" w:w="1009"/>
          </w:tcPr>
          <w:p>
            <w:pPr>
              <w:spacing w:after="0"/>
              <w:jc w:val="left"/>
            </w:pPr>
            <w:r>
              <w:rPr>
                <w:sz w:val="16"/>
              </w:rPr>
              <w:t>Ice Storm</w:t>
            </w:r>
          </w:p>
        </w:tc>
        <w:tc>
          <w:tcPr>
            <w:tcW w:type="dxa" w:w="1444"/>
          </w:tcPr>
          <w:p>
            <w:pPr>
              <w:spacing w:after="0"/>
              <w:jc w:val="right"/>
            </w:pPr>
            <w:r>
              <w:rPr>
                <w:sz w:val="16"/>
              </w:rPr>
              <w:t>$11,668,587,414</w:t>
            </w:r>
          </w:p>
        </w:tc>
        <w:tc>
          <w:tcPr>
            <w:tcW w:type="dxa" w:w="1096"/>
          </w:tcPr>
          <w:p>
            <w:pPr>
              <w:spacing w:after="0"/>
              <w:jc w:val="right"/>
            </w:pPr>
            <w:r>
              <w:rPr>
                <w:sz w:val="16"/>
              </w:rPr>
              <w:t>n/a</w:t>
            </w:r>
          </w:p>
        </w:tc>
        <w:tc>
          <w:tcPr>
            <w:tcW w:type="dxa" w:w="1009"/>
          </w:tcPr>
          <w:p>
            <w:pPr>
              <w:spacing w:after="0"/>
              <w:jc w:val="right"/>
            </w:pPr>
            <w:r>
              <w:rPr>
                <w:sz w:val="16"/>
              </w:rPr>
              <w:t>62,018</w:t>
            </w:r>
          </w:p>
        </w:tc>
        <w:tc>
          <w:tcPr>
            <w:tcW w:type="dxa" w:w="1096"/>
          </w:tcPr>
          <w:p>
            <w:pPr>
              <w:spacing w:after="0"/>
              <w:jc w:val="right"/>
            </w:pPr>
            <w:r>
              <w:rPr>
                <w:sz w:val="16"/>
              </w:rPr>
              <w:t>$260,814</w:t>
            </w:r>
          </w:p>
        </w:tc>
        <w:tc>
          <w:tcPr>
            <w:tcW w:type="dxa" w:w="1096"/>
          </w:tcPr>
          <w:p>
            <w:pPr>
              <w:spacing w:after="0"/>
              <w:jc w:val="right"/>
            </w:pPr>
            <w:r>
              <w:rPr>
                <w:sz w:val="16"/>
              </w:rPr>
              <w:t>n/a</w:t>
            </w:r>
          </w:p>
        </w:tc>
        <w:tc>
          <w:tcPr>
            <w:tcW w:type="dxa" w:w="1009"/>
          </w:tcPr>
          <w:p>
            <w:pPr>
              <w:spacing w:after="0"/>
              <w:jc w:val="right"/>
            </w:pPr>
            <w:r>
              <w:rPr>
                <w:sz w:val="16"/>
              </w:rPr>
              <w:t>$10,430</w:t>
            </w:r>
          </w:p>
        </w:tc>
        <w:tc>
          <w:tcPr>
            <w:tcW w:type="dxa" w:w="1270"/>
          </w:tcPr>
          <w:p>
            <w:pPr>
              <w:spacing w:after="0"/>
              <w:jc w:val="right"/>
            </w:pPr>
            <w:r>
              <w:rPr>
                <w:sz w:val="16"/>
              </w:rPr>
              <w:t>0.00224%</w:t>
            </w:r>
          </w:p>
        </w:tc>
        <w:tc>
          <w:tcPr>
            <w:tcW w:type="dxa" w:w="1183"/>
          </w:tcPr>
          <w:p>
            <w:pPr>
              <w:spacing w:after="0"/>
              <w:jc w:val="right"/>
            </w:pPr>
          </w:p>
        </w:tc>
        <w:tc>
          <w:tcPr>
            <w:tcW w:type="dxa" w:w="1009"/>
          </w:tcPr>
          <w:p>
            <w:pPr>
              <w:spacing w:after="0"/>
              <w:jc w:val="right"/>
            </w:pPr>
          </w:p>
        </w:tc>
        <w:tc>
          <w:tcPr>
            <w:tcW w:type="dxa" w:w="1357"/>
          </w:tcPr>
          <w:p>
            <w:pPr>
              <w:spacing w:after="0"/>
              <w:jc w:val="right"/>
            </w:pPr>
          </w:p>
        </w:tc>
        <w:tc>
          <w:tcPr>
            <w:tcW w:type="dxa" w:w="1531"/>
          </w:tcPr>
          <w:p>
            <w:pPr>
              <w:spacing w:after="0"/>
              <w:jc w:val="left"/>
            </w:pPr>
          </w:p>
        </w:tc>
      </w:tr>
      <w:tr>
        <w:trPr>
          <w:cantSplit/>
        </w:trPr>
        <w:tc>
          <w:tcPr>
            <w:tcW w:type="dxa" w:w="1009"/>
          </w:tcPr>
          <w:p>
            <w:pPr>
              <w:spacing w:after="0"/>
              <w:jc w:val="left"/>
            </w:pPr>
            <w:r>
              <w:rPr>
                <w:sz w:val="16"/>
              </w:rPr>
              <w:t>Inland Flooding</w:t>
            </w:r>
          </w:p>
        </w:tc>
        <w:tc>
          <w:tcPr>
            <w:tcW w:type="dxa" w:w="1444"/>
          </w:tcPr>
          <w:p>
            <w:pPr>
              <w:spacing w:after="0"/>
              <w:jc w:val="right"/>
            </w:pPr>
            <w:r>
              <w:rPr>
                <w:sz w:val="16"/>
              </w:rPr>
              <w:t>$11,647,505,940</w:t>
            </w:r>
          </w:p>
        </w:tc>
        <w:tc>
          <w:tcPr>
            <w:tcW w:type="dxa" w:w="1096"/>
          </w:tcPr>
          <w:p>
            <w:pPr>
              <w:spacing w:after="0"/>
              <w:jc w:val="right"/>
            </w:pPr>
            <w:r>
              <w:rPr>
                <w:sz w:val="16"/>
              </w:rPr>
              <w:t>$4,458,651</w:t>
            </w:r>
          </w:p>
        </w:tc>
        <w:tc>
          <w:tcPr>
            <w:tcW w:type="dxa" w:w="1009"/>
          </w:tcPr>
          <w:p>
            <w:pPr>
              <w:spacing w:after="0"/>
              <w:jc w:val="right"/>
            </w:pPr>
            <w:r>
              <w:rPr>
                <w:sz w:val="16"/>
              </w:rPr>
              <w:t>4,681</w:t>
            </w:r>
          </w:p>
        </w:tc>
        <w:tc>
          <w:tcPr>
            <w:tcW w:type="dxa" w:w="1096"/>
          </w:tcPr>
          <w:p>
            <w:pPr>
              <w:spacing w:after="0"/>
              <w:jc w:val="right"/>
            </w:pPr>
            <w:r>
              <w:rPr>
                <w:sz w:val="16"/>
              </w:rPr>
              <w:t>$16,802,950</w:t>
            </w:r>
          </w:p>
        </w:tc>
        <w:tc>
          <w:tcPr>
            <w:tcW w:type="dxa" w:w="1096"/>
          </w:tcPr>
          <w:p>
            <w:pPr>
              <w:spacing w:after="0"/>
              <w:jc w:val="right"/>
            </w:pPr>
            <w:r>
              <w:rPr>
                <w:sz w:val="16"/>
              </w:rPr>
              <w:t>$50,521</w:t>
            </w:r>
          </w:p>
        </w:tc>
        <w:tc>
          <w:tcPr>
            <w:tcW w:type="dxa" w:w="1009"/>
          </w:tcPr>
          <w:p>
            <w:pPr>
              <w:spacing w:after="0"/>
              <w:jc w:val="right"/>
            </w:pPr>
            <w:r>
              <w:rPr>
                <w:sz w:val="16"/>
              </w:rPr>
              <w:t>$2,828,898</w:t>
            </w:r>
          </w:p>
        </w:tc>
        <w:tc>
          <w:tcPr>
            <w:tcW w:type="dxa" w:w="1270"/>
          </w:tcPr>
          <w:p>
            <w:pPr>
              <w:spacing w:after="0"/>
              <w:jc w:val="right"/>
            </w:pPr>
            <w:r>
              <w:rPr>
                <w:sz w:val="16"/>
              </w:rPr>
              <w:t>n/a (see note)</w:t>
            </w:r>
          </w:p>
        </w:tc>
        <w:tc>
          <w:tcPr>
            <w:tcW w:type="dxa" w:w="1183"/>
          </w:tcPr>
          <w:p>
            <w:pPr>
              <w:spacing w:after="0"/>
              <w:jc w:val="right"/>
            </w:pPr>
            <w:r>
              <w:rPr>
                <w:sz w:val="16"/>
              </w:rPr>
              <w:t>$200,100,000</w:t>
            </w:r>
          </w:p>
        </w:tc>
        <w:tc>
          <w:tcPr>
            <w:tcW w:type="dxa" w:w="1009"/>
          </w:tcPr>
          <w:p>
            <w:pPr>
              <w:spacing w:after="0"/>
              <w:jc w:val="right"/>
            </w:pPr>
          </w:p>
        </w:tc>
        <w:tc>
          <w:tcPr>
            <w:tcW w:type="dxa" w:w="1357"/>
          </w:tcPr>
          <w:p>
            <w:pPr>
              <w:spacing w:after="0"/>
              <w:jc w:val="right"/>
            </w:pPr>
            <w:r>
              <w:rPr>
                <w:sz w:val="16"/>
              </w:rPr>
              <w:t>no Public Assistance recorded (1 declaration)</w:t>
            </w:r>
          </w:p>
        </w:tc>
        <w:tc>
          <w:tcPr>
            <w:tcW w:type="dxa" w:w="153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09"/>
          </w:tcPr>
          <w:p>
            <w:pPr>
              <w:spacing w:after="0"/>
              <w:jc w:val="left"/>
            </w:pPr>
            <w:r>
              <w:rPr>
                <w:sz w:val="16"/>
              </w:rPr>
              <w:t>Landslide</w:t>
            </w:r>
          </w:p>
        </w:tc>
        <w:tc>
          <w:tcPr>
            <w:tcW w:type="dxa" w:w="1444"/>
          </w:tcPr>
          <w:p>
            <w:pPr>
              <w:spacing w:after="0"/>
              <w:jc w:val="right"/>
            </w:pPr>
            <w:r>
              <w:rPr>
                <w:sz w:val="16"/>
              </w:rPr>
              <w:t>$2,939,465,769</w:t>
            </w:r>
          </w:p>
        </w:tc>
        <w:tc>
          <w:tcPr>
            <w:tcW w:type="dxa" w:w="1096"/>
          </w:tcPr>
          <w:p>
            <w:pPr>
              <w:spacing w:after="0"/>
              <w:jc w:val="right"/>
            </w:pPr>
            <w:r>
              <w:rPr>
                <w:sz w:val="16"/>
              </w:rPr>
              <w:t>n/a</w:t>
            </w:r>
          </w:p>
        </w:tc>
        <w:tc>
          <w:tcPr>
            <w:tcW w:type="dxa" w:w="1009"/>
          </w:tcPr>
          <w:p>
            <w:pPr>
              <w:spacing w:after="0"/>
              <w:jc w:val="right"/>
            </w:pPr>
            <w:r>
              <w:rPr>
                <w:sz w:val="16"/>
              </w:rPr>
              <w:t>17,975</w:t>
            </w:r>
          </w:p>
        </w:tc>
        <w:tc>
          <w:tcPr>
            <w:tcW w:type="dxa" w:w="1096"/>
          </w:tcPr>
          <w:p>
            <w:pPr>
              <w:spacing w:after="0"/>
              <w:jc w:val="right"/>
            </w:pPr>
            <w:r>
              <w:rPr>
                <w:sz w:val="16"/>
              </w:rPr>
              <w:t>$149,101</w:t>
            </w:r>
          </w:p>
        </w:tc>
        <w:tc>
          <w:tcPr>
            <w:tcW w:type="dxa" w:w="1096"/>
          </w:tcPr>
          <w:p>
            <w:pPr>
              <w:spacing w:after="0"/>
              <w:jc w:val="right"/>
            </w:pPr>
            <w:r>
              <w:rPr>
                <w:sz w:val="16"/>
              </w:rPr>
              <w:t>n/a</w:t>
            </w:r>
          </w:p>
        </w:tc>
        <w:tc>
          <w:tcPr>
            <w:tcW w:type="dxa" w:w="1009"/>
          </w:tcPr>
          <w:p>
            <w:pPr>
              <w:spacing w:after="0"/>
              <w:jc w:val="right"/>
            </w:pPr>
            <w:r>
              <w:rPr>
                <w:sz w:val="16"/>
              </w:rPr>
              <w:t>$396,341</w:t>
            </w:r>
          </w:p>
        </w:tc>
        <w:tc>
          <w:tcPr>
            <w:tcW w:type="dxa" w:w="1270"/>
          </w:tcPr>
          <w:p>
            <w:pPr>
              <w:spacing w:after="0"/>
              <w:jc w:val="right"/>
            </w:pPr>
            <w:r>
              <w:rPr>
                <w:sz w:val="16"/>
              </w:rPr>
              <w:t>0.00507%</w:t>
            </w:r>
          </w:p>
        </w:tc>
        <w:tc>
          <w:tcPr>
            <w:tcW w:type="dxa" w:w="1183"/>
          </w:tcPr>
          <w:p>
            <w:pPr>
              <w:spacing w:after="0"/>
              <w:jc w:val="right"/>
            </w:pPr>
          </w:p>
        </w:tc>
        <w:tc>
          <w:tcPr>
            <w:tcW w:type="dxa" w:w="1009"/>
          </w:tcPr>
          <w:p>
            <w:pPr>
              <w:spacing w:after="0"/>
              <w:jc w:val="right"/>
            </w:pPr>
          </w:p>
        </w:tc>
        <w:tc>
          <w:tcPr>
            <w:tcW w:type="dxa" w:w="1357"/>
          </w:tcPr>
          <w:p>
            <w:pPr>
              <w:spacing w:after="0"/>
              <w:jc w:val="right"/>
            </w:pPr>
            <w:r>
              <w:rPr>
                <w:sz w:val="16"/>
              </w:rPr>
              <w:t>no Public Assistance recorded (1 declaration)</w:t>
            </w:r>
          </w:p>
        </w:tc>
        <w:tc>
          <w:tcPr>
            <w:tcW w:type="dxa" w:w="1531"/>
          </w:tcPr>
          <w:p>
            <w:pPr>
              <w:spacing w:after="0"/>
              <w:jc w:val="left"/>
            </w:pPr>
          </w:p>
        </w:tc>
      </w:tr>
      <w:tr>
        <w:trPr>
          <w:cantSplit/>
        </w:trPr>
        <w:tc>
          <w:tcPr>
            <w:tcW w:type="dxa" w:w="1009"/>
          </w:tcPr>
          <w:p>
            <w:pPr>
              <w:spacing w:after="0"/>
              <w:jc w:val="left"/>
            </w:pPr>
            <w:r>
              <w:rPr>
                <w:sz w:val="16"/>
              </w:rPr>
              <w:t>Lightning</w:t>
            </w:r>
          </w:p>
        </w:tc>
        <w:tc>
          <w:tcPr>
            <w:tcW w:type="dxa" w:w="1444"/>
          </w:tcPr>
          <w:p>
            <w:pPr>
              <w:spacing w:after="0"/>
              <w:jc w:val="right"/>
            </w:pPr>
            <w:r>
              <w:rPr>
                <w:sz w:val="16"/>
              </w:rPr>
              <w:t>$11,675,894,973</w:t>
            </w:r>
          </w:p>
        </w:tc>
        <w:tc>
          <w:tcPr>
            <w:tcW w:type="dxa" w:w="1096"/>
          </w:tcPr>
          <w:p>
            <w:pPr>
              <w:spacing w:after="0"/>
              <w:jc w:val="right"/>
            </w:pPr>
            <w:r>
              <w:rPr>
                <w:sz w:val="16"/>
              </w:rPr>
              <w:t>n/a</w:t>
            </w:r>
          </w:p>
        </w:tc>
        <w:tc>
          <w:tcPr>
            <w:tcW w:type="dxa" w:w="1009"/>
          </w:tcPr>
          <w:p>
            <w:pPr>
              <w:spacing w:after="0"/>
              <w:jc w:val="right"/>
            </w:pPr>
            <w:r>
              <w:rPr>
                <w:sz w:val="16"/>
              </w:rPr>
              <w:t>62,051</w:t>
            </w:r>
          </w:p>
        </w:tc>
        <w:tc>
          <w:tcPr>
            <w:tcW w:type="dxa" w:w="1096"/>
          </w:tcPr>
          <w:p>
            <w:pPr>
              <w:spacing w:after="0"/>
              <w:jc w:val="right"/>
            </w:pPr>
            <w:r>
              <w:rPr>
                <w:sz w:val="16"/>
              </w:rPr>
              <w:t>$33,321</w:t>
            </w:r>
          </w:p>
        </w:tc>
        <w:tc>
          <w:tcPr>
            <w:tcW w:type="dxa" w:w="1096"/>
          </w:tcPr>
          <w:p>
            <w:pPr>
              <w:spacing w:after="0"/>
              <w:jc w:val="right"/>
            </w:pPr>
            <w:r>
              <w:rPr>
                <w:sz w:val="16"/>
              </w:rPr>
              <w:t>n/a</w:t>
            </w:r>
          </w:p>
        </w:tc>
        <w:tc>
          <w:tcPr>
            <w:tcW w:type="dxa" w:w="1009"/>
          </w:tcPr>
          <w:p>
            <w:pPr>
              <w:spacing w:after="0"/>
              <w:jc w:val="right"/>
            </w:pPr>
            <w:r>
              <w:rPr>
                <w:sz w:val="16"/>
              </w:rPr>
              <w:t>$542,564</w:t>
            </w:r>
          </w:p>
        </w:tc>
        <w:tc>
          <w:tcPr>
            <w:tcW w:type="dxa" w:w="1270"/>
          </w:tcPr>
          <w:p>
            <w:pPr>
              <w:spacing w:after="0"/>
              <w:jc w:val="right"/>
            </w:pPr>
            <w:r>
              <w:rPr>
                <w:sz w:val="16"/>
              </w:rPr>
              <w:t>0.000285%</w:t>
            </w:r>
          </w:p>
        </w:tc>
        <w:tc>
          <w:tcPr>
            <w:tcW w:type="dxa" w:w="1183"/>
          </w:tcPr>
          <w:p>
            <w:pPr>
              <w:spacing w:after="0"/>
              <w:jc w:val="right"/>
            </w:pPr>
          </w:p>
        </w:tc>
        <w:tc>
          <w:tcPr>
            <w:tcW w:type="dxa" w:w="1009"/>
          </w:tcPr>
          <w:p>
            <w:pPr>
              <w:spacing w:after="0"/>
              <w:jc w:val="right"/>
            </w:pPr>
          </w:p>
        </w:tc>
        <w:tc>
          <w:tcPr>
            <w:tcW w:type="dxa" w:w="1357"/>
          </w:tcPr>
          <w:p>
            <w:pPr>
              <w:spacing w:after="0"/>
              <w:jc w:val="right"/>
            </w:pPr>
          </w:p>
        </w:tc>
        <w:tc>
          <w:tcPr>
            <w:tcW w:type="dxa" w:w="1531"/>
          </w:tcPr>
          <w:p>
            <w:pPr>
              <w:spacing w:after="0"/>
              <w:jc w:val="left"/>
            </w:pPr>
          </w:p>
        </w:tc>
      </w:tr>
      <w:tr>
        <w:trPr>
          <w:cantSplit/>
        </w:trPr>
        <w:tc>
          <w:tcPr>
            <w:tcW w:type="dxa" w:w="1009"/>
          </w:tcPr>
          <w:p>
            <w:pPr>
              <w:spacing w:after="0"/>
              <w:jc w:val="left"/>
            </w:pPr>
            <w:r>
              <w:rPr>
                <w:sz w:val="16"/>
              </w:rPr>
              <w:t>Strong Wind</w:t>
            </w:r>
          </w:p>
        </w:tc>
        <w:tc>
          <w:tcPr>
            <w:tcW w:type="dxa" w:w="1444"/>
          </w:tcPr>
          <w:p>
            <w:pPr>
              <w:spacing w:after="0"/>
              <w:jc w:val="right"/>
            </w:pPr>
            <w:r>
              <w:rPr>
                <w:sz w:val="16"/>
              </w:rPr>
              <w:t>$11,675,894,973</w:t>
            </w:r>
          </w:p>
        </w:tc>
        <w:tc>
          <w:tcPr>
            <w:tcW w:type="dxa" w:w="1096"/>
          </w:tcPr>
          <w:p>
            <w:pPr>
              <w:spacing w:after="0"/>
              <w:jc w:val="right"/>
            </w:pPr>
            <w:r>
              <w:rPr>
                <w:sz w:val="16"/>
              </w:rPr>
              <w:t>$23,386,692</w:t>
            </w:r>
          </w:p>
        </w:tc>
        <w:tc>
          <w:tcPr>
            <w:tcW w:type="dxa" w:w="1009"/>
          </w:tcPr>
          <w:p>
            <w:pPr>
              <w:spacing w:after="0"/>
              <w:jc w:val="right"/>
            </w:pPr>
            <w:r>
              <w:rPr>
                <w:sz w:val="16"/>
              </w:rPr>
              <w:t>62,051</w:t>
            </w:r>
          </w:p>
        </w:tc>
        <w:tc>
          <w:tcPr>
            <w:tcW w:type="dxa" w:w="1096"/>
          </w:tcPr>
          <w:p>
            <w:pPr>
              <w:spacing w:after="0"/>
              <w:jc w:val="right"/>
            </w:pPr>
            <w:r>
              <w:rPr>
                <w:sz w:val="16"/>
              </w:rPr>
              <w:t>$148,211</w:t>
            </w:r>
          </w:p>
        </w:tc>
        <w:tc>
          <w:tcPr>
            <w:tcW w:type="dxa" w:w="1096"/>
          </w:tcPr>
          <w:p>
            <w:pPr>
              <w:spacing w:after="0"/>
              <w:jc w:val="right"/>
            </w:pPr>
            <w:r>
              <w:rPr>
                <w:sz w:val="16"/>
              </w:rPr>
              <w:t>$21,700</w:t>
            </w:r>
          </w:p>
        </w:tc>
        <w:tc>
          <w:tcPr>
            <w:tcW w:type="dxa" w:w="1009"/>
          </w:tcPr>
          <w:p>
            <w:pPr>
              <w:spacing w:after="0"/>
              <w:jc w:val="right"/>
            </w:pPr>
            <w:r>
              <w:rPr>
                <w:sz w:val="16"/>
              </w:rPr>
              <w:t>$676,327</w:t>
            </w:r>
          </w:p>
        </w:tc>
        <w:tc>
          <w:tcPr>
            <w:tcW w:type="dxa" w:w="1270"/>
          </w:tcPr>
          <w:p>
            <w:pPr>
              <w:spacing w:after="0"/>
              <w:jc w:val="right"/>
            </w:pPr>
            <w:r>
              <w:rPr>
                <w:sz w:val="16"/>
              </w:rPr>
              <w:t>0.00127%</w:t>
            </w:r>
          </w:p>
        </w:tc>
        <w:tc>
          <w:tcPr>
            <w:tcW w:type="dxa" w:w="1183"/>
          </w:tcPr>
          <w:p>
            <w:pPr>
              <w:spacing w:after="0"/>
              <w:jc w:val="right"/>
            </w:pPr>
            <w:r>
              <w:rPr>
                <w:sz w:val="16"/>
              </w:rPr>
              <w:t>$0</w:t>
            </w:r>
          </w:p>
        </w:tc>
        <w:tc>
          <w:tcPr>
            <w:tcW w:type="dxa" w:w="1009"/>
          </w:tcPr>
          <w:p>
            <w:pPr>
              <w:spacing w:after="0"/>
              <w:jc w:val="right"/>
            </w:pPr>
            <w:r>
              <w:rPr>
                <w:sz w:val="16"/>
              </w:rPr>
              <w:t>$100,000</w:t>
            </w:r>
          </w:p>
        </w:tc>
        <w:tc>
          <w:tcPr>
            <w:tcW w:type="dxa" w:w="1357"/>
          </w:tcPr>
          <w:p>
            <w:pPr>
              <w:spacing w:after="0"/>
              <w:jc w:val="right"/>
            </w:pPr>
          </w:p>
        </w:tc>
        <w:tc>
          <w:tcPr>
            <w:tcW w:type="dxa" w:w="1531"/>
          </w:tcPr>
          <w:p>
            <w:pPr>
              <w:spacing w:after="0"/>
              <w:jc w:val="left"/>
            </w:pPr>
            <w:r>
              <w:rPr>
                <w:sz w:val="16"/>
              </w:rPr>
              <w:t>Storm Events damage since the plan includes 1 zone-level High Wind record ($100,000): a NOAA non-thunderstorm wind type, outside NRI's Strong Wind definition.</w:t>
            </w:r>
          </w:p>
        </w:tc>
      </w:tr>
      <w:tr>
        <w:trPr>
          <w:cantSplit/>
        </w:trPr>
        <w:tc>
          <w:tcPr>
            <w:tcW w:type="dxa" w:w="1009"/>
          </w:tcPr>
          <w:p>
            <w:pPr>
              <w:spacing w:after="0"/>
              <w:jc w:val="left"/>
            </w:pPr>
            <w:r>
              <w:rPr>
                <w:sz w:val="16"/>
              </w:rPr>
              <w:t>Tornado</w:t>
            </w:r>
          </w:p>
        </w:tc>
        <w:tc>
          <w:tcPr>
            <w:tcW w:type="dxa" w:w="1444"/>
          </w:tcPr>
          <w:p>
            <w:pPr>
              <w:spacing w:after="0"/>
              <w:jc w:val="right"/>
            </w:pPr>
            <w:r>
              <w:rPr>
                <w:sz w:val="16"/>
              </w:rPr>
              <w:t>$11,675,894,973</w:t>
            </w:r>
          </w:p>
        </w:tc>
        <w:tc>
          <w:tcPr>
            <w:tcW w:type="dxa" w:w="1096"/>
          </w:tcPr>
          <w:p>
            <w:pPr>
              <w:spacing w:after="0"/>
              <w:jc w:val="right"/>
            </w:pPr>
            <w:r>
              <w:rPr>
                <w:sz w:val="16"/>
              </w:rPr>
              <w:t>$23,386,692</w:t>
            </w:r>
          </w:p>
        </w:tc>
        <w:tc>
          <w:tcPr>
            <w:tcW w:type="dxa" w:w="1009"/>
          </w:tcPr>
          <w:p>
            <w:pPr>
              <w:spacing w:after="0"/>
              <w:jc w:val="right"/>
            </w:pPr>
            <w:r>
              <w:rPr>
                <w:sz w:val="16"/>
              </w:rPr>
              <w:t>62,051</w:t>
            </w:r>
          </w:p>
        </w:tc>
        <w:tc>
          <w:tcPr>
            <w:tcW w:type="dxa" w:w="1096"/>
          </w:tcPr>
          <w:p>
            <w:pPr>
              <w:spacing w:after="0"/>
              <w:jc w:val="right"/>
            </w:pPr>
            <w:r>
              <w:rPr>
                <w:sz w:val="16"/>
              </w:rPr>
              <w:t>$613,117</w:t>
            </w:r>
          </w:p>
        </w:tc>
        <w:tc>
          <w:tcPr>
            <w:tcW w:type="dxa" w:w="1096"/>
          </w:tcPr>
          <w:p>
            <w:pPr>
              <w:spacing w:after="0"/>
              <w:jc w:val="right"/>
            </w:pPr>
            <w:r>
              <w:rPr>
                <w:sz w:val="16"/>
              </w:rPr>
              <w:t>$392</w:t>
            </w:r>
          </w:p>
        </w:tc>
        <w:tc>
          <w:tcPr>
            <w:tcW w:type="dxa" w:w="1009"/>
          </w:tcPr>
          <w:p>
            <w:pPr>
              <w:spacing w:after="0"/>
              <w:jc w:val="right"/>
            </w:pPr>
            <w:r>
              <w:rPr>
                <w:sz w:val="16"/>
              </w:rPr>
              <w:t>$758,087</w:t>
            </w:r>
          </w:p>
        </w:tc>
        <w:tc>
          <w:tcPr>
            <w:tcW w:type="dxa" w:w="1270"/>
          </w:tcPr>
          <w:p>
            <w:pPr>
              <w:spacing w:after="0"/>
              <w:jc w:val="right"/>
            </w:pPr>
            <w:r>
              <w:rPr>
                <w:sz w:val="16"/>
              </w:rPr>
              <w:t>0.00525%</w:t>
            </w:r>
          </w:p>
        </w:tc>
        <w:tc>
          <w:tcPr>
            <w:tcW w:type="dxa" w:w="1183"/>
          </w:tcPr>
          <w:p>
            <w:pPr>
              <w:spacing w:after="0"/>
              <w:jc w:val="right"/>
            </w:pPr>
          </w:p>
        </w:tc>
        <w:tc>
          <w:tcPr>
            <w:tcW w:type="dxa" w:w="1009"/>
          </w:tcPr>
          <w:p>
            <w:pPr>
              <w:spacing w:after="0"/>
              <w:jc w:val="right"/>
            </w:pPr>
          </w:p>
        </w:tc>
        <w:tc>
          <w:tcPr>
            <w:tcW w:type="dxa" w:w="1357"/>
          </w:tcPr>
          <w:p>
            <w:pPr>
              <w:spacing w:after="0"/>
              <w:jc w:val="right"/>
            </w:pPr>
          </w:p>
        </w:tc>
        <w:tc>
          <w:tcPr>
            <w:tcW w:type="dxa" w:w="1531"/>
          </w:tcPr>
          <w:p>
            <w:pPr>
              <w:spacing w:after="0"/>
              <w:jc w:val="left"/>
            </w:pPr>
          </w:p>
        </w:tc>
      </w:tr>
      <w:tr>
        <w:trPr>
          <w:cantSplit/>
        </w:trPr>
        <w:tc>
          <w:tcPr>
            <w:tcW w:type="dxa" w:w="1009"/>
          </w:tcPr>
          <w:p>
            <w:pPr>
              <w:spacing w:after="0"/>
              <w:jc w:val="left"/>
            </w:pPr>
            <w:r>
              <w:rPr>
                <w:sz w:val="16"/>
              </w:rPr>
              <w:t>Wildfire</w:t>
            </w:r>
          </w:p>
        </w:tc>
        <w:tc>
          <w:tcPr>
            <w:tcW w:type="dxa" w:w="1444"/>
          </w:tcPr>
          <w:p>
            <w:pPr>
              <w:spacing w:after="0"/>
              <w:jc w:val="right"/>
            </w:pPr>
            <w:r>
              <w:rPr>
                <w:sz w:val="16"/>
              </w:rPr>
              <w:t>$400,353,015</w:t>
            </w:r>
          </w:p>
        </w:tc>
        <w:tc>
          <w:tcPr>
            <w:tcW w:type="dxa" w:w="1096"/>
          </w:tcPr>
          <w:p>
            <w:pPr>
              <w:spacing w:after="0"/>
              <w:jc w:val="right"/>
            </w:pPr>
            <w:r>
              <w:rPr>
                <w:sz w:val="16"/>
              </w:rPr>
              <w:t>$6,997,307</w:t>
            </w:r>
          </w:p>
        </w:tc>
        <w:tc>
          <w:tcPr>
            <w:tcW w:type="dxa" w:w="1009"/>
          </w:tcPr>
          <w:p>
            <w:pPr>
              <w:spacing w:after="0"/>
              <w:jc w:val="right"/>
            </w:pPr>
            <w:r>
              <w:rPr>
                <w:sz w:val="16"/>
              </w:rPr>
              <w:t>7,831</w:t>
            </w:r>
          </w:p>
        </w:tc>
        <w:tc>
          <w:tcPr>
            <w:tcW w:type="dxa" w:w="1096"/>
          </w:tcPr>
          <w:p>
            <w:pPr>
              <w:spacing w:after="0"/>
              <w:jc w:val="right"/>
            </w:pPr>
            <w:r>
              <w:rPr>
                <w:sz w:val="16"/>
              </w:rPr>
              <w:t>$42,058</w:t>
            </w:r>
          </w:p>
        </w:tc>
        <w:tc>
          <w:tcPr>
            <w:tcW w:type="dxa" w:w="1096"/>
          </w:tcPr>
          <w:p>
            <w:pPr>
              <w:spacing w:after="0"/>
              <w:jc w:val="right"/>
            </w:pPr>
            <w:r>
              <w:rPr>
                <w:sz w:val="16"/>
              </w:rPr>
              <w:t>$129</w:t>
            </w:r>
          </w:p>
        </w:tc>
        <w:tc>
          <w:tcPr>
            <w:tcW w:type="dxa" w:w="1009"/>
          </w:tcPr>
          <w:p>
            <w:pPr>
              <w:spacing w:after="0"/>
              <w:jc w:val="right"/>
            </w:pPr>
            <w:r>
              <w:rPr>
                <w:sz w:val="16"/>
              </w:rPr>
              <w:t>$23,245</w:t>
            </w:r>
          </w:p>
        </w:tc>
        <w:tc>
          <w:tcPr>
            <w:tcW w:type="dxa" w:w="1270"/>
          </w:tcPr>
          <w:p>
            <w:pPr>
              <w:spacing w:after="0"/>
              <w:jc w:val="right"/>
            </w:pPr>
            <w:r>
              <w:rPr>
                <w:sz w:val="16"/>
              </w:rPr>
              <w:t>0.0105%</w:t>
            </w:r>
          </w:p>
        </w:tc>
        <w:tc>
          <w:tcPr>
            <w:tcW w:type="dxa" w:w="1183"/>
          </w:tcPr>
          <w:p>
            <w:pPr>
              <w:spacing w:after="0"/>
              <w:jc w:val="right"/>
            </w:pPr>
          </w:p>
        </w:tc>
        <w:tc>
          <w:tcPr>
            <w:tcW w:type="dxa" w:w="1009"/>
          </w:tcPr>
          <w:p>
            <w:pPr>
              <w:spacing w:after="0"/>
              <w:jc w:val="right"/>
            </w:pPr>
          </w:p>
        </w:tc>
        <w:tc>
          <w:tcPr>
            <w:tcW w:type="dxa" w:w="1357"/>
          </w:tcPr>
          <w:p>
            <w:pPr>
              <w:spacing w:after="0"/>
              <w:jc w:val="right"/>
            </w:pPr>
          </w:p>
        </w:tc>
        <w:tc>
          <w:tcPr>
            <w:tcW w:type="dxa" w:w="1531"/>
          </w:tcPr>
          <w:p>
            <w:pPr>
              <w:spacing w:after="0"/>
              <w:jc w:val="left"/>
            </w:pPr>
          </w:p>
        </w:tc>
      </w:tr>
      <w:tr>
        <w:trPr>
          <w:cantSplit/>
        </w:trPr>
        <w:tc>
          <w:tcPr>
            <w:tcW w:type="dxa" w:w="1009"/>
          </w:tcPr>
          <w:p>
            <w:pPr>
              <w:spacing w:after="0"/>
              <w:jc w:val="left"/>
            </w:pPr>
            <w:r>
              <w:rPr>
                <w:sz w:val="16"/>
              </w:rPr>
              <w:t>Winter Weather</w:t>
            </w:r>
          </w:p>
        </w:tc>
        <w:tc>
          <w:tcPr>
            <w:tcW w:type="dxa" w:w="1444"/>
          </w:tcPr>
          <w:p>
            <w:pPr>
              <w:spacing w:after="0"/>
              <w:jc w:val="right"/>
            </w:pPr>
            <w:r>
              <w:rPr>
                <w:sz w:val="16"/>
              </w:rPr>
              <w:t>$11,675,894,324</w:t>
            </w:r>
          </w:p>
        </w:tc>
        <w:tc>
          <w:tcPr>
            <w:tcW w:type="dxa" w:w="1096"/>
          </w:tcPr>
          <w:p>
            <w:pPr>
              <w:spacing w:after="0"/>
              <w:jc w:val="right"/>
            </w:pPr>
            <w:r>
              <w:rPr>
                <w:sz w:val="16"/>
              </w:rPr>
              <w:t>$23,386,692</w:t>
            </w:r>
          </w:p>
        </w:tc>
        <w:tc>
          <w:tcPr>
            <w:tcW w:type="dxa" w:w="1009"/>
          </w:tcPr>
          <w:p>
            <w:pPr>
              <w:spacing w:after="0"/>
              <w:jc w:val="right"/>
            </w:pPr>
            <w:r>
              <w:rPr>
                <w:sz w:val="16"/>
              </w:rPr>
              <w:t>62,051</w:t>
            </w:r>
          </w:p>
        </w:tc>
        <w:tc>
          <w:tcPr>
            <w:tcW w:type="dxa" w:w="1096"/>
          </w:tcPr>
          <w:p>
            <w:pPr>
              <w:spacing w:after="0"/>
              <w:jc w:val="right"/>
            </w:pPr>
            <w:r>
              <w:rPr>
                <w:sz w:val="16"/>
              </w:rPr>
              <w:t>$6,034</w:t>
            </w:r>
          </w:p>
        </w:tc>
        <w:tc>
          <w:tcPr>
            <w:tcW w:type="dxa" w:w="1096"/>
          </w:tcPr>
          <w:p>
            <w:pPr>
              <w:spacing w:after="0"/>
              <w:jc w:val="right"/>
            </w:pPr>
            <w:r>
              <w:rPr>
                <w:sz w:val="16"/>
              </w:rPr>
              <w:t>$286</w:t>
            </w:r>
          </w:p>
        </w:tc>
        <w:tc>
          <w:tcPr>
            <w:tcW w:type="dxa" w:w="1009"/>
          </w:tcPr>
          <w:p>
            <w:pPr>
              <w:spacing w:after="0"/>
              <w:jc w:val="right"/>
            </w:pPr>
            <w:r>
              <w:rPr>
                <w:sz w:val="16"/>
              </w:rPr>
              <w:t>$76,846</w:t>
            </w:r>
          </w:p>
        </w:tc>
        <w:tc>
          <w:tcPr>
            <w:tcW w:type="dxa" w:w="1270"/>
          </w:tcPr>
          <w:p>
            <w:pPr>
              <w:spacing w:after="0"/>
              <w:jc w:val="right"/>
            </w:pPr>
            <w:r>
              <w:rPr>
                <w:sz w:val="16"/>
              </w:rPr>
              <w:t>under 0.0001%</w:t>
            </w:r>
          </w:p>
        </w:tc>
        <w:tc>
          <w:tcPr>
            <w:tcW w:type="dxa" w:w="1183"/>
          </w:tcPr>
          <w:p>
            <w:pPr>
              <w:spacing w:after="0"/>
              <w:jc w:val="right"/>
            </w:pPr>
          </w:p>
        </w:tc>
        <w:tc>
          <w:tcPr>
            <w:tcW w:type="dxa" w:w="1009"/>
          </w:tcPr>
          <w:p>
            <w:pPr>
              <w:spacing w:after="0"/>
              <w:jc w:val="right"/>
            </w:pPr>
            <w:r>
              <w:rPr>
                <w:sz w:val="16"/>
              </w:rPr>
              <w:t>$0</w:t>
            </w:r>
          </w:p>
        </w:tc>
        <w:tc>
          <w:tcPr>
            <w:tcW w:type="dxa" w:w="1357"/>
          </w:tcPr>
          <w:p>
            <w:pPr>
              <w:spacing w:after="0"/>
              <w:jc w:val="right"/>
            </w:pPr>
            <w:r>
              <w:rPr>
                <w:sz w:val="16"/>
              </w:rPr>
              <w:t>no Public Assistance recorded (1 declaration)</w:t>
            </w:r>
          </w:p>
        </w:tc>
        <w:tc>
          <w:tcPr>
            <w:tcW w:type="dxa" w:w="153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2022-09-13 (Storm Events through 2026-06-30): 15 county-coded records, 11 with a damage value recorded (including $0), $200,100,000; 30 zone-level records, 29 with a damage value recorded (including $0), $2,100,000 reported for the zone; Public Assistance: $38,665,980.18 on 4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62,051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$11,675,894,973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$23,386,692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$19,375,788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$12,286,028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7</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24</w:t>
            </w:r>
          </w:p>
        </w:tc>
        <w:tc>
          <w:tcPr>
            <w:tcW w:type="dxa" w:w="1453"/>
          </w:tcPr>
          <w:p>
            <w:pPr>
              <w:spacing w:after="0"/>
              <w:jc w:val="right"/>
            </w:pPr>
            <w:r>
              <w:rPr>
                <w:sz w:val="16"/>
              </w:rPr>
              <w:t>13</w:t>
            </w:r>
          </w:p>
        </w:tc>
        <w:tc>
          <w:tcPr>
            <w:tcW w:type="dxa" w:w="1453"/>
          </w:tcPr>
          <w:p>
            <w:pPr>
              <w:spacing w:after="0"/>
              <w:jc w:val="right"/>
            </w:pPr>
            <w:r>
              <w:rPr>
                <w:sz w:val="16"/>
              </w:rPr>
              <w:t>71</w:t>
            </w:r>
          </w:p>
        </w:tc>
        <w:tc>
          <w:tcPr>
            <w:tcW w:type="dxa" w:w="1453"/>
          </w:tcPr>
          <w:p>
            <w:pPr>
              <w:spacing w:after="0"/>
              <w:jc w:val="right"/>
            </w:pPr>
            <w:r>
              <w:rPr>
                <w:sz w:val="16"/>
              </w:rPr>
              <w:t>7</w:t>
            </w:r>
          </w:p>
        </w:tc>
        <w:tc>
          <w:tcPr>
            <w:tcW w:type="dxa" w:w="1453"/>
          </w:tcPr>
          <w:p>
            <w:pPr>
              <w:spacing w:after="0"/>
              <w:jc w:val="right"/>
            </w:pPr>
            <w:r>
              <w:rPr>
                <w:sz w:val="16"/>
              </w:rPr>
              <w:t>80</w:t>
            </w:r>
          </w:p>
        </w:tc>
        <w:tc>
          <w:tcPr>
            <w:tcW w:type="dxa" w:w="1453"/>
          </w:tcPr>
          <w:p>
            <w:pPr>
              <w:spacing w:after="0"/>
              <w:jc w:val="right"/>
            </w:pPr>
            <w:r>
              <w:rPr>
                <w:sz w:val="16"/>
              </w:rPr>
              <w:t>1</w:t>
            </w:r>
          </w:p>
        </w:tc>
        <w:tc>
          <w:tcPr>
            <w:tcW w:type="dxa" w:w="1617"/>
          </w:tcPr>
          <w:p>
            <w:pPr>
              <w:spacing w:after="0"/>
              <w:jc w:val="right"/>
            </w:pPr>
            <w:r>
              <w:rPr>
                <w:sz w:val="16"/>
              </w:rPr>
              <w:t>34</w:t>
            </w:r>
          </w:p>
        </w:tc>
      </w:tr>
      <w:tr>
        <w:trPr>
          <w:cantSplit/>
        </w:trPr>
        <w:tc>
          <w:tcPr>
            <w:tcW w:type="dxa" w:w="3779"/>
          </w:tcPr>
          <w:p>
            <w:pPr>
              <w:spacing w:after="0"/>
              <w:jc w:val="left"/>
            </w:pPr>
            <w:r>
              <w:rPr>
                <w:sz w:val="16"/>
              </w:rPr>
              <w:t>of which: Haywood County (unincorporated area)</w:t>
            </w:r>
          </w:p>
        </w:tc>
        <w:tc>
          <w:tcPr>
            <w:tcW w:type="dxa" w:w="1453"/>
          </w:tcPr>
          <w:p>
            <w:pPr>
              <w:spacing w:after="0"/>
              <w:jc w:val="right"/>
            </w:pPr>
            <w:r>
              <w:rPr>
                <w:sz w:val="16"/>
              </w:rPr>
              <w:t>11</w:t>
            </w:r>
          </w:p>
        </w:tc>
        <w:tc>
          <w:tcPr>
            <w:tcW w:type="dxa" w:w="1453"/>
          </w:tcPr>
          <w:p>
            <w:pPr>
              <w:spacing w:after="0"/>
              <w:jc w:val="right"/>
            </w:pPr>
            <w:r>
              <w:rPr>
                <w:sz w:val="16"/>
              </w:rPr>
              <w:t>6</w:t>
            </w:r>
          </w:p>
        </w:tc>
        <w:tc>
          <w:tcPr>
            <w:tcW w:type="dxa" w:w="1453"/>
          </w:tcPr>
          <w:p>
            <w:pPr>
              <w:spacing w:after="0"/>
              <w:jc w:val="right"/>
            </w:pPr>
            <w:r>
              <w:rPr>
                <w:sz w:val="16"/>
              </w:rPr>
              <w:t>19</w:t>
            </w:r>
          </w:p>
        </w:tc>
        <w:tc>
          <w:tcPr>
            <w:tcW w:type="dxa" w:w="1453"/>
          </w:tcPr>
          <w:p>
            <w:pPr>
              <w:spacing w:after="0"/>
              <w:jc w:val="right"/>
            </w:pPr>
            <w:r>
              <w:rPr>
                <w:sz w:val="16"/>
              </w:rPr>
              <w:t>3</w:t>
            </w:r>
          </w:p>
        </w:tc>
        <w:tc>
          <w:tcPr>
            <w:tcW w:type="dxa" w:w="1453"/>
          </w:tcPr>
          <w:p>
            <w:pPr>
              <w:spacing w:after="0"/>
              <w:jc w:val="right"/>
            </w:pPr>
            <w:r>
              <w:rPr>
                <w:sz w:val="16"/>
              </w:rPr>
              <w:t>25</w:t>
            </w:r>
          </w:p>
        </w:tc>
        <w:tc>
          <w:tcPr>
            <w:tcW w:type="dxa" w:w="1453"/>
          </w:tcPr>
          <w:p>
            <w:pPr>
              <w:spacing w:after="0"/>
              <w:jc w:val="right"/>
            </w:pPr>
            <w:r>
              <w:rPr>
                <w:sz w:val="16"/>
              </w:rPr>
              <w:t>1</w:t>
            </w:r>
          </w:p>
        </w:tc>
        <w:tc>
          <w:tcPr>
            <w:tcW w:type="dxa" w:w="1617"/>
          </w:tcPr>
          <w:p>
            <w:pPr>
              <w:spacing w:after="0"/>
              <w:jc w:val="right"/>
            </w:pPr>
            <w:r>
              <w:rPr>
                <w:sz w:val="16"/>
              </w:rPr>
              <w:t>14</w:t>
            </w:r>
          </w:p>
        </w:tc>
      </w:tr>
      <w:tr>
        <w:trPr>
          <w:cantSplit/>
        </w:trPr>
        <w:tc>
          <w:tcPr>
            <w:tcW w:type="dxa" w:w="3779"/>
          </w:tcPr>
          <w:p>
            <w:pPr>
              <w:spacing w:after="0"/>
              <w:jc w:val="left"/>
            </w:pPr>
            <w:r>
              <w:rPr>
                <w:sz w:val="16"/>
              </w:rPr>
              <w:t>of which: Canton town</w:t>
            </w:r>
          </w:p>
        </w:tc>
        <w:tc>
          <w:tcPr>
            <w:tcW w:type="dxa" w:w="1453"/>
          </w:tcPr>
          <w:p>
            <w:pPr>
              <w:spacing w:after="0"/>
              <w:jc w:val="right"/>
            </w:pPr>
            <w:r>
              <w:rPr>
                <w:sz w:val="16"/>
              </w:rPr>
              <w:t>4</w:t>
            </w:r>
          </w:p>
        </w:tc>
        <w:tc>
          <w:tcPr>
            <w:tcW w:type="dxa" w:w="1453"/>
          </w:tcPr>
          <w:p>
            <w:pPr>
              <w:spacing w:after="0"/>
              <w:jc w:val="right"/>
            </w:pPr>
            <w:r>
              <w:rPr>
                <w:sz w:val="16"/>
              </w:rPr>
              <w:t>1</w:t>
            </w:r>
          </w:p>
        </w:tc>
        <w:tc>
          <w:tcPr>
            <w:tcW w:type="dxa" w:w="1453"/>
          </w:tcPr>
          <w:p>
            <w:pPr>
              <w:spacing w:after="0"/>
              <w:jc w:val="right"/>
            </w:pPr>
            <w:r>
              <w:rPr>
                <w:sz w:val="16"/>
              </w:rPr>
              <w:t>11</w:t>
            </w:r>
          </w:p>
        </w:tc>
        <w:tc>
          <w:tcPr>
            <w:tcW w:type="dxa" w:w="1453"/>
          </w:tcPr>
          <w:p>
            <w:pPr>
              <w:spacing w:after="0"/>
              <w:jc w:val="right"/>
            </w:pPr>
            <w:r>
              <w:rPr>
                <w:sz w:val="16"/>
              </w:rPr>
              <w:t>1</w:t>
            </w:r>
          </w:p>
        </w:tc>
        <w:tc>
          <w:tcPr>
            <w:tcW w:type="dxa" w:w="1453"/>
          </w:tcPr>
          <w:p>
            <w:pPr>
              <w:spacing w:after="0"/>
              <w:jc w:val="right"/>
            </w:pPr>
            <w:r>
              <w:rPr>
                <w:sz w:val="16"/>
              </w:rPr>
              <w:t>13</w:t>
            </w:r>
          </w:p>
        </w:tc>
        <w:tc>
          <w:tcPr>
            <w:tcW w:type="dxa" w:w="1453"/>
          </w:tcPr>
          <w:p>
            <w:pPr>
              <w:spacing w:after="0"/>
              <w:jc w:val="right"/>
            </w:pPr>
            <w:r>
              <w:rPr>
                <w:sz w:val="16"/>
              </w:rPr>
              <w:t>0</w:t>
            </w:r>
          </w:p>
        </w:tc>
        <w:tc>
          <w:tcPr>
            <w:tcW w:type="dxa" w:w="1617"/>
          </w:tcPr>
          <w:p>
            <w:pPr>
              <w:spacing w:after="0"/>
              <w:jc w:val="right"/>
            </w:pPr>
            <w:r>
              <w:rPr>
                <w:sz w:val="16"/>
              </w:rPr>
              <w:t>9</w:t>
            </w:r>
          </w:p>
        </w:tc>
      </w:tr>
      <w:tr>
        <w:trPr>
          <w:cantSplit/>
        </w:trPr>
        <w:tc>
          <w:tcPr>
            <w:tcW w:type="dxa" w:w="3779"/>
          </w:tcPr>
          <w:p>
            <w:pPr>
              <w:spacing w:after="0"/>
              <w:jc w:val="left"/>
            </w:pPr>
            <w:r>
              <w:rPr>
                <w:sz w:val="16"/>
              </w:rPr>
              <w:t>of which: Clyde town</w:t>
            </w:r>
          </w:p>
        </w:tc>
        <w:tc>
          <w:tcPr>
            <w:tcW w:type="dxa" w:w="1453"/>
          </w:tcPr>
          <w:p>
            <w:pPr>
              <w:spacing w:after="0"/>
              <w:jc w:val="right"/>
            </w:pPr>
            <w:r>
              <w:rPr>
                <w:sz w:val="16"/>
              </w:rPr>
              <w:t>9</w:t>
            </w:r>
          </w:p>
        </w:tc>
        <w:tc>
          <w:tcPr>
            <w:tcW w:type="dxa" w:w="1453"/>
          </w:tcPr>
          <w:p>
            <w:pPr>
              <w:spacing w:after="0"/>
              <w:jc w:val="right"/>
            </w:pPr>
            <w:r>
              <w:rPr>
                <w:sz w:val="16"/>
              </w:rPr>
              <w:t>6</w:t>
            </w:r>
          </w:p>
        </w:tc>
        <w:tc>
          <w:tcPr>
            <w:tcW w:type="dxa" w:w="1453"/>
          </w:tcPr>
          <w:p>
            <w:pPr>
              <w:spacing w:after="0"/>
              <w:jc w:val="right"/>
            </w:pPr>
            <w:r>
              <w:rPr>
                <w:sz w:val="16"/>
              </w:rPr>
              <w:t>36</w:t>
            </w:r>
          </w:p>
        </w:tc>
        <w:tc>
          <w:tcPr>
            <w:tcW w:type="dxa" w:w="1453"/>
          </w:tcPr>
          <w:p>
            <w:pPr>
              <w:spacing w:after="0"/>
              <w:jc w:val="right"/>
            </w:pPr>
            <w:r>
              <w:rPr>
                <w:sz w:val="16"/>
              </w:rPr>
              <w:t>3</w:t>
            </w:r>
          </w:p>
        </w:tc>
        <w:tc>
          <w:tcPr>
            <w:tcW w:type="dxa" w:w="1453"/>
          </w:tcPr>
          <w:p>
            <w:pPr>
              <w:spacing w:after="0"/>
              <w:jc w:val="right"/>
            </w:pPr>
            <w:r>
              <w:rPr>
                <w:sz w:val="16"/>
              </w:rPr>
              <w:t>37</w:t>
            </w:r>
          </w:p>
        </w:tc>
        <w:tc>
          <w:tcPr>
            <w:tcW w:type="dxa" w:w="1453"/>
          </w:tcPr>
          <w:p>
            <w:pPr>
              <w:spacing w:after="0"/>
              <w:jc w:val="right"/>
            </w:pPr>
            <w:r>
              <w:rPr>
                <w:sz w:val="16"/>
              </w:rPr>
              <w:t>0</w:t>
            </w:r>
          </w:p>
        </w:tc>
        <w:tc>
          <w:tcPr>
            <w:tcW w:type="dxa" w:w="1617"/>
          </w:tcPr>
          <w:p>
            <w:pPr>
              <w:spacing w:after="0"/>
              <w:jc w:val="right"/>
            </w:pPr>
            <w:r>
              <w:rPr>
                <w:sz w:val="16"/>
              </w:rPr>
              <w:t>7</w:t>
            </w:r>
          </w:p>
        </w:tc>
      </w:tr>
      <w:tr>
        <w:trPr>
          <w:cantSplit/>
        </w:trPr>
        <w:tc>
          <w:tcPr>
            <w:tcW w:type="dxa" w:w="3779"/>
          </w:tcPr>
          <w:p>
            <w:pPr>
              <w:spacing w:after="0"/>
              <w:jc w:val="left"/>
            </w:pPr>
            <w:r>
              <w:rPr>
                <w:sz w:val="16"/>
              </w:rPr>
              <w:t>of which: Waynesville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5</w:t>
            </w:r>
          </w:p>
        </w:tc>
        <w:tc>
          <w:tcPr>
            <w:tcW w:type="dxa" w:w="1453"/>
          </w:tcPr>
          <w:p>
            <w:pPr>
              <w:spacing w:after="0"/>
              <w:jc w:val="right"/>
            </w:pPr>
            <w:r>
              <w:rPr>
                <w:sz w:val="16"/>
              </w:rPr>
              <w:t>0</w:t>
            </w:r>
          </w:p>
        </w:tc>
        <w:tc>
          <w:tcPr>
            <w:tcW w:type="dxa" w:w="1453"/>
          </w:tcPr>
          <w:p>
            <w:pPr>
              <w:spacing w:after="0"/>
              <w:jc w:val="right"/>
            </w:pPr>
            <w:r>
              <w:rPr>
                <w:sz w:val="16"/>
              </w:rPr>
              <w:t>5</w:t>
            </w:r>
          </w:p>
        </w:tc>
        <w:tc>
          <w:tcPr>
            <w:tcW w:type="dxa" w:w="1453"/>
          </w:tcPr>
          <w:p>
            <w:pPr>
              <w:spacing w:after="0"/>
              <w:jc w:val="right"/>
            </w:pPr>
            <w:r>
              <w:rPr>
                <w:sz w:val="16"/>
              </w:rPr>
              <w:t>0</w:t>
            </w:r>
          </w:p>
        </w:tc>
        <w:tc>
          <w:tcPr>
            <w:tcW w:type="dxa" w:w="1617"/>
          </w:tcPr>
          <w:p>
            <w:pPr>
              <w:spacing w:after="0"/>
              <w:jc w:val="right"/>
            </w:pPr>
            <w:r>
              <w:rPr>
                <w:sz w:val="16"/>
              </w:rPr>
              <w:t>4</w:t>
            </w:r>
          </w:p>
        </w:tc>
      </w:tr>
      <w:tr>
        <w:trPr>
          <w:cantSplit/>
        </w:trPr>
        <w:tc>
          <w:tcPr>
            <w:tcW w:type="dxa" w:w="3779"/>
          </w:tcPr>
          <w:p>
            <w:pPr>
              <w:spacing w:after="0"/>
              <w:jc w:val="left"/>
            </w:pPr>
            <w:r>
              <w:rPr>
                <w:sz w:val="16"/>
              </w:rPr>
              <w:t>Statewide, no county in FEMA's file</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61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Haywood County (unincorporated area)</w:t>
            </w:r>
          </w:p>
        </w:tc>
        <w:tc>
          <w:tcPr>
            <w:tcW w:type="dxa" w:w="1559"/>
          </w:tcPr>
          <w:p>
            <w:pPr>
              <w:spacing w:after="0"/>
              <w:jc w:val="left"/>
            </w:pPr>
            <w:r>
              <w:rPr>
                <w:sz w:val="16"/>
              </w:rPr>
              <w:t>370120</w:t>
            </w:r>
          </w:p>
        </w:tc>
        <w:tc>
          <w:tcPr>
            <w:tcW w:type="dxa" w:w="1401"/>
          </w:tcPr>
          <w:p>
            <w:pPr>
              <w:spacing w:after="0"/>
              <w:jc w:val="right"/>
            </w:pPr>
            <w:r>
              <w:rPr>
                <w:sz w:val="16"/>
              </w:rPr>
              <w:t>11</w:t>
            </w:r>
          </w:p>
        </w:tc>
        <w:tc>
          <w:tcPr>
            <w:tcW w:type="dxa" w:w="1401"/>
          </w:tcPr>
          <w:p>
            <w:pPr>
              <w:spacing w:after="0"/>
              <w:jc w:val="right"/>
            </w:pPr>
            <w:r>
              <w:rPr>
                <w:sz w:val="16"/>
              </w:rPr>
              <w:t>6</w:t>
            </w:r>
          </w:p>
        </w:tc>
        <w:tc>
          <w:tcPr>
            <w:tcW w:type="dxa" w:w="1401"/>
          </w:tcPr>
          <w:p>
            <w:pPr>
              <w:spacing w:after="0"/>
              <w:jc w:val="right"/>
            </w:pPr>
            <w:r>
              <w:rPr>
                <w:sz w:val="16"/>
              </w:rPr>
              <w:t>19</w:t>
            </w:r>
          </w:p>
        </w:tc>
        <w:tc>
          <w:tcPr>
            <w:tcW w:type="dxa" w:w="1401"/>
          </w:tcPr>
          <w:p>
            <w:pPr>
              <w:spacing w:after="0"/>
              <w:jc w:val="right"/>
            </w:pPr>
            <w:r>
              <w:rPr>
                <w:sz w:val="16"/>
              </w:rPr>
              <w:t>3</w:t>
            </w:r>
          </w:p>
        </w:tc>
        <w:tc>
          <w:tcPr>
            <w:tcW w:type="dxa" w:w="1401"/>
          </w:tcPr>
          <w:p>
            <w:pPr>
              <w:spacing w:after="0"/>
              <w:jc w:val="right"/>
            </w:pPr>
            <w:r>
              <w:rPr>
                <w:sz w:val="16"/>
              </w:rPr>
              <w:t>25</w:t>
            </w:r>
          </w:p>
        </w:tc>
        <w:tc>
          <w:tcPr>
            <w:tcW w:type="dxa" w:w="1401"/>
          </w:tcPr>
          <w:p>
            <w:pPr>
              <w:spacing w:after="0"/>
              <w:jc w:val="right"/>
            </w:pPr>
            <w:r>
              <w:rPr>
                <w:sz w:val="16"/>
              </w:rPr>
              <w:t>1</w:t>
            </w:r>
          </w:p>
        </w:tc>
        <w:tc>
          <w:tcPr>
            <w:tcW w:type="dxa" w:w="1559"/>
          </w:tcPr>
          <w:p>
            <w:pPr>
              <w:spacing w:after="0"/>
              <w:jc w:val="right"/>
            </w:pPr>
            <w:r>
              <w:rPr>
                <w:sz w:val="16"/>
              </w:rPr>
              <w:t>14</w:t>
            </w:r>
          </w:p>
        </w:tc>
      </w:tr>
      <w:tr>
        <w:trPr>
          <w:cantSplit/>
        </w:trPr>
        <w:tc>
          <w:tcPr>
            <w:tcW w:type="dxa" w:w="2589"/>
          </w:tcPr>
          <w:p>
            <w:pPr>
              <w:spacing w:after="0"/>
              <w:jc w:val="left"/>
            </w:pPr>
            <w:r>
              <w:rPr>
                <w:sz w:val="16"/>
              </w:rPr>
              <w:t>Canton town</w:t>
            </w:r>
          </w:p>
        </w:tc>
        <w:tc>
          <w:tcPr>
            <w:tcW w:type="dxa" w:w="1559"/>
          </w:tcPr>
          <w:p>
            <w:pPr>
              <w:spacing w:after="0"/>
              <w:jc w:val="left"/>
            </w:pPr>
            <w:r>
              <w:rPr>
                <w:sz w:val="16"/>
              </w:rPr>
              <w:t>370121</w:t>
            </w:r>
          </w:p>
        </w:tc>
        <w:tc>
          <w:tcPr>
            <w:tcW w:type="dxa" w:w="1401"/>
          </w:tcPr>
          <w:p>
            <w:pPr>
              <w:spacing w:after="0"/>
              <w:jc w:val="right"/>
            </w:pPr>
            <w:r>
              <w:rPr>
                <w:sz w:val="16"/>
              </w:rPr>
              <w:t>4</w:t>
            </w:r>
          </w:p>
        </w:tc>
        <w:tc>
          <w:tcPr>
            <w:tcW w:type="dxa" w:w="1401"/>
          </w:tcPr>
          <w:p>
            <w:pPr>
              <w:spacing w:after="0"/>
              <w:jc w:val="right"/>
            </w:pPr>
            <w:r>
              <w:rPr>
                <w:sz w:val="16"/>
              </w:rPr>
              <w:t>1</w:t>
            </w:r>
          </w:p>
        </w:tc>
        <w:tc>
          <w:tcPr>
            <w:tcW w:type="dxa" w:w="1401"/>
          </w:tcPr>
          <w:p>
            <w:pPr>
              <w:spacing w:after="0"/>
              <w:jc w:val="right"/>
            </w:pPr>
            <w:r>
              <w:rPr>
                <w:sz w:val="16"/>
              </w:rPr>
              <w:t>11</w:t>
            </w:r>
          </w:p>
        </w:tc>
        <w:tc>
          <w:tcPr>
            <w:tcW w:type="dxa" w:w="1401"/>
          </w:tcPr>
          <w:p>
            <w:pPr>
              <w:spacing w:after="0"/>
              <w:jc w:val="right"/>
            </w:pPr>
            <w:r>
              <w:rPr>
                <w:sz w:val="16"/>
              </w:rPr>
              <w:t>1</w:t>
            </w:r>
          </w:p>
        </w:tc>
        <w:tc>
          <w:tcPr>
            <w:tcW w:type="dxa" w:w="1401"/>
          </w:tcPr>
          <w:p>
            <w:pPr>
              <w:spacing w:after="0"/>
              <w:jc w:val="right"/>
            </w:pPr>
            <w:r>
              <w:rPr>
                <w:sz w:val="16"/>
              </w:rPr>
              <w:t>13</w:t>
            </w:r>
          </w:p>
        </w:tc>
        <w:tc>
          <w:tcPr>
            <w:tcW w:type="dxa" w:w="1401"/>
          </w:tcPr>
          <w:p>
            <w:pPr>
              <w:spacing w:after="0"/>
              <w:jc w:val="right"/>
            </w:pPr>
            <w:r>
              <w:rPr>
                <w:sz w:val="16"/>
              </w:rPr>
              <w:t>0</w:t>
            </w:r>
          </w:p>
        </w:tc>
        <w:tc>
          <w:tcPr>
            <w:tcW w:type="dxa" w:w="1559"/>
          </w:tcPr>
          <w:p>
            <w:pPr>
              <w:spacing w:after="0"/>
              <w:jc w:val="right"/>
            </w:pPr>
            <w:r>
              <w:rPr>
                <w:sz w:val="16"/>
              </w:rPr>
              <w:t>9</w:t>
            </w:r>
          </w:p>
        </w:tc>
      </w:tr>
      <w:tr>
        <w:trPr>
          <w:cantSplit/>
        </w:trPr>
        <w:tc>
          <w:tcPr>
            <w:tcW w:type="dxa" w:w="2589"/>
          </w:tcPr>
          <w:p>
            <w:pPr>
              <w:spacing w:after="0"/>
              <w:jc w:val="left"/>
            </w:pPr>
            <w:r>
              <w:rPr>
                <w:sz w:val="16"/>
              </w:rPr>
              <w:t>Clyde town</w:t>
            </w:r>
          </w:p>
        </w:tc>
        <w:tc>
          <w:tcPr>
            <w:tcW w:type="dxa" w:w="1559"/>
          </w:tcPr>
          <w:p>
            <w:pPr>
              <w:spacing w:after="0"/>
              <w:jc w:val="left"/>
            </w:pPr>
            <w:r>
              <w:rPr>
                <w:sz w:val="16"/>
              </w:rPr>
              <w:t>370122</w:t>
            </w:r>
          </w:p>
        </w:tc>
        <w:tc>
          <w:tcPr>
            <w:tcW w:type="dxa" w:w="1401"/>
          </w:tcPr>
          <w:p>
            <w:pPr>
              <w:spacing w:after="0"/>
              <w:jc w:val="right"/>
            </w:pPr>
            <w:r>
              <w:rPr>
                <w:sz w:val="16"/>
              </w:rPr>
              <w:t>9</w:t>
            </w:r>
          </w:p>
        </w:tc>
        <w:tc>
          <w:tcPr>
            <w:tcW w:type="dxa" w:w="1401"/>
          </w:tcPr>
          <w:p>
            <w:pPr>
              <w:spacing w:after="0"/>
              <w:jc w:val="right"/>
            </w:pPr>
            <w:r>
              <w:rPr>
                <w:sz w:val="16"/>
              </w:rPr>
              <w:t>6</w:t>
            </w:r>
          </w:p>
        </w:tc>
        <w:tc>
          <w:tcPr>
            <w:tcW w:type="dxa" w:w="1401"/>
          </w:tcPr>
          <w:p>
            <w:pPr>
              <w:spacing w:after="0"/>
              <w:jc w:val="right"/>
            </w:pPr>
            <w:r>
              <w:rPr>
                <w:sz w:val="16"/>
              </w:rPr>
              <w:t>36</w:t>
            </w:r>
          </w:p>
        </w:tc>
        <w:tc>
          <w:tcPr>
            <w:tcW w:type="dxa" w:w="1401"/>
          </w:tcPr>
          <w:p>
            <w:pPr>
              <w:spacing w:after="0"/>
              <w:jc w:val="right"/>
            </w:pPr>
            <w:r>
              <w:rPr>
                <w:sz w:val="16"/>
              </w:rPr>
              <w:t>3</w:t>
            </w:r>
          </w:p>
        </w:tc>
        <w:tc>
          <w:tcPr>
            <w:tcW w:type="dxa" w:w="1401"/>
          </w:tcPr>
          <w:p>
            <w:pPr>
              <w:spacing w:after="0"/>
              <w:jc w:val="right"/>
            </w:pPr>
            <w:r>
              <w:rPr>
                <w:sz w:val="16"/>
              </w:rPr>
              <w:t>37</w:t>
            </w:r>
          </w:p>
        </w:tc>
        <w:tc>
          <w:tcPr>
            <w:tcW w:type="dxa" w:w="1401"/>
          </w:tcPr>
          <w:p>
            <w:pPr>
              <w:spacing w:after="0"/>
              <w:jc w:val="right"/>
            </w:pPr>
            <w:r>
              <w:rPr>
                <w:sz w:val="16"/>
              </w:rPr>
              <w:t>0</w:t>
            </w:r>
          </w:p>
        </w:tc>
        <w:tc>
          <w:tcPr>
            <w:tcW w:type="dxa" w:w="1559"/>
          </w:tcPr>
          <w:p>
            <w:pPr>
              <w:spacing w:after="0"/>
              <w:jc w:val="right"/>
            </w:pPr>
            <w:r>
              <w:rPr>
                <w:sz w:val="16"/>
              </w:rPr>
              <w:t>7</w:t>
            </w:r>
          </w:p>
        </w:tc>
      </w:tr>
      <w:tr>
        <w:trPr>
          <w:cantSplit/>
        </w:trPr>
        <w:tc>
          <w:tcPr>
            <w:tcW w:type="dxa" w:w="2589"/>
          </w:tcPr>
          <w:p>
            <w:pPr>
              <w:spacing w:after="0"/>
              <w:jc w:val="left"/>
            </w:pPr>
            <w:r>
              <w:rPr>
                <w:sz w:val="16"/>
              </w:rPr>
              <w:t>Maggie Valley town</w:t>
            </w:r>
          </w:p>
        </w:tc>
        <w:tc>
          <w:tcPr>
            <w:tcW w:type="dxa" w:w="1559"/>
          </w:tcPr>
          <w:p>
            <w:pPr>
              <w:spacing w:after="0"/>
              <w:jc w:val="left"/>
            </w:pPr>
            <w:r>
              <w:rPr>
                <w:sz w:val="16"/>
              </w:rPr>
              <w:t>370389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Waynesville town</w:t>
            </w:r>
          </w:p>
        </w:tc>
        <w:tc>
          <w:tcPr>
            <w:tcW w:type="dxa" w:w="1559"/>
          </w:tcPr>
          <w:p>
            <w:pPr>
              <w:spacing w:after="0"/>
              <w:jc w:val="left"/>
            </w:pPr>
            <w:r>
              <w:rPr>
                <w:sz w:val="16"/>
              </w:rPr>
              <w:t>370124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5</w:t>
            </w:r>
          </w:p>
        </w:tc>
        <w:tc>
          <w:tcPr>
            <w:tcW w:type="dxa" w:w="1401"/>
          </w:tcPr>
          <w:p>
            <w:pPr>
              <w:spacing w:after="0"/>
              <w:jc w:val="right"/>
            </w:pPr>
            <w:r>
              <w:rPr>
                <w:sz w:val="16"/>
              </w:rPr>
              <w:t>0</w:t>
            </w:r>
          </w:p>
        </w:tc>
        <w:tc>
          <w:tcPr>
            <w:tcW w:type="dxa" w:w="1401"/>
          </w:tcPr>
          <w:p>
            <w:pPr>
              <w:spacing w:after="0"/>
              <w:jc w:val="right"/>
            </w:pPr>
            <w:r>
              <w:rPr>
                <w:sz w:val="16"/>
              </w:rPr>
              <w:t>5</w:t>
            </w:r>
          </w:p>
        </w:tc>
        <w:tc>
          <w:tcPr>
            <w:tcW w:type="dxa" w:w="1401"/>
          </w:tcPr>
          <w:p>
            <w:pPr>
              <w:spacing w:after="0"/>
              <w:jc w:val="right"/>
            </w:pPr>
            <w:r>
              <w:rPr>
                <w:sz w:val="16"/>
              </w:rPr>
              <w:t>0</w:t>
            </w:r>
          </w:p>
        </w:tc>
        <w:tc>
          <w:tcPr>
            <w:tcW w:type="dxa" w:w="1559"/>
          </w:tcPr>
          <w:p>
            <w:pPr>
              <w:spacing w:after="0"/>
              <w:jc w:val="right"/>
            </w:pPr>
            <w:r>
              <w:rPr>
                <w:sz w:val="16"/>
              </w:rPr>
              <w:t>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23</w:t>
            </w:r>
          </w:p>
        </w:tc>
        <w:tc>
          <w:tcPr>
            <w:tcW w:type="dxa" w:w="1496"/>
          </w:tcPr>
          <w:p>
            <w:pPr>
              <w:spacing w:after="0"/>
              <w:jc w:val="right"/>
            </w:pPr>
            <w:r>
              <w:rPr>
                <w:sz w:val="16"/>
              </w:rPr>
              <w:t>12</w:t>
            </w:r>
          </w:p>
        </w:tc>
        <w:tc>
          <w:tcPr>
            <w:tcW w:type="dxa" w:w="1496"/>
          </w:tcPr>
          <w:p>
            <w:pPr>
              <w:spacing w:after="0"/>
              <w:jc w:val="right"/>
            </w:pPr>
            <w:r>
              <w:rPr>
                <w:sz w:val="16"/>
              </w:rPr>
              <w:t>57</w:t>
            </w:r>
          </w:p>
        </w:tc>
        <w:tc>
          <w:tcPr>
            <w:tcW w:type="dxa" w:w="1496"/>
          </w:tcPr>
          <w:p>
            <w:pPr>
              <w:spacing w:after="0"/>
              <w:jc w:val="right"/>
            </w:pPr>
            <w:r>
              <w:rPr>
                <w:sz w:val="16"/>
              </w:rPr>
              <w:t>6</w:t>
            </w:r>
          </w:p>
        </w:tc>
        <w:tc>
          <w:tcPr>
            <w:tcW w:type="dxa" w:w="1496"/>
          </w:tcPr>
          <w:p>
            <w:pPr>
              <w:spacing w:after="0"/>
              <w:jc w:val="right"/>
            </w:pPr>
            <w:r>
              <w:rPr>
                <w:sz w:val="16"/>
              </w:rPr>
              <w:t>66</w:t>
            </w:r>
          </w:p>
        </w:tc>
        <w:tc>
          <w:tcPr>
            <w:tcW w:type="dxa" w:w="1496"/>
          </w:tcPr>
          <w:p>
            <w:pPr>
              <w:spacing w:after="0"/>
              <w:jc w:val="right"/>
            </w:pPr>
            <w:r>
              <w:rPr>
                <w:sz w:val="16"/>
              </w:rPr>
              <w:t>1</w:t>
            </w:r>
          </w:p>
        </w:tc>
        <w:tc>
          <w:tcPr>
            <w:tcW w:type="dxa" w:w="1665"/>
          </w:tcPr>
          <w:p>
            <w:pPr>
              <w:spacing w:after="0"/>
              <w:jc w:val="right"/>
            </w:pPr>
            <w:r>
              <w:rPr>
                <w:sz w:val="16"/>
              </w:rPr>
              <w:t>27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12</w:t>
            </w:r>
          </w:p>
        </w:tc>
        <w:tc>
          <w:tcPr>
            <w:tcW w:type="dxa" w:w="1496"/>
          </w:tcPr>
          <w:p>
            <w:pPr>
              <w:spacing w:after="0"/>
              <w:jc w:val="right"/>
            </w:pPr>
            <w:r>
              <w:rPr>
                <w:sz w:val="16"/>
              </w:rPr>
              <w:t>1</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7 properties are FMA repetitive loss but not NFIP repetitive loss, and 54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Haywood County, NC: risk-assessment baseline packet, release 2026-10 (data as of 2026-09-30; County FIPS 37087). Automated baseline. </w:t>
      </w:r>
      <w:hyperlink r:id="rId15">
        <w:r>
          <w:rPr>
            <w:color w:val="1F4E99"/>
            <w:sz w:val="17"/>
            <w:u w:val="single"/>
          </w:rPr>
          <w:t>https://hazardplain.org/nc/37087/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hazard-plain_2026-10_NC_37087.docx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Haywood County, NC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c/3708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Haywood County, NC: Risk-assessment baseline packet</dc:title>
  <dc:subject>Hazard Plain release 2026-10, as of 2026-09-30. Automated baseline</dc:subject>
  <dc:creator>Hazard Plain</dc:creator>
  <cp:keywords>Hazard Plain; hazard mitigation; risk assessment; 37087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