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Davie County, NC</w:t>
      </w:r>
    </w:p>
    <w:p>
      <w:pPr>
        <w:spacing w:after="120" w:before="0"/>
      </w:pPr>
      <w:r>
        <w:rPr>
          <w:color w:val="555555"/>
          <w:sz w:val="24"/>
        </w:rPr>
        <w:t>Risk-assessment baseline packet</w:t>
      </w:r>
    </w:p>
    <w:p>
      <w:pPr>
        <w:spacing w:after="120" w:before="0"/>
      </w:pPr>
      <w:r>
        <w:rPr>
          <w:b/>
          <w:sz w:val="18"/>
        </w:rPr>
        <w:t xml:space="preserve">County FIPS: </w:t>
      </w:r>
      <w:r>
        <w:rPr>
          <w:sz w:val="18"/>
        </w:rPr>
        <w:t>37059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2030-08-18. Plan: Northern Piedmont Regional (FEMA plan 111012), approved 2025-08-19.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2025-08-19: 1 new hazard declaration (1 incident)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($8,679,566 a year), Cold Wave ($1,054,322) and Tornado ($762,753).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2030-08-18</w:t>
      </w:r>
    </w:p>
    <w:p>
      <w:pPr>
        <w:keepNext/>
        <w:spacing w:after="40" w:before="0"/>
      </w:pPr>
      <w:r>
        <w:rPr>
          <w:b/>
        </w:rPr>
        <w:t xml:space="preserve">Plan: </w:t>
      </w:r>
      <w:r>
        <w:rPr/>
        <w:t>Northern Piedmont Regional (FEMA plan 111012)</w:t>
      </w:r>
    </w:p>
    <w:p>
      <w:pPr>
        <w:keepNext/>
        <w:spacing w:after="40" w:before="0"/>
      </w:pPr>
      <w:r>
        <w:rPr>
          <w:b/>
        </w:rPr>
        <w:t xml:space="preserve">Approved: </w:t>
      </w:r>
      <w:r>
        <w:rPr/>
        <w:t>2025-08-19</w:t>
      </w:r>
    </w:p>
    <w:p>
      <w:pPr>
        <w:keepNext/>
        <w:spacing w:after="40" w:before="0"/>
      </w:pPr>
      <w:r>
        <w:rPr>
          <w:b/>
        </w:rPr>
        <w:t xml:space="preserve">Days to expiry: </w:t>
      </w:r>
      <w:r>
        <w:rPr/>
        <w:t>1,418</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7"/>
        <w:gridCol w:w="1394"/>
        <w:gridCol w:w="2190"/>
        <w:gridCol w:w="3228"/>
        <w:gridCol w:w="1037"/>
        <w:gridCol w:w="1037"/>
        <w:gridCol w:w="864"/>
        <w:gridCol w:w="2816"/>
      </w:tblGrid>
      <w:tr>
        <w:trPr>
          <w:cantSplit/>
          <w:tblHeader/>
        </w:trPr>
        <w:tc>
          <w:tcPr>
            <w:tcW w:type="dxa" w:w="154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0"/>
            <w:shd w:val="clear" w:color="auto" w:fill="E8E8E8"/>
          </w:tcPr>
          <w:p>
            <w:pPr>
              <w:spacing w:after="0"/>
              <w:jc w:val="left"/>
            </w:pPr>
            <w:r>
              <w:rPr>
                <w:b/>
                <w:sz w:val="16"/>
              </w:rPr>
              <w:t>Status</w:t>
            </w:r>
          </w:p>
        </w:tc>
        <w:tc>
          <w:tcPr>
            <w:tcW w:type="dxa" w:w="322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16"/>
            <w:shd w:val="clear" w:color="auto" w:fill="E8E8E8"/>
          </w:tcPr>
          <w:p>
            <w:pPr>
              <w:spacing w:after="0"/>
              <w:jc w:val="left"/>
            </w:pPr>
            <w:r>
              <w:rPr>
                <w:b/>
                <w:sz w:val="16"/>
              </w:rPr>
              <w:t>Notes</w:t>
            </w:r>
          </w:p>
        </w:tc>
      </w:tr>
      <w:tr>
        <w:trPr>
          <w:cantSplit/>
        </w:trPr>
        <w:tc>
          <w:tcPr>
            <w:tcW w:type="dxa" w:w="1547"/>
          </w:tcPr>
          <w:p>
            <w:pPr>
              <w:spacing w:after="0"/>
              <w:jc w:val="left"/>
            </w:pPr>
            <w:r>
              <w:rPr>
                <w:sz w:val="16"/>
              </w:rPr>
              <w:t>Davie County (unincorporated area)</w:t>
            </w:r>
          </w:p>
        </w:tc>
        <w:tc>
          <w:tcPr>
            <w:tcW w:type="dxa" w:w="1394"/>
          </w:tcPr>
          <w:p>
            <w:pPr>
              <w:spacing w:after="0"/>
              <w:jc w:val="left"/>
            </w:pPr>
            <w:r>
              <w:rPr>
                <w:sz w:val="16"/>
              </w:rPr>
              <w:t>Unincorporated</w:t>
            </w:r>
          </w:p>
        </w:tc>
        <w:tc>
          <w:tcPr>
            <w:tcW w:type="dxa" w:w="2190"/>
          </w:tcPr>
          <w:p>
            <w:pPr>
              <w:spacing w:after="0"/>
              <w:jc w:val="left"/>
            </w:pPr>
            <w:r>
              <w:rPr>
                <w:sz w:val="16"/>
              </w:rPr>
              <w:t>Approved, expires 2030-08-18</w:t>
            </w:r>
          </w:p>
        </w:tc>
        <w:tc>
          <w:tcPr>
            <w:tcW w:type="dxa" w:w="3228"/>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4"/>
          </w:tcPr>
          <w:p>
            <w:pPr>
              <w:spacing w:after="0"/>
              <w:jc w:val="right"/>
            </w:pPr>
            <w:r>
              <w:rPr>
                <w:sz w:val="16"/>
              </w:rPr>
              <w:t>1,418</w:t>
            </w:r>
          </w:p>
        </w:tc>
        <w:tc>
          <w:tcPr>
            <w:tcW w:type="dxa" w:w="2816"/>
          </w:tcPr>
          <w:p>
            <w:pPr>
              <w:spacing w:after="0"/>
              <w:jc w:val="left"/>
            </w:pPr>
            <w:r>
              <w:rPr>
                <w:sz w:val="16"/>
              </w:rPr>
              <w:t>this jurisdiction approved 2026-08-12</w:t>
            </w:r>
          </w:p>
        </w:tc>
      </w:tr>
      <w:tr>
        <w:trPr>
          <w:cantSplit/>
        </w:trPr>
        <w:tc>
          <w:tcPr>
            <w:tcW w:type="dxa" w:w="1547"/>
          </w:tcPr>
          <w:p>
            <w:pPr>
              <w:spacing w:after="0"/>
              <w:jc w:val="left"/>
            </w:pPr>
            <w:r>
              <w:rPr>
                <w:sz w:val="16"/>
              </w:rPr>
              <w:t>Bermuda Run town</w:t>
            </w:r>
          </w:p>
        </w:tc>
        <w:tc>
          <w:tcPr>
            <w:tcW w:type="dxa" w:w="1394"/>
          </w:tcPr>
          <w:p>
            <w:pPr>
              <w:spacing w:after="0"/>
              <w:jc w:val="left"/>
            </w:pPr>
            <w:r>
              <w:rPr>
                <w:sz w:val="16"/>
              </w:rPr>
              <w:t>Town</w:t>
            </w:r>
          </w:p>
        </w:tc>
        <w:tc>
          <w:tcPr>
            <w:tcW w:type="dxa" w:w="2190"/>
          </w:tcPr>
          <w:p>
            <w:pPr>
              <w:spacing w:after="0"/>
              <w:jc w:val="left"/>
            </w:pPr>
            <w:r>
              <w:rPr>
                <w:sz w:val="16"/>
              </w:rPr>
              <w:t>Approved, expires 2030-08-18</w:t>
            </w:r>
          </w:p>
        </w:tc>
        <w:tc>
          <w:tcPr>
            <w:tcW w:type="dxa" w:w="3228"/>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4"/>
          </w:tcPr>
          <w:p>
            <w:pPr>
              <w:spacing w:after="0"/>
              <w:jc w:val="right"/>
            </w:pPr>
            <w:r>
              <w:rPr>
                <w:sz w:val="16"/>
              </w:rPr>
              <w:t>1,418</w:t>
            </w:r>
          </w:p>
        </w:tc>
        <w:tc>
          <w:tcPr>
            <w:tcW w:type="dxa" w:w="2816"/>
          </w:tcPr>
          <w:p>
            <w:pPr>
              <w:spacing w:after="0"/>
              <w:jc w:val="left"/>
            </w:pPr>
            <w:r>
              <w:rPr>
                <w:sz w:val="16"/>
              </w:rPr>
              <w:t>this jurisdiction approved 2026-01-12</w:t>
            </w:r>
          </w:p>
        </w:tc>
      </w:tr>
      <w:tr>
        <w:trPr>
          <w:cantSplit/>
        </w:trPr>
        <w:tc>
          <w:tcPr>
            <w:tcW w:type="dxa" w:w="1547"/>
          </w:tcPr>
          <w:p>
            <w:pPr>
              <w:spacing w:after="0"/>
              <w:jc w:val="left"/>
            </w:pPr>
            <w:r>
              <w:rPr>
                <w:sz w:val="16"/>
              </w:rPr>
              <w:t>Cooleemee town</w:t>
            </w:r>
          </w:p>
        </w:tc>
        <w:tc>
          <w:tcPr>
            <w:tcW w:type="dxa" w:w="1394"/>
          </w:tcPr>
          <w:p>
            <w:pPr>
              <w:spacing w:after="0"/>
              <w:jc w:val="left"/>
            </w:pPr>
            <w:r>
              <w:rPr>
                <w:sz w:val="16"/>
              </w:rPr>
              <w:t>Town</w:t>
            </w:r>
          </w:p>
        </w:tc>
        <w:tc>
          <w:tcPr>
            <w:tcW w:type="dxa" w:w="2190"/>
          </w:tcPr>
          <w:p>
            <w:pPr>
              <w:spacing w:after="0"/>
              <w:jc w:val="left"/>
            </w:pPr>
            <w:r>
              <w:rPr>
                <w:sz w:val="16"/>
              </w:rPr>
              <w:t>Approved, expires 2030-08-18</w:t>
            </w:r>
          </w:p>
        </w:tc>
        <w:tc>
          <w:tcPr>
            <w:tcW w:type="dxa" w:w="3228"/>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4"/>
          </w:tcPr>
          <w:p>
            <w:pPr>
              <w:spacing w:after="0"/>
              <w:jc w:val="right"/>
            </w:pPr>
            <w:r>
              <w:rPr>
                <w:sz w:val="16"/>
              </w:rPr>
              <w:t>1,418</w:t>
            </w:r>
          </w:p>
        </w:tc>
        <w:tc>
          <w:tcPr>
            <w:tcW w:type="dxa" w:w="2816"/>
          </w:tcPr>
          <w:p>
            <w:pPr>
              <w:spacing w:after="0"/>
              <w:jc w:val="left"/>
            </w:pPr>
            <w:r>
              <w:rPr>
                <w:sz w:val="16"/>
              </w:rPr>
              <w:t>this jurisdiction approved 2026-08-13</w:t>
            </w:r>
          </w:p>
        </w:tc>
      </w:tr>
      <w:tr>
        <w:trPr>
          <w:cantSplit/>
        </w:trPr>
        <w:tc>
          <w:tcPr>
            <w:tcW w:type="dxa" w:w="1547"/>
          </w:tcPr>
          <w:p>
            <w:pPr>
              <w:spacing w:after="0"/>
              <w:jc w:val="left"/>
            </w:pPr>
            <w:r>
              <w:rPr>
                <w:sz w:val="16"/>
              </w:rPr>
              <w:t>Mocksville town</w:t>
            </w:r>
          </w:p>
        </w:tc>
        <w:tc>
          <w:tcPr>
            <w:tcW w:type="dxa" w:w="1394"/>
          </w:tcPr>
          <w:p>
            <w:pPr>
              <w:spacing w:after="0"/>
              <w:jc w:val="left"/>
            </w:pPr>
            <w:r>
              <w:rPr>
                <w:sz w:val="16"/>
              </w:rPr>
              <w:t>Town</w:t>
            </w:r>
          </w:p>
        </w:tc>
        <w:tc>
          <w:tcPr>
            <w:tcW w:type="dxa" w:w="2190"/>
          </w:tcPr>
          <w:p>
            <w:pPr>
              <w:spacing w:after="0"/>
              <w:jc w:val="left"/>
            </w:pPr>
            <w:r>
              <w:rPr>
                <w:sz w:val="16"/>
              </w:rPr>
              <w:t>Approved, expires 2030-08-18</w:t>
            </w:r>
          </w:p>
        </w:tc>
        <w:tc>
          <w:tcPr>
            <w:tcW w:type="dxa" w:w="3228"/>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4"/>
          </w:tcPr>
          <w:p>
            <w:pPr>
              <w:spacing w:after="0"/>
              <w:jc w:val="right"/>
            </w:pPr>
            <w:r>
              <w:rPr>
                <w:sz w:val="16"/>
              </w:rPr>
              <w:t>1,418</w:t>
            </w:r>
          </w:p>
        </w:tc>
        <w:tc>
          <w:tcPr>
            <w:tcW w:type="dxa" w:w="2816"/>
          </w:tcPr>
          <w:p>
            <w:pPr>
              <w:spacing w:after="0"/>
              <w:jc w:val="left"/>
            </w:pPr>
            <w:r>
              <w:rPr>
                <w:sz w:val="16"/>
              </w:rPr>
              <w:t>this jurisdiction approved 2026-08-06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111012 covers 33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590"/>
        <w:gridCol w:w="1132"/>
        <w:gridCol w:w="1704"/>
        <w:gridCol w:w="3337"/>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0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37"/>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$8,652,691</w:t>
            </w:r>
          </w:p>
        </w:tc>
        <w:tc>
          <w:tcPr>
            <w:tcW w:type="dxa" w:w="1126"/>
          </w:tcPr>
          <w:p>
            <w:pPr>
              <w:spacing w:after="0"/>
              <w:jc w:val="right"/>
            </w:pPr>
            <w:r>
              <w:rPr>
                <w:sz w:val="16"/>
              </w:rPr>
              <w:t>$21,502</w:t>
            </w:r>
          </w:p>
        </w:tc>
        <w:tc>
          <w:tcPr>
            <w:tcW w:type="dxa" w:w="1590"/>
          </w:tcPr>
          <w:p>
            <w:pPr>
              <w:spacing w:after="0"/>
              <w:jc w:val="right"/>
            </w:pPr>
            <w:r>
              <w:rPr>
                <w:sz w:val="16"/>
              </w:rPr>
              <w:t>$5,373</w:t>
            </w:r>
          </w:p>
        </w:tc>
        <w:tc>
          <w:tcPr>
            <w:tcW w:type="dxa" w:w="1132"/>
          </w:tcPr>
          <w:p>
            <w:pPr>
              <w:spacing w:after="0"/>
              <w:jc w:val="right"/>
            </w:pPr>
            <w:r>
              <w:rPr>
                <w:sz w:val="16"/>
              </w:rPr>
              <w:t>$8,679,566</w:t>
            </w:r>
          </w:p>
        </w:tc>
        <w:tc>
          <w:tcPr>
            <w:tcW w:type="dxa" w:w="1704"/>
          </w:tcPr>
          <w:p>
            <w:pPr>
              <w:spacing w:after="0"/>
              <w:jc w:val="right"/>
            </w:pPr>
            <w:r>
              <w:rPr>
                <w:sz w:val="16"/>
              </w:rPr>
              <w:t>13</w:t>
            </w:r>
          </w:p>
        </w:tc>
        <w:tc>
          <w:tcPr>
            <w:tcW w:type="dxa" w:w="3337"/>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$10</w:t>
            </w:r>
          </w:p>
        </w:tc>
        <w:tc>
          <w:tcPr>
            <w:tcW w:type="dxa" w:w="1126"/>
          </w:tcPr>
          <w:p>
            <w:pPr>
              <w:spacing w:after="0"/>
              <w:jc w:val="right"/>
            </w:pPr>
            <w:r>
              <w:rPr>
                <w:sz w:val="16"/>
              </w:rPr>
              <w:t>$14,539</w:t>
            </w:r>
          </w:p>
        </w:tc>
        <w:tc>
          <w:tcPr>
            <w:tcW w:type="dxa" w:w="1590"/>
          </w:tcPr>
          <w:p>
            <w:pPr>
              <w:spacing w:after="0"/>
              <w:jc w:val="right"/>
            </w:pPr>
            <w:r>
              <w:rPr>
                <w:sz w:val="16"/>
              </w:rPr>
              <w:t>$1,039,773</w:t>
            </w:r>
          </w:p>
        </w:tc>
        <w:tc>
          <w:tcPr>
            <w:tcW w:type="dxa" w:w="1132"/>
          </w:tcPr>
          <w:p>
            <w:pPr>
              <w:spacing w:after="0"/>
              <w:jc w:val="right"/>
            </w:pPr>
            <w:r>
              <w:rPr>
                <w:sz w:val="16"/>
              </w:rPr>
              <w:t>$1,054,322</w:t>
            </w:r>
          </w:p>
        </w:tc>
        <w:tc>
          <w:tcPr>
            <w:tcW w:type="dxa" w:w="1704"/>
          </w:tcPr>
          <w:p>
            <w:pPr>
              <w:spacing w:after="0"/>
              <w:jc w:val="right"/>
            </w:pPr>
            <w:r>
              <w:rPr>
                <w:sz w:val="16"/>
              </w:rPr>
              <w:t>10</w:t>
            </w:r>
          </w:p>
        </w:tc>
        <w:tc>
          <w:tcPr>
            <w:tcW w:type="dxa" w:w="3337"/>
          </w:tcPr>
          <w:p>
            <w:pPr>
              <w:spacing w:after="0"/>
              <w:jc w:val="left"/>
            </w:pPr>
            <w:r>
              <w:rPr>
                <w:sz w:val="16"/>
              </w:rPr>
              <w:t>Includes 2 Frost/Freeze records (outside NRI's Cold Wave definition; counted in this table and in B1-d, not in the B1-e descriptor).</w:t>
            </w:r>
          </w:p>
        </w:tc>
      </w:tr>
      <w:tr>
        <w:trPr>
          <w:cantSplit/>
        </w:trPr>
        <w:tc>
          <w:tcPr>
            <w:tcW w:type="dxa" w:w="694"/>
          </w:tcPr>
          <w:p>
            <w:pPr>
              <w:spacing w:after="0"/>
              <w:jc w:val="right"/>
            </w:pPr>
            <w:r>
              <w:rPr>
                <w:sz w:val="16"/>
              </w:rPr>
              <w:t>3</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$362,605</w:t>
            </w:r>
          </w:p>
        </w:tc>
        <w:tc>
          <w:tcPr>
            <w:tcW w:type="dxa" w:w="1126"/>
          </w:tcPr>
          <w:p>
            <w:pPr>
              <w:spacing w:after="0"/>
              <w:jc w:val="right"/>
            </w:pPr>
            <w:r>
              <w:rPr>
                <w:sz w:val="16"/>
              </w:rPr>
              <w:t>$705</w:t>
            </w:r>
          </w:p>
        </w:tc>
        <w:tc>
          <w:tcPr>
            <w:tcW w:type="dxa" w:w="1590"/>
          </w:tcPr>
          <w:p>
            <w:pPr>
              <w:spacing w:after="0"/>
              <w:jc w:val="right"/>
            </w:pPr>
            <w:r>
              <w:rPr>
                <w:sz w:val="16"/>
              </w:rPr>
              <w:t>$399,442</w:t>
            </w:r>
          </w:p>
        </w:tc>
        <w:tc>
          <w:tcPr>
            <w:tcW w:type="dxa" w:w="1132"/>
          </w:tcPr>
          <w:p>
            <w:pPr>
              <w:spacing w:after="0"/>
              <w:jc w:val="right"/>
            </w:pPr>
            <w:r>
              <w:rPr>
                <w:sz w:val="16"/>
              </w:rPr>
              <w:t>$762,753</w:t>
            </w:r>
          </w:p>
        </w:tc>
        <w:tc>
          <w:tcPr>
            <w:tcW w:type="dxa" w:w="1704"/>
          </w:tcPr>
          <w:p>
            <w:pPr>
              <w:spacing w:after="0"/>
              <w:jc w:val="right"/>
            </w:pPr>
            <w:r>
              <w:rPr>
                <w:sz w:val="16"/>
              </w:rPr>
              <w:t>6</w:t>
            </w:r>
          </w:p>
        </w:tc>
        <w:tc>
          <w:tcPr>
            <w:tcW w:type="dxa" w:w="3337"/>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Ice Storm</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037"/>
          </w:tcPr>
          <w:p>
            <w:pPr>
              <w:spacing w:after="0"/>
              <w:jc w:val="right"/>
            </w:pPr>
            <w:r>
              <w:rPr>
                <w:sz w:val="16"/>
              </w:rPr>
              <w:t>$545,009</w:t>
            </w:r>
          </w:p>
        </w:tc>
        <w:tc>
          <w:tcPr>
            <w:tcW w:type="dxa" w:w="1126"/>
          </w:tcPr>
          <w:p>
            <w:pPr>
              <w:spacing w:after="0"/>
              <w:jc w:val="right"/>
            </w:pPr>
            <w:r>
              <w:rPr>
                <w:sz w:val="16"/>
              </w:rPr>
              <w:t>n/a</w:t>
            </w:r>
          </w:p>
        </w:tc>
        <w:tc>
          <w:tcPr>
            <w:tcW w:type="dxa" w:w="1590"/>
          </w:tcPr>
          <w:p>
            <w:pPr>
              <w:spacing w:after="0"/>
              <w:jc w:val="right"/>
            </w:pPr>
            <w:r>
              <w:rPr>
                <w:sz w:val="16"/>
              </w:rPr>
              <w:t>$91,772</w:t>
            </w:r>
          </w:p>
        </w:tc>
        <w:tc>
          <w:tcPr>
            <w:tcW w:type="dxa" w:w="1132"/>
          </w:tcPr>
          <w:p>
            <w:pPr>
              <w:spacing w:after="0"/>
              <w:jc w:val="right"/>
            </w:pPr>
            <w:r>
              <w:rPr>
                <w:sz w:val="16"/>
              </w:rPr>
              <w:t>$636,781</w:t>
            </w:r>
          </w:p>
        </w:tc>
        <w:tc>
          <w:tcPr>
            <w:tcW w:type="dxa" w:w="1704"/>
          </w:tcPr>
          <w:p>
            <w:pPr>
              <w:spacing w:after="0"/>
              <w:jc w:val="right"/>
            </w:pPr>
            <w:r>
              <w:rPr>
                <w:sz w:val="16"/>
              </w:rPr>
              <w:t>9</w:t>
            </w:r>
          </w:p>
        </w:tc>
        <w:tc>
          <w:tcPr>
            <w:tcW w:type="dxa" w:w="3337"/>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Hurricane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$519,363</w:t>
            </w:r>
          </w:p>
        </w:tc>
        <w:tc>
          <w:tcPr>
            <w:tcW w:type="dxa" w:w="1126"/>
          </w:tcPr>
          <w:p>
            <w:pPr>
              <w:spacing w:after="0"/>
              <w:jc w:val="right"/>
            </w:pPr>
            <w:r>
              <w:rPr>
                <w:sz w:val="16"/>
              </w:rPr>
              <w:t>$52,613</w:t>
            </w:r>
          </w:p>
        </w:tc>
        <w:tc>
          <w:tcPr>
            <w:tcW w:type="dxa" w:w="1590"/>
          </w:tcPr>
          <w:p>
            <w:pPr>
              <w:spacing w:after="0"/>
              <w:jc w:val="right"/>
            </w:pPr>
            <w:r>
              <w:rPr>
                <w:sz w:val="16"/>
              </w:rPr>
              <w:t>$25,120</w:t>
            </w:r>
          </w:p>
        </w:tc>
        <w:tc>
          <w:tcPr>
            <w:tcW w:type="dxa" w:w="1132"/>
          </w:tcPr>
          <w:p>
            <w:pPr>
              <w:spacing w:after="0"/>
              <w:jc w:val="right"/>
            </w:pPr>
            <w:r>
              <w:rPr>
                <w:sz w:val="16"/>
              </w:rPr>
              <w:t>$597,096</w:t>
            </w:r>
          </w:p>
        </w:tc>
        <w:tc>
          <w:tcPr>
            <w:tcW w:type="dxa" w:w="1704"/>
          </w:tcPr>
          <w:p>
            <w:pPr>
              <w:spacing w:after="0"/>
              <w:jc w:val="right"/>
            </w:pPr>
            <w:r>
              <w:rPr>
                <w:sz w:val="16"/>
              </w:rPr>
              <w:t>2</w:t>
            </w:r>
          </w:p>
        </w:tc>
        <w:tc>
          <w:tcPr>
            <w:tcW w:type="dxa" w:w="3337"/>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$312,749</w:t>
            </w:r>
          </w:p>
        </w:tc>
        <w:tc>
          <w:tcPr>
            <w:tcW w:type="dxa" w:w="1126"/>
          </w:tcPr>
          <w:p>
            <w:pPr>
              <w:spacing w:after="0"/>
              <w:jc w:val="right"/>
            </w:pPr>
            <w:r>
              <w:rPr>
                <w:sz w:val="16"/>
              </w:rPr>
              <w:t>n/a</w:t>
            </w:r>
          </w:p>
        </w:tc>
        <w:tc>
          <w:tcPr>
            <w:tcW w:type="dxa" w:w="1590"/>
          </w:tcPr>
          <w:p>
            <w:pPr>
              <w:spacing w:after="0"/>
              <w:jc w:val="right"/>
            </w:pPr>
            <w:r>
              <w:rPr>
                <w:sz w:val="16"/>
              </w:rPr>
              <w:t>$51,842</w:t>
            </w:r>
          </w:p>
        </w:tc>
        <w:tc>
          <w:tcPr>
            <w:tcW w:type="dxa" w:w="1132"/>
          </w:tcPr>
          <w:p>
            <w:pPr>
              <w:spacing w:after="0"/>
              <w:jc w:val="right"/>
            </w:pPr>
            <w:r>
              <w:rPr>
                <w:sz w:val="16"/>
              </w:rPr>
              <w:t>$364,591</w:t>
            </w:r>
          </w:p>
        </w:tc>
        <w:tc>
          <w:tcPr>
            <w:tcW w:type="dxa" w:w="1704"/>
          </w:tcPr>
          <w:p>
            <w:pPr>
              <w:spacing w:after="0"/>
              <w:jc w:val="right"/>
            </w:pPr>
          </w:p>
        </w:tc>
        <w:tc>
          <w:tcPr>
            <w:tcW w:type="dxa" w:w="3337"/>
          </w:tcPr>
          <w:p>
            <w:pPr>
              <w:spacing w:after="0"/>
              <w:jc w:val="left"/>
            </w:pPr>
            <w:r>
              <w:rPr>
                <w:sz w:val="16"/>
              </w:rPr>
              <w:t>Storm Events does not record earthquakes.</w:t>
            </w:r>
          </w:p>
        </w:tc>
      </w:tr>
      <w:tr>
        <w:trPr>
          <w:cantSplit/>
        </w:trPr>
        <w:tc>
          <w:tcPr>
            <w:tcW w:type="dxa" w:w="694"/>
          </w:tcPr>
          <w:p>
            <w:pPr>
              <w:spacing w:after="0"/>
              <w:jc w:val="right"/>
            </w:pPr>
            <w:r>
              <w:rPr>
                <w:sz w:val="16"/>
              </w:rPr>
              <w:t>7</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$80,213</w:t>
            </w:r>
          </w:p>
        </w:tc>
        <w:tc>
          <w:tcPr>
            <w:tcW w:type="dxa" w:w="1126"/>
          </w:tcPr>
          <w:p>
            <w:pPr>
              <w:spacing w:after="0"/>
              <w:jc w:val="right"/>
            </w:pPr>
            <w:r>
              <w:rPr>
                <w:sz w:val="16"/>
              </w:rPr>
              <w:t>$4,163</w:t>
            </w:r>
          </w:p>
        </w:tc>
        <w:tc>
          <w:tcPr>
            <w:tcW w:type="dxa" w:w="1590"/>
          </w:tcPr>
          <w:p>
            <w:pPr>
              <w:spacing w:after="0"/>
              <w:jc w:val="right"/>
            </w:pPr>
            <w:r>
              <w:rPr>
                <w:sz w:val="16"/>
              </w:rPr>
              <w:t>$240,111</w:t>
            </w:r>
          </w:p>
        </w:tc>
        <w:tc>
          <w:tcPr>
            <w:tcW w:type="dxa" w:w="1132"/>
          </w:tcPr>
          <w:p>
            <w:pPr>
              <w:spacing w:after="0"/>
              <w:jc w:val="right"/>
            </w:pPr>
            <w:r>
              <w:rPr>
                <w:sz w:val="16"/>
              </w:rPr>
              <w:t>$324,486</w:t>
            </w:r>
          </w:p>
        </w:tc>
        <w:tc>
          <w:tcPr>
            <w:tcW w:type="dxa" w:w="1704"/>
          </w:tcPr>
          <w:p>
            <w:pPr>
              <w:spacing w:after="0"/>
              <w:jc w:val="right"/>
            </w:pPr>
            <w:r>
              <w:rPr>
                <w:sz w:val="16"/>
              </w:rPr>
              <w:t>127</w:t>
            </w:r>
          </w:p>
        </w:tc>
        <w:tc>
          <w:tcPr>
            <w:tcW w:type="dxa" w:w="3337"/>
          </w:tcPr>
          <w:p>
            <w:pPr>
              <w:spacing w:after="0"/>
              <w:jc w:val="left"/>
            </w:pPr>
            <w:r>
              <w:rPr>
                <w:sz w:val="16"/>
              </w:rPr>
              <w:t>Includes 6 High Wind and 3 Strong Wind records (NOAA non-thunderstorm wind types, outside NRI's Strong Wind definition).</w:t>
            </w:r>
          </w:p>
        </w:tc>
      </w:tr>
      <w:tr>
        <w:trPr>
          <w:cantSplit/>
        </w:trPr>
        <w:tc>
          <w:tcPr>
            <w:tcW w:type="dxa" w:w="694"/>
          </w:tcPr>
          <w:p>
            <w:pPr>
              <w:spacing w:after="0"/>
              <w:jc w:val="right"/>
            </w:pPr>
            <w:r>
              <w:rPr>
                <w:sz w:val="16"/>
              </w:rPr>
              <w:t>8</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$222,228</w:t>
            </w:r>
          </w:p>
        </w:tc>
        <w:tc>
          <w:tcPr>
            <w:tcW w:type="dxa" w:w="1590"/>
          </w:tcPr>
          <w:p>
            <w:pPr>
              <w:spacing w:after="0"/>
              <w:jc w:val="right"/>
            </w:pPr>
            <w:r>
              <w:rPr>
                <w:sz w:val="16"/>
              </w:rPr>
              <w:t>n/a</w:t>
            </w:r>
          </w:p>
        </w:tc>
        <w:tc>
          <w:tcPr>
            <w:tcW w:type="dxa" w:w="1132"/>
          </w:tcPr>
          <w:p>
            <w:pPr>
              <w:spacing w:after="0"/>
              <w:jc w:val="right"/>
            </w:pPr>
            <w:r>
              <w:rPr>
                <w:sz w:val="16"/>
              </w:rPr>
              <w:t>$222,228</w:t>
            </w:r>
          </w:p>
        </w:tc>
        <w:tc>
          <w:tcPr>
            <w:tcW w:type="dxa" w:w="1704"/>
          </w:tcPr>
          <w:p>
            <w:pPr>
              <w:spacing w:after="0"/>
              <w:jc w:val="right"/>
            </w:pPr>
            <w:r>
              <w:rPr>
                <w:sz w:val="16"/>
              </w:rPr>
              <w:t>35</w:t>
            </w:r>
          </w:p>
        </w:tc>
        <w:tc>
          <w:tcPr>
            <w:tcW w:type="dxa" w:w="3337"/>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$74,784</w:t>
            </w:r>
          </w:p>
        </w:tc>
        <w:tc>
          <w:tcPr>
            <w:tcW w:type="dxa" w:w="1126"/>
          </w:tcPr>
          <w:p>
            <w:pPr>
              <w:spacing w:after="0"/>
              <w:jc w:val="right"/>
            </w:pPr>
            <w:r>
              <w:rPr>
                <w:sz w:val="16"/>
              </w:rPr>
              <w:t>$16,326</w:t>
            </w:r>
          </w:p>
        </w:tc>
        <w:tc>
          <w:tcPr>
            <w:tcW w:type="dxa" w:w="1590"/>
          </w:tcPr>
          <w:p>
            <w:pPr>
              <w:spacing w:after="0"/>
              <w:jc w:val="right"/>
            </w:pPr>
            <w:r>
              <w:rPr>
                <w:sz w:val="16"/>
              </w:rPr>
              <w:t>$71,725</w:t>
            </w:r>
          </w:p>
        </w:tc>
        <w:tc>
          <w:tcPr>
            <w:tcW w:type="dxa" w:w="1132"/>
          </w:tcPr>
          <w:p>
            <w:pPr>
              <w:spacing w:after="0"/>
              <w:jc w:val="right"/>
            </w:pPr>
            <w:r>
              <w:rPr>
                <w:sz w:val="16"/>
              </w:rPr>
              <w:t>$162,835</w:t>
            </w:r>
          </w:p>
        </w:tc>
        <w:tc>
          <w:tcPr>
            <w:tcW w:type="dxa" w:w="1704"/>
          </w:tcPr>
          <w:p>
            <w:pPr>
              <w:spacing w:after="0"/>
              <w:jc w:val="right"/>
            </w:pPr>
            <w:r>
              <w:rPr>
                <w:sz w:val="16"/>
              </w:rPr>
              <w:t>69</w:t>
            </w:r>
          </w:p>
        </w:tc>
        <w:tc>
          <w:tcPr>
            <w:tcW w:type="dxa" w:w="3337"/>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$13</w:t>
            </w:r>
          </w:p>
        </w:tc>
        <w:tc>
          <w:tcPr>
            <w:tcW w:type="dxa" w:w="1590"/>
          </w:tcPr>
          <w:p>
            <w:pPr>
              <w:spacing w:after="0"/>
              <w:jc w:val="right"/>
            </w:pPr>
            <w:r>
              <w:rPr>
                <w:sz w:val="16"/>
              </w:rPr>
              <w:t>$148,183</w:t>
            </w:r>
          </w:p>
        </w:tc>
        <w:tc>
          <w:tcPr>
            <w:tcW w:type="dxa" w:w="1132"/>
          </w:tcPr>
          <w:p>
            <w:pPr>
              <w:spacing w:after="0"/>
              <w:jc w:val="right"/>
            </w:pPr>
            <w:r>
              <w:rPr>
                <w:sz w:val="16"/>
              </w:rPr>
              <w:t>$148,205</w:t>
            </w:r>
          </w:p>
        </w:tc>
        <w:tc>
          <w:tcPr>
            <w:tcW w:type="dxa" w:w="1704"/>
          </w:tcPr>
          <w:p>
            <w:pPr>
              <w:spacing w:after="0"/>
              <w:jc w:val="right"/>
            </w:pPr>
            <w:r>
              <w:rPr>
                <w:sz w:val="16"/>
              </w:rPr>
              <w:t>2</w:t>
            </w:r>
          </w:p>
        </w:tc>
        <w:tc>
          <w:tcPr>
            <w:tcW w:type="dxa" w:w="3337"/>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Lightning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$18,960</w:t>
            </w:r>
          </w:p>
        </w:tc>
        <w:tc>
          <w:tcPr>
            <w:tcW w:type="dxa" w:w="1126"/>
          </w:tcPr>
          <w:p>
            <w:pPr>
              <w:spacing w:after="0"/>
              <w:jc w:val="right"/>
            </w:pPr>
            <w:r>
              <w:rPr>
                <w:sz w:val="16"/>
              </w:rPr>
              <w:t>n/a</w:t>
            </w:r>
          </w:p>
        </w:tc>
        <w:tc>
          <w:tcPr>
            <w:tcW w:type="dxa" w:w="1590"/>
          </w:tcPr>
          <w:p>
            <w:pPr>
              <w:spacing w:after="0"/>
              <w:jc w:val="right"/>
            </w:pPr>
            <w:r>
              <w:rPr>
                <w:sz w:val="16"/>
              </w:rPr>
              <w:t>$106,160</w:t>
            </w:r>
          </w:p>
        </w:tc>
        <w:tc>
          <w:tcPr>
            <w:tcW w:type="dxa" w:w="1132"/>
          </w:tcPr>
          <w:p>
            <w:pPr>
              <w:spacing w:after="0"/>
              <w:jc w:val="right"/>
            </w:pPr>
            <w:r>
              <w:rPr>
                <w:sz w:val="16"/>
              </w:rPr>
              <w:t>$125,120</w:t>
            </w:r>
          </w:p>
        </w:tc>
        <w:tc>
          <w:tcPr>
            <w:tcW w:type="dxa" w:w="1704"/>
          </w:tcPr>
          <w:p>
            <w:pPr>
              <w:spacing w:after="0"/>
              <w:jc w:val="right"/>
            </w:pPr>
            <w:r>
              <w:rPr>
                <w:sz w:val="16"/>
              </w:rPr>
              <w:t>3</w:t>
            </w:r>
          </w:p>
        </w:tc>
        <w:tc>
          <w:tcPr>
            <w:tcW w:type="dxa" w:w="3337"/>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$2,034</w:t>
            </w:r>
          </w:p>
        </w:tc>
        <w:tc>
          <w:tcPr>
            <w:tcW w:type="dxa" w:w="1126"/>
          </w:tcPr>
          <w:p>
            <w:pPr>
              <w:spacing w:after="0"/>
              <w:jc w:val="right"/>
            </w:pPr>
            <w:r>
              <w:rPr>
                <w:sz w:val="16"/>
              </w:rPr>
              <w:t>$139</w:t>
            </w:r>
          </w:p>
        </w:tc>
        <w:tc>
          <w:tcPr>
            <w:tcW w:type="dxa" w:w="1590"/>
          </w:tcPr>
          <w:p>
            <w:pPr>
              <w:spacing w:after="0"/>
              <w:jc w:val="right"/>
            </w:pPr>
            <w:r>
              <w:rPr>
                <w:sz w:val="16"/>
              </w:rPr>
              <w:t>$33,418</w:t>
            </w:r>
          </w:p>
        </w:tc>
        <w:tc>
          <w:tcPr>
            <w:tcW w:type="dxa" w:w="1132"/>
          </w:tcPr>
          <w:p>
            <w:pPr>
              <w:spacing w:after="0"/>
              <w:jc w:val="right"/>
            </w:pPr>
            <w:r>
              <w:rPr>
                <w:sz w:val="16"/>
              </w:rPr>
              <w:t>$35,590</w:t>
            </w:r>
          </w:p>
        </w:tc>
        <w:tc>
          <w:tcPr>
            <w:tcW w:type="dxa" w:w="1704"/>
          </w:tcPr>
          <w:p>
            <w:pPr>
              <w:spacing w:after="0"/>
              <w:jc w:val="right"/>
            </w:pPr>
            <w:r>
              <w:rPr>
                <w:sz w:val="16"/>
              </w:rPr>
              <w:t>106</w:t>
            </w:r>
          </w:p>
        </w:tc>
        <w:tc>
          <w:tcPr>
            <w:tcW w:type="dxa" w:w="3337"/>
          </w:tcPr>
          <w:p>
            <w:pPr>
              <w:spacing w:after="0"/>
              <w:jc w:val="left"/>
            </w:pPr>
            <w:r>
              <w:rPr>
                <w:sz w:val="16"/>
              </w:rPr>
              <w:t>Includes 4 Sleet records (outside NRI's Winter Weather definition).</w:t>
            </w:r>
          </w:p>
        </w:tc>
      </w:tr>
      <w:tr>
        <w:trPr>
          <w:cantSplit/>
        </w:trPr>
        <w:tc>
          <w:tcPr>
            <w:tcW w:type="dxa" w:w="694"/>
          </w:tcPr>
          <w:p>
            <w:pPr>
              <w:spacing w:after="0"/>
              <w:jc w:val="right"/>
            </w:pPr>
            <w:r>
              <w:rPr>
                <w:sz w:val="16"/>
              </w:rPr>
              <w:t>13</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$7,287</w:t>
            </w:r>
          </w:p>
        </w:tc>
        <w:tc>
          <w:tcPr>
            <w:tcW w:type="dxa" w:w="1126"/>
          </w:tcPr>
          <w:p>
            <w:pPr>
              <w:spacing w:after="0"/>
              <w:jc w:val="right"/>
            </w:pPr>
            <w:r>
              <w:rPr>
                <w:sz w:val="16"/>
              </w:rPr>
              <w:t>$11</w:t>
            </w:r>
          </w:p>
        </w:tc>
        <w:tc>
          <w:tcPr>
            <w:tcW w:type="dxa" w:w="1590"/>
          </w:tcPr>
          <w:p>
            <w:pPr>
              <w:spacing w:after="0"/>
              <w:jc w:val="right"/>
            </w:pPr>
            <w:r>
              <w:rPr>
                <w:sz w:val="16"/>
              </w:rPr>
              <w:t>$2,277</w:t>
            </w:r>
          </w:p>
        </w:tc>
        <w:tc>
          <w:tcPr>
            <w:tcW w:type="dxa" w:w="1132"/>
          </w:tcPr>
          <w:p>
            <w:pPr>
              <w:spacing w:after="0"/>
              <w:jc w:val="right"/>
            </w:pPr>
            <w:r>
              <w:rPr>
                <w:sz w:val="16"/>
              </w:rPr>
              <w:t>$9,574</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$231</w:t>
            </w:r>
          </w:p>
        </w:tc>
        <w:tc>
          <w:tcPr>
            <w:tcW w:type="dxa" w:w="1126"/>
          </w:tcPr>
          <w:p>
            <w:pPr>
              <w:spacing w:after="0"/>
              <w:jc w:val="right"/>
            </w:pPr>
            <w:r>
              <w:rPr>
                <w:sz w:val="16"/>
              </w:rPr>
              <w:t>n/a</w:t>
            </w:r>
          </w:p>
        </w:tc>
        <w:tc>
          <w:tcPr>
            <w:tcW w:type="dxa" w:w="1590"/>
          </w:tcPr>
          <w:p>
            <w:pPr>
              <w:spacing w:after="0"/>
              <w:jc w:val="right"/>
            </w:pPr>
            <w:r>
              <w:rPr>
                <w:sz w:val="16"/>
              </w:rPr>
              <w:t>$93</w:t>
            </w:r>
          </w:p>
        </w:tc>
        <w:tc>
          <w:tcPr>
            <w:tcW w:type="dxa" w:w="1132"/>
          </w:tcPr>
          <w:p>
            <w:pPr>
              <w:spacing w:after="0"/>
              <w:jc w:val="right"/>
            </w:pPr>
            <w:r>
              <w:rPr>
                <w:sz w:val="16"/>
              </w:rPr>
              <w:t>$324</w:t>
            </w:r>
          </w:p>
        </w:tc>
        <w:tc>
          <w:tcPr>
            <w:tcW w:type="dxa" w:w="1704"/>
          </w:tcPr>
          <w:p>
            <w:pPr>
              <w:spacing w:after="0"/>
              <w:jc w:val="right"/>
            </w:pPr>
            <w:r>
              <w:rPr>
                <w:sz w:val="16"/>
              </w:rPr>
              <w:t>0</w:t>
            </w:r>
          </w:p>
        </w:tc>
        <w:tc>
          <w:tcPr>
            <w:tcW w:type="dxa" w:w="3337"/>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806 (Relatively Low, 72.0); tract 807.01 (Relatively Low, 62.9); tract 805 (Relatively Low, 59.2)</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806 (Relatively Low, 78.5); tract 803.01 (Relatively Low, 77.8); tract 802 (Relatively Low, 76.8)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804 (Very Low, 80.7); tract 801.02 (Very Low, 77.7); tract 806 (Very Low, 74.5)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806 (Relatively Moderate, 62.8); tract 803.01 (Relatively Moderate, 62.0); tract 802 (Relatively Moderate, 61.1)</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803.01 (Relatively Low, 73.4); tract 806 (Relatively Low, 70.3); tract 807.01 (Relatively Low, 70.1)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806 is Census Tract 806).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7"/>
        <w:gridCol w:w="1912"/>
        <w:gridCol w:w="1793"/>
        <w:gridCol w:w="2068"/>
        <w:gridCol w:w="1693"/>
        <w:gridCol w:w="1520"/>
        <w:gridCol w:w="1609"/>
        <w:gridCol w:w="1610"/>
      </w:tblGrid>
      <w:tr>
        <w:trPr>
          <w:cantSplit/>
          <w:tblHeader/>
        </w:trPr>
        <w:tc>
          <w:tcPr>
            <w:tcW w:type="dxa" w:w="1907"/>
            <w:shd w:val="clear" w:color="auto" w:fill="E8E8E8"/>
          </w:tcPr>
          <w:p>
            <w:pPr>
              <w:spacing w:after="0"/>
              <w:jc w:val="left"/>
            </w:pPr>
            <w:r>
              <w:rPr>
                <w:b/>
                <w:sz w:val="16"/>
              </w:rPr>
              <w:t>Hazard</w:t>
            </w:r>
          </w:p>
        </w:tc>
        <w:tc>
          <w:tcPr>
            <w:tcW w:type="dxa" w:w="1912"/>
            <w:shd w:val="clear" w:color="auto" w:fill="E8E8E8"/>
          </w:tcPr>
          <w:p>
            <w:pPr>
              <w:spacing w:after="0"/>
              <w:jc w:val="left"/>
            </w:pPr>
            <w:r>
              <w:rPr>
                <w:b/>
                <w:sz w:val="16"/>
              </w:rPr>
              <w:t>Scale</w:t>
            </w:r>
          </w:p>
        </w:tc>
        <w:tc>
          <w:tcPr>
            <w:tcW w:type="dxa" w:w="17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8"/>
            <w:shd w:val="clear" w:color="auto" w:fill="E8E8E8"/>
          </w:tcPr>
          <w:p>
            <w:pPr>
              <w:spacing w:after="0"/>
              <w:jc w:val="left"/>
            </w:pPr>
            <w:r>
              <w:rPr>
                <w:b/>
                <w:sz w:val="16"/>
              </w:rPr>
              <w:t>Observed range</w:t>
            </w:r>
          </w:p>
        </w:tc>
        <w:tc>
          <w:tcPr>
            <w:tcW w:type="dxa" w:w="1693"/>
            <w:shd w:val="clear" w:color="auto" w:fill="E8E8E8"/>
          </w:tcPr>
          <w:p>
            <w:pPr>
              <w:spacing w:after="0"/>
              <w:jc w:val="left"/>
            </w:pPr>
            <w:r>
              <w:rPr>
                <w:b/>
                <w:sz w:val="16"/>
              </w:rPr>
              <w:t>Worst recorded event</w:t>
            </w:r>
          </w:p>
        </w:tc>
        <w:tc>
          <w:tcPr>
            <w:tcW w:type="dxa" w:w="1520"/>
            <w:shd w:val="clear" w:color="auto" w:fill="E8E8E8"/>
          </w:tcPr>
          <w:p>
            <w:pPr>
              <w:spacing w:after="0"/>
              <w:jc w:val="left"/>
            </w:pPr>
            <w:r>
              <w:rPr>
                <w:b/>
                <w:sz w:val="16"/>
              </w:rPr>
              <w:t>Most damaging (when different)</w:t>
            </w:r>
          </w:p>
        </w:tc>
        <w:tc>
          <w:tcPr>
            <w:tcW w:type="dxa" w:w="1609"/>
            <w:shd w:val="clear" w:color="auto" w:fill="E8E8E8"/>
          </w:tcPr>
          <w:p>
            <w:pPr>
              <w:spacing w:after="0"/>
              <w:jc w:val="left"/>
            </w:pPr>
            <w:r>
              <w:rPr>
                <w:b/>
                <w:sz w:val="16"/>
              </w:rPr>
              <w:t>How it applies to jurisdictions</w:t>
            </w:r>
          </w:p>
        </w:tc>
        <w:tc>
          <w:tcPr>
            <w:tcW w:type="dxa" w:w="1610"/>
            <w:shd w:val="clear" w:color="auto" w:fill="E8E8E8"/>
          </w:tcPr>
          <w:p>
            <w:pPr>
              <w:spacing w:after="0"/>
              <w:jc w:val="left"/>
            </w:pPr>
            <w:r>
              <w:rPr>
                <w:b/>
                <w:sz w:val="16"/>
              </w:rPr>
              <w:t>Note</w:t>
            </w:r>
          </w:p>
        </w:tc>
      </w:tr>
      <w:tr>
        <w:trPr>
          <w:cantSplit/>
        </w:trPr>
        <w:tc>
          <w:tcPr>
            <w:tcW w:type="dxa" w:w="1907"/>
          </w:tcPr>
          <w:p>
            <w:pPr>
              <w:spacing w:after="0"/>
              <w:jc w:val="left"/>
            </w:pPr>
            <w:r>
              <w:rPr>
                <w:sz w:val="16"/>
              </w:rPr>
              <w:t>Cold/Wind Chill, Extreme Cold/Wind Chill</w:t>
            </w:r>
          </w:p>
        </w:tc>
        <w:tc>
          <w:tcPr>
            <w:tcW w:type="dxa" w:w="1912"/>
          </w:tcPr>
          <w:p>
            <w:pPr>
              <w:spacing w:after="0"/>
              <w:jc w:val="left"/>
            </w:pPr>
            <w:r>
              <w:rPr>
                <w:sz w:val="16"/>
              </w:rPr>
              <w:t>wind chill</w:t>
            </w:r>
          </w:p>
        </w:tc>
        <w:tc>
          <w:tcPr>
            <w:tcW w:type="dxa" w:w="1793"/>
          </w:tcPr>
          <w:p>
            <w:pPr>
              <w:spacing w:after="0"/>
              <w:jc w:val="right"/>
            </w:pPr>
            <w:r>
              <w:rPr>
                <w:sz w:val="16"/>
              </w:rPr>
              <w:t>8 records, 1997 to 2026 (8 zone-level)</w:t>
            </w:r>
          </w:p>
        </w:tc>
        <w:tc>
          <w:tcPr>
            <w:tcW w:type="dxa" w:w="2068"/>
          </w:tcPr>
          <w:p>
            <w:pPr>
              <w:spacing w:after="0"/>
              <w:jc w:val="left"/>
            </w:pPr>
            <w:r>
              <w:rPr>
                <w:sz w:val="16"/>
              </w:rPr>
              <w:t>1 day to 31 days (median 2 days); 8 with a recorded value</w:t>
            </w:r>
          </w:p>
        </w:tc>
        <w:tc>
          <w:tcPr>
            <w:tcW w:type="dxa" w:w="1693"/>
          </w:tcPr>
          <w:p>
            <w:pPr>
              <w:spacing w:after="0"/>
              <w:jc w:val="left"/>
            </w:pPr>
            <w:r>
              <w:rPr>
                <w:sz w:val="16"/>
              </w:rPr>
              <w:t>December 2000 (1 monthly summary record), zone-level</w:t>
            </w:r>
          </w:p>
        </w:tc>
        <w:tc>
          <w:tcPr>
            <w:tcW w:type="dxa" w:w="1520"/>
          </w:tcPr>
          <w:p>
            <w:pPr>
              <w:spacing w:after="0"/>
              <w:jc w:val="left"/>
            </w:pPr>
          </w:p>
        </w:tc>
        <w:tc>
          <w:tcPr>
            <w:tcW w:type="dxa" w:w="1609"/>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Frost/Freeze (outside NRI's Cold Wave definition)</w:t>
            </w:r>
          </w:p>
        </w:tc>
        <w:tc>
          <w:tcPr>
            <w:tcW w:type="dxa" w:w="1912"/>
          </w:tcPr>
          <w:p>
            <w:pPr>
              <w:spacing w:after="0"/>
              <w:jc w:val="left"/>
            </w:pPr>
            <w:r>
              <w:rPr>
                <w:sz w:val="16"/>
              </w:rPr>
              <w:t>crop damage</w:t>
            </w:r>
          </w:p>
        </w:tc>
        <w:tc>
          <w:tcPr>
            <w:tcW w:type="dxa" w:w="1793"/>
          </w:tcPr>
          <w:p>
            <w:pPr>
              <w:spacing w:after="0"/>
              <w:jc w:val="right"/>
            </w:pPr>
            <w:r>
              <w:rPr>
                <w:sz w:val="16"/>
              </w:rPr>
              <w:t>2 records, 2004 to 2007 (2 zone-level)</w:t>
            </w:r>
          </w:p>
        </w:tc>
        <w:tc>
          <w:tcPr>
            <w:tcW w:type="dxa" w:w="2068"/>
          </w:tcPr>
          <w:p>
            <w:pPr>
              <w:spacing w:after="0"/>
              <w:jc w:val="left"/>
            </w:pPr>
          </w:p>
        </w:tc>
        <w:tc>
          <w:tcPr>
            <w:tcW w:type="dxa" w:w="1693"/>
          </w:tcPr>
          <w:p>
            <w:pPr>
              <w:spacing w:after="0"/>
              <w:jc w:val="left"/>
            </w:pPr>
            <w:r>
              <w:rPr>
                <w:sz w:val="16"/>
              </w:rPr>
              <w:t>No crop damage reported in 2 records.</w:t>
            </w:r>
          </w:p>
        </w:tc>
        <w:tc>
          <w:tcPr>
            <w:tcW w:type="dxa" w:w="1520"/>
          </w:tcPr>
          <w:p>
            <w:pPr>
              <w:spacing w:after="0"/>
              <w:jc w:val="left"/>
            </w:pPr>
          </w:p>
        </w:tc>
        <w:tc>
          <w:tcPr>
            <w:tcW w:type="dxa" w:w="1609"/>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Drought</w:t>
            </w:r>
          </w:p>
        </w:tc>
        <w:tc>
          <w:tcPr>
            <w:tcW w:type="dxa" w:w="1912"/>
          </w:tcPr>
          <w:p>
            <w:pPr>
              <w:spacing w:after="0"/>
              <w:jc w:val="left"/>
            </w:pPr>
            <w:r>
              <w:rPr>
                <w:sz w:val="16"/>
              </w:rPr>
              <w:t>U.S. Drought Monitor scale (D0 to D4)</w:t>
            </w:r>
          </w:p>
        </w:tc>
        <w:tc>
          <w:tcPr>
            <w:tcW w:type="dxa" w:w="1793"/>
          </w:tcPr>
          <w:p>
            <w:pPr>
              <w:spacing w:after="0"/>
              <w:jc w:val="right"/>
            </w:pPr>
            <w:r>
              <w:rPr>
                <w:sz w:val="16"/>
              </w:rPr>
              <w:t>35 records, 1998 to 2026 (35 zone-level)</w:t>
            </w:r>
          </w:p>
        </w:tc>
        <w:tc>
          <w:tcPr>
            <w:tcW w:type="dxa" w:w="2068"/>
          </w:tcPr>
          <w:p>
            <w:pPr>
              <w:spacing w:after="0"/>
              <w:jc w:val="left"/>
            </w:pPr>
            <w:r>
              <w:rPr>
                <w:sz w:val="16"/>
              </w:rPr>
              <w:t>31 days to 276 days (median 61 days); 12 with a recorded value</w:t>
            </w:r>
          </w:p>
        </w:tc>
        <w:tc>
          <w:tcPr>
            <w:tcW w:type="dxa" w:w="1693"/>
          </w:tcPr>
          <w:p>
            <w:pPr>
              <w:spacing w:after="0"/>
              <w:jc w:val="left"/>
            </w:pPr>
            <w:r>
              <w:rPr>
                <w:sz w:val="16"/>
              </w:rPr>
              <w:t>276 days (9 months), 2007-05-01 to 2008-01-31, a run of 9 consecutive Storm Events drought records, zone-level</w:t>
            </w:r>
          </w:p>
        </w:tc>
        <w:tc>
          <w:tcPr>
            <w:tcW w:type="dxa" w:w="1520"/>
          </w:tcPr>
          <w:p>
            <w:pPr>
              <w:spacing w:after="0"/>
              <w:jc w:val="left"/>
            </w:pPr>
          </w:p>
        </w:tc>
        <w:tc>
          <w:tcPr>
            <w:tcW w:type="dxa" w:w="1609"/>
          </w:tcPr>
          <w:p>
            <w:pPr>
              <w:spacing w:after="0"/>
              <w:jc w:val="left"/>
            </w:pPr>
            <w:r>
              <w:rPr>
                <w:sz w:val="16"/>
              </w:rPr>
              <w:t>Countywide (zone-level records).</w:t>
            </w:r>
          </w:p>
        </w:tc>
        <w:tc>
          <w:tcPr>
            <w:tcW w:type="dxa" w:w="16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7"/>
          </w:tcPr>
          <w:p>
            <w:pPr>
              <w:spacing w:after="0"/>
              <w:jc w:val="left"/>
            </w:pPr>
            <w:r>
              <w:rPr>
                <w:sz w:val="16"/>
              </w:rPr>
              <w:t>Earthquake</w:t>
            </w:r>
          </w:p>
        </w:tc>
        <w:tc>
          <w:tcPr>
            <w:tcW w:type="dxa" w:w="1912"/>
          </w:tcPr>
          <w:p>
            <w:pPr>
              <w:spacing w:after="0"/>
              <w:jc w:val="left"/>
            </w:pPr>
            <w:r>
              <w:rPr>
                <w:sz w:val="16"/>
              </w:rPr>
              <w:t>Modified Mercalli (local data)</w:t>
            </w:r>
          </w:p>
        </w:tc>
        <w:tc>
          <w:tcPr>
            <w:tcW w:type="dxa" w:w="1793"/>
          </w:tcPr>
          <w:p>
            <w:pPr>
              <w:spacing w:after="0"/>
              <w:jc w:val="right"/>
            </w:pPr>
            <w:r>
              <w:rPr>
                <w:sz w:val="16"/>
              </w:rPr>
              <w:t>0</w:t>
            </w:r>
          </w:p>
        </w:tc>
        <w:tc>
          <w:tcPr>
            <w:tcW w:type="dxa" w:w="2068"/>
          </w:tcPr>
          <w:p>
            <w:pPr>
              <w:spacing w:after="0"/>
              <w:jc w:val="left"/>
            </w:pPr>
          </w:p>
        </w:tc>
        <w:tc>
          <w:tcPr>
            <w:tcW w:type="dxa" w:w="1693"/>
          </w:tcPr>
          <w:p>
            <w:pPr>
              <w:spacing w:after="0"/>
              <w:jc w:val="left"/>
            </w:pPr>
          </w:p>
        </w:tc>
        <w:tc>
          <w:tcPr>
            <w:tcW w:type="dxa" w:w="1520"/>
          </w:tcPr>
          <w:p>
            <w:pPr>
              <w:spacing w:after="0"/>
              <w:jc w:val="left"/>
            </w:pPr>
          </w:p>
        </w:tc>
        <w:tc>
          <w:tcPr>
            <w:tcW w:type="dxa" w:w="1609"/>
          </w:tcPr>
          <w:p>
            <w:pPr>
              <w:spacing w:after="0"/>
              <w:jc w:val="left"/>
            </w:pPr>
          </w:p>
        </w:tc>
        <w:tc>
          <w:tcPr>
            <w:tcW w:type="dxa" w:w="1610"/>
          </w:tcPr>
          <w:p>
            <w:pPr>
              <w:spacing w:after="0"/>
              <w:jc w:val="left"/>
            </w:pPr>
            <w:r>
              <w:rPr>
                <w:sz w:val="16"/>
              </w:rPr>
              <w:t>Storm Events does not record earthquakes; the USGS earthquake catalog is the source.</w:t>
            </w:r>
          </w:p>
        </w:tc>
      </w:tr>
      <w:tr>
        <w:trPr>
          <w:cantSplit/>
        </w:trPr>
        <w:tc>
          <w:tcPr>
            <w:tcW w:type="dxa" w:w="1907"/>
          </w:tcPr>
          <w:p>
            <w:pPr>
              <w:spacing w:after="0"/>
              <w:jc w:val="left"/>
            </w:pPr>
            <w:r>
              <w:rPr>
                <w:sz w:val="16"/>
              </w:rPr>
              <w:t>Hail</w:t>
            </w:r>
          </w:p>
        </w:tc>
        <w:tc>
          <w:tcPr>
            <w:tcW w:type="dxa" w:w="1912"/>
          </w:tcPr>
          <w:p>
            <w:pPr>
              <w:spacing w:after="0"/>
              <w:jc w:val="left"/>
            </w:pPr>
            <w:r>
              <w:rPr>
                <w:sz w:val="16"/>
              </w:rPr>
              <w:t>hail size (inches)</w:t>
            </w:r>
          </w:p>
        </w:tc>
        <w:tc>
          <w:tcPr>
            <w:tcW w:type="dxa" w:w="1793"/>
          </w:tcPr>
          <w:p>
            <w:pPr>
              <w:spacing w:after="0"/>
              <w:jc w:val="right"/>
            </w:pPr>
            <w:r>
              <w:rPr>
                <w:sz w:val="16"/>
              </w:rPr>
              <w:t>79 records, 1983 to 2023</w:t>
            </w:r>
          </w:p>
        </w:tc>
        <w:tc>
          <w:tcPr>
            <w:tcW w:type="dxa" w:w="2068"/>
          </w:tcPr>
          <w:p>
            <w:pPr>
              <w:spacing w:after="0"/>
              <w:jc w:val="left"/>
            </w:pPr>
            <w:r>
              <w:rPr>
                <w:sz w:val="16"/>
              </w:rPr>
              <w:t>0.75 in to 2.5 in (median 1 in); 79 with a recorded value</w:t>
            </w:r>
          </w:p>
        </w:tc>
        <w:tc>
          <w:tcPr>
            <w:tcW w:type="dxa" w:w="1693"/>
          </w:tcPr>
          <w:p>
            <w:pPr>
              <w:spacing w:after="0"/>
              <w:jc w:val="left"/>
            </w:pPr>
            <w:r>
              <w:rPr>
                <w:sz w:val="16"/>
              </w:rPr>
              <w:t>2.5 in hail, 2011-05-23</w:t>
            </w:r>
          </w:p>
        </w:tc>
        <w:tc>
          <w:tcPr>
            <w:tcW w:type="dxa" w:w="1520"/>
          </w:tcPr>
          <w:p>
            <w:pPr>
              <w:spacing w:after="0"/>
              <w:jc w:val="left"/>
            </w:pPr>
          </w:p>
        </w:tc>
        <w:tc>
          <w:tcPr>
            <w:tcW w:type="dxa" w:w="1609"/>
          </w:tcPr>
          <w:p>
            <w:pPr>
              <w:spacing w:after="0"/>
              <w:jc w:val="left"/>
            </w:pPr>
            <w:r>
              <w:rPr>
                <w:sz w:val="16"/>
              </w:rPr>
              <w:t>Event records naming jurisdictions in the plan: Mocksville town (33 records), Cooleemee town (6 records).</w:t>
            </w:r>
          </w:p>
        </w:tc>
        <w:tc>
          <w:tcPr>
            <w:tcW w:type="dxa" w:w="1610"/>
          </w:tcPr>
          <w:p>
            <w:pPr>
              <w:spacing w:after="0"/>
              <w:jc w:val="left"/>
            </w:pPr>
          </w:p>
        </w:tc>
      </w:tr>
      <w:tr>
        <w:trPr>
          <w:cantSplit/>
        </w:trPr>
        <w:tc>
          <w:tcPr>
            <w:tcW w:type="dxa" w:w="1907"/>
          </w:tcPr>
          <w:p>
            <w:pPr>
              <w:spacing w:after="0"/>
              <w:jc w:val="left"/>
            </w:pPr>
            <w:r>
              <w:rPr>
                <w:sz w:val="16"/>
              </w:rPr>
              <w:t>Excessive Heat, Heat</w:t>
            </w:r>
          </w:p>
        </w:tc>
        <w:tc>
          <w:tcPr>
            <w:tcW w:type="dxa" w:w="1912"/>
          </w:tcPr>
          <w:p>
            <w:pPr>
              <w:spacing w:after="0"/>
              <w:jc w:val="left"/>
            </w:pPr>
            <w:r>
              <w:rPr>
                <w:sz w:val="16"/>
              </w:rPr>
              <w:t>heat index (in event narratives)</w:t>
            </w:r>
          </w:p>
        </w:tc>
        <w:tc>
          <w:tcPr>
            <w:tcW w:type="dxa" w:w="1793"/>
          </w:tcPr>
          <w:p>
            <w:pPr>
              <w:spacing w:after="0"/>
              <w:jc w:val="right"/>
            </w:pPr>
            <w:r>
              <w:rPr>
                <w:sz w:val="16"/>
              </w:rPr>
              <w:t>2 records, 2012 (2 zone-level)</w:t>
            </w:r>
          </w:p>
        </w:tc>
        <w:tc>
          <w:tcPr>
            <w:tcW w:type="dxa" w:w="2068"/>
          </w:tcPr>
          <w:p>
            <w:pPr>
              <w:spacing w:after="0"/>
              <w:jc w:val="left"/>
            </w:pPr>
            <w:r>
              <w:rPr>
                <w:sz w:val="16"/>
              </w:rPr>
              <w:t>3 days; 1 with a recorded value</w:t>
            </w:r>
          </w:p>
        </w:tc>
        <w:tc>
          <w:tcPr>
            <w:tcW w:type="dxa" w:w="1693"/>
          </w:tcPr>
          <w:p>
            <w:pPr>
              <w:spacing w:after="0"/>
              <w:jc w:val="left"/>
            </w:pPr>
            <w:r>
              <w:rPr>
                <w:sz w:val="16"/>
              </w:rPr>
              <w:t>3 consecutive days, 2012-06-29 to 2012-07-01, zone-level</w:t>
            </w:r>
          </w:p>
        </w:tc>
        <w:tc>
          <w:tcPr>
            <w:tcW w:type="dxa" w:w="1520"/>
          </w:tcPr>
          <w:p>
            <w:pPr>
              <w:spacing w:after="0"/>
              <w:jc w:val="left"/>
            </w:pPr>
          </w:p>
        </w:tc>
        <w:tc>
          <w:tcPr>
            <w:tcW w:type="dxa" w:w="1609"/>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Hurricane, Tropical Storm, Tropical Depression</w:t>
            </w:r>
          </w:p>
        </w:tc>
        <w:tc>
          <w:tcPr>
            <w:tcW w:type="dxa" w:w="1912"/>
          </w:tcPr>
          <w:p>
            <w:pPr>
              <w:spacing w:after="0"/>
              <w:jc w:val="left"/>
            </w:pPr>
            <w:r>
              <w:rPr>
                <w:sz w:val="16"/>
              </w:rPr>
              <w:t>Saffir-Simpson</w:t>
            </w:r>
          </w:p>
        </w:tc>
        <w:tc>
          <w:tcPr>
            <w:tcW w:type="dxa" w:w="1793"/>
          </w:tcPr>
          <w:p>
            <w:pPr>
              <w:spacing w:after="0"/>
              <w:jc w:val="right"/>
            </w:pPr>
            <w:r>
              <w:rPr>
                <w:sz w:val="16"/>
              </w:rPr>
              <w:t>2 records, 2018 to 2020 (2 zone-level)</w:t>
            </w:r>
          </w:p>
        </w:tc>
        <w:tc>
          <w:tcPr>
            <w:tcW w:type="dxa" w:w="2068"/>
          </w:tcPr>
          <w:p>
            <w:pPr>
              <w:spacing w:after="0"/>
              <w:jc w:val="left"/>
            </w:pPr>
          </w:p>
        </w:tc>
        <w:tc>
          <w:tcPr>
            <w:tcW w:type="dxa" w:w="1693"/>
          </w:tcPr>
          <w:p>
            <w:pPr>
              <w:spacing w:after="0"/>
              <w:jc w:val="left"/>
            </w:pPr>
            <w:r>
              <w:rPr>
                <w:sz w:val="16"/>
              </w:rPr>
              <w:t>Strongest recorded: Tropical Storm record, 2018-10-11, $1,000 property; $0 crops (2018 dollars); NWS zone NCZ037</w:t>
            </w:r>
          </w:p>
        </w:tc>
        <w:tc>
          <w:tcPr>
            <w:tcW w:type="dxa" w:w="1520"/>
          </w:tcPr>
          <w:p>
            <w:pPr>
              <w:spacing w:after="0"/>
              <w:jc w:val="left"/>
            </w:pPr>
          </w:p>
        </w:tc>
        <w:tc>
          <w:tcPr>
            <w:tcW w:type="dxa" w:w="1609"/>
          </w:tcPr>
          <w:p>
            <w:pPr>
              <w:spacing w:after="0"/>
              <w:jc w:val="left"/>
            </w:pPr>
            <w:r>
              <w:rPr>
                <w:sz w:val="16"/>
              </w:rPr>
              <w:t>Countywide (zone-level records).</w:t>
            </w:r>
          </w:p>
        </w:tc>
        <w:tc>
          <w:tcPr>
            <w:tcW w:type="dxa" w:w="16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7"/>
          </w:tcPr>
          <w:p>
            <w:pPr>
              <w:spacing w:after="0"/>
              <w:jc w:val="left"/>
            </w:pPr>
            <w:r>
              <w:rPr>
                <w:sz w:val="16"/>
              </w:rPr>
              <w:t>Ice Storm</w:t>
            </w:r>
          </w:p>
        </w:tc>
        <w:tc>
          <w:tcPr>
            <w:tcW w:type="dxa" w:w="1912"/>
          </w:tcPr>
          <w:p>
            <w:pPr>
              <w:spacing w:after="0"/>
              <w:jc w:val="left"/>
            </w:pPr>
            <w:r>
              <w:rPr>
                <w:sz w:val="16"/>
              </w:rPr>
              <w:t>Sperry-Piltz ice scale (local data)</w:t>
            </w:r>
          </w:p>
        </w:tc>
        <w:tc>
          <w:tcPr>
            <w:tcW w:type="dxa" w:w="1793"/>
          </w:tcPr>
          <w:p>
            <w:pPr>
              <w:spacing w:after="0"/>
              <w:jc w:val="right"/>
            </w:pPr>
            <w:r>
              <w:rPr>
                <w:sz w:val="16"/>
              </w:rPr>
              <w:t>9 records, 1996 to 2005 (9 zone-level)</w:t>
            </w:r>
          </w:p>
        </w:tc>
        <w:tc>
          <w:tcPr>
            <w:tcW w:type="dxa" w:w="2068"/>
          </w:tcPr>
          <w:p>
            <w:pPr>
              <w:spacing w:after="0"/>
              <w:jc w:val="left"/>
            </w:pPr>
          </w:p>
        </w:tc>
        <w:tc>
          <w:tcPr>
            <w:tcW w:type="dxa" w:w="1693"/>
          </w:tcPr>
          <w:p>
            <w:pPr>
              <w:spacing w:after="0"/>
              <w:jc w:val="left"/>
            </w:pPr>
            <w:r>
              <w:rPr>
                <w:sz w:val="16"/>
              </w:rPr>
              <w:t>Ice Storm, 2002-12-04, $9,000,000 property; crops not reported (2002 dollars); NWS zone NCZ037</w:t>
            </w:r>
          </w:p>
        </w:tc>
        <w:tc>
          <w:tcPr>
            <w:tcW w:type="dxa" w:w="1520"/>
          </w:tcPr>
          <w:p>
            <w:pPr>
              <w:spacing w:after="0"/>
              <w:jc w:val="left"/>
            </w:pPr>
          </w:p>
        </w:tc>
        <w:tc>
          <w:tcPr>
            <w:tcW w:type="dxa" w:w="1609"/>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Flash Flood, Flood, Lakeshore Flood</w:t>
            </w:r>
          </w:p>
        </w:tc>
        <w:tc>
          <w:tcPr>
            <w:tcW w:type="dxa" w:w="1912"/>
          </w:tcPr>
          <w:p>
            <w:pPr>
              <w:spacing w:after="0"/>
              <w:jc w:val="left"/>
            </w:pPr>
            <w:r>
              <w:rPr>
                <w:sz w:val="16"/>
              </w:rPr>
              <w:t>damage and flood days (flood depth: FIRM)</w:t>
            </w:r>
          </w:p>
        </w:tc>
        <w:tc>
          <w:tcPr>
            <w:tcW w:type="dxa" w:w="1793"/>
          </w:tcPr>
          <w:p>
            <w:pPr>
              <w:spacing w:after="0"/>
              <w:jc w:val="right"/>
            </w:pPr>
            <w:r>
              <w:rPr>
                <w:sz w:val="16"/>
              </w:rPr>
              <w:t>13 records, 2003 to 2020 (6 zone-level)</w:t>
            </w:r>
          </w:p>
        </w:tc>
        <w:tc>
          <w:tcPr>
            <w:tcW w:type="dxa" w:w="2068"/>
          </w:tcPr>
          <w:p>
            <w:pPr>
              <w:spacing w:after="0"/>
              <w:jc w:val="left"/>
            </w:pPr>
          </w:p>
        </w:tc>
        <w:tc>
          <w:tcPr>
            <w:tcW w:type="dxa" w:w="1693"/>
          </w:tcPr>
          <w:p>
            <w:pPr>
              <w:spacing w:after="0"/>
              <w:jc w:val="left"/>
            </w:pPr>
            <w:r>
              <w:rPr>
                <w:sz w:val="16"/>
              </w:rPr>
              <w:t>Flood, 2003-03-20, $1,000,000 property; crops not reported (2003 dollars); NWS zone NCZ037</w:t>
            </w:r>
          </w:p>
        </w:tc>
        <w:tc>
          <w:tcPr>
            <w:tcW w:type="dxa" w:w="1520"/>
          </w:tcPr>
          <w:p>
            <w:pPr>
              <w:spacing w:after="0"/>
              <w:jc w:val="left"/>
            </w:pPr>
          </w:p>
        </w:tc>
        <w:tc>
          <w:tcPr>
            <w:tcW w:type="dxa" w:w="1609"/>
          </w:tcPr>
          <w:p>
            <w:pPr>
              <w:spacing w:after="0"/>
              <w:jc w:val="left"/>
            </w:pPr>
            <w:r>
              <w:rPr>
                <w:sz w:val="16"/>
              </w:rPr>
              <w:t>Event records naming jurisdictions in the plan: Cooleemee town (1 record), Mocksville town (1 record). Zone-level records (6) apply countywide.</w:t>
            </w:r>
          </w:p>
        </w:tc>
        <w:tc>
          <w:tcPr>
            <w:tcW w:type="dxa" w:w="16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7"/>
          </w:tcPr>
          <w:p>
            <w:pPr>
              <w:spacing w:after="0"/>
              <w:jc w:val="left"/>
            </w:pPr>
            <w:r>
              <w:rPr>
                <w:sz w:val="16"/>
              </w:rPr>
              <w:t>Debris Flow</w:t>
            </w:r>
          </w:p>
        </w:tc>
        <w:tc>
          <w:tcPr>
            <w:tcW w:type="dxa" w:w="1912"/>
          </w:tcPr>
          <w:p>
            <w:pPr>
              <w:spacing w:after="0"/>
              <w:jc w:val="left"/>
            </w:pPr>
            <w:r>
              <w:rPr>
                <w:sz w:val="16"/>
              </w:rPr>
              <w:t>none (count and damage only)</w:t>
            </w:r>
          </w:p>
        </w:tc>
        <w:tc>
          <w:tcPr>
            <w:tcW w:type="dxa" w:w="1793"/>
          </w:tcPr>
          <w:p>
            <w:pPr>
              <w:spacing w:after="0"/>
              <w:jc w:val="right"/>
            </w:pPr>
            <w:r>
              <w:rPr>
                <w:sz w:val="16"/>
              </w:rPr>
              <w:t>0</w:t>
            </w:r>
          </w:p>
        </w:tc>
        <w:tc>
          <w:tcPr>
            <w:tcW w:type="dxa" w:w="2068"/>
          </w:tcPr>
          <w:p>
            <w:pPr>
              <w:spacing w:after="0"/>
              <w:jc w:val="left"/>
            </w:pPr>
          </w:p>
        </w:tc>
        <w:tc>
          <w:tcPr>
            <w:tcW w:type="dxa" w:w="1693"/>
          </w:tcPr>
          <w:p>
            <w:pPr>
              <w:spacing w:after="0"/>
              <w:jc w:val="left"/>
            </w:pPr>
          </w:p>
        </w:tc>
        <w:tc>
          <w:tcPr>
            <w:tcW w:type="dxa" w:w="1520"/>
          </w:tcPr>
          <w:p>
            <w:pPr>
              <w:spacing w:after="0"/>
              <w:jc w:val="left"/>
            </w:pPr>
          </w:p>
        </w:tc>
        <w:tc>
          <w:tcPr>
            <w:tcW w:type="dxa" w:w="1609"/>
          </w:tcPr>
          <w:p>
            <w:pPr>
              <w:spacing w:after="0"/>
              <w:jc w:val="left"/>
            </w:pPr>
          </w:p>
        </w:tc>
        <w:tc>
          <w:tcPr>
            <w:tcW w:type="dxa" w:w="1610"/>
          </w:tcPr>
          <w:p>
            <w:pPr>
              <w:spacing w:after="0"/>
              <w:jc w:val="left"/>
            </w:pPr>
          </w:p>
        </w:tc>
      </w:tr>
      <w:tr>
        <w:trPr>
          <w:cantSplit/>
        </w:trPr>
        <w:tc>
          <w:tcPr>
            <w:tcW w:type="dxa" w:w="1907"/>
          </w:tcPr>
          <w:p>
            <w:pPr>
              <w:spacing w:after="0"/>
              <w:jc w:val="left"/>
            </w:pPr>
            <w:r>
              <w:rPr>
                <w:sz w:val="16"/>
              </w:rPr>
              <w:t>Lightning</w:t>
            </w:r>
          </w:p>
        </w:tc>
        <w:tc>
          <w:tcPr>
            <w:tcW w:type="dxa" w:w="1912"/>
          </w:tcPr>
          <w:p>
            <w:pPr>
              <w:spacing w:after="0"/>
              <w:jc w:val="left"/>
            </w:pPr>
            <w:r>
              <w:rPr>
                <w:sz w:val="16"/>
              </w:rPr>
              <w:t>annualized frequency (the measure FEMA's Local Mitigation Planning Handbook names)</w:t>
            </w:r>
          </w:p>
        </w:tc>
        <w:tc>
          <w:tcPr>
            <w:tcW w:type="dxa" w:w="1793"/>
          </w:tcPr>
          <w:p>
            <w:pPr>
              <w:spacing w:after="0"/>
              <w:jc w:val="right"/>
            </w:pPr>
            <w:r>
              <w:rPr>
                <w:sz w:val="16"/>
              </w:rPr>
              <w:t>3 records, 1996 to 2019</w:t>
            </w:r>
          </w:p>
        </w:tc>
        <w:tc>
          <w:tcPr>
            <w:tcW w:type="dxa" w:w="2068"/>
          </w:tcPr>
          <w:p>
            <w:pPr>
              <w:spacing w:after="0"/>
              <w:jc w:val="left"/>
            </w:pPr>
          </w:p>
        </w:tc>
        <w:tc>
          <w:tcPr>
            <w:tcW w:type="dxa" w:w="1693"/>
          </w:tcPr>
          <w:p>
            <w:pPr>
              <w:spacing w:after="0"/>
              <w:jc w:val="left"/>
            </w:pPr>
            <w:r>
              <w:rPr>
                <w:sz w:val="16"/>
              </w:rPr>
              <w:t>Lightning, 1996-07-02, $60,000 property; crops not reported (1996 dollars)</w:t>
            </w:r>
          </w:p>
        </w:tc>
        <w:tc>
          <w:tcPr>
            <w:tcW w:type="dxa" w:w="1520"/>
          </w:tcPr>
          <w:p>
            <w:pPr>
              <w:spacing w:after="0"/>
              <w:jc w:val="left"/>
            </w:pPr>
          </w:p>
        </w:tc>
        <w:tc>
          <w:tcPr>
            <w:tcW w:type="dxa" w:w="1609"/>
          </w:tcPr>
          <w:p>
            <w:pPr>
              <w:spacing w:after="0"/>
              <w:jc w:val="left"/>
            </w:pPr>
            <w:r>
              <w:rPr>
                <w:sz w:val="16"/>
              </w:rPr>
              <w:t>Event records naming jurisdictions in the plan: Mocksville town (2 records).</w:t>
            </w:r>
          </w:p>
        </w:tc>
        <w:tc>
          <w:tcPr>
            <w:tcW w:type="dxa" w:w="1610"/>
          </w:tcPr>
          <w:p>
            <w:pPr>
              <w:spacing w:after="0"/>
              <w:jc w:val="left"/>
            </w:pPr>
            <w:r>
              <w:rPr>
                <w:sz w:val="16"/>
              </w:rPr>
              <w:t>Storm Events lists lightning with damage or casualties.</w:t>
            </w:r>
          </w:p>
        </w:tc>
      </w:tr>
      <w:tr>
        <w:trPr>
          <w:cantSplit/>
        </w:trPr>
        <w:tc>
          <w:tcPr>
            <w:tcW w:type="dxa" w:w="1907"/>
          </w:tcPr>
          <w:p>
            <w:pPr>
              <w:spacing w:after="0"/>
              <w:jc w:val="left"/>
            </w:pPr>
            <w:r>
              <w:rPr>
                <w:sz w:val="16"/>
              </w:rPr>
              <w:t>High Wind and Strong Wind (outside NRI's Strong Wind definition)</w:t>
            </w:r>
          </w:p>
        </w:tc>
        <w:tc>
          <w:tcPr>
            <w:tcW w:type="dxa" w:w="1912"/>
          </w:tcPr>
          <w:p>
            <w:pPr>
              <w:spacing w:after="0"/>
              <w:jc w:val="left"/>
            </w:pPr>
            <w:r>
              <w:rPr>
                <w:sz w:val="16"/>
              </w:rPr>
              <w:t>wind speed (kt and mph)</w:t>
            </w:r>
          </w:p>
        </w:tc>
        <w:tc>
          <w:tcPr>
            <w:tcW w:type="dxa" w:w="1793"/>
          </w:tcPr>
          <w:p>
            <w:pPr>
              <w:spacing w:after="0"/>
              <w:jc w:val="right"/>
            </w:pPr>
            <w:r>
              <w:rPr>
                <w:sz w:val="16"/>
              </w:rPr>
              <w:t>9 records, 1996 to 2008 (9 zone-level)</w:t>
            </w:r>
          </w:p>
        </w:tc>
        <w:tc>
          <w:tcPr>
            <w:tcW w:type="dxa" w:w="2068"/>
          </w:tcPr>
          <w:p>
            <w:pPr>
              <w:spacing w:after="0"/>
              <w:jc w:val="left"/>
            </w:pPr>
            <w:r>
              <w:rPr>
                <w:sz w:val="16"/>
              </w:rPr>
              <w:t>50 kt (58 mph) to 65 kt (75 mph) (median 55 kt (63 mph)); 5 with a recorded value</w:t>
            </w:r>
          </w:p>
        </w:tc>
        <w:tc>
          <w:tcPr>
            <w:tcW w:type="dxa" w:w="1693"/>
          </w:tcPr>
          <w:p>
            <w:pPr>
              <w:spacing w:after="0"/>
              <w:jc w:val="left"/>
            </w:pPr>
            <w:r>
              <w:rPr>
                <w:sz w:val="16"/>
              </w:rPr>
              <w:t>65 kt (75 mph) estimated gust, High Wind, 2004-03-07; NWS zone NCZ037</w:t>
            </w:r>
          </w:p>
        </w:tc>
        <w:tc>
          <w:tcPr>
            <w:tcW w:type="dxa" w:w="1520"/>
          </w:tcPr>
          <w:p>
            <w:pPr>
              <w:spacing w:after="0"/>
              <w:jc w:val="left"/>
            </w:pPr>
            <w:r>
              <w:rPr>
                <w:sz w:val="16"/>
              </w:rPr>
              <w:t>High Wind, 2007-04-16, $500,000 property; $0 crops (zone total, 2007 dollars)</w:t>
            </w:r>
          </w:p>
        </w:tc>
        <w:tc>
          <w:tcPr>
            <w:tcW w:type="dxa" w:w="1609"/>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Thunderstorm Wind</w:t>
            </w:r>
          </w:p>
        </w:tc>
        <w:tc>
          <w:tcPr>
            <w:tcW w:type="dxa" w:w="1912"/>
          </w:tcPr>
          <w:p>
            <w:pPr>
              <w:spacing w:after="0"/>
              <w:jc w:val="left"/>
            </w:pPr>
            <w:r>
              <w:rPr>
                <w:sz w:val="16"/>
              </w:rPr>
              <w:t>wind speed (kt and mph)</w:t>
            </w:r>
          </w:p>
        </w:tc>
        <w:tc>
          <w:tcPr>
            <w:tcW w:type="dxa" w:w="1793"/>
          </w:tcPr>
          <w:p>
            <w:pPr>
              <w:spacing w:after="0"/>
              <w:jc w:val="right"/>
            </w:pPr>
            <w:r>
              <w:rPr>
                <w:sz w:val="16"/>
              </w:rPr>
              <w:t>146 records, 1959 to 2025</w:t>
            </w:r>
          </w:p>
        </w:tc>
        <w:tc>
          <w:tcPr>
            <w:tcW w:type="dxa" w:w="2068"/>
          </w:tcPr>
          <w:p>
            <w:pPr>
              <w:spacing w:after="0"/>
              <w:jc w:val="left"/>
            </w:pPr>
            <w:r>
              <w:rPr>
                <w:sz w:val="16"/>
              </w:rPr>
              <w:t>40 kt (46 mph) to 65 kt (75 mph) (median 50 kt (58 mph)); 119 with a recorded value</w:t>
            </w:r>
          </w:p>
        </w:tc>
        <w:tc>
          <w:tcPr>
            <w:tcW w:type="dxa" w:w="1693"/>
          </w:tcPr>
          <w:p>
            <w:pPr>
              <w:spacing w:after="0"/>
              <w:jc w:val="left"/>
            </w:pPr>
            <w:r>
              <w:rPr>
                <w:sz w:val="16"/>
              </w:rPr>
              <w:t>65 kt (75 mph) estimated gust, Thunderstorm Wind, 2004-03-07; same speed and measurement basis also recorded on 2000-06-15</w:t>
            </w:r>
          </w:p>
        </w:tc>
        <w:tc>
          <w:tcPr>
            <w:tcW w:type="dxa" w:w="1520"/>
          </w:tcPr>
          <w:p>
            <w:pPr>
              <w:spacing w:after="0"/>
              <w:jc w:val="left"/>
            </w:pPr>
          </w:p>
        </w:tc>
        <w:tc>
          <w:tcPr>
            <w:tcW w:type="dxa" w:w="1609"/>
          </w:tcPr>
          <w:p>
            <w:pPr>
              <w:spacing w:after="0"/>
              <w:jc w:val="left"/>
            </w:pPr>
            <w:r>
              <w:rPr>
                <w:sz w:val="16"/>
              </w:rPr>
              <w:t>Event records naming jurisdictions in the plan: Mocksville town (46 records), Cooleemee town (9 records).</w:t>
            </w:r>
          </w:p>
        </w:tc>
        <w:tc>
          <w:tcPr>
            <w:tcW w:type="dxa" w:w="1610"/>
          </w:tcPr>
          <w:p>
            <w:pPr>
              <w:spacing w:after="0"/>
              <w:jc w:val="left"/>
            </w:pPr>
          </w:p>
        </w:tc>
      </w:tr>
      <w:tr>
        <w:trPr>
          <w:cantSplit/>
        </w:trPr>
        <w:tc>
          <w:tcPr>
            <w:tcW w:type="dxa" w:w="1907"/>
          </w:tcPr>
          <w:p>
            <w:pPr>
              <w:spacing w:after="0"/>
              <w:jc w:val="left"/>
            </w:pPr>
            <w:r>
              <w:rPr>
                <w:sz w:val="16"/>
              </w:rPr>
              <w:t>Tornado</w:t>
            </w:r>
          </w:p>
        </w:tc>
        <w:tc>
          <w:tcPr>
            <w:tcW w:type="dxa" w:w="1912"/>
          </w:tcPr>
          <w:p>
            <w:pPr>
              <w:spacing w:after="0"/>
              <w:jc w:val="left"/>
            </w:pPr>
            <w:r>
              <w:rPr>
                <w:sz w:val="16"/>
              </w:rPr>
              <w:t>Enhanced Fujita (Fujita before Feb 2007)</w:t>
            </w:r>
          </w:p>
        </w:tc>
        <w:tc>
          <w:tcPr>
            <w:tcW w:type="dxa" w:w="1793"/>
          </w:tcPr>
          <w:p>
            <w:pPr>
              <w:spacing w:after="0"/>
              <w:jc w:val="right"/>
            </w:pPr>
            <w:r>
              <w:rPr>
                <w:sz w:val="16"/>
              </w:rPr>
              <w:t>7 records, 1983 to 2017</w:t>
            </w:r>
          </w:p>
        </w:tc>
        <w:tc>
          <w:tcPr>
            <w:tcW w:type="dxa" w:w="2068"/>
          </w:tcPr>
          <w:p>
            <w:pPr>
              <w:spacing w:after="0"/>
              <w:jc w:val="left"/>
            </w:pPr>
            <w:r>
              <w:rPr>
                <w:sz w:val="16"/>
              </w:rPr>
              <w:t>F/EF0 to F/EF2 (median F/EF0); 7 with a recorded value</w:t>
            </w:r>
          </w:p>
        </w:tc>
        <w:tc>
          <w:tcPr>
            <w:tcW w:type="dxa" w:w="1693"/>
          </w:tcPr>
          <w:p>
            <w:pPr>
              <w:spacing w:after="0"/>
              <w:jc w:val="left"/>
            </w:pPr>
            <w:r>
              <w:rPr>
                <w:sz w:val="16"/>
              </w:rPr>
              <w:t>EF2 tornado, 2008-05-08, 3.2 mi within this county, 100 yd wide, $200,000 property; $0 crops (2008 dollars)</w:t>
            </w:r>
          </w:p>
        </w:tc>
        <w:tc>
          <w:tcPr>
            <w:tcW w:type="dxa" w:w="1520"/>
          </w:tcPr>
          <w:p>
            <w:pPr>
              <w:spacing w:after="0"/>
              <w:jc w:val="left"/>
            </w:pPr>
          </w:p>
        </w:tc>
        <w:tc>
          <w:tcPr>
            <w:tcW w:type="dxa" w:w="1609"/>
          </w:tcPr>
          <w:p>
            <w:pPr>
              <w:spacing w:after="0"/>
              <w:jc w:val="left"/>
            </w:pPr>
            <w:r>
              <w:rPr>
                <w:sz w:val="16"/>
              </w:rPr>
              <w:t>Event records naming jurisdictions in the plan: Cooleemee town (1 record), Mocksville town (1 record).</w:t>
            </w:r>
          </w:p>
        </w:tc>
        <w:tc>
          <w:tcPr>
            <w:tcW w:type="dxa" w:w="16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7"/>
          </w:tcPr>
          <w:p>
            <w:pPr>
              <w:spacing w:after="0"/>
              <w:jc w:val="left"/>
            </w:pPr>
            <w:r>
              <w:rPr>
                <w:sz w:val="16"/>
              </w:rPr>
              <w:t>Wildfire</w:t>
            </w:r>
          </w:p>
        </w:tc>
        <w:tc>
          <w:tcPr>
            <w:tcW w:type="dxa" w:w="1912"/>
          </w:tcPr>
          <w:p>
            <w:pPr>
              <w:spacing w:after="0"/>
              <w:jc w:val="left"/>
            </w:pPr>
            <w:r>
              <w:rPr>
                <w:sz w:val="16"/>
              </w:rPr>
              <w:t>acres burned (local data)</w:t>
            </w:r>
          </w:p>
        </w:tc>
        <w:tc>
          <w:tcPr>
            <w:tcW w:type="dxa" w:w="1793"/>
          </w:tcPr>
          <w:p>
            <w:pPr>
              <w:spacing w:after="0"/>
              <w:jc w:val="right"/>
            </w:pPr>
            <w:r>
              <w:rPr>
                <w:sz w:val="16"/>
              </w:rPr>
              <w:t>0</w:t>
            </w:r>
          </w:p>
        </w:tc>
        <w:tc>
          <w:tcPr>
            <w:tcW w:type="dxa" w:w="2068"/>
          </w:tcPr>
          <w:p>
            <w:pPr>
              <w:spacing w:after="0"/>
              <w:jc w:val="left"/>
            </w:pPr>
          </w:p>
        </w:tc>
        <w:tc>
          <w:tcPr>
            <w:tcW w:type="dxa" w:w="1693"/>
          </w:tcPr>
          <w:p>
            <w:pPr>
              <w:spacing w:after="0"/>
              <w:jc w:val="left"/>
            </w:pPr>
          </w:p>
        </w:tc>
        <w:tc>
          <w:tcPr>
            <w:tcW w:type="dxa" w:w="1520"/>
          </w:tcPr>
          <w:p>
            <w:pPr>
              <w:spacing w:after="0"/>
              <w:jc w:val="left"/>
            </w:pPr>
          </w:p>
        </w:tc>
        <w:tc>
          <w:tcPr>
            <w:tcW w:type="dxa" w:w="1609"/>
          </w:tcPr>
          <w:p>
            <w:pPr>
              <w:spacing w:after="0"/>
              <w:jc w:val="left"/>
            </w:pPr>
          </w:p>
        </w:tc>
        <w:tc>
          <w:tcPr>
            <w:tcW w:type="dxa" w:w="1610"/>
          </w:tcPr>
          <w:p>
            <w:pPr>
              <w:spacing w:after="0"/>
              <w:jc w:val="left"/>
            </w:pPr>
          </w:p>
        </w:tc>
      </w:tr>
      <w:tr>
        <w:trPr>
          <w:cantSplit/>
        </w:trPr>
        <w:tc>
          <w:tcPr>
            <w:tcW w:type="dxa" w:w="1907"/>
          </w:tcPr>
          <w:p>
            <w:pPr>
              <w:spacing w:after="0"/>
              <w:jc w:val="left"/>
            </w:pPr>
            <w:r>
              <w:rPr>
                <w:sz w:val="16"/>
              </w:rPr>
              <w:t>Winter Storm, Heavy Snow, Blizzard, Lake-Effect Snow, Winter Weather, Sleet</w:t>
            </w:r>
          </w:p>
        </w:tc>
        <w:tc>
          <w:tcPr>
            <w:tcW w:type="dxa" w:w="1912"/>
          </w:tcPr>
          <w:p>
            <w:pPr>
              <w:spacing w:after="0"/>
              <w:jc w:val="left"/>
            </w:pPr>
            <w:r>
              <w:rPr>
                <w:sz w:val="16"/>
              </w:rPr>
              <w:t>none in data (snowfall: local data)</w:t>
            </w:r>
          </w:p>
        </w:tc>
        <w:tc>
          <w:tcPr>
            <w:tcW w:type="dxa" w:w="1793"/>
          </w:tcPr>
          <w:p>
            <w:pPr>
              <w:spacing w:after="0"/>
              <w:jc w:val="right"/>
            </w:pPr>
            <w:r>
              <w:rPr>
                <w:sz w:val="16"/>
              </w:rPr>
              <w:t>106 records, 1996 to 2026 (106 zone-level)</w:t>
            </w:r>
          </w:p>
        </w:tc>
        <w:tc>
          <w:tcPr>
            <w:tcW w:type="dxa" w:w="2068"/>
          </w:tcPr>
          <w:p>
            <w:pPr>
              <w:spacing w:after="0"/>
              <w:jc w:val="left"/>
            </w:pPr>
          </w:p>
        </w:tc>
        <w:tc>
          <w:tcPr>
            <w:tcW w:type="dxa" w:w="1693"/>
          </w:tcPr>
          <w:p>
            <w:pPr>
              <w:spacing w:after="0"/>
              <w:jc w:val="left"/>
            </w:pPr>
            <w:r>
              <w:rPr>
                <w:sz w:val="16"/>
              </w:rPr>
              <w:t>No damage reported in 106 records.</w:t>
            </w:r>
          </w:p>
        </w:tc>
        <w:tc>
          <w:tcPr>
            <w:tcW w:type="dxa" w:w="1520"/>
          </w:tcPr>
          <w:p>
            <w:pPr>
              <w:spacing w:after="0"/>
              <w:jc w:val="left"/>
            </w:pPr>
          </w:p>
        </w:tc>
        <w:tc>
          <w:tcPr>
            <w:tcW w:type="dxa" w:w="1609"/>
          </w:tcPr>
          <w:p>
            <w:pPr>
              <w:spacing w:after="0"/>
              <w:jc w:val="left"/>
            </w:pPr>
            <w:r>
              <w:rPr>
                <w:sz w:val="16"/>
              </w:rPr>
              <w:t>Countywide (zone-level records).</w:t>
            </w:r>
          </w:p>
        </w:tc>
        <w:tc>
          <w:tcPr>
            <w:tcW w:type="dxa" w:w="16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4"/>
        <w:gridCol w:w="1752"/>
        <w:gridCol w:w="2270"/>
        <w:gridCol w:w="2734"/>
        <w:gridCol w:w="1957"/>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4"/>
            <w:shd w:val="clear" w:color="auto" w:fill="E8E8E8"/>
          </w:tcPr>
          <w:p>
            <w:pPr>
              <w:spacing w:after="0"/>
              <w:jc w:val="left"/>
            </w:pPr>
            <w:r>
              <w:rPr>
                <w:b/>
                <w:sz w:val="16"/>
              </w:rPr>
              <w:t>Type</w:t>
            </w:r>
          </w:p>
        </w:tc>
        <w:tc>
          <w:tcPr>
            <w:tcW w:type="dxa" w:w="1752"/>
            <w:shd w:val="clear" w:color="auto" w:fill="E8E8E8"/>
          </w:tcPr>
          <w:p>
            <w:pPr>
              <w:spacing w:after="0"/>
              <w:jc w:val="left"/>
            </w:pPr>
            <w:r>
              <w:rPr>
                <w:b/>
                <w:sz w:val="16"/>
              </w:rPr>
              <w:t>Title</w:t>
            </w:r>
          </w:p>
        </w:tc>
        <w:tc>
          <w:tcPr>
            <w:tcW w:type="dxa" w:w="2270"/>
            <w:shd w:val="clear" w:color="auto" w:fill="E8E8E8"/>
          </w:tcPr>
          <w:p>
            <w:pPr>
              <w:spacing w:after="0"/>
              <w:jc w:val="left"/>
            </w:pPr>
            <w:r>
              <w:rPr>
                <w:b/>
                <w:sz w:val="16"/>
              </w:rPr>
              <w:t>Mapped hazard</w:t>
            </w:r>
          </w:p>
        </w:tc>
        <w:tc>
          <w:tcPr>
            <w:tcW w:type="dxa" w:w="27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57"/>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94"/>
          </w:tcPr>
          <w:p>
            <w:pPr>
              <w:spacing w:after="0"/>
              <w:jc w:val="left"/>
            </w:pPr>
            <w:r>
              <w:rPr>
                <w:sz w:val="16"/>
              </w:rPr>
              <w:t>Emergency</w:t>
            </w:r>
          </w:p>
        </w:tc>
        <w:tc>
          <w:tcPr>
            <w:tcW w:type="dxa" w:w="1752"/>
          </w:tcPr>
          <w:p>
            <w:pPr>
              <w:spacing w:after="0"/>
              <w:jc w:val="left"/>
            </w:pPr>
            <w:r>
              <w:rPr>
                <w:sz w:val="16"/>
              </w:rPr>
              <w:t>Severe Winter Storm</w:t>
            </w:r>
          </w:p>
        </w:tc>
        <w:tc>
          <w:tcPr>
            <w:tcW w:type="dxa" w:w="2270"/>
          </w:tcPr>
          <w:p>
            <w:pPr>
              <w:spacing w:after="0"/>
              <w:jc w:val="left"/>
            </w:pPr>
            <w:r>
              <w:rPr>
                <w:sz w:val="16"/>
              </w:rPr>
              <w:t>Winter Weather</w:t>
            </w:r>
          </w:p>
        </w:tc>
        <w:tc>
          <w:tcPr>
            <w:tcW w:type="dxa" w:w="2734"/>
          </w:tcPr>
          <w:p>
            <w:pPr>
              <w:spacing w:after="0"/>
              <w:jc w:val="right"/>
            </w:pPr>
            <w:r>
              <w:rPr>
                <w:sz w:val="16"/>
              </w:rPr>
              <w:t>no Public Assistance recorded</w:t>
            </w:r>
          </w:p>
        </w:tc>
        <w:tc>
          <w:tcPr>
            <w:tcW w:type="dxa" w:w="1957"/>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94"/>
          </w:tcPr>
          <w:p>
            <w:pPr>
              <w:spacing w:after="0"/>
              <w:jc w:val="left"/>
            </w:pPr>
            <w:r>
              <w:rPr>
                <w:sz w:val="16"/>
              </w:rPr>
              <w:t>Emergency</w:t>
            </w:r>
          </w:p>
        </w:tc>
        <w:tc>
          <w:tcPr>
            <w:tcW w:type="dxa" w:w="1752"/>
          </w:tcPr>
          <w:p>
            <w:pPr>
              <w:spacing w:after="0"/>
              <w:jc w:val="left"/>
            </w:pPr>
            <w:r>
              <w:rPr>
                <w:sz w:val="16"/>
              </w:rPr>
              <w:t>Hurricane Helene</w:t>
            </w:r>
          </w:p>
        </w:tc>
        <w:tc>
          <w:tcPr>
            <w:tcW w:type="dxa" w:w="2270"/>
          </w:tcPr>
          <w:p>
            <w:pPr>
              <w:spacing w:after="0"/>
              <w:jc w:val="left"/>
            </w:pPr>
            <w:r>
              <w:rPr>
                <w:sz w:val="16"/>
              </w:rPr>
              <w:t>Hurricane (primary); also designated: Inland Flooding, Landslide</w:t>
            </w:r>
          </w:p>
        </w:tc>
        <w:tc>
          <w:tcPr>
            <w:tcW w:type="dxa" w:w="2734"/>
          </w:tcPr>
          <w:p>
            <w:pPr>
              <w:spacing w:after="0"/>
              <w:jc w:val="right"/>
            </w:pPr>
            <w:r>
              <w:rPr>
                <w:sz w:val="16"/>
              </w:rPr>
              <w:t>no Public Assistance recorded</w:t>
            </w:r>
          </w:p>
        </w:tc>
        <w:tc>
          <w:tcPr>
            <w:tcW w:type="dxa" w:w="1957"/>
          </w:tcPr>
          <w:p>
            <w:pPr>
              <w:spacing w:after="0"/>
              <w:jc w:val="left"/>
            </w:pPr>
            <w:r>
              <w:rPr>
                <w:sz w:val="16"/>
              </w:rPr>
              <w:t>in the 12 months before plan approval; within last 5 years</w:t>
            </w:r>
          </w:p>
        </w:tc>
        <w:tc>
          <w:tcPr>
            <w:tcW w:type="dxa" w:w="894"/>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94"/>
          </w:tcPr>
          <w:p>
            <w:pPr>
              <w:spacing w:after="0"/>
              <w:jc w:val="left"/>
            </w:pPr>
            <w:r>
              <w:rPr>
                <w:sz w:val="16"/>
              </w:rPr>
              <w:t>Emergency</w:t>
            </w:r>
          </w:p>
        </w:tc>
        <w:tc>
          <w:tcPr>
            <w:tcW w:type="dxa" w:w="1752"/>
          </w:tcPr>
          <w:p>
            <w:pPr>
              <w:spacing w:after="0"/>
              <w:jc w:val="left"/>
            </w:pPr>
            <w:r>
              <w:rPr>
                <w:sz w:val="16"/>
              </w:rPr>
              <w:t>Tropical Storm Debby</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94"/>
          </w:tcPr>
          <w:p>
            <w:pPr>
              <w:spacing w:after="0"/>
              <w:jc w:val="left"/>
            </w:pPr>
            <w:r>
              <w:rPr>
                <w:sz w:val="16"/>
              </w:rPr>
              <w:t>Emergency</w:t>
            </w:r>
          </w:p>
        </w:tc>
        <w:tc>
          <w:tcPr>
            <w:tcW w:type="dxa" w:w="1752"/>
          </w:tcPr>
          <w:p>
            <w:pPr>
              <w:spacing w:after="0"/>
              <w:jc w:val="left"/>
            </w:pPr>
            <w:r>
              <w:rPr>
                <w:sz w:val="16"/>
              </w:rPr>
              <w:t>Hurricane Ian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2021-03-03</w:t>
            </w:r>
          </w:p>
        </w:tc>
        <w:tc>
          <w:tcPr>
            <w:tcW w:type="dxa" w:w="1037"/>
          </w:tcPr>
          <w:p>
            <w:pPr>
              <w:spacing w:after="0"/>
              <w:jc w:val="left"/>
            </w:pPr>
            <w:r>
              <w:rPr>
                <w:sz w:val="16"/>
              </w:rPr>
              <w:t>2020-11-12</w:t>
            </w:r>
          </w:p>
        </w:tc>
        <w:tc>
          <w:tcPr>
            <w:tcW w:type="dxa" w:w="1037"/>
          </w:tcPr>
          <w:p>
            <w:pPr>
              <w:spacing w:after="0"/>
              <w:jc w:val="left"/>
            </w:pPr>
            <w:r>
              <w:rPr>
                <w:sz w:val="16"/>
              </w:rPr>
              <w:t>DR-4588-NC</w:t>
            </w:r>
          </w:p>
        </w:tc>
        <w:tc>
          <w:tcPr>
            <w:tcW w:type="dxa" w:w="1394"/>
          </w:tcPr>
          <w:p>
            <w:pPr>
              <w:spacing w:after="0"/>
              <w:jc w:val="left"/>
            </w:pPr>
            <w:r>
              <w:rPr>
                <w:sz w:val="16"/>
              </w:rPr>
              <w:t>Major disaster</w:t>
            </w:r>
          </w:p>
        </w:tc>
        <w:tc>
          <w:tcPr>
            <w:tcW w:type="dxa" w:w="1752"/>
          </w:tcPr>
          <w:p>
            <w:pPr>
              <w:spacing w:after="0"/>
              <w:jc w:val="left"/>
            </w:pPr>
            <w:r>
              <w:rPr>
                <w:sz w:val="16"/>
              </w:rPr>
              <w:t>Tropical Storm Eta</w:t>
            </w:r>
          </w:p>
        </w:tc>
        <w:tc>
          <w:tcPr>
            <w:tcW w:type="dxa" w:w="2270"/>
          </w:tcPr>
          <w:p>
            <w:pPr>
              <w:spacing w:after="0"/>
              <w:jc w:val="left"/>
            </w:pPr>
            <w:r>
              <w:rPr>
                <w:sz w:val="16"/>
              </w:rPr>
              <w:t>Hurricane</w:t>
            </w:r>
          </w:p>
        </w:tc>
        <w:tc>
          <w:tcPr>
            <w:tcW w:type="dxa" w:w="2734"/>
          </w:tcPr>
          <w:p>
            <w:pPr>
              <w:spacing w:after="0"/>
              <w:jc w:val="right"/>
            </w:pPr>
            <w:r>
              <w:rPr>
                <w:sz w:val="16"/>
              </w:rPr>
              <w:t>$7,111,157.36</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94"/>
          </w:tcPr>
          <w:p>
            <w:pPr>
              <w:spacing w:after="0"/>
              <w:jc w:val="left"/>
            </w:pPr>
            <w:r>
              <w:rPr>
                <w:sz w:val="16"/>
              </w:rPr>
              <w:t>Emergency</w:t>
            </w:r>
          </w:p>
        </w:tc>
        <w:tc>
          <w:tcPr>
            <w:tcW w:type="dxa" w:w="1752"/>
          </w:tcPr>
          <w:p>
            <w:pPr>
              <w:spacing w:after="0"/>
              <w:jc w:val="left"/>
            </w:pPr>
            <w:r>
              <w:rPr>
                <w:sz w:val="16"/>
              </w:rPr>
              <w:t>Hurricane Isaias</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94"/>
          </w:tcPr>
          <w:p>
            <w:pPr>
              <w:spacing w:after="0"/>
              <w:jc w:val="left"/>
            </w:pPr>
            <w:r>
              <w:rPr>
                <w:sz w:val="16"/>
              </w:rPr>
              <w:t>Major disaster</w:t>
            </w:r>
          </w:p>
        </w:tc>
        <w:tc>
          <w:tcPr>
            <w:tcW w:type="dxa" w:w="1752"/>
          </w:tcPr>
          <w:p>
            <w:pPr>
              <w:spacing w:after="0"/>
              <w:jc w:val="left"/>
            </w:pPr>
            <w:r>
              <w:rPr>
                <w:sz w:val="16"/>
              </w:rPr>
              <w:t>COVID-19 Pandemic</w:t>
            </w:r>
          </w:p>
        </w:tc>
        <w:tc>
          <w:tcPr>
            <w:tcW w:type="dxa" w:w="2270"/>
          </w:tcPr>
          <w:p>
            <w:pPr>
              <w:spacing w:after="0"/>
              <w:jc w:val="left"/>
            </w:pPr>
            <w:r>
              <w:rPr>
                <w:sz w:val="16"/>
              </w:rPr>
              <w:t>Non-natural, not counted</w:t>
            </w:r>
          </w:p>
        </w:tc>
        <w:tc>
          <w:tcPr>
            <w:tcW w:type="dxa" w:w="2734"/>
          </w:tcPr>
          <w:p>
            <w:pPr>
              <w:spacing w:after="0"/>
              <w:jc w:val="right"/>
            </w:pPr>
            <w:r>
              <w:rPr>
                <w:sz w:val="16"/>
              </w:rPr>
              <w:t>$70,568.52</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94"/>
          </w:tcPr>
          <w:p>
            <w:pPr>
              <w:spacing w:after="0"/>
              <w:jc w:val="left"/>
            </w:pPr>
            <w:r>
              <w:rPr>
                <w:sz w:val="16"/>
              </w:rPr>
              <w:t>Emergency</w:t>
            </w:r>
          </w:p>
        </w:tc>
        <w:tc>
          <w:tcPr>
            <w:tcW w:type="dxa" w:w="1752"/>
          </w:tcPr>
          <w:p>
            <w:pPr>
              <w:spacing w:after="0"/>
              <w:jc w:val="left"/>
            </w:pPr>
            <w:r>
              <w:rPr>
                <w:sz w:val="16"/>
              </w:rPr>
              <w:t>COVID-19</w:t>
            </w:r>
          </w:p>
        </w:tc>
        <w:tc>
          <w:tcPr>
            <w:tcW w:type="dxa" w:w="2270"/>
          </w:tcPr>
          <w:p>
            <w:pPr>
              <w:spacing w:after="0"/>
              <w:jc w:val="left"/>
            </w:pPr>
            <w:r>
              <w:rPr>
                <w:sz w:val="16"/>
              </w:rPr>
              <w:t>Non-natural, not counted</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94"/>
          </w:tcPr>
          <w:p>
            <w:pPr>
              <w:spacing w:after="0"/>
              <w:jc w:val="left"/>
            </w:pPr>
            <w:r>
              <w:rPr>
                <w:sz w:val="16"/>
              </w:rPr>
              <w:t>Emergency</w:t>
            </w:r>
          </w:p>
        </w:tc>
        <w:tc>
          <w:tcPr>
            <w:tcW w:type="dxa" w:w="1752"/>
          </w:tcPr>
          <w:p>
            <w:pPr>
              <w:spacing w:after="0"/>
              <w:jc w:val="left"/>
            </w:pPr>
            <w:r>
              <w:rPr>
                <w:sz w:val="16"/>
              </w:rPr>
              <w:t>Hurricane Dorian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2019-01-31</w:t>
            </w:r>
          </w:p>
        </w:tc>
        <w:tc>
          <w:tcPr>
            <w:tcW w:type="dxa" w:w="1037"/>
          </w:tcPr>
          <w:p>
            <w:pPr>
              <w:spacing w:after="0"/>
              <w:jc w:val="left"/>
            </w:pPr>
            <w:r>
              <w:rPr>
                <w:sz w:val="16"/>
              </w:rPr>
              <w:t>2018-10-10</w:t>
            </w:r>
          </w:p>
        </w:tc>
        <w:tc>
          <w:tcPr>
            <w:tcW w:type="dxa" w:w="1037"/>
          </w:tcPr>
          <w:p>
            <w:pPr>
              <w:spacing w:after="0"/>
              <w:jc w:val="left"/>
            </w:pPr>
            <w:r>
              <w:rPr>
                <w:sz w:val="16"/>
              </w:rPr>
              <w:t>DR-4412-NC</w:t>
            </w:r>
          </w:p>
        </w:tc>
        <w:tc>
          <w:tcPr>
            <w:tcW w:type="dxa" w:w="1394"/>
          </w:tcPr>
          <w:p>
            <w:pPr>
              <w:spacing w:after="0"/>
              <w:jc w:val="left"/>
            </w:pPr>
            <w:r>
              <w:rPr>
                <w:sz w:val="16"/>
              </w:rPr>
              <w:t>Major disaster</w:t>
            </w:r>
          </w:p>
        </w:tc>
        <w:tc>
          <w:tcPr>
            <w:tcW w:type="dxa" w:w="1752"/>
          </w:tcPr>
          <w:p>
            <w:pPr>
              <w:spacing w:after="0"/>
              <w:jc w:val="left"/>
            </w:pPr>
            <w:r>
              <w:rPr>
                <w:sz w:val="16"/>
              </w:rPr>
              <w:t>Tropical Storm Michael</w:t>
            </w:r>
          </w:p>
        </w:tc>
        <w:tc>
          <w:tcPr>
            <w:tcW w:type="dxa" w:w="2270"/>
          </w:tcPr>
          <w:p>
            <w:pPr>
              <w:spacing w:after="0"/>
              <w:jc w:val="left"/>
            </w:pPr>
            <w:r>
              <w:rPr>
                <w:sz w:val="16"/>
              </w:rPr>
              <w:t>Hurricane</w:t>
            </w:r>
          </w:p>
        </w:tc>
        <w:tc>
          <w:tcPr>
            <w:tcW w:type="dxa" w:w="2734"/>
          </w:tcPr>
          <w:p>
            <w:pPr>
              <w:spacing w:after="0"/>
              <w:jc w:val="right"/>
            </w:pPr>
            <w:r>
              <w:rPr>
                <w:sz w:val="16"/>
              </w:rPr>
              <w:t>$91,411.81</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94"/>
          </w:tcPr>
          <w:p>
            <w:pPr>
              <w:spacing w:after="0"/>
              <w:jc w:val="left"/>
            </w:pPr>
            <w:r>
              <w:rPr>
                <w:sz w:val="16"/>
              </w:rPr>
              <w:t>Emergency</w:t>
            </w:r>
          </w:p>
        </w:tc>
        <w:tc>
          <w:tcPr>
            <w:tcW w:type="dxa" w:w="1752"/>
          </w:tcPr>
          <w:p>
            <w:pPr>
              <w:spacing w:after="0"/>
              <w:jc w:val="left"/>
            </w:pPr>
            <w:r>
              <w:rPr>
                <w:sz w:val="16"/>
              </w:rPr>
              <w:t>Hurricane Florence</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94"/>
          </w:tcPr>
          <w:p>
            <w:pPr>
              <w:spacing w:after="0"/>
              <w:jc w:val="left"/>
            </w:pPr>
            <w:r>
              <w:rPr>
                <w:sz w:val="16"/>
              </w:rPr>
              <w:t>Emergency</w:t>
            </w:r>
          </w:p>
        </w:tc>
        <w:tc>
          <w:tcPr>
            <w:tcW w:type="dxa" w:w="1752"/>
          </w:tcPr>
          <w:p>
            <w:pPr>
              <w:spacing w:after="0"/>
              <w:jc w:val="left"/>
            </w:pPr>
            <w:r>
              <w:rPr>
                <w:sz w:val="16"/>
              </w:rPr>
              <w:t>Hurricane Matthew</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2014-03-31</w:t>
            </w:r>
          </w:p>
        </w:tc>
        <w:tc>
          <w:tcPr>
            <w:tcW w:type="dxa" w:w="1037"/>
          </w:tcPr>
          <w:p>
            <w:pPr>
              <w:spacing w:after="0"/>
              <w:jc w:val="left"/>
            </w:pPr>
            <w:r>
              <w:rPr>
                <w:sz w:val="16"/>
              </w:rPr>
              <w:t>2014-03-06</w:t>
            </w:r>
          </w:p>
        </w:tc>
        <w:tc>
          <w:tcPr>
            <w:tcW w:type="dxa" w:w="1037"/>
          </w:tcPr>
          <w:p>
            <w:pPr>
              <w:spacing w:after="0"/>
              <w:jc w:val="left"/>
            </w:pPr>
            <w:r>
              <w:rPr>
                <w:sz w:val="16"/>
              </w:rPr>
              <w:t>DR-4167-NC</w:t>
            </w:r>
          </w:p>
        </w:tc>
        <w:tc>
          <w:tcPr>
            <w:tcW w:type="dxa" w:w="1394"/>
          </w:tcPr>
          <w:p>
            <w:pPr>
              <w:spacing w:after="0"/>
              <w:jc w:val="left"/>
            </w:pPr>
            <w:r>
              <w:rPr>
                <w:sz w:val="16"/>
              </w:rPr>
              <w:t>Major disaster</w:t>
            </w:r>
          </w:p>
        </w:tc>
        <w:tc>
          <w:tcPr>
            <w:tcW w:type="dxa" w:w="1752"/>
          </w:tcPr>
          <w:p>
            <w:pPr>
              <w:spacing w:after="0"/>
              <w:jc w:val="left"/>
            </w:pPr>
            <w:r>
              <w:rPr>
                <w:sz w:val="16"/>
              </w:rPr>
              <w:t>Severe Winter Storm</w:t>
            </w:r>
          </w:p>
        </w:tc>
        <w:tc>
          <w:tcPr>
            <w:tcW w:type="dxa" w:w="2270"/>
          </w:tcPr>
          <w:p>
            <w:pPr>
              <w:spacing w:after="0"/>
              <w:jc w:val="left"/>
            </w:pPr>
            <w:r>
              <w:rPr>
                <w:sz w:val="16"/>
              </w:rPr>
              <w:t>Ice Storm</w:t>
            </w:r>
          </w:p>
        </w:tc>
        <w:tc>
          <w:tcPr>
            <w:tcW w:type="dxa" w:w="2734"/>
          </w:tcPr>
          <w:p>
            <w:pPr>
              <w:spacing w:after="0"/>
              <w:jc w:val="right"/>
            </w:pPr>
            <w:r>
              <w:rPr>
                <w:sz w:val="16"/>
              </w:rPr>
              <w:t>$101,439.87</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94"/>
          </w:tcPr>
          <w:p>
            <w:pPr>
              <w:spacing w:after="0"/>
              <w:jc w:val="left"/>
            </w:pPr>
            <w:r>
              <w:rPr>
                <w:sz w:val="16"/>
              </w:rPr>
              <w:t>Emergency</w:t>
            </w:r>
          </w:p>
        </w:tc>
        <w:tc>
          <w:tcPr>
            <w:tcW w:type="dxa" w:w="1752"/>
          </w:tcPr>
          <w:p>
            <w:pPr>
              <w:spacing w:after="0"/>
              <w:jc w:val="left"/>
            </w:pPr>
            <w:r>
              <w:rPr>
                <w:sz w:val="16"/>
              </w:rPr>
              <w:t>Hurricane Katrina Evacuation</w:t>
            </w:r>
          </w:p>
        </w:tc>
        <w:tc>
          <w:tcPr>
            <w:tcW w:type="dxa" w:w="2270"/>
          </w:tcPr>
          <w:p>
            <w:pPr>
              <w:spacing w:after="0"/>
              <w:jc w:val="left"/>
            </w:pPr>
            <w:r>
              <w:rPr>
                <w:sz w:val="16"/>
              </w:rPr>
              <w:t>Hurricane: evacuation support, not a local hazard event; not counted</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94"/>
          </w:tcPr>
          <w:p>
            <w:pPr>
              <w:spacing w:after="0"/>
              <w:jc w:val="left"/>
            </w:pPr>
            <w:r>
              <w:rPr>
                <w:sz w:val="16"/>
              </w:rPr>
              <w:t>Major disaster</w:t>
            </w:r>
          </w:p>
        </w:tc>
        <w:tc>
          <w:tcPr>
            <w:tcW w:type="dxa" w:w="1752"/>
          </w:tcPr>
          <w:p>
            <w:pPr>
              <w:spacing w:after="0"/>
              <w:jc w:val="left"/>
            </w:pPr>
            <w:r>
              <w:rPr>
                <w:sz w:val="16"/>
              </w:rPr>
              <w:t>Severe Ice Storm</w:t>
            </w:r>
          </w:p>
        </w:tc>
        <w:tc>
          <w:tcPr>
            <w:tcW w:type="dxa" w:w="2270"/>
          </w:tcPr>
          <w:p>
            <w:pPr>
              <w:spacing w:after="0"/>
              <w:jc w:val="left"/>
            </w:pPr>
            <w:r>
              <w:rPr>
                <w:sz w:val="16"/>
              </w:rPr>
              <w:t>Ice Storm</w:t>
            </w:r>
          </w:p>
        </w:tc>
        <w:tc>
          <w:tcPr>
            <w:tcW w:type="dxa" w:w="2734"/>
          </w:tcPr>
          <w:p>
            <w:pPr>
              <w:spacing w:after="0"/>
              <w:jc w:val="right"/>
            </w:pPr>
            <w:r>
              <w:rPr>
                <w:sz w:val="16"/>
              </w:rPr>
              <w:t>$41,666.86</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1996-02-02</w:t>
            </w:r>
          </w:p>
        </w:tc>
        <w:tc>
          <w:tcPr>
            <w:tcW w:type="dxa" w:w="1037"/>
          </w:tcPr>
          <w:p>
            <w:pPr>
              <w:spacing w:after="0"/>
              <w:jc w:val="left"/>
            </w:pPr>
            <w:r>
              <w:rPr>
                <w:sz w:val="16"/>
              </w:rPr>
              <w:t>DR-1103-NC</w:t>
            </w:r>
          </w:p>
        </w:tc>
        <w:tc>
          <w:tcPr>
            <w:tcW w:type="dxa" w:w="1394"/>
          </w:tcPr>
          <w:p>
            <w:pPr>
              <w:spacing w:after="0"/>
              <w:jc w:val="left"/>
            </w:pPr>
            <w:r>
              <w:rPr>
                <w:sz w:val="16"/>
              </w:rPr>
              <w:t>Major disaster</w:t>
            </w:r>
          </w:p>
        </w:tc>
        <w:tc>
          <w:tcPr>
            <w:tcW w:type="dxa" w:w="1752"/>
          </w:tcPr>
          <w:p>
            <w:pPr>
              <w:spacing w:after="0"/>
              <w:jc w:val="left"/>
            </w:pPr>
            <w:r>
              <w:rPr>
                <w:sz w:val="16"/>
              </w:rPr>
              <w:t>Winter Storm</w:t>
            </w:r>
          </w:p>
        </w:tc>
        <w:tc>
          <w:tcPr>
            <w:tcW w:type="dxa" w:w="2270"/>
          </w:tcPr>
          <w:p>
            <w:pPr>
              <w:spacing w:after="0"/>
              <w:jc w:val="left"/>
            </w:pPr>
            <w:r>
              <w:rPr>
                <w:sz w:val="16"/>
              </w:rPr>
              <w:t>Winter Weather</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94"/>
          </w:tcPr>
          <w:p>
            <w:pPr>
              <w:spacing w:after="0"/>
              <w:jc w:val="left"/>
            </w:pPr>
            <w:r>
              <w:rPr>
                <w:sz w:val="16"/>
              </w:rPr>
              <w:t>Major disaster</w:t>
            </w:r>
          </w:p>
        </w:tc>
        <w:tc>
          <w:tcPr>
            <w:tcW w:type="dxa" w:w="1752"/>
          </w:tcPr>
          <w:p>
            <w:pPr>
              <w:spacing w:after="0"/>
              <w:jc w:val="left"/>
            </w:pPr>
            <w:r>
              <w:rPr>
                <w:sz w:val="16"/>
              </w:rPr>
              <w:t>Blizzard of 96</w:t>
            </w:r>
          </w:p>
        </w:tc>
        <w:tc>
          <w:tcPr>
            <w:tcW w:type="dxa" w:w="2270"/>
          </w:tcPr>
          <w:p>
            <w:pPr>
              <w:spacing w:after="0"/>
              <w:jc w:val="left"/>
            </w:pPr>
            <w:r>
              <w:rPr>
                <w:sz w:val="16"/>
              </w:rPr>
              <w:t>Winter Weather</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94"/>
          </w:tcPr>
          <w:p>
            <w:pPr>
              <w:spacing w:after="0"/>
              <w:jc w:val="left"/>
            </w:pPr>
            <w:r>
              <w:rPr>
                <w:sz w:val="16"/>
              </w:rPr>
              <w:t>Emergency</w:t>
            </w:r>
          </w:p>
        </w:tc>
        <w:tc>
          <w:tcPr>
            <w:tcW w:type="dxa" w:w="1752"/>
          </w:tcPr>
          <w:p>
            <w:pPr>
              <w:spacing w:after="0"/>
              <w:jc w:val="left"/>
            </w:pPr>
            <w:r>
              <w:rPr>
                <w:sz w:val="16"/>
              </w:rPr>
              <w:t>Severe Snowfall &amp; Winter Storm</w:t>
            </w:r>
          </w:p>
        </w:tc>
        <w:tc>
          <w:tcPr>
            <w:tcW w:type="dxa" w:w="2270"/>
          </w:tcPr>
          <w:p>
            <w:pPr>
              <w:spacing w:after="0"/>
              <w:jc w:val="left"/>
            </w:pPr>
            <w:r>
              <w:rPr>
                <w:sz w:val="16"/>
              </w:rPr>
              <w:t>Winter Weather</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1989-09-25</w:t>
            </w:r>
          </w:p>
        </w:tc>
        <w:tc>
          <w:tcPr>
            <w:tcW w:type="dxa" w:w="1037"/>
          </w:tcPr>
          <w:p>
            <w:pPr>
              <w:spacing w:after="0"/>
              <w:jc w:val="left"/>
            </w:pPr>
            <w:r>
              <w:rPr>
                <w:sz w:val="16"/>
              </w:rPr>
              <w:t>1989-09-21</w:t>
            </w:r>
          </w:p>
        </w:tc>
        <w:tc>
          <w:tcPr>
            <w:tcW w:type="dxa" w:w="1037"/>
          </w:tcPr>
          <w:p>
            <w:pPr>
              <w:spacing w:after="0"/>
              <w:jc w:val="left"/>
            </w:pPr>
            <w:r>
              <w:rPr>
                <w:sz w:val="16"/>
              </w:rPr>
              <w:t>DR-844-NC</w:t>
            </w:r>
          </w:p>
        </w:tc>
        <w:tc>
          <w:tcPr>
            <w:tcW w:type="dxa" w:w="1394"/>
          </w:tcPr>
          <w:p>
            <w:pPr>
              <w:spacing w:after="0"/>
              <w:jc w:val="left"/>
            </w:pPr>
            <w:r>
              <w:rPr>
                <w:sz w:val="16"/>
              </w:rPr>
              <w:t>Major disaster</w:t>
            </w:r>
          </w:p>
        </w:tc>
        <w:tc>
          <w:tcPr>
            <w:tcW w:type="dxa" w:w="1752"/>
          </w:tcPr>
          <w:p>
            <w:pPr>
              <w:spacing w:after="0"/>
              <w:jc w:val="left"/>
            </w:pPr>
            <w:r>
              <w:rPr>
                <w:sz w:val="16"/>
              </w:rPr>
              <w:t>Hurricane Hugo</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1989-05-17</w:t>
            </w:r>
          </w:p>
        </w:tc>
        <w:tc>
          <w:tcPr>
            <w:tcW w:type="dxa" w:w="1037"/>
          </w:tcPr>
          <w:p>
            <w:pPr>
              <w:spacing w:after="0"/>
              <w:jc w:val="left"/>
            </w:pPr>
            <w:r>
              <w:rPr>
                <w:sz w:val="16"/>
              </w:rPr>
              <w:t>1989-05-05</w:t>
            </w:r>
          </w:p>
        </w:tc>
        <w:tc>
          <w:tcPr>
            <w:tcW w:type="dxa" w:w="1037"/>
          </w:tcPr>
          <w:p>
            <w:pPr>
              <w:spacing w:after="0"/>
              <w:jc w:val="left"/>
            </w:pPr>
            <w:r>
              <w:rPr>
                <w:sz w:val="16"/>
              </w:rPr>
              <w:t>DR-827-NC</w:t>
            </w:r>
          </w:p>
        </w:tc>
        <w:tc>
          <w:tcPr>
            <w:tcW w:type="dxa" w:w="1394"/>
          </w:tcPr>
          <w:p>
            <w:pPr>
              <w:spacing w:after="0"/>
              <w:jc w:val="left"/>
            </w:pPr>
            <w:r>
              <w:rPr>
                <w:sz w:val="16"/>
              </w:rPr>
              <w:t>Major disaster</w:t>
            </w:r>
          </w:p>
        </w:tc>
        <w:tc>
          <w:tcPr>
            <w:tcW w:type="dxa" w:w="1752"/>
          </w:tcPr>
          <w:p>
            <w:pPr>
              <w:spacing w:after="0"/>
              <w:jc w:val="left"/>
            </w:pPr>
            <w:r>
              <w:rPr>
                <w:sz w:val="16"/>
              </w:rPr>
              <w:t>Tornadoes</w:t>
            </w:r>
          </w:p>
        </w:tc>
        <w:tc>
          <w:tcPr>
            <w:tcW w:type="dxa" w:w="2270"/>
          </w:tcPr>
          <w:p>
            <w:pPr>
              <w:spacing w:after="0"/>
              <w:jc w:val="left"/>
            </w:pPr>
            <w:r>
              <w:rPr>
                <w:sz w:val="16"/>
              </w:rPr>
              <w:t>Tornado</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94"/>
          </w:tcPr>
          <w:p>
            <w:pPr>
              <w:spacing w:after="0"/>
              <w:jc w:val="left"/>
            </w:pPr>
            <w:r>
              <w:rPr>
                <w:sz w:val="16"/>
              </w:rPr>
              <w:t>Emergency</w:t>
            </w:r>
          </w:p>
        </w:tc>
        <w:tc>
          <w:tcPr>
            <w:tcW w:type="dxa" w:w="1752"/>
          </w:tcPr>
          <w:p>
            <w:pPr>
              <w:spacing w:after="0"/>
              <w:jc w:val="left"/>
            </w:pPr>
            <w:r>
              <w:rPr>
                <w:sz w:val="16"/>
              </w:rPr>
              <w:t>Drought</w:t>
            </w:r>
          </w:p>
        </w:tc>
        <w:tc>
          <w:tcPr>
            <w:tcW w:type="dxa" w:w="2270"/>
          </w:tcPr>
          <w:p>
            <w:pPr>
              <w:spacing w:after="0"/>
              <w:jc w:val="left"/>
            </w:pPr>
            <w:r>
              <w:rPr>
                <w:sz w:val="16"/>
              </w:rPr>
              <w:t>Drought</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EM-3033-NC</w:t>
            </w:r>
          </w:p>
        </w:tc>
        <w:tc>
          <w:tcPr>
            <w:tcW w:type="dxa" w:w="1394"/>
          </w:tcPr>
          <w:p>
            <w:pPr>
              <w:spacing w:after="0"/>
              <w:jc w:val="left"/>
            </w:pPr>
            <w:r>
              <w:rPr>
                <w:sz w:val="16"/>
              </w:rPr>
              <w:t>Emergency</w:t>
            </w:r>
          </w:p>
        </w:tc>
        <w:tc>
          <w:tcPr>
            <w:tcW w:type="dxa" w:w="1752"/>
          </w:tcPr>
          <w:p>
            <w:pPr>
              <w:spacing w:after="0"/>
              <w:jc w:val="left"/>
            </w:pPr>
            <w:r>
              <w:rPr>
                <w:sz w:val="16"/>
              </w:rPr>
              <w:t>Drought &amp; Freezing</w:t>
            </w:r>
          </w:p>
        </w:tc>
        <w:tc>
          <w:tcPr>
            <w:tcW w:type="dxa" w:w="2270"/>
          </w:tcPr>
          <w:p>
            <w:pPr>
              <w:spacing w:after="0"/>
              <w:jc w:val="left"/>
            </w:pPr>
            <w:r>
              <w:rPr>
                <w:sz w:val="16"/>
              </w:rPr>
              <w:t>Winter Weather (primary); also designated: Drought</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10</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35</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79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155</w:t>
            </w:r>
          </w:p>
        </w:tc>
        <w:tc>
          <w:tcPr>
            <w:tcW w:type="dxa" w:w="1114"/>
          </w:tcPr>
          <w:p>
            <w:pPr>
              <w:spacing w:after="0"/>
              <w:jc w:val="right"/>
            </w:pPr>
            <w:r>
              <w:rPr>
                <w:sz w:val="16"/>
              </w:rPr>
              <w:t>1</w:t>
            </w:r>
          </w:p>
        </w:tc>
        <w:tc>
          <w:tcPr>
            <w:tcW w:type="dxa" w:w="1926"/>
          </w:tcPr>
          <w:p>
            <w:pPr>
              <w:spacing w:after="0"/>
              <w:jc w:val="right"/>
            </w:pPr>
            <w:r>
              <w:rPr>
                <w:sz w:val="16"/>
              </w:rPr>
              <w:t>4</w:t>
            </w:r>
          </w:p>
        </w:tc>
        <w:tc>
          <w:tcPr>
            <w:tcW w:type="dxa" w:w="774"/>
          </w:tcPr>
          <w:p>
            <w:pPr>
              <w:spacing w:after="0"/>
              <w:jc w:val="right"/>
            </w:pPr>
            <w:r>
              <w:rPr>
                <w:sz w:val="16"/>
              </w:rPr>
              <w:t>14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6 High Wind and 3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106</w:t>
            </w:r>
          </w:p>
        </w:tc>
        <w:tc>
          <w:tcPr>
            <w:tcW w:type="dxa" w:w="1114"/>
          </w:tcPr>
          <w:p>
            <w:pPr>
              <w:spacing w:after="0"/>
              <w:jc w:val="right"/>
            </w:pPr>
            <w:r>
              <w:rPr>
                <w:sz w:val="16"/>
              </w:rPr>
              <w:t>2</w:t>
            </w:r>
          </w:p>
        </w:tc>
        <w:tc>
          <w:tcPr>
            <w:tcW w:type="dxa" w:w="1926"/>
          </w:tcPr>
          <w:p>
            <w:pPr>
              <w:spacing w:after="0"/>
              <w:jc w:val="right"/>
            </w:pPr>
            <w:r>
              <w:rPr>
                <w:sz w:val="16"/>
              </w:rPr>
              <w:t>4</w:t>
            </w:r>
          </w:p>
        </w:tc>
        <w:tc>
          <w:tcPr>
            <w:tcW w:type="dxa" w:w="774"/>
          </w:tcPr>
          <w:p>
            <w:pPr>
              <w:spacing w:after="0"/>
              <w:jc w:val="right"/>
            </w:pPr>
            <w:r>
              <w:rPr>
                <w:sz w:val="16"/>
              </w:rPr>
              <w:t>9</w:t>
            </w:r>
          </w:p>
        </w:tc>
        <w:tc>
          <w:tcPr>
            <w:tcW w:type="dxa" w:w="1593"/>
          </w:tcPr>
          <w:p>
            <w:pPr>
              <w:spacing w:after="0"/>
              <w:jc w:val="right"/>
            </w:pPr>
            <w:r>
              <w:rPr>
                <w:sz w:val="16"/>
              </w:rPr>
              <w:t>5</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r>
              <w:rPr>
                <w:sz w:val="16"/>
              </w:rPr>
              <w:t>Includes 4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51"/>
        <w:gridCol w:w="3354"/>
        <w:gridCol w:w="947"/>
        <w:gridCol w:w="2416"/>
        <w:gridCol w:w="309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51"/>
            <w:shd w:val="clear" w:color="auto" w:fill="E8E8E8"/>
          </w:tcPr>
          <w:p>
            <w:pPr>
              <w:spacing w:after="0"/>
              <w:jc w:val="left"/>
            </w:pPr>
            <w:r>
              <w:rPr>
                <w:b/>
                <w:sz w:val="16"/>
              </w:rPr>
              <w:t>Magnitude or extent</w:t>
            </w:r>
          </w:p>
        </w:tc>
        <w:tc>
          <w:tcPr>
            <w:tcW w:type="dxa" w:w="3354"/>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6"/>
            <w:shd w:val="clear" w:color="auto" w:fill="E8E8E8"/>
          </w:tcPr>
          <w:p>
            <w:pPr>
              <w:spacing w:after="0"/>
              <w:jc w:val="left"/>
            </w:pPr>
            <w:r>
              <w:rPr>
                <w:b/>
                <w:sz w:val="16"/>
              </w:rPr>
              <w:t>Location</w:t>
            </w:r>
          </w:p>
        </w:tc>
        <w:tc>
          <w:tcPr>
            <w:tcW w:type="dxa" w:w="30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2018-10-11</w:t>
            </w:r>
          </w:p>
        </w:tc>
        <w:tc>
          <w:tcPr>
            <w:tcW w:type="dxa" w:w="1215"/>
          </w:tcPr>
          <w:p>
            <w:pPr>
              <w:spacing w:after="0"/>
              <w:jc w:val="left"/>
            </w:pPr>
            <w:r>
              <w:rPr>
                <w:sz w:val="16"/>
              </w:rPr>
              <w:t>Tropical Storm</w:t>
            </w:r>
          </w:p>
        </w:tc>
        <w:tc>
          <w:tcPr>
            <w:tcW w:type="dxa" w:w="2051"/>
          </w:tcPr>
          <w:p>
            <w:pPr>
              <w:spacing w:after="0"/>
              <w:jc w:val="left"/>
            </w:pPr>
          </w:p>
        </w:tc>
        <w:tc>
          <w:tcPr>
            <w:tcW w:type="dxa" w:w="3354"/>
          </w:tcPr>
          <w:p>
            <w:pPr>
              <w:spacing w:after="0"/>
              <w:jc w:val="left"/>
            </w:pPr>
            <w:r>
              <w:rPr>
                <w:sz w:val="16"/>
              </w:rPr>
              <w:t>$1,000 property; $0 crops (zone total, 2018 dollars)</w:t>
            </w:r>
          </w:p>
        </w:tc>
        <w:tc>
          <w:tcPr>
            <w:tcW w:type="dxa" w:w="947"/>
          </w:tcPr>
          <w:p>
            <w:pPr>
              <w:spacing w:after="0"/>
              <w:jc w:val="right"/>
            </w:pPr>
            <w:r>
              <w:rPr>
                <w:sz w:val="16"/>
              </w:rPr>
              <w:t>0, 0</w:t>
            </w:r>
          </w:p>
        </w:tc>
        <w:tc>
          <w:tcPr>
            <w:tcW w:type="dxa" w:w="2416"/>
          </w:tcPr>
          <w:p>
            <w:pPr>
              <w:spacing w:after="0"/>
              <w:jc w:val="left"/>
            </w:pPr>
            <w:r>
              <w:rPr>
                <w:sz w:val="16"/>
              </w:rPr>
              <w:t>NWS zone NCZ037 (DAVIE), zone-level</w:t>
            </w:r>
          </w:p>
        </w:tc>
        <w:tc>
          <w:tcPr>
            <w:tcW w:type="dxa" w:w="309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2017-05-24</w:t>
            </w:r>
          </w:p>
        </w:tc>
        <w:tc>
          <w:tcPr>
            <w:tcW w:type="dxa" w:w="1215"/>
          </w:tcPr>
          <w:p>
            <w:pPr>
              <w:spacing w:after="0"/>
              <w:jc w:val="left"/>
            </w:pPr>
            <w:r>
              <w:rPr>
                <w:sz w:val="16"/>
              </w:rPr>
              <w:t>Tornado</w:t>
            </w:r>
          </w:p>
        </w:tc>
        <w:tc>
          <w:tcPr>
            <w:tcW w:type="dxa" w:w="2051"/>
          </w:tcPr>
          <w:p>
            <w:pPr>
              <w:spacing w:after="0"/>
              <w:jc w:val="left"/>
            </w:pPr>
            <w:r>
              <w:rPr>
                <w:sz w:val="16"/>
              </w:rPr>
              <w:t>EF0, 1.84 mi within this county, 100 yd wide</w:t>
            </w:r>
          </w:p>
        </w:tc>
        <w:tc>
          <w:tcPr>
            <w:tcW w:type="dxa" w:w="3354"/>
          </w:tcPr>
          <w:p>
            <w:pPr>
              <w:spacing w:after="0"/>
              <w:jc w:val="left"/>
            </w:pPr>
            <w:r>
              <w:rPr>
                <w:sz w:val="16"/>
              </w:rPr>
              <w:t>$100,000 property; $0 crops (2017 dollars)</w:t>
            </w:r>
          </w:p>
        </w:tc>
        <w:tc>
          <w:tcPr>
            <w:tcW w:type="dxa" w:w="947"/>
          </w:tcPr>
          <w:p>
            <w:pPr>
              <w:spacing w:after="0"/>
              <w:jc w:val="right"/>
            </w:pPr>
            <w:r>
              <w:rPr>
                <w:sz w:val="16"/>
              </w:rPr>
              <w:t>0, 1</w:t>
            </w:r>
          </w:p>
        </w:tc>
        <w:tc>
          <w:tcPr>
            <w:tcW w:type="dxa" w:w="2416"/>
          </w:tcPr>
          <w:p>
            <w:pPr>
              <w:spacing w:after="0"/>
              <w:jc w:val="left"/>
            </w:pPr>
            <w:r>
              <w:rPr>
                <w:sz w:val="16"/>
              </w:rPr>
              <w:t>CANA to FARMINGTON</w:t>
            </w:r>
          </w:p>
        </w:tc>
        <w:tc>
          <w:tcPr>
            <w:tcW w:type="dxa" w:w="3092"/>
          </w:tcPr>
          <w:p>
            <w:pPr>
              <w:spacing w:after="0"/>
              <w:jc w:val="left"/>
            </w:pPr>
            <w:r>
              <w:rPr>
                <w:sz w:val="16"/>
              </w:rPr>
              <w:t>deaths or injuries recorded</w:t>
            </w:r>
          </w:p>
        </w:tc>
      </w:tr>
      <w:tr>
        <w:trPr>
          <w:cantSplit/>
        </w:trPr>
        <w:tc>
          <w:tcPr>
            <w:tcW w:type="dxa" w:w="1037"/>
          </w:tcPr>
          <w:p>
            <w:pPr>
              <w:spacing w:after="0"/>
              <w:jc w:val="left"/>
            </w:pPr>
            <w:r>
              <w:rPr>
                <w:sz w:val="16"/>
              </w:rPr>
              <w:t>2012-06-29</w:t>
            </w:r>
          </w:p>
        </w:tc>
        <w:tc>
          <w:tcPr>
            <w:tcW w:type="dxa" w:w="1215"/>
          </w:tcPr>
          <w:p>
            <w:pPr>
              <w:spacing w:after="0"/>
              <w:jc w:val="left"/>
            </w:pPr>
            <w:r>
              <w:rPr>
                <w:sz w:val="16"/>
              </w:rPr>
              <w:t>Heat</w:t>
            </w:r>
          </w:p>
        </w:tc>
        <w:tc>
          <w:tcPr>
            <w:tcW w:type="dxa" w:w="2051"/>
          </w:tcPr>
          <w:p>
            <w:pPr>
              <w:spacing w:after="0"/>
              <w:jc w:val="left"/>
            </w:pPr>
          </w:p>
        </w:tc>
        <w:tc>
          <w:tcPr>
            <w:tcW w:type="dxa" w:w="3354"/>
          </w:tcPr>
          <w:p>
            <w:pPr>
              <w:spacing w:after="0"/>
              <w:jc w:val="left"/>
            </w:pPr>
            <w:r>
              <w:rPr>
                <w:sz w:val="16"/>
              </w:rPr>
              <w:t>damage not reported</w:t>
            </w:r>
          </w:p>
        </w:tc>
        <w:tc>
          <w:tcPr>
            <w:tcW w:type="dxa" w:w="947"/>
          </w:tcPr>
          <w:p>
            <w:pPr>
              <w:spacing w:after="0"/>
              <w:jc w:val="right"/>
            </w:pPr>
            <w:r>
              <w:rPr>
                <w:sz w:val="16"/>
              </w:rPr>
              <w:t>0, 0</w:t>
            </w:r>
          </w:p>
        </w:tc>
        <w:tc>
          <w:tcPr>
            <w:tcW w:type="dxa" w:w="2416"/>
          </w:tcPr>
          <w:p>
            <w:pPr>
              <w:spacing w:after="0"/>
              <w:jc w:val="left"/>
            </w:pPr>
            <w:r>
              <w:rPr>
                <w:sz w:val="16"/>
              </w:rPr>
              <w:t>NWS zone NCZ037 (DAVIE), zone-level</w:t>
            </w:r>
          </w:p>
        </w:tc>
        <w:tc>
          <w:tcPr>
            <w:tcW w:type="dxa" w:w="3092"/>
          </w:tcPr>
          <w:p>
            <w:pPr>
              <w:spacing w:after="0"/>
              <w:jc w:val="left"/>
            </w:pPr>
            <w:r>
              <w:rPr>
                <w:sz w:val="16"/>
              </w:rPr>
              <w:t>B1-c worst recorded: Excessive Heat, Heat</w:t>
            </w:r>
          </w:p>
        </w:tc>
      </w:tr>
      <w:tr>
        <w:trPr>
          <w:cantSplit/>
        </w:trPr>
        <w:tc>
          <w:tcPr>
            <w:tcW w:type="dxa" w:w="1037"/>
          </w:tcPr>
          <w:p>
            <w:pPr>
              <w:spacing w:after="0"/>
              <w:jc w:val="left"/>
            </w:pPr>
            <w:r>
              <w:rPr>
                <w:sz w:val="16"/>
              </w:rPr>
              <w:t>2011-05-23</w:t>
            </w:r>
          </w:p>
        </w:tc>
        <w:tc>
          <w:tcPr>
            <w:tcW w:type="dxa" w:w="1215"/>
          </w:tcPr>
          <w:p>
            <w:pPr>
              <w:spacing w:after="0"/>
              <w:jc w:val="left"/>
            </w:pPr>
            <w:r>
              <w:rPr>
                <w:sz w:val="16"/>
              </w:rPr>
              <w:t>Hail</w:t>
            </w:r>
          </w:p>
        </w:tc>
        <w:tc>
          <w:tcPr>
            <w:tcW w:type="dxa" w:w="2051"/>
          </w:tcPr>
          <w:p>
            <w:pPr>
              <w:spacing w:after="0"/>
              <w:jc w:val="left"/>
            </w:pPr>
            <w:r>
              <w:rPr>
                <w:sz w:val="16"/>
              </w:rPr>
              <w:t>2.5 in</w:t>
            </w:r>
          </w:p>
        </w:tc>
        <w:tc>
          <w:tcPr>
            <w:tcW w:type="dxa" w:w="3354"/>
          </w:tcPr>
          <w:p>
            <w:pPr>
              <w:spacing w:after="0"/>
              <w:jc w:val="left"/>
            </w:pPr>
            <w:r>
              <w:rPr>
                <w:sz w:val="16"/>
              </w:rPr>
              <w:t>damage not reported</w:t>
            </w:r>
          </w:p>
        </w:tc>
        <w:tc>
          <w:tcPr>
            <w:tcW w:type="dxa" w:w="947"/>
          </w:tcPr>
          <w:p>
            <w:pPr>
              <w:spacing w:after="0"/>
              <w:jc w:val="right"/>
            </w:pPr>
            <w:r>
              <w:rPr>
                <w:sz w:val="16"/>
              </w:rPr>
              <w:t>0, 0</w:t>
            </w:r>
          </w:p>
        </w:tc>
        <w:tc>
          <w:tcPr>
            <w:tcW w:type="dxa" w:w="2416"/>
          </w:tcPr>
          <w:p>
            <w:pPr>
              <w:spacing w:after="0"/>
              <w:jc w:val="left"/>
            </w:pPr>
            <w:r>
              <w:rPr>
                <w:sz w:val="16"/>
              </w:rPr>
              <w:t>BIXBY</w:t>
            </w:r>
          </w:p>
        </w:tc>
        <w:tc>
          <w:tcPr>
            <w:tcW w:type="dxa" w:w="3092"/>
          </w:tcPr>
          <w:p>
            <w:pPr>
              <w:spacing w:after="0"/>
              <w:jc w:val="left"/>
            </w:pPr>
            <w:r>
              <w:rPr>
                <w:sz w:val="16"/>
              </w:rPr>
              <w:t>B1-c worst recorded: Hail</w:t>
            </w:r>
          </w:p>
        </w:tc>
      </w:tr>
      <w:tr>
        <w:trPr>
          <w:cantSplit/>
        </w:trPr>
        <w:tc>
          <w:tcPr>
            <w:tcW w:type="dxa" w:w="1037"/>
          </w:tcPr>
          <w:p>
            <w:pPr>
              <w:spacing w:after="0"/>
              <w:jc w:val="left"/>
            </w:pPr>
            <w:r>
              <w:rPr>
                <w:sz w:val="16"/>
              </w:rPr>
              <w:t>2008-05-08</w:t>
            </w:r>
          </w:p>
        </w:tc>
        <w:tc>
          <w:tcPr>
            <w:tcW w:type="dxa" w:w="1215"/>
          </w:tcPr>
          <w:p>
            <w:pPr>
              <w:spacing w:after="0"/>
              <w:jc w:val="left"/>
            </w:pPr>
            <w:r>
              <w:rPr>
                <w:sz w:val="16"/>
              </w:rPr>
              <w:t>Tornado</w:t>
            </w:r>
          </w:p>
        </w:tc>
        <w:tc>
          <w:tcPr>
            <w:tcW w:type="dxa" w:w="2051"/>
          </w:tcPr>
          <w:p>
            <w:pPr>
              <w:spacing w:after="0"/>
              <w:jc w:val="left"/>
            </w:pPr>
            <w:r>
              <w:rPr>
                <w:sz w:val="16"/>
              </w:rPr>
              <w:t>EF2, 3.2 mi within this county, 100 yd wide</w:t>
            </w:r>
          </w:p>
        </w:tc>
        <w:tc>
          <w:tcPr>
            <w:tcW w:type="dxa" w:w="3354"/>
          </w:tcPr>
          <w:p>
            <w:pPr>
              <w:spacing w:after="0"/>
              <w:jc w:val="left"/>
            </w:pPr>
            <w:r>
              <w:rPr>
                <w:sz w:val="16"/>
              </w:rPr>
              <w:t>$200,000 property; $0 crops (2008 dollars)</w:t>
            </w:r>
          </w:p>
        </w:tc>
        <w:tc>
          <w:tcPr>
            <w:tcW w:type="dxa" w:w="947"/>
          </w:tcPr>
          <w:p>
            <w:pPr>
              <w:spacing w:after="0"/>
              <w:jc w:val="right"/>
            </w:pPr>
            <w:r>
              <w:rPr>
                <w:sz w:val="16"/>
              </w:rPr>
              <w:t>0, 0</w:t>
            </w:r>
          </w:p>
        </w:tc>
        <w:tc>
          <w:tcPr>
            <w:tcW w:type="dxa" w:w="2416"/>
          </w:tcPr>
          <w:p>
            <w:pPr>
              <w:spacing w:after="0"/>
              <w:jc w:val="left"/>
            </w:pPr>
            <w:r>
              <w:rPr>
                <w:sz w:val="16"/>
              </w:rPr>
              <w:t>ADVANCE</w:t>
            </w:r>
          </w:p>
        </w:tc>
        <w:tc>
          <w:tcPr>
            <w:tcW w:type="dxa" w:w="3092"/>
          </w:tcPr>
          <w:p>
            <w:pPr>
              <w:spacing w:after="0"/>
              <w:jc w:val="left"/>
            </w:pPr>
            <w:r>
              <w:rPr>
                <w:sz w:val="16"/>
              </w:rPr>
              <w:t>B1-c worst recorded: Tornado</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2051"/>
          </w:tcPr>
          <w:p>
            <w:pPr>
              <w:spacing w:after="0"/>
              <w:jc w:val="left"/>
            </w:pPr>
          </w:p>
        </w:tc>
        <w:tc>
          <w:tcPr>
            <w:tcW w:type="dxa" w:w="3354"/>
          </w:tcPr>
          <w:p>
            <w:pPr>
              <w:spacing w:after="0"/>
              <w:jc w:val="left"/>
            </w:pPr>
            <w:r>
              <w:rPr>
                <w:sz w:val="16"/>
              </w:rPr>
              <w:t>$0 property; $0 crops (zone total, 2007 dollars)</w:t>
            </w:r>
          </w:p>
        </w:tc>
        <w:tc>
          <w:tcPr>
            <w:tcW w:type="dxa" w:w="947"/>
          </w:tcPr>
          <w:p>
            <w:pPr>
              <w:spacing w:after="0"/>
              <w:jc w:val="right"/>
            </w:pPr>
            <w:r>
              <w:rPr>
                <w:sz w:val="16"/>
              </w:rPr>
              <w:t>0, 0</w:t>
            </w:r>
          </w:p>
        </w:tc>
        <w:tc>
          <w:tcPr>
            <w:tcW w:type="dxa" w:w="2416"/>
          </w:tcPr>
          <w:p>
            <w:pPr>
              <w:spacing w:after="0"/>
              <w:jc w:val="left"/>
            </w:pPr>
            <w:r>
              <w:rPr>
                <w:sz w:val="16"/>
              </w:rPr>
              <w:t>NWS zone NCZ037 (DAVIE), zone-level</w:t>
            </w:r>
          </w:p>
        </w:tc>
        <w:tc>
          <w:tcPr>
            <w:tcW w:type="dxa" w:w="3092"/>
          </w:tcPr>
          <w:p>
            <w:pPr>
              <w:spacing w:after="0"/>
              <w:jc w:val="left"/>
            </w:pPr>
            <w:r>
              <w:rPr>
                <w:sz w:val="16"/>
              </w:rPr>
              <w:t>B1-c worst recorded: Drought</w:t>
            </w:r>
          </w:p>
        </w:tc>
      </w:tr>
      <w:tr>
        <w:trPr>
          <w:cantSplit/>
        </w:trPr>
        <w:tc>
          <w:tcPr>
            <w:tcW w:type="dxa" w:w="1037"/>
          </w:tcPr>
          <w:p>
            <w:pPr>
              <w:spacing w:after="0"/>
              <w:jc w:val="left"/>
            </w:pPr>
            <w:r>
              <w:rPr>
                <w:sz w:val="16"/>
              </w:rPr>
              <w:t>2004-03-07</w:t>
            </w:r>
          </w:p>
        </w:tc>
        <w:tc>
          <w:tcPr>
            <w:tcW w:type="dxa" w:w="1215"/>
          </w:tcPr>
          <w:p>
            <w:pPr>
              <w:spacing w:after="0"/>
              <w:jc w:val="left"/>
            </w:pPr>
            <w:r>
              <w:rPr>
                <w:sz w:val="16"/>
              </w:rPr>
              <w:t>High Wind</w:t>
            </w:r>
          </w:p>
        </w:tc>
        <w:tc>
          <w:tcPr>
            <w:tcW w:type="dxa" w:w="2051"/>
          </w:tcPr>
          <w:p>
            <w:pPr>
              <w:spacing w:after="0"/>
              <w:jc w:val="left"/>
            </w:pPr>
            <w:r>
              <w:rPr>
                <w:sz w:val="16"/>
              </w:rPr>
              <w:t>65 kt (75 mph) estimated gust</w:t>
            </w:r>
          </w:p>
        </w:tc>
        <w:tc>
          <w:tcPr>
            <w:tcW w:type="dxa" w:w="3354"/>
          </w:tcPr>
          <w:p>
            <w:pPr>
              <w:spacing w:after="0"/>
              <w:jc w:val="left"/>
            </w:pPr>
            <w:r>
              <w:rPr>
                <w:sz w:val="16"/>
              </w:rPr>
              <w:t>$30,000 property; crops not reported (zone total, 2004 dollars)</w:t>
            </w:r>
          </w:p>
        </w:tc>
        <w:tc>
          <w:tcPr>
            <w:tcW w:type="dxa" w:w="947"/>
          </w:tcPr>
          <w:p>
            <w:pPr>
              <w:spacing w:after="0"/>
              <w:jc w:val="right"/>
            </w:pPr>
            <w:r>
              <w:rPr>
                <w:sz w:val="16"/>
              </w:rPr>
              <w:t>0, 0</w:t>
            </w:r>
          </w:p>
        </w:tc>
        <w:tc>
          <w:tcPr>
            <w:tcW w:type="dxa" w:w="2416"/>
          </w:tcPr>
          <w:p>
            <w:pPr>
              <w:spacing w:after="0"/>
              <w:jc w:val="left"/>
            </w:pPr>
            <w:r>
              <w:rPr>
                <w:sz w:val="16"/>
              </w:rPr>
              <w:t>NWS zone NCZ037 (DAVIE), zone-level</w:t>
            </w:r>
          </w:p>
        </w:tc>
        <w:tc>
          <w:tcPr>
            <w:tcW w:type="dxa" w:w="3092"/>
          </w:tcPr>
          <w:p>
            <w:pPr>
              <w:spacing w:after="0"/>
              <w:jc w:val="left"/>
            </w:pPr>
            <w:r>
              <w:rPr>
                <w:sz w:val="16"/>
              </w:rPr>
              <w:t>B1-c worst recorded: High Wind and Strong Wind</w:t>
            </w:r>
          </w:p>
        </w:tc>
      </w:tr>
      <w:tr>
        <w:trPr>
          <w:cantSplit/>
        </w:trPr>
        <w:tc>
          <w:tcPr>
            <w:tcW w:type="dxa" w:w="1037"/>
          </w:tcPr>
          <w:p>
            <w:pPr>
              <w:spacing w:after="0"/>
              <w:jc w:val="left"/>
            </w:pPr>
            <w:r>
              <w:rPr>
                <w:sz w:val="16"/>
              </w:rPr>
              <w:t>2004-03-07</w:t>
            </w:r>
          </w:p>
        </w:tc>
        <w:tc>
          <w:tcPr>
            <w:tcW w:type="dxa" w:w="1215"/>
          </w:tcPr>
          <w:p>
            <w:pPr>
              <w:spacing w:after="0"/>
              <w:jc w:val="left"/>
            </w:pPr>
            <w:r>
              <w:rPr>
                <w:sz w:val="16"/>
              </w:rPr>
              <w:t>Thunderstorm Wind</w:t>
            </w:r>
          </w:p>
        </w:tc>
        <w:tc>
          <w:tcPr>
            <w:tcW w:type="dxa" w:w="2051"/>
          </w:tcPr>
          <w:p>
            <w:pPr>
              <w:spacing w:after="0"/>
              <w:jc w:val="left"/>
            </w:pPr>
            <w:r>
              <w:rPr>
                <w:sz w:val="16"/>
              </w:rPr>
              <w:t>65 kt (75 mph) estimated gust</w:t>
            </w:r>
          </w:p>
        </w:tc>
        <w:tc>
          <w:tcPr>
            <w:tcW w:type="dxa" w:w="3354"/>
          </w:tcPr>
          <w:p>
            <w:pPr>
              <w:spacing w:after="0"/>
              <w:jc w:val="left"/>
            </w:pPr>
            <w:r>
              <w:rPr>
                <w:sz w:val="16"/>
              </w:rPr>
              <w:t>$70,000 property; crops not reported (2004 dollars)</w:t>
            </w:r>
          </w:p>
        </w:tc>
        <w:tc>
          <w:tcPr>
            <w:tcW w:type="dxa" w:w="947"/>
          </w:tcPr>
          <w:p>
            <w:pPr>
              <w:spacing w:after="0"/>
              <w:jc w:val="right"/>
            </w:pPr>
            <w:r>
              <w:rPr>
                <w:sz w:val="16"/>
              </w:rPr>
              <w:t>0, 0</w:t>
            </w:r>
          </w:p>
        </w:tc>
        <w:tc>
          <w:tcPr>
            <w:tcW w:type="dxa" w:w="2416"/>
          </w:tcPr>
          <w:p>
            <w:pPr>
              <w:spacing w:after="0"/>
              <w:jc w:val="left"/>
            </w:pPr>
            <w:r>
              <w:rPr>
                <w:sz w:val="16"/>
              </w:rPr>
              <w:t>SHEFFIELD</w:t>
            </w:r>
          </w:p>
        </w:tc>
        <w:tc>
          <w:tcPr>
            <w:tcW w:type="dxa" w:w="3092"/>
          </w:tcPr>
          <w:p>
            <w:pPr>
              <w:spacing w:after="0"/>
              <w:jc w:val="left"/>
            </w:pPr>
            <w:r>
              <w:rPr>
                <w:sz w:val="16"/>
              </w:rPr>
              <w:t>B1-c worst recorded: Thunderstorm Wind</w:t>
            </w:r>
          </w:p>
        </w:tc>
      </w:tr>
      <w:tr>
        <w:trPr>
          <w:cantSplit/>
        </w:trPr>
        <w:tc>
          <w:tcPr>
            <w:tcW w:type="dxa" w:w="1037"/>
          </w:tcPr>
          <w:p>
            <w:pPr>
              <w:spacing w:after="0"/>
              <w:jc w:val="left"/>
            </w:pPr>
            <w:r>
              <w:rPr>
                <w:sz w:val="16"/>
              </w:rPr>
              <w:t>2003-03-20</w:t>
            </w:r>
          </w:p>
        </w:tc>
        <w:tc>
          <w:tcPr>
            <w:tcW w:type="dxa" w:w="1215"/>
          </w:tcPr>
          <w:p>
            <w:pPr>
              <w:spacing w:after="0"/>
              <w:jc w:val="left"/>
            </w:pPr>
            <w:r>
              <w:rPr>
                <w:sz w:val="16"/>
              </w:rPr>
              <w:t>Flood</w:t>
            </w:r>
          </w:p>
        </w:tc>
        <w:tc>
          <w:tcPr>
            <w:tcW w:type="dxa" w:w="2051"/>
          </w:tcPr>
          <w:p>
            <w:pPr>
              <w:spacing w:after="0"/>
              <w:jc w:val="left"/>
            </w:pPr>
          </w:p>
        </w:tc>
        <w:tc>
          <w:tcPr>
            <w:tcW w:type="dxa" w:w="3354"/>
          </w:tcPr>
          <w:p>
            <w:pPr>
              <w:spacing w:after="0"/>
              <w:jc w:val="left"/>
            </w:pPr>
            <w:r>
              <w:rPr>
                <w:sz w:val="16"/>
              </w:rPr>
              <w:t>$1,000,000 property; crops not reported (zone total, 2003 dollars)</w:t>
            </w:r>
          </w:p>
        </w:tc>
        <w:tc>
          <w:tcPr>
            <w:tcW w:type="dxa" w:w="947"/>
          </w:tcPr>
          <w:p>
            <w:pPr>
              <w:spacing w:after="0"/>
              <w:jc w:val="right"/>
            </w:pPr>
            <w:r>
              <w:rPr>
                <w:sz w:val="16"/>
              </w:rPr>
              <w:t>0, 0</w:t>
            </w:r>
          </w:p>
        </w:tc>
        <w:tc>
          <w:tcPr>
            <w:tcW w:type="dxa" w:w="2416"/>
          </w:tcPr>
          <w:p>
            <w:pPr>
              <w:spacing w:after="0"/>
              <w:jc w:val="left"/>
            </w:pPr>
            <w:r>
              <w:rPr>
                <w:sz w:val="16"/>
              </w:rPr>
              <w:t>NWS zone NCZ037 (DAVIE), zone-level</w:t>
            </w:r>
          </w:p>
        </w:tc>
        <w:tc>
          <w:tcPr>
            <w:tcW w:type="dxa" w:w="309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2002-12-04</w:t>
            </w:r>
          </w:p>
        </w:tc>
        <w:tc>
          <w:tcPr>
            <w:tcW w:type="dxa" w:w="1215"/>
          </w:tcPr>
          <w:p>
            <w:pPr>
              <w:spacing w:after="0"/>
              <w:jc w:val="left"/>
            </w:pPr>
            <w:r>
              <w:rPr>
                <w:sz w:val="16"/>
              </w:rPr>
              <w:t>Ice Storm</w:t>
            </w:r>
          </w:p>
        </w:tc>
        <w:tc>
          <w:tcPr>
            <w:tcW w:type="dxa" w:w="2051"/>
          </w:tcPr>
          <w:p>
            <w:pPr>
              <w:spacing w:after="0"/>
              <w:jc w:val="left"/>
            </w:pPr>
          </w:p>
        </w:tc>
        <w:tc>
          <w:tcPr>
            <w:tcW w:type="dxa" w:w="3354"/>
          </w:tcPr>
          <w:p>
            <w:pPr>
              <w:spacing w:after="0"/>
              <w:jc w:val="left"/>
            </w:pPr>
            <w:r>
              <w:rPr>
                <w:sz w:val="16"/>
              </w:rPr>
              <w:t>$9,000,000 property; crops not reported (zone total, 2002 dollars)</w:t>
            </w:r>
          </w:p>
        </w:tc>
        <w:tc>
          <w:tcPr>
            <w:tcW w:type="dxa" w:w="947"/>
          </w:tcPr>
          <w:p>
            <w:pPr>
              <w:spacing w:after="0"/>
              <w:jc w:val="right"/>
            </w:pPr>
            <w:r>
              <w:rPr>
                <w:sz w:val="16"/>
              </w:rPr>
              <w:t>0, 0</w:t>
            </w:r>
          </w:p>
        </w:tc>
        <w:tc>
          <w:tcPr>
            <w:tcW w:type="dxa" w:w="2416"/>
          </w:tcPr>
          <w:p>
            <w:pPr>
              <w:spacing w:after="0"/>
              <w:jc w:val="left"/>
            </w:pPr>
            <w:r>
              <w:rPr>
                <w:sz w:val="16"/>
              </w:rPr>
              <w:t>NWS zone NCZ037 (DAVIE), zone-level</w:t>
            </w:r>
          </w:p>
        </w:tc>
        <w:tc>
          <w:tcPr>
            <w:tcW w:type="dxa" w:w="3092"/>
          </w:tcPr>
          <w:p>
            <w:pPr>
              <w:spacing w:after="0"/>
              <w:jc w:val="left"/>
            </w:pPr>
            <w:r>
              <w:rPr>
                <w:sz w:val="16"/>
              </w:rPr>
              <w:t>B1-c worst recorded: Ice Storm</w:t>
            </w:r>
          </w:p>
        </w:tc>
      </w:tr>
      <w:tr>
        <w:trPr>
          <w:cantSplit/>
        </w:trPr>
        <w:tc>
          <w:tcPr>
            <w:tcW w:type="dxa" w:w="1037"/>
          </w:tcPr>
          <w:p>
            <w:pPr>
              <w:spacing w:after="0"/>
              <w:jc w:val="left"/>
            </w:pPr>
            <w:r>
              <w:rPr>
                <w:sz w:val="16"/>
              </w:rPr>
              <w:t>2001-08-11</w:t>
            </w:r>
          </w:p>
        </w:tc>
        <w:tc>
          <w:tcPr>
            <w:tcW w:type="dxa" w:w="1215"/>
          </w:tcPr>
          <w:p>
            <w:pPr>
              <w:spacing w:after="0"/>
              <w:jc w:val="left"/>
            </w:pPr>
            <w:r>
              <w:rPr>
                <w:sz w:val="16"/>
              </w:rPr>
              <w:t>Lightning</w:t>
            </w:r>
          </w:p>
        </w:tc>
        <w:tc>
          <w:tcPr>
            <w:tcW w:type="dxa" w:w="2051"/>
          </w:tcPr>
          <w:p>
            <w:pPr>
              <w:spacing w:after="0"/>
              <w:jc w:val="left"/>
            </w:pPr>
          </w:p>
        </w:tc>
        <w:tc>
          <w:tcPr>
            <w:tcW w:type="dxa" w:w="3354"/>
          </w:tcPr>
          <w:p>
            <w:pPr>
              <w:spacing w:after="0"/>
              <w:jc w:val="left"/>
            </w:pPr>
            <w:r>
              <w:rPr>
                <w:sz w:val="16"/>
              </w:rPr>
              <w:t>damage not reported</w:t>
            </w:r>
          </w:p>
        </w:tc>
        <w:tc>
          <w:tcPr>
            <w:tcW w:type="dxa" w:w="947"/>
          </w:tcPr>
          <w:p>
            <w:pPr>
              <w:spacing w:after="0"/>
              <w:jc w:val="right"/>
            </w:pPr>
            <w:r>
              <w:rPr>
                <w:sz w:val="16"/>
              </w:rPr>
              <w:t>0, 1</w:t>
            </w:r>
          </w:p>
        </w:tc>
        <w:tc>
          <w:tcPr>
            <w:tcW w:type="dxa" w:w="2416"/>
          </w:tcPr>
          <w:p>
            <w:pPr>
              <w:spacing w:after="0"/>
              <w:jc w:val="left"/>
            </w:pPr>
            <w:r>
              <w:rPr>
                <w:sz w:val="16"/>
              </w:rPr>
              <w:t>MOCKSVILLE</w:t>
            </w:r>
          </w:p>
        </w:tc>
        <w:tc>
          <w:tcPr>
            <w:tcW w:type="dxa" w:w="3092"/>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051"/>
          </w:tcPr>
          <w:p>
            <w:pPr>
              <w:spacing w:after="0"/>
              <w:jc w:val="left"/>
            </w:pPr>
          </w:p>
        </w:tc>
        <w:tc>
          <w:tcPr>
            <w:tcW w:type="dxa" w:w="3354"/>
          </w:tcPr>
          <w:p>
            <w:pPr>
              <w:spacing w:after="0"/>
              <w:jc w:val="left"/>
            </w:pPr>
            <w:r>
              <w:rPr>
                <w:sz w:val="16"/>
              </w:rPr>
              <w:t>damage not reported</w:t>
            </w:r>
          </w:p>
        </w:tc>
        <w:tc>
          <w:tcPr>
            <w:tcW w:type="dxa" w:w="947"/>
          </w:tcPr>
          <w:p>
            <w:pPr>
              <w:spacing w:after="0"/>
              <w:jc w:val="right"/>
            </w:pPr>
            <w:r>
              <w:rPr>
                <w:sz w:val="16"/>
              </w:rPr>
              <w:t>0, 0</w:t>
            </w:r>
          </w:p>
        </w:tc>
        <w:tc>
          <w:tcPr>
            <w:tcW w:type="dxa" w:w="2416"/>
          </w:tcPr>
          <w:p>
            <w:pPr>
              <w:spacing w:after="0"/>
              <w:jc w:val="left"/>
            </w:pPr>
            <w:r>
              <w:rPr>
                <w:sz w:val="16"/>
              </w:rPr>
              <w:t>NWS zone NCZ037 (DAVIE), zone-level</w:t>
            </w:r>
          </w:p>
        </w:tc>
        <w:tc>
          <w:tcPr>
            <w:tcW w:type="dxa" w:w="3092"/>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08"/>
        <w:gridCol w:w="1037"/>
        <w:gridCol w:w="1316"/>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6"/>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0.526</w:t>
            </w:r>
          </w:p>
        </w:tc>
        <w:tc>
          <w:tcPr>
            <w:tcW w:type="dxa" w:w="1335"/>
          </w:tcPr>
          <w:p>
            <w:pPr>
              <w:spacing w:after="0"/>
              <w:jc w:val="left"/>
            </w:pPr>
            <w:r>
              <w:rPr>
                <w:sz w:val="16"/>
              </w:rPr>
              <w:t>event-days per year</w:t>
            </w:r>
          </w:p>
        </w:tc>
        <w:tc>
          <w:tcPr>
            <w:tcW w:type="dxa" w:w="1708"/>
          </w:tcPr>
          <w:p>
            <w:pPr>
              <w:spacing w:after="0"/>
              <w:jc w:val="left"/>
            </w:pPr>
            <w:r>
              <w:rPr>
                <w:sz w:val="16"/>
              </w:rPr>
              <w:t>about 0.526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6 of 30 years, 1996 to 2025 (20%)</w:t>
            </w:r>
          </w:p>
        </w:tc>
        <w:tc>
          <w:tcPr>
            <w:tcW w:type="dxa" w:w="1572"/>
          </w:tcPr>
          <w:p>
            <w:pPr>
              <w:spacing w:after="0"/>
              <w:jc w:val="right"/>
            </w:pPr>
            <w:r>
              <w:rPr>
                <w:sz w:val="16"/>
              </w:rPr>
              <w:t>10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26.5</w:t>
            </w:r>
          </w:p>
        </w:tc>
        <w:tc>
          <w:tcPr>
            <w:tcW w:type="dxa" w:w="1335"/>
          </w:tcPr>
          <w:p>
            <w:pPr>
              <w:spacing w:after="0"/>
              <w:jc w:val="left"/>
            </w:pPr>
            <w:r>
              <w:rPr>
                <w:sz w:val="16"/>
              </w:rPr>
              <w:t>event-days per year</w:t>
            </w:r>
          </w:p>
        </w:tc>
        <w:tc>
          <w:tcPr>
            <w:tcW w:type="dxa" w:w="1708"/>
          </w:tcPr>
          <w:p>
            <w:pPr>
              <w:spacing w:after="0"/>
              <w:jc w:val="left"/>
            </w:pPr>
            <w:r>
              <w:rPr>
                <w:sz w:val="16"/>
              </w:rPr>
              <w:t>about 26.5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8 of 30 years, 1996 to 2025 (26.7%)</w:t>
            </w:r>
          </w:p>
        </w:tc>
        <w:tc>
          <w:tcPr>
            <w:tcW w:type="dxa" w:w="1572"/>
          </w:tcPr>
          <w:p>
            <w:pPr>
              <w:spacing w:after="0"/>
              <w:jc w:val="right"/>
            </w:pPr>
            <w:r>
              <w:rPr>
                <w:sz w:val="16"/>
              </w:rPr>
              <w:t>833</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0.0016</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has at least minor-damage shaking in a year: 0.16%</w:t>
            </w:r>
          </w:p>
        </w:tc>
        <w:tc>
          <w:tcPr>
            <w:tcW w:type="dxa" w:w="1037"/>
          </w:tcPr>
          <w:p>
            <w:pPr>
              <w:spacing w:after="0"/>
              <w:jc w:val="left"/>
            </w:pPr>
          </w:p>
        </w:tc>
        <w:tc>
          <w:tcPr>
            <w:tcW w:type="dxa" w:w="1316"/>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4.99</w:t>
            </w:r>
          </w:p>
        </w:tc>
        <w:tc>
          <w:tcPr>
            <w:tcW w:type="dxa" w:w="1335"/>
          </w:tcPr>
          <w:p>
            <w:pPr>
              <w:spacing w:after="0"/>
              <w:jc w:val="left"/>
            </w:pPr>
            <w:r>
              <w:rPr>
                <w:sz w:val="16"/>
              </w:rPr>
              <w:t>events per year</w:t>
            </w:r>
          </w:p>
        </w:tc>
        <w:tc>
          <w:tcPr>
            <w:tcW w:type="dxa" w:w="1708"/>
          </w:tcPr>
          <w:p>
            <w:pPr>
              <w:spacing w:after="0"/>
              <w:jc w:val="left"/>
            </w:pPr>
            <w:r>
              <w:rPr>
                <w:sz w:val="16"/>
              </w:rPr>
              <w:t>about 4.99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189.5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1.37</w:t>
            </w:r>
          </w:p>
        </w:tc>
        <w:tc>
          <w:tcPr>
            <w:tcW w:type="dxa" w:w="1335"/>
          </w:tcPr>
          <w:p>
            <w:pPr>
              <w:spacing w:after="0"/>
              <w:jc w:val="left"/>
            </w:pPr>
            <w:r>
              <w:rPr>
                <w:sz w:val="16"/>
              </w:rPr>
              <w:t>event-days per year</w:t>
            </w:r>
          </w:p>
        </w:tc>
        <w:tc>
          <w:tcPr>
            <w:tcW w:type="dxa" w:w="1708"/>
          </w:tcPr>
          <w:p>
            <w:pPr>
              <w:spacing w:after="0"/>
              <w:jc w:val="left"/>
            </w:pPr>
            <w:r>
              <w:rPr>
                <w:sz w:val="16"/>
              </w:rPr>
              <w:t>about 1.37 days per year</w:t>
            </w:r>
          </w:p>
        </w:tc>
        <w:tc>
          <w:tcPr>
            <w:tcW w:type="dxa" w:w="1037"/>
          </w:tcPr>
          <w:p>
            <w:pPr>
              <w:spacing w:after="0"/>
              <w:jc w:val="left"/>
            </w:pPr>
            <w:r>
              <w:rPr>
                <w:sz w:val="16"/>
              </w:rPr>
              <w:t>Possible</w:t>
            </w:r>
          </w:p>
        </w:tc>
        <w:tc>
          <w:tcPr>
            <w:tcW w:type="dxa" w:w="1316"/>
          </w:tcPr>
          <w:p>
            <w:pPr>
              <w:spacing w:after="0"/>
              <w:jc w:val="left"/>
            </w:pPr>
            <w:r>
              <w:rPr>
                <w:sz w:val="16"/>
              </w:rPr>
              <w:t>Storm Events event-days in 1 of 30 years, 1996 to 2025 (3.33%)</w:t>
            </w:r>
          </w:p>
        </w:tc>
        <w:tc>
          <w:tcPr>
            <w:tcW w:type="dxa" w:w="1572"/>
          </w:tcPr>
          <w:p>
            <w:pPr>
              <w:spacing w:after="0"/>
              <w:jc w:val="right"/>
            </w:pPr>
            <w:r>
              <w:rPr>
                <w:sz w:val="16"/>
              </w:rPr>
              <w:t>23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0.0804</w:t>
            </w:r>
          </w:p>
        </w:tc>
        <w:tc>
          <w:tcPr>
            <w:tcW w:type="dxa" w:w="1335"/>
          </w:tcPr>
          <w:p>
            <w:pPr>
              <w:spacing w:after="0"/>
              <w:jc w:val="left"/>
            </w:pPr>
            <w:r>
              <w:rPr>
                <w:sz w:val="16"/>
              </w:rPr>
              <w:t>events per year</w:t>
            </w:r>
          </w:p>
        </w:tc>
        <w:tc>
          <w:tcPr>
            <w:tcW w:type="dxa" w:w="1708"/>
          </w:tcPr>
          <w:p>
            <w:pPr>
              <w:spacing w:after="0"/>
              <w:jc w:val="left"/>
            </w:pPr>
            <w:r>
              <w:rPr>
                <w:sz w:val="16"/>
              </w:rPr>
              <w:t>about 1 in 12 years</w:t>
            </w:r>
          </w:p>
        </w:tc>
        <w:tc>
          <w:tcPr>
            <w:tcW w:type="dxa" w:w="1037"/>
          </w:tcPr>
          <w:p>
            <w:pPr>
              <w:spacing w:after="0"/>
              <w:jc w:val="left"/>
            </w:pPr>
            <w:r>
              <w:rPr>
                <w:sz w:val="16"/>
              </w:rPr>
              <w:t>Possible</w:t>
            </w:r>
          </w:p>
        </w:tc>
        <w:tc>
          <w:tcPr>
            <w:tcW w:type="dxa" w:w="1316"/>
          </w:tcPr>
          <w:p>
            <w:pPr>
              <w:spacing w:after="0"/>
              <w:jc w:val="left"/>
            </w:pPr>
            <w:r>
              <w:rPr>
                <w:sz w:val="16"/>
              </w:rPr>
              <w:t>FEMA annualized frequency (modeled)</w:t>
            </w:r>
          </w:p>
        </w:tc>
        <w:tc>
          <w:tcPr>
            <w:tcW w:type="dxa" w:w="1572"/>
          </w:tcPr>
          <w:p>
            <w:pPr>
              <w:spacing w:after="0"/>
              <w:jc w:val="right"/>
            </w:pPr>
            <w:r>
              <w:rPr>
                <w:sz w:val="16"/>
              </w:rPr>
              <w:t>22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1.98</w:t>
            </w:r>
          </w:p>
        </w:tc>
        <w:tc>
          <w:tcPr>
            <w:tcW w:type="dxa" w:w="1335"/>
          </w:tcPr>
          <w:p>
            <w:pPr>
              <w:spacing w:after="0"/>
              <w:jc w:val="left"/>
            </w:pPr>
            <w:r>
              <w:rPr>
                <w:sz w:val="16"/>
              </w:rPr>
              <w:t>event-days per year</w:t>
            </w:r>
          </w:p>
        </w:tc>
        <w:tc>
          <w:tcPr>
            <w:tcW w:type="dxa" w:w="1708"/>
          </w:tcPr>
          <w:p>
            <w:pPr>
              <w:spacing w:after="0"/>
              <w:jc w:val="left"/>
            </w:pPr>
            <w:r>
              <w:rPr>
                <w:sz w:val="16"/>
              </w:rPr>
              <w:t>about 1.98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7 of 30 years, 1996 to 2025 (23.3%)</w:t>
            </w:r>
          </w:p>
        </w:tc>
        <w:tc>
          <w:tcPr>
            <w:tcW w:type="dxa" w:w="1572"/>
          </w:tcPr>
          <w:p>
            <w:pPr>
              <w:spacing w:after="0"/>
              <w:jc w:val="right"/>
            </w:pPr>
            <w:r>
              <w:rPr>
                <w:sz w:val="16"/>
              </w:rPr>
              <w:t>133</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0.393</w:t>
            </w:r>
          </w:p>
        </w:tc>
        <w:tc>
          <w:tcPr>
            <w:tcW w:type="dxa" w:w="1335"/>
          </w:tcPr>
          <w:p>
            <w:pPr>
              <w:spacing w:after="0"/>
              <w:jc w:val="left"/>
            </w:pPr>
            <w:r>
              <w:rPr>
                <w:sz w:val="16"/>
              </w:rPr>
              <w:t>event-days per year</w:t>
            </w:r>
          </w:p>
        </w:tc>
        <w:tc>
          <w:tcPr>
            <w:tcW w:type="dxa" w:w="1708"/>
          </w:tcPr>
          <w:p>
            <w:pPr>
              <w:spacing w:after="0"/>
              <w:jc w:val="left"/>
            </w:pPr>
            <w:r>
              <w:rPr>
                <w:sz w:val="16"/>
              </w:rPr>
              <w:t>about 0.393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5 of 30 years, 1996 to 2025 (16.7%)</w:t>
            </w:r>
          </w:p>
        </w:tc>
        <w:tc>
          <w:tcPr>
            <w:tcW w:type="dxa" w:w="1572"/>
          </w:tcPr>
          <w:p>
            <w:pPr>
              <w:spacing w:after="0"/>
              <w:jc w:val="right"/>
            </w:pPr>
            <w:r>
              <w:rPr>
                <w:sz w:val="16"/>
              </w:rPr>
              <w:t>11</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0.23</w:t>
            </w:r>
          </w:p>
        </w:tc>
        <w:tc>
          <w:tcPr>
            <w:tcW w:type="dxa" w:w="1335"/>
          </w:tcPr>
          <w:p>
            <w:pPr>
              <w:spacing w:after="0"/>
              <w:jc w:val="left"/>
            </w:pPr>
            <w:r>
              <w:rPr>
                <w:sz w:val="16"/>
              </w:rPr>
              <w:t>events per year (modeled)</w:t>
            </w:r>
          </w:p>
        </w:tc>
        <w:tc>
          <w:tcPr>
            <w:tcW w:type="dxa" w:w="1708"/>
          </w:tcPr>
          <w:p>
            <w:pPr>
              <w:spacing w:after="0"/>
              <w:jc w:val="left"/>
            </w:pPr>
            <w:r>
              <w:rPr>
                <w:sz w:val="16"/>
              </w:rPr>
              <w:t>about 1 in 4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49.7</w:t>
            </w:r>
          </w:p>
        </w:tc>
        <w:tc>
          <w:tcPr>
            <w:tcW w:type="dxa" w:w="1335"/>
          </w:tcPr>
          <w:p>
            <w:pPr>
              <w:spacing w:after="0"/>
              <w:jc w:val="left"/>
            </w:pPr>
            <w:r>
              <w:rPr>
                <w:sz w:val="16"/>
              </w:rPr>
              <w:t>days per year with a strike</w:t>
            </w:r>
          </w:p>
        </w:tc>
        <w:tc>
          <w:tcPr>
            <w:tcW w:type="dxa" w:w="1708"/>
          </w:tcPr>
          <w:p>
            <w:pPr>
              <w:spacing w:after="0"/>
              <w:jc w:val="left"/>
            </w:pPr>
            <w:r>
              <w:rPr>
                <w:sz w:val="16"/>
              </w:rPr>
              <w:t>about 49.7 days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2.4</w:t>
            </w:r>
          </w:p>
        </w:tc>
        <w:tc>
          <w:tcPr>
            <w:tcW w:type="dxa" w:w="1335"/>
          </w:tcPr>
          <w:p>
            <w:pPr>
              <w:spacing w:after="0"/>
              <w:jc w:val="left"/>
            </w:pPr>
            <w:r>
              <w:rPr>
                <w:sz w:val="16"/>
              </w:rPr>
              <w:t>events per year</w:t>
            </w:r>
          </w:p>
        </w:tc>
        <w:tc>
          <w:tcPr>
            <w:tcW w:type="dxa" w:w="1708"/>
          </w:tcPr>
          <w:p>
            <w:pPr>
              <w:spacing w:after="0"/>
              <w:jc w:val="left"/>
            </w:pPr>
            <w:r>
              <w:rPr>
                <w:sz w:val="16"/>
              </w:rPr>
              <w:t>about 2.4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92</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0.0999</w:t>
            </w:r>
          </w:p>
        </w:tc>
        <w:tc>
          <w:tcPr>
            <w:tcW w:type="dxa" w:w="1335"/>
          </w:tcPr>
          <w:p>
            <w:pPr>
              <w:spacing w:after="0"/>
              <w:jc w:val="left"/>
            </w:pPr>
            <w:r>
              <w:rPr>
                <w:sz w:val="16"/>
              </w:rPr>
              <w:t>events per year</w:t>
            </w:r>
          </w:p>
        </w:tc>
        <w:tc>
          <w:tcPr>
            <w:tcW w:type="dxa" w:w="1708"/>
          </w:tcPr>
          <w:p>
            <w:pPr>
              <w:spacing w:after="0"/>
              <w:jc w:val="left"/>
            </w:pPr>
            <w:r>
              <w:rPr>
                <w:sz w:val="16"/>
              </w:rPr>
              <w:t>about 1 in 10 years</w:t>
            </w:r>
          </w:p>
        </w:tc>
        <w:tc>
          <w:tcPr>
            <w:tcW w:type="dxa" w:w="1037"/>
          </w:tcPr>
          <w:p>
            <w:pPr>
              <w:spacing w:after="0"/>
              <w:jc w:val="left"/>
            </w:pPr>
            <w:r>
              <w:rPr>
                <w:sz w:val="16"/>
              </w:rPr>
              <w:t>Possible</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0.000195</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burns in a year: 0.0195%</w:t>
            </w:r>
          </w:p>
        </w:tc>
        <w:tc>
          <w:tcPr>
            <w:tcW w:type="dxa" w:w="1037"/>
          </w:tcPr>
          <w:p>
            <w:pPr>
              <w:spacing w:after="0"/>
              <w:jc w:val="left"/>
            </w:pPr>
          </w:p>
        </w:tc>
        <w:tc>
          <w:tcPr>
            <w:tcW w:type="dxa" w:w="1316"/>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7.05</w:t>
            </w:r>
          </w:p>
        </w:tc>
        <w:tc>
          <w:tcPr>
            <w:tcW w:type="dxa" w:w="1335"/>
          </w:tcPr>
          <w:p>
            <w:pPr>
              <w:spacing w:after="0"/>
              <w:jc w:val="left"/>
            </w:pPr>
            <w:r>
              <w:rPr>
                <w:sz w:val="16"/>
              </w:rPr>
              <w:t>event-days per year</w:t>
            </w:r>
          </w:p>
        </w:tc>
        <w:tc>
          <w:tcPr>
            <w:tcW w:type="dxa" w:w="1708"/>
          </w:tcPr>
          <w:p>
            <w:pPr>
              <w:spacing w:after="0"/>
              <w:jc w:val="left"/>
            </w:pPr>
            <w:r>
              <w:rPr>
                <w:sz w:val="16"/>
              </w:rPr>
              <w:t>about 7.05 days per year</w:t>
            </w:r>
          </w:p>
        </w:tc>
        <w:tc>
          <w:tcPr>
            <w:tcW w:type="dxa" w:w="1037"/>
          </w:tcPr>
          <w:p>
            <w:pPr>
              <w:spacing w:after="0"/>
              <w:jc w:val="left"/>
            </w:pPr>
            <w:r>
              <w:rPr>
                <w:sz w:val="16"/>
              </w:rPr>
              <w:t>Highly likely</w:t>
            </w:r>
          </w:p>
        </w:tc>
        <w:tc>
          <w:tcPr>
            <w:tcW w:type="dxa" w:w="1316"/>
          </w:tcPr>
          <w:p>
            <w:pPr>
              <w:spacing w:after="0"/>
              <w:jc w:val="left"/>
            </w:pPr>
            <w:r>
              <w:rPr>
                <w:sz w:val="16"/>
              </w:rPr>
              <w:t>Storm Events event-days in 28 of 30 years, 1996 to 2025 (93.3%)</w:t>
            </w:r>
          </w:p>
        </w:tc>
        <w:tc>
          <w:tcPr>
            <w:tcW w:type="dxa" w:w="1572"/>
          </w:tcPr>
          <w:p>
            <w:pPr>
              <w:spacing w:after="0"/>
              <w:jc w:val="right"/>
            </w:pPr>
            <w:r>
              <w:rPr>
                <w:sz w:val="16"/>
              </w:rPr>
              <w:t>134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113</w:t>
            </w:r>
          </w:p>
        </w:tc>
        <w:tc>
          <w:tcPr>
            <w:tcW w:type="dxa" w:w="1381"/>
          </w:tcPr>
          <w:p>
            <w:pPr>
              <w:spacing w:after="0"/>
              <w:jc w:val="right"/>
            </w:pPr>
            <w:r>
              <w:rPr>
                <w:sz w:val="16"/>
              </w:rPr>
              <w:t>30</w:t>
            </w:r>
          </w:p>
        </w:tc>
        <w:tc>
          <w:tcPr>
            <w:tcW w:type="dxa" w:w="1381"/>
          </w:tcPr>
          <w:p>
            <w:pPr>
              <w:spacing w:after="0"/>
              <w:jc w:val="right"/>
            </w:pPr>
            <w:r>
              <w:rPr>
                <w:sz w:val="16"/>
              </w:rPr>
              <w:t>3.77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59.4</w:t>
            </w:r>
          </w:p>
        </w:tc>
        <w:tc>
          <w:tcPr>
            <w:tcW w:type="dxa" w:w="1279"/>
          </w:tcPr>
          <w:p>
            <w:pPr>
              <w:spacing w:after="0"/>
              <w:jc w:val="right"/>
            </w:pPr>
            <w:r>
              <w:rPr>
                <w:sz w:val="16"/>
              </w:rPr>
              <w:t>70.0</w:t>
            </w:r>
          </w:p>
        </w:tc>
        <w:tc>
          <w:tcPr>
            <w:tcW w:type="dxa" w:w="1220"/>
          </w:tcPr>
          <w:p>
            <w:pPr>
              <w:spacing w:after="0"/>
              <w:jc w:val="right"/>
            </w:pPr>
            <w:r>
              <w:rPr>
                <w:sz w:val="16"/>
              </w:rPr>
              <w:t>78.5</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Drought</w:t>
            </w:r>
          </w:p>
        </w:tc>
        <w:tc>
          <w:tcPr>
            <w:tcW w:type="dxa" w:w="1616"/>
          </w:tcPr>
          <w:p>
            <w:pPr>
              <w:spacing w:after="0"/>
              <w:jc w:val="right"/>
            </w:pPr>
            <w:r>
              <w:rPr>
                <w:sz w:val="16"/>
              </w:rPr>
              <w:t>10 of 10</w:t>
            </w:r>
          </w:p>
        </w:tc>
        <w:tc>
          <w:tcPr>
            <w:tcW w:type="dxa" w:w="1220"/>
          </w:tcPr>
          <w:p>
            <w:pPr>
              <w:spacing w:after="0"/>
              <w:jc w:val="right"/>
            </w:pPr>
            <w:r>
              <w:rPr>
                <w:sz w:val="16"/>
              </w:rPr>
              <w:t>78.8</w:t>
            </w:r>
          </w:p>
        </w:tc>
        <w:tc>
          <w:tcPr>
            <w:tcW w:type="dxa" w:w="1279"/>
          </w:tcPr>
          <w:p>
            <w:pPr>
              <w:spacing w:after="0"/>
              <w:jc w:val="right"/>
            </w:pPr>
            <w:r>
              <w:rPr>
                <w:sz w:val="16"/>
              </w:rPr>
              <w:t>91.0</w:t>
            </w:r>
          </w:p>
        </w:tc>
        <w:tc>
          <w:tcPr>
            <w:tcW w:type="dxa" w:w="1220"/>
          </w:tcPr>
          <w:p>
            <w:pPr>
              <w:spacing w:after="0"/>
              <w:jc w:val="right"/>
            </w:pPr>
            <w:r>
              <w:rPr>
                <w:sz w:val="16"/>
              </w:rPr>
              <w:t>93.9</w:t>
            </w:r>
          </w:p>
        </w:tc>
        <w:tc>
          <w:tcPr>
            <w:tcW w:type="dxa" w:w="6826"/>
          </w:tcPr>
          <w:p>
            <w:pPr>
              <w:spacing w:after="0"/>
              <w:jc w:val="left"/>
            </w:pPr>
            <w:r>
              <w:rPr>
                <w:sz w:val="16"/>
              </w:rPr>
              <w:t>Relatively Moderate 5, Relatively Low 4, Very Low 1</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39.8</w:t>
            </w:r>
          </w:p>
        </w:tc>
        <w:tc>
          <w:tcPr>
            <w:tcW w:type="dxa" w:w="1279"/>
          </w:tcPr>
          <w:p>
            <w:pPr>
              <w:spacing w:after="0"/>
              <w:jc w:val="right"/>
            </w:pPr>
            <w:r>
              <w:rPr>
                <w:sz w:val="16"/>
              </w:rPr>
              <w:t>52.7</w:t>
            </w:r>
          </w:p>
        </w:tc>
        <w:tc>
          <w:tcPr>
            <w:tcW w:type="dxa" w:w="1220"/>
          </w:tcPr>
          <w:p>
            <w:pPr>
              <w:spacing w:after="0"/>
              <w:jc w:val="right"/>
            </w:pPr>
            <w:r>
              <w:rPr>
                <w:sz w:val="16"/>
              </w:rPr>
              <w:t>72.0</w:t>
            </w:r>
          </w:p>
        </w:tc>
        <w:tc>
          <w:tcPr>
            <w:tcW w:type="dxa" w:w="6826"/>
          </w:tcPr>
          <w:p>
            <w:pPr>
              <w:spacing w:after="0"/>
              <w:jc w:val="left"/>
            </w:pPr>
            <w:r>
              <w:rPr>
                <w:sz w:val="16"/>
              </w:rPr>
              <w:t>Relatively Low 9, Very Low 1</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54.9</w:t>
            </w:r>
          </w:p>
        </w:tc>
        <w:tc>
          <w:tcPr>
            <w:tcW w:type="dxa" w:w="1279"/>
          </w:tcPr>
          <w:p>
            <w:pPr>
              <w:spacing w:after="0"/>
              <w:jc w:val="right"/>
            </w:pPr>
            <w:r>
              <w:rPr>
                <w:sz w:val="16"/>
              </w:rPr>
              <w:t>65.7</w:t>
            </w:r>
          </w:p>
        </w:tc>
        <w:tc>
          <w:tcPr>
            <w:tcW w:type="dxa" w:w="1220"/>
          </w:tcPr>
          <w:p>
            <w:pPr>
              <w:spacing w:after="0"/>
              <w:jc w:val="right"/>
            </w:pPr>
            <w:r>
              <w:rPr>
                <w:sz w:val="16"/>
              </w:rPr>
              <w:t>72.7</w:t>
            </w:r>
          </w:p>
        </w:tc>
        <w:tc>
          <w:tcPr>
            <w:tcW w:type="dxa" w:w="6826"/>
          </w:tcPr>
          <w:p>
            <w:pPr>
              <w:spacing w:after="0"/>
              <w:jc w:val="left"/>
            </w:pPr>
            <w:r>
              <w:rPr>
                <w:sz w:val="16"/>
              </w:rPr>
              <w:t>Relatively Moderate 3, Relatively Low 7</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13.7</w:t>
            </w:r>
          </w:p>
        </w:tc>
        <w:tc>
          <w:tcPr>
            <w:tcW w:type="dxa" w:w="1279"/>
          </w:tcPr>
          <w:p>
            <w:pPr>
              <w:spacing w:after="0"/>
              <w:jc w:val="right"/>
            </w:pPr>
            <w:r>
              <w:rPr>
                <w:sz w:val="16"/>
              </w:rPr>
              <w:t>22.0</w:t>
            </w:r>
          </w:p>
        </w:tc>
        <w:tc>
          <w:tcPr>
            <w:tcW w:type="dxa" w:w="1220"/>
          </w:tcPr>
          <w:p>
            <w:pPr>
              <w:spacing w:after="0"/>
              <w:jc w:val="right"/>
            </w:pPr>
            <w:r>
              <w:rPr>
                <w:sz w:val="16"/>
              </w:rPr>
              <w:t>32.5</w:t>
            </w:r>
          </w:p>
        </w:tc>
        <w:tc>
          <w:tcPr>
            <w:tcW w:type="dxa" w:w="6826"/>
          </w:tcPr>
          <w:p>
            <w:pPr>
              <w:spacing w:after="0"/>
              <w:jc w:val="left"/>
            </w:pPr>
            <w:r>
              <w:rPr>
                <w:sz w:val="16"/>
              </w:rPr>
              <w:t>Relatively Low 8, Very Low 2</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61.2</w:t>
            </w:r>
          </w:p>
        </w:tc>
        <w:tc>
          <w:tcPr>
            <w:tcW w:type="dxa" w:w="1279"/>
          </w:tcPr>
          <w:p>
            <w:pPr>
              <w:spacing w:after="0"/>
              <w:jc w:val="right"/>
            </w:pPr>
            <w:r>
              <w:rPr>
                <w:sz w:val="16"/>
              </w:rPr>
              <w:t>71.3</w:t>
            </w:r>
          </w:p>
        </w:tc>
        <w:tc>
          <w:tcPr>
            <w:tcW w:type="dxa" w:w="1220"/>
          </w:tcPr>
          <w:p>
            <w:pPr>
              <w:spacing w:after="0"/>
              <w:jc w:val="right"/>
            </w:pPr>
            <w:r>
              <w:rPr>
                <w:sz w:val="16"/>
              </w:rPr>
              <w:t>78.5</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90.5</w:t>
            </w:r>
          </w:p>
        </w:tc>
        <w:tc>
          <w:tcPr>
            <w:tcW w:type="dxa" w:w="1279"/>
          </w:tcPr>
          <w:p>
            <w:pPr>
              <w:spacing w:after="0"/>
              <w:jc w:val="right"/>
            </w:pPr>
            <w:r>
              <w:rPr>
                <w:sz w:val="16"/>
              </w:rPr>
              <w:t>94.7</w:t>
            </w:r>
          </w:p>
        </w:tc>
        <w:tc>
          <w:tcPr>
            <w:tcW w:type="dxa" w:w="1220"/>
          </w:tcPr>
          <w:p>
            <w:pPr>
              <w:spacing w:after="0"/>
              <w:jc w:val="right"/>
            </w:pPr>
            <w:r>
              <w:rPr>
                <w:sz w:val="16"/>
              </w:rPr>
              <w:t>97.7</w:t>
            </w:r>
          </w:p>
        </w:tc>
        <w:tc>
          <w:tcPr>
            <w:tcW w:type="dxa" w:w="6826"/>
          </w:tcPr>
          <w:p>
            <w:pPr>
              <w:spacing w:after="0"/>
              <w:jc w:val="left"/>
            </w:pPr>
            <w:r>
              <w:rPr>
                <w:sz w:val="16"/>
              </w:rPr>
              <w:t>Very High 1, Relatively High 9</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41.5</w:t>
            </w:r>
          </w:p>
        </w:tc>
        <w:tc>
          <w:tcPr>
            <w:tcW w:type="dxa" w:w="1279"/>
          </w:tcPr>
          <w:p>
            <w:pPr>
              <w:spacing w:after="0"/>
              <w:jc w:val="right"/>
            </w:pPr>
            <w:r>
              <w:rPr>
                <w:sz w:val="16"/>
              </w:rPr>
              <w:t>61.7</w:t>
            </w:r>
          </w:p>
        </w:tc>
        <w:tc>
          <w:tcPr>
            <w:tcW w:type="dxa" w:w="1220"/>
          </w:tcPr>
          <w:p>
            <w:pPr>
              <w:spacing w:after="0"/>
              <w:jc w:val="right"/>
            </w:pPr>
            <w:r>
              <w:rPr>
                <w:sz w:val="16"/>
              </w:rPr>
              <w:t>94.4</w:t>
            </w:r>
          </w:p>
        </w:tc>
        <w:tc>
          <w:tcPr>
            <w:tcW w:type="dxa" w:w="6826"/>
          </w:tcPr>
          <w:p>
            <w:pPr>
              <w:spacing w:after="0"/>
              <w:jc w:val="left"/>
            </w:pPr>
            <w:r>
              <w:rPr>
                <w:sz w:val="16"/>
              </w:rPr>
              <w:t>Relatively High 2, Relatively Moderate 7,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54.7</w:t>
            </w:r>
          </w:p>
        </w:tc>
        <w:tc>
          <w:tcPr>
            <w:tcW w:type="dxa" w:w="1279"/>
          </w:tcPr>
          <w:p>
            <w:pPr>
              <w:spacing w:after="0"/>
              <w:jc w:val="right"/>
            </w:pPr>
            <w:r>
              <w:rPr>
                <w:sz w:val="16"/>
              </w:rPr>
              <w:t>71.8</w:t>
            </w:r>
          </w:p>
        </w:tc>
        <w:tc>
          <w:tcPr>
            <w:tcW w:type="dxa" w:w="1220"/>
          </w:tcPr>
          <w:p>
            <w:pPr>
              <w:spacing w:after="0"/>
              <w:jc w:val="right"/>
            </w:pPr>
            <w:r>
              <w:rPr>
                <w:sz w:val="16"/>
              </w:rPr>
              <w:t>80.7</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42.1</w:t>
            </w:r>
          </w:p>
        </w:tc>
        <w:tc>
          <w:tcPr>
            <w:tcW w:type="dxa" w:w="1279"/>
          </w:tcPr>
          <w:p>
            <w:pPr>
              <w:spacing w:after="0"/>
              <w:jc w:val="right"/>
            </w:pPr>
            <w:r>
              <w:rPr>
                <w:sz w:val="16"/>
              </w:rPr>
              <w:t>52.8</w:t>
            </w:r>
          </w:p>
        </w:tc>
        <w:tc>
          <w:tcPr>
            <w:tcW w:type="dxa" w:w="1220"/>
          </w:tcPr>
          <w:p>
            <w:pPr>
              <w:spacing w:after="0"/>
              <w:jc w:val="right"/>
            </w:pPr>
            <w:r>
              <w:rPr>
                <w:sz w:val="16"/>
              </w:rPr>
              <w:t>65.2</w:t>
            </w:r>
          </w:p>
        </w:tc>
        <w:tc>
          <w:tcPr>
            <w:tcW w:type="dxa" w:w="6826"/>
          </w:tcPr>
          <w:p>
            <w:pPr>
              <w:spacing w:after="0"/>
              <w:jc w:val="left"/>
            </w:pPr>
            <w:r>
              <w:rPr>
                <w:sz w:val="16"/>
              </w:rPr>
              <w:t>Relatively Moderate 8, Relatively Low 2</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57.3</w:t>
            </w:r>
          </w:p>
        </w:tc>
        <w:tc>
          <w:tcPr>
            <w:tcW w:type="dxa" w:w="1279"/>
          </w:tcPr>
          <w:p>
            <w:pPr>
              <w:spacing w:after="0"/>
              <w:jc w:val="right"/>
            </w:pPr>
            <w:r>
              <w:rPr>
                <w:sz w:val="16"/>
              </w:rPr>
              <w:t>68.3</w:t>
            </w:r>
          </w:p>
        </w:tc>
        <w:tc>
          <w:tcPr>
            <w:tcW w:type="dxa" w:w="1220"/>
          </w:tcPr>
          <w:p>
            <w:pPr>
              <w:spacing w:after="0"/>
              <w:jc w:val="right"/>
            </w:pPr>
            <w:r>
              <w:rPr>
                <w:sz w:val="16"/>
              </w:rPr>
              <w:t>78.2</w:t>
            </w:r>
          </w:p>
        </w:tc>
        <w:tc>
          <w:tcPr>
            <w:tcW w:type="dxa" w:w="6826"/>
          </w:tcPr>
          <w:p>
            <w:pPr>
              <w:spacing w:after="0"/>
              <w:jc w:val="left"/>
            </w:pPr>
            <w:r>
              <w:rPr>
                <w:sz w:val="16"/>
              </w:rPr>
              <w:t>Relatively Moderate 10</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44.4</w:t>
            </w:r>
          </w:p>
        </w:tc>
        <w:tc>
          <w:tcPr>
            <w:tcW w:type="dxa" w:w="1279"/>
          </w:tcPr>
          <w:p>
            <w:pPr>
              <w:spacing w:after="0"/>
              <w:jc w:val="right"/>
            </w:pPr>
            <w:r>
              <w:rPr>
                <w:sz w:val="16"/>
              </w:rPr>
              <w:t>53.3</w:t>
            </w:r>
          </w:p>
        </w:tc>
        <w:tc>
          <w:tcPr>
            <w:tcW w:type="dxa" w:w="1220"/>
          </w:tcPr>
          <w:p>
            <w:pPr>
              <w:spacing w:after="0"/>
              <w:jc w:val="right"/>
            </w:pPr>
            <w:r>
              <w:rPr>
                <w:sz w:val="16"/>
              </w:rPr>
              <w:t>62.8</w:t>
            </w:r>
          </w:p>
        </w:tc>
        <w:tc>
          <w:tcPr>
            <w:tcW w:type="dxa" w:w="6826"/>
          </w:tcPr>
          <w:p>
            <w:pPr>
              <w:spacing w:after="0"/>
              <w:jc w:val="left"/>
            </w:pPr>
            <w:r>
              <w:rPr>
                <w:sz w:val="16"/>
              </w:rPr>
              <w:t>Relatively Moderate 5, Relatively Low 5</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49.9</w:t>
            </w:r>
          </w:p>
        </w:tc>
        <w:tc>
          <w:tcPr>
            <w:tcW w:type="dxa" w:w="1279"/>
          </w:tcPr>
          <w:p>
            <w:pPr>
              <w:spacing w:after="0"/>
              <w:jc w:val="right"/>
            </w:pPr>
            <w:r>
              <w:rPr>
                <w:sz w:val="16"/>
              </w:rPr>
              <w:t>67.2</w:t>
            </w:r>
          </w:p>
        </w:tc>
        <w:tc>
          <w:tcPr>
            <w:tcW w:type="dxa" w:w="1220"/>
          </w:tcPr>
          <w:p>
            <w:pPr>
              <w:spacing w:after="0"/>
              <w:jc w:val="right"/>
            </w:pPr>
            <w:r>
              <w:rPr>
                <w:sz w:val="16"/>
              </w:rPr>
              <w:t>73.4</w:t>
            </w:r>
          </w:p>
        </w:tc>
        <w:tc>
          <w:tcPr>
            <w:tcW w:type="dxa" w:w="6826"/>
          </w:tcPr>
          <w:p>
            <w:pPr>
              <w:spacing w:after="0"/>
              <w:jc w:val="left"/>
            </w:pPr>
            <w:r>
              <w:rPr>
                <w:sz w:val="16"/>
              </w:rPr>
              <w:t>Relatively Low 4, Very Low 6</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49.3</w:t>
            </w:r>
          </w:p>
        </w:tc>
        <w:tc>
          <w:tcPr>
            <w:tcW w:type="dxa" w:w="1279"/>
          </w:tcPr>
          <w:p>
            <w:pPr>
              <w:spacing w:after="0"/>
              <w:jc w:val="right"/>
            </w:pPr>
            <w:r>
              <w:rPr>
                <w:sz w:val="16"/>
              </w:rPr>
              <w:t>58.4</w:t>
            </w:r>
          </w:p>
        </w:tc>
        <w:tc>
          <w:tcPr>
            <w:tcW w:type="dxa" w:w="1220"/>
          </w:tcPr>
          <w:p>
            <w:pPr>
              <w:spacing w:after="0"/>
              <w:jc w:val="right"/>
            </w:pPr>
            <w:r>
              <w:rPr>
                <w:sz w:val="16"/>
              </w:rPr>
              <w:t>67.9</w:t>
            </w:r>
          </w:p>
        </w:tc>
        <w:tc>
          <w:tcPr>
            <w:tcW w:type="dxa" w:w="6826"/>
          </w:tcPr>
          <w:p>
            <w:pPr>
              <w:spacing w:after="0"/>
              <w:jc w:val="left"/>
            </w:pPr>
            <w:r>
              <w:rPr>
                <w:sz w:val="16"/>
              </w:rPr>
              <w:t>Relatively Moderate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9"/>
        <w:gridCol w:w="1394"/>
        <w:gridCol w:w="2410"/>
        <w:gridCol w:w="1975"/>
        <w:gridCol w:w="2052"/>
        <w:gridCol w:w="2219"/>
        <w:gridCol w:w="2503"/>
      </w:tblGrid>
      <w:tr>
        <w:trPr>
          <w:cantSplit/>
          <w:tblHeader/>
        </w:trPr>
        <w:tc>
          <w:tcPr>
            <w:tcW w:type="dxa" w:w="155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10"/>
            <w:shd w:val="clear" w:color="auto" w:fill="E8E8E8"/>
          </w:tcPr>
          <w:p>
            <w:pPr>
              <w:spacing w:after="0"/>
              <w:jc w:val="left"/>
            </w:pPr>
            <w:r>
              <w:rPr>
                <w:b/>
                <w:sz w:val="16"/>
              </w:rPr>
              <w:t>Plan status</w:t>
            </w:r>
          </w:p>
        </w:tc>
        <w:tc>
          <w:tcPr>
            <w:tcW w:type="dxa" w:w="19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03"/>
            <w:shd w:val="clear" w:color="auto" w:fill="E8E8E8"/>
          </w:tcPr>
          <w:p>
            <w:pPr>
              <w:spacing w:after="0"/>
              <w:jc w:val="left"/>
            </w:pPr>
            <w:r>
              <w:rPr>
                <w:b/>
                <w:sz w:val="16"/>
              </w:rPr>
              <w:t>Notes</w:t>
            </w:r>
          </w:p>
        </w:tc>
      </w:tr>
      <w:tr>
        <w:trPr>
          <w:cantSplit/>
        </w:trPr>
        <w:tc>
          <w:tcPr>
            <w:tcW w:type="dxa" w:w="1559"/>
          </w:tcPr>
          <w:p>
            <w:pPr>
              <w:spacing w:after="0"/>
              <w:jc w:val="left"/>
            </w:pPr>
            <w:r>
              <w:rPr>
                <w:sz w:val="16"/>
              </w:rPr>
              <w:t>Davie County (unincorporated area)</w:t>
            </w:r>
          </w:p>
        </w:tc>
        <w:tc>
          <w:tcPr>
            <w:tcW w:type="dxa" w:w="1394"/>
          </w:tcPr>
          <w:p>
            <w:pPr>
              <w:spacing w:after="0"/>
              <w:jc w:val="left"/>
            </w:pPr>
            <w:r>
              <w:rPr>
                <w:sz w:val="16"/>
              </w:rPr>
              <w:t>Unincorporated</w:t>
            </w:r>
          </w:p>
        </w:tc>
        <w:tc>
          <w:tcPr>
            <w:tcW w:type="dxa" w:w="2410"/>
          </w:tcPr>
          <w:p>
            <w:pPr>
              <w:spacing w:after="0"/>
              <w:jc w:val="left"/>
            </w:pPr>
            <w:r>
              <w:rPr>
                <w:sz w:val="16"/>
              </w:rPr>
              <w:t>Approved, expires 2030-08-18</w:t>
            </w:r>
          </w:p>
        </w:tc>
        <w:tc>
          <w:tcPr>
            <w:tcW w:type="dxa" w:w="1975"/>
          </w:tcPr>
          <w:p>
            <w:pPr>
              <w:spacing w:after="0"/>
              <w:jc w:val="right"/>
            </w:pPr>
            <w:r>
              <w:rPr>
                <w:sz w:val="16"/>
              </w:rPr>
              <w:t>FMA RL 0, SRL 0; any 0</w:t>
            </w:r>
          </w:p>
        </w:tc>
        <w:tc>
          <w:tcPr>
            <w:tcW w:type="dxa" w:w="2052"/>
          </w:tcPr>
          <w:p>
            <w:pPr>
              <w:spacing w:after="0"/>
              <w:jc w:val="right"/>
            </w:pPr>
            <w:r>
              <w:rPr>
                <w:sz w:val="16"/>
              </w:rPr>
              <w:t>$7,223,287.67</w:t>
            </w:r>
          </w:p>
        </w:tc>
        <w:tc>
          <w:tcPr>
            <w:tcW w:type="dxa" w:w="2219"/>
          </w:tcPr>
          <w:p>
            <w:pPr>
              <w:spacing w:after="0"/>
              <w:jc w:val="right"/>
            </w:pPr>
            <w:r>
              <w:rPr>
                <w:sz w:val="16"/>
              </w:rPr>
              <w:t>0 total; 0 since its plan</w:t>
            </w:r>
          </w:p>
        </w:tc>
        <w:tc>
          <w:tcPr>
            <w:tcW w:type="dxa" w:w="2503"/>
          </w:tcPr>
          <w:p>
            <w:pPr>
              <w:spacing w:after="0"/>
              <w:jc w:val="left"/>
            </w:pPr>
            <w:r>
              <w:rPr>
                <w:sz w:val="16"/>
              </w:rPr>
              <w:t>Includes $70,568.52 for declarations not counted as hazard incidents (DR-4487-NC).</w:t>
            </w:r>
          </w:p>
        </w:tc>
      </w:tr>
      <w:tr>
        <w:trPr>
          <w:cantSplit/>
        </w:trPr>
        <w:tc>
          <w:tcPr>
            <w:tcW w:type="dxa" w:w="1559"/>
          </w:tcPr>
          <w:p>
            <w:pPr>
              <w:spacing w:after="0"/>
              <w:jc w:val="left"/>
            </w:pPr>
            <w:r>
              <w:rPr>
                <w:sz w:val="16"/>
              </w:rPr>
              <w:t>Bermuda Run town</w:t>
            </w:r>
          </w:p>
        </w:tc>
        <w:tc>
          <w:tcPr>
            <w:tcW w:type="dxa" w:w="1394"/>
          </w:tcPr>
          <w:p>
            <w:pPr>
              <w:spacing w:after="0"/>
              <w:jc w:val="left"/>
            </w:pPr>
            <w:r>
              <w:rPr>
                <w:sz w:val="16"/>
              </w:rPr>
              <w:t>Town</w:t>
            </w:r>
          </w:p>
        </w:tc>
        <w:tc>
          <w:tcPr>
            <w:tcW w:type="dxa" w:w="2410"/>
          </w:tcPr>
          <w:p>
            <w:pPr>
              <w:spacing w:after="0"/>
              <w:jc w:val="left"/>
            </w:pPr>
            <w:r>
              <w:rPr>
                <w:sz w:val="16"/>
              </w:rPr>
              <w:t>Approved, expires 2030-08-18</w:t>
            </w:r>
          </w:p>
        </w:tc>
        <w:tc>
          <w:tcPr>
            <w:tcW w:type="dxa" w:w="1975"/>
          </w:tcPr>
          <w:p>
            <w:pPr>
              <w:spacing w:after="0"/>
              <w:jc w:val="right"/>
            </w:pPr>
            <w:r>
              <w:rPr>
                <w:sz w:val="16"/>
              </w:rPr>
              <w:t>FMA RL 0, SRL 0; any 0</w:t>
            </w:r>
          </w:p>
        </w:tc>
        <w:tc>
          <w:tcPr>
            <w:tcW w:type="dxa" w:w="2052"/>
          </w:tcPr>
          <w:p>
            <w:pPr>
              <w:spacing w:after="0"/>
              <w:jc w:val="right"/>
            </w:pPr>
            <w:r>
              <w:rPr>
                <w:sz w:val="16"/>
              </w:rPr>
              <w:t>$26,177.63</w:t>
            </w:r>
          </w:p>
        </w:tc>
        <w:tc>
          <w:tcPr>
            <w:tcW w:type="dxa" w:w="2219"/>
          </w:tcPr>
          <w:p>
            <w:pPr>
              <w:spacing w:after="0"/>
              <w:jc w:val="right"/>
            </w:pPr>
            <w:r>
              <w:rPr>
                <w:sz w:val="16"/>
              </w:rPr>
              <w:t>0 total; 0 since its plan</w:t>
            </w:r>
          </w:p>
        </w:tc>
        <w:tc>
          <w:tcPr>
            <w:tcW w:type="dxa" w:w="2503"/>
          </w:tcPr>
          <w:p>
            <w:pPr>
              <w:spacing w:after="0"/>
              <w:jc w:val="left"/>
            </w:pPr>
          </w:p>
        </w:tc>
      </w:tr>
      <w:tr>
        <w:trPr>
          <w:cantSplit/>
        </w:trPr>
        <w:tc>
          <w:tcPr>
            <w:tcW w:type="dxa" w:w="1559"/>
          </w:tcPr>
          <w:p>
            <w:pPr>
              <w:spacing w:after="0"/>
              <w:jc w:val="left"/>
            </w:pPr>
            <w:r>
              <w:rPr>
                <w:sz w:val="16"/>
              </w:rPr>
              <w:t>Cooleemee town</w:t>
            </w:r>
          </w:p>
        </w:tc>
        <w:tc>
          <w:tcPr>
            <w:tcW w:type="dxa" w:w="1394"/>
          </w:tcPr>
          <w:p>
            <w:pPr>
              <w:spacing w:after="0"/>
              <w:jc w:val="left"/>
            </w:pPr>
            <w:r>
              <w:rPr>
                <w:sz w:val="16"/>
              </w:rPr>
              <w:t>Town</w:t>
            </w:r>
          </w:p>
        </w:tc>
        <w:tc>
          <w:tcPr>
            <w:tcW w:type="dxa" w:w="2410"/>
          </w:tcPr>
          <w:p>
            <w:pPr>
              <w:spacing w:after="0"/>
              <w:jc w:val="left"/>
            </w:pPr>
            <w:r>
              <w:rPr>
                <w:sz w:val="16"/>
              </w:rPr>
              <w:t>Approved, expires 2030-08-18</w:t>
            </w:r>
          </w:p>
        </w:tc>
        <w:tc>
          <w:tcPr>
            <w:tcW w:type="dxa" w:w="1975"/>
          </w:tcPr>
          <w:p>
            <w:pPr>
              <w:spacing w:after="0"/>
              <w:jc w:val="right"/>
            </w:pPr>
            <w:r>
              <w:rPr>
                <w:sz w:val="16"/>
              </w:rPr>
              <w:t>FMA RL 0, SRL 0; any 0</w:t>
            </w:r>
          </w:p>
        </w:tc>
        <w:tc>
          <w:tcPr>
            <w:tcW w:type="dxa" w:w="2052"/>
          </w:tcPr>
          <w:p>
            <w:pPr>
              <w:spacing w:after="0"/>
              <w:jc w:val="right"/>
            </w:pPr>
            <w:r>
              <w:rPr>
                <w:sz w:val="16"/>
              </w:rPr>
              <w:t>$4,950</w:t>
            </w:r>
          </w:p>
        </w:tc>
        <w:tc>
          <w:tcPr>
            <w:tcW w:type="dxa" w:w="2219"/>
          </w:tcPr>
          <w:p>
            <w:pPr>
              <w:spacing w:after="0"/>
              <w:jc w:val="right"/>
            </w:pPr>
            <w:r>
              <w:rPr>
                <w:sz w:val="16"/>
              </w:rPr>
              <w:t>17 total; 0 since its plan</w:t>
            </w:r>
          </w:p>
        </w:tc>
        <w:tc>
          <w:tcPr>
            <w:tcW w:type="dxa" w:w="2503"/>
          </w:tcPr>
          <w:p>
            <w:pPr>
              <w:spacing w:after="0"/>
              <w:jc w:val="left"/>
            </w:pPr>
          </w:p>
        </w:tc>
      </w:tr>
      <w:tr>
        <w:trPr>
          <w:cantSplit/>
        </w:trPr>
        <w:tc>
          <w:tcPr>
            <w:tcW w:type="dxa" w:w="1559"/>
          </w:tcPr>
          <w:p>
            <w:pPr>
              <w:spacing w:after="0"/>
              <w:jc w:val="left"/>
            </w:pPr>
            <w:r>
              <w:rPr>
                <w:sz w:val="16"/>
              </w:rPr>
              <w:t>Mocksville town</w:t>
            </w:r>
          </w:p>
        </w:tc>
        <w:tc>
          <w:tcPr>
            <w:tcW w:type="dxa" w:w="1394"/>
          </w:tcPr>
          <w:p>
            <w:pPr>
              <w:spacing w:after="0"/>
              <w:jc w:val="left"/>
            </w:pPr>
            <w:r>
              <w:rPr>
                <w:sz w:val="16"/>
              </w:rPr>
              <w:t>Town</w:t>
            </w:r>
          </w:p>
        </w:tc>
        <w:tc>
          <w:tcPr>
            <w:tcW w:type="dxa" w:w="2410"/>
          </w:tcPr>
          <w:p>
            <w:pPr>
              <w:spacing w:after="0"/>
              <w:jc w:val="left"/>
            </w:pPr>
            <w:r>
              <w:rPr>
                <w:sz w:val="16"/>
              </w:rPr>
              <w:t>Approved, expires 2030-08-18</w:t>
            </w:r>
          </w:p>
        </w:tc>
        <w:tc>
          <w:tcPr>
            <w:tcW w:type="dxa" w:w="1975"/>
          </w:tcPr>
          <w:p>
            <w:pPr>
              <w:spacing w:after="0"/>
              <w:jc w:val="right"/>
            </w:pPr>
            <w:r>
              <w:rPr>
                <w:sz w:val="16"/>
              </w:rPr>
              <w:t>FMA RL 0, SRL 0; any 0</w:t>
            </w:r>
          </w:p>
        </w:tc>
        <w:tc>
          <w:tcPr>
            <w:tcW w:type="dxa" w:w="2052"/>
          </w:tcPr>
          <w:p>
            <w:pPr>
              <w:spacing w:after="0"/>
              <w:jc w:val="right"/>
            </w:pPr>
            <w:r>
              <w:rPr>
                <w:sz w:val="16"/>
              </w:rPr>
              <w:t>$161,829.12</w:t>
            </w:r>
          </w:p>
        </w:tc>
        <w:tc>
          <w:tcPr>
            <w:tcW w:type="dxa" w:w="2219"/>
          </w:tcPr>
          <w:p>
            <w:pPr>
              <w:spacing w:after="0"/>
              <w:jc w:val="right"/>
            </w:pPr>
            <w:r>
              <w:rPr>
                <w:sz w:val="16"/>
              </w:rPr>
              <w:t>83 total; 1 since its plan</w:t>
            </w:r>
          </w:p>
        </w:tc>
        <w:tc>
          <w:tcPr>
            <w:tcW w:type="dxa" w:w="250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037"/>
        <w:gridCol w:w="1126"/>
        <w:gridCol w:w="1097"/>
        <w:gridCol w:w="1305"/>
        <w:gridCol w:w="1165"/>
        <w:gridCol w:w="1072"/>
        <w:gridCol w:w="1240"/>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2025-08-19</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$9,768,606,038</w:t>
            </w:r>
          </w:p>
        </w:tc>
        <w:tc>
          <w:tcPr>
            <w:tcW w:type="dxa" w:w="1131"/>
          </w:tcPr>
          <w:p>
            <w:pPr>
              <w:spacing w:after="0"/>
              <w:jc w:val="right"/>
            </w:pPr>
            <w:r>
              <w:rPr>
                <w:sz w:val="16"/>
              </w:rPr>
              <w:t>$34,676,163</w:t>
            </w:r>
          </w:p>
        </w:tc>
        <w:tc>
          <w:tcPr>
            <w:tcW w:type="dxa" w:w="1041"/>
          </w:tcPr>
          <w:p>
            <w:pPr>
              <w:spacing w:after="0"/>
              <w:jc w:val="right"/>
            </w:pPr>
            <w:r>
              <w:rPr>
                <w:sz w:val="16"/>
              </w:rPr>
              <w:t>42,692</w:t>
            </w:r>
          </w:p>
        </w:tc>
        <w:tc>
          <w:tcPr>
            <w:tcW w:type="dxa" w:w="1037"/>
          </w:tcPr>
          <w:p>
            <w:pPr>
              <w:spacing w:after="0"/>
              <w:jc w:val="right"/>
            </w:pPr>
            <w:r>
              <w:rPr>
                <w:sz w:val="16"/>
              </w:rPr>
              <w:t>$10</w:t>
            </w:r>
          </w:p>
        </w:tc>
        <w:tc>
          <w:tcPr>
            <w:tcW w:type="dxa" w:w="1126"/>
          </w:tcPr>
          <w:p>
            <w:pPr>
              <w:spacing w:after="0"/>
              <w:jc w:val="right"/>
            </w:pPr>
            <w:r>
              <w:rPr>
                <w:sz w:val="16"/>
              </w:rPr>
              <w:t>$14,539</w:t>
            </w:r>
          </w:p>
        </w:tc>
        <w:tc>
          <w:tcPr>
            <w:tcW w:type="dxa" w:w="1097"/>
          </w:tcPr>
          <w:p>
            <w:pPr>
              <w:spacing w:after="0"/>
              <w:jc w:val="right"/>
            </w:pPr>
            <w:r>
              <w:rPr>
                <w:sz w:val="16"/>
              </w:rPr>
              <w:t>$1,039,773</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$13,761,736</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$222,228</w:t>
            </w:r>
          </w:p>
        </w:tc>
        <w:tc>
          <w:tcPr>
            <w:tcW w:type="dxa" w:w="1097"/>
          </w:tcPr>
          <w:p>
            <w:pPr>
              <w:spacing w:after="0"/>
              <w:jc w:val="right"/>
            </w:pPr>
            <w:r>
              <w:rPr>
                <w:sz w:val="16"/>
              </w:rPr>
              <w:t>n/a</w:t>
            </w:r>
          </w:p>
        </w:tc>
        <w:tc>
          <w:tcPr>
            <w:tcW w:type="dxa" w:w="1305"/>
          </w:tcPr>
          <w:p>
            <w:pPr>
              <w:spacing w:after="0"/>
              <w:jc w:val="right"/>
            </w:pPr>
            <w:r>
              <w:rPr>
                <w:sz w:val="16"/>
              </w:rPr>
              <w:t>1.61% (agriculture)</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$17,036,156,917</w:t>
            </w:r>
          </w:p>
        </w:tc>
        <w:tc>
          <w:tcPr>
            <w:tcW w:type="dxa" w:w="1131"/>
          </w:tcPr>
          <w:p>
            <w:pPr>
              <w:spacing w:after="0"/>
              <w:jc w:val="right"/>
            </w:pPr>
            <w:r>
              <w:rPr>
                <w:sz w:val="16"/>
              </w:rPr>
              <w:t>n/a</w:t>
            </w:r>
          </w:p>
        </w:tc>
        <w:tc>
          <w:tcPr>
            <w:tcW w:type="dxa" w:w="1041"/>
          </w:tcPr>
          <w:p>
            <w:pPr>
              <w:spacing w:after="0"/>
              <w:jc w:val="right"/>
            </w:pPr>
            <w:r>
              <w:rPr>
                <w:sz w:val="16"/>
              </w:rPr>
              <w:t>42,712</w:t>
            </w:r>
          </w:p>
        </w:tc>
        <w:tc>
          <w:tcPr>
            <w:tcW w:type="dxa" w:w="1037"/>
          </w:tcPr>
          <w:p>
            <w:pPr>
              <w:spacing w:after="0"/>
              <w:jc w:val="right"/>
            </w:pPr>
            <w:r>
              <w:rPr>
                <w:sz w:val="16"/>
              </w:rPr>
              <w:t>$312,749</w:t>
            </w:r>
          </w:p>
        </w:tc>
        <w:tc>
          <w:tcPr>
            <w:tcW w:type="dxa" w:w="1126"/>
          </w:tcPr>
          <w:p>
            <w:pPr>
              <w:spacing w:after="0"/>
              <w:jc w:val="right"/>
            </w:pPr>
            <w:r>
              <w:rPr>
                <w:sz w:val="16"/>
              </w:rPr>
              <w:t>n/a</w:t>
            </w:r>
          </w:p>
        </w:tc>
        <w:tc>
          <w:tcPr>
            <w:tcW w:type="dxa" w:w="1097"/>
          </w:tcPr>
          <w:p>
            <w:pPr>
              <w:spacing w:after="0"/>
              <w:jc w:val="right"/>
            </w:pPr>
            <w:r>
              <w:rPr>
                <w:sz w:val="16"/>
              </w:rPr>
              <w:t>$51,842</w:t>
            </w:r>
          </w:p>
        </w:tc>
        <w:tc>
          <w:tcPr>
            <w:tcW w:type="dxa" w:w="1305"/>
          </w:tcPr>
          <w:p>
            <w:pPr>
              <w:spacing w:after="0"/>
              <w:jc w:val="right"/>
            </w:pPr>
            <w:r>
              <w:rPr>
                <w:sz w:val="16"/>
              </w:rPr>
              <w:t>0.00184%</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$9,768,606,038</w:t>
            </w:r>
          </w:p>
        </w:tc>
        <w:tc>
          <w:tcPr>
            <w:tcW w:type="dxa" w:w="1131"/>
          </w:tcPr>
          <w:p>
            <w:pPr>
              <w:spacing w:after="0"/>
              <w:jc w:val="right"/>
            </w:pPr>
            <w:r>
              <w:rPr>
                <w:sz w:val="16"/>
              </w:rPr>
              <w:t>$34,676,163</w:t>
            </w:r>
          </w:p>
        </w:tc>
        <w:tc>
          <w:tcPr>
            <w:tcW w:type="dxa" w:w="1041"/>
          </w:tcPr>
          <w:p>
            <w:pPr>
              <w:spacing w:after="0"/>
              <w:jc w:val="right"/>
            </w:pPr>
            <w:r>
              <w:rPr>
                <w:sz w:val="16"/>
              </w:rPr>
              <w:t>42,692</w:t>
            </w:r>
          </w:p>
        </w:tc>
        <w:tc>
          <w:tcPr>
            <w:tcW w:type="dxa" w:w="1037"/>
          </w:tcPr>
          <w:p>
            <w:pPr>
              <w:spacing w:after="0"/>
              <w:jc w:val="right"/>
            </w:pPr>
            <w:r>
              <w:rPr>
                <w:sz w:val="16"/>
              </w:rPr>
              <w:t>$74,784</w:t>
            </w:r>
          </w:p>
        </w:tc>
        <w:tc>
          <w:tcPr>
            <w:tcW w:type="dxa" w:w="1126"/>
          </w:tcPr>
          <w:p>
            <w:pPr>
              <w:spacing w:after="0"/>
              <w:jc w:val="right"/>
            </w:pPr>
            <w:r>
              <w:rPr>
                <w:sz w:val="16"/>
              </w:rPr>
              <w:t>$16,326</w:t>
            </w:r>
          </w:p>
        </w:tc>
        <w:tc>
          <w:tcPr>
            <w:tcW w:type="dxa" w:w="1097"/>
          </w:tcPr>
          <w:p>
            <w:pPr>
              <w:spacing w:after="0"/>
              <w:jc w:val="right"/>
            </w:pPr>
            <w:r>
              <w:rPr>
                <w:sz w:val="16"/>
              </w:rPr>
              <w:t>$71,725</w:t>
            </w:r>
          </w:p>
        </w:tc>
        <w:tc>
          <w:tcPr>
            <w:tcW w:type="dxa" w:w="1305"/>
          </w:tcPr>
          <w:p>
            <w:pPr>
              <w:spacing w:after="0"/>
              <w:jc w:val="right"/>
            </w:pPr>
            <w:r>
              <w:rPr>
                <w:sz w:val="16"/>
              </w:rPr>
              <w:t>0.000766%</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$9,768,606,038</w:t>
            </w:r>
          </w:p>
        </w:tc>
        <w:tc>
          <w:tcPr>
            <w:tcW w:type="dxa" w:w="1131"/>
          </w:tcPr>
          <w:p>
            <w:pPr>
              <w:spacing w:after="0"/>
              <w:jc w:val="right"/>
            </w:pPr>
            <w:r>
              <w:rPr>
                <w:sz w:val="16"/>
              </w:rPr>
              <w:t>$34,676,163</w:t>
            </w:r>
          </w:p>
        </w:tc>
        <w:tc>
          <w:tcPr>
            <w:tcW w:type="dxa" w:w="1041"/>
          </w:tcPr>
          <w:p>
            <w:pPr>
              <w:spacing w:after="0"/>
              <w:jc w:val="right"/>
            </w:pPr>
            <w:r>
              <w:rPr>
                <w:sz w:val="16"/>
              </w:rPr>
              <w:t>42,692</w:t>
            </w:r>
          </w:p>
        </w:tc>
        <w:tc>
          <w:tcPr>
            <w:tcW w:type="dxa" w:w="1037"/>
          </w:tcPr>
          <w:p>
            <w:pPr>
              <w:spacing w:after="0"/>
              <w:jc w:val="right"/>
            </w:pPr>
            <w:r>
              <w:rPr>
                <w:sz w:val="16"/>
              </w:rPr>
              <w:t>$9</w:t>
            </w:r>
          </w:p>
        </w:tc>
        <w:tc>
          <w:tcPr>
            <w:tcW w:type="dxa" w:w="1126"/>
          </w:tcPr>
          <w:p>
            <w:pPr>
              <w:spacing w:after="0"/>
              <w:jc w:val="right"/>
            </w:pPr>
            <w:r>
              <w:rPr>
                <w:sz w:val="16"/>
              </w:rPr>
              <w:t>$13</w:t>
            </w:r>
          </w:p>
        </w:tc>
        <w:tc>
          <w:tcPr>
            <w:tcW w:type="dxa" w:w="1097"/>
          </w:tcPr>
          <w:p>
            <w:pPr>
              <w:spacing w:after="0"/>
              <w:jc w:val="right"/>
            </w:pPr>
            <w:r>
              <w:rPr>
                <w:sz w:val="16"/>
              </w:rPr>
              <w:t>$148,183</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$9,768,606,038</w:t>
            </w:r>
          </w:p>
        </w:tc>
        <w:tc>
          <w:tcPr>
            <w:tcW w:type="dxa" w:w="1131"/>
          </w:tcPr>
          <w:p>
            <w:pPr>
              <w:spacing w:after="0"/>
              <w:jc w:val="right"/>
            </w:pPr>
            <w:r>
              <w:rPr>
                <w:sz w:val="16"/>
              </w:rPr>
              <w:t>$34,676,163</w:t>
            </w:r>
          </w:p>
        </w:tc>
        <w:tc>
          <w:tcPr>
            <w:tcW w:type="dxa" w:w="1041"/>
          </w:tcPr>
          <w:p>
            <w:pPr>
              <w:spacing w:after="0"/>
              <w:jc w:val="right"/>
            </w:pPr>
            <w:r>
              <w:rPr>
                <w:sz w:val="16"/>
              </w:rPr>
              <w:t>42,692</w:t>
            </w:r>
          </w:p>
        </w:tc>
        <w:tc>
          <w:tcPr>
            <w:tcW w:type="dxa" w:w="1037"/>
          </w:tcPr>
          <w:p>
            <w:pPr>
              <w:spacing w:after="0"/>
              <w:jc w:val="right"/>
            </w:pPr>
            <w:r>
              <w:rPr>
                <w:sz w:val="16"/>
              </w:rPr>
              <w:t>$519,363</w:t>
            </w:r>
          </w:p>
        </w:tc>
        <w:tc>
          <w:tcPr>
            <w:tcW w:type="dxa" w:w="1126"/>
          </w:tcPr>
          <w:p>
            <w:pPr>
              <w:spacing w:after="0"/>
              <w:jc w:val="right"/>
            </w:pPr>
            <w:r>
              <w:rPr>
                <w:sz w:val="16"/>
              </w:rPr>
              <w:t>$52,613</w:t>
            </w:r>
          </w:p>
        </w:tc>
        <w:tc>
          <w:tcPr>
            <w:tcW w:type="dxa" w:w="1097"/>
          </w:tcPr>
          <w:p>
            <w:pPr>
              <w:spacing w:after="0"/>
              <w:jc w:val="right"/>
            </w:pPr>
            <w:r>
              <w:rPr>
                <w:sz w:val="16"/>
              </w:rPr>
              <w:t>$25,120</w:t>
            </w:r>
          </w:p>
        </w:tc>
        <w:tc>
          <w:tcPr>
            <w:tcW w:type="dxa" w:w="1305"/>
          </w:tcPr>
          <w:p>
            <w:pPr>
              <w:spacing w:after="0"/>
              <w:jc w:val="right"/>
            </w:pPr>
            <w:r>
              <w:rPr>
                <w:sz w:val="16"/>
              </w:rPr>
              <w:t>0.00532%</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$9,766,040,683</w:t>
            </w:r>
          </w:p>
        </w:tc>
        <w:tc>
          <w:tcPr>
            <w:tcW w:type="dxa" w:w="1131"/>
          </w:tcPr>
          <w:p>
            <w:pPr>
              <w:spacing w:after="0"/>
              <w:jc w:val="right"/>
            </w:pPr>
            <w:r>
              <w:rPr>
                <w:sz w:val="16"/>
              </w:rPr>
              <w:t>n/a</w:t>
            </w:r>
          </w:p>
        </w:tc>
        <w:tc>
          <w:tcPr>
            <w:tcW w:type="dxa" w:w="1041"/>
          </w:tcPr>
          <w:p>
            <w:pPr>
              <w:spacing w:after="0"/>
              <w:jc w:val="right"/>
            </w:pPr>
            <w:r>
              <w:rPr>
                <w:sz w:val="16"/>
              </w:rPr>
              <w:t>42,678</w:t>
            </w:r>
          </w:p>
        </w:tc>
        <w:tc>
          <w:tcPr>
            <w:tcW w:type="dxa" w:w="1037"/>
          </w:tcPr>
          <w:p>
            <w:pPr>
              <w:spacing w:after="0"/>
              <w:jc w:val="right"/>
            </w:pPr>
            <w:r>
              <w:rPr>
                <w:sz w:val="16"/>
              </w:rPr>
              <w:t>$545,009</w:t>
            </w:r>
          </w:p>
        </w:tc>
        <w:tc>
          <w:tcPr>
            <w:tcW w:type="dxa" w:w="1126"/>
          </w:tcPr>
          <w:p>
            <w:pPr>
              <w:spacing w:after="0"/>
              <w:jc w:val="right"/>
            </w:pPr>
            <w:r>
              <w:rPr>
                <w:sz w:val="16"/>
              </w:rPr>
              <w:t>n/a</w:t>
            </w:r>
          </w:p>
        </w:tc>
        <w:tc>
          <w:tcPr>
            <w:tcW w:type="dxa" w:w="1097"/>
          </w:tcPr>
          <w:p>
            <w:pPr>
              <w:spacing w:after="0"/>
              <w:jc w:val="right"/>
            </w:pPr>
            <w:r>
              <w:rPr>
                <w:sz w:val="16"/>
              </w:rPr>
              <w:t>$91,772</w:t>
            </w:r>
          </w:p>
        </w:tc>
        <w:tc>
          <w:tcPr>
            <w:tcW w:type="dxa" w:w="1305"/>
          </w:tcPr>
          <w:p>
            <w:pPr>
              <w:spacing w:after="0"/>
              <w:jc w:val="right"/>
            </w:pPr>
            <w:r>
              <w:rPr>
                <w:sz w:val="16"/>
              </w:rPr>
              <w:t>0.00558%</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$9,766,667,772</w:t>
            </w:r>
          </w:p>
        </w:tc>
        <w:tc>
          <w:tcPr>
            <w:tcW w:type="dxa" w:w="1131"/>
          </w:tcPr>
          <w:p>
            <w:pPr>
              <w:spacing w:after="0"/>
              <w:jc w:val="right"/>
            </w:pPr>
            <w:r>
              <w:rPr>
                <w:sz w:val="16"/>
              </w:rPr>
              <w:t>$3,828,655</w:t>
            </w:r>
          </w:p>
        </w:tc>
        <w:tc>
          <w:tcPr>
            <w:tcW w:type="dxa" w:w="1041"/>
          </w:tcPr>
          <w:p>
            <w:pPr>
              <w:spacing w:after="0"/>
              <w:jc w:val="right"/>
            </w:pPr>
            <w:r>
              <w:rPr>
                <w:sz w:val="16"/>
              </w:rPr>
              <w:t>268</w:t>
            </w:r>
          </w:p>
        </w:tc>
        <w:tc>
          <w:tcPr>
            <w:tcW w:type="dxa" w:w="1037"/>
          </w:tcPr>
          <w:p>
            <w:pPr>
              <w:spacing w:after="0"/>
              <w:jc w:val="right"/>
            </w:pPr>
            <w:r>
              <w:rPr>
                <w:sz w:val="16"/>
              </w:rPr>
              <w:t>$8,652,691</w:t>
            </w:r>
          </w:p>
        </w:tc>
        <w:tc>
          <w:tcPr>
            <w:tcW w:type="dxa" w:w="1126"/>
          </w:tcPr>
          <w:p>
            <w:pPr>
              <w:spacing w:after="0"/>
              <w:jc w:val="right"/>
            </w:pPr>
            <w:r>
              <w:rPr>
                <w:sz w:val="16"/>
              </w:rPr>
              <w:t>$21,502</w:t>
            </w:r>
          </w:p>
        </w:tc>
        <w:tc>
          <w:tcPr>
            <w:tcW w:type="dxa" w:w="1097"/>
          </w:tcPr>
          <w:p>
            <w:pPr>
              <w:spacing w:after="0"/>
              <w:jc w:val="right"/>
            </w:pPr>
            <w:r>
              <w:rPr>
                <w:sz w:val="16"/>
              </w:rPr>
              <w:t>$5,373</w:t>
            </w:r>
          </w:p>
        </w:tc>
        <w:tc>
          <w:tcPr>
            <w:tcW w:type="dxa" w:w="1305"/>
          </w:tcPr>
          <w:p>
            <w:pPr>
              <w:spacing w:after="0"/>
              <w:jc w:val="right"/>
            </w:pPr>
            <w:r>
              <w:rPr>
                <w:sz w:val="16"/>
              </w:rPr>
              <w:t>n/a (see note)</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$198,207,041</w:t>
            </w:r>
          </w:p>
        </w:tc>
        <w:tc>
          <w:tcPr>
            <w:tcW w:type="dxa" w:w="1131"/>
          </w:tcPr>
          <w:p>
            <w:pPr>
              <w:spacing w:after="0"/>
              <w:jc w:val="right"/>
            </w:pPr>
            <w:r>
              <w:rPr>
                <w:sz w:val="16"/>
              </w:rPr>
              <w:t>n/a</w:t>
            </w:r>
          </w:p>
        </w:tc>
        <w:tc>
          <w:tcPr>
            <w:tcW w:type="dxa" w:w="1041"/>
          </w:tcPr>
          <w:p>
            <w:pPr>
              <w:spacing w:after="0"/>
              <w:jc w:val="right"/>
            </w:pPr>
            <w:r>
              <w:rPr>
                <w:sz w:val="16"/>
              </w:rPr>
              <w:t>927</w:t>
            </w:r>
          </w:p>
        </w:tc>
        <w:tc>
          <w:tcPr>
            <w:tcW w:type="dxa" w:w="1037"/>
          </w:tcPr>
          <w:p>
            <w:pPr>
              <w:spacing w:after="0"/>
              <w:jc w:val="right"/>
            </w:pPr>
            <w:r>
              <w:rPr>
                <w:sz w:val="16"/>
              </w:rPr>
              <w:t>$231</w:t>
            </w:r>
          </w:p>
        </w:tc>
        <w:tc>
          <w:tcPr>
            <w:tcW w:type="dxa" w:w="1126"/>
          </w:tcPr>
          <w:p>
            <w:pPr>
              <w:spacing w:after="0"/>
              <w:jc w:val="right"/>
            </w:pPr>
            <w:r>
              <w:rPr>
                <w:sz w:val="16"/>
              </w:rPr>
              <w:t>n/a</w:t>
            </w:r>
          </w:p>
        </w:tc>
        <w:tc>
          <w:tcPr>
            <w:tcW w:type="dxa" w:w="1097"/>
          </w:tcPr>
          <w:p>
            <w:pPr>
              <w:spacing w:after="0"/>
              <w:jc w:val="right"/>
            </w:pPr>
            <w:r>
              <w:rPr>
                <w:sz w:val="16"/>
              </w:rPr>
              <w:t>$93</w:t>
            </w:r>
          </w:p>
        </w:tc>
        <w:tc>
          <w:tcPr>
            <w:tcW w:type="dxa" w:w="1305"/>
          </w:tcPr>
          <w:p>
            <w:pPr>
              <w:spacing w:after="0"/>
              <w:jc w:val="right"/>
            </w:pPr>
            <w:r>
              <w:rPr>
                <w:sz w:val="16"/>
              </w:rPr>
              <w:t>0.000116%</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$9,768,606,038</w:t>
            </w:r>
          </w:p>
        </w:tc>
        <w:tc>
          <w:tcPr>
            <w:tcW w:type="dxa" w:w="1131"/>
          </w:tcPr>
          <w:p>
            <w:pPr>
              <w:spacing w:after="0"/>
              <w:jc w:val="right"/>
            </w:pPr>
            <w:r>
              <w:rPr>
                <w:sz w:val="16"/>
              </w:rPr>
              <w:t>n/a</w:t>
            </w:r>
          </w:p>
        </w:tc>
        <w:tc>
          <w:tcPr>
            <w:tcW w:type="dxa" w:w="1041"/>
          </w:tcPr>
          <w:p>
            <w:pPr>
              <w:spacing w:after="0"/>
              <w:jc w:val="right"/>
            </w:pPr>
            <w:r>
              <w:rPr>
                <w:sz w:val="16"/>
              </w:rPr>
              <w:t>42,692</w:t>
            </w:r>
          </w:p>
        </w:tc>
        <w:tc>
          <w:tcPr>
            <w:tcW w:type="dxa" w:w="1037"/>
          </w:tcPr>
          <w:p>
            <w:pPr>
              <w:spacing w:after="0"/>
              <w:jc w:val="right"/>
            </w:pPr>
            <w:r>
              <w:rPr>
                <w:sz w:val="16"/>
              </w:rPr>
              <w:t>$18,960</w:t>
            </w:r>
          </w:p>
        </w:tc>
        <w:tc>
          <w:tcPr>
            <w:tcW w:type="dxa" w:w="1126"/>
          </w:tcPr>
          <w:p>
            <w:pPr>
              <w:spacing w:after="0"/>
              <w:jc w:val="right"/>
            </w:pPr>
            <w:r>
              <w:rPr>
                <w:sz w:val="16"/>
              </w:rPr>
              <w:t>n/a</w:t>
            </w:r>
          </w:p>
        </w:tc>
        <w:tc>
          <w:tcPr>
            <w:tcW w:type="dxa" w:w="1097"/>
          </w:tcPr>
          <w:p>
            <w:pPr>
              <w:spacing w:after="0"/>
              <w:jc w:val="right"/>
            </w:pPr>
            <w:r>
              <w:rPr>
                <w:sz w:val="16"/>
              </w:rPr>
              <w:t>$106,160</w:t>
            </w:r>
          </w:p>
        </w:tc>
        <w:tc>
          <w:tcPr>
            <w:tcW w:type="dxa" w:w="1305"/>
          </w:tcPr>
          <w:p>
            <w:pPr>
              <w:spacing w:after="0"/>
              <w:jc w:val="right"/>
            </w:pPr>
            <w:r>
              <w:rPr>
                <w:sz w:val="16"/>
              </w:rPr>
              <w:t>0.000194%</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$9,768,606,038</w:t>
            </w:r>
          </w:p>
        </w:tc>
        <w:tc>
          <w:tcPr>
            <w:tcW w:type="dxa" w:w="1131"/>
          </w:tcPr>
          <w:p>
            <w:pPr>
              <w:spacing w:after="0"/>
              <w:jc w:val="right"/>
            </w:pPr>
            <w:r>
              <w:rPr>
                <w:sz w:val="16"/>
              </w:rPr>
              <w:t>$34,676,163</w:t>
            </w:r>
          </w:p>
        </w:tc>
        <w:tc>
          <w:tcPr>
            <w:tcW w:type="dxa" w:w="1041"/>
          </w:tcPr>
          <w:p>
            <w:pPr>
              <w:spacing w:after="0"/>
              <w:jc w:val="right"/>
            </w:pPr>
            <w:r>
              <w:rPr>
                <w:sz w:val="16"/>
              </w:rPr>
              <w:t>42,692</w:t>
            </w:r>
          </w:p>
        </w:tc>
        <w:tc>
          <w:tcPr>
            <w:tcW w:type="dxa" w:w="1037"/>
          </w:tcPr>
          <w:p>
            <w:pPr>
              <w:spacing w:after="0"/>
              <w:jc w:val="right"/>
            </w:pPr>
            <w:r>
              <w:rPr>
                <w:sz w:val="16"/>
              </w:rPr>
              <w:t>$80,213</w:t>
            </w:r>
          </w:p>
        </w:tc>
        <w:tc>
          <w:tcPr>
            <w:tcW w:type="dxa" w:w="1126"/>
          </w:tcPr>
          <w:p>
            <w:pPr>
              <w:spacing w:after="0"/>
              <w:jc w:val="right"/>
            </w:pPr>
            <w:r>
              <w:rPr>
                <w:sz w:val="16"/>
              </w:rPr>
              <w:t>$4,163</w:t>
            </w:r>
          </w:p>
        </w:tc>
        <w:tc>
          <w:tcPr>
            <w:tcW w:type="dxa" w:w="1097"/>
          </w:tcPr>
          <w:p>
            <w:pPr>
              <w:spacing w:after="0"/>
              <w:jc w:val="right"/>
            </w:pPr>
            <w:r>
              <w:rPr>
                <w:sz w:val="16"/>
              </w:rPr>
              <w:t>$240,111</w:t>
            </w:r>
          </w:p>
        </w:tc>
        <w:tc>
          <w:tcPr>
            <w:tcW w:type="dxa" w:w="1305"/>
          </w:tcPr>
          <w:p>
            <w:pPr>
              <w:spacing w:after="0"/>
              <w:jc w:val="right"/>
            </w:pPr>
            <w:r>
              <w:rPr>
                <w:sz w:val="16"/>
              </w:rPr>
              <w:t>0.000821%</w:t>
            </w:r>
          </w:p>
        </w:tc>
        <w:tc>
          <w:tcPr>
            <w:tcW w:type="dxa" w:w="1165"/>
          </w:tcPr>
          <w:p>
            <w:pPr>
              <w:spacing w:after="0"/>
              <w:jc w:val="right"/>
            </w:pPr>
            <w:r>
              <w:rPr>
                <w:sz w:val="16"/>
              </w:rPr>
              <w:t>$20,000</w:t>
            </w: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$9,768,606,038</w:t>
            </w:r>
          </w:p>
        </w:tc>
        <w:tc>
          <w:tcPr>
            <w:tcW w:type="dxa" w:w="1131"/>
          </w:tcPr>
          <w:p>
            <w:pPr>
              <w:spacing w:after="0"/>
              <w:jc w:val="right"/>
            </w:pPr>
            <w:r>
              <w:rPr>
                <w:sz w:val="16"/>
              </w:rPr>
              <w:t>$34,676,163</w:t>
            </w:r>
          </w:p>
        </w:tc>
        <w:tc>
          <w:tcPr>
            <w:tcW w:type="dxa" w:w="1041"/>
          </w:tcPr>
          <w:p>
            <w:pPr>
              <w:spacing w:after="0"/>
              <w:jc w:val="right"/>
            </w:pPr>
            <w:r>
              <w:rPr>
                <w:sz w:val="16"/>
              </w:rPr>
              <w:t>42,692</w:t>
            </w:r>
          </w:p>
        </w:tc>
        <w:tc>
          <w:tcPr>
            <w:tcW w:type="dxa" w:w="1037"/>
          </w:tcPr>
          <w:p>
            <w:pPr>
              <w:spacing w:after="0"/>
              <w:jc w:val="right"/>
            </w:pPr>
            <w:r>
              <w:rPr>
                <w:sz w:val="16"/>
              </w:rPr>
              <w:t>$362,605</w:t>
            </w:r>
          </w:p>
        </w:tc>
        <w:tc>
          <w:tcPr>
            <w:tcW w:type="dxa" w:w="1126"/>
          </w:tcPr>
          <w:p>
            <w:pPr>
              <w:spacing w:after="0"/>
              <w:jc w:val="right"/>
            </w:pPr>
            <w:r>
              <w:rPr>
                <w:sz w:val="16"/>
              </w:rPr>
              <w:t>$705</w:t>
            </w:r>
          </w:p>
        </w:tc>
        <w:tc>
          <w:tcPr>
            <w:tcW w:type="dxa" w:w="1097"/>
          </w:tcPr>
          <w:p>
            <w:pPr>
              <w:spacing w:after="0"/>
              <w:jc w:val="right"/>
            </w:pPr>
            <w:r>
              <w:rPr>
                <w:sz w:val="16"/>
              </w:rPr>
              <w:t>$399,442</w:t>
            </w:r>
          </w:p>
        </w:tc>
        <w:tc>
          <w:tcPr>
            <w:tcW w:type="dxa" w:w="1305"/>
          </w:tcPr>
          <w:p>
            <w:pPr>
              <w:spacing w:after="0"/>
              <w:jc w:val="right"/>
            </w:pPr>
            <w:r>
              <w:rPr>
                <w:sz w:val="16"/>
              </w:rPr>
              <w:t>0.00371%</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$1,683,266,398</w:t>
            </w:r>
          </w:p>
        </w:tc>
        <w:tc>
          <w:tcPr>
            <w:tcW w:type="dxa" w:w="1131"/>
          </w:tcPr>
          <w:p>
            <w:pPr>
              <w:spacing w:after="0"/>
              <w:jc w:val="right"/>
            </w:pPr>
            <w:r>
              <w:rPr>
                <w:sz w:val="16"/>
              </w:rPr>
              <w:t>$6,604,507</w:t>
            </w:r>
          </w:p>
        </w:tc>
        <w:tc>
          <w:tcPr>
            <w:tcW w:type="dxa" w:w="1041"/>
          </w:tcPr>
          <w:p>
            <w:pPr>
              <w:spacing w:after="0"/>
              <w:jc w:val="right"/>
            </w:pPr>
            <w:r>
              <w:rPr>
                <w:sz w:val="16"/>
              </w:rPr>
              <w:t>9,373</w:t>
            </w:r>
          </w:p>
        </w:tc>
        <w:tc>
          <w:tcPr>
            <w:tcW w:type="dxa" w:w="1037"/>
          </w:tcPr>
          <w:p>
            <w:pPr>
              <w:spacing w:after="0"/>
              <w:jc w:val="right"/>
            </w:pPr>
            <w:r>
              <w:rPr>
                <w:sz w:val="16"/>
              </w:rPr>
              <w:t>$7,287</w:t>
            </w:r>
          </w:p>
        </w:tc>
        <w:tc>
          <w:tcPr>
            <w:tcW w:type="dxa" w:w="1126"/>
          </w:tcPr>
          <w:p>
            <w:pPr>
              <w:spacing w:after="0"/>
              <w:jc w:val="right"/>
            </w:pPr>
            <w:r>
              <w:rPr>
                <w:sz w:val="16"/>
              </w:rPr>
              <w:t>$11</w:t>
            </w:r>
          </w:p>
        </w:tc>
        <w:tc>
          <w:tcPr>
            <w:tcW w:type="dxa" w:w="1097"/>
          </w:tcPr>
          <w:p>
            <w:pPr>
              <w:spacing w:after="0"/>
              <w:jc w:val="right"/>
            </w:pPr>
            <w:r>
              <w:rPr>
                <w:sz w:val="16"/>
              </w:rPr>
              <w:t>$2,277</w:t>
            </w:r>
          </w:p>
        </w:tc>
        <w:tc>
          <w:tcPr>
            <w:tcW w:type="dxa" w:w="1305"/>
          </w:tcPr>
          <w:p>
            <w:pPr>
              <w:spacing w:after="0"/>
              <w:jc w:val="right"/>
            </w:pPr>
            <w:r>
              <w:rPr>
                <w:sz w:val="16"/>
              </w:rPr>
              <w:t>0.000433%</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$9,768,606,038</w:t>
            </w:r>
          </w:p>
        </w:tc>
        <w:tc>
          <w:tcPr>
            <w:tcW w:type="dxa" w:w="1131"/>
          </w:tcPr>
          <w:p>
            <w:pPr>
              <w:spacing w:after="0"/>
              <w:jc w:val="right"/>
            </w:pPr>
            <w:r>
              <w:rPr>
                <w:sz w:val="16"/>
              </w:rPr>
              <w:t>$34,676,163</w:t>
            </w:r>
          </w:p>
        </w:tc>
        <w:tc>
          <w:tcPr>
            <w:tcW w:type="dxa" w:w="1041"/>
          </w:tcPr>
          <w:p>
            <w:pPr>
              <w:spacing w:after="0"/>
              <w:jc w:val="right"/>
            </w:pPr>
            <w:r>
              <w:rPr>
                <w:sz w:val="16"/>
              </w:rPr>
              <w:t>42,692</w:t>
            </w:r>
          </w:p>
        </w:tc>
        <w:tc>
          <w:tcPr>
            <w:tcW w:type="dxa" w:w="1037"/>
          </w:tcPr>
          <w:p>
            <w:pPr>
              <w:spacing w:after="0"/>
              <w:jc w:val="right"/>
            </w:pPr>
            <w:r>
              <w:rPr>
                <w:sz w:val="16"/>
              </w:rPr>
              <w:t>$2,034</w:t>
            </w:r>
          </w:p>
        </w:tc>
        <w:tc>
          <w:tcPr>
            <w:tcW w:type="dxa" w:w="1126"/>
          </w:tcPr>
          <w:p>
            <w:pPr>
              <w:spacing w:after="0"/>
              <w:jc w:val="right"/>
            </w:pPr>
            <w:r>
              <w:rPr>
                <w:sz w:val="16"/>
              </w:rPr>
              <w:t>$139</w:t>
            </w:r>
          </w:p>
        </w:tc>
        <w:tc>
          <w:tcPr>
            <w:tcW w:type="dxa" w:w="1097"/>
          </w:tcPr>
          <w:p>
            <w:pPr>
              <w:spacing w:after="0"/>
              <w:jc w:val="right"/>
            </w:pPr>
            <w:r>
              <w:rPr>
                <w:sz w:val="16"/>
              </w:rPr>
              <w:t>$33,418</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r>
              <w:rPr>
                <w:sz w:val="16"/>
              </w:rPr>
              <w:t>no Public Assistance recorded (1 declaration)</w:t>
            </w:r>
          </w:p>
        </w:tc>
        <w:tc>
          <w:tcPr>
            <w:tcW w:type="dxa" w:w="13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2025-08-19 (Storm Events through 2026-06-30): 1 county-coded records, 1 with a damage value recorded (including $0), $20,000; 5 zone-level records, 5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42,692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$9,768,606,038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$34,676,163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$10,908,183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$2,215,289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Davie County (unincorporated area)</w:t>
            </w:r>
          </w:p>
        </w:tc>
        <w:tc>
          <w:tcPr>
            <w:tcW w:type="dxa" w:w="1589"/>
          </w:tcPr>
          <w:p>
            <w:pPr>
              <w:spacing w:after="0"/>
              <w:jc w:val="left"/>
            </w:pPr>
            <w:r>
              <w:rPr>
                <w:sz w:val="16"/>
              </w:rPr>
              <w:t>370308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Bermuda Run town</w:t>
            </w:r>
          </w:p>
        </w:tc>
        <w:tc>
          <w:tcPr>
            <w:tcW w:type="dxa" w:w="1589"/>
          </w:tcPr>
          <w:p>
            <w:pPr>
              <w:spacing w:after="0"/>
              <w:jc w:val="left"/>
            </w:pPr>
            <w:r>
              <w:rPr>
                <w:sz w:val="16"/>
              </w:rPr>
              <w:t>370685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Cooleemee town</w:t>
            </w:r>
          </w:p>
        </w:tc>
        <w:tc>
          <w:tcPr>
            <w:tcW w:type="dxa" w:w="1589"/>
          </w:tcPr>
          <w:p>
            <w:pPr>
              <w:spacing w:after="0"/>
              <w:jc w:val="left"/>
            </w:pPr>
            <w:r>
              <w:rPr>
                <w:sz w:val="16"/>
              </w:rPr>
              <w:t>370663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Mocksville town</w:t>
            </w:r>
          </w:p>
        </w:tc>
        <w:tc>
          <w:tcPr>
            <w:tcW w:type="dxa" w:w="1589"/>
          </w:tcPr>
          <w:p>
            <w:pPr>
              <w:spacing w:after="0"/>
              <w:jc w:val="left"/>
            </w:pPr>
            <w:r>
              <w:rPr>
                <w:sz w:val="16"/>
              </w:rPr>
              <w:t>370309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Davie County, NC: risk-assessment baseline packet, release 2026-10 (data as of 2026-09-30; County FIPS 37059). Automated baseline. </w:t>
      </w:r>
      <w:hyperlink r:id="rId15">
        <w:r>
          <w:rPr>
            <w:color w:val="1F4E99"/>
            <w:sz w:val="17"/>
            <w:u w:val="single"/>
          </w:rPr>
          <w:t>https://hazardplain.org/nc/37059/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Davie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Davie County, NC: Risk-assessment baseline packet</dc:title>
  <dc:subject>Hazard Plain release 2026-10, as of 2026-09-30. Automated baseline</dc:subject>
  <dc:creator>Hazard Plain</dc:creator>
  <cp:keywords>Hazard Plain; hazard mitigation; risk assessment; 37059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